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5040"/>
      </w:pPr>
      <w:r>
        <w:t/>
      </w:r>
    </w:p>
    <w:p>
      <w:pPr>
        <w:jc w:val="center"/>
      </w:pPr>
      <w:r>
        <w:rPr/>
        <w:t xml:space="preserve"> The Moonlight Bonds: Book Three – Moonlight Fury</w:t>
      </w:r>
    </w:p>
    <w:p>
      <w:pPr>
        <w:jc w:val="center"/>
      </w:pPr>
      <w:r>
        <w:t>by</w:t>
      </w:r>
    </w:p>
    <w:p>
      <w:pPr>
        <w:jc w:val="center"/>
      </w:pPr>
      <w:r>
        <w:t>Moonlight Pack</w:t>
      </w:r>
    </w:p>
    <w:p>
      <w:r>
        <w:br w:type="page"/>
      </w:r>
    </w:p>
    <w:p>
      <w:pPr>
        <w:spacing w:before="5040"/>
        <w:jc w:val="center"/>
      </w:pPr>
      <w:r>
        <w:rPr/>
        <w:t xml:space="preserve"> Front Matter</w:t>
      </w:r>
    </w:p>
    <w:p>
      <w:r>
        <w:t>To the wild hearts that beat beneath the moon, to the fierce spirits that howl in the face of darkness, and to the enduring power of love that can mend even the most fractured souls. This story is for the shapeshifters who walk between worlds, who carry ancient wisdom in their blood and the wildness of nature in their bones. May your bonds be as strong as the ancient oaks, your courage as unwavering as the mountain peaks, and your passions as untamed as the storm. To those who have loved and lost, who have fought battles unseen, and who have found solace and strength in the most unexpected of connections – may you always find your way home. To the readers who yearn for a world where magic breathes and destinies intertwine, where the moon’s light illuminates the path to both fury and profound tenderness. This is for you.</w:t>
      </w:r>
    </w:p>
    <w:p>
      <w:r>
        <w:br w:type="page"/>
      </w:r>
    </w:p>
    <w:p>
      <w:pPr>
        <w:spacing w:before="5040"/>
        <w:jc w:val="center"/>
      </w:pPr>
      <w:r>
        <w:rPr/>
        <w:t xml:space="preserve"> Chapter 1: Echoes of Loss</w:t>
      </w:r>
    </w:p>
    <w:p>
      <w:r>
        <w:t>The familiar scent of pine and damp earth, once a source of comfort, now carried the spectral fragrance of loss. Gareth walked the well-trodden paths of his pack grounds, each fallen leaf, each gnarled root, a stark memento of the lives extinguished. The aftermath of Book Two still clung to him, a phantom limb ache of absent pack members, a gnawing guilt that clawed at his insides like a trapped beast. The Obsidian Hand’s ruthlessness had left scars, not just on the land, but on his soul, a permanent reminder of his perceived failures. The wind rustled through the ancient oaks, their branches bare and skeletal against the bruised twilight sky, and it sounded like the whispers of the fallen, a mournful chorus that echoed his own internal turmoil.</w:t>
      </w:r>
    </w:p>
    <w:p>
      <w:r>
        <w:br/>
        <w:t>His wolf was a tempest within him, a furious storm mirroring the chaos in his mind. It yearned for swift, brutal vengeance, for the satisfying crunch of bone and the silencing of those who had dared to inflict such pain. Yet, it was bound. Bound by the ancient laws of their kind, by the sacred duty of protection, by the unyielding need for order that Gareth, as Alpha, embodied. This internal conflict was a constant, searing ache, a battle waged in the silent chambers of his heart and mind. He felt the primal urge to hunt, to tear, to destroy, but the weight of responsibility held him captive, forcing him to channel that fury into a more controlled, strategic approach. It was a delicate, agonizing balance, one that threatened to shatter him with every passing moment.</w:t>
      </w:r>
    </w:p>
    <w:p/>
    <w:p>
      <w:r>
        <w:br/>
        <w:t>The moon, a celestial body that had always been a symbol of solace, of the ancient pact between shifters and the night, now felt like a pitiless witness. Its pale, ethereal light, usually a comforting balm, now seemed to starkly illuminate the depth of his burdens. It cast long, distorted shadows that danced like phantoms, mocking his attempts at peace. Each phase of the moon was a reminder of the passage of time, of the opportunities lost, of the lives that would never again bask in its glow. It was a constant, silent accusation, its luminescence a stark spotlight on his grief, his guilt, and the monumental task that lay before him. He could feel its ancient, impassive gaze upon him, a silent observer of their ongoing struggle, its light a cruel illumination of the darkness that had settled upon his pack, and upon his own heart.</w:t>
      </w:r>
    </w:p>
    <w:p/>
    <w:p>
      <w:r>
        <w:br/>
        <w:t>He paused by the Whispering Falls, the water cascading over moss-covered rocks with a sound that had always been a lullaby. Now, it sounded like weeping. He remembered running through these very woods with Finn, their laughter echoing through the trees, a carefree sound that felt like a lifetime ago. Finn. The name itself was a wound. He could almost feel the phantom weight of his Beta’s hand on his shoulder, the steady, reassuring presence that was now irrevocably gone. Then there was Elara, her quick wit and fierce loyalty a vital thread in the fabric of their pack. Gone too. The list was a litany of sorrow, each name a fresh stab of pain. He could smell the lingering scent of their presence on the air, a ghostly perfume that mingled with the damp earth and pine, a cruel olfactory reminder of all that had been stolen from him.</w:t>
      </w:r>
    </w:p>
    <w:p/>
    <w:p>
      <w:r>
        <w:br/>
        <w:t>His wolf paced restlessly within his mind, a caged beast rattling its bars. It remembered the scent of blood, the desperate struggle, the cold finality of death. It wanted retribution. It craved the release of pure, unadulterated rage. But Gareth held it back, his will a stern hand on its thrashing head. He knew vengeance, untempered, was a dangerous path, a descent into the very darkness they fought against. Yet, the urge was primal, a constant thrumming beneath his skin. He clenched his fists, his knuckles white, the rough bark of a nearby tree a grounding sensation against his palm. He could feel the residual heat of his wolf's fury radiating through him, a constant battle against his own reason.</w:t>
      </w:r>
    </w:p>
    <w:p/>
    <w:p>
      <w:r>
        <w:br/>
        <w:t xml:space="preserve">He looked up at the sky, where the first hesitant stars were beginning to prick through the deepening indigo. The moon, still shy, was beginning its ascent, a sliver of silver against the vast expanse. It was beautiful, undeniably so, but its beauty was tainted with sorrow. It was a witness to their suffering, a silent observer of the devastation wrought by the Obsidian Hand. He imagined it looking down upon his pack, seeing not just the remnants of his people, but the ghosts of those they had lost, their spectral forms forever etched into the landscape by the Hand’s cruelty. The moon’s light, rather than offering comfort, felt like a spotlight, highlighting his every failure, every moment of weakness, every life he had failed to protect. It felt like an accusation, a silent question: </w:t>
      </w:r>
    </w:p>
    <w:p>
      <w:pPr>
        <w:jc w:val="left"/>
      </w:pPr>
      <w:r>
        <w:rPr>
          <w:i/>
        </w:rPr>
        <w:t>Why did you let this happen?</w:t>
      </w:r>
    </w:p>
    <w:p>
      <w:r>
        <w:br/>
        <w:t>He turned his back on the falls, the mournful sound of the water receding as he walked deeper into the woods. He needed to focus. He needed to find a way forward. The past was a heavy cloak, suffocating him with its weight. He could feel its threads entwining with his present, threatening to drag him down into the mire of despair. But he wouldn't let it. He couldn't. For the sake of those who remained, for the memory of those who were gone, he had to find a way to rise above the ashes, to forge a path through the ruins of their grief. The path, however, was obscured by the lingering shadows of yesterday, and the weight of it threatened to crush him before he could even take the first step. His wolf howled softly within him, a mournful sound that resonated with the ache in his chest, a shared lament for the world that had been lost and the uncertain future that lay ahead. He knew, with a chilling certainty, that the echoes of loss would follow him, a constant companion on the long, arduous road ahead. The scent of grief was a shroud, woven with the memories of battles fought and lives lost, and it clung to him, a suffocating reminder of the Obsidian Hand’s enduring legacy of destruction. His wolf, a creature of instinct and raw emotion, mirrored his internal tempest, a restless entity yearning for the catharsis of vengeance, yet bound by the unwavering need for order and protection that defined his role as Alpha. Even the moon, once a beacon of comfort and a symbol of their lineage, now seemed to bear down on him, its luminous gaze a stark illumination of his profound burdens, a silent witness to the enduring struggle against the encroaching darkness.</w:t>
      </w:r>
    </w:p>
    <w:p/>
    <w:p>
      <w:r>
        <w:t>The journal lay open on Gareth’s heavy oak desk, a stark contrast to the rough, untamed nature of his surroundings. Anya’s journal. Its brittle pages, once vibrant with her meticulous script, now felt impossibly fragile, as if a careless breath might turn them to dust. Yet, within that fragility lay a strength that dwarfed mountains, a repository of knowledge that had become their last, desperate hope. The faint, almost imperceptible scent of lavender, Anya’s signature fragrance, still clung to the pages, a ghostly reminder of the woman who had poured her life's work into this artifact. Gareth traced the elegant loops and curls of her handwriting, each word a pang of grief, each sentence a testament to her fierce intellect and unwavering dedication.</w:t>
      </w:r>
    </w:p>
    <w:p>
      <w:r>
        <w:br/>
        <w:t>He had found it tucked away in her private study, a sanctuary he had avoided since… since her absence had become a void too vast to comprehend. The Obsidian Hand’s brutal efficiency had not spared her sanctuary, yet her journal, nestled amongst dried herbs and arcane implements, had remained untouched. It was as if fate itself had conspired to preserve this single, vital link to her legacy, a fragile thread connecting their broken present to a potentially mended future. The ink on the aged vellum seemed to shimmer under the flickering lamplight, imbued with a residual magic that thrummed faintly beneath his fingertips. It pulsed with a power that was both ancient and potent, a silent testament to Anya’s sacrifice and the profound importance of her research.</w:t>
      </w:r>
    </w:p>
    <w:p/>
    <w:p>
      <w:r>
        <w:br/>
        <w:t>His fingers, roughened by years of leadership and the recent, brutal conflict, moved with an almost reverent gentleness over the pages. He wasn't just reading words; he was deciphering a map through the encroaching darkness, a guide left by a brilliant mind confronting an enemy of unimaginable cruelty. The Obsidian Hand’s ultimate goal – a phrase that had haunted his sleepless nights – was slowly being revealed through Anya’s cryptic passages. She had delved into the deepest lore, uncovering truths that others had deemed mere myth, and now those truths were their only weapon.</w:t>
      </w:r>
    </w:p>
    <w:p/>
    <w:p>
      <w:r>
        <w:br/>
        <w:t>He leaned closer, his wolf restless beneath the surface, sensing the immense power contained within the journal. Anya had written of the Lunar Heart, an artifact of immense power, intrinsically tied to the very essence of their shifter lineage. Her notes detailed celestial alignments, the ebb and flow of lunar energy, and the intricate rituals required to harness its capabilities. These weren't simple prophecies; they were meticulously researched observations, complex calculations, and bold hypotheses born from years of tireless study. He remembered Anya, her brow furrowed in concentration, surrounded by scrolls and ancient texts, her eyes alight with an almost feverish dedication. She had always possessed a fierce determination, a belief in the pack's inherent strength, and an unwavering conviction that they could overcome any obstacle. Now, her knowledge, preserved within these brittle pages, was their only hope.</w:t>
      </w:r>
    </w:p>
    <w:p/>
    <w:p>
      <w:r>
        <w:br/>
        <w:t>One passage, in particular, drew his attention. It spoke of a convergence, a rare alignment of celestial bodies that amplified the Lunar Heart’s power to unimaginable levels. Anya had marked this convergence with a series of intricate symbols, her handwriting becoming more urgent, more emphatic. She believed the Obsidian Hand was aware of this alignment, seeking to exploit it for their own nefarious purposes. The implications sent a chill down Gareth’s spine. If the Hand could control the Lunar Heart, their already terrifying power would be amplified tenfold, potentially leading to the complete subjugation, or worse, annihilation, of all shifter kind.</w:t>
      </w:r>
    </w:p>
    <w:p/>
    <w:p>
      <w:r>
        <w:br/>
        <w:t>He recalled a conversation with Anya, shortly before the Obsidian Hand’s devastating attack. She had been agitated, her usual calm demeanor replaced by a palpable sense of urgency. She had spoken of shadows lengthening, of a growing imbalance in the natural order, of whispers of an ancient power stirring in the darkness. At the time, he had attributed her concern to the escalating tensions with the Hand, but now, reading her journal, he understood. She had seen the truth, the existential threat looming on the horizon, and had been desperately trying to find a way to counter it.</w:t>
      </w:r>
    </w:p>
    <w:p/>
    <w:p>
      <w:r>
        <w:br/>
        <w:t>Her notes detailed the history of the Lunar Heart, its creation by the first shifters, its purpose as a guardian of balance and a source of immense healing energy. But like any power, it could be corrupted, twisted to serve malevolent ends. Anya had charted its movements, its energy fluctuations, its connection to the very lifeblood of their world. She had even theorized about potential weaknesses, points of vulnerability that the Obsidian Hand might seek to exploit. This was more than just research; it was a desperate attempt to arm them, to equip them with the knowledge they needed to survive.</w:t>
      </w:r>
    </w:p>
    <w:p/>
    <w:p>
      <w:r>
        <w:br/>
        <w:t>He turned a page, his breath catching in his throat. Here, Anya had sketched diagrams of ancient rituals, outlining the precise steps required to both protect and, if necessary, unleash the Lunar Heart’s power. The ink on these pages seemed to hum with a contained energy, a silent testament to the forces she had been studying. She had written of warding circles, of incantations in a language long forgotten, of offerings that demanded immense sacrifice. The word ‘sacrifice’ resonated with a terrible clarity. Anya herself had made the ultimate sacrifice, her life a testament to the importance of this knowledge, her death a brutal punctuation mark on her life's work.</w:t>
      </w:r>
    </w:p>
    <w:p/>
    <w:p>
      <w:r>
        <w:br/>
        <w:t>His gaze fell upon a passage where Anya described a prophecy, a vision she had experienced of the Lunar Heart’s potential corruption. Her description was vivid, almost terrifyingly so. She spoke of a shadow consuming the light, of a perversion of nature, of a world plunged into eternal twilight. It was a bleak vision, one that threatened to drown him in despair. But then, he saw Anya’s counter-thoughts, her refusal to succumb to hopelessness. She had immediately begun researching countermeasures, seeking ways to prevent such a catastrophic outcome. Her resilience, even in the face of such foreboding, was awe-inspiring.</w:t>
      </w:r>
    </w:p>
    <w:p/>
    <w:p>
      <w:r>
        <w:br/>
        <w:t>He spent hours poring over the journal, the lamplight casting long, dancing shadows that seemed to morph into the very threats Anya had described. Each symbol, each archaic phrase, was a puzzle piece that he slowly, painstakingly, fit into place. He felt a profound connection to Anya, a kinship forged in the crucible of shared loss and a desperate fight for survival. She had been more than just a member of his pack; she had been a confidante, a confidante who had seen beyond the immediate dangers and had understood the true, ancient threats that stalked their kind. Her wisdom, her foresight, was a beacon in the suffocating darkness.</w:t>
      </w:r>
    </w:p>
    <w:p/>
    <w:p>
      <w:r>
        <w:br/>
        <w:t>The journal wasn't merely a collection of facts; it was a testament to Anya's enduring spirit. It spoke of her love for their pack, her unwavering belief in their strength, and her deep understanding of the delicate balance that governed their world. Her sacrifice had not been in vain. Her knowledge, now in his hands, was their weapon, their shield, their only chance to defy the encroaching shadow. He closed the journal, the faint scent of lavender a poignant farewell, a promise that her legacy would not be forgotten. The weight of Anya’s knowledge settled upon him, a heavy mantle, but one he would wear with unwavering resolve. He would decipher her secrets, harness the power she had so desperately sought to protect, and ensure that the Obsidian Hand would never succeed in their dark ambition. The whispers of the past, carried on the brittle pages of Anya’s journal, were now the driving force of his future.</w:t>
      </w:r>
    </w:p>
    <w:p/>
    <w:p>
      <w:r>
        <w:t>The scent of pine and damp earth was a familiar comfort to Lyra, a stark contrast to the suffocating tension that now permeated the pack grounds. She moved with a practiced silence, a wraith on the fringes of their lives, observing. Her status as an outsider was a constant, dull ache, a reminder of the pack’s inherent distrust. They saw the wildness in her eyes, the untamed spirit that chafed against their structured existence, and they remembered the whispers of her past, the betrayals that had left scars on her own soul. Their wary glances were a constant prickle against her skin, a silent judgment she had learned to wear like a second skin, dulling the sting with a stoic indifference. Yet, even from this distance, she felt an undeniable pull towards Gareth, a strange resonance that vibrated in the marrow of her bones.</w:t>
      </w:r>
    </w:p>
    <w:p>
      <w:r>
        <w:br/>
        <w:t>She watched him now, his broad shoulders slumped, the weight of Anya’s journal a tangible burden that seemed to press down on him. He was a solitary figure, silhouetted against the fading twilight, his wolf a restless shadow beneath his human skin. Lyra understood the isolating burden of leadership, the crushing responsibility that settled upon the shoulders of those who carried the weight of their kin. She recognized the subtle tremor in his hands as he ran them through his dark hair, the almost imperceptible clench of his jaw. It was the language of pain, a dialect she knew intimately, spoken in the hushed tones of grief and loss. Her own past was a tapestry woven with threads of betrayal and misunderstanding, leaving her perpetually on the outside, looking in. The pack’s suspicion was a constant companion, a barrier built by fear and suspicion, and she had learned to navigate its treacherous currents, her own secrets carefully guarded.</w:t>
      </w:r>
    </w:p>
    <w:p/>
    <w:p>
      <w:r>
        <w:br/>
        <w:t>Her instincts screamed caution, a primal warning that echoed the fear she saw in the eyes of the pack members who occasionally passed her, their gazes flicking towards her with a mixture of suspicion and veiled curiosity. They knew she possessed a knowledge that was both ancient and profound, a key to unlocking the mysteries Anya had left behind. They had seen her decipher runes that baffled their most learned elders, felt the subtle shift in the air when she spoke of forgotten lore. Yet, they kept her at arm’s length, fearing what they didn't understand, preferring the comfort of the known to the potential of the unknown. Lyra knew she couldn't remain on the periphery forever. The Obsidian Hand was a threat that loomed over them all, a darkness that threatened to consume their world, and Anya’s research was their only hope of survival.</w:t>
      </w:r>
    </w:p>
    <w:p/>
    <w:p>
      <w:r>
        <w:br/>
        <w:t>Anya. The name itself was a whisper on the wind, a ghost in the memory of the pack. Lyra had only met her once, a brief, intense encounter that had left an indelible impression. Anya’s aura had been one of immense power, a contained storm of knowledge and foresight. She had seen the truth in Lyra’s eyes, a flicker of recognition that had transcended the usual animosity. And now, Anya's legacy, her life’s work, was in Gareth's hands. Lyra could sense the residual magic clinging to the journal, a faint hum that resonated with the deepest parts of her own being. It was a power that called to her, a siren song that tugged at her soul.</w:t>
      </w:r>
    </w:p>
    <w:p/>
    <w:p>
      <w:r>
        <w:br/>
        <w:t>As Gareth finally closed the journal, a sigh escaping his lips that was heavy with an unspoken sorrow, Lyra felt a tremor, a subtle shift within her. It was a nascent tremor, a delicate unfolding of something new and profound. The fated mate connection, a concept she had dismissed as myth and folklore, was beginning to stir within her. It was an unfamiliar sensation, a terrifying yet undeniably alluring pull towards the alpha, a man who embodied both the strength and the pain that defined their pack. His grief was a palpable thing, a shadow that clung to him, and she, the outsider, felt an inexplicable urge to reach out, to offer solace, to somehow share the burden.</w:t>
      </w:r>
    </w:p>
    <w:p/>
    <w:p>
      <w:r>
        <w:br/>
        <w:t>She stepped out from the cover of the ancient oak, her movements deliberate, the crunch of fallen leaves beneath her worn boots a stark announcement of her presence. Gareth’s head snapped up, his eyes, the color of a stormy sea, immediately locking onto her. The shift in his posture was almost imperceptible, a tightening of his muscles, a primal alertness that spoke of his wolf’s awareness. He didn’t greet her, his gaze sharp, assessing, a silent question hanging in the air.</w:t>
      </w:r>
    </w:p>
    <w:p/>
    <w:p>
      <w:r>
        <w:br/>
        <w:t>"You shouldn't be here," he stated, his voice a low rumble, carrying the weight of his authority and the weariness of his soul.</w:t>
      </w:r>
    </w:p>
    <w:p/>
    <w:p>
      <w:r>
        <w:br/>
        <w:t>Lyra met his gaze unflinchingly, her own eyes, the deep, verdant green of a forest canopy, holding a quiet defiance. "I have as much right to be here as anyone," she replied, her voice calm, devoid of the tremor that she knew was lurking beneath the surface. "Anya's work concerns us all, Alpha." She deliberately used his title, a subtle reminder of her place, yet also a subtle challenge.</w:t>
      </w:r>
    </w:p>
    <w:p/>
    <w:p>
      <w:r>
        <w:br/>
        <w:t>Gareth’s jaw tightened. "Anya’s work is too dangerous for… outsiders." The word was laced with a familiar disdain, a prejudice she had grown accustomed to. "You don't understand the forces at play."</w:t>
      </w:r>
    </w:p>
    <w:p/>
    <w:p>
      <w:r>
        <w:br/>
        <w:t>"Perhaps not entirely," Lyra conceded, taking a step closer, her gaze unwavering. "But I understand loss. And I understand the desperate need for answers when the world feels as if it’s crumbling around you." She gestured subtly towards the journal clutched in his hand. "Her knowledge is a light in the darkness, Gareth. But a light needs tending. And sometimes, it needs more than one pair of hands."</w:t>
      </w:r>
    </w:p>
    <w:p/>
    <w:p>
      <w:r>
        <w:br/>
        <w:t>He scoffed, a bitter sound. "You think you can help? You, who are barely tolerated within these borders?"</w:t>
      </w:r>
    </w:p>
    <w:p/>
    <w:p>
      <w:r>
        <w:br/>
        <w:t>"My tolerance has never been my concern," she said, her voice hardening slightly. "My ability is. Anya delved into lore that predates this pack, into prophecies that speak of a balance threatened by forces older than memory. I have studied such things. The patterns, the symbols, the languages of the forgotten… they speak to me." She felt a surge of her innate power, a controlled release that rippled through the air, a silent declaration of her capabilities.</w:t>
      </w:r>
    </w:p>
    <w:p/>
    <w:p>
      <w:r>
        <w:br/>
        <w:t>Gareth’s eyes narrowed, a flicker of something unreadable in their depths. He recognized the power, the raw, untamed magic that emanated from her. He had felt it before, a subtle undercurrent whenever she was near, a discordant note in the symphony of his pack’s magic. He had dismissed it as a wildness, an unpredictable force to be wary of. But Anya had spoken of such forces, of ancient magic that could be both a weapon and a shield.</w:t>
      </w:r>
    </w:p>
    <w:p/>
    <w:p>
      <w:r>
        <w:br/>
        <w:t>"What do you know of Anya's research?" he demanded, his tone shifting from dismissal to wary curiosity.</w:t>
      </w:r>
    </w:p>
    <w:p/>
    <w:p>
      <w:r>
        <w:br/>
        <w:t>Lyra walked towards his desk, her movements fluid and unhurried. She reached out, her fingers hovering just above the intricately carved surface of the oak, tracing the faint scent of lavender that still clung to the air. "Anya foresaw the Obsidian Hand's intentions. She understood their hunger for power, their desire to disrupt the natural order. She believed the Lunar Heart was their ultimate prize, a relic of immense power that could tip the scales of existence in their favor." She paused, her gaze meeting his again. "She was right to be afraid. And she was right to seek a way to protect it. Or, failing that, to unleash its power against them."</w:t>
      </w:r>
    </w:p>
    <w:p/>
    <w:p>
      <w:r>
        <w:br/>
        <w:t>Gareth remained silent, his wolf pacing restlessly within him, a primal instinct recognizing the truth in her words. He had felt Anya's fear, her urgency, in her journal. He had seen the intricate diagrams, the complex calculations, the desperate scribbles that spoke of a race against time. But he had also felt the overwhelming weight of his own grief, the suffocating blanket of despair that had threatened to drown him.</w:t>
      </w:r>
    </w:p>
    <w:p/>
    <w:p>
      <w:r>
        <w:br/>
        <w:t>"She spoke of a convergence," Lyra continued, her voice dropping to a near whisper, as if conjuring the words from the shadows themselves. "A celestial alignment that would amplify the Lunar Heart's power to a level beyond comprehension. The Obsidian Hand seeks to exploit this convergence, to seize control of the Heart and use its amplified power to achieve their twisted ends. Anya knew this. She believed it was their ultimate goal."</w:t>
      </w:r>
    </w:p>
    <w:p/>
    <w:p>
      <w:r>
        <w:br/>
        <w:t>Gareth finally moved, his gaze fixed on the journal, his knuckles white as he gripped its worn cover. "She charted its movements," he said, his voice rough with emotion. "Her notes… they detail the intricate patterns, the precise timing. She was trying to find a way to counteract their efforts, to secure the Heart before they could reach it."</w:t>
      </w:r>
    </w:p>
    <w:p/>
    <w:p>
      <w:r>
        <w:br/>
        <w:t>"And she believed it required a sacrifice," Lyra added, her voice barely audible. "A sacrifice of immense personal cost. Anya understood the price of power, Gareth. She understood that some paths demand everything."</w:t>
      </w:r>
    </w:p>
    <w:p/>
    <w:p>
      <w:r>
        <w:br/>
        <w:t>The unspoken implication hung heavy in the air. Anya's sacrifice. Her death. A brutal punctuation mark on her life's work. Gareth flinched, the memory a fresh wound. He had read the passages detailing Anya's discovery of the prophecy, her terror at the vision of a world plunged into eternal twilight. He had seen her subsequent frantic research, her refusal to succumb to despair, her fierce determination to find a solution.</w:t>
      </w:r>
    </w:p>
    <w:p/>
    <w:p>
      <w:r>
        <w:br/>
        <w:t>"She also believed in countermeasures," Lyra said, her voice gaining strength. "Warding rituals, ancient incantations, a way to protect the Heart's power. Her research wasn't just about understanding the threat; it was about building a defense. But the knowledge is fragmented, scattered amongst obscure texts and forgotten lore. Texts that I have spent years deciphering."</w:t>
      </w:r>
    </w:p>
    <w:p/>
    <w:p>
      <w:r>
        <w:br/>
        <w:t>Gareth looked at her then, truly looked at her, past the wariness, past the prejudice, and saw the truth in her words. He saw the flicker of power in her eyes, the quiet confidence that belied her outsider status. He saw a reflection of Anya’s own fierce intellect and unwavering determination. The pack's distrust of her was a significant obstacle, a deeply ingrained prejudice that wouldn't vanish overnight. But the Obsidian Hand was an enemy that threatened not just his pack, but all of shifterkind. And Anya's legacy, her knowledge, was their only weapon.</w:t>
      </w:r>
    </w:p>
    <w:p/>
    <w:p>
      <w:r>
        <w:br/>
        <w:t>"You claim to understand these forgotten texts?" he asked, his voice betraying a hint of skepticism, yet laced with a burgeoning hope.</w:t>
      </w:r>
    </w:p>
    <w:p/>
    <w:p>
      <w:r>
        <w:br/>
        <w:t>"I speak their languages," Lyra replied, a faint smile touching her lips. "I have walked in the shadows of ancient ruins and deciphered the whispers of forgotten spirits. Anya's research is a complex tapestry, but I can see the threads, Alpha. I can help you weave them into a shield."</w:t>
      </w:r>
    </w:p>
    <w:p/>
    <w:p>
      <w:r>
        <w:br/>
        <w:t>He studied her, his wolf a silent observer, sensing the truth in her assertion. The nascent tremor he felt whenever she was near, the subtle resonance that drew him to her, was more than just a strange anomaly. It was the echo of a deeper connection, a fated link that was beginning to assert itself. He had tried to ignore it, to push it away, but Anya's journal had unearthed more than just secrets of the Lunar Heart. It had unearthed a truth he could no longer deny.</w:t>
      </w:r>
    </w:p>
    <w:p/>
    <w:p>
      <w:r>
        <w:br/>
        <w:t>"The pack will not trust you," he stated, a warning in his tone. "Their fear of the unknown is deep-seated."</w:t>
      </w:r>
    </w:p>
    <w:p/>
    <w:p>
      <w:r>
        <w:br/>
        <w:t>"Their fear is a cage, Gareth," Lyra said, her gaze softening as she looked at the journal. "And Anya's legacy is the key to unlocking it. She sacrificed everything to preserve this knowledge. We owe it to her to use it, to understand it, to fight with it. And if their fear prevents them from seeing the truth, then you and I will have to find another way."</w:t>
      </w:r>
    </w:p>
    <w:p/>
    <w:p>
      <w:r>
        <w:br/>
        <w:t>She stepped closer still, the air between them crackling with an invisible energy. The nascent tremor within him intensified, a thrumming pulse that mirrored the residual magic of Anya’s journal. He felt a strange kinship with this outsider, a shared understanding born from loss and a desperate fight for survival. Her presence, though unwelcome by some, felt strangely… right.</w:t>
      </w:r>
    </w:p>
    <w:p/>
    <w:p>
      <w:r>
        <w:br/>
        <w:t>"Tell me," Gareth said, his voice low, the weariness in his eyes replaced by a flicker of determination. "Tell me what Anya learned about the convergence. Tell me how we stop them."</w:t>
      </w:r>
    </w:p>
    <w:p/>
    <w:p>
      <w:r>
        <w:br/>
        <w:t>Lyra inclined her head, a silent acknowledgment of his trust, a fragile bridge built across the chasm of suspicion. "Anya discovered that the convergence is not merely an amplification of power," she began, her voice weaving a narrative of ancient prophecy and celestial mechanics. "It is a gateway. A nexus point where the veil between worlds thins, allowing for… incursions. The Obsidian Hand doesn't just want to harness the Lunar Heart's power; they want to use the convergence to unleash something far older, far more dangerous, into our world."</w:t>
      </w:r>
    </w:p>
    <w:p/>
    <w:p>
      <w:r>
        <w:br/>
        <w:t>Gareth’s breath hitched. This was a revelation that went beyond anything he had gleaned from the journal alone. Anya had hinted at dangers beyond the Obsidian Hand, ancient evils stirring in the darkness, but she hadn't fully elaborated. Lyra's words painted a terrifyingly clear picture.</w:t>
      </w:r>
    </w:p>
    <w:p/>
    <w:p>
      <w:r>
        <w:br/>
        <w:t>"They seek to tear down the barriers," Lyra continued, her gaze fixed on the distant horizon, as if she could see the celestial dance unfolding above. "To bring forth entities that feed on chaos and despair. Anya believed the Lunar Heart, at its zenith during the convergence, could be used to either seal this gateway or to shatter it entirely. The choice, and the method, were her greatest quandaries."</w:t>
      </w:r>
    </w:p>
    <w:p/>
    <w:p>
      <w:r>
        <w:br/>
        <w:t>She paused, her eyes finding his again, a profound sadness touching her features. "She wrote of a ritual. A dangerous, perilous ritual that would require a life willingly given to power the seal. Anya… she intended to be that sacrifice."</w:t>
      </w:r>
    </w:p>
    <w:p/>
    <w:p>
      <w:r>
        <w:br/>
        <w:t>The words hung in the air, heavy with unspoken grief. Gareth felt a fresh wave of anguish wash over him, a visceral pain at the thought of Anya’s selfless intention, and the brutal reality of her end. He clenched his fists, the urge to lash out, to shatter something, overwhelming. But Lyra’s steady gaze held him, her presence a calming balm amidst the rising storm within him.</w:t>
      </w:r>
    </w:p>
    <w:p/>
    <w:p>
      <w:r>
        <w:br/>
        <w:t>"She didn't want her sacrifice to be in vain," Lyra said softly, sensing his turmoil. "She believed there might be another way, a way to harness the Heart's power without such a devastating cost. Her research focused on finding a balance, a way to redirect the convergence's energy, to protect the gateway without expending a life." She pointed to a specific section of the journal, a page filled with intricate diagrams and arcane symbols. "Here, she theorized about a counter-ritual, one that would require a deep understanding of lunar cycles and the very essence of shifter magic. It would demand immense power, a unified focus, and a conduit capable of channeling such raw energy."</w:t>
      </w:r>
    </w:p>
    <w:p/>
    <w:p>
      <w:r>
        <w:br/>
        <w:t>Gareth’s gaze followed her finger. He recognized some of the symbols, others were alien to him. But the intent was clear. Anya had been searching for an alternative, a path that didn't end in tragedy. "A conduit," he murmured, the word echoing the nascent tremor within him. "What kind of conduit?"</w:t>
      </w:r>
    </w:p>
    <w:p/>
    <w:p>
      <w:r>
        <w:br/>
        <w:t>Lyra’s eyes met his, a complex mixture of hope and trepidation swirling within them. "A conduit deeply connected to the Lunar Heart. A being whose very existence is intertwined with its power. Someone whose life force resonates with the celestial energies, someone who can withstand the raw power of the convergence and channel it without being consumed."</w:t>
      </w:r>
    </w:p>
    <w:p/>
    <w:p>
      <w:r>
        <w:br/>
        <w:t>The implication was clear, and the tremor within Gareth intensified, now a powerful thrum that vibrated through his entire being. He felt the undeniable pull, the fated connection, now amplified by the gravity of their situation. Anya’s research, her legacy, had not only led them to the brink of a terrifying truth but had also illuminated a path forward, a path that involved… her.</w:t>
      </w:r>
    </w:p>
    <w:p/>
    <w:p>
      <w:r>
        <w:br/>
        <w:t>"You," Gareth stated, his voice a low, potent declaration. "She meant you."</w:t>
      </w:r>
    </w:p>
    <w:p/>
    <w:p>
      <w:r>
        <w:br/>
        <w:t>Lyra’s breath caught in her throat. The truth of it, stark and undeniable, settled upon her. She had always felt a connection to the Lunar Heart, a strange kinship that she had never fully understood. Anya, in her infinite wisdom, had seen it too.</w:t>
      </w:r>
    </w:p>
    <w:p/>
    <w:p>
      <w:r>
        <w:br/>
        <w:t>"I… I don't know if I'm strong enough," she admitted, the vulnerability in her voice a stark contrast to her usual stoicism. The weight of the pack’s distrust, the memory of her own past failures, threatened to crush her.</w:t>
      </w:r>
    </w:p>
    <w:p/>
    <w:p>
      <w:r>
        <w:br/>
        <w:t>"You are not alone," Gareth said, his voice firm, unwavering. He took a step towards her, closing the distance that had separated them. The wary glances of the pack members faded into insignificance. In this moment, it was just him, Lyra, and Anya’s legacy. "Anya believed in you. And I… I am beginning to understand why." He reached out, his hand hovering just inches from her cheek, his gaze locked with hers. The raw power emanating from her was undeniable, but it was no longer a discordant note. It was a melody, a harmony that resonated with the deepest parts of his soul. "We will face this together. I will not let Anya's sacrifice, or your potential, be in vain."</w:t>
      </w:r>
    </w:p>
    <w:p/>
    <w:p>
      <w:r>
        <w:br/>
        <w:t>The unspoken promise hung in the air, a fragile bond forged in the crucible of shared danger and a dawning, fated connection. Lyra met his gaze, a flicker of hope igniting in the depths of her emerald eyes. The path ahead was fraught with peril, the Obsidian Hand a relentless enemy, but for the first time since she had arrived, Lyra felt a sense of belonging, a purpose that transcended her outsider status. Anya's journal had not only revealed the secrets of the Lunar Heart, but it had also unveiled a destiny that intertwined their fates, a destiny that would demand courage, sacrifice, and an unwavering belief in the power of connection, even between the most unlikely of souls. The reluctant oracle, as Anya had once described her, was finally ready to embrace her role, not just as an observer, but as a vital player in the coming storm.</w:t>
      </w:r>
    </w:p>
    <w:p/>
    <w:p>
      <w:pPr>
        <w:jc w:val="left"/>
      </w:pPr>
      <w:r>
        <w:t xml:space="preserve">The wind, usually a gentle confidante carrying the scent of pine and damp earth, now seemed to carry a more ominous message. It whipped Lyra’s dark hair around her face as she stood beside Gareth, the chill seeping not just into her skin, but into her very bones. The reports from the scouts had arrived like shards of ice, each word a testament to the creeping dread that had begun to settle over the pack. North, the scouts whispered, the Obsidian Hand’s activity had surged, a dark tide rising against their borders. And not just activity, but </w:t>
      </w:r>
      <w:r>
        <w:rPr>
          <w:i/>
        </w:rPr>
        <w:t>unusual</w:t>
      </w:r>
      <w:r>
        <w:t xml:space="preserve"> energy readings, spiking near the ancient ruins that dotted the northern territories – places steeped in forgotten power, places Lyra knew held secrets that could unravel the very fabric of their world.</w:t>
      </w:r>
    </w:p>
    <w:p>
      <w:r>
        <w:br/>
        <w:t>"They are moving," Gareth’s voice was a low growl, a sound of suppressed fury that vibrated in his chest against Lyra’s side. The journal, Anya’s journal, lay open on the sturdy oak desk between them, a silent testament to the threat they now faced. Its pages, filled with Anya’s meticulous script and cryptic diagrams, had become their battle map, their only hope of deciphering the Obsidian Hand’s intentions. "The intel is fragmented, but the pattern is undeniable. Dark rituals, the gathering of artifacts… they are assembling something. Something potent."</w:t>
      </w:r>
    </w:p>
    <w:p/>
    <w:p>
      <w:r>
        <w:br/>
        <w:t>Lyra traced a symbol on the journal’s page, a sigil she recognized from her own solitary studies. "The disruption of natural order," she murmured, her voice barely audible above the rising wind. "That has always been their endgame, hasn’t it? To sever the connection between shifters and the moon, to plunge us into chaos." She looked up at Gareth, her emerald eyes reflecting the grim determination that mirrored his own. "Anya understood this. She saw that their ambition wasn't merely about power; it was about fundamentally altering existence as we know it. And the Lunar Heart… it's the key to their twisted vision."</w:t>
      </w:r>
    </w:p>
    <w:p/>
    <w:p>
      <w:r>
        <w:br/>
        <w:t>Gareth’s jaw clenched. "The Heart. They are closer to it than we thought. Anya’s notes on the convergence… they speak of a vulnerability, a moment when its power is most accessible. And the Obsidian Hand intends to exploit it." He ran a hand through his dark hair, a gesture of frustration that was becoming all too familiar. "We are running out of time, Lyra. Their preparations are accelerating. We cannot afford to simply prepare; we must act."</w:t>
      </w:r>
    </w:p>
    <w:p/>
    <w:p>
      <w:r>
        <w:br/>
        <w:t>The urgency in his voice was a palpable thing, a sharp contrast to the weary resignation that had clung to him in the days following Anya’s death. Lyra felt the nascent tremor within her, the fated connection that was now beginning to assert itself with a force she could no longer ignore. It wasn't just a pull of destiny; it was a shared purpose, a deep-seated need to stand beside him, to fight alongside him, against this encroaching darkness. "Anya's research indicated a specific timing for this convergence," Lyra said, her voice gaining a quiet authority. "She calculated the celestial alignment, the precise moment when the veil between worlds would thin. It is within weeks, Gareth. Perhaps even days."</w:t>
      </w:r>
    </w:p>
    <w:p/>
    <w:p>
      <w:r>
        <w:br/>
        <w:t>He met her gaze, the stormy grey of his eyes holding a flicker of alarm, but also a nascent hope. He had seen the meticulous detail in Anya’s work, the painstaking calculations that suggested a deep understanding of cosmic forces. And Lyra, with her uncanny ability to decipher the arcane, was proving to be an invaluable ally, a bridge between Anya’s research and their immediate needs. "Weeks? Days?" Gareth echoed, the words heavy with the weight of responsibility. "Then we have no time to waste. The scouts have also reported unusual sightings in the vicinity of the Sunken Citadel. Not just Obsidian Hand patrols, but… strange phenomena. Rifts in the air, localized storms that defy natural explanation."</w:t>
      </w:r>
    </w:p>
    <w:p/>
    <w:p>
      <w:r>
        <w:br/>
        <w:t>Lyra’s breath hitched. The Sunken Citadel. Anya had spoken of it in her journal, a place of immense, volatile power, an ancient nexus point that had been sealed away for millennia. It was rumored to be a place where the boundaries between realms were thin, a place where the veil between worlds could be easily torn. "The Citadel," Lyra confirmed, her voice hushed with awe and a growing sense of dread. "Anya believed it was one of the key locations tied to the convergence. A focal point where the amplified power of the Lunar Heart could be channeled, or worse, destabilized."</w:t>
      </w:r>
    </w:p>
    <w:p/>
    <w:p>
      <w:r>
        <w:br/>
        <w:t>"Destabilized?" Gareth’s voice was a low growl, his wolf stirring restlessly beneath his skin at the implication of uncontrolled chaos. "What would that mean?"</w:t>
      </w:r>
    </w:p>
    <w:p/>
    <w:p>
      <w:r>
        <w:br/>
        <w:t>"It would mean the gateway isn't just thinned, Gareth," Lyra explained, her gaze fixed on a particularly complex diagram in the journal. "It would mean it is forced open. The Obsidian Hand wouldn't just be inviting entities in; they would be tearing down the walls. Anya feared that the entities they seek to unleash are not merely creatures of shadow, but beings of pure entropy, entities that feed on despair and chaos, capable of unraveling reality itself."</w:t>
      </w:r>
    </w:p>
    <w:p/>
    <w:p>
      <w:r>
        <w:br/>
        <w:t>The air in the room grew heavy, thick with unspoken fear. The weight of their task pressed down on them, the knowledge that the fate of their world, and perhaps others, rested on their shoulders. The Obsidian Hand, a shadowy organization driven by a nihilistic desire to dismantle the natural order, was preparing to unleash forces that Lyra, with her innate understanding of ancient magic, knew were beyond comprehension. Anya's journal was more than just a record of the Obsidian Hand's intentions; it was a desperate plea, a map of a war that had been brewing for centuries.</w:t>
      </w:r>
    </w:p>
    <w:p/>
    <w:p>
      <w:r>
        <w:br/>
        <w:t>"She charted their movements," Gareth said, his voice rough with emotion as he pointed to a section of the journal detailing troop movements and suspected artifact locations. "She was trying to anticipate them, to find a weakness, a way to disrupt their plans before they could fully enact them. But the Obsidian Hand is a hydra, Lyra. Cut off one head, and two more sprout in its place."</w:t>
      </w:r>
    </w:p>
    <w:p/>
    <w:p>
      <w:r>
        <w:br/>
        <w:t>"Their reliance on dark artifacts is their Achilles' heel," Lyra countered, her mind racing, piecing together Anya’s fragmented research with her own knowledge. "These artifacts are not merely tools; they are anchors, conduits for the volatile energies they wish to wield. If we can identify them, if we can understand their purpose, we might be able to sever their connection to the convergence." She tapped a particularly dense passage, filled with arcane symbols and astrological notations. "Anya believed the Obsidian Hand seeks to gather five key artifacts, each attuned to a different aspect of the convergence. These artifacts, when brought together at the Sunken Citadel, will create a vortex, a vortex that will draw forth the entities they desire."</w:t>
      </w:r>
    </w:p>
    <w:p/>
    <w:p>
      <w:r>
        <w:br/>
        <w:t>Gareth’s gaze sharpened, his alpha instincts immediately recognizing the strategic implications. "Five artifacts. Have you identified any of them?"</w:t>
      </w:r>
    </w:p>
    <w:p/>
    <w:p>
      <w:r>
        <w:br/>
        <w:t>Lyra nodded, her fingers tracing the faded ink. "The Shadowstone. Anya theorized it amplifies fear, feeding it into the convergence to destabilize the gateway. And the Serpent’s Eye, an artifact said to grant visions of the deepest abysses, to lure creatures from beyond the veil. The others are more obscure, mentioned only in hushed whispers in ancient texts. The Whispering Shard, the Obsidian Tear, and… the Heartwood Crown. Each represents a different facet of the darkness they seek to unleash."</w:t>
      </w:r>
    </w:p>
    <w:p/>
    <w:p>
      <w:r>
        <w:br/>
        <w:t>"And where are they now?" Gareth pressed, the urgency evident in his voice.</w:t>
      </w:r>
    </w:p>
    <w:p/>
    <w:p>
      <w:r>
        <w:br/>
        <w:t>"Scattered," Lyra replied, her brow furrowed in concentration. "The Obsidian Hand is meticulous. They are not hoarding them in one place. They are likely deploying them strategically, drawing their power incrementally, preparing them for the final ritual at the Citadel. Anya suspected that the Shadowstone is already within the northern territories, possibly near those ruins the scouts reported. The Serpent’s Eye… her notes suggest it was last seen in the possession of a rogue faction in the Eastern mountains, a group known for their dabbling in forbidden magic."</w:t>
      </w:r>
    </w:p>
    <w:p/>
    <w:p>
      <w:r>
        <w:br/>
        <w:t>Gareth swore under his breath. The Eastern mountains were a treacherous expanse, home to ancient, territorial packs who would offer little succimento to outsiders. "This complicates things," he admitted, the weight of the world settling heavier on his shoulders. "We cannot be everywhere at once. We need a way to track these artifacts, to intercept them before they can be brought to the Citadel."</w:t>
      </w:r>
    </w:p>
    <w:p/>
    <w:p>
      <w:r>
        <w:br/>
        <w:t>"Anya was working on a detection method," Lyra said, her voice filled with a renewed sense of purpose. "She believed that each artifact, when activated, would emit a unique magical signature, a resonance that could be amplified and detected. Her research focused on creating a counter-resonance, a way to pinpoint their locations." She gestured to a series of complex diagrams depicting crystalline structures and interwoven energy lines. "She was developing a device, a sort of arcane geiger counter, if you will. It would require a strong affinity for magic to operate, and a deep understanding of the subtle energies that bind our world."</w:t>
      </w:r>
    </w:p>
    <w:p/>
    <w:p>
      <w:r>
        <w:br/>
        <w:t>A flicker of understanding passed between them. Gareth looked at Lyra, at the innate power that radiated from her, the ancient knowledge that seemed to flow through her veins. He saw not just an outsider, but a vital key, a partner in this desperate fight. "You can operate it," he stated, his voice firm, a declaration of trust that resonated with the deepening fated mate connection between them.</w:t>
      </w:r>
    </w:p>
    <w:p/>
    <w:p>
      <w:r>
        <w:br/>
        <w:t>Lyra met his gaze, a slow smile spreading across her face. "I can. Anya left the schematics and the necessary components. We have the knowledge, Gareth. We have the means. Now, we just need the will."</w:t>
      </w:r>
    </w:p>
    <w:p/>
    <w:p>
      <w:r>
        <w:br/>
        <w:t>"The will is not in question," Gareth said, his alpha instincts surging. He felt a newfound resolve, a clarity of purpose that had been dulled by grief. Anya's journal, Lyra’s knowledge, and the undeniable pull between them had forged a path forward, a path illuminated by the grim realities of the Obsidian Hand's machinations. "We will not let them shatter our world. We will not let Anya's sacrifice be in vain." He looked at the journal, then back at Lyra, the connection between them now a tangible force, a beacon of hope in the encroaching darkness. "We will find these artifacts. We will protect the convergence. And we will stop the Obsidian Hand."</w:t>
      </w:r>
    </w:p>
    <w:p/>
    <w:p>
      <w:r>
        <w:br/>
        <w:t>The wind howled outside, no longer a whisper of warning, but a roar of defiance. Lyra felt it echo within her, a surge of power, a primal urge to protect, to defend. The path ahead was shrouded in uncertainty, the Obsidian Hand a formidable enemy. But standing beside Gareth, their destinies intertwined by fate and a shared purpose, Lyra knew that they would face the coming storm together. Anya’s legacy, once a source of sorrow, had become their shield, their weapon, and their unyielding resolve. The whispers of the Obsidian Hand were no longer just a threat; they were a call to arms, and Lyra, the reluctant oracle, was finally ready to answer.</w:t>
      </w:r>
    </w:p>
    <w:p/>
    <w:p>
      <w:r>
        <w:t>The air in the chamber, already heavy with the scent of old parchment and Anya’s lingering presence, seemed to grow colder. Lyra shivered, not from the chill, but from a sudden, disquieting shift in the atmosphere. It was a subtle tremor, a ripple through the unseen currents that governed their world, and it originated not from the storm raging outside, but from within the packhouse itself. Across the room, Ella, her empathic senses far more attuned to the emotional and spiritual flux of their kind, gasped, her eyes widening in sudden terror. Her hand flew to her chest, her knuckles white against the dark fabric of her tunic.</w:t>
      </w:r>
    </w:p>
    <w:p>
      <w:r>
        <w:br/>
        <w:t>“No,” Ella whispered, her voice choked with a dread that had nothing to do with the biting wind or the Obsidian Hand’s known machinations. Her gaze was unfocused, as if peering into a distance far beyond the confines of the room, far beyond the present moment. Lyra felt a prickle of alarm; Ella’s visions, while rare, were invariably potent, like shards of glass reflecting a terrifying truth.</w:t>
      </w:r>
    </w:p>
    <w:p/>
    <w:p>
      <w:r>
        <w:br/>
        <w:t>Gareth, ever vigilant, turned his full attention to Ella, his alpha instincts instantly recognizing the raw fear radiating from her. “Ella? What is it?” His voice, usually a steady bass, held a new edge of concern. He moved towards her, his large frame a comforting presence, yet even he seemed to sense the disturbance.</w:t>
      </w:r>
    </w:p>
    <w:p/>
    <w:p>
      <w:r>
        <w:br/>
        <w:t xml:space="preserve">Ella’s breath hitched, a ragged sound that tore at Lyra’s heart. “A vortex,” she finally managed, her voice trembling, laced with an icy terror that sent a fresh wave of shivers down Lyra’s spine. “Swirling, black… it’s consuming everything. And the cold… it’s absolute. A cold that seeps into your very soul, stripping away warmth, stripping away… </w:t>
      </w:r>
    </w:p>
    <w:p>
      <w:pPr>
        <w:jc w:val="left"/>
      </w:pPr>
      <w:r>
        <w:rPr>
          <w:i/>
        </w:rPr>
        <w:t>us</w:t>
      </w:r>
      <w:r>
        <w:t>.” Her eyes darted around the room, her pupils dilated, reflecting a horror that Lyra couldn’t yet comprehend. “I heard them… cries. Desperate. Like the very essence of their being was being torn away. Losing… losing themselves.”</w:t>
      </w:r>
    </w:p>
    <w:p>
      <w:r>
        <w:br/>
        <w:t>Lyra felt a cold dread begin to coil in her stomach. Ella’s visions were rarely abstract; they were visceral, imbued with the raw emotion of what she perceived. The ‘consuming vortex,’ the ‘absolute cold,’ the ‘loss of essence’ – these were not metaphors. They were descriptions of a horrific reality. “What are you seeing, Ella?” Lyra asked, her voice soft, trying to anchor Ella to the present. “When is this happening?”</w:t>
      </w:r>
    </w:p>
    <w:p/>
    <w:p>
      <w:r>
        <w:br/>
        <w:t>Ella squeezed her eyes shut, as if to shut out the terrifying images, but they only seemed to intensify. “The moon,” she gasped, her voice barely a whisper. “It’s… it’s wrong. Dark. Not a full moon, but… a void. The light is being… swallowed. And then, the vortex opens. It’s tied to the eclipse… the lunar eclipse. It’s coming. Soon.” Her body began to shake uncontrollably, and Gareth immediately wrapped an arm around her, pulling her close.</w:t>
      </w:r>
    </w:p>
    <w:p/>
    <w:p>
      <w:r>
        <w:br/>
        <w:t>Gareth’s jaw tightened, the muscles clenching with a force that spoke of barely contained rage. “An eclipse,” he rumbled, his gaze meeting Lyra’s, the shared understanding passing between them like a silent, deadly promise. The timing was terrifyingly close to Anya’s predictions. “Anya’s research mentioned a celestial alignment,” he said, his voice low and dangerous. “A convergence. She theorized it would be a moment of extreme vulnerability, a doorway.”</w:t>
      </w:r>
    </w:p>
    <w:p/>
    <w:p>
      <w:r>
        <w:br/>
        <w:t>“This is it,” Lyra breathed, the pieces clicking into place with a chilling finality. “This is the doorway. And the Obsidian Hand intends to force it open wider than Anya ever imagined.” She looked at Ella, her heart aching for the empath’s torment. “What else, Ella? What does this vortex… what does it represent?”</w:t>
      </w:r>
    </w:p>
    <w:p/>
    <w:p>
      <w:r>
        <w:br/>
        <w:t>Ella whimpered, burying her face in Gareth’s chest. “The Veil,” she whispered, the words laced with an ancient fear. “It’s… it’s the Veil of Oblivion. It’s thinning. No… it’s being torn. And they’re pulling something through.” The vision, though fragmented, had been undeniably potent. The chilling cold, the swirling darkness, the desperate cries – they painted a grim picture of a catastrophic event that threatened to unravel the very fabric of their existence.</w:t>
      </w:r>
    </w:p>
    <w:p/>
    <w:p>
      <w:r>
        <w:br/>
        <w:t>“The Veil of Oblivion,” Gareth repeated, the name a heavy weight on his tongue. It was a myth, a legend whispered in hushed tones by the oldest shifters, a place of ultimate void, of absolute nothingness. To think that it was now a tangible threat, a doorway that the Obsidian Hand sought to breach… it was a prospect that sent a primal shiver of fear through him. He held Ella tighter, his wolf a low growl of protective fury against the encroaching darkness. “Anya’s journal spoke of the Obsidian Hand’s desire to sever connections, to plunge the world into chaos,” he said, his voice a rough rumble. “This… this is their endgame. Not just chaos, but annihilation.”</w:t>
      </w:r>
    </w:p>
    <w:p/>
    <w:p>
      <w:r>
        <w:br/>
        <w:t>Lyra felt a surge of icy dread. Ella’s vision confirmed their deepest fears. The Obsidian Hand wasn’t just seeking to disrupt the natural order; they were aiming to erase it. “The eclipse is the key,” she murmured, her mind racing, trying to reconcile Ella’s terrifying premonition with Anya’s meticulous research. Anya had focused on the convergence, on a moment of amplified power, but Ella’s vision spoke of something far more sinister, something that went beyond mere amplification. “If the Veil of Oblivion is truly accessible during the eclipse, then their goal isn’t to control power, but to unleash oblivion itself.”</w:t>
      </w:r>
    </w:p>
    <w:p/>
    <w:p>
      <w:r>
        <w:br/>
        <w:t xml:space="preserve">Ella shuddered, a deep tremor that ran through her entire body. “The cold,” she whispered again, her voice raspy. “It’s not just physical. It’s a spiritual void. It… it drains life. It drains </w:t>
      </w:r>
    </w:p>
    <w:p>
      <w:pPr>
        <w:jc w:val="left"/>
      </w:pPr>
      <w:r>
        <w:rPr>
          <w:i/>
        </w:rPr>
        <w:t>identity</w:t>
      </w:r>
      <w:r>
        <w:t>. I saw… I saw shifters, their forms flickering, their eyes vacant, their spirits… gone.” Tears streamed down her face, hot against the chilling dread that had settled over her. “It’s like they were being unmade.”</w:t>
      </w:r>
    </w:p>
    <w:p>
      <w:r>
        <w:br/>
        <w:t>Lyra’s mind flashed to Anya’s cryptic notes on ‘unraveling existence.’ Anya had feared the Obsidian Hand’s ambition, their desire to fundamentally alter reality, but even her writings hadn't fully conveyed the sheer horror of Ella's vision. This wasn't just about power; it was about obliteration. “The entities they seek to unleash,” Lyra said, her voice barely a whisper, her own fear a cold knot in her stomach. “Anya believed they were beings of entropy. Ella’s vision… it confirms it. They aren’t just creatures from another realm; they are the embodiment of nothingness.”</w:t>
      </w:r>
    </w:p>
    <w:p/>
    <w:p>
      <w:r>
        <w:br/>
        <w:t>Gareth’s grip on Ella tightened, his alpha instincts screaming at him to protect his pack, to shield them from this unimaginable threat. He looked from Ella’s trembling form to Lyra’s determined, yet fearful, expression. The weight of their responsibility pressed down on him, heavier than ever. Anya’s death had been a devastating blow, but her legacy, her research, and now Ella’s terrifying premonition, had forged a new resolve within him.</w:t>
      </w:r>
    </w:p>
    <w:p/>
    <w:p>
      <w:r>
        <w:br/>
        <w:t>“They are seeking to bring the Veil of Oblivion to our world,” Gareth stated, his voice hardening with a grim determination. “During the eclipse, when the natural barriers are at their weakest, they will tear open the passage and unleash whatever lies beyond.” He looked at Lyra, his grey eyes blazing with a fierce resolve. “Anya believed the artifacts were the keys to amplifying the Lunar Heart’s power, to control the convergence. But what if they are also the keys to opening this… Veil?”</w:t>
      </w:r>
    </w:p>
    <w:p/>
    <w:p>
      <w:r>
        <w:br/>
        <w:t>Lyra’s mind whirled. Anya had mentioned the artifacts as focal points for the convergence, instruments to manipulate the flow of energy. But if Ella’s vision was correct, and the Obsidian Hand’s true aim was to bring forth oblivion, then the artifacts might serve a dual purpose. “The Shadowstone, to amplify fear,” Lyra mused aloud, recalling Anya’s notes. “The Serpent’s Eye, to lure… creatures. What if these ‘creatures’ are not inhabitants of a realm, but emissaries of the void? And the Heartwood Crown, the Obsidian Tear, the Whispering Shard… perhaps they are designed to anchor that void, to make it… manifest.”</w:t>
      </w:r>
    </w:p>
    <w:p/>
    <w:p>
      <w:r>
        <w:br/>
        <w:t>Ella sobbed softly, her body still wracked with tremors. “The cold… it’s so deep,” she whispered. “It feels like… like the end of all things. Like the stars themselves are being extinguished.”</w:t>
      </w:r>
    </w:p>
    <w:p/>
    <w:p>
      <w:r>
        <w:br/>
        <w:t>Gareth stroked Ella’s hair, his gaze fixed on Lyra. “We cannot let that happen,” he said, his voice rough with emotion. “We cannot let Anya’s sacrifice be in vain. If these artifacts are the instruments of our destruction, then we must find them. We must stop them from being brought together.” He looked at Anya’s journal, its pages filled with cryptic symbols and desperate calculations. “Anya was trying to find a way to track them, to counter their influence. Her research into the detection device… that must be our priority.”</w:t>
      </w:r>
    </w:p>
    <w:p/>
    <w:p>
      <w:r>
        <w:br/>
        <w:t>Lyra nodded, her own fear now tempered by a steely resolve. Ella’s vision, though horrific, had given them a terrifying clarity. The Obsidian Hand’s plan was not merely about disrupting the world; it was about its utter annihilation. “The device,” she said, her voice gaining strength. “Anya believed it could detect the unique magical signatures of the artifacts. If we can build it, if we can find them before the eclipse, before the Veil is torn open…”</w:t>
      </w:r>
    </w:p>
    <w:p/>
    <w:p>
      <w:r>
        <w:br/>
        <w:t>“We will,” Gareth vowed, his voice a low growl of unwavering conviction. He looked down at Ella, then back at Lyra, the fated mate bond between them now a tangible force, a source of strength in the face of unimaginable terror. “We will protect our world. We will not let the Obsidian Hand usher in an era of oblivion.”</w:t>
      </w:r>
    </w:p>
    <w:p/>
    <w:p>
      <w:r>
        <w:br/>
        <w:t>The wind outside continued its mournful cry, but within the room, a new resolve had been forged. Ella’s premonition of doom, as terrifying as it was, had served its purpose. It had illuminated the true depth of the Obsidian Hand’s depravity, and in doing so, had galvanized Lyra and Gareth into a unified force, ready to face the encroaching darkness, no matter the cost. The echoes of Anya’s loss still lingered, but they were now interwoven with a fierce determination to prevent a far greater tragedy, a tragedy that threatened to extinguish not just their lives, but the very essence of existence itself. The chilling vision of the Veil of Oblivion loomed, a stark reminder of the stakes, but it also served as a powerful catalyst, igniting a desperate fight for survival.</w:t>
      </w:r>
    </w:p>
    <w:p/>
    <w:p>
      <w:r>
        <w:br w:type="page"/>
      </w:r>
    </w:p>
    <w:p>
      <w:pPr>
        <w:spacing w:before="5040"/>
        <w:jc w:val="center"/>
      </w:pPr>
      <w:r>
        <w:rPr/>
        <w:t xml:space="preserve"> Chapter 2: Unraveling the Clues</w:t>
      </w:r>
    </w:p>
    <w:p>
      <w:r>
        <w:t>The chill that had permeated the chamber, a phantom echo of Ella's terrifying vision, still clung to Lyra's skin. Yet, as she and Gareth turned their attention to Anya’s journal, a different kind of cold began to settle – the unnerving chill of the unknown. The journal lay open between them, its aged pages a tapestry of hurried script, intricate diagrams, and symbols that seemed to writhe with a life of their own. Anya’s final days had been a desperate race against time, her brilliance focused on deciphering the Obsidian Hand’s malevolent design, and the evidence of that struggle was laid bare before them.</w:t>
      </w:r>
    </w:p>
    <w:p>
      <w:r>
        <w:br/>
        <w:t>Gareth’s brow was furrowed, his normally sharp gaze softened by a deep, contemplative intensity. He traced a line on one of Anya’s astronomical charts, his finger moving with a precision that spoke of his tactical mind, accustomed to dissecting battle plans and predicting enemy movements. “These celestial alignments,” he murmured, his voice a low rumble that seemed to vibrate in the quiet room. “She’s mapped them out with an almost obsessive detail. The moon’s path, the planets’ positions… it’s not just about the eclipse itself. It’s about a specific window, a precise configuration.”</w:t>
      </w:r>
    </w:p>
    <w:p/>
    <w:p>
      <w:r>
        <w:br/>
        <w:t xml:space="preserve">Lyra nodded, her eyes scanning a passage filled with Anya’s elegant, yet frantic, handwriting. “She believed the ritual wouldn’t be effective under any lunar eclipse,” Lyra explained, her voice soft, a stark contrast to the urgency of Anya’s words. “It had to coincide with a particular celestial ‘convergence.’ Anya was convinced that the Obsidian Hand needed more than just a thinning of the Veil. They needed a nexus, a focal point where the natural barriers between worlds are not just weakened, but actively </w:t>
      </w:r>
    </w:p>
    <w:p>
      <w:pPr>
        <w:jc w:val="left"/>
      </w:pPr>
      <w:r>
        <w:rPr>
          <w:i/>
        </w:rPr>
        <w:t>drawn</w:t>
      </w:r>
      <w:r>
        <w:t xml:space="preserve"> to a single point of immense power.”</w:t>
      </w:r>
    </w:p>
    <w:p>
      <w:r>
        <w:br/>
        <w:t>Gareth grunted, a sound of dawning understanding. “A nexus. So, the eclipse is the catalyst, but this… convergence… is what makes it potent enough for them to force the Veil open?” He tapped a section of the chart depicting a cluster of stars. “These constellations, then, they aren’t just markers of time. They represent the alignment of this nexus. The more precise the alignment, the stronger the pull?”</w:t>
      </w:r>
    </w:p>
    <w:p/>
    <w:p>
      <w:r>
        <w:br/>
        <w:t xml:space="preserve">“Exactly,” Lyra confirmed, her fingers brushing against a sketch of what looked like an ancient altar, surrounded by swirling lines. “Anya theorized that the Obsidian Hand was seeking a place of inherent magical resonance, a natural hotspot where the Earth’s ley lines intersected with celestial energies. She believed they intended to </w:t>
      </w:r>
    </w:p>
    <w:p>
      <w:pPr>
        <w:jc w:val="left"/>
      </w:pPr>
      <w:r>
        <w:rPr>
          <w:i/>
        </w:rPr>
        <w:t>amplify</w:t>
      </w:r>
      <w:r>
        <w:t xml:space="preserve"> that resonance, using the eclipse as their celestial clock and the convergence as their power source. Her notes here,” Lyra pointed to a passage, “speak of ancient shifter legends, of places where the ‘skin of the world’ was thin, where the whispers of other realms could be heard most clearly.”</w:t>
      </w:r>
    </w:p>
    <w:p>
      <w:r>
        <w:br/>
        <w:t>Gareth’s eyes narrowed, a flicker of recognition in their depths. “A place of power,” he stated, his voice hardening. “The kind of place the elders speak of in hushed tones. Places where the Old Ways still hold sway, where the spirits of the land are strongest.” His mind, ever practical, immediately began to consider the implications. “If they need such a place, and they need these specific celestial alignments, then their movements leading up to the eclipse must be geared towards securing it. They won’t be acting randomly.”</w:t>
      </w:r>
    </w:p>
    <w:p/>
    <w:p>
      <w:r>
        <w:br/>
        <w:t>Lyra felt a surge of hope, a tiny ember rekindled in the face of overwhelming darkness. Gareth’s ability to connect Anya’s esoteric research to tangible tactical objectives was invaluable. While Anya had possessed an encyclopedic knowledge of lore, she often got lost in the theoretical. Gareth, on the other hand, could ground those theories in the harsh reality of their present danger. “She believed they would be seeking out these places,” Lyra said, her gaze fixed on a page filled with Anya’s scribbled notes about territorial claims and ancient pack boundaries. “Anya’s research indicated that the Obsidian Hand has been subtly probing areas with high magical potential for years, disguised as territorial disputes or resource explorations. They were looking for the perfect stage for their ritual.”</w:t>
      </w:r>
    </w:p>
    <w:p/>
    <w:p>
      <w:r>
        <w:br/>
        <w:t>“And this convergence,” Gareth continued, his mind already piecing together a potential strategy. “These constellations… how specific are we talking? Are we looking at a general region, or a pinpoint location?”</w:t>
      </w:r>
    </w:p>
    <w:p/>
    <w:p>
      <w:r>
        <w:br/>
        <w:t>Lyra consulted another complex diagram. “Anya’s calculations suggest a highly specific point. The convergence isn’t just about the stars being in the right place; it’s about their light, channeled through specific atmospheric conditions, focusing onto a single point on the earth. She drew a comparison to a lens, magnifying and directing energy.” Lyra tapped the diagram. “She identified several potential ‘focal points’ based on historical accounts and geological surveys, but she was trying to triangulate the exact location using the energy signatures of the artifacts. The artifacts, she believed, were key to not only amplifying the ritual, but also to pinpointing its intended site.”</w:t>
      </w:r>
    </w:p>
    <w:p/>
    <w:p>
      <w:r>
        <w:br/>
        <w:t>“The artifacts,” Gareth echoed, his voice grim. “The Shadowstone, the Serpent’s Eye… if they are meant to amplify the ritual, then they must be brought to this nexus, precisely when the convergence occurs.” He looked at Lyra, his eyes holding a newfound respect. “Anya’s knowledge is vast, Lyra. You’re piecing it together with a clarity that’s… remarkable. I’m seeing the strategy, the movements, but you’re seeing the heart of it, the ancient magic she understood so deeply.”</w:t>
      </w:r>
    </w:p>
    <w:p/>
    <w:p>
      <w:r>
        <w:br/>
        <w:t>Lyra felt a blush creep up her neck, a rare reaction to Gareth’s direct praise. She was accustomed to Anya’s quiet encouragement, but Gareth’s acknowledgment, coming from his alpha’s perspective, carried a different weight. “You’re seeing the ‘how’ they will achieve it,” she replied softly. “I’m trying to understand the ‘why’ and the ‘where’ based on Anya’s understanding of the deeper forces at play. She was obsessed with the interconnectedness of everything – the stars, the land, the magic, and now… the Veil.”</w:t>
      </w:r>
    </w:p>
    <w:p/>
    <w:p>
      <w:r>
        <w:br/>
        <w:t>Anya’s journal was a testament to her dedication. Pages were filled with sketches of star charts, overlaid with intricate glyphs that Lyra recognized as ancient shifter runes, imbued with protective and directional energies. Anya had been trying to create a map, not of geography, but of magical pathways, highlighting areas where the Veil was naturally thinnest, and then cross-referencing those with her astronomical calculations. The goal was to identify potential nexus points, places where the convergence would have the most devastating impact.</w:t>
      </w:r>
    </w:p>
    <w:p/>
    <w:p>
      <w:r>
        <w:br/>
        <w:t>“She marked several locations with a particular symbol,” Lyra explained, pointing to a stylized depiction of a coiled serpent within a starburst. “These are places where historical records, and Anya’s own sensitive readings, indicated significant temporal anomalies or bleed-through from other realms. She believed these were naturally occurring nexus points, but too weak to sustain the Obsidian Hand’s ritual on their own. The convergence, and the artifacts, are intended to force a connection, to make these weak points into gaping wounds.”</w:t>
      </w:r>
    </w:p>
    <w:p/>
    <w:p>
      <w:r>
        <w:br/>
        <w:t>Gareth studied the marked areas on Anya’s map. They were scattered across the continent, some in remote wilderness, others surprisingly close to established shifter territories. “The Obsidian Hand wouldn’t choose a location that would immediately alert every pack in the region,” he mused. “They’d want something isolated, something they could control. But ‘isolated’ doesn’t necessarily mean uninhabited. There are hidden valleys, forgotten ruins…”</w:t>
      </w:r>
    </w:p>
    <w:p/>
    <w:p>
      <w:r>
        <w:br/>
        <w:t>“Anya believed the primary nexus point would be marked by a unique convergence of elemental energies,” Lyra continued, her voice taking on a hushed reverence. “She described it as a place where the deep earth’s heat met the sky’s lightning, where water flowed from unseen sources, and where the air itself hummed with latent power. It was a place of potent, untamed magic. She had a name for it in one of her older texts… ‘The Crucible of Echoes.’”</w:t>
      </w:r>
    </w:p>
    <w:p/>
    <w:p>
      <w:r>
        <w:br/>
        <w:t>Gareth’s jaw tightened. “The Crucible of Echoes. Sounds… ominous.”</w:t>
      </w:r>
    </w:p>
    <w:p/>
    <w:p>
      <w:r>
        <w:br/>
        <w:t>“It is,” Lyra agreed, her heart sinking. “Anya’s research indicated that the Obsidian Hand had identified it years ago. She believed they were waiting for the precise celestial alignment to make their move. This convergence… it’s not just a backdrop to the eclipse; it’s the key that unlocks the Crucible’s potential. Anya’s diagrams here,” she indicated a series of overlapping circles and radiating lines, “show how the light from these specific constellations, when aligned during the eclipse, will focus directly onto a single point. A point within the Crucible.”</w:t>
      </w:r>
    </w:p>
    <w:p/>
    <w:p>
      <w:r>
        <w:br/>
        <w:t>The implications were staggering. Anya hadn’t just been studying the Obsidian Hand’s rituals; she had been dissecting the very fabric of reality they intended to tear apart. Her journal was a lifeline, a desperate attempt to leave behind the knowledge needed to prevent their ultimate goal. Gareth, with his strategic mind, was beginning to see the pieces of the Obsidian Hand’s plan. They needed the nexus, the convergence, and the artifacts, all at the precise moment of the eclipse to open the Veil of Oblivion.</w:t>
      </w:r>
    </w:p>
    <w:p/>
    <w:p>
      <w:r>
        <w:br/>
        <w:t>“So, they need to gather the artifacts, transport them to the Crucible of Echoes, and have them in place by the time the convergence reaches its peak during the eclipse,” Gareth summarized, his voice clipped and decisive. “That gives us a timeline, and a potential location. We need to identify the Crucible of Echoes, and we need to find out where they are moving the artifacts.”</w:t>
      </w:r>
    </w:p>
    <w:p/>
    <w:p>
      <w:r>
        <w:br/>
        <w:t>Lyra nodded, a newfound sense of purpose solidifying within her. Anya’s legacy wasn’t just about the knowledge she’d gathered; it was about the path she had forged for them. “Anya suspected that the artifacts themselves would react to the approach of the Crucible, or to each other, as they were brought closer to the nexus,” Lyra said, turning to a passage detailing a series of complex equations and magnetic field measurements. “She was developing a way to detect their proximity, a primitive form of the device she mentioned to you, Gareth. It relied on sensing the subtle distortions they caused in the local magical field, distortions that would be amplified exponentially near a nexus point.”</w:t>
      </w:r>
    </w:p>
    <w:p/>
    <w:p>
      <w:r>
        <w:br/>
        <w:t xml:space="preserve">“The detection device,” Gareth’s eyes lit with a spark of urgency. “That’s our best chance. If we can build it, if Anya’s theories hold true, we can track the artifacts. And if we can track the artifacts, we can intercept them before they reach the Crucible.” He looked at the journal, then at Lyra, his gaze steady. “But Anya believed the convergence was more than just a celestial alignment. She believed it was a moment when the Veil would not just thin, but actively </w:t>
      </w:r>
    </w:p>
    <w:p>
      <w:pPr>
        <w:jc w:val="left"/>
      </w:pPr>
      <w:r>
        <w:rPr>
          <w:i/>
        </w:rPr>
        <w:t>reach out</w:t>
      </w:r>
      <w:r>
        <w:t>. She called it the ‘celestial echo.’ The energies of the eclipse and the convergence wouldn’t just focus on the nexus; they would reverberate, creating a brief, but potent, connection to… whatever lies beyond.”</w:t>
      </w:r>
    </w:p>
    <w:p>
      <w:r>
        <w:br/>
        <w:t>“The echoes,” Lyra whispered, the word sending a shiver down her spine. She remembered Ella’s terrified cries, the feeling of an ancient, consuming cold. “She believed these echoes could manifest, could briefly pull entities through, even without the full ritual. A dangerous preview of what the Obsidian Hand intends to unleash.” Lyra’s fingers traced a series of symbols that looked like fragmented stars. “Anya was trying to decipher the nature of these entities, the beings of entropy that she believed the Obsidian Hand sought to control. She called them the ‘Unmakers.’ She theorized that the celestial echo was their primary method of reconnaissance, their first tentative touch upon our world.”</w:t>
      </w:r>
    </w:p>
    <w:p/>
    <w:p>
      <w:r>
        <w:br/>
        <w:t>Gareth’s jaw clenched. “Unmakers. That fits with Ella’s vision. The cold, the loss of essence… they aren’t just creatures from another dimension. They are an absence, a void that seeks to consume existence itself.” He looked at Anya’s journal, his expression grim. “Her research is a double-edged sword, Lyra. It gives us the knowledge to understand the threat, but it also reveals the terrifying depth of their ambition. They don’t just want power; they want oblivion.”</w:t>
      </w:r>
    </w:p>
    <w:p/>
    <w:p>
      <w:r>
        <w:br/>
        <w:t>Lyra felt the weight of Anya’s sacrifice press down on her. The brilliant shifter had given her life to uncover these truths, to leave behind a map for salvation. Now, it was up to them to follow it. “Anya believed that the key to disrupting the ritual, to preventing the full opening of the Veil, lay in understanding the nature of the nexus itself,” Lyra stated, her voice gaining strength. “The Crucible of Echoes. If we can understand its properties, its vulnerabilities, we might be able to sever the connection, to disrupt the energy flow even if the artifacts are brought there.”</w:t>
      </w:r>
    </w:p>
    <w:p/>
    <w:p>
      <w:r>
        <w:br/>
        <w:t>Gareth’s eyes, usually so clear and direct, held a storm of calculation. “So, we have two paths: intercept the artifacts and prevent them from reaching the nexus, or find the nexus and disrupt it directly. Both require us to locate the Crucible of Echoes.” He looked back at the star charts. “Anya’s celestial calculations are our best bet for narrowing down the region, but the specific location… that’s the puzzle.”</w:t>
      </w:r>
    </w:p>
    <w:p/>
    <w:p>
      <w:r>
        <w:br/>
        <w:t>Lyra turned a page, revealing a more personal entry from Anya, written in a different ink, more faded, more desperate. "The whispers are growing louder," it read. "The Veil thins not just by their hand, but by its own accord. The Crucible calls to them, and they answer. The stars are aligning, not for conquest, but for erasure. I fear I cannot stop them, but I can leave them a warning. The path to their victory is also the path to their undoing, if only one can see the truth hidden within the echoes."</w:t>
      </w:r>
    </w:p>
    <w:p/>
    <w:p>
      <w:r>
        <w:br/>
        <w:t>"Hidden within the echoes," Lyra repeated, her voice barely audible. “She believed there was a flaw in their plan, something inherent to the nexus, or the ritual, that could be exploited. But what?”</w:t>
      </w:r>
    </w:p>
    <w:p/>
    <w:p>
      <w:r>
        <w:br/>
        <w:t>Gareth’s gaze drifted to a faint sketch in the margin of Anya’s journal, a simple, almost childlike drawing of a crescent moon with a dark shadow obscuring its light. “The eclipse,” he said, a new thought dawning. “Anya focused on the convergence, the artifacts, the nexus. But the Veil of Oblivion is an absence. What if their attempt to force it open creates a void within their own power source? What if the very act of drawing nothingness into our world unravels their carefully constructed plan?”</w:t>
      </w:r>
    </w:p>
    <w:p/>
    <w:p>
      <w:r>
        <w:br/>
        <w:t>Lyra considered this. Anya had theorized about the volatile nature of the entities from the void, their tendency to consume and destabilize. “If they are beings of pure entropy, then forcing them through the Veil would be like injecting pure chaos into a controlled environment,” Lyra mused. “Their ritual relies on order, on precision. The Unmakers are the antithesis of that.”</w:t>
      </w:r>
    </w:p>
    <w:p/>
    <w:p>
      <w:r>
        <w:br/>
        <w:t xml:space="preserve">“Exactly,” Gareth agreed, a flicker of grim satisfaction in his eyes. “Anya’s warning… it’s not just about the danger to us. It’s about the danger to </w:t>
      </w:r>
    </w:p>
    <w:p>
      <w:pPr>
        <w:jc w:val="left"/>
      </w:pPr>
      <w:r>
        <w:rPr>
          <w:i/>
        </w:rPr>
        <w:t>them</w:t>
      </w:r>
      <w:r>
        <w:t>. If they are too reliant on the ordered energies of the convergence and the nexus, then the inherent chaos of the Unmakers could turn on them. We need to understand the Crucible, its properties, and how it might react to being a conduit for oblivion. Anya must have documented something, even if it was in riddles.”</w:t>
      </w:r>
    </w:p>
    <w:p>
      <w:r>
        <w:br/>
        <w:t>Lyra flipped through the journal, her fingers moving with renewed urgency. She knew Anya’s mind, her way of encoding vital information in seemingly tangential observations. Anya had been fascinated by the natural world, by the delicate balance of ecosystems, and she often drew parallels between the magical and the mundane. Her research into the Crucible of Echoes, Lyra suspected, would be no different. The key to understanding its vulnerabilities might lie in Anya’s observations of how it interacted with the natural world, how it influenced the flow of life and energy. It was a code, Anya’s code, and Lyra was determined to crack it.</w:t>
      </w:r>
    </w:p>
    <w:p/>
    <w:p>
      <w:r>
        <w:t>The pages of Anya's journal whispered of more than just celestial mechanics and the impending doom of the Veil. As Lyra delved deeper, past the complex diagrams of astronomical convergences and the frantic scribbles detailing the Obsidian Hand's ritualistic needs, a new element emerged, one steeped in the ancient lore of their kind: the Lunar Heart. Anya didn't speak of it as a tangible artifact, but as something far more profound – a conduit, a nexus of pure lunar energy, so vital to the balance of shifter existence that its disappearance or corruption would ripple through their very souls.</w:t>
      </w:r>
    </w:p>
    <w:p>
      <w:r>
        <w:br/>
        <w:t>"The Lunar Heart," Anya had written, her script here imbued with a reverence Lyra hadn't seen elsewhere in the journal, "is not of flesh and blood, but of moonlight and essence. It is the anchor of our lunar cycles, the pulse that synchronizes the shifts, the very breath of the moon channeled through the earth." Lyra felt a shiver, not of fear, but of recognition, race through her. Anya’s words resonated with the hushed tales Lyra had heard from the oldest members of her pack, stories dismissed by most as mere folklore. Legends of a sacred place, a sanctuary where the moon’s power was at its zenith, a place her ancestors had revered with a devotion that bordered on worship.</w:t>
      </w:r>
    </w:p>
    <w:p/>
    <w:p>
      <w:r>
        <w:br/>
        <w:t>Gareth, ever the pragmatist, frowned as Lyra relayed Anya’s words. "A conduit? Of lunar energy? What does this have to do with the Obsidian Hand’s ritual? They’re trying to tear open the Veil, not… worship the moon."</w:t>
      </w:r>
    </w:p>
    <w:p/>
    <w:p>
      <w:r>
        <w:br/>
        <w:t xml:space="preserve">Lyra shook her head, her fingers tracing the faded ink. "That's the part that's fragmented, Gareth. Anya believed the Obsidian Hand sought to </w:t>
      </w:r>
    </w:p>
    <w:p>
      <w:pPr>
        <w:jc w:val="left"/>
      </w:pPr>
      <w:r>
        <w:rPr>
          <w:i/>
        </w:rPr>
        <w:t>corrupt</w:t>
      </w:r>
      <w:r>
        <w:t xml:space="preserve"> the Lunar Heart, or perhaps harness its power for their own twisted ends. She theorized that the convergence and the eclipse weren't just about weakening the Veil; they were about creating an opportunity, a moment of celestial vulnerability, to seize or taint this primal source of shifter power. She wrote that the Heart's resting place is hidden, protected by ancient wards, forgotten by all but the most ancient bloodlines."</w:t>
      </w:r>
    </w:p>
    <w:p>
      <w:r>
        <w:br/>
        <w:t>She turned a page, revealing a series of symbols that resembled stylized moon phases, interwoven with depictions of flowing water and ancient trees. "The clues are fragmented, yes, but they hint at locations tied to significant lunar events and powerful ley lines. Anya wasn't just an astronomer; she was a scholar of geomancy, of the earth’s natural energetic flows. She believed the Lunar Heart was intrinsically linked to these lines, drawing power from them, and in turn, stabilizing them." Lyra looked up, her eyes meeting Gareth’s. "The legends speak of a sacred grove, a place where the moon’s light never truly fades, even during the day. A place where the very air hums with a palpable lunar presence. Anya’s descriptions… they feel like echoes of those same legends."</w:t>
      </w:r>
    </w:p>
    <w:p/>
    <w:p>
      <w:r>
        <w:br/>
        <w:t>Gareth’s expression softened, a rare hint of wonder replacing his usual stern focus. "Sacred grove? Lunar presence? My grandmother used to tell me stories, too. About the ‘Moonpetal Sanctuary.’ She said it was a place where the ancestors gathered to commune with the lunar spirits. I always thought it was just a bedtime story."</w:t>
      </w:r>
    </w:p>
    <w:p/>
    <w:p>
      <w:r>
        <w:br/>
        <w:t>"Anya's journal mentions ‘Sanctuary’ in conjunction with several of these lunar-aligned sites," Lyra said, her voice filled with a growing excitement. "She described the Heart as being situated at a nexus of intersecting ley lines, amplified by specific lunar phases. Her calculations for the convergence point towards a region that, according to the ancient maps I’ve studied, corresponds with the rumored location of this Moonpetal Sanctuary."</w:t>
      </w:r>
    </w:p>
    <w:p/>
    <w:p>
      <w:r>
        <w:br/>
        <w:t>She pointed to a sketch that depicted a circle of standing stones, each one etched with a different lunar symbol, surrounding a single, luminous orb. "This is what she envisioned. A place where the veil between worlds is already thin, naturally, but where the lunar energy is so potent it acts as both a shield and a beacon. Anya believed the Obsidian Hand couldn't simply forge a new nexus; they needed to find one that already existed, one that was inherently tied to shifter kind. The Lunar Heart, and its resting place, would be the ultimate prize, a way to control not just the Veil, but the very essence of shifter existence."</w:t>
      </w:r>
    </w:p>
    <w:p/>
    <w:p>
      <w:r>
        <w:br/>
        <w:t>The implications sent a fresh wave of dread through Lyra. If the Obsidian Hand intended to corrupt the Lunar Heart, they wouldn't just be opening a portal to oblivion; they’d be severing the deep, intrinsic connection shifters had to the moon, a connection that governed their lives, their powers, their very identities. It was an attack on their soul.</w:t>
      </w:r>
    </w:p>
    <w:p/>
    <w:p>
      <w:r>
        <w:br/>
        <w:t>"So," Gareth said, his voice low and thoughtful, "Anya wasn't just looking for a ritual site for the Veil. She was looking for the location of the Lunar Heart, because she understood its significance to us, and to their plan. These ley lines, these lunar alignments… they’re not just about the convergence. They're about guiding us to the Heart's sanctuary."</w:t>
      </w:r>
    </w:p>
    <w:p/>
    <w:p>
      <w:r>
        <w:br/>
        <w:t>"Precisely," Lyra confirmed, her mind racing. "Anya believed the artifacts they are seeking are not just tools for the ritual, but also keys. Keys that can unlock the wards protecting the Lunar Heart. The Shadowstone, the Serpent's Eye… perhaps they are designed to resonate with specific lunar energies, or to disrupt specific types of protective magic. Anya theorized that the Obsidian Hand was using the convergence as a temporal map to locate the Heart, using ancient prophecies and celestial movements that only reveal themselves at specific times."</w:t>
      </w:r>
    </w:p>
    <w:p/>
    <w:p>
      <w:r>
        <w:br/>
        <w:t>She turned another page, this one filled with more personal, less scientific, musings. Anya's handwriting was more fluid here, less constrained by mathematical precision. "The moon weeps for its lost child," Anya had written. "Its light grows dim where the Heart should beat strong. The whispers of the void are amplified by its absence, and the balance falters. The ancient wards weaken, not from decay, but from neglect, from a world that has forgotten to listen."</w:t>
      </w:r>
    </w:p>
    <w:p/>
    <w:p>
      <w:r>
        <w:br/>
        <w:t>"Neglect," Lyra murmured, the word heavy with unspoken understanding. "Anya believed that the protective wards around the Lunar Heart weren't just magical constructs. They were sustained by the reverence and belief of shifter kind. As shifters have become more dispersed, more integrated into the human world, their connection to the old ways, to the lunar lore, has waned. This neglect, Anya theorized, has weakened the wards, making the Heart vulnerable."</w:t>
      </w:r>
    </w:p>
    <w:p/>
    <w:p>
      <w:r>
        <w:br/>
        <w:t>Gareth’s gaze was distant, his alpha instincts sensing the deeper threat. "So, the Obsidian Hand isn't just fighting against us. They're fighting against time, against a world that has lost its way. They're exploiting our own fading connection to our heritage." He turned back to the journal, his fingers brushing against a sketch of a constellation Lyra didn't immediately recognize. "These lunar events she’s mapping… are they just for the convergence, or are they tied to the Heart’s specific resting place?"</w:t>
      </w:r>
    </w:p>
    <w:p/>
    <w:p>
      <w:r>
        <w:br/>
        <w:t>"Both, I believe," Lyra replied, her eyes scanning the complex diagrams. "Anya believed the Heart was situated in a place of immense natural power, a place where the earth's energy and the moon's influence converged in perfect harmony. She saw the convergence not just as a catalyst for the Veil ritual, but as a celestial signpost, one that would illuminate the path to the Heart’s sanctuary when combined with specific lunar phases. The legends of the Moonpetal Sanctuary speak of it being bathed in perpetual moonlight, even under a new moon. Anya’s calculations suggest that the convergence, during this specific eclipse, will create a unique lunar phenomenon, a 'lunar echo' that will briefly reveal the Heart’s hidden location to those who know what to look for."</w:t>
      </w:r>
    </w:p>
    <w:p/>
    <w:p>
      <w:r>
        <w:br/>
        <w:t>She paused, a sudden thought striking her. "Anya’s reference to 'whispers of the void' being amplified by the Heart’s absence... it suggests a connection between the Heart and the Veil. Perhaps the Heart doesn’t just govern lunar cycles; perhaps it also acts as a natural barrier, a counter-force to the encroaching void. Its corruption or removal would destabilize not only our world, but the Veil itself, making it easier for the Unmakers to cross over."</w:t>
      </w:r>
    </w:p>
    <w:p/>
    <w:p>
      <w:r>
        <w:br/>
        <w:t>Gareth’s jaw tightened. "So, if they control the Lunar Heart, they control the moon’s influence over us, and they gain a direct conduit to the void. It’s a two-pronged attack. Not just breaking down the door to oblivion, but also disabling the locks on our own sanctuary." He looked at Lyra, his gaze intense. "How do we find this sanctuary? Anya's clues are fragmented. We can't just wander the wilderness hoping to stumble upon a place bathed in perpetual moonlight."</w:t>
      </w:r>
    </w:p>
    <w:p/>
    <w:p>
      <w:r>
        <w:br/>
        <w:t>Lyra nodded, understanding the gravity of his words. Anya's journal was a treasure trove of knowledge, but it was also a puzzle, a labyrinth of esoteric lore. "Anya was trying to create a series of beacons, of sorts. She believed that the ancient wards protecting the Heart emitted a subtle energy signature, one that would be amplified by the approaching convergence. She was attempting to calibrate a device, based on her understanding of lunar resonance and ley line fluctuations, to detect this signature. She called it the 'Lunar Resonance Detector.'"</w:t>
      </w:r>
    </w:p>
    <w:p/>
    <w:p>
      <w:r>
        <w:br/>
        <w:t>"The detector," Gareth echoed, a spark of hope igniting in his eyes. "If she was close to completing it, if her theories hold true, that could be our key. Not just to finding the sanctuary, but to understanding the extent of the Obsidian Hand's knowledge about the Heart."</w:t>
      </w:r>
    </w:p>
    <w:p/>
    <w:p>
      <w:r>
        <w:br/>
        <w:t xml:space="preserve">Lyra turned to a page filled with intricate drawings of crystals, meticulously arranged in geometric patterns, with arrows indicating the flow of energy. "She believed that specific crystalline structures, attuned to lunar frequencies, could act as antennae. She was experimenting with Moonstone, Selenite, and even Obsidian, not as a tool for the ritual, but as a medium to channel and amplify the faint signals emanating from the wards. She mentioned that the proximity of the artifacts would also interfere with, or rather, </w:t>
      </w:r>
    </w:p>
    <w:p>
      <w:pPr>
        <w:jc w:val="left"/>
      </w:pPr>
      <w:r>
        <w:rPr>
          <w:i/>
        </w:rPr>
        <w:t>illuminate</w:t>
      </w:r>
      <w:r>
        <w:t xml:space="preserve"> these signals, making them easier to detect. It’s as if the artifacts are meant to either unlock the wards, or to draw the attention of those who can unlock them."</w:t>
      </w:r>
    </w:p>
    <w:p>
      <w:r>
        <w:br/>
        <w:t>"So, we're looking for two things," Gareth summarized, his mind already processing the information. "The sanctuary, and the artifacts that lead to it. Anya’s research gives us the celestial map for the convergence, and the theoretical framework for the Lunar Resonance Detector. But the practical application… that's where we need to focus. If Anya was close to building it, perhaps some of her prototypes, her notes, are still here, or at her hidden research outpost."</w:t>
      </w:r>
    </w:p>
    <w:p/>
    <w:p>
      <w:r>
        <w:br/>
        <w:t>Lyra felt a surge of determination. Anya had poured her heart and soul into this research, driven by a profound understanding of the forces at play. Her legacy wasn't just a warning; it was a roadmap. "Anya believed that the Lunar Heart was not just a source of power, but a symbol of connection," Lyra said, her voice soft but firm. "A connection between shifters and the moon, between our world and the natural balance. The Obsidian Hand seeks to sever that connection, to replace it with their own dominion of chaos. But Anya also believed that the very essence of the Heart, its pure lunar energy, was inherently resistant to corruption. It would fight back, in its own way."</w:t>
      </w:r>
    </w:p>
    <w:p/>
    <w:p>
      <w:r>
        <w:br/>
        <w:t>She paused, a thoughtful frown creasing her brow. "She wrote about the Heart's 'song,' a subtle vibration that resonated with the inner nature of shifters. A song that would become discordant, even painful, for those with ill intent. If the Obsidian Hand attempts to force their will upon the Heart, Anya theorized that the Heart itself would react, creating a backlash of lunar energy, a celestial echo of defiance. This backlash, she believed, could be powerful enough to disrupt their ritual, or even turn their own amplified power against them."</w:t>
      </w:r>
    </w:p>
    <w:p/>
    <w:p>
      <w:r>
        <w:br/>
        <w:t>"A backlash," Gareth mused, his eyes narrowing with strategic calculation. "A final act of defiance from the Lunar Heart itself. That’s… a significant variable. It means their plan isn’t foolproof. There’s a built-in countermeasure, a last resort. But it relies on us finding the Heart, and understanding its nature, before they can corrupt it."</w:t>
      </w:r>
    </w:p>
    <w:p/>
    <w:p>
      <w:r>
        <w:br/>
        <w:t>Lyra nodded, her gaze fixed on Anya’s final entry on the page, a single sentence penned in a script that seemed to shimmer with a faint, almost imperceptible light: "Where the moon kisses the earth, and the stars sing its name, there lies the echo of balance."</w:t>
      </w:r>
    </w:p>
    <w:p/>
    <w:p>
      <w:r>
        <w:br/>
        <w:t>"The echo of balance," Lyra whispered, the words resonating with the legends of the Moonpetal Sanctuary. "Anya believed that the sanctuary was not just a physical location, but a reflection of the Heart's essence. A place where the harmony between the celestial and the terrestrial was so profound, it resonated like a whispered promise. The Obsidian Hand seeks to drown out that song with their own cacophony of destruction. But the Heart's echo… it’s still there. We just need to find it, to amplify it, before the darkness consumes everything." The quest for the Lunar Heart, once a mere whisper of ancient lore, had become a tangible, urgent mission, the key to not only their survival, but to the very soul of their kind.</w:t>
      </w:r>
    </w:p>
    <w:p/>
    <w:p>
      <w:r>
        <w:t>The ethereal realm that Ella inhabited during her waking moments had always been a chaotic symphony of fleeting images and disembodied whispers. For years, these visions had been the cruel caprice of her werewolf lineage, a curse rather than a gift, offering only fragmented glimpses of peril, of a looming darkness that threatened to engulf their world. But recently, a subtle shift had occurred. The nebulous premonitions began to coalesce, to sharpen, painting not just abstract portents of doom, but surprisingly specific, albeit disorienting, fragments of landscapes and pathways. It was as if the very fabric of her consciousness was attempting to translate the impending cosmic catastrophe into tangible, albeit cryptic, directions.</w:t>
      </w:r>
    </w:p>
    <w:p>
      <w:r>
        <w:br/>
        <w:t>"It's like… like I'm standing on a precipice, and the wind is showing me the way down," Ella explained, her voice hushed, her gaze unfocused as if replaying the visions in her mind. She sat with Lyra and Gareth in the relative quiet of their temporary encampment, the air still thick with the scent of pine and the lingering unease that clung to them like a second skin. The flickering firelight danced across her face, illuminating the fatigue etched around her eyes, a testament to the exhausting nature of these increasingly vivid internal journeys. "It’s not just fear anymore, or that suffocating feeling of impending doom. It’s… a path. Or parts of a path."</w:t>
      </w:r>
    </w:p>
    <w:p/>
    <w:p>
      <w:r>
        <w:br/>
        <w:t>Gareth leaned forward, his alpha instincts immediately sensing the shift in Ella's abilities. He had witnessed the unsettling beauty and terror of her visions before, but he recognized the significance of this new development. "Pathways? What kind of pathways, Ella?"</w:t>
      </w:r>
    </w:p>
    <w:p/>
    <w:p>
      <w:r>
        <w:br/>
        <w:t>"Stone," she murmured, her brow furrowed in concentration. "Huge stones. Like teeth, standing against the sky. And they're… humming. Not with sound, but with a sort of deep resonance. And the moon… it's wrong. Not fully bright, but not dark either. Like it's being swallowed, but the light is still fighting." She shivered, pulling her worn cloak tighter around her. "It’s a circle, I think. An ancient stone circle, bathed in this strange, eclipsing moonlight. It feels… significant. Like a waypoint."</w:t>
      </w:r>
    </w:p>
    <w:p/>
    <w:p>
      <w:r>
        <w:br/>
        <w:t>Lyra’s eyes widened. Anya’s journal had spoken of ancient sites, of places where the Veil was thinnest, where ley lines converged. The description of a stone circle resonated deeply with the fragmented lore she had been deciphering. "A stone circle," Lyra repeated, her voice barely a whisper. "Could you see anything else? Anything that might help us pinpoint its location?"</w:t>
      </w:r>
    </w:p>
    <w:p/>
    <w:p>
      <w:r>
        <w:br/>
        <w:t>Ella closed her eyes, her breath catching in her throat. "There's… water. Cascading, like a curtain. And behind it, hidden. A cave mouth. Dark. And it feels… hollow. Like a waiting place. But the stone circle feels more urgent. The moonlight… it’s a sign. A sign of the convergence, Anya wrote about it. That the celestial alignment would reveal certain hidden truths."</w:t>
      </w:r>
    </w:p>
    <w:p/>
    <w:p>
      <w:r>
        <w:br/>
        <w:t>Gareth’s gaze was intense, his mind already sifting through possibilities. Ancient stone circles were not uncommon in shifter territories, remnants of rituals and gatherings from ages past. But one bathed in an eclipsing moon, resonating with a peculiar energy? That narrowed the field considerably. "The convergence. Anya believed it would act as a beacon, or a key, revealing locations tied to the Lunar Heart. If Ella's visions are showing us these places, then we must consider them vital clues."</w:t>
      </w:r>
    </w:p>
    <w:p/>
    <w:p>
      <w:r>
        <w:br/>
        <w:t>"It’s not just one place, though," Ella interjected, her voice tinged with a new urgency. "There’s more. It’s like a… a string of pearls, but each pearl is a vision. A vision of a gnarled tree, its roots twisted like serpents into the earth. A vision of a river, but the water flows backward, shimmering with an unnatural light. Each one feels like a step. A step towards… something. Something immense and powerful." She looked at Lyra, her eyes pleading for understanding. "I see these places, Lyra. I feel the pull towards them. But I don't know how to connect them. How to make them a coherent map."</w:t>
      </w:r>
    </w:p>
    <w:p/>
    <w:p>
      <w:r>
        <w:br/>
        <w:t>Lyra nodded, her mind racing. Anya's journal had spoken of the Obsidian Hand using celestial movements and ancient prophecies as a temporal map. It was logical that the Lunar Heart's resting place, a nexus of immense power, would also be marked by celestial and terrestrial signs, visible only at specific times. "Ella's visions are likely showing us those signs," Lyra said, her voice filled with newfound conviction. "Anya theorized that the convergence, combined with specific lunar phases, would create a 'lunar echo,' a phenomenon that would briefly reveal the Heart's hidden location. These visions might be our lunar echoes, Ella. Glimpses of the path illuminated by the celestial alignment."</w:t>
      </w:r>
    </w:p>
    <w:p/>
    <w:p>
      <w:r>
        <w:br/>
        <w:t xml:space="preserve">"But how do we </w:t>
      </w:r>
    </w:p>
    <w:p>
      <w:pPr>
        <w:jc w:val="left"/>
      </w:pPr>
      <w:r>
        <w:rPr>
          <w:i/>
        </w:rPr>
        <w:t>trust</w:t>
      </w:r>
      <w:r>
        <w:t xml:space="preserve"> them?" Gareth asked, his tone practical, bordering on skeptical. He was a creature of logic and action, and visions, however vivid, were inherently unreliable. "How do we know we're not chasing phantoms, following a dream conjured by the stress of our situation?"</w:t>
      </w:r>
    </w:p>
    <w:p>
      <w:r>
        <w:br/>
        <w:t>"Because they're becoming more consistent," Ella argued, her voice gaining a steadiness that surprised even herself. "They're not random anymore. The stone circle, the waterfall cave… they feel like anchors. Like landmarks. And I can feel… a direction. A pull. Towards the place Anya described, the sanctuary where the moon’s light never truly fades." She looked at Gareth, her gaze unwavering. "My grandmother, she used to tell me stories. Of places where the 'earth breathes moonlight.' I always thought they were just stories. But now… I see them. I feel them."</w:t>
      </w:r>
    </w:p>
    <w:p/>
    <w:p>
      <w:r>
        <w:br/>
        <w:t>Lyra felt a thrill of recognition. The legends of the Moonpetal Sanctuary, dismissed by most as fanciful tales, were now manifesting through Ella’s visions. "The Moonpetal Sanctuary," Lyra breathed, the name echoing with a deep sense of ancient power. "Anya’s journal described it as a nexus of ley lines, amplified by lunar phases. The stone circle, the cave behind the waterfall… they could be part of the approach to this sanctuary. Ancient markers, designed to guide those who understood the celestial clockwork."</w:t>
      </w:r>
    </w:p>
    <w:p/>
    <w:p>
      <w:r>
        <w:br/>
        <w:t>Gareth, though still wrestling with the abstract nature of the visions, recognized the convergence of Ella’s internal world with Anya’s documented research and Lyra’s lore. "If Anya's theories about the Lunar Resonance Detector hold true," he mused, "then the artifacts might not just be keys to unlocking the wards, but also potential amplifiers for Ella's visions. If these artifacts resonate with lunar energy, and Ella is a conduit for that energy, then perhaps her visions will become clearer, more directed, when we are near them."</w:t>
      </w:r>
    </w:p>
    <w:p/>
    <w:p>
      <w:r>
        <w:br/>
        <w:t>"That’s it!" Ella exclaimed, her eyes lighting up with sudden understanding. "The artifacts! When I saw the stone circle, I also saw… a glint. A flash of something dark and reflective, half-buried at the base of one of the stones. Like the Shadowstone Anya mentioned. And I felt… a ripple. Like the stone circle was responding to its presence."</w:t>
      </w:r>
    </w:p>
    <w:p/>
    <w:p>
      <w:r>
        <w:br/>
        <w:t>Lyra’s heart leaped. Anya had written that the artifacts were designed to resonate with specific lunar energies, or to disrupt protective magic. If the Obsidian Hand was indeed using them to unlock the wards guarding the Lunar Heart, then their proximity would indeed create a detectable response. And Ella, as a sensitive, might be the first to perceive it. "The Shadowstone," Lyra confirmed, her voice laced with excitement. "Anya believed it was one of the keys. If it's at the stone circle, then the circle is indeed a significant location, likely a waypoint on the path to the sanctuary. Your visions are our map, Ella. A map drawn in moonlight and earth energy."</w:t>
      </w:r>
    </w:p>
    <w:p/>
    <w:p>
      <w:r>
        <w:br/>
        <w:t>"But how do we navigate this map?" Gareth pressed, his gaze fixed on Ella. "We can't just wander the wilderness, hoping to stumble upon these visions. We need a way to interpret them, to guide us."</w:t>
      </w:r>
    </w:p>
    <w:p/>
    <w:p>
      <w:r>
        <w:br/>
        <w:t xml:space="preserve">"The visions are not just random images, Gareth," Ella insisted, her voice firm. "They have a pattern. I see the stone circle, then I see the waterfall cave. It's like a sequence. And I feel the pull towards the waterfall cave </w:t>
      </w:r>
    </w:p>
    <w:p>
      <w:pPr>
        <w:jc w:val="left"/>
      </w:pPr>
      <w:r>
        <w:rPr>
          <w:i/>
        </w:rPr>
        <w:t>after</w:t>
      </w:r>
      <w:r>
        <w:t xml:space="preserve"> I see the stone circle. It's a progression. And there's a sense of… of urgency tied to the eclipse. The moonlight is fading, and the more it fades, the harder it is to see these pathways. The visions are strongest when the moon is in its partial phase, just as Anya predicted for the convergence."</w:t>
      </w:r>
    </w:p>
    <w:p>
      <w:r>
        <w:br/>
        <w:t>Lyra nodded, connecting Ella's words to Anya's research. "Anya believed the convergence would create a unique lunar phenomenon, a 'lunar echo' that would briefly reveal the Heart's hidden location. Ella's visions are likely those echoes, strongest when the eclipse is at its peak. The stone circle is likely the first waypoint, a place where the energy of the convergence is amplified, making the subsequent clues, like the waterfall cave, more visible."</w:t>
      </w:r>
    </w:p>
    <w:p/>
    <w:p>
      <w:r>
        <w:br/>
        <w:t>"So the stone circle is our immediate objective," Gareth stated, his alpha mind already formulating a plan. "If Ella can visualize it, and if there’s a chance the Shadowstone is there, it’s our best bet for a tangible lead. And if Ella can then see the waterfall cave from there, it’s our next step. It’s a series of breadcrumbs, leading us to Anya's nexus."</w:t>
      </w:r>
    </w:p>
    <w:p/>
    <w:p>
      <w:r>
        <w:br/>
        <w:t>"The waterfall cave," Ella continued, her eyes closing once more, her focus intensifying. "I see it so clearly now. The water falls like a shimmering veil, obscuring the entrance. But there's a gap, a place where the water parts, revealing a narrow opening in the rock. And inside… it's not just dark. It's ancient. And it feels… protected. Like a vault. Anya spoke of ancient wards, forgotten by all but the most ancient bloodlines. This cave… it feels like it’s sealed by such wards."</w:t>
      </w:r>
    </w:p>
    <w:p/>
    <w:p>
      <w:r>
        <w:br/>
        <w:t>"Anya theorized that the wards were sustained by shifter reverence and belief," Lyra recalled. "As their connection to their heritage waned, so did the wards' strength. If this cave is a protected site, it would have been maintained by those who still held onto the old ways. And if it's a waypoint to the Lunar Heart's sanctuary, it would be a place of significant power, accessible only to those who can pass its protections."</w:t>
      </w:r>
    </w:p>
    <w:p/>
    <w:p>
      <w:r>
        <w:br/>
        <w:t>"The Obsidian Hand wouldn't be able to simply brute force their way in," Gareth mused, a flicker of hope in his eyes. "They would need a key, or a way to bypass the wards. Perhaps the other artifacts Anya mentioned are involved here."</w:t>
      </w:r>
    </w:p>
    <w:p/>
    <w:p>
      <w:r>
        <w:br/>
        <w:t>"I feel a… a resonance," Ella whispered, her hand instinctively going to her chest. "A faint hum that emanates from the cave, but it's different from the stone circle. It's… deeper. More primal. And it's connected to the Shadowstone. When I saw the Shadowstone at the circle, there was a ripple. Here, in the cave, it's like a constant thrum. It feels like the Shadowstone is meant to interact with this place. To unlock it."</w:t>
      </w:r>
    </w:p>
    <w:p/>
    <w:p>
      <w:r>
        <w:br/>
        <w:t>Lyra’s mind raced, piecing together the fragmented information. Anya's journal had described the artifacts as keys, designed to unlock the wards. The Shadowstone, likely found at the stone circle, seemed to be the first key. And the waterfall cave, revealed by Ella’s vision, was likely protected by wards that the Shadowstone was intended to disarm. This sequential discovery, guided by Ella’s visions and corroborated by Anya’s research, was their most concrete lead yet.</w:t>
      </w:r>
    </w:p>
    <w:p/>
    <w:p>
      <w:r>
        <w:br/>
        <w:t>"So, the stone circle is our first destination," Gareth declared, his voice firm and decisive. "We find the circle, we look for the Shadowstone. If Ella's vision is correct, the stone will be there. And if we find it, it will lead us to the waterfall cave. It’s a tangible plan. We can work with this." He looked at Ella, his gaze softening with a grudging admiration. "Your visions, Ella, are no longer just portents of doom. They are our compass. We will learn to trust them. We have to."</w:t>
      </w:r>
    </w:p>
    <w:p/>
    <w:p>
      <w:r>
        <w:br/>
        <w:t>Ella nodded, a small, hopeful smile gracing her lips. For the first time in a long time, the chaos within her had coalesced into something purposeful. The pathways were still fragmented, the landmarks ethereal, but they were there. And with Gareth and Lyra by her side, she felt a nascent hope that they could, together, navigate the treacherous terrain of her visions and find their way to the heart of the encroaching darkness. The stone circle, bathed in the fractured light of the eclipsing moon, and the hidden cave behind the thundering waterfall, were no longer just disorienting glimpses of the unknown, but concrete goals, the first steps on a perilous journey towards unraveling the secrets of the Lunar Heart. The fate of their kind, it seemed, was now intertwined with the visions of a young woman, a cryptic journal, and the ancient whispers of a world slowly forgetting its own magic.</w:t>
      </w:r>
    </w:p>
    <w:p/>
    <w:p>
      <w:r>
        <w:t>The ancient trees of the Whispering Woods loomed like sentinels, their branches entwined in a perpetual twilight. The air here was thicker, heavier, carrying the scent of damp earth, decaying leaves, and something else – a primal, territorial musk that spoke of many lives lived and defended within these shadowed depths. Ella, Lyra, and Gareth had followed the faint, ethereal pull Ella had described, a subtle hum in the periphery of her senses that intensified as they neared the woods' edge. It was a stark contrast to the stone circle and waterfall cave that had occupied her visions, suggesting a shift in the energy, a deviation from the direct path toward the Moonpetal Sanctuary.</w:t>
      </w:r>
    </w:p>
    <w:p>
      <w:r>
        <w:br/>
        <w:t>"It's… different here," Ella murmured, her gaze sweeping across the gnarled bark of the nearest trees. The vibrant, almost electric clarity of her recent visions seemed to dim, replaced by a duller, more agitated sensation. It wasn't the suffocating dread of the encroaching darkness, nor the focused beckoning of ancient power. It was a cacophony of overlapping warnings, a chorus of territorial grumbles that vibrated deep within her bones. "The energy feels… fractured. Like many small fires burning, instead of one large beacon."</w:t>
      </w:r>
    </w:p>
    <w:p/>
    <w:p>
      <w:r>
        <w:br/>
        <w:t>Lyra adjusted the worn leather strap of her satchel, her hand brushing against the reassuring weight of Anya's journal. "The Whispering Woods are known for their dense shifter population," she explained, her voice low. "Numerous independent packs claim these territories. Anya mentioned them in her notes – territorial, deeply suspicious of outsiders, especially those who aren't part of their established hierarchy."</w:t>
      </w:r>
    </w:p>
    <w:p/>
    <w:p>
      <w:r>
        <w:br/>
        <w:t>Gareth’s jaw tightened, his alpha instincts immediately on high alert. He had anticipated obstacles, but the nature of this opposition was different from the calculated threat of the Obsidian Hand. This was the ingrained suspicion of a closed community, the visceral rejection of anything unfamiliar. "Suspicious is an understatement, Lyra," he growled, his eyes scanning the dense undergrowth with a hunter's keenness. "These woods have a reputation for being fiercely protective of their borders. Any outsider venturing too deep risks being met with… considerable hostility." He flexed his hands, the phantom itch of his wolf a familiar response to the prickling awareness of unseen eyes.</w:t>
      </w:r>
    </w:p>
    <w:p/>
    <w:p>
      <w:r>
        <w:br/>
        <w:t>As if summoned by his words, a rustling in the ferns to their left grew louder, more deliberate. It wasn't the skittering of small creatures or the careless tread of a deer. This was the measured approach of beings who knew the forest floor, who moved with practiced stealth. Three figures emerged from the verdant screen, their forms shifting subtly with an inherent wildness that spoke of their lineage. They were shifters, their human features sharp and wary, their movements fluid and predatory. The scent of wolf, musky and potent, permeated the air, tinged with an undercurrent of something Lyra couldn't quite place – perhaps a hint of feline agility, or the earthy aroma of a bear.</w:t>
      </w:r>
    </w:p>
    <w:p/>
    <w:p>
      <w:r>
        <w:br/>
        <w:t>The one in the lead, a burly male with a grizzled beard and eyes the color of amber, stopped a dozen paces from them, his posture radiating an unspoken challenge. His gaze swept over Gareth, then lingered on Lyra, a flicker of disdain crossing his features. Beside him stood a lean, dark-haired female, her expression cool and appraising, and a younger male, whose restless energy hinted at a less disciplined control.</w:t>
      </w:r>
    </w:p>
    <w:p/>
    <w:p>
      <w:r>
        <w:br/>
        <w:t>"State your business," the grizzled shifter demanded, his voice a low rumble that seemed to vibrate through the very trees. "This territory is under the protection of the Stonefang Pack. Outsiders are not welcome to tread where they are not invited." His eyes narrowed as he took in Lyra’s more delicate frame and the unusual attire that marked her as clearly not of their world. "Especially not those who carry the scent of… imbalance."</w:t>
      </w:r>
    </w:p>
    <w:p/>
    <w:p>
      <w:r>
        <w:br/>
        <w:t>Lyra stepped forward, her chin held high, though a tremor of apprehension ran through her. She understood the ingrained distrust shifters often held for those perceived as different, and her own unique heritage, a blend of human and something more, often drew wary glances. "We mean no disrespect," she began, her voice steady. "We are seeking passage through these woods, not to claim territory or cause trouble. We are on a quest, a matter of great importance."</w:t>
      </w:r>
    </w:p>
    <w:p/>
    <w:p>
      <w:r>
        <w:br/>
        <w:t xml:space="preserve">The amber-eyed shifter barked a short, humorless laugh. "Quest? Importance? In </w:t>
      </w:r>
    </w:p>
    <w:p>
      <w:pPr>
        <w:jc w:val="left"/>
      </w:pPr>
      <w:r>
        <w:rPr>
          <w:i/>
        </w:rPr>
        <w:t>our</w:t>
      </w:r>
      <w:r>
        <w:t xml:space="preserve"> woods? You speak as if the world revolves around your trivialities. This forest is our life, our sanctuary. You trespass with your foreign airs and your… unusual companions," he gestured dismissively towards Lyra, "and expect us to simply nod and let you pass?"</w:t>
      </w:r>
    </w:p>
    <w:p>
      <w:r>
        <w:br/>
        <w:t>Gareth moved to Lyra’s side, a subtle shield between her and the hostile gaze of the Stonefang shifter. His own wolf was a low growl in his chest, a primal urge to assert dominance, to protect his pack. But he knew brute force would be counterproductive here. These were not enemies of their kind, but rather protectors of their own domain, misguided by suspicion and insular loyalties. "We understand your concern for your territory," Gareth said, his voice calm but firm, projecting an authority that even the Stonefang pack leader couldn't entirely ignore. "My companion is a Seer. Her visions guide us. We are not here to disrupt your peace, but to avert a danger that threatens us all. A danger that even your pack, in time, will face."</w:t>
      </w:r>
    </w:p>
    <w:p/>
    <w:p>
      <w:r>
        <w:br/>
        <w:t>The dark-haired female shifter scoffed, her eyes sharp. "A Seer? And you expect us to believe the ramblings of a dreamer? We have our own ways of knowing, outsider. We rely on the strength of our paws, the keenness of our senses, not the whispers of the wind."</w:t>
      </w:r>
    </w:p>
    <w:p/>
    <w:p>
      <w:r>
        <w:br/>
        <w:t>"The wind carries truths, whether you choose to listen or not," Lyra countered, her gaze meeting the female's directly. "My visions are not mere dreams. They are glimpses of a converging darkness, a threat that seeks to unravel the very fabric of our existence. We are searching for artifacts, ancient objects that hold the key to protecting our world. We believe a path through these woods might lead us closer to our goal."</w:t>
      </w:r>
    </w:p>
    <w:p/>
    <w:p>
      <w:r>
        <w:br/>
        <w:t xml:space="preserve">The lead shifter, who Lyra presumed was the pack alpha, scoffed again. "Artifacts. Darkness. Your talk is full of shadows and fantasies. The only shadows we fear are those that creep from rival packs seeking to steal our hunting grounds. And the only darkness we acknowledge is the absence of the moon during the new cycle." He took a step forward, his eyes glinting with an almost aggressive curiosity. "You say you seek a path. Show us this path. Tell us why it must lead through </w:t>
      </w:r>
    </w:p>
    <w:p>
      <w:pPr>
        <w:jc w:val="left"/>
      </w:pPr>
      <w:r>
        <w:rPr>
          <w:i/>
        </w:rPr>
        <w:t>our</w:t>
      </w:r>
      <w:r>
        <w:t xml:space="preserve"> lands. Convince us your 'quest' is not a prelude to an invasion."</w:t>
      </w:r>
    </w:p>
    <w:p>
      <w:r>
        <w:br/>
        <w:t>Gareth remained stoic, his alpha training honed to navigate such delicate standoffs. "Our path is not for you to walk, but to grant us passage through," he stated plainly. "We do not seek conflict. We seek the Moonpetal Sanctuary, a place of ancient power, which our divinations suggest lies beyond these woods. We are told that the convergence of celestial energies will soon empower a malevolent force, and we must gather the scattered fragments of protection before it is too late. Our need is urgent."</w:t>
      </w:r>
    </w:p>
    <w:p/>
    <w:p>
      <w:r>
        <w:br/>
        <w:t>The younger shifter shifted his weight, his gaze flicking between Gareth and Lyra, a hint of unease replacing his initial bravado. He seemed more susceptible to the urgency in their voices, perhaps sensing the genuine weight of their words. But the alpha and the sharp-eyed female remained unmoved, their suspicion a thick, almost tangible wall.</w:t>
      </w:r>
    </w:p>
    <w:p/>
    <w:p>
      <w:r>
        <w:br/>
        <w:t>"Moonpetal Sanctuary," the alpha repeated, a skeptical smirk playing on his lips. "Fairy tales for pups. There is no such place. Only the Stonefang territory, and the responsibilities that come with it." He gestured to the dense woods behind him. "These trees have stood for millennia. They have sheltered our ancestors and will shelter our descendants. We do not allow strangers to disturb their peace, especially not those who speak of prophecies and shadows. We are a pack of doers, not dreamers. You will turn back, or you will be made to turn back."</w:t>
      </w:r>
    </w:p>
    <w:p/>
    <w:p>
      <w:r>
        <w:br/>
        <w:t>The dark-haired female took another step forward, her voice laced with a chilling pragmatism. "Your 'visions' are a flimsy excuse to tread where you don't belong. If this 'darkness' you speak of is so dire, why have you not sought the aid of other, more established packs? Why come here, to a place where your kind is not welcome?" Her eyes narrowed on Lyra. "Unless, of course, your true purpose is something else entirely. Perhaps you seek to exploit the ancient energies of these woods for your own gain? Or perhaps you are spies, seeking weakness to report back to your masters."</w:t>
      </w:r>
    </w:p>
    <w:p/>
    <w:p>
      <w:r>
        <w:br/>
        <w:t>Lyra felt a knot of frustration tighten in her chest. The internal divisions within the shifter world were a more insidious obstacle than she had anticipated. The Obsidian Hand was a clear enemy, a tangible threat that united them. But prejudice, fear, and a fierce, almost blind loyalty to one's own pack – these were more difficult to overcome. "We have no masters but our own conscience," Lyra stated, her voice resonating with a quiet conviction. "And our conscience compels us to act against this encroaching evil. We have spoken to others, but their fear or their complacency has kept them from acting. We have followed the clues, the fragmented whispers of prophecy, and they have led us here. To the fringes of your woods."</w:t>
      </w:r>
    </w:p>
    <w:p/>
    <w:p>
      <w:r>
        <w:br/>
        <w:t>"Fringes?" the alpha scoffed, taking another step forward. "You are in the heart of our territory, whether you realize it or not. And the heart of the Stonefang pack does not beat for outsiders." He bared his teeth slightly, a subtle but potent display of his wolf nature. "You have been warned. Turn back now, and you will be allowed to leave with your lives. Lingering will not be tolerated."</w:t>
      </w:r>
    </w:p>
    <w:p/>
    <w:p>
      <w:r>
        <w:br/>
        <w:t>The younger shifter, sensing the growing tension, took a hesitant step back, his eyes wide. He clearly wasn’t as hardened as his pack mates, and the conviction in Gareth and Lyra's words, combined with the palpable aura of danger surrounding the Obsidian Hand, seemed to weigh on him.</w:t>
      </w:r>
    </w:p>
    <w:p/>
    <w:p>
      <w:r>
        <w:br/>
        <w:t>Gareth, however, refused to be deterred. He met the alpha's challenge head-on, his own wolf a barely contained force. "We cannot turn back," he said, his voice low and dangerous. "The fate of many depends on our success. If you will not grant us passage, then we will take it. But know this, alpha of the Stonefang Pack, that the darkness we fight will consume you as surely as it will consume us, should we fail."</w:t>
      </w:r>
    </w:p>
    <w:p/>
    <w:p>
      <w:r>
        <w:br/>
        <w:t>The dark-haired female shifter bristled at his defiance. "You threaten us? A lone wolf and a… seer? You underestimate the ferocity of the Stonefang. We will defend our lands with our lives." She moved with a sudden, fluid grace, positioning herself to block any attempt to move past.</w:t>
      </w:r>
    </w:p>
    <w:p/>
    <w:p>
      <w:r>
        <w:br/>
        <w:t>Just as the air crackled with the imminent threat of a confrontation, a different scent, faint but distinct, drifted on the breeze. It was something ethereal, something that resonated with the strange, fractured energy Ella had been sensing. It was a scent that tugged at the edges of her awareness, a ghostly echo of the stone circle and the waterfall cave.</w:t>
      </w:r>
    </w:p>
    <w:p/>
    <w:p>
      <w:r>
        <w:br/>
        <w:t>"Wait," Ella said, her voice suddenly stronger, cutting through the rising tension. Her eyes, which had been fixed on the hostile shifters, now unfocused, as if gazing at something far beyond them. "I… I feel it. It's not here, but it's close. The energy I was sensing earlier… it's just beyond you. Something is drawing it, amplifying it, just on the other side of this confrontation."</w:t>
      </w:r>
    </w:p>
    <w:p/>
    <w:p>
      <w:r>
        <w:br/>
        <w:t>The Stonefang shifters exchanged confused glances, their aggression momentarily stalled by Ella’s sudden shift in focus. The amber-eyed alpha narrowed his gaze at her. "What are you babbling about now, Seer? There is nothing here but our territory."</w:t>
      </w:r>
    </w:p>
    <w:p/>
    <w:p>
      <w:r>
        <w:br/>
        <w:t>"No," Ella insisted, a flicker of excitement in her eyes, overriding the fear. "It's faint, but it's there. A resonance. Like a… a sympathetic vibration. It’s like the ancient stones are humming, even from here. And something else… a cave. I can almost see it through the trees, just beyond your blockade." She pointed vaguely into the dense woods, in a direction that seemed to imply bypassing their flank. "It feels connected. The stone circle and the cave… they are closer than I thought. This place… it's a gateway, of sorts."</w:t>
      </w:r>
    </w:p>
    <w:p/>
    <w:p>
      <w:r>
        <w:br/>
        <w:t>Lyra’s mind raced, connecting Ella's words to Anya's fragmented notes. Anya had written about ley lines, invisible currents of energy that crisscrossed the land, often converging at places of power. If these ancient stones and hidden caves were indeed significant, they would likely be situated on or near such lines. And the Stonefang Pack, by its very presence, was unknowingly guarding a threshold. "She's right," Lyra said, her voice urgent. "Anya mentioned that some of the ancient sites are often hidden, or shielded, by natural barriers. And she spoke of how certain powerful energies could influence the surrounding environment, even creating… illusions, or obscuring the true path from those who are not attuned. Perhaps the Stonefang Pack has lived here so long, they have become accustomed to the veil over these energies, and no longer perceive the true nature of what lies within their territory."</w:t>
      </w:r>
    </w:p>
    <w:p/>
    <w:p>
      <w:r>
        <w:br/>
        <w:t>Gareth, though still wary, sensed the shift. The alpha’s aggression had been blunted by Ella's pronouncement, replaced by a flicker of uncertainty. The very fact that Ella could sense something beyond their immediate perception, something that resonated with her earlier visions, was enough to sow a seed of doubt. "If there is a significant energy source nearby," Gareth stated, his voice firm, "a place of power, then it is our duty to investigate. Should it be related to the Lunar Heart, then its discovery would serve to protect us all, including your pack, Stonefang."</w:t>
      </w:r>
    </w:p>
    <w:p/>
    <w:p>
      <w:r>
        <w:br/>
        <w:t>The alpha, though still bristling with pride and suspicion, clearly found himself in a quandary. His territorial instincts warred with the primal unease that Ella’s words had stirred. He had always prided himself on his pack's keen senses, their ability to know every rustle of leaf, every scent on the wind within their domain. Yet, this outsider claimed to perceive something he, and his pack, could not.</w:t>
      </w:r>
    </w:p>
    <w:p/>
    <w:p>
      <w:r>
        <w:br/>
        <w:t>"There are no such places here," the alpha growled, but his voice lacked its earlier conviction. He glanced at the dark-haired female, who met his gaze with an equally troubled expression. "We have patrolled these woods for generations. There are ancient stones, yes, remnants of those who came before, but nothing of significance. And caves are common, damp and unremarkable."</w:t>
      </w:r>
    </w:p>
    <w:p/>
    <w:p>
      <w:r>
        <w:br/>
        <w:t>"The energy Ella feels is unusual," Lyra pressed, seizing the moment. "It is a convergence, a focal point of power that resonates with the very artifacts we seek. If we can reach it, we might find the information, or the power, we need to avert the coming doom. We do not wish to trespass, but we are compelled by forces greater than ourselves."</w:t>
      </w:r>
    </w:p>
    <w:p/>
    <w:p>
      <w:r>
        <w:br/>
        <w:t>The alpha narrowed his eyes, his gaze sweeping over Gareth, then Lyra, then Ella, a silent assessment of their claims. The younger shifter beside him shifted his weight again, looking increasingly uncomfortable with the standoff. "And how do you propose to reach this… invisible sanctuary of yours?" the alpha finally demanded, his tone a reluctant concession. "Through our guards? Through our territory?"</w:t>
      </w:r>
    </w:p>
    <w:p/>
    <w:p>
      <w:r>
        <w:br/>
        <w:t>"We seek only to pass," Gareth repeated, his voice steady. "If the path lies beyond your territory, we will be gone as quickly as possible. If it lies within, we will respect its sanctity and disturb it no further than necessary. But we cannot turn back. We are out of time."</w:t>
      </w:r>
    </w:p>
    <w:p/>
    <w:p>
      <w:r>
        <w:br/>
        <w:t>The alpha remained silent for a long moment, his gaze fixed on the dense woods behind them, the place where Ella had pointed. He was a protector of his land, but he was also a leader, and the notion of an unseen threat that could encompass his pack, coupled with the unsettling claim of an unknown energy source within his borders, gnawed at him. The pride of the Stonefang Pack was at stake, but so too was their safety, a concept that suddenly felt less assured.</w:t>
      </w:r>
    </w:p>
    <w:p/>
    <w:p>
      <w:r>
        <w:br/>
        <w:t>Finally, with a deep sigh that seemed to carry the weight of his pack's long history, the alpha made his decision. "Very well," he stated, his voice gruff. "We will guide you. Not out of trust, Seer, but out of caution. We will see for ourselves this 'power' you speak of. But do not mistake this for welcome. One wrong step, one act of defiance, and you will find yourselves facing the full wrath of the Stonefang. You will lead. Show us this 'path.'"</w:t>
      </w:r>
    </w:p>
    <w:p/>
    <w:p>
      <w:r>
        <w:br/>
        <w:t>A collective sigh of relief went through Ella, Lyra, and Gareth, though the tension remained palpable. The immediate confrontation had been averted, but the watchful eyes of the Stonefang Pack were now their escorts, their suspicion a constant, suffocating presence. The Whispering Woods, they now understood, were not just a natural obstacle, but a complex web of inter-pack politics and deep-seated prejudices, a labyrinth of territorial claims and ancient distrust, making their journey toward the Moonpetal Sanctuary infinitely more precarious than they had ever imagined. The fragmented visions of stone circles and hidden caves suddenly felt like distant dreams, overshadowed by the immediate, tangible opposition of those who stood, quite literally, in their way. They had found their first obstacle, and it was not the shadowy figures of the Obsidian Hand, but the wary guardians of their own kind.</w:t>
      </w:r>
    </w:p>
    <w:p/>
    <w:p>
      <w:r>
        <w:t>The air, already thick with the scent of pine and the unspoken tension of the Stonefang Pack, seemed to thicken further as the alpha’s challenge hung in the charged silence. Gareth stood his ground, his gaze locked with the grizzled leader, a silent battle of wills playing out between them. Beside him, Lyra’s heart hammered against her ribs, a frantic drumbeat against the symphony of unspoken threats and territorial pronouncements. She felt the prickle of unseen eyes, the sharp scrutiny of the female shifter beside the alpha, her every movement a coiled spring of predatory readiness. Even the younger shifter, with his conflicted gaze, radiated an aura of latent power.</w:t>
      </w:r>
    </w:p>
    <w:p>
      <w:r>
        <w:br/>
        <w:t>It was a moment stretched taut, ready to snap. Gareth’s hand instinctively moved, not to reach for a weapon, but to steady Lyra, a subtle gesture that spoke volumes of his protective instincts. He felt the tremor that ran through her, a faint ripple of unease that mirrored his own. He’d faced down enemies before, armies of darkness and creatures of nightmare, but this was different. This was the cold, hard reality of ingrained prejudice, of a community that saw them as an intrusion, a threat to their very way of life.</w:t>
      </w:r>
    </w:p>
    <w:p/>
    <w:p>
      <w:r>
        <w:br/>
        <w:t>The alpha’s words, laced with suspicion, had landed like stones in a placid pond, stirring ripples of doubt and animosity. “Your ‘visions’ are a flimsy excuse to tread where you don’t belong,” the female had spat, her voice sharp and dismissive. “Unless, of course, your true purpose is something else entirely.” The implication hung heavy, a viper’s whisper in the hushed forest clearing. Spies. Exploiters. The accusations were a bitter taste on Lyra’s tongue.</w:t>
      </w:r>
    </w:p>
    <w:p/>
    <w:p>
      <w:r>
        <w:br/>
        <w:t>“We have no masters but our own conscience,” Lyra had replied, her voice carrying an unexpected strength, a resonance that seemed to momentarily silence the hostile murmurs. She felt Gareth’s presence beside her, a solid anchor in the storm of their predicament. His proximity was a familiar comfort, a grounding force that allowed her to stand firm against the onslaught of their accusers. Yet, beneath the surface of their shared defiance, a different kind of current was beginning to stir, a silent acknowledgment of their intertwined fates.</w:t>
      </w:r>
    </w:p>
    <w:p/>
    <w:p>
      <w:r>
        <w:br/>
        <w:t>The alpha’s gruff dismissal of their plight, the scoff at their talk of prophecy and shadows, had been a stark reminder of the chasm that separated their worlds. He saw them as trespassers, their urgent quest a triviality in the face of his pack’s established order. “Fairy tales for pups,” he’d sneered, his amber eyes glinting with an almost aggressive curiosity. “There is no such place. Only the Stonefang territory, and the responsibilities that come with it.”</w:t>
      </w:r>
    </w:p>
    <w:p/>
    <w:p>
      <w:r>
        <w:br/>
        <w:t>Gareth’s response had been a carefully measured assertion of authority, a blend of alpha dominance and diplomatic necessity. “We cannot turn back,” he’d declared, his voice a low growl that resonated with the primal power of his wolf. “The fate of many depends on our success. If you will not grant us passage, then we will take it. But know this, alpha of the Stonefang Pack, that the darkness we fight will consume you as surely as it will consume us, should we fail.”</w:t>
      </w:r>
    </w:p>
    <w:p/>
    <w:p>
      <w:r>
        <w:br/>
        <w:t>It was a bold declaration, a gamble that hung precariously in the balance. The female shifter had bristled, her posture tensing, ready to defend their lands with a ferocity that was palpable. The air crackled with the imminent threat of a physical confrontation, the primal instincts of predator and protector poised to clash.</w:t>
      </w:r>
    </w:p>
    <w:p/>
    <w:p>
      <w:r>
        <w:br/>
        <w:t>And then, Ella had spoken, her voice cutting through the rising tension with an unexpected clarity. “Wait,” she’d said, her gaze unfocused, as if seeing beyond the immediate scene. “I… I feel it. It’s not here, but it’s close. The energy I was sensing earlier… it’s just beyond you.” Her pointed finger, an ethereal guide, indicated a direction beyond the Stonefang’s defensive line. “Something is drawing it, amplifying it, just on the other side of this confrontation. It feels connected. The stone circle and the cave… they are closer than I thought.”</w:t>
      </w:r>
    </w:p>
    <w:p/>
    <w:p>
      <w:r>
        <w:br/>
        <w:t>The alpha’s aggressive stance faltered, replaced by a flicker of uncertainty. Ella’s seemingly inexplicable perception of a hidden energy source, one that his pack, despite their intimate knowledge of these woods, could not detect, was a profound disruption to his worldview. Lyra, seizing the moment, had reinforced Ella’s claim, weaving in Anya’s fragmented notes about ley lines and ancient sites shielded by natural barriers. “Perhaps the Stonefang Pack has lived here so long, they have become accustomed to the veil over these energies, and no longer perceive the true nature of what lies within their territory,” she’d suggested, her voice earnest.</w:t>
      </w:r>
    </w:p>
    <w:p/>
    <w:p>
      <w:r>
        <w:br/>
        <w:t>Gareth, sensing the shift in the alpha’s demeanor, had pressed their advantage. “If there is a significant energy source nearby,” he’d stated, his voice firm, “a place of power, then it is our duty to investigate. Should it be related to the Lunar Heart, then its discovery would serve to protect us all, including your pack, Stonefang.”</w:t>
      </w:r>
    </w:p>
    <w:p/>
    <w:p>
      <w:r>
        <w:br/>
        <w:t>The alpha’s silence was a heavy thing, a testament to the internal struggle between pride and pragmatism, between ingrained suspicion and the unsettling possibility of the unknown. He was a protector, a guardian of his territory, but the idea of a hidden threat, one that his pack couldn’t sense, gnawed at him. The ancient stones and unremarkable caves he spoke of were now cast in a new light, a potential focal point of power, or danger.</w:t>
      </w:r>
    </w:p>
    <w:p/>
    <w:p>
      <w:r>
        <w:br/>
        <w:t>“And how do you propose to reach this… invisible sanctuary of yours?” the alpha finally demanded, his tone a reluctant concession, a grudging acknowledgment of their urgency. “Through our guards? Through our territory?”</w:t>
      </w:r>
    </w:p>
    <w:p/>
    <w:p>
      <w:r>
        <w:br/>
        <w:t>“We seek only to pass,” Gareth reiterated, his voice steady, unwavering. “If the path lies beyond your territory, we will be gone as quickly as possible. If it lies within, we will respect its sanctity and disturb it no further than necessary. But we cannot turn back. We are out of time.”</w:t>
      </w:r>
    </w:p>
    <w:p/>
    <w:p>
      <w:r>
        <w:br/>
        <w:t>The alpha’s gaze swept over Gareth, then Lyra, then Ella, a silent, intense assessment. The younger shifter beside him shifted his weight, a clear sign of his growing discomfort with the prolonged standoff. Finally, with a sigh that seemed to carry the weight of generations, the alpha made his decision. “Very well,” he stated, his voice gruff. “We will guide you. Not out of trust, Seer, but out of caution. We will see for ourselves this ‘power’ you speak of. But do not mistake this for welcome. One wrong step, one act of defiance, and you will find yourselves facing the full wrath of the Stonefang. You will lead. Show us this ‘path.’”</w:t>
      </w:r>
    </w:p>
    <w:p/>
    <w:p>
      <w:r>
        <w:br/>
        <w:t>A collective breath, slow and shaky, was released by Ella, Lyra, and Gareth. The immediate threat of physical confrontation had been averted, but the wary eyes of the Stonefang Pack were now their escorts, their suspicion a suffocating, palpable presence. The Whispering Woods, they now understood, were not merely a natural obstacle, but a complex web of inter-pack politics and deep-seated prejudices, a labyrinth of territorial claims and ancient distrust, making their journey toward the Moonpetal Sanctuary infinitely more precarious than they had ever imagined. The fragmented visions of stone circles and hidden caves suddenly felt like distant dreams, overshadowed by the immediate, tangible opposition of those who stood, quite literally, in their way. They had found their first obstacle, and it was not the shadowy figures of the Obsidian Hand, but the wary guardians of their own kind.</w:t>
      </w:r>
    </w:p>
    <w:p/>
    <w:p>
      <w:r>
        <w:br/>
        <w:t>As the Stonefang alpha barked an order, his voice rough with authority, and the pack members shifted to flank them, an almost imperceptible shift occurred between Gareth and Lyra. It was a flicker, a spark of something that had been lying dormant, a silent acknowledgment of their shared experience, their mutual reliance in the face of the alpha’s challenge. In the heat of the moment, when Gareth had declared they would take passage if it wasn’t granted, and Lyra had stood firm beside him, a subtle energy had flared between them. It was not the overt surge of a battle cry or the raw aggression of a territorial dispute, but something far more intimate, more profound.</w:t>
      </w:r>
    </w:p>
    <w:p/>
    <w:p>
      <w:r>
        <w:br/>
        <w:t>It was a resonant hum, a silent acknowledgment that vibrated between their souls. Lyra felt it first, a sudden warmth that spread from her chest, a tingling sensation that seemed to connect her directly to Gareth. His wolf, the primal, instinctual part of him, had responded to her unwavering resolve, to the shared danger they faced. It was more than just adrenaline, more than the camaraderie born of shared peril. It was a primal recognition, a silent affirmation of a bond that had been subtly forming since their first, fraught encounter.</w:t>
      </w:r>
    </w:p>
    <w:p/>
    <w:p>
      <w:r>
        <w:br/>
        <w:t>Gareth felt it too, a jolt that went through him, a sudden clarity that cut through the ingrained caution and suspicion he held for Lyra. Her defiance, her unwavering conviction, had resonated with the deepest part of his alpha nature. He had seen her stand tall against the Stonefang’s hostility, her gaze unwavering, her voice steady even when faced with their blatant prejudice. In that moment, a profound realization had dawned within him. This woman, with her complicated past and her mysterious abilities, was more than just a temporary ally.</w:t>
      </w:r>
    </w:p>
    <w:p/>
    <w:p>
      <w:r>
        <w:br/>
        <w:t>The energy that surged between them was undeniable, a palpable connection that left them both momentarily breathless, disoriented. It was a silent language, spoken not in words, but in the pulse of their very beings. A fated mate bond, awakening. It was raw, untamed power, a force that bypassed their conscious minds and spoke directly to their souls. Lyra’s eyes widened as she met Gareth’s gaze, a silent question passing between them. The warmth in her chest intensified, a comforting, yet overwhelming, sensation. This was not just shared adrenaline; it was a recognition, a profound, instinctual connection that had been simmering beneath the surface.</w:t>
      </w:r>
    </w:p>
    <w:p/>
    <w:p>
      <w:r>
        <w:br/>
        <w:t>Gareth felt it like a physical blow, a sudden, intense connection that went beyond mere alliance or mutual respect. His wolf, usually so wary and guarded, responded with an instinctual surge of protectiveness, of possessiveness, that both surprised and unnerved him. He had always been drawn to Lyra, to her strength and her resilience, but this was something entirely different. It was a primal acknowledgment, a silent understanding that their destinies were intertwined, bound by a force far older and more powerful than their individual choices or animosities.</w:t>
      </w:r>
    </w:p>
    <w:p/>
    <w:p>
      <w:r>
        <w:br/>
        <w:t>The Stonefang alpha, though his focus was on the path ahead, caught a glimpse of the exchange. He saw the momentary stillness between Gareth and Lyra, the subtle shift in their body language, the almost imperceptible tightening of Gareth’s jaw as his gaze met Lyra’s. He didn’t understand the nature of what had occurred, but he recognized the primal energy that had briefly flared between them. It was the scent of a bond, raw and powerful, a force that resonated even with his seasoned senses. A flicker of unease crossed his features. Such a potent connection, awakened in the heart of his territory, was an unexpected complication.</w:t>
      </w:r>
    </w:p>
    <w:p/>
    <w:p>
      <w:r>
        <w:br/>
        <w:t>Lyra’s mind, already reeling from the encounter with the Stonefang, struggled to process this new development. The sudden surge of energy, the undeniable connection with Gareth, was both exhilarating and terrifying. She had been grappling with her complicated past, the shadow of her lineage and the mistakes she had made, and now this. This powerful, inexplicable bond with a man she was still struggling to trust, a man who embodied everything she had been taught to fear. Yet, beneath the apprehension, there was a profound sense of rightness, a silent acknowledgment that this connection was fated, inevitable.</w:t>
      </w:r>
    </w:p>
    <w:p/>
    <w:p>
      <w:r>
        <w:br/>
        <w:t>Gareth, too, was thrown into a turmoil of emotions. He had fought against his growing feelings for Lyra, the lingering distrust of her past, the inherent caution of his alpha nature. But this awakening bond was a force of nature, a primal call that bypassed his defenses. He felt an overwhelming urge to protect her, to claim her, to shield her from the very world that had cast her out. The raw power of their connection was undeniable, a silent testament to their intertwined destinies.</w:t>
      </w:r>
    </w:p>
    <w:p/>
    <w:p>
      <w:r>
        <w:br/>
        <w:t>As the Stonefang pack began to lead them deeper into the woods, the subtle hum of their newly awakened bond remained, a constant reminder of the profound shift that had occurred. The immediate danger of the Stonefang confrontation had passed, replaced by the unspoken tension of their shared secret, the unsettling realization that their journey had just become infinitely more complicated, and infinitely more intimate. The path ahead was uncertain, fraught with peril, but now, they would face it together, bound by a connection forged in the heart of the Whispering Woods. The wary eyes of the Stonefang Pack were now their escorts, their suspicion a constant, suffocating presence, but beneath it all, a new, powerful force had been unleashed between Gareth and Lyra, a bond that would test their resolve and redefine their destinies.</w:t>
      </w:r>
    </w:p>
    <w:p/>
    <w:p>
      <w:r>
        <w:br w:type="page"/>
      </w:r>
    </w:p>
    <w:p>
      <w:pPr>
        <w:spacing w:before="5040"/>
        <w:jc w:val="center"/>
      </w:pPr>
      <w:r>
        <w:rPr/>
        <w:t xml:space="preserve"> Chapter 3: The Journey Begins</w:t>
      </w:r>
    </w:p>
    <w:p>
      <w:r>
        <w:t>The Stonefang alpha’s gruff voice, a rumble that reverberated through the dense forest, broke the moment of charged silence. “We will guide you,” he’d declared, his words a concession born not of trust, but of a pragmatic desire to understand the anomaly they presented. “But do not mistake this for welcome. One wrong step, one act of defiance, and you will find yourselves facing the full wrath of the Stonefang. You will lead. Show us this ‘path.’”</w:t>
      </w:r>
    </w:p>
    <w:p>
      <w:r>
        <w:br/>
        <w:t>The weight of those words settled upon Gareth and Lyra, a palpable shroud of suspicion that did little to ease the turmoil still churning within them. While the immediate threat of violence had receded, replaced by the unnerving reality of escort, the air remained thick with unspoken animosity. Gareth felt the prickle of a thousand eyes upon him, each pair belonging to a member of the Stonefang Pack, their gazes sharp, assessing, and deeply distrustful. He met the alpha’s amber eyes, a silent understanding passing between them – this was a truce, not an alliance, forged in the crucible of necessity, not friendship.</w:t>
      </w:r>
    </w:p>
    <w:p/>
    <w:p>
      <w:r>
        <w:br/>
        <w:t>Lyra, too, felt the oppressive scrutiny. The female shifter who had spoken with such venom earlier now walked with a predatory grace at the alpha’s side, her posture radiating a coiled intensity that spoke of unwavering loyalty to her pack and a deep-seated contempt for outsiders. Lyra could feel the woman’s gaze sweep over her, lingering on the subtle tremors that still ran through her, a residue of the earlier confrontation and the sudden, overwhelming surge of connection with Gareth. She forced herself to remain outwardly calm, to project an image of composure, but beneath the surface, her heart hammered a frantic rhythm against her ribs.</w:t>
      </w:r>
    </w:p>
    <w:p/>
    <w:p>
      <w:r>
        <w:br/>
        <w:t>As the Stonefang Pack began to move, their formation shifting to flank Gareth, Lyra, and Ella, a subtle, almost imperceptible dance of professional courtesy began to unfold between Gareth and Lyra. The raw, undeniable energy that had flared between them moments before, the awakening of a bond that had sent tremors through their very beings, was now deliberately, consciously, suppressed. It was a silent agreement, a mutual understanding that the urgent, world-altering mission they were on could not be derailed by the bewildering complexities of their own burgeoning feelings.</w:t>
      </w:r>
    </w:p>
    <w:p/>
    <w:p>
      <w:r>
        <w:br/>
        <w:t>Gareth, ever the disciplined leader, took a measured step forward, his gaze fixed on the dense undergrowth ahead. “The energy Ella sensed,” he began, his voice steady, deliberately devoid of any personal inflection, “it appears to originate from a cluster of ancient standing stones, likely hidden within this region. Anya’s fragmented notes suggest a nexus of powerful ley lines converging there, possibly shielded by natural formations.” He gestured towards Ella, who, though still a little pale, nodded in confirmation. “Her senses confirmed the presence of something significant, something drawing power, just beyond your patrols.”</w:t>
      </w:r>
    </w:p>
    <w:p/>
    <w:p>
      <w:r>
        <w:br/>
        <w:t>Lyra fell into step beside him, her posture mirroring his own professional distance. “The alpha mentioned only ancient stones and caves,” she said, her voice measured, a careful counterpoint to Gareth’s. “Nothing that would indicate a sanctuary, or a focal point of unusual energy. It’s possible these markers have been overlooked, or their true significance has been forgotten over time.” She deliberately avoided Gareth’s eyes, focusing on the shifting patterns of light and shadow that danced through the trees. Her mind, however, was a tempest of conflicting emotions. The undeniable pull towards Gareth, a sensation that felt both foreign and strangely familiar, warred with the deeply ingrained suspicion she harbored towards those in positions of power. Gareth, as an alpha, embodied that power, that authority, and her past had taught her to distrust it implicitly.</w:t>
      </w:r>
    </w:p>
    <w:p/>
    <w:p>
      <w:r>
        <w:br/>
        <w:t>“Or perhaps,” Gareth’s voice cut through her internal debate, drawing her attention back to the immediate task, “the stones themselves are the focus. Their alignment, their connection to the earth’s energies, might be what’s creating the veil, hiding the true nature of the site from casual observation. It would explain why your pack, despite your intimate knowledge of these woods, hasn’t detected it.” He offered a curt nod, a gesture of acknowledgment rather than camaraderie. “We’ll need to proceed with caution. The alpha’s ‘guidance’ is, as he made clear, a form of surveillance. Every step we take will be scrutinized.”</w:t>
      </w:r>
    </w:p>
    <w:p/>
    <w:p>
      <w:r>
        <w:br/>
        <w:t>Lyra’s lips curved into a faint, almost imperceptible smile. “A welcome change from being chased by assassins, I suppose,” she murmured, her tone laced with a dry cynicism that had become her shield. “At least these guards have a semblance of decorum.” She glanced at Ella, who walked a few paces ahead, her gaze distant, as if already sensing the ethereal currents of the path they were about to tread. “Ella, can you sense any specific direction? Any… disturbance in the natural flow that points us onward?”</w:t>
      </w:r>
    </w:p>
    <w:p/>
    <w:p>
      <w:r>
        <w:br/>
        <w:t>Ella, her voice soft, almost a whisper, responded without turning. “It’s… diffused. Like a gentle hum, growing stronger. But there are pockets of resistance, Lyra. Like static in the air. The closer we get, the more the natural energies seem to… warp. It’s being amplified, yes, but also… contained. As if something is holding it back, or channeling it.” She paused, her brow furrowed in concentration. “And there’s an echo. Faint, but persistent. Something old. Something that feels… lonely.”</w:t>
      </w:r>
    </w:p>
    <w:p/>
    <w:p>
      <w:r>
        <w:br/>
        <w:t>The word ‘lonely’ struck a chord within Lyra. She understood loneliness. It was a constant companion, a shadow that clung to her, born from a past she couldn't escape and a future she couldn't yet grasp. She found herself wondering if the ‘something’ Ella sensed was more than just a mystical phenomenon, if it was a reflection of the very entity they sought – the Moonpetal Sanctuary, a place of refuge, perhaps, for those who had nowhere else to go.</w:t>
      </w:r>
    </w:p>
    <w:p/>
    <w:p>
      <w:r>
        <w:br/>
        <w:t>Gareth, his jaw tight, observed Ella’s subtle distress. He recognized the strain it placed on her, the immense effort required to navigate these unseen currents. His alpha instincts, honed by years of leading and protecting his own pack, recognized the signs of a formidable challenge. He felt a renewed sense of responsibility, not just for the mission, but for the well-being of his companions. And, he grudgingly admitted to himself, for Lyra. The confusing, insistent pull towards her, a sensation that defied logic and caution, was a constant undercurrent to his every thought. He knew he should be focused solely on the mission, on the potential threat of the Obsidian Hand, but Lyra’s presence, her quiet strength, her unexpected vulnerability, was a distraction he couldn’t seem to shake.</w:t>
      </w:r>
    </w:p>
    <w:p/>
    <w:p>
      <w:r>
        <w:br/>
        <w:t>“We’ll rely on your senses, Ella,” Gareth said, his voice firm, projecting confidence he didn’t entirely feel. “And Lyra, your knowledge of ancient sites. We need to be methodical. No unnecessary risks.” He deliberately kept his tone neutral, professional, a stark contrast to the internal battle he was waging. He knew the Stonefang Pack would be watching, waiting for any sign of weakness, any opportunity to prove their superiority. His own pack, the Stormcrest, had always been known for their discipline and their unwavering commitment to their objectives. He couldn’t afford to falter, especially not now, with Lyra by his side, her gaze occasionally flickering towards him, a silent acknowledgment of the unspoken connection that still thrummed between them.</w:t>
      </w:r>
    </w:p>
    <w:p/>
    <w:p>
      <w:r>
        <w:br/>
        <w:t>Lyra met his gaze briefly, a flicker of understanding passing between them. She recognized the weight of his responsibility, the burden of leadership. And she saw, too, the subtle tension in his shoulders, the guardedness in his eyes. He was as much a prisoner of his duty as she was of her past. Yet, there was a strength in his conviction, a steadfastness that was undeniably compelling. She found herself relying on his presence, his quiet assurance, in a way she hadn't anticipated. It was a dangerous comfort, a potential weakness, but one she couldn't quite bring herself to reject.</w:t>
      </w:r>
    </w:p>
    <w:p/>
    <w:p>
      <w:r>
        <w:br/>
        <w:t>“The path ahead appears to be growing narrower,” Gareth observed, his voice returning to a more practical tone. “The trees are thicker here, the undergrowth more tangled. It suggests a natural boundary, perhaps even a deliberate obscuring of the route.” He scanned the surroundings, his alpha senses on high alert. He could feel the Stonefang Pack’s unease, their growing suspicion that they were being led towards something unknown, something beyond their immediate comprehension.</w:t>
      </w:r>
    </w:p>
    <w:p/>
    <w:p>
      <w:r>
        <w:br/>
        <w:t>“The air is changing,” Lyra added, her voice low. “It feels… older. More charged. As if we’re stepping into a pocket of time, separate from the rest of the woods.” She adjusted the satchel on her shoulder, her fingers brushing against the worn leather. Anya’s notes, fragments of ancient lore, felt heavier now, imbued with a new urgency. “The energy is definitely coalescing. It’s not just a general hum anymore. It feels… focused. Like a single, powerful beacon.”</w:t>
      </w:r>
    </w:p>
    <w:p/>
    <w:p>
      <w:r>
        <w:br/>
        <w:t>Ella suddenly stopped, her hand flying to her temple. “It’s… there,” she breathed, her eyes wide, unfocused. “Just beyond that ridge. I can see it. The stones. They’re… enormous. And the light… it’s unlike anything I’ve ever witnessed.” She pointed a trembling finger towards a dense thicket of ancient pines, their branches interwoven to form an almost impenetrable wall. “It’s calling. Not a sound, but a feeling. A pull.”</w:t>
      </w:r>
    </w:p>
    <w:p/>
    <w:p>
      <w:r>
        <w:br/>
        <w:t>Gareth immediately halted, his hand instinctively moving towards the dagger sheathed at his hip. The Stonefang Pack, sensing the shift, tensed, their amber eyes fixed on the direction Ella indicated. The alpha stepped forward, his grizzled face a mask of wary anticipation. “You say you can see it?” he growled, his voice low and suspicious. “Through that?” He gestured at the dense wall of pines. “We have patrolled these woods for generations, and there is nothing but ancient trees and unforgiving terrain beyond that point.”</w:t>
      </w:r>
    </w:p>
    <w:p/>
    <w:p>
      <w:r>
        <w:br/>
        <w:t>“The veil is stronger here,” Lyra explained, her voice steady, projecting a calm she didn’t fully possess. “It’s not meant to be seen by ordinary eyes, or even by the heightened senses of those accustomed to the mundane. The power of the place itself is acting as a cloak. It’s a natural defense, designed to obscure it from those who might seek to exploit it.” She met the alpha’s gaze directly, a silent challenge. “And we are not here to exploit it. We seek the Moonpetal Sanctuary, and if this energy nexus is the key to finding it, then we must investigate.”</w:t>
      </w:r>
    </w:p>
    <w:p/>
    <w:p>
      <w:r>
        <w:br/>
        <w:t>The alpha grunted, a sound of grudging acknowledgment. He exchanged a look with his second-in-command, the female shifter, who gave a subtle, almost imperceptible shake of her head. Clearly, she remained unconvinced. But the alpha, his curiosity piqued, had made his decision. “Very well,” he said, his voice firm. “We will break through. But tread carefully. This ‘sanctuary’ of yours had better be worth the intrusion.”</w:t>
      </w:r>
    </w:p>
    <w:p/>
    <w:p>
      <w:r>
        <w:br/>
        <w:t>With a series of guttural commands, the Stonefang Pack began to move, their powerful forms easily cleaving through the dense undergrowth. Gareth and Lyra followed closely behind, their senses on high alert, their movements synchronized by a silent, unspoken understanding. The air grew colder, heavier, as they pushed deeper into the heart of the woods. The scent of pine was replaced by a strange, earthy aroma, mingled with something metallic, something akin to ozone after a lightning strike.</w:t>
      </w:r>
    </w:p>
    <w:p/>
    <w:p>
      <w:r>
        <w:br/>
        <w:t>Ella, walking between Gareth and Lyra, began to murmur softly, her voice a low, rhythmic chant. The words were ancient, resonant, and seemed to vibrate with the very earth beneath their feet. Lyra recognized fragments of old druidic incantations, words of warding and of seeking. Gareth, too, felt the shift in the atmosphere, the subtle thrum of power that seemed to emanate from the very soil. His wolf, usually so boisterous and eager, was now strangely subdued, a low growl rumbling in his chest, a primal instinct warning him of something powerful, something ancient, and potentially dangerous, lying ahead.</w:t>
      </w:r>
    </w:p>
    <w:p/>
    <w:p>
      <w:r>
        <w:br/>
        <w:t>As they broke through the final barrier of pines, they found themselves in a clearing unlike any they had ever seen. Towering, moss-covered stones, impossibly ancient and carved with symbols that spoke of forgotten civilizations, stood sentinel around a deep, circular depression in the earth. The air within the clearing pulsed with a visible energy, a shimmering, opalescent light that seemed to emanate from the very center of the formation. It was breathtaking, awe-inspiring, and undeniably potent.</w:t>
      </w:r>
    </w:p>
    <w:p/>
    <w:p>
      <w:r>
        <w:br/>
        <w:t>“The Stone Circle,” Lyra whispered, her voice filled with a reverence that silenced any lingering animosity from the Stonefang Pack. “Anya’s notes spoke of it. A place where the veil between worlds is thinnest. This is it. This is the nexus.” She looked at Gareth, her eyes wide with wonder, a stark contrast to the guarded cynicism she usually displayed. The shared experience, the tangible reality of what they had been searching for, seemed to momentarily bridge the chasm of their pasts.</w:t>
      </w:r>
    </w:p>
    <w:p/>
    <w:p>
      <w:r>
        <w:br/>
        <w:t>Gareth felt a profound sense of awe wash over him, but it was tempered by a prickling sense of unease. The energy here was immense, far greater than he had anticipated. It was a raw, untamed power, and he knew, with a certainty that chilled him to the bone, that it was directly linked to the fate of the Moonpetal Sanctuary, and perhaps, to the fate of their world. He glanced at Lyra, seeing the same mixture of awe and apprehension reflected in her eyes. The unspoken connection between them, the nascent bond that had awakened amidst the tension of their arrival, felt stronger here, amplified by the potent energies of the ancient site.</w:t>
      </w:r>
    </w:p>
    <w:p/>
    <w:p>
      <w:r>
        <w:br/>
        <w:t>The Stonefang alpha, his usual gruff demeanor replaced by a look of stunned disbelief, stepped forward, his gaze sweeping across the magnificent stone circle. “By the Great Wolf,” he breathed, his voice barely audible. “I… I have never seen such a thing. We have lived on the borders of this place for centuries, and yet… it remained hidden.” He turned to Gareth and Lyra, his expression a complex mixture of suspicion and grudging respect. “You spoke the truth. There is power here. A power we did not comprehend.”</w:t>
      </w:r>
    </w:p>
    <w:p/>
    <w:p>
      <w:r>
        <w:br/>
        <w:t>Lyra, her mind racing, began to examine the carvings on the stones, her fingers tracing the intricate patterns. “These symbols,” she murmured, “they are not just decorative. They are a language. A map, perhaps. Or a key.” She looked at Gareth, a spark of excitement igniting in her eyes. “The Sanctuary… it’s not a physical location in the way we imagined. It’s an imprint. A spiritual echo, anchored to this place. The energy here is what sustains it, what keeps it hidden.”</w:t>
      </w:r>
    </w:p>
    <w:p/>
    <w:p>
      <w:r>
        <w:br/>
        <w:t>Gareth felt a surge of adrenaline, a primal urge to push forward, to delve deeper into the mystery. But his training, his ingrained sense of caution, held him in check. “We need to be careful,” he warned, his voice low, yet carrying the weight of authority. “This power is immense. We don’t know its source, or its true nature. The Obsidian Hand will stop at nothing to possess it. We cannot let them.” He met Lyra’s gaze, a silent understanding passing between them. They were allies, bound by a common purpose, by a nascent bond, and by the looming threat of a world-ending darkness. The tentative alliance, forged in the crucible of Stonefang territory, had just taken on a new, more profound dimension. The journey had begun, but the path ahead was far more perilous, and far more intimate, than either of them could have ever imagined. The strength of their alliance would be tested not only by external threats, but by the very nature of the bond that was now irrevocably linking their destinies.</w:t>
      </w:r>
    </w:p>
    <w:p/>
    <w:p>
      <w:r>
        <w:t>The veil of ancient pines gave way to a realm that defied the vibrant life of the surrounding forest. This was the Shadowlands, a name whispered with a mixture of fear and morbid curiosity, a place where the sun itself seemed to cower, its rays struggling to pierce the perpetual twilight. Twisted, skeletal trees clawed at the bruised, perpetually dim sky, their gnarled branches reaching out like desiccated fingers, grasping at the faint light. The air hung heavy, thick with an oppressive silence that pressed in on Gareth and Lyra, a palpable absence of the usual forest symphony of birdsong, rustling leaves, and chittering creatures. It was a silence born not of peace, but of profound, suffocating dread.</w:t>
      </w:r>
    </w:p>
    <w:p>
      <w:r>
        <w:br/>
        <w:t>Gareth’s wolf stirred within him, a primal unease rippling through his lupine senses. The scent of decay, not of natural decomposition, but of something far more insidious, clung to the air. It was a miasma of dark magic, a lingering taint left by the Obsidian Hand. He could detect the faint, spectral scent of fear, a ghostly echo of those who had perhaps stumbled into this blighted land and never found their way out. His hackles rose involuntarily, his instincts screaming caution. This was not merely a geographical feature; it was a scar upon the land, a testament to the corrupting influence of the enemy they hunted. He kept his gaze sweeping across the desolate landscape, his senses a finely tuned instrument, cataloging every subtle shift, every unnatural stillness. The Stonefang alpha and his pack, though outwardly stoic, mirrored Gareth's own apprehension. Their amber eyes darted nervously into the shadows, their powerful forms tensed, ready to spring at any perceived threat. They had guided Gareth and Lyra to the edge of the Shadowlands, but the true darkness lay ahead, and the alpha’s gruff pronouncement of their escort’s end at this border hung heavy in the air. “Our path ends here,” he’d stated, his voice devoid of its earlier bluster, replaced by a somber resignation. “This is a cursed place, beyond the dominion of any pack. Only the truly desperate, or the truly foolish, tread willingly into the Shadowlands.”</w:t>
      </w:r>
    </w:p>
    <w:p/>
    <w:p>
      <w:r>
        <w:br/>
        <w:t>Lyra, however, felt a strange, unsettling resonance with the desolate landscape. As they stepped from the relative normalcy of the forest into this spectral domain, a flicker of recognition, a sense of uncanny familiarity, washed over her. It was the desolation, the profound isolation, the pervasive sense of being utterly alone, that resonated deep within her. Her own life had been a tapestry woven with threads of solitude, of being an outsider, a pariah. This land, in its bleakness, felt almost like a reflection of her own internal landscape, a stark, unvarnished truth laid bare. While Gareth’s wolf sensed the tangible presence of dark energy, Lyra’s own latent abilities, honed by years of surviving on the fringes, allowed her to perceive the subtler shifts in the corrupted environment. She could feel the unnatural stillness, the way the very air seemed to resist movement, the faint, discordant hum beneath the oppressive silence. It was as if the land itself was screaming, a silent agony that only those who had known profound despair could truly comprehend. She found herself moving with a surprising grace, her steps light, her senses attuned to the whispers of the corrupted magic. Where Gareth’s wolf was on guard against external threats, Lyra’s awareness was focused inward, on the delicate balance of the twisted energies that permeated this place.</w:t>
      </w:r>
    </w:p>
    <w:p/>
    <w:p>
      <w:r>
        <w:br/>
        <w:t>“The Obsidian Hand has been here,” Gareth stated, his voice low, the words carrying the weight of his wolf’s keen senses. “I can feel their influence. It’s like a poison, seeping into the very fabric of the land.” He gestured to a patch of ground where the trees seemed to grow in a chaotic, almost tormented fashion, their bark blackened and peeling, their leaves withered and brittle, even though it was far from autumn. “They’ve twisted the natural magic, turned it against itself. This place… it’s been deliberately blighted.”</w:t>
      </w:r>
    </w:p>
    <w:p/>
    <w:p>
      <w:r>
        <w:br/>
        <w:t xml:space="preserve">Lyra’s gaze followed his, her own senses reaching out, probing the corrupted energies. “It’s more than just blighted, Gareth,” she corrected softly, her voice a low murmur that seemed to blend with the hushed atmosphere. “It’s been </w:t>
      </w:r>
    </w:p>
    <w:p>
      <w:pPr>
        <w:jc w:val="left"/>
      </w:pPr>
      <w:r>
        <w:rPr>
          <w:i/>
        </w:rPr>
        <w:t>drained</w:t>
      </w:r>
      <w:r>
        <w:t>. Siphoned. The Obsidian Hand doesn’t just corrupt; they consume. They’ve taken the life force of this place, leaving behind only this… echo of despair.” She knelt, her fingers hovering inches above a patch of blackened moss that seemed to writhe with a faint, internal luminescence. “The natural magic here is suppressed, yes, but it’s also being warped. It’s a prison, not just for the land, but for whatever residual spirits or energies might have once resided here.”</w:t>
      </w:r>
    </w:p>
    <w:p>
      <w:r>
        <w:br/>
        <w:t>Ella, usually so attuned to the ebb and flow of natural energies, looked visibly distressed. She clutched her head, her eyes squeezed shut, a low whimper escaping her lips. “It’s so… loud,” she whispered, her voice strained. “Even in the quiet, it’s deafening. It’s like a thousand dying screams all at once. The shadows… they feel alive. They’re watching.” She shivered, pulling her cloak tighter around herself, as if the spectral chill of the land had seeped into her very bones. “I can’t get a clear reading. It’s all… muddled. Distorted. Like looking through a shattered mirror.”</w:t>
      </w:r>
    </w:p>
    <w:p/>
    <w:p>
      <w:r>
        <w:br/>
        <w:t>Gareth immediately moved to Ella’s side, his hand resting on her shoulder, a gesture of reassurance. “We’ll keep you safe, Ella,” he promised, his voice firm, projecting a confidence he didn’t entirely feel. He understood the burden she carried, the overwhelming nature of her abilities when faced with such potent, twisted magic. “Lyra and I will navigate. You focus on what you can, and if it becomes too much, tell us.” He glanced at Lyra, a silent question in his eyes. He knew her connection to this place was different, more intrinsic.</w:t>
      </w:r>
    </w:p>
    <w:p/>
    <w:p>
      <w:r>
        <w:br/>
        <w:t>Lyra nodded, her gaze fixed on the path ahead, a path that seemed to dissolve into the oppressive gloom. “The darkness here is not an external force, Gareth,” she explained, her voice gaining a new strength, a subtle authority. “It’s a wound. And wounds fester when they are ignored. The Obsidian Hand has exploited that festering. But there’s still a core of what this place once was, buried beneath the corruption. I can feel it. It’s weak, but it’s there.” She took a step forward, her movements deliberate, almost cautious, yet with an underlying sense of purpose. “This land… it remembers pain. It remembers isolation. And in that memory, there is a truth that the Obsidian Hand has tried to extinguish.”</w:t>
      </w:r>
    </w:p>
    <w:p/>
    <w:p>
      <w:r>
        <w:br/>
        <w:t>As they ventured deeper, the skeletal trees grew denser, their branches interlacing overhead, creating a natural canopy that plunged the ground into an even deeper twilight. The silence became more profound, broken only by the crunch of their boots on the brittle, dead leaves that carpeted the ground and the occasional, unnerving creak of a tormented branch. Gareth’s wolf was a constant, agitated presence within him, his senses on high alert for any sign of movement, any hint of the enemy. He detected the faint scent of residual dark magic, like a lingering perfume of decay, a signature of the Obsidian Hand’s passage. It was a chilling reminder that they were not alone, that the enemy’s influence was pervasive and insidious. He kept a close eye on Lyra, his alpha instincts noting the subtle ways she moved, the way she seemed to anticipate the subtle shifts in the terrain, the way her eyes, though often downcast, seemed to pierce through the gloom. There was a confidence in her step that belied the oppressive nature of their surroundings, a quiet understanding of this desolate realm that both intrigued and unnerved him.</w:t>
      </w:r>
    </w:p>
    <w:p/>
    <w:p>
      <w:r>
        <w:br/>
        <w:t>“This is where the Obsidian Hand is most potent,” Gareth murmured, his voice barely disturbing the heavy air. “They’ve twisted the very life force of this region to fuel their dark rituals. Anya’s notes spoke of Shadowlands as a place where their power is amplified, where their reach extends further.” He felt a surge of protectiveness, not just for Lyra and Ella, but for the very integrity of the land itself, a wild, untamed spirit that deserved to be free from such corruption.</w:t>
      </w:r>
    </w:p>
    <w:p/>
    <w:p>
      <w:r>
        <w:br/>
        <w:t>Lyra paused, her hand reaching out to touch the rough, blackened bark of a nearby tree. “It’s not just amplification, Gareth,” she said, her voice thoughtful. “It’s a symbiotic relationship, of sorts. They drain the land, and in return, they imbue it with their own twisted essence. It’s a perversion of natural growth. They’ve created a parasitic ecosystem, feeding on fear and despair.” She closed her eyes for a moment, a faint frown creasing her brow. “The residual energy… it’s a tapestry of suffering. I can feel the echoes of those who have been lost here. Their desperation has become part of the land’s own anguish.”</w:t>
      </w:r>
    </w:p>
    <w:p/>
    <w:p>
      <w:r>
        <w:br/>
        <w:t>Ella, though still shaken, managed a weak smile. “It’s like… a song played in a minor key, all the time,” she whispered, her voice barely audible. “It’s always there, a low hum beneath the silence. And sometimes, when the wind blows… it sounds like weeping.” She shuddered, but there was a newfound resolve in her eyes. “I can pick up faint trails. Not of the Obsidian Hand’s physical presence, but of their magical signature. It leads… deeper. Towards the heart of the Shadowlands.”</w:t>
      </w:r>
    </w:p>
    <w:p/>
    <w:p>
      <w:r>
        <w:br/>
        <w:t>Gareth’s wolf let out a low growl, a rumble of warning that vibrated in his chest. The scent of dark energy was growing stronger, more concentrated. “We need to be cautious,” he advised, his voice a low warning. “The Obsidian Hand likely has sentinels, or perhaps wards, in place. This is their territory now. They will not welcome trespassers.” He met Lyra’s gaze, a silent question passing between them. He trusted her instincts, her unique connection to this corrupted land, but he also recognized the inherent danger.</w:t>
      </w:r>
    </w:p>
    <w:p/>
    <w:p>
      <w:r>
        <w:br/>
        <w:t>“I feel it too,” Lyra confirmed, her eyes scanning the twisted landscape ahead. “A focal point. A place where the Obsidian Hand’s influence is strongest. It’s not a physical structure, not in the way we might expect. It’s… a convergence. A nexus of their corrupted power. And it’s drawing something towards it, something vital.” Her brow furrowed in concentration. “It feels… like a trap. But also, like a source.”</w:t>
      </w:r>
    </w:p>
    <w:p/>
    <w:p>
      <w:r>
        <w:br/>
        <w:t>They pressed on, the oppressive atmosphere of the Shadowlands pressing down on them. Gareth’s wolf was a constant companion, his primal senses a shield against the encroaching darkness. He could feel the land’s suffering, its wounded spirit, and it stirred a protective fury within him. Lyra, on the other hand, seemed to navigate this corrupted realm with a strange, almost instinctive ease. The desolation that was so unnerving to Gareth and so terrifying to Ella seemed to speak to her, to resonate with a part of her that understood loneliness and despair. She moved with a fluid grace, her senses picking up on subtle shifts in the energy field, on the faintest whispers of corrupted magic. It was as if her own isolation had prepared her for this place, allowing her to perceive its nuances, its hidden currents, in a way that no one else could.</w:t>
      </w:r>
    </w:p>
    <w:p/>
    <w:p>
      <w:r>
        <w:br/>
        <w:t>“The path is becoming more defined,” Lyra observed, her voice a hushed whisper. “The trees… they are not growing naturally here. They are being shaped, guided. It’s as if the Obsidian Hand has carved a route for us, a deliberate invitation.” She pointed to a particularly gnarled and twisted tree, its branches forming an archway that led deeper into the gloom. “This is not a natural formation. It’s a marker. A lure.”</w:t>
      </w:r>
    </w:p>
    <w:p/>
    <w:p>
      <w:r>
        <w:br/>
        <w:t>Gareth’s wolf recoiled instinctively from the archway. The dark energy radiating from it was palpable, a sickly sweet scent of decay and corrupted power. “A trap, then,” he stated, his jaw tight. “They know we’re coming. They’re leading us to where they want us.” He looked at Lyra, his gaze sharp. “Can you sense an alternative? Another way through?”</w:t>
      </w:r>
    </w:p>
    <w:p/>
    <w:p>
      <w:r>
        <w:br/>
        <w:t>Lyra closed her eyes, concentrating, her breath coming in shallow puffs. The oppressive silence of the Shadowlands seemed to press in on her, the weight of the land’s suffering threatening to overwhelm her. But beneath that, she could feel a faint, almost imperceptible whisper of the original magic, a desperate plea for freedom. “There’s a… thinning,” she said, her voice hesitant. “To the west. The corruption is less concentrated. It feels like a… scar. A place where the land is fighting back, however feebly.”</w:t>
      </w:r>
    </w:p>
    <w:p/>
    <w:p>
      <w:r>
        <w:br/>
        <w:t>Gareth considered her words, his alpha instincts warring with the pragmatic need to follow the most direct route, even if it was a trap. He trusted Lyra’s senses, her unique connection to this place, more than he trusted the Obsidian Hand’s obvious deception. “West, then,” he decided, his voice firm. “We move west. We don’t take their bait.”</w:t>
      </w:r>
    </w:p>
    <w:p/>
    <w:p>
      <w:r>
        <w:br/>
        <w:t>As they altered their course, the landscape seemed to shift subtly. The gnarled trees became less menacing, the oppressive silence less absolute. Ella, though still pale, seemed to regain some of her composure, her senses finding a less corrupted resonance. “It’s… cleaner here,” she murmured, her voice a little stronger. “Less noise. I can almost… hear the forest again, beneath the whispers.”</w:t>
      </w:r>
    </w:p>
    <w:p/>
    <w:p>
      <w:r>
        <w:br/>
        <w:t>Lyra nodded, a faint sense of relief washing over her. “The Obsidian Hand’s influence is strongest where they have actively siphoned power, or where they have established a presence,” she explained. “This area… it’s more like a forgotten corner, overlooked in their pursuit of raw power. The natural magic here is weakened, but not entirely extinguished.” She paused, her gaze sweeping across a cluster of pale, almost translucent fungi growing on a fallen log. “This place… it still remembers life, even in its wounded state. And where there is memory of life, there is always the potential for renewal.”</w:t>
      </w:r>
    </w:p>
    <w:p/>
    <w:p>
      <w:r>
        <w:br/>
        <w:t>Gareth felt a grudging respect for Lyra’s understanding of this corrupted land. Her own past, her own experiences of isolation and hardship, had granted her a unique perspective, an ability to see the faint glimmers of hope in even the darkest of places. His wolf, sensing Lyra’s growing confidence, settled slightly, the primal unease giving way to a more focused vigilance. They were still in the Shadowlands, still in danger, but they were navigating it with a growing understanding, a fragile alliance forged in the heart of corrupted darkness. The journey had taken a perilous turn, but in Lyra’s steady presence, Gareth found a quiet strength, a shared purpose that was slowly, irrevocably, binding their destinies together. The path ahead remained shrouded in shadow, but for the first time, Gareth felt a flicker of hope that they might, just might, find their way through.</w:t>
      </w:r>
    </w:p>
    <w:p/>
    <w:p>
      <w:r>
        <w:t>The faintest whisper of moonlight, a spectral luminescence barely disturbing the oppressive gloom of the Shadowlands, served as their compass. Ella, her senses still reeling from the pervasive corruption, clung to the fragmented visions that flickered at the edges of her perception. These weren't the clear, bright images of full power she was accustomed to, but rather fleeting glimpses of ancient pathways, sites where the moon's energy had once pooled, now choked by the Obsidian Hand's blight. Anya's celestial maps, painstakingly transcribed onto brittle parchment, acted as a secondary guide, depicting constellations and celestial alignments that mirrored the lunar cycle, hinting at the ebb and flow of ancient power.</w:t>
      </w:r>
    </w:p>
    <w:p>
      <w:r>
        <w:br/>
        <w:t>"It's like… like trying to see through a fogged-up window," Ella murmured, her voice hoarse, her hand pressed against her temple. "I see… faint lines. Silver threads, pulling… towards something. But they're so thin, Gareth. So easily broken." Her eyes, wide and searching, flickered towards Lyra. "Do you feel it? The pull?"</w:t>
      </w:r>
    </w:p>
    <w:p/>
    <w:p>
      <w:r>
        <w:br/>
        <w:t>Lyra nodded, her gaze fixed on the ethereal glow of the moon, a pale ghost against the perpetually bruised sky. She felt it, not as a direct pull, but as a resonance, a faint hum beneath the crushing silence of the Shadowlands. It was the echo of a song that had been silenced, a melody that had been broken. "The moon's light here is… weakened," she confirmed, her voice a low murmur. "But it's still present. Like a dying ember. Anya’s maps… they speak of places where the moon’s power was once concentrated. Ancient sites, gathering points for its energy. They would have been vibrant, teeming with life and magic, before the Obsidian Hand descended."</w:t>
      </w:r>
    </w:p>
    <w:p/>
    <w:p>
      <w:r>
        <w:br/>
        <w:t>Gareth’s wolf stirred within him, a primal instinct that yearned for the clear, untainted light of the moon, for the raw power that flowed through his veins when the moon was at its zenith. This stunted, sickly illumination was a mockery of the celestial body he knew. "Anya believed the Lunar Heart was not a single object, but a network," he said, his voice a low growl that resonated with his wolf's frustration. "A series of nexus points, scattered across the land, each resonating with the moon's power. The Obsidian Hand must be systematically draining or corrupting these points to sever its connection to the shifter world."</w:t>
      </w:r>
    </w:p>
    <w:p/>
    <w:p>
      <w:r>
        <w:br/>
        <w:t>Their first destination, guided by a particularly insistent flicker in Ella’s visions and a cluster of stars on Anya’s map that seemed to align with the moon's current position, was a place marked only by a scattering of ancient, moss-covered stones. The air here was thick with a different kind of stillness, one that felt less like oppressive dread and more like profound sorrow. Twisted roots snaked over the stones, and the skeletal trees seemed to lean in, as if mourning the loss of what once was.</w:t>
      </w:r>
    </w:p>
    <w:p/>
    <w:p>
      <w:r>
        <w:br/>
        <w:t xml:space="preserve">"This was a shrine," Lyra breathed, her fingers tracing the worn carvings on one of the monoliths. The symbols, though faded and partially obscured by lichen, spoke of lunar worship, of offerings made under the moon's watchful eye. "A place of reverence for the moon's cycles. The energy… it’s dormant. Like a sleeping giant, suffocated." She closed her eyes, concentrating, her mind reaching out to the slumbering power. "I can feel the imprint. The echoes of countless rituals. The raw, primal magic that was drawn here… it’s still </w:t>
      </w:r>
    </w:p>
    <w:p>
      <w:pPr>
        <w:jc w:val="left"/>
      </w:pPr>
      <w:r>
        <w:rPr>
          <w:i/>
        </w:rPr>
        <w:t>there</w:t>
      </w:r>
      <w:r>
        <w:t>, trapped beneath the rot."</w:t>
      </w:r>
    </w:p>
    <w:p>
      <w:r>
        <w:br/>
        <w:t>Ella stepped closer, her eyes wide as she focused on the stones. "I see it too," she whispered, her voice trembling. "A web… a silver web, woven around these stones. It’s frayed, broken in places, but it’s the same pattern I saw in my dreams. The Obsidian Hand… they've tried to sever these connections, to unravel the web. But some threads… they still hold." She pointed to a particularly large stone, its surface etched with a crescent moon symbol. "Here. The light… it’s strongest here. Like a single, stubborn star refusing to be extinguished."</w:t>
      </w:r>
    </w:p>
    <w:p/>
    <w:p>
      <w:r>
        <w:br/>
        <w:t>Gareth approached the stone, his wolf a low growl of agitation. The residual energy here was palpable, a faint tremor beneath the surface of the land. He placed his hand on the cool, damp stone, feeling the faint thrum of power. It was a ghost of its former glory, a shadow of what it once was. "How could they do this?" he muttered, his voice laced with anger. "To sever the connection between the moon and our kind… it's an attack on our very essence."</w:t>
      </w:r>
    </w:p>
    <w:p/>
    <w:p>
      <w:r>
        <w:br/>
        <w:t>"They don't just sever, Gareth," Lyra corrected softly, her gaze never leaving the stone. "They pervert. They twist. They drain." She knelt beside the stone, her fingers brushing against a patch of unnaturally vibrant, almost glowing moss. "This moss… it’s feeding on the residual lunar energy. It’s a parasite, growing where the natural magic has been suppressed. The Obsidian Hand thrives on this kind of imbalance."</w:t>
      </w:r>
    </w:p>
    <w:p/>
    <w:p>
      <w:r>
        <w:br/>
        <w:t>As they continued their journey, following the faint, fractured trails of moonlight and the cryptic clues on Anya's maps, the cycle of the moon became their starkest reminder of the dwindling time. Each passing day brought them closer to the eclipse, a celestial event that would plunge the world into darkness, a darkness that the Obsidian Hand would undoubtedly exploit. The moon, their natural ally, would be rendered impotent, its power temporarily silenced.</w:t>
      </w:r>
    </w:p>
    <w:p/>
    <w:p>
      <w:r>
        <w:br/>
        <w:t>They found another site, this one marked by a circle of ancient, petrified trees, their bark like grey stone, their branches reaching towards the sky like skeletal fingers. This had once been a monolith, a towering structure that had pulsed with lunar energy, a beacon for shifters across the land. Now, it was a ruin, its stones scattered, its power drained.</w:t>
      </w:r>
    </w:p>
    <w:p/>
    <w:p>
      <w:r>
        <w:br/>
        <w:t>"This place… it feels hollow," Ella said, her voice barely a whisper as she moved through the desolate clearing. "Like something vital has been ripped out. I can see flashes… of light, so bright it hurt to look at. And then… darkness. A consuming darkness, swallowing it all." She shivered, wrapping her arms around herself. "The Obsidian Hand’s signature is strong here. It’s a wound. A deep, gaping wound."</w:t>
      </w:r>
    </w:p>
    <w:p/>
    <w:p>
      <w:r>
        <w:br/>
        <w:t>Lyra knelt among the fallen stones, her gaze sweeping across the desolate landscape. "The petrified trees… they are a testament to the power that once resided here," she explained. "When the magic was strong, it fueled life, it nourished the very earth. The Obsidian Hand, in their greed, have not only drained the power, but they have also poisoned the source, leaving behind this… desolation." She ran her hand over a smooth, cool stone, a fragment of the former monolith. "There's a faint echo here, though. A residual warmth. It's like a memory, struggling to resurface."</w:t>
      </w:r>
    </w:p>
    <w:p/>
    <w:p>
      <w:r>
        <w:br/>
        <w:t>Gareth’s wolf paced the perimeter of the clearing, his senses on high alert. The air was heavy with the taint of dark magic, a suffocating blanket that seemed to press down on him. He could almost taste the corruption, a bitter, acrid flavor on his tongue. "They've been thorough," he growled, his voice rough. "They've tried to erase every trace of the Lunar Heart’s power. But Anya’s maps… they predicted this. They showed us that even in the deepest darkness, there are remnants. Faint sparks that can be rekindled."</w:t>
      </w:r>
    </w:p>
    <w:p/>
    <w:p>
      <w:r>
        <w:br/>
        <w:t>Anya’s maps were intricate, filled with annotations that spoke of celestial mechanics and the ebb and flow of magical currents. They charted not just the current positions of the stars, but also their ancient pathways, their influence on the land. One particular section detailed the "Lunar Veins," a network of subterranean magical channels that were said to carry the moon's energy throughout the world, converging at key points.</w:t>
      </w:r>
    </w:p>
    <w:p/>
    <w:p>
      <w:r>
        <w:br/>
        <w:t>"The maps suggest that these sites are not isolated," Lyra explained, tracing a line on Anya’s parchment. "They are interconnected. Each shrine, each monolith, is a node in a larger network. If the Obsidian Hand is systematically targeting these nodes, then we need to understand the entire network, not just individual points." She pointed to a series of faint, shimmering lines on the map. "These are the Lunar Veins. They were conduits of raw lunar power. Where they converged, the sites of greatest power would have been formed."</w:t>
      </w:r>
    </w:p>
    <w:p/>
    <w:p>
      <w:r>
        <w:br/>
        <w:t>Ella nodded, her eyes alight with a renewed sense of purpose. "I see them," she whispered, her gaze unfocused as she looked beyond the physical world. "Like underground rivers of silver light. They are faint now, almost invisible, but they are there. Flowing beneath the corruption. And the Obsidian Hand… they are trying to dam them, to divert their flow, to poison them."</w:t>
      </w:r>
    </w:p>
    <w:p/>
    <w:p>
      <w:r>
        <w:br/>
        <w:t>Their journey became a desperate race against time, each discovery a small victory against the encroaching darkness. They visited a hidden grotto, where phosphorescent fungi pulsed with a faint, otherworldly light, hinting at a once-powerful spring of lunar energy. They found a secluded mountain peak, where ancient standing stones, weathered by millennia, still seemed to hum with a latent power. At each location, they found the same pattern: the once-vibrant energy stifled, corrupted, or drained by the Obsidian Hand.</w:t>
      </w:r>
    </w:p>
    <w:p/>
    <w:p>
      <w:r>
        <w:br/>
        <w:t>"It's like they're bleeding the land dry," Gareth muttered, his hand resting on a cold, lifeless stone in the grotto. His wolf was restless, sensing the wrongness, the unnatural stillness.</w:t>
      </w:r>
    </w:p>
    <w:p/>
    <w:p>
      <w:r>
        <w:br/>
        <w:t>"They are feeding," Lyra corrected, her voice grim. "The Lunar Heart's power is immense. If they can corrupt enough of these nodes, they can not only sever our connection to the moon, but they can also harness that power for themselves, to fuel their dark ambitions."</w:t>
      </w:r>
    </w:p>
    <w:p/>
    <w:p>
      <w:r>
        <w:br/>
        <w:t>The approaching eclipse hung over them like a shroud. The moon, once a symbol of their strength, was now a ticking clock, its waning light a constant reminder of their vulnerability. Ella’s visions became more frantic, more fragmented. "The eclipse," she gasped, clutching Gareth's arm. "It’s… it’s a closing. A final severing. The moon will be gone, and with it, our strength. They will have won."</w:t>
      </w:r>
    </w:p>
    <w:p/>
    <w:p>
      <w:r>
        <w:br/>
        <w:t>Anya’s maps also provided crucial information about the moon’s cycles, detailing how the Lunar Heart’s power fluctuated with its phases. The full moon was a time of immense power, when the sites would hum with energy. The new moon, conversely, was a time of weakness, when the Obsidian Hand could strike with greater impunity. Their current journey was taking place during the waning crescent, a period of natural decline that amplified the Obsidian Hand's efforts.</w:t>
      </w:r>
    </w:p>
    <w:p/>
    <w:p>
      <w:r>
        <w:br/>
        <w:t>"We are following the moon's trail, but it is a fading trail," Lyra observed, her eyes fixed on the sliver of moon visible in the sky. "The closer we get to the eclipse, the weaker its influence becomes, and the more vulnerable these sites are."</w:t>
      </w:r>
    </w:p>
    <w:p/>
    <w:p>
      <w:r>
        <w:br/>
        <w:t>Gareth felt a surge of frustration, a primal urge to howl his defiance at the encroaching darkness. "Then we need to find the heart of it all," he stated, his voice firm. "The primary nexus. If we can secure that, if we can reignite its power, perhaps we can create a ripple effect, a counter-current against the Obsidian Hand's influence."</w:t>
      </w:r>
    </w:p>
    <w:p/>
    <w:p>
      <w:r>
        <w:br/>
        <w:t>His wolf agreed, a low growl of determination rumbling in his chest. The primal instinct to protect his pack, his lineage, was a powerful force. This wasn't just about finding a lost artifact; it was about preserving their very existence.</w:t>
      </w:r>
    </w:p>
    <w:p/>
    <w:p>
      <w:r>
        <w:br/>
        <w:t>The journey became a desperate quest, each discovery a piece of a larger puzzle. They were piecing together the ancient map of the Lunar Heart, guided by the faint glow of the moon, the fragmented visions of Ella, and the cryptic wisdom of Anya's celestial charts. They were not just following a path; they were charting a course through a dying world, searching for the embers of a power that had once been the lifeblood of their kind. The encroaching eclipse served as a constant, terrifying reminder of the stakes, of the fragile balance that was tipping precariously towards oblivion. Their mission was clear: to find the heart of the Lunar Heart, and to rekindle its light before the world was plunged into an eternal, moonless night.</w:t>
      </w:r>
    </w:p>
    <w:p/>
    <w:p>
      <w:r>
        <w:t>The air in the ancient ruins was heavy, not with the oppressive dread of the Shadowlands, but with a different kind of stillness—one that spoke of forgotten reverence and profound sorrow. Moss, thick and velvety, clung to the colossal, weather-beaten stones, softening the sharp edges of what had once been a place of immense power. Twisted roots, like the sinews of the earth, snaked over the tumbled monoliths, and the skeletal trees that ringed the clearing seemed to bow their heads in perpetual mourning. Ella, her senses still a tumultuous sea of corrupted energy, traced the faint silver threads of lunar energy that still clung to the stones, like dew drops on a spiderweb. “A shrine,” she whispered, her voice a breath against the windless air. “A place where they… where they prayed to the moon.” Her fingers brushed against a symbol etched into one of the largest stones, a crescent moon cradling a star. “The energy… it’s sleeping. Suffocated, but not dead.”</w:t>
      </w:r>
    </w:p>
    <w:p>
      <w:r>
        <w:br/>
        <w:t>Lyra, her movements fluid and graceful, moved among the fallen pillars, her eyes scanning the worn carvings. She felt it too, a faint, spectral hum beneath the silence, the ghost of a song that had once resonated with the moon’s celestial rhythm. “The rituals,” she murmured, her voice hushed with awe. “I can feel the imprints. The echoes of their devotion. The Obsidian Hand… they tried to sever these connections, to unravel the web of power. But some threads… they still hold.” Her gaze drifted to a patch of unnaturally vibrant moss, glowing with a faint, internal light. “This,” she said, her voice hardening, “is their signature. A perversion. They don’t just drain the magic; they twist it, feed on the imbalance.”</w:t>
      </w:r>
    </w:p>
    <w:p/>
    <w:p>
      <w:r>
        <w:br/>
        <w:t>Gareth’s wolf stirred within him, a low growl of agitation vibrating in his chest. The residual energy here was potent, a faint tremor beneath the surface, a whisper of what had been. He laid a hand on a cool, damp stone, feeling the faint thrum of power, a ghost of its former glory. “They sought to silence the moon’s song entirely,” he growled, the anger a familiar heat in his veins. “To sever the link that binds us to the celestial cycle. It’s an attack on our very essence.”</w:t>
      </w:r>
    </w:p>
    <w:p/>
    <w:p>
      <w:r>
        <w:br/>
        <w:t>As they stood, absorbing the palpable aura of the place, a sudden, sharp clang of metal on stone shattered the quiet. It was not the guttural snarl of a beast, nor the chilling hiss of the Obsidian Hand. It was the harsh, unmistakable sound of steel on steel.</w:t>
      </w:r>
    </w:p>
    <w:p/>
    <w:p>
      <w:r>
        <w:br/>
        <w:t>From the shadows of the overgrown ruins, figures emerged, clad in practical, dark leathers, their faces grim and set. They moved with a predatory grace, their eyes sharp and calculating, their weapons glinting in the scant moonlight. There were perhaps a dozen of them, a small army of mercenaries, their intent clear in the way they fanned out, encircling the small group.</w:t>
      </w:r>
    </w:p>
    <w:p/>
    <w:p>
      <w:r>
        <w:br/>
        <w:t>“Well, well,” a raspy voice cut through the air, belonging to a burly man with a scarred face and a cruel glint in his eye. He was clearly the leader, his posture radiating a brutal authority. “Look what we have here. Lost travelers, stumbling into a sacred place. Such a shame it’s not for public viewing.”</w:t>
      </w:r>
    </w:p>
    <w:p/>
    <w:p>
      <w:r>
        <w:br/>
        <w:t>Gareth’s wolf surged, a protective instinct overriding any hint of surprise. These were not the corrupted forces of the Obsidian Hand. These were opportunists, predators who preyed on the vulnerable, drawn by the scent of power, by the promise of lucrative contracts from those who wished to keep their machinations secret.</w:t>
      </w:r>
    </w:p>
    <w:p/>
    <w:p>
      <w:r>
        <w:br/>
        <w:t>“We’re not looking for trouble,” Gareth stated, his voice a low growl, his stance shifting into a defensive posture. His eyes flickered to Ella and Lyra, assessing their readiness.</w:t>
      </w:r>
    </w:p>
    <w:p/>
    <w:p>
      <w:r>
        <w:br/>
        <w:t xml:space="preserve">The scarred man let out a harsh laugh. “Trouble finds those who tread where they shouldn’t. This place is ours. Or rather, it’s </w:t>
      </w:r>
    </w:p>
    <w:p>
      <w:pPr>
        <w:jc w:val="left"/>
      </w:pPr>
      <w:r>
        <w:rPr>
          <w:i/>
        </w:rPr>
        <w:t>for rent</w:t>
      </w:r>
      <w:r>
        <w:t xml:space="preserve"> to the highest bidder who wants to ensure no one pries into its secrets. And you, my friends, look like you’re prying.” He gestured with his sword. “Hand over any artifacts, any maps, any knowledge you’ve gathered, and perhaps we’ll let you walk away with most of your skins intact.”</w:t>
      </w:r>
    </w:p>
    <w:p>
      <w:r>
        <w:br/>
        <w:t>“We have nothing to give you,” Lyra said, her voice surprisingly steady, though her body was coiled like a spring. Her eyes, usually filled with a gentle light, now held a steely resolve. She subtly shifted her weight, her feet finding purchase on the uneven ground, preparing for evasion.</w:t>
      </w:r>
    </w:p>
    <w:p/>
    <w:p>
      <w:r>
        <w:br/>
        <w:t>The mercenary leader’s grin widened, revealing a row of broken teeth. “A pity. Then we’ll just have to take it.”</w:t>
      </w:r>
    </w:p>
    <w:p/>
    <w:p>
      <w:r>
        <w:br/>
        <w:t>The first mercenary charged, a hulking brute wielding a heavy axe. Gareth met him head-on, his wolf’s instincts taking over. The clash of their bodies was a thunderous impact, Gareth’s enhanced strength and speed giving him an immediate advantage. He parried the wild swing of the axe, the force of the blow jarring his arm, but his own counter-strike was swift and precise, a powerful kick that sent the mercenary stumbling back.</w:t>
      </w:r>
    </w:p>
    <w:p/>
    <w:p>
      <w:r>
        <w:br/>
        <w:t>Meanwhile, Lyra was a blur of motion, weaving through the other attackers with astonishing agility. Her daggers, small and wickedly sharp, flashed in the dim light, not with the intent to kill, but to incapacitate. She moved with the grace of a dancer, sidestepping a wide sword thrust, her daggers finding the exposed joints of armor, the unprotected tendons of a thigh. She didn’t engage in prolonged combat, instead using her speed and precision to disorient and disrupt her opponents.</w:t>
      </w:r>
    </w:p>
    <w:p/>
    <w:p>
      <w:r>
        <w:br/>
        <w:t>Ella, though not a frontline fighter in the same way as Gareth or Lyra, was far from helpless. Her visions, though fragmented, were now a vital tool. She saw the trajectories of incoming blows, the blind spots of her attackers, the subtle shifts in their weight that indicated their next move. She would call out warnings, her voice sharp and urgent, guiding Gareth and Lyra, giving them precious milliseconds to react. “Gareth, left!” she’d cry, or “Lyra, behind you!”</w:t>
      </w:r>
    </w:p>
    <w:p/>
    <w:p>
      <w:r>
        <w:br/>
        <w:t>The fight was brutal, a whirlwind of flashing steel, grunts of exertion, and the sickening thud of bodies colliding. Gareth was a force of nature, his wolf’s power lending him a savage ferocity. He moved with an economy of motion, each strike calculated, each parry designed to create an opening. He disarmed one attacker with a brutal twist of his wrist, sent another sprawling with a powerful shoulder charge, and dealt with a third using a series of swift, bone-jarring blows.</w:t>
      </w:r>
    </w:p>
    <w:p/>
    <w:p>
      <w:r>
        <w:br/>
        <w:t>Lyra, in contrast, was a phantom. She danced between the clumsy lunges of her attackers, her movements fluid and unpredictable. She used the environment to her advantage, ducking behind broken pillars, using fallen stones as momentary shields, her daggers finding their marks with unnerving accuracy. She wasn’t trying to inflict grievous wounds, but rather to hobble, to disarm, to make them hesitate. A quick slash across a forearm, a sharp jab to a knee, a swift kick to the side of a leg—each move was designed to neutralize without necessarily ending a life, a tactic born of a deeper empathy that Gareth, in his wolf’s fury, sometimes struggled to maintain.</w:t>
      </w:r>
    </w:p>
    <w:p/>
    <w:p>
      <w:r>
        <w:br/>
        <w:t>The synergy between Gareth and Lyra, though forged in the heat of this unexpected battle, was undeniable. Gareth’s brute force and unwavering defense created a solid wall against the attackers, a focal point around which Lyra could weave her more agile and disruptive attacks. He would draw the most aggressive opponents, his powerful build and unwavering resolve making him a formidable obstacle, while Lyra would dart in and out of the fray, harrying their flanks, exploiting the openings Gareth’s presence created.</w:t>
      </w:r>
    </w:p>
    <w:p/>
    <w:p>
      <w:r>
        <w:br/>
        <w:t>“He’s too strong!” one of the mercenaries shouted, his voice strained as he struggled to hold his ground against Gareth’s relentless assault.</w:t>
      </w:r>
    </w:p>
    <w:p/>
    <w:p>
      <w:r>
        <w:br/>
        <w:t>“She’s too fast!” another yelled, his eyes wide with frustration as he found himself repeatedly outmaneuvered by Lyra.</w:t>
      </w:r>
    </w:p>
    <w:p/>
    <w:p>
      <w:r>
        <w:br/>
        <w:t>The scarred leader, witnessing the swift dismantling of his hired muscle, let out a roar of fury. He drew a wicked-looking saber, its blade curved and menacing, and charged directly at Gareth. “You think you can defy me? I’ll cut you down myself!”</w:t>
      </w:r>
    </w:p>
    <w:p/>
    <w:p>
      <w:r>
        <w:br/>
        <w:t>Gareth met his charge, the two leaders engaging in a brutal duel. The leader fought with a desperate ferocity, his movements wild and powerful, fueled by rage and the knowledge that his lucrative contract was slipping through his fingers. Gareth, however, fought with a controlled power, his wolf’s instincts guiding him, sensing the patterns in the leader’s frantic attacks. He deflected a savage overhead chop that would have cleaved him in two, the impact sending a shockwave up his arm. He sidestepped a sweeping slash, the blade whistling past his ear, and then, with a powerful surge, he slammed the pommel of his sword into the leader’s gut.</w:t>
      </w:r>
    </w:p>
    <w:p/>
    <w:p>
      <w:r>
        <w:br/>
        <w:t>The mercenary gasped, doubling over, and Gareth pressed his advantage, disarming him with a swift, brutal twist of his weapon. The saber clattered to the ground. Before the leader could recover, Gareth delivered a sharp, decisive blow to his temple, rendering him unconscious.</w:t>
      </w:r>
    </w:p>
    <w:p/>
    <w:p>
      <w:r>
        <w:br/>
        <w:t>With their leader down, the remaining mercenaries faltered. Seeing their comrades disarmed, incapacitated, or driven back by the sheer force of Gareth’s prowess and Lyra’s uncanny agility, their will to fight evaporated. Those who could still move scrambled away, disappearing back into the shadows from which they had emerged, their retreat a testament to their broken morale.</w:t>
      </w:r>
    </w:p>
    <w:p/>
    <w:p>
      <w:r>
        <w:br/>
        <w:t>Silence descended once more upon the ruins, broken only by the ragged breaths of the victors and the groans of the few mercenaries who had been less fortunate. Gareth stood, his chest heaving, his eyes scanning the area to ensure no more threats lingered. He had sustained a few superficial cuts, a deep bruise on his arm from the axe blow, but nothing that would impede their progress.</w:t>
      </w:r>
    </w:p>
    <w:p/>
    <w:p>
      <w:r>
        <w:br/>
        <w:t>Lyra, her daggers sheathed, moved with a slight limp, a shallow cut on her thigh that was already beginning to close thanks to her own healing abilities, though it still stung. Her breathing was a little faster than usual, her body humming with the adrenaline of combat. She met Gareth’s gaze, a shared understanding passing between them.</w:t>
      </w:r>
    </w:p>
    <w:p/>
    <w:p>
      <w:r>
        <w:br/>
        <w:t>“They were hired,” Lyra stated, her voice still carrying a trace of the fight’s intensity. “Not the Obsidian Hand, but someone else who wants to keep this place, and whatever power it holds, hidden.” She glanced at the unconscious mercenaries, then back at the ancient stones. “They prey on those seeking knowledge, on those who disturb their patron’s secrets.”</w:t>
      </w:r>
    </w:p>
    <w:p/>
    <w:p>
      <w:r>
        <w:br/>
        <w:t>Gareth nodded, his wolf subsiding, though a low hum of vigilance remained. “Mercenaries. Amateurs, in a way. But dangerous. They fight for coin, not conviction. And they are willing to kill for it.” He looked at Ella, who, though she hadn’t thrown a punch, was visibly drained, her face pale. “Ella, are you alright?”</w:t>
      </w:r>
    </w:p>
    <w:p/>
    <w:p>
      <w:r>
        <w:br/>
        <w:t>Ella swayed slightly, leaning against a fallen pillar for support. “Yes,” she breathed, her voice weak but firm. “Just… a lot. Seeing it all… the fight… it drains me.” She looked at Gareth and Lyra, her eyes filled with a new appreciation. “You were… incredible. You fought so well together.”</w:t>
      </w:r>
    </w:p>
    <w:p/>
    <w:p>
      <w:r>
        <w:br/>
        <w:t>Lyra offered a small, weary smile. “We did, didn’t we? Your warnings were invaluable, Ella. Without them…” She trailed off, shaking her head.</w:t>
      </w:r>
    </w:p>
    <w:p/>
    <w:p>
      <w:r>
        <w:br/>
        <w:t>Gareth felt a surge of something akin to pride, a recognition of their growing bond. Their fighting styles, so different—his raw power, Lyra’s precise agility, Ella’s vital foresight—had melded into a cohesive unit. It was a fragile synergy, born of necessity, but it was there, a testament to their shared purpose.</w:t>
      </w:r>
    </w:p>
    <w:p/>
    <w:p>
      <w:r>
        <w:br/>
        <w:t>“They didn’t get anything from us,” Gareth said, his gaze sweeping over the fallen mercenaries. “And they learned that trespassing here comes at a price.” He looked at the scarred leader, who was stirring groggily. “We should leave them bound. Let them explain to whoever hired them why they failed so miserably.”</w:t>
      </w:r>
    </w:p>
    <w:p/>
    <w:p>
      <w:r>
        <w:br/>
        <w:t>As Gareth moved to secure the unconscious mercenaries with rough rope fashioned from vines, Lyra approached Ella, offering a steadying arm. “We’re learning,” Lyra murmured, her voice soft. “We’re learning to rely on each other. That’s as important as finding Anya’s Lunar Heart.”</w:t>
      </w:r>
    </w:p>
    <w:p/>
    <w:p>
      <w:r>
        <w:br/>
        <w:t>Ella leaned into Lyra’s support, her eyes regaining a touch of their usual spark. “It is,” she agreed. “Because the Obsidian Hand will be far more dangerous than these hired thugs. And we’ll need to be a true pack to face them.”</w:t>
      </w:r>
    </w:p>
    <w:p/>
    <w:p>
      <w:r>
        <w:br/>
        <w:t>The encounter, though brief and brutal, had served as a stark reminder. The Obsidian Hand was their primary enemy, a malevolent force with apocalyptic ambitions. But the world they traversed was not empty of other dangers. There were those who thrived in the shadows, those who sold their blades to the highest bidder, those who would exploit any vulnerability for personal gain. This ambush, a taste of the treacherous landscape they were navigating, had left them with minor injuries, a bruised pride, and a crucial understanding: their journey was not just a race against the encroaching eclipse, but a perilous trek through a land teeming with hidden threats, a land where power was not only coveted by the corrupt but also exploited by the ruthless. The ancient ruins, once a sanctuary of lunar worship, had become a battlefield, and in its ashes, they had found a new, albeit painful, lesson.</w:t>
      </w:r>
    </w:p>
    <w:p/>
    <w:p>
      <w:r>
        <w:t>The chill of the night seeped into their bones, a stark contrast to the residual heat of the recent skirmish. They found a sheltered alcove within the crumbling ruins, a hollowed-out space where the wind could not quite reach. Gareth, his broad shoulders hunched, stoked a small fire with a few dry twigs he'd scavenged. The flames danced, casting flickering shadows on their faces, illuminating the weariness etched around their eyes. Ella, nursing a bruised arm, sat close to the warmth, her gaze distant. Lyra, her movements still carrying a slight stiffness from the fight, sat opposite Gareth, her knees drawn up to her chest. The silence was a heavy blanket, woven with the unspoken tremors of adrenaline and the damp, earthy scent of the ancient stones.</w:t>
      </w:r>
    </w:p>
    <w:p>
      <w:r>
        <w:br/>
        <w:t>Gareth’s wolf, usually a restless presence, seemed to have settled, a low, contented rumble emanating from his chest. He watched the flames, his jaw tight. The fight had been a stark reminder of the dangers that lurked, the mercenary encounter a mere ripple compared to the maelstrom they knew awaited them with the Obsidian Hand. But it had also been a crucible, forging their disparate strengths into something new, something potent. He felt the thrum of the nascent bond between them, a subtle warmth that had nothing to do with the fire. It was a connection, a whisper of shared fate that had been growing since they’d first met, intensified by the shared danger and the quiet understanding that now settled between them.</w:t>
      </w:r>
    </w:p>
    <w:p/>
    <w:p>
      <w:r>
        <w:br/>
        <w:t>“They were just… tools,” Gareth finally said, his voice rough, the words torn from a place of deep pain. He stared into the fire, his vision seeming to blur beyond the dancing embers. “Hired muscle. They don’t understand what they’re fighting for, or against. Just… following orders.” He let out a ragged breath, the sound a low growl. “I’ve… I’ve seen too many like them. Men who sell their loyalty, their lives, for a handful of coin. It never ends well for them. Or for those they’re set against.”</w:t>
      </w:r>
    </w:p>
    <w:p/>
    <w:p>
      <w:r>
        <w:br/>
        <w:t>He looked up then, his gaze meeting Lyra’s, and then Ella’s. His eyes, usually sharp and alert, were clouded with a deep, lingering sorrow. “My pack… we lost a lot when the Obsidian Hand first rose. Not just territory. But… members. Friends. Kin. Some died fighting. Some… some were taken. Used. Their abilities twisted for the Hand’s dark purposes.” He ran a hand over his face, the rough texture of his palm scraping against stubble. “There was a younger wolf… Ronan. So full of life, so eager to prove himself. He… he was captured. We never found him. But the rumors… the whispers… they said he was… remade. A weapon. That’s a fate worse than death.”</w:t>
      </w:r>
    </w:p>
    <w:p/>
    <w:p>
      <w:r>
        <w:br/>
        <w:t>The words hung in the air, heavy with the weight of grief and regret. Gareth rarely spoke of his past, his stoic demeanor a carefully constructed wall. But tonight, under the bruised sky and the flickering firelight, some of those stones had crumbled. The vulnerability was palpable, a raw wound exposed. He saw a flicker of understanding in Lyra’s eyes, a mirroring of the pain he carried.</w:t>
      </w:r>
    </w:p>
    <w:p/>
    <w:p>
      <w:r>
        <w:br/>
        <w:t>Lyra shifted, her gaze falling to her hands, which were now clasped tightly in her lap. Her own story, a tapestry of loss and betrayal, was woven with threads of isolation. She had spent years alone, trusting no one, her heart a fortress built against the world. The memory of those who had claimed to be allies, only to turn their backs or worse, to actively plot her downfall, was a scar etched deep within her soul.</w:t>
      </w:r>
    </w:p>
    <w:p/>
    <w:p>
      <w:r>
        <w:br/>
        <w:t>“I understand,” she murmured, her voice barely a whisper, yet it carried a surprising resonance. “The feeling of being utterly alone. Of having no one to turn to when the world turns against you.” She took a deep breath, the air catching in her throat. “There was a time… not so long ago, really… when I believed I had found… fellowship. A community. I was young, foolish. I let my guard down. I shared my secrets, my vulnerabilities.” Her fingers tightened their grip on her knees. “And they… they used it. They exploited my trust. Used my own power against me, in a way. Not through physical violence, but through… manipulation. Through lies that tore at the very fabric of my being.”</w:t>
      </w:r>
    </w:p>
    <w:p/>
    <w:p>
      <w:r>
        <w:br/>
        <w:t>She looked up at Gareth, her eyes shimmering with unshed tears. “I was cast out. Branded as a traitor. And I… I believed them, for a time. I believed I was the one who had failed. That my solitude was a just punishment for my naivety.” She offered a small, bitter smile. “It took me a long time to realize the truth. That their betrayal was their own failing, not mine. But the scars… they remain. The instinct to retreat, to build walls… it’s a powerful one.”</w:t>
      </w:r>
    </w:p>
    <w:p/>
    <w:p>
      <w:r>
        <w:br/>
        <w:t>Her gaze then drifted to Ella, who had been listening intently, her expression one of profound empathy. “You are right, Ella,” Lyra continued, her voice gaining a touch more strength. “We fought well together. Your foresight saved us more than once. And Gareth’s strength… it was a shield. And I… I was the blade, cutting through the confusion.” She looked back at Gareth. “We are different, but we complement each other. And in acknowledging our weaknesses, our past hurts… we become stronger. Not in spite of them, but because of them.”</w:t>
      </w:r>
    </w:p>
    <w:p/>
    <w:p>
      <w:r>
        <w:br/>
        <w:t>As she spoke, a sliver of moonlight broke through the scudding clouds, bathing their small encampment in a soft, ethereal glow. It seemed to touch each of them, a gentle caress that soothed the raw edges of their pain. The nascent fated mate bond between Gareth and Lyra, already a warm hum beneath their skin, seemed to respond to this shared vulnerability, to the honesty laid bare between them. It wasn't a demand, not a forceful assertion of destiny, but rather a gentle acknowledgment. A silent promise. A comforting warmth that spread through their chests, a tangible presence that whispered of shared humanity, of a connection that ran deeper than shared trauma. It was the quiet understanding of two souls recognizing a kindred spirit, a recognition that felt both ancient and profoundly new.</w:t>
      </w:r>
    </w:p>
    <w:p/>
    <w:p>
      <w:r>
        <w:br/>
        <w:t>Gareth felt it too, that subtle shift in the air, that deepening of the connection. It was a profound comfort, a balm to the wounds he carried. He had always believed his path was one of solitary burden, of responsibility borne alone. But this… this was different. Lyra’s honesty, her willingness to expose her own pain, had chipped away at his carefully constructed solitude. And Ella, watching them, her presence a steady, grounding force, was the anchor that kept them tethered to their shared purpose.</w:t>
      </w:r>
    </w:p>
    <w:p/>
    <w:p>
      <w:r>
        <w:br/>
        <w:t>“The moon,” Ella murmured, her voice soft, almost reverent. “It always seems to offer solace when we need it most. Even through the clouds.” She looked at Gareth and Lyra, her gaze earnest. “Your stories… they are not weaknesses. They are testaments to your resilience. To the fact that you are still here, still fighting, despite everything.”</w:t>
      </w:r>
    </w:p>
    <w:p/>
    <w:p>
      <w:r>
        <w:br/>
        <w:t>Gareth reached out, his large hand covering Lyra’s, which was still resting on her knee. His touch was gentle, surprisingly so, a stark contrast to the raw power he wielded. Lyra’s breath hitched, but she didn’t pull away. Instead, she turned her hand, her fingers curling around his. The contact sent a jolt, not of pain or apprehension, but of pure, unadulterated warmth, through both of them. It was a silent affirmation, a confirmation of the bond that was weaving itself between them, tighter and more intricate with each shared glance, each whispered confession.</w:t>
      </w:r>
    </w:p>
    <w:p/>
    <w:p>
      <w:r>
        <w:br/>
        <w:t>“We are not alone anymore,” Gareth stated, his voice low but firm, the raw pain from before tempered by a new resolve. He looked from Lyra to Ella. “We have each other. And that… that is a strength the Obsidian Hand cannot comprehend.” He squeezed Lyra’s hand gently. “Your past… it made you who you are, Lyra. Strong. Resilient. And I… I wouldn’t change a single moment of it, because it led you here. To us.”</w:t>
      </w:r>
    </w:p>
    <w:p/>
    <w:p>
      <w:r>
        <w:br/>
        <w:t>Lyra’s gaze softened, the last vestiges of the bitterness of her past fading. A genuine smile, small but radiant, touched her lips. “And your losses, Gareth,” she said, her voice filled with a newfound tenderness, “have made you the fierce protector you are. The one who never gives up. And Ella,” she turned to the younger woman, her eyes full of affection, “your vision, your spirit… you are the light that guides us. We need all of it. The strength, the wisdom born of pain, and the unwavering hope.”</w:t>
      </w:r>
    </w:p>
    <w:p/>
    <w:p>
      <w:r>
        <w:br/>
        <w:t>The fire crackled, the only sound in the hushed expanse of the ruins. The moonlight, now a steady presence, seemed to bless their shared moment of truth. The journey ahead was fraught with peril, the shadows of the Obsidian Hand looming large. But in this quiet alcove, amidst the crumbling stones of a forgotten past, a new strength was being forged. It was the strength of shared vulnerability, of honesty laid bare, of two souls finally finding a haven in each other’s presence, their destinies irrevocably intertwined. The fated bond between Gareth and Lyra, no longer a subtle hum, was now a resonant melody, a testament to the power of connection, of finding light in the deepest darkness. They were a pack, not by blood alone, but by choice, by shared sacrifice, and by the undeniable, radiant pull of a bond that had been waiting millennia to be discovered. The embers glowed, mirroring the nascent fire that had ignited between them, a promise of warmth and protection against the coming storm.</w:t>
      </w:r>
    </w:p>
    <w:p/>
    <w:p>
      <w:r>
        <w:br/>
        <w:t>Ella watched them, a profound sense of peace settling over her. The fear that had been a constant companion since her journey began was slowly receding, replaced by a burgeoning sense of belonging. She saw the unspoken understanding that passed between Gareth and Lyra, the way their hands remained clasped, a silent declaration of their burgeoning connection. It was more than just a fated mate bond; it was the recognition of kindred spirits, two halves of a whole finding solace and strength in each other.</w:t>
      </w:r>
    </w:p>
    <w:p/>
    <w:p>
      <w:r>
        <w:br/>
        <w:t>“We’ll face them together,” Ella said, her voice firm, devoid of the tremor that had marked it earlier. She met Gareth’s gaze, then Lyra’s. “Whatever the Obsidian Hand throws at us, we’ll face it as one. We won’t let their darkness extinguish our light.” She looked out at the ruins, at the skeletal trees silhouetted against the moonlit sky. “This place… it was a place of worship, of reverence for the moon. They tried to defile it, to corrupt its power. But the essence remains. And so do we. We are more than just warriors, more than just survivors. We are the keepers of that light.”</w:t>
      </w:r>
    </w:p>
    <w:p/>
    <w:p>
      <w:r>
        <w:br/>
        <w:t>Gareth’s grip on Lyra’s hand tightened, a silent acknowledgment of Ella’s words. His wolf, which had been a restless presence for so long, now felt a deep sense of peace, a quiet satisfaction in the growing unity of his pack. He had carried the burden of his pack’s survival for so long, the weight of his losses a constant ache. But looking at Lyra, at the dawning of hope in her eyes, and at Ella, her spirit unyielding, he felt a flicker of something akin to joy. It was a fragile emotion, one he was not accustomed to, but it was undeniably present.</w:t>
      </w:r>
    </w:p>
    <w:p/>
    <w:p>
      <w:r>
        <w:br/>
        <w:t>“You’re right, Ella,” Gareth said, his voice softer now, the rough edges smoothed by the shared intimacy of the moment. “We are more than our scars. We are the sum of our strengths, and the courage we find in each other.” He turned his full attention to Lyra, his gaze lingering on her face. “I used to think that being a strong leader meant bearing every burden alone. That showing any weakness was a fatal flaw. But I see now… that true strength lies in admitting when you need support. In allowing others to share that weight.”</w:t>
      </w:r>
    </w:p>
    <w:p/>
    <w:p>
      <w:r>
        <w:br/>
        <w:t>Lyra met his gaze, her own eyes filled with a profound gratitude. “And I used to believe that solitude was my only protection,” she confessed, her voice imbued with a newfound vulnerability. “That allowing anyone close was an invitation to be hurt again. But you,” she gestured between herself, Gareth, and Ella, “you have shown me that connection, that trust… it can be a shield, not a vulnerability. It can be a source of strength I never imagined.” She squeezed Gareth’s hand. “Thank you, Gareth. For seeing past my walls. For waiting for me to let you in.”</w:t>
      </w:r>
    </w:p>
    <w:p/>
    <w:p>
      <w:r>
        <w:br/>
        <w:t>Gareth’s wolf let out a low rumble, a sound of pure contentment. He inclined his head, a gesture of respect and affection that spoke volumes. He understood then, with a clarity that settled deep in his bones, that the fated bond was not merely about physical attraction or shared destiny. It was about recognizing a soul that resonated with his own, a companion who could weather the storms alongside him, not just as a mate, but as an equal, a partner in every sense of the word.</w:t>
      </w:r>
    </w:p>
    <w:p/>
    <w:p>
      <w:r>
        <w:br/>
        <w:t>The fire had burned down to glowing embers, the warmth they provided now more symbolic than substantial. Yet, they huddled closer, not just for physical warmth, but for the intangible comfort that radiated between them. The ruins, once a place of sorrow and desecration, now felt like a sanctuary. A temporary respite, perhaps, but a sanctuary nonetheless. The moon, high in the sky, cast a long, silvery light, bathing them in its gentle luminescence. It felt like a blessing, a silent witness to the birth of a new strength, a new hope. The journey had begun, and with it, the realization that they were not just embarking on a quest to find Anya’s Lunar Heart, but to forge a bond that would see them through any darkness, any trial, the Obsidian Hand could possibly conjure. The shared vulnerability had cracked the ice, revealing a deep, resonant connection, a promise of a future where they would stand, not as solitary figures battling the shadows, but as a unified force, their hearts beating in unison, their spirits intertwined under the watchful eye of the moon. The whispers of their past had been acknowledged, their hurts held gently, and in their place, a quiet, unshakeable strength had begun to bloom, a testament to the enduring power of connection and the unwavering resilience of the spirit.</w:t>
      </w:r>
    </w:p>
    <w:p/>
    <w:p>
      <w:r>
        <w:br w:type="page"/>
      </w:r>
    </w:p>
    <w:p>
      <w:pPr>
        <w:spacing w:before="5040"/>
        <w:jc w:val="center"/>
      </w:pPr>
      <w:r>
        <w:rPr/>
        <w:t xml:space="preserve"> Chapter 4: The Pack's Distrust</w:t>
      </w:r>
    </w:p>
    <w:p>
      <w:r>
        <w:t>The air in the pack territory hung thick with a mixture of anticipation and a chilling undercurrent of distrust. It had been a hasty retreat, a necessary regrouping after the skirmish that had left them bruised but not broken. Gareth, his wolf a low growl of unease beneath his skin, felt the collective gaze of his pack settling upon them the moment they crossed the familiar border. Lyra walked beside him, her movements measured, her gaze sweeping over the wary faces of their kin. Each averted glance, each hushed whisper, was a tiny barb pricking at the fragile peace Gareth had hoped to cultivate.</w:t>
      </w:r>
    </w:p>
    <w:p>
      <w:r>
        <w:br/>
        <w:t>The scent of pine and damp earth, usually a comforting balm, was now tinged with the sharp tang of suspicion. Their arrival had been anticipated, but not necessarily welcomed. While the younger wolves, those who had heard the tales of their bravery and the vital information they’d secured, offered hesitant nods and respectful murmurs, the elders, the keepers of tradition and the hardened veterans of past conflicts, were a different matter entirely. Their eyes, sharp and unforgiving, bore into Lyra, scrutinizing her as if she were a disease poised to infect their community.</w:t>
      </w:r>
    </w:p>
    <w:p/>
    <w:p>
      <w:r>
        <w:br/>
        <w:t>Gareth’s jaw tightened. He could feel the weight of his leadership pressing down on him, a familiar burden now amplified by the internal schisms their mission had inadvertently exposed. He had anticipated some resistance, some lingering resentment, but the sheer depth of the distrust directed at Lyra was a stark reminder of how deeply ingrained the old prejudices ran. Generations had passed since the last major conflict with the Obsidian Hand, yet the scars remained, etched into the very fabric of their pack’s psyche. Lyra, with her shadowed past and her undeniable connection to the very forces they’d spent so long fearing, was an uncomfortable, unwelcome symbol of that lingering threat.</w:t>
      </w:r>
    </w:p>
    <w:p/>
    <w:p>
      <w:r>
        <w:br/>
        <w:t>“They remember the whispers,” Gareth murmured, his voice a low rumble, barely audible above the rustling leaves. He met Lyra’s gaze, his own filled with a mixture of apology and grim determination. “The rumors that followed you. The association, however forced, with the Hand.”</w:t>
      </w:r>
    </w:p>
    <w:p/>
    <w:p>
      <w:r>
        <w:br/>
        <w:t>Lyra’s expression remained stoic, though Gareth, attuned to the subtle shifts in her aura, sensed the flicker of pain beneath the surface. “It is to be expected, Gareth,” she replied, her voice even. “Trust is not easily earned, especially for one who has walked in such shadows. I carry the weight of their fear, and perhaps, the echoes of my own past mistakes.”</w:t>
      </w:r>
    </w:p>
    <w:p/>
    <w:p>
      <w:r>
        <w:br/>
        <w:t>“Your past does not define you,” Gareth countered, his wolf bristling with protective instinct. “Not anymore. And it certainly doesn’t define the present. We succeeded. We brought back what was needed. That should speak volumes.”</w:t>
      </w:r>
    </w:p>
    <w:p/>
    <w:p>
      <w:r>
        <w:br/>
        <w:t>But it didn’t, not to everyone. As they moved deeper into the heart of their territory, towards the communal longhouse where the pack elders often convened, the murmurs grew louder, more insistent. Heads turned, conversations ceased abruptly, and eyes followed Lyra with an unnerving intensity. She walked with her head held high, a testament to her inner strength, but Gareth saw the subtle clench of her jaw, the almost imperceptible tightening of her shoulders. She was enduring this, not thriving, and it stoked the fire of his protectiveness, a fire that burned hotter than any fear he held for the Obsidian Hand.</w:t>
      </w:r>
    </w:p>
    <w:p/>
    <w:p>
      <w:r>
        <w:br/>
        <w:t>An elder, his fur streaked with the silver of age and his eyes clouded with years of vigilance, stepped forward, blocking their path. He was Bran, a staunch traditionalist, a wolf whose loyalty to the pack was unquestionable, but whose fear of outsiders, particularly those with any perceived connection to the Hand, was equally unwavering.</w:t>
      </w:r>
    </w:p>
    <w:p/>
    <w:p>
      <w:r>
        <w:br/>
        <w:t>“Gareth,” Bran’s voice was a gravelly rasp, each word laced with suspicion. “You return. And you bring… her. Have you forgotten so soon what the Obsidian Hand represents? Have you forgotten the sacrifices we made to purge their taint from our lands?”</w:t>
      </w:r>
    </w:p>
    <w:p/>
    <w:p>
      <w:r>
        <w:br/>
        <w:t>Gareth stopped, positioning himself slightly in front of Lyra, a silent shield. “Bran, we returned with what we went for. The mission was a success. Lyra was instrumental.”</w:t>
      </w:r>
    </w:p>
    <w:p/>
    <w:p>
      <w:r>
        <w:br/>
        <w:t>Bran scoffed, a harsh, guttural sound. “Instrumental? Or a convenient lure? Her abilities are undeniable, Gareth, but so is her proximity to those who would see us all fall. Generations of our pack have taught us caution. We do not invite the wolf into the sheepfold.”</w:t>
      </w:r>
    </w:p>
    <w:p/>
    <w:p>
      <w:r>
        <w:br/>
        <w:t>“Lyra is no wolf of the Obsidian Hand,” Gareth stated, his voice firm, resonating with the authority of his position. His wolf growled softly, a warning that Bran, despite his age, seemed to acknowledge. “She fought alongside us. She bled alongside us. She is as much a part of this fight as any of us.”</w:t>
      </w:r>
    </w:p>
    <w:p/>
    <w:p>
      <w:r>
        <w:br/>
        <w:t>“Fought alongside us, or used us?” another elder, a female named Mara, chimed in, her voice sharp and accusatory. She had lost her mate to a rogue shifter faction years ago, a tragedy she had always attributed to the destabilizing influence of darker forces, forces she now associated with Lyra’s very presence. “We hear the whispers, Gareth. The talk of her power, her past. Such power is not born of pure lineage. It is a dangerous thing, a thing that attracts darkness.”</w:t>
      </w:r>
    </w:p>
    <w:p/>
    <w:p>
      <w:r>
        <w:br/>
        <w:t>Lyra stepped forward then, her gaze meeting Mara’s directly. “My power, Mara, is my own. It was honed by hardship, by the need to survive when all others had abandoned me. If that frightens you, then perhaps your fear is not of me, but of what your own community failed to provide – the strength and protection that would have prevented me from ever needing to walk the path I did.”</w:t>
      </w:r>
    </w:p>
    <w:p/>
    <w:p>
      <w:r>
        <w:br/>
        <w:t>The words, sharp and undeniably true, hung in the air, silencing the immediate chorus of dissent. Mara’s eyes widened, a flicker of surprise, then anger, crossing her features. Bran, however, merely narrowed his eyes, his distrust undimmed.</w:t>
      </w:r>
    </w:p>
    <w:p/>
    <w:p>
      <w:r>
        <w:br/>
        <w:t>“Words are cheap, girl,” Bran retorted. “Actions speak louder. And your actions, thus far, have been to align yourself with those who prey upon our kind. Your presence here, with Gareth, is a betrayal of the blood that binds us.”</w:t>
      </w:r>
    </w:p>
    <w:p/>
    <w:p>
      <w:r>
        <w:br/>
        <w:t>Gareth felt a surge of frustration, a potent mix of anger at Bran’s stubbornness and a deep, aching weariness. He was the Alpha. He had led this pack through lean times, through skirmishes and near-catastrophes. He had earned their respect, their obedience. But leading them into a new era, one that demanded adaptability and a willingness to look beyond ingrained prejudices, was proving to be the greatest challenge of his reign.</w:t>
      </w:r>
    </w:p>
    <w:p/>
    <w:p>
      <w:r>
        <w:br/>
        <w:t>“My actions, Bran,” Gareth said, his voice dangerously low, “have always been for the good of this pack. I led Lyra here because she is an ally. Because her knowledge is vital to our survival. To dismiss her, to ostracize her, is to weaken ourselves. It is to play directly into the hands of the Obsidian Hand, who thrive on division.” He took a deep breath, the scent of the pack territory suddenly feeling suffocating. “I will not have my pack torn apart by old fears and unfounded suspicions. Lyra is under my protection. And if any of you believe otherwise, if you believe you can challenge my decisions regarding our alliances, then you will find yourselves on the wrong side of this Alpha.”</w:t>
      </w:r>
    </w:p>
    <w:p/>
    <w:p>
      <w:r>
        <w:br/>
        <w:t>He stood tall, his wolf radiating a potent aura of dominance, a silent assertion of his authority. The elders shifted uncomfortably, their gazes falling, one by one. They were wary, but they respected strength. They respected a leader who stood firm, even in the face of their ingrained objections. Bran, though his expression remained hard, lowered his head in a grudging acknowledgment. Mara, however, still looked at Lyra with unconcealed suspicion, her arms crossed tightly across her chest.</w:t>
      </w:r>
    </w:p>
    <w:p/>
    <w:p>
      <w:r>
        <w:br/>
        <w:t>“We will see, Gareth,” Bran finally said, his voice devoid of warmth. “We will see if this alliance proves to be a strength, or a weakness that leads us to ruin. The pack’s safety is paramount. And we will not gamble with it.” He turned and walked away, his departure marked by the stiff backs of the other elders who followed, leaving Gareth and Lyra standing alone in the clearing, the weight of the pack’s unease still pressing down on them.</w:t>
      </w:r>
    </w:p>
    <w:p/>
    <w:p>
      <w:r>
        <w:br/>
        <w:t>Lyra let out a slow breath, her shoulders visibly relaxing once the elders had departed. “You stood for me, Gareth,” she said, her voice softer now, a hint of surprise coloring its tone. “Even against your own.”</w:t>
      </w:r>
    </w:p>
    <w:p/>
    <w:p>
      <w:r>
        <w:br/>
        <w:t>Gareth turned to her, his wolf’s unease subsiding, replaced by a fierce protectiveness. “I would do no less. You are one of us now, Lyra. Whether they see it or not, you are part of my pack. And I do not abandon my pack.” He reached out, his hand hovering for a moment before gently cupping her cheek. Her skin was cool beneath his touch, but a tremor ran through her, a silent acknowledgment of the connection that was solidifying between them, a bond that transcended the distrust of their kin. “Their fear is rooted in the past. We will show them that the future is different.”</w:t>
      </w:r>
    </w:p>
    <w:p/>
    <w:p>
      <w:r>
        <w:br/>
        <w:t>He could feel the subtle shift in her aura, the cautious hope that flickered within her. It was a fragile thing, easily extinguished, but Gareth was determined to nurture it. He knew that regaining the full trust of his pack, especially the elders, would not be an easy task. It would require more than just his assertion of authority. It would require time, patience, and continued proof of Lyra’s loyalty and her invaluable contributions.</w:t>
      </w:r>
    </w:p>
    <w:p/>
    <w:p>
      <w:r>
        <w:br/>
        <w:t>“We need to gather supplies,” Gareth said, his tone shifting back to the practicalities of their mission. “And then we need to meet with Anya’s scouts. They will have gathered more information on the Obsidian Hand’s movements. The longer we delay, the more ground they gain.”</w:t>
      </w:r>
    </w:p>
    <w:p/>
    <w:p>
      <w:r>
        <w:br/>
        <w:t>Lyra nodded, her gaze steady. “Agreed. I also believe it would be beneficial to speak with the younger members of the pack. Those who are less bound by tradition and more open to new perspectives. Their energy and eagerness might be a valuable counterpoint to the elders’ ingrained caution.”</w:t>
      </w:r>
    </w:p>
    <w:p/>
    <w:p>
      <w:r>
        <w:br/>
        <w:t>Gareth considered her suggestion. It was astute. The younger wolves, those who had grown up in a relatively peaceful era, were more likely to embrace change, to see the necessity of alliances rather than the inherent danger. They were the future of the pack, and their acceptance of Lyra would be crucial in shifting the overall sentiment.</w:t>
      </w:r>
    </w:p>
    <w:p/>
    <w:p>
      <w:r>
        <w:br/>
        <w:t>“An excellent idea,” Gareth said, a genuine smile touching his lips. He squeezed her hand. “I will arrange for us to meet with them. Perhaps a gathering by the river, or a training session where you can demonstrate your skills. Let them see firsthand what you bring to the table.”</w:t>
      </w:r>
    </w:p>
    <w:p/>
    <w:p>
      <w:r>
        <w:br/>
        <w:t>As they walked towards the communal storehouse, the eyes of the pack followed them. The whispers hadn't ceased entirely, but they had diminished, muted by Gareth’s firm stance. Yet, the underlying tension remained, a palpable force that settled over the territory like a shroud. Gareth knew this was just the beginning. The immediate threat from the Obsidian Hand was pressing, but the internal struggle for acceptance, for unity within his own pack, would be a long and arduous road. He looked at Lyra, at the quiet strength she exuded, and felt a renewed sense of purpose. He had his mate, his pack, and a mission that would shape the fate of their world. He would navigate the treacherous currents of pack politics, just as he navigated the treacherous paths of the wilderness. He would ensure his pack remained united, for the darkness that sought to engulf them was far more formidable than the shadows of suspicion that lurked within their own borders.</w:t>
      </w:r>
    </w:p>
    <w:p/>
    <w:p>
      <w:r>
        <w:br/>
        <w:t>The pack’s hunting grounds, usually a place of vibrant activity and the comforting scent of prey, felt different upon their return. Even the forest, a place Gareth had always considered his sanctuary, seemed to hold its breath, the rustling leaves and snapping twigs carrying an undercurrent of unease. As they made their way towards the longhouse, the hub of pack life, the tension was almost suffocating. The younger wolves, their eyes wide with a mixture of awe and curiosity, offered respectful nods, their gestures of acknowledgment a stark contrast to the wary, suspicious glances of the elders.</w:t>
      </w:r>
    </w:p>
    <w:p/>
    <w:p>
      <w:r>
        <w:br/>
        <w:t>Gareth felt the weight of generations pressing down on him. The elders, their faces etched with the wisdom of countless seasons and the scars of past conflicts, regarded Lyra with an almost palpable distrust. Their whispers, though hushed, carried a venomous undertone, a reiteration of the deeply ingrained prejudices that had been passed down through the lineage of their pack. They remembered the tales, the fear-mongering, the stories of shifters who had succumbed to the lure of the Obsidian Hand, their powers twisted for nefarious purposes. Lyra, with her potent abilities and her enigmatic past, was a living embodiment of that fear.</w:t>
      </w:r>
    </w:p>
    <w:p/>
    <w:p>
      <w:r>
        <w:br/>
        <w:t>“They question your presence, Lyra,” Gareth murmured, his voice a low growl, barely audible above the wind rustling through the ancient pines. His wolf stirred restlessly beneath his skin, sensing the palpable animosity directed at his chosen mate. “The elders… they have long memories. Their fear of betrayal runs deep.”</w:t>
      </w:r>
    </w:p>
    <w:p/>
    <w:p>
      <w:r>
        <w:br/>
        <w:t>Lyra’s gaze remained steady, her eyes sweeping over the wary faces of their kin. “Fear is a powerful weapon, Gareth,” she replied, her voice a calm counterpoint to the rising unease. “And it is often wielded by those who seek to maintain control. I understand their apprehension. My past is a shadow that I cannot entirely escape. But I am here now, and I will prove my loyalty through my actions, not just my words.”</w:t>
      </w:r>
    </w:p>
    <w:p/>
    <w:p>
      <w:r>
        <w:br/>
        <w:t>As they approached the longhouse, the gathering of pack members became more concentrated. The air crackled with unspoken tension. Gareth could feel the collective gaze of his pack, a heavy, scrutinizing presence that seemed to pierce through him and settle directly upon Lyra. He saw the subtle shifts in their postures, the way some averted their eyes while others stared with an unnerving intensity, as if trying to discern some hidden wickedness within her.</w:t>
      </w:r>
    </w:p>
    <w:p/>
    <w:p>
      <w:r>
        <w:br/>
        <w:t>Bran, a grizzled wolf whose fur was a testament to his many years of service and whose reputation for unwavering adherence to tradition preceded him, stepped forward, his presence commanding. His eyes, sharp and unforgiving, fixed on Lyra. “Gareth,” he rasped, his voice like the grinding of stones. “You bring her into the heart of our territory. Have you forgotten what the Obsidian Hand represents? Have you forgotten the sacrifices we made to cleanse our lands of their influence?”</w:t>
      </w:r>
    </w:p>
    <w:p/>
    <w:p>
      <w:r>
        <w:br/>
        <w:t>Gareth’s jaw tightened. He placed a subtle hand on Lyra’s back, a gesture of silent reassurance and a clear signal of his protection. “Bran, we returned with the information we sought. Lyra was instrumental in its acquisition. Her skills are undeniable, and her loyalty to this mission, and to this pack, is unquestionable.”</w:t>
      </w:r>
    </w:p>
    <w:p/>
    <w:p>
      <w:r>
        <w:br/>
        <w:t>Bran’s lip curled in a sneer, revealing sharp canines. “Undeniable skills, perhaps. But a history shrouded in darkness. Her connection to the Hand, however tenuous, is a beacon for trouble. We have taught our pups to be wary of such enticements. To invite her into our midst is to invite the wolf into the sheepfold.”</w:t>
      </w:r>
    </w:p>
    <w:p/>
    <w:p>
      <w:r>
        <w:br/>
        <w:t>Mara, another elder whose mate had been lost in a conflict rumored to have been influenced by the Hand, stepped forward, her voice sharp with accusation. “We hear the whispers, Gareth. The rumors of her power, her past. Such potent abilities are not easily acquired without succumbing to darker influences. She is a danger, a risk we cannot afford to take.”</w:t>
      </w:r>
    </w:p>
    <w:p/>
    <w:p>
      <w:r>
        <w:br/>
        <w:t>Lyra met Mara’s gaze directly, her own eyes blazing with a quiet intensity. “My power, Mara, was forged in solitude and hardship. It is a testament to my resilience, not a weapon of darkness. If my strength intimidates you, then perhaps your fear is not of me, but of what your community failed to provide – the support and protection that would have spared me the path I was forced to walk.”</w:t>
      </w:r>
    </w:p>
    <w:p/>
    <w:p>
      <w:r>
        <w:br/>
        <w:t>The pointed retort, laced with undeniable truth, silenced the immediate chorus of dissent. Mara’s eyes widened, a flicker of surprise and anger crossing her face. Bran, however, merely narrowed his eyes, his distrust undimmed.</w:t>
      </w:r>
    </w:p>
    <w:p/>
    <w:p>
      <w:r>
        <w:br/>
        <w:t>“Words are cheap, girl,” Bran retorted, his voice laced with scorn. “Actions speak louder. And your actions have been to associate with those who would see us all fall. Your presence here, with Gareth, is a betrayal of the blood that binds us.”</w:t>
      </w:r>
    </w:p>
    <w:p/>
    <w:p>
      <w:r>
        <w:br/>
        <w:t>Gareth felt a surge of frustration, a potent mix of anger at Bran’s stubbornness and a profound weariness. He was the Alpha. He had led this pack through lean times, through skirmishes and near-catastrophes. He had earned their respect, their obedience. But guiding them into a new era, one that demanded adaptability and a willingness to look beyond ingrained prejudices, was proving to be the greatest challenge of his reign.</w:t>
      </w:r>
    </w:p>
    <w:p/>
    <w:p>
      <w:r>
        <w:br/>
        <w:t>“My actions, Bran,” Gareth said, his voice dangerously low, resonating with the authority of his position, “have always been for the good of this pack. I brought Lyra here because she is an ally. Because her knowledge is vital to our survival. To dismiss her, to ostracize her, is to weaken ourselves. It is to play directly into the hands of the Obsidian Hand, who thrive on division.” He took a deep breath, the scent of his pack’s territory suddenly feeling suffocating. “I will not have my pack torn apart by old fears and unfounded suspicions. Lyra is under my protection. And if any of you believe otherwise, if you believe you can challenge my decisions regarding our alliances, then you will find yourselves on the wrong side of this Alpha.”</w:t>
      </w:r>
    </w:p>
    <w:p/>
    <w:p>
      <w:r>
        <w:br/>
        <w:t>He stood tall, his wolf radiating a potent aura of dominance, a silent assertion of his authority. The elders shifted uncomfortably, their gazes falling, one by one. They were wary, but they respected strength. They respected a leader who stood firm, even in the face of their ingrained objections. Bran, though his expression remained hard, lowered his head in a grudging acknowledgment. Mara, however, still looked at Lyra with unconcealed suspicion, her arms crossed tightly across her chest.</w:t>
      </w:r>
    </w:p>
    <w:p/>
    <w:p>
      <w:r>
        <w:br/>
        <w:t>“We will see, Gareth,” Bran finally said, his voice devoid of warmth. “We will see if this alliance proves to be a strength, or a weakness that leads us to ruin. The pack’s safety is paramount. And we will not gamble with it.” He turned and walked away, his departure marked by the stiff backs of the other elders who followed, leaving Gareth and Lyra standing alone in the clearing, the weight of the pack’s unease still pressing down on them.</w:t>
      </w:r>
    </w:p>
    <w:p/>
    <w:p>
      <w:r>
        <w:br/>
        <w:t>Lyra let out a slow breath, her shoulders visibly relaxing once the elders had departed. “You stood for me, Gareth,” she said, her voice softer now, a hint of surprise coloring its tone. “Even against your own.”</w:t>
      </w:r>
    </w:p>
    <w:p/>
    <w:p>
      <w:r>
        <w:br/>
        <w:t>Gareth turned to her, his wolf’s unease subsiding, replaced by a fierce protectiveness. “I would do no less. You are one of us now, Lyra. Whether they see it or not, you are part of my pack. And I do not abandon my pack.” He reached out, his hand hovering for a moment before gently cupping her cheek. Her skin was cool beneath his touch, but a tremor ran through her, a silent acknowledgment of the connection that was solidifying between them, a bond that transcended the distrust of their kin. “Their fear is rooted in the past. We will show them that the future is different.”</w:t>
      </w:r>
    </w:p>
    <w:p/>
    <w:p>
      <w:r>
        <w:br/>
        <w:t>He could feel the subtle shift in her aura, the cautious hope that flickered within her. It was a fragile thing, easily extinguished, but Gareth was determined to nurture it. He knew that regaining the full trust of his pack, especially the elders, would not be an easy task. It would require more than just his assertion of authority. It would require time, patience, and continued proof of Lyra’s loyalty and her invaluable contributions.</w:t>
      </w:r>
    </w:p>
    <w:p/>
    <w:p>
      <w:r>
        <w:br/>
        <w:t>“We need to gather supplies,” Gareth said, his tone shifting back to the practicalities of their mission. “And then we need to meet with Anya’s scouts. They will have gathered more information on the Obsidian Hand’s movements. The longer we delay, the more ground they gain.”</w:t>
      </w:r>
    </w:p>
    <w:p/>
    <w:p>
      <w:r>
        <w:br/>
        <w:t>Lyra nodded, her gaze steady. “Agreed. I also believe it would be beneficial to speak with the younger members of the pack. Those who are less bound by tradition and more open to new perspectives. Their energy and eagerness might be a valuable counterpoint to the elders’ ingrained caution.”</w:t>
      </w:r>
    </w:p>
    <w:p/>
    <w:p>
      <w:r>
        <w:br/>
        <w:t>Gareth considered her suggestion. It was astute. The younger wolves, those who had grown up in a relatively peaceful era, were more likely to embrace change, to see the necessity of alliances rather than the inherent danger. They were the future of the pack, and their acceptance of Lyra would be crucial in shifting the overall sentiment.</w:t>
      </w:r>
    </w:p>
    <w:p/>
    <w:p>
      <w:r>
        <w:br/>
        <w:t>“An excellent idea,” Gareth said, a genuine smile touching his lips. He squeezed her hand. “I will arrange for us to meet with them. Perhaps a gathering by the river, or a training session where you can demonstrate your skills. Let them see firsthand what you bring to the table.”</w:t>
      </w:r>
    </w:p>
    <w:p/>
    <w:p>
      <w:r>
        <w:br/>
        <w:t>As they walked towards the communal storehouse, the eyes of the pack followed them. The whispers hadn't ceased entirely, but they had diminished, muted by Gareth’s firm stance. Yet, the underlying tension remained, a palpable force that settled over the territory like a shroud. Gareth knew this was just the beginning. The immediate threat from the Obsidian Hand was pressing, but the internal struggle for acceptance, for unity within his own pack, would be a long and arduous road. He looked at Lyra, at the quiet strength she exuded, and felt a renewed sense of purpose. He had his mate, his pack, and a mission that would shape the fate of their world. He would navigate the treacherous currents of pack politics, just as he navigated the treacherous paths of the wilderness. He would ensure his pack remained united, for the darkness that sought to engulf them was far more formidable than the shadows of suspicion that lurked within their own borders.</w:t>
      </w:r>
    </w:p>
    <w:p/>
    <w:p>
      <w:r>
        <w:br/>
        <w:t>The communal longhouse, usually a place of boisterous camaraderie and shared meals, now felt like a stage for unspoken judgments. The air was thick with the scent of drying herbs and woodsmoke, a familiar aroma that did little to dispel the chill of apprehension that had settled over the pack. Gareth, his wolf pacing restlessly beneath his skin, watched as Lyra navigated the murmurs and stares with a practiced composure that belied the tension radiating from her. He had seen her face down terrifying creatures, outwit cunning adversaries, but this quiet, insidious distrust from her own kind, his kind, was a different kind of battle entirely.</w:t>
      </w:r>
    </w:p>
    <w:p/>
    <w:p>
      <w:r>
        <w:br/>
        <w:t>The elders, their faces set in lines of ingrained suspicion, sat at the head of the long table, their presence a silent, formidable barrier. Bran, his silver-streaked fur bristling with an almost palpable disapproval, met Gareth’s gaze with a challenging glint in his eyes. Beside him, Mara’s expression was a mask of thinly veiled animosity, her every glance towards Lyra a silent accusation.</w:t>
      </w:r>
    </w:p>
    <w:p/>
    <w:p>
      <w:r>
        <w:br/>
        <w:t>“You bring her into our heart, Gareth,” Bran’s voice, a low rasp that commanded attention, cut through the subdued chatter. “Into the very core of our community. Have you considered the ramifications? The potential for disruption? Our traditions are not mere suggestions; they are the bedrock of our survival.”</w:t>
      </w:r>
    </w:p>
    <w:p/>
    <w:p>
      <w:r>
        <w:br/>
        <w:t>Gareth felt the familiar weight of leadership settle upon his shoulders, heavier now with the internal division they faced. He met Bran’s gaze unflinchingly. “My decisions are made with the pack’s survival as the paramount concern, Bran. Lyra’s skills, her knowledge, are invaluable. To turn her away would be to weaken ourselves, to deny ourselves a crucial advantage against the Obsidian Hand.”</w:t>
      </w:r>
    </w:p>
    <w:p/>
    <w:p>
      <w:r>
        <w:br/>
        <w:t>“An advantage, or a Trojan horse?” Mara countered, her voice sharp and cutting. “Her power is undeniable, Gareth, but where does it truly stem from? We have seen what such power can do when wielded by the corrupt. How can we be certain she will not succumb to the same darkness that has plagued others?”</w:t>
      </w:r>
    </w:p>
    <w:p/>
    <w:p>
      <w:r>
        <w:br/>
        <w:t>Lyra, her back straight and her chin held high, stepped forward. Her voice, though quiet, carried a resonance that silenced the immediate murmurs. “My power is born of necessity, Mara. It was forged in the fires of isolation and hardship, a means of survival when all else failed. If its strength intimidates you, perhaps you should question not my abilities, but the failures of those who should have offered protection.”</w:t>
      </w:r>
    </w:p>
    <w:p/>
    <w:p>
      <w:r>
        <w:br/>
        <w:t>The raw honesty of her words struck a chord, eliciting a flicker of discomfort from Mara and a tightening of Bran’s jaw. Gareth saw the subtle shift in the younger wolves, their heads cocked, their curiosity piqued by Lyra’s forthrightness. They were less burdened by the history of fear that weighed down their elders.</w:t>
      </w:r>
    </w:p>
    <w:p/>
    <w:p>
      <w:r>
        <w:br/>
        <w:t>“The past is a ghost, Mara,” Gareth said, his voice firm, imbued with the authority of his Alpha status. “And Lyra is not that ghost. She is a warrior, an ally, and under my protection. To distrust her is to sow seeds of discord that the Obsidian Hand will undoubtedly exploit. I will not allow that to happen.” He looked around the room, his gaze sweeping over every face, ensuring his words landed with the weight they deserved. “This pack stands together, or it falls apart. The choice, for all of us, is clear.”</w:t>
      </w:r>
    </w:p>
    <w:p/>
    <w:p>
      <w:r>
        <w:br/>
        <w:t>He felt a subtle shift in the atmosphere, a momentary concession to his authority, but the undercurrent of distrust remained, a lingering chill that settled deep within the longhouse. The elders remained unconvinced, their skepticism etched into their features, but the younger wolves seemed to absorb Gareth’s words with a palpable eagerness, a nascent hope for unity.</w:t>
      </w:r>
    </w:p>
    <w:p/>
    <w:p>
      <w:r>
        <w:br/>
        <w:t>“We will gather the necessary supplies for the next leg of our journey,” Gareth announced, his voice cutting through the residual tension. “Lyra and I will also be meeting with Anya’s scouts to gather further intelligence. We cannot afford to delay. The Obsidian Hand does not rest, and neither can we.”</w:t>
      </w:r>
    </w:p>
    <w:p/>
    <w:p>
      <w:r>
        <w:br/>
        <w:t>As they rose to leave, a few of the younger wolves approached, their eyes filled with a mixture of respect and a burgeoning curiosity about Lyra. They asked questions, not of suspicion, but of genuine interest, their eagerness to learn about her skills and her experiences a welcome balm to the sting of the elders’ disapproval. Lyra answered them with patience and honesty, her voice steady, her aura radiating a warmth that gradually began to melt the ice of their apprehension.</w:t>
      </w:r>
    </w:p>
    <w:p/>
    <w:p>
      <w:r>
        <w:br/>
        <w:t>Gareth watched them, a quiet satisfaction settling within him. The path ahead was fraught with peril, both from the external threat of the Obsidian Hand and the internal divisions within his own pack. But in the faces of these younger wolves, he saw a reflection of the future he was fighting for – a future built not on fear and suspicion, but on trust, unity, and the strength that came from embracing all who stood with them against the encroaching darkness. The distrust of the elders was a formidable obstacle, but Gareth was determined to overcome it, not through force, but through demonstrated loyalty and unwavering resolve. He would ensure his pack not only survived but thrived, united in purpose, their collective strength a beacon against the shadows.</w:t>
      </w:r>
    </w:p>
    <w:p/>
    <w:p>
      <w:r>
        <w:t>The wolf pack’s territory, a sprawling expanse of ancient forests and rolling hills, was meant to be a sanctuary. Yet, for Lyra, it had become a gilded cage, its bars forged from the silent judgment of her newfound kin. Every shared space, from the bustling communal hunting grounds to the more intimate gathering spots near the whispering river, felt imbued with an invisible wall that separated her from the rest. Her attempts to engage in casual conversation, to offer a helping hand or a friendly greeting, were met with a chilling lack of reciprocation. A curt nod, a mumbled response delivered without meeting her gaze, or, more often than not, a deliberate and pointed silence that screamed louder than any accusation.</w:t>
      </w:r>
    </w:p>
    <w:p>
      <w:r>
        <w:br/>
        <w:t>It was in the heart of their territory, the very place Gareth had promised her safety, that the ostracization was most acute. During communal meals within the longhouse, a space usually alive with the boisterous sharing of stories and the clinking of bowls, Lyra found herself adrift in a sea of averted eyes. Conversations would cease abruptly as she passed, the cheerful banter replaced by a suffocating quietude. She would sit alone, picking at her food, the flavors muted by the constant hum of exclusion. The younger wolves, those who had looked upon her with hesitant awe during their initial return, now shied away. If she happened to be near a group of pups playing, their joyous shrieks would falter, and they would be quickly, almost frantically, gathered by their parents, their small hands clutched tightly as they were steered away, their innocent curiosity replaced by a taught fear.</w:t>
      </w:r>
    </w:p>
    <w:p/>
    <w:p>
      <w:r>
        <w:br/>
        <w:t xml:space="preserve">This deliberate exclusion extended to even the most fundamental aspects of pack life. A few days after their return, while training with Gareth, Lyra had stumbled, her ankle twisting awkwardly as she landed. The pain was sharp, a fleeting but definite throb. Instinctively, she’d sought out the pack healers, a wise elder female named Elara and her apprentice, Torvin, whose hands were usually a source of comfort and skilled mending for any injured pack member. But as Lyra approached their modest dwelling, a small, herb-scented hut tucked away near the elder trees, she was met with a stark refusal. Elara, her face a map of ancient wisdom, her eyes usually so full of compassion, met Lyra’s request with a frigid politeness. “We tend to the pack’s injuries, Lyra,” Elara had stated, her voice devoid of warmth, her gaze fixed on a bundle of dried roots. “Those who are truly a part of us.” The unspoken words hung heavy in the air: </w:t>
      </w:r>
    </w:p>
    <w:p>
      <w:pPr>
        <w:jc w:val="left"/>
      </w:pPr>
      <w:r>
        <w:rPr>
          <w:i/>
        </w:rPr>
        <w:t>and you are not</w:t>
      </w:r>
      <w:r>
        <w:t>. Torvin, younger and perhaps less hardened, had averted his eyes, his silence a confirmation of his elder’s decree. The message was clear, delivered with a calculated cruelty: even her physical well-being was not worth their concern.</w:t>
      </w:r>
    </w:p>
    <w:p>
      <w:r>
        <w:br/>
        <w:t xml:space="preserve">The weight of this deliberate isolation pressed down on Lyra, a constant, gnawing ache. She had faced danger, both magical and mundane, and had always found a wellspring of inner strength to draw upon. But this, this slow erosion of her spirit by the collective disapproval of her intended family, was a different kind of torment. Each averted glance, each hushed dismissal, was a tiny barb, chipping away at the fragile resolve she had painstakingly built. The stoic façade she presented to the pack, the mask of impassive strength that hid the turmoil within, was becoming increasingly difficult to maintain. She would retreat to the quiet solitude of her small cabin, a place Gareth had designated for her on the outskirts of the main settlement, and the carefully constructed walls would crumble. She would pace the worn floorboards, her wolf a restless spirit mirroring her own anguish, the whispers of her own ingrained insecurities amplified by the pack’s rejection. </w:t>
      </w:r>
    </w:p>
    <w:p>
      <w:pPr>
        <w:jc w:val="left"/>
      </w:pPr>
      <w:r>
        <w:rPr>
          <w:i/>
        </w:rPr>
        <w:t>They are right</w:t>
      </w:r>
      <w:r>
        <w:t xml:space="preserve">, a venomous voice would hiss in the quiet darkness, </w:t>
      </w:r>
      <w:r>
        <w:rPr>
          <w:i/>
        </w:rPr>
        <w:t>you don’t belong. You never will. You are an outsider, a shadow clinging to the edges of their light.</w:t>
      </w:r>
    </w:p>
    <w:p>
      <w:r>
        <w:br/>
        <w:t>This deep-seated belief, a legacy of a childhood spent on the fringes, of a life where acceptance was a rare and fleeting commodity, was being meticulously reinforced. The elders’ refusal to acknowledge her, the parents’ swift removal of their children, the healers’ deliberate neglect – these were not minor slights. They were calculated actions designed to isolate her, to mark her as ‘other,’ as someone not worthy of belonging. She understood the fear that fueled their distrust, the deep-seated prejudice against any perceived connection to the Obsidian Hand, a fear passed down through generations. But understanding did not dull the sting of rejection. It did not fill the void left by the absence of warmth and acceptance.</w:t>
      </w:r>
    </w:p>
    <w:p/>
    <w:p>
      <w:r>
        <w:br/>
        <w:t>Gareth, though he saw the toll it was taking, was often occupied with the more immediate threats to the pack, the strategic planning, the necessary diplomacy. He would offer her words of reassurance, of unwavering support, and his touch, when they were alone, was a lifeline of warmth and affection that reminded her of what she was fighting for. But even his presence, his Alpha authority, could not entirely shield her from the pervasive chill that emanated from the pack as a whole. She saw the way some of the younger wolves, emboldened by Gareth’s protection, would offer her shy smiles when they thought no one was looking, a fleeting glimpse of the acceptance she craved. But these moments were rare, overshadowed by the stern disapproval of their elders, who quickly, and with a pointed stare, would redirect their attention.</w:t>
      </w:r>
    </w:p>
    <w:p/>
    <w:p>
      <w:r>
        <w:br/>
        <w:t>One evening, while walking with Gareth through the moon-dappled forest, the silence between them was heavier than usual. Lyra had spent the day observing the pack from a distance, a silent sentinel, her heart aching with a longing she dared not voice. Gareth stopped, turning to face her, his eyes searching hers in the dim light. “You’re withdrawing, Lyra,” he said, his voice soft, laced with concern. “I can feel it. The weight of their judgment…”</w:t>
      </w:r>
    </w:p>
    <w:p/>
    <w:p>
      <w:r>
        <w:br/>
        <w:t>Lyra offered a faint, wry smile. “It is as you said, Gareth. They remember the whispers. And for them, whispers are often louder than truth.” She looked up at the canopy, the leaves rustling like hushed secrets. “It is a difficult thing, to be surrounded by your kin, by the very people you are fighting to protect, and yet feel utterly alone. It is like trying to breathe in air that offers no sustenance.”</w:t>
      </w:r>
    </w:p>
    <w:p/>
    <w:p>
      <w:r>
        <w:br/>
        <w:t>Gareth reached out, his hand gently cupping her cheek, his thumb stroking her skin. “You are not alone, Lyra. You have me. You have my wolf. And you have the truth of your actions. That is more than enough.” His gaze was fierce, unwavering. “Their fear is a stubborn weed, but it will not choke out the light of your worth. We will prove them wrong. We will show them that loyalty and strength come in many forms, and that yours is as true as any.”</w:t>
      </w:r>
    </w:p>
    <w:p/>
    <w:p>
      <w:r>
        <w:br/>
        <w:t>But even as he spoke, Lyra could feel the subtle tremor of doubt within herself. The constant barrage of unspoken disapproval, the visible ostracization, was a relentless assault on her spirit. It was a slow, insidious poison, designed to break her from within, to make her doubt her own value, her own right to stand beside Gareth and his pack. The fear of the Obsidian Hand was a tangible threat, a monstrous entity they could confront together. But the fear of not belonging, of never truly finding a place to call home, was a more personal, more devastating enemy, and Lyra feared that this was a battle she might not be able to win, even with Gareth by her side. The shadows of her past, long held at bay by sheer force of will, were beginning to stretch, to whisper, to confirm the pack’s silent judgment: she was a pariah, and she always would be. The path forward, even with Gareth’s unwavering support, felt impossibly steep, burdened by the knowledge that the very people she sought to protect saw her as a threat, a weakness, a stain upon their cherished purity. The warmth of Gareth's touch was a temporary reprieve, a fleeting moment of solace, but the cold reality of her pariah status was a constant, chilling presence, an unwelcome companion in this supposed sanctuary.</w:t>
      </w:r>
    </w:p>
    <w:p/>
    <w:p>
      <w:r>
        <w:t>The biting wind that swept across the training grounds carried with it the scent of pine and a palpable tension. Lyra, practicing her defensive maneuvers under the watchful, though often averted, eyes of several pack members, felt the familiar prickle of their distrust. It was a cold sensation, more chilling than the autumn air, and it clung to her like a shroud. She parried an imaginary blow, the movements fluid, honed by years of solitary practice, yet the internal struggle was far from over. The pack’s unspoken condemnation was a constant hum beneath the surface of her days, and she knew Gareth felt it too.</w:t>
      </w:r>
    </w:p>
    <w:p>
      <w:r>
        <w:br/>
        <w:t>He stood near the edge of the clearing, his Alpha presence a solid bulwark against the subtle hostility, his gaze fixed on her, a flicker of something akin to pain in his eyes. He had always been her advocate, her protector, but even his unwavering support couldn’t entirely erase the deep-seated prejudice that festered within the pack. Today, however, something shifted. The air crackled with an unspoken challenge, and Gareth, his jaw set with a resolve that Lyra recognized with a surge of both hope and apprehension, began to walk towards the center of the training grounds.</w:t>
      </w:r>
    </w:p>
    <w:p/>
    <w:p>
      <w:r>
        <w:br/>
        <w:t>He stopped a few paces away from her, his voice cutting through the rustle of leaves and the hushed whispers that immediately sprang up among the assembled wolves. “Enough,” Gareth’s command was not a roar, but a deep, resonant rumble that demanded attention. The sparring ceased, the averted gazes snapped towards their Alpha. “I will not have this continue.”</w:t>
      </w:r>
    </w:p>
    <w:p/>
    <w:p>
      <w:r>
        <w:br/>
        <w:t>He turned, his eyes sweeping across the faces of his pack, his gaze lingering on several of the older, more influential wolves – those whose whispered doubts had been the loudest. “You look at Lyra with suspicion,” he stated, his voice calm but laced with an authority that brooked no argument. “You see a shadow, a potential weakness, a stain from a past you fear. But I see the truth.”</w:t>
      </w:r>
    </w:p>
    <w:p/>
    <w:p>
      <w:r>
        <w:br/>
        <w:t>His gaze softened as it found Lyra again, and for a fleeting moment, she saw the raw vulnerability that he so rarely allowed to surface. “I feel our bond deepening every day,” he confessed, his voice dropping slightly, drawing them all in. “It is a connection as strong as any fated mate bond, a tether that grows more vital with each passing moon. She is not a threat; she is a crucial part of our future, a vital asset to our survival.”</w:t>
      </w:r>
    </w:p>
    <w:p/>
    <w:p>
      <w:r>
        <w:br/>
        <w:t>He gestured towards Lyra, his hand encompassing her presence, her essence. “Her knowledge of the ancient magics, the very arts that your ancestors feared and your enemies wield, is unparalleled. She understands the Obsidian Hand in a way none of us can. To cast her out, to ostracize her based on prejudice and fear, is to blind ourselves to the very weapon we need to defeat them.”</w:t>
      </w:r>
    </w:p>
    <w:p/>
    <w:p>
      <w:r>
        <w:br/>
        <w:t>A low murmur rippled through the pack. Some nodded, acknowledging the logic, but the deep-seated fear remained etched on many faces. Gareth’s words were powerful, delivered with the conviction of his Alpha soul, but the ingrained distrust of those connected to the Obsidian Hand was a beast of a different nature, one that had been nurtured for generations.</w:t>
      </w:r>
    </w:p>
    <w:p/>
    <w:p>
      <w:r>
        <w:br/>
        <w:t>“I understand your fear,” Gareth continued, his voice firming as he addressed those who showed the most resistance. He met the gaze of Kael, a grizzled warrior whose loyalty to the pack was unquestioned, but whose prejudice against Lyra was equally evident. “Your fear is rooted in past betrayals, in stories told around hearth fires. But the world has changed. The threats we face are greater than any internal squabbles. The Obsidian Hand does not care about our purity or our lineage. They will exploit any weakness, any division. And your fear, Kael, your fear is the greatest weakness of all.”</w:t>
      </w:r>
    </w:p>
    <w:p/>
    <w:p>
      <w:r>
        <w:br/>
        <w:t>Kael’s jaw tightened, but he remained silent, his expression a mask of grudging respect. Gareth pressed on, his voice resonating with a righteous anger. “Lyra is my fated. My wolf recognizes her as such, and my soul echoes that truth. She is not here by choice, but by destiny. And I will not allow any of you to undermine the strength of this pack by turning against her. Your duty is to protect this territory, to protect our people. And Lyra is now a part of that protection. To deny her is to deny yourselves the advantage we so desperately need.”</w:t>
      </w:r>
    </w:p>
    <w:p/>
    <w:p>
      <w:r>
        <w:br/>
        <w:t>He looked at the younger wolves, those who had shown her fleeting moments of kindness. “The future of this pack lies with you,” he addressed them directly. “Do not let the shadows of the past dictate your path. Judge Lyra by her actions, by her loyalty, by the strength she brings to our side, not by the whispers of fear.”</w:t>
      </w:r>
    </w:p>
    <w:p/>
    <w:p>
      <w:r>
        <w:br/>
        <w:t xml:space="preserve">Gareth then turned his attention back to Lyra, his gaze filled with a warmth that defied the chill in the air. He reached out, his hand hovering just inches from her, a silent promise of his unwavering support. “I will not allow my mate to be treated as an outcast,” he declared, his voice ringing with absolute certainty. “Not when she is the key to our survival. You will respect her, you will acknowledge her strength, and you will learn to trust her. For the good of this pack, you </w:t>
      </w:r>
    </w:p>
    <w:p>
      <w:pPr>
        <w:jc w:val="left"/>
      </w:pPr>
      <w:r>
        <w:rPr>
          <w:i/>
        </w:rPr>
        <w:t>will</w:t>
      </w:r>
      <w:r>
        <w:t>.”</w:t>
      </w:r>
    </w:p>
    <w:p>
      <w:r>
        <w:br/>
        <w:t>The declaration hung in the air, a challenge and a plea rolled into one. While many respected Gareth’s word, the deeply ingrained fear and animosity towards Lyra remained a significant obstacle. The rift between Gareth and a portion of his pack widened, the unspoken tension now a more tangible force, a silent testament to the arduous journey that lay ahead. Lyra met his gaze, a silent acknowledgment of the battle he was willing to fight for her, and a flicker of hope, fragile but persistent, began to bloom in the desolate landscape of her spirit. She was still an outsider in their eyes, but perhaps, with Gareth’s fierce defense, she could begin to carve out a space for herself, a place where she was not just tolerated, but truly belonged.</w:t>
      </w:r>
    </w:p>
    <w:p/>
    <w:p>
      <w:r>
        <w:br/>
        <w:t>The confrontation left Lyra with a tumultuous mix of emotions. Gareth’s defense was a balm to her wounded spirit, a powerful affirmation of their connection that resonated deep within her wolf. The raw honesty with which he spoke of their fated bond, the undeniable strength he felt growing between them, was a revelation. It was more than just his duty as Alpha; it was a deep-seated truth he felt in his very core, a truth that he was willing to champion despite the potential for internal strife. The way he looked at her, as if she were the sun and moon embodied, had sent a shiver of pure, unadulterated joy through her. It was a feeling she had yearned for, a validation that echoed the silent whispers of her own wolf, who had always sensed a profound connection to his.</w:t>
      </w:r>
    </w:p>
    <w:p/>
    <w:p>
      <w:r>
        <w:br/>
        <w:t>Yet, the lingering distrust in the eyes of many pack members was a stark reminder of the challenges that remained. Gareth’s words, while respected, had not magically erased years of ingrained fear and prejudice. The older wolves, in particular, remained a formidable barrier, their faces set in lines of stubborn resistance. Lyra saw it in the tight set of their jaws, the way their gazes flickered away from Gareth’s direct challenge, their silence a weapon as potent as any uttered word. They acknowledged his authority, but their hearts remained closed, their minds firmly rooted in the past.</w:t>
      </w:r>
    </w:p>
    <w:p/>
    <w:p>
      <w:r>
        <w:br/>
        <w:t>She noticed, with a pang that was both familiar and surprisingly muted, how the younger wolves’ reactions were more varied. Some, emboldened by Gareth’s pronouncement, offered her shy, almost furtive glances, a silent acknowledgement of his words and perhaps, a burgeoning curiosity about the woman their Alpha so fiercely defended. Their innocence, their less entrenched fears, made them more receptive. But even their hesitant acknowledgments were often stifled by a swift, stern look from their parents or elders, a silent reinforcement of the pack’s ingrained distrust. It was a constant push and pull, a struggle for dominance between Gareth’s will and the pack’s deeply entrenched beliefs.</w:t>
      </w:r>
    </w:p>
    <w:p/>
    <w:p>
      <w:r>
        <w:br/>
        <w:t>Later, as the sun began its descent, casting long shadows across the settlement, Gareth sought Lyra out. He found her by the riverbank, watching the water flow, the rhythmic sound a soothing counterpoint to the day’s emotional turmoil. He approached her silently, his wolf’s senses no doubt picking up the subtle shift in her mood, the lingering unease that even his public defense hadn’t entirely dispelled.</w:t>
      </w:r>
    </w:p>
    <w:p/>
    <w:p>
      <w:r>
        <w:br/>
        <w:t>He sat beside her, his presence a warm, comforting weight. For a long moment, neither spoke. The silence was comfortable, filled with the unspoken understanding that had grown between them. Then, Gareth reached out, his hand gently covering hers where it rested on a smooth river stone.</w:t>
      </w:r>
    </w:p>
    <w:p/>
    <w:p>
      <w:r>
        <w:br/>
        <w:t>“They will come around,” he said, his voice a low murmur, more to himself than to her, perhaps. “It will take time, but they will. Their fear is powerful, yes, but not invincible. Not against the truth.”</w:t>
      </w:r>
    </w:p>
    <w:p/>
    <w:p>
      <w:r>
        <w:br/>
        <w:t>Lyra turned her hand, lacing her fingers with his. His grip was firm, a steady anchor. “I know you believe that, Gareth,” she said softly, her gaze fixed on their intertwined hands. “And I believe in you. But I also see the doubt in their eyes. It’s a deep-rooted thing, like the oldest trees in this forest. It’s not easily uprooted.”</w:t>
      </w:r>
    </w:p>
    <w:p/>
    <w:p>
      <w:r>
        <w:br/>
        <w:t>“Roots can be severed,” Gareth stated, his voice holding a steely edge. “Or they can be… redirected. Their loyalty is to the pack, to its survival. And I have made it clear that their survival depends on accepting you. They may not like it, not yet, but they will obey. And in time, obedience can breed respect, and respect can blossom into trust.”</w:t>
      </w:r>
    </w:p>
    <w:p/>
    <w:p>
      <w:r>
        <w:br/>
        <w:t>He squeezed her hand. “Do not let their lingering distrust dim the light of your own worth, Lyra. You are not defined by their fears. You are defined by your courage, your resilience, and the truth of your bond with me. That is a power they cannot deny, not forever.”</w:t>
      </w:r>
    </w:p>
    <w:p/>
    <w:p>
      <w:r>
        <w:br/>
        <w:t>Lyra looked up at him, his profile etched against the deepening twilight. His unwavering conviction was a powerful force, a beacon in the gathering darkness. She saw the lines of strain around his eyes, the subtle tension in his shoulders, the burden of leadership weighing heavily upon him. He was not just defending her; he was fighting a battle on multiple fronts, forging unity from division, strength from fear.</w:t>
      </w:r>
    </w:p>
    <w:p/>
    <w:p>
      <w:r>
        <w:br/>
        <w:t>“It must be difficult for you,” she murmured, her thumb tracing the back of his hand. “To go against some of your own. To challenge beliefs that have been held for generations.”</w:t>
      </w:r>
    </w:p>
    <w:p/>
    <w:p>
      <w:r>
        <w:br/>
        <w:t>Gareth turned his head, his intense gaze meeting hers. “It is the price of being an Alpha, Lyra. To do what is necessary, even when it is difficult. Especially when it is difficult. My first duty is to this pack, to its future. And you, my fated, are an indispensable part of that future.” He paused, his expression softening. “And if I am honest, Lyra,” he confessed, his voice dropping to a near whisper, “the growing strength of our bond… it is a fire within me, a certainty that makes this fight feel not like a burden, but a necessity. A glorious, vital necessity.”</w:t>
      </w:r>
    </w:p>
    <w:p/>
    <w:p>
      <w:r>
        <w:br/>
        <w:t>His words painted a vivid image, a stark contrast to the icy reception she had received from so many others. It was a reminder that within this pack, there was not just distrust, but also fierce loyalty, unwavering love, and a fated connection that transcended prejudice. While the path ahead remained fraught with challenges, Gareth’s resolute defense, his deep-seated belief in their bond, and his willingness to confront his own pack for her sake, offered a fragile, yet potent, glimmer of hope. She was still an outsider, but perhaps, just perhaps, the walls of distrust could, with time and unwavering resolve, begin to crumble. The fight for acceptance was far from over, but for the first time, Lyra felt she wasn't fighting it entirely alone. The rift Gareth had acknowledged was real, a painful schism within his pack, but he had chosen his side, and in that choice lay the promise of a future where she might, one day, truly belong. His defense was not just a shield against the pack’s hostility; it was the first stone laid in the foundation of her acceptance, a testament to the power of their connection and the depth of his commitment. The ensuing silence between them was no longer heavy with Lyra's unspoken fears, but filled with the quiet hum of Gareth's unwavering resolve and the burgeoning warmth of a shared destiny, a destiny he was determined to forge, no matter the cost.</w:t>
      </w:r>
    </w:p>
    <w:p/>
    <w:p>
      <w:r>
        <w:t>The air in the trade post was thick with a hundred scents, a chaotic symphony of wolf, bear, cat, and a dozen other shifter species, all mingling with the metallic tang of coins, the earthy aroma of dried herbs, and the faint, acrid whiff of fear. This was a neutral ground, a place where allegiances were shed at the threshold, or at least, carefully concealed. Lyra inhaled deeply, her senses working overtime, sifting through the cacophony of smells for anything that might hint at the Obsidian Hand. Gareth stood beside her, his hand a reassuring presence on the small of her back, his own senses equally engaged, though his outward demeanor remained a picture of calm Alpha control.</w:t>
      </w:r>
    </w:p>
    <w:p>
      <w:r>
        <w:br/>
        <w:t>They moved through the bustling marketplace, their cloaks pulled close, blending in as best they could. Lyra’s eyes scanned the faces – hardened warriors, shrewd merchants, furtive individuals with eyes that darted nervously. The Obsidian Hand cast a long shadow, and whispers of their activities had begun to reach even this far-flung corner of the shifter world. Their mission was to gather information, to piece together the fragmented clues that pointed towards a far more ambitious and sinister agenda than they had initially conceived.</w:t>
      </w:r>
    </w:p>
    <w:p/>
    <w:p>
      <w:r>
        <w:br/>
        <w:t>Gareth had arranged for them to meet with a few contacts, individuals who owed him favors or who had proven themselves reliable in the past. The first was a grizzled badger shifter named Borin, a dealer in rare artifacts and an unlikely source of intelligence. He met them in a dimly lit stall, the air heavy with the scent of ancient dust and polished metal.</w:t>
      </w:r>
    </w:p>
    <w:p/>
    <w:p>
      <w:r>
        <w:br/>
        <w:t>“Alpha Gareth,” Borin grunted, his voice a low rasp, his small, dark eyes shrewdly assessing Lyra. “And… the sorceress.” The word was delivered without malice, but with a distinct wariness that mirrored the apprehension Lyra had grown accustomed to.</w:t>
      </w:r>
    </w:p>
    <w:p/>
    <w:p>
      <w:r>
        <w:br/>
        <w:t>“Borin,” Gareth replied, his voice even and steady. “We seek knowledge. Information concerning the Obsidian Hand.”</w:t>
      </w:r>
    </w:p>
    <w:p/>
    <w:p>
      <w:r>
        <w:br/>
        <w:t>Borin’s whiskers twitched. “They are a dark cloud, Alpha. A blight upon the territories. Their reach grows daily. Many are afraid to speak their names.” He leaned closer, lowering his voice. “But whispers travel. Rumors. They say the Hand is not merely interested in territorial expansion. Their aims are… deeper.”</w:t>
      </w:r>
    </w:p>
    <w:p/>
    <w:p>
      <w:r>
        <w:br/>
        <w:t>“Deeper how?” Lyra prompted, her own voice pitched low.</w:t>
      </w:r>
    </w:p>
    <w:p/>
    <w:p>
      <w:r>
        <w:br/>
        <w:t>Borin glanced around before continuing. “They speak of control. Not just of the lands, or the packs. They speak of control over the very essence of what makes us who we are. The moon’s pull, yes, that is a part of it, the primal connection. But they speak of more. Of the magic that flows within us, the inherited power, the wild heart.” He met Lyra’s gaze, his small eyes holding a flicker of understanding. “They want to… harness it. To dictate its flow. To make it their own.”</w:t>
      </w:r>
    </w:p>
    <w:p/>
    <w:p>
      <w:r>
        <w:br/>
        <w:t>Lyra felt a chill that had nothing to do with the autumn air. The implications were staggering. The Obsidian Hand wasn't just seeking power; they were aiming for the fundamental nature of shifter existence. If they could control the very magic that defined their kind, they could subjugate every pack, every shifter, turning them into mere pawns.</w:t>
      </w:r>
    </w:p>
    <w:p/>
    <w:p>
      <w:r>
        <w:br/>
        <w:t>Gareth’s jaw tightened almost imperceptibly. “Harness it? How could they possibly achieve such a feat?”</w:t>
      </w:r>
    </w:p>
    <w:p/>
    <w:p>
      <w:r>
        <w:br/>
        <w:t>Borin shrugged, a ripple of movement under his thick fur. “That is the missing piece, Alpha. The whispers are fragmented. Some speak of ancient rituals, of forgotten artifacts. Others whisper of… sacrifices. The kind that stir the very foundations of magic itself.” He paused, his gaze becoming distant. “I heard a fragment, from a traveler passing through. He spoke of a ‘confluence,’ a place where the veil between worlds is thin, where the primal energies are strongest. He said the Obsidian Hand was seen making preparations near the Whispering Peaks, a place known for its strange magical currents.”</w:t>
      </w:r>
    </w:p>
    <w:p/>
    <w:p>
      <w:r>
        <w:br/>
        <w:t>The Whispering Peaks. Lyra’s mind immediately went to the ancient texts she had studied, the legends of places where the raw power of magic was said to be palpable. It made a chilling kind of sense. If one wanted to manipulate the very essence of shifter magic, a place of potent, untamed energy would be the logical location.</w:t>
      </w:r>
    </w:p>
    <w:p/>
    <w:p>
      <w:r>
        <w:br/>
        <w:t>“The Whispering Peaks,” Gareth repeated, his voice thoughtful. “That is treacherous terrain, even for those who know it well.”</w:t>
      </w:r>
    </w:p>
    <w:p/>
    <w:p>
      <w:r>
        <w:br/>
        <w:t>“Precisely,” Borin confirmed. “And the Hand does not shy away from danger. They seek it. They covet it.” He then produced a small, folded piece of parchment from within his tunic. “I acquired this from a smuggler, a man who claimed to have overheard Obsidian Hand operatives speaking. He was… coerced into silence. He didn’t live to tell much, but he left this behind.”</w:t>
      </w:r>
    </w:p>
    <w:p/>
    <w:p>
      <w:r>
        <w:br/>
        <w:t>Lyra took the parchment. It was a crude map, with symbols she didn't immediately recognize, and a few hastily scrawled notes in a language that was a dialect of Old Lycan she had only encountered in the most ancient of texts. “What is this?” she asked Gareth, her brow furrowed.</w:t>
      </w:r>
    </w:p>
    <w:p/>
    <w:p>
      <w:r>
        <w:br/>
        <w:t>Gareth took the parchment, his eyes scanning it with a practiced intensity. “This script… it is an archaic dialect. Belonging to a lineage that predates many of the modern packs. The symbols… they are directional markers, and what appears to be a cipher. If I can decipher it, it might point us to their next move, or at least, to a location of interest.” He looked at Borin. “Thank you, Borin. Your information is valuable.”</w:t>
      </w:r>
    </w:p>
    <w:p/>
    <w:p>
      <w:r>
        <w:br/>
        <w:t>Borin dipped his head. “May your pack remain safe, Alpha. The Obsidian Hand is a storm gathering on the horizon. Better to be prepared than caught in its fury.”</w:t>
      </w:r>
    </w:p>
    <w:p/>
    <w:p>
      <w:r>
        <w:br/>
        <w:t xml:space="preserve">Leaving Borin’s stall, Lyra felt a knot of unease tighten in her stomach. The idea of controlling the very essence of shifter magic was a terrifying prospect. It wasn’t just about power; it was about annihilation of identity. If the Obsidian Hand succeeded, what would be left of them? What would be left of </w:t>
      </w:r>
    </w:p>
    <w:p>
      <w:pPr>
        <w:jc w:val="left"/>
      </w:pPr>
      <w:r>
        <w:rPr>
          <w:i/>
        </w:rPr>
        <w:t>her</w:t>
      </w:r>
      <w:r>
        <w:t>?</w:t>
      </w:r>
    </w:p>
    <w:p>
      <w:r>
        <w:br/>
        <w:t>Their next contact was a sleek, black-furred panther shifter named Seraphina, who operated from a discreet establishment on the fringes of the trade post, a place that dealt in information rather than tangible goods. Seraphina was known for her network of informants, her ears and eyes in places no one else could reach.</w:t>
      </w:r>
    </w:p>
    <w:p/>
    <w:p>
      <w:r>
        <w:br/>
        <w:t>Seraphina greeted them with a cool, feline grace, her emerald eyes assessing them with an unnerving calm. She offered them a drink of a potent, dark liquor that burned going down, and then, with a subtle inclination of her head, she began to speak.</w:t>
      </w:r>
    </w:p>
    <w:p/>
    <w:p>
      <w:r>
        <w:br/>
        <w:t>“The Obsidian Hand is consolidating its influence,” she began, her voice a low purr. “They are not just recruiting; they are absorbing. Small packs, disgruntled individuals, those who crave order and power above all else. They offer a vision of a unified shifter world, free from the perceived weaknesses of individual autonomy.”</w:t>
      </w:r>
    </w:p>
    <w:p/>
    <w:p>
      <w:r>
        <w:br/>
        <w:t>“A unified world under their thumb,” Gareth stated flatly.</w:t>
      </w:r>
    </w:p>
    <w:p/>
    <w:p>
      <w:r>
        <w:br/>
        <w:t>Seraphina gave a humorless smile. “Precisely. But their methods are becoming… more aggressive. There have been reports of disappearances, of individuals who openly opposed them vanishing without a trace. And their interest in ancient sites, in places of power, is growing. They are seeking something. Something significant.”</w:t>
      </w:r>
    </w:p>
    <w:p/>
    <w:p>
      <w:r>
        <w:br/>
        <w:t>“We believe they are seeking to control shifter magic itself,” Lyra said, her voice firm. “To manipulate its very essence.”</w:t>
      </w:r>
    </w:p>
    <w:p/>
    <w:p>
      <w:r>
        <w:br/>
        <w:t>Seraphina’s eyes widened almost imperceptibly. “That… is a bold claim. And a terrifying one. The implications are immense.” She took a slow sip of her drink. “I have received fragmented reports that align with your theory, though the operatives themselves would never speak so plainly. They refer to a ‘primordial source,’ a ‘wellspring’ that they intend to tap. Some even spoke of a ‘key’ that would unlock this source.”</w:t>
      </w:r>
    </w:p>
    <w:p/>
    <w:p>
      <w:r>
        <w:br/>
        <w:t>“A key?” Lyra’s mind raced. Was this key a physical object, a ritual, or perhaps something more esoteric? “Do you have any information on this key, or where they might be looking for it?”</w:t>
      </w:r>
    </w:p>
    <w:p/>
    <w:p>
      <w:r>
        <w:br/>
        <w:t>“The information is scarce, and often contradictory,” Seraphina admitted. “One of my informants, a mole within their ranks, sent a cryptic message before going silent. It spoke of ‘the heart of the ancient ones,’ and a ‘celestial alignment.’ He also mentioned a particular artifact, one that was supposedly lost centuries ago, rumored to be a conduit for immense magical energy.”</w:t>
      </w:r>
    </w:p>
    <w:p/>
    <w:p>
      <w:r>
        <w:br/>
        <w:t>“Do you know the name of this artifact?” Gareth pressed.</w:t>
      </w:r>
    </w:p>
    <w:p/>
    <w:p>
      <w:r>
        <w:br/>
        <w:t xml:space="preserve">Seraphina’s gaze flickered. “The whispers called it the </w:t>
      </w:r>
    </w:p>
    <w:p>
      <w:pPr>
        <w:jc w:val="left"/>
      </w:pPr>
      <w:r>
        <w:rPr>
          <w:i/>
        </w:rPr>
        <w:t>Astral Codex</w:t>
      </w:r>
      <w:r>
        <w:t>. It was said to be a tome of immense power, capable of channeling and amplifying any magical force it was exposed to. Many believed it to be a myth, a fabrication of ancient lore. But if the Obsidian Hand believes it to be real…”</w:t>
      </w:r>
    </w:p>
    <w:p>
      <w:r>
        <w:br/>
        <w:t xml:space="preserve">The </w:t>
      </w:r>
    </w:p>
    <w:p>
      <w:pPr>
        <w:jc w:val="left"/>
      </w:pPr>
      <w:r>
        <w:rPr>
          <w:i/>
        </w:rPr>
        <w:t>Astral Codex</w:t>
      </w:r>
      <w:r>
        <w:t>. The name resonated with a faint, almost forgotten echo in Lyra’s mind. It was mentioned in some of the more obscure texts concerning the origins of shifter magic, a legendary artifact said to have been created by beings far older than any known shifter lineage. If such a thing existed, and if the Obsidian Hand possessed it, or intended to use it, their ambition would be limitless.</w:t>
      </w:r>
    </w:p>
    <w:p>
      <w:r>
        <w:br/>
        <w:t>“This celestial alignment,” Lyra asked, her voice urgent. “When is it supposed to occur?”</w:t>
      </w:r>
    </w:p>
    <w:p/>
    <w:p>
      <w:r>
        <w:br/>
        <w:t>“That is another piece of the puzzle that remains frustratingly vague,” Seraphina replied. “The message spoke of ‘the turning of the seasons,’ and ‘the longest night.’ It could refer to any number of astronomical events, or it could be symbolic. The Obsidian Hand is notoriously secretive about their timelines, even among their own ranks. They operate through layers of deception and misdirection.”</w:t>
      </w:r>
    </w:p>
    <w:p/>
    <w:p>
      <w:r>
        <w:br/>
        <w:t>She reached into a small pouch at her waist and withdrew a small, intricately carved obsidian charm. “This was also passed to me by my informant. It bears a symbol. I don’t recognize its origin, but it was clearly important to him. Perhaps you can make sense of it.”</w:t>
      </w:r>
    </w:p>
    <w:p/>
    <w:p>
      <w:r>
        <w:br/>
        <w:t>Lyra took the charm. It was cool to the touch, and the symbol etched into its surface was complex, an interlocking pattern of celestial bodies and elemental signs. It was unlike anything she had seen before, yet it hummed with a faint, latent energy. She instinctively felt its significance, a key to something, though what, she couldn’t yet grasp.</w:t>
      </w:r>
    </w:p>
    <w:p/>
    <w:p>
      <w:r>
        <w:br/>
        <w:t xml:space="preserve">“Thank you, Seraphina,” Gareth said, his voice grave. “Your information is invaluable. If your informant resurfaces, or if you hear anything further about the </w:t>
      </w:r>
    </w:p>
    <w:p>
      <w:pPr>
        <w:jc w:val="left"/>
      </w:pPr>
      <w:r>
        <w:rPr>
          <w:i/>
        </w:rPr>
        <w:t>Astral Codex</w:t>
      </w:r>
      <w:r>
        <w:t xml:space="preserve"> or this celestial alignment, you know how to reach me.”</w:t>
      </w:r>
    </w:p>
    <w:p>
      <w:r>
        <w:br/>
        <w:t>Seraphina gave a curt nod. “Be warned, Alpha. The Obsidian Hand is more organized, and more ruthless, than anyone gives them credit for. They are playing a game with stakes higher than any pack has ever faced.”</w:t>
      </w:r>
    </w:p>
    <w:p/>
    <w:p>
      <w:r>
        <w:br/>
        <w:t xml:space="preserve">As they left Seraphina’s establishment, Lyra felt the weight of the information they had gathered pressing down on her. The Obsidian Hand’s plan was not merely about conquest; it was about absolute dominion. They sought to control the very essence of shifter existence, to rewrite the fundamental laws of their being. The fragmented pieces of information – the Whispering Peaks, the celestial alignment, the </w:t>
      </w:r>
    </w:p>
    <w:p>
      <w:pPr>
        <w:jc w:val="left"/>
      </w:pPr>
      <w:r>
        <w:rPr>
          <w:i/>
        </w:rPr>
        <w:t>Astral Codex</w:t>
      </w:r>
      <w:r>
        <w:t>, the desire to control shifter magic – were beginning to form a chilling picture.</w:t>
      </w:r>
    </w:p>
    <w:p>
      <w:r>
        <w:br/>
        <w:t>Gareth pulled out the parchment Borin had given them. “Let me see if I can make sense of this archaic script. It might offer a more concrete location for their activities.” He focused intently, his brow furrowed in concentration. The symbols seemed to swim before Lyra’s eyes, ancient and enigmatic. Hours seemed to pass as Gareth painstakingly worked through the cipher, cross-referencing it with his extensive knowledge of shifter lore and linguistics.</w:t>
      </w:r>
    </w:p>
    <w:p/>
    <w:p>
      <w:r>
        <w:br/>
        <w:t>Finally, a slow smile spread across his face. “I have it. This isn’t a direct map, not in the conventional sense. It’s a series of directional markers, based on celestial observations and ancient ley lines. It points to a location deep within the Serpent’s Tooth Mountains. A place known historically for its volatile magical energies, a place where the veil between worlds is said to be at its thinnest.”</w:t>
      </w:r>
    </w:p>
    <w:p/>
    <w:p>
      <w:r>
        <w:br/>
        <w:t>“The Whispering Peaks,” Lyra murmured, connecting it to Borin’s earlier statement.</w:t>
      </w:r>
    </w:p>
    <w:p/>
    <w:p>
      <w:r>
        <w:br/>
        <w:t xml:space="preserve">“Precisely,” Gareth confirmed. “And this dialect… it’s tied to a very old lineage, one that was said to be guardians of ancient magical secrets. The Obsidian Hand is likely trying to harness whatever power or knowledge was once housed there, perhaps even the </w:t>
      </w:r>
    </w:p>
    <w:p>
      <w:pPr>
        <w:jc w:val="left"/>
      </w:pPr>
      <w:r>
        <w:rPr>
          <w:i/>
        </w:rPr>
        <w:t>Astral Codex</w:t>
      </w:r>
      <w:r>
        <w:t xml:space="preserve"> itself, if it truly exists.” He looked at Lyra, his eyes reflecting the grim determination that had settled over him. “Their plan is indeed more insidious than we imagined. They are not just seeking power; they are seeking to fundamentally alter the nature of our existence.”</w:t>
      </w:r>
    </w:p>
    <w:p>
      <w:r>
        <w:br/>
        <w:t>He gestured towards the obsidian charm Seraphina had given her. “And this symbol… I’ve seen it before, in ancient texts describing the guardians of these ancient magical sites. It is a sigil of warding, and of channeling. If this charm is linked to the Obsidian Hand’s activities in the Serpent’s Tooth Mountains, it suggests they are either attempting to bypass these wards, or perhaps, they have found a way to corrupt them.”</w:t>
      </w:r>
    </w:p>
    <w:p/>
    <w:p>
      <w:r>
        <w:br/>
        <w:t xml:space="preserve">The implications of their fragmented discoveries weighed heavily. They had confirmation that the Obsidian Hand’s ambitions stretched far beyond territorial gains. They were aiming for the very heart of shifter magic, seeking to control it, twist it to their will. The </w:t>
      </w:r>
    </w:p>
    <w:p>
      <w:pPr>
        <w:jc w:val="left"/>
      </w:pPr>
      <w:r>
        <w:rPr>
          <w:i/>
        </w:rPr>
        <w:t>Astral Codex</w:t>
      </w:r>
      <w:r>
        <w:t>, if real, would be the ultimate tool for such an endeavor, and the Whispering Peaks, a nexus of raw, untamed magic, the ideal place to enact their plan. The information was piecemeal, a mosaic of cryptic clues and dire warnings, but the overall picture was terrifyingly clear: the Obsidian Hand was not just a threat to individual packs, but to the very existence of shifters as they knew them. Their goal was not merely conquest, but a complete and utter subjugation of their innate power. This was a war for their souls.</w:t>
      </w:r>
    </w:p>
    <w:p>
      <w:r>
        <w:t>The cacophony of the neutral territory trade post, a dizzying blend of a hundred primal scents and the metallic clink of coin, did little to soothe Ella’s frayed nerves. It was a place designed for neutrality, for the shedding of allegiances at the threshold, yet the undercurrent of unease was palpable. Lyra and Gareth moved through the throng with a quiet intensity, their cloaks pulled close, their senses sharp, each scan of a face a silent assessment, each whispered exchange a potential clue. They were here for information, for threads to pull on the elusive Obsidian Hand, and the fragmented whispers they had gathered painted a picture of a threat far more profound than mere territorial ambition. Borin, the grizzled badger shifter, had spoken of control, not just of land or packs, but of the very essence of their being, the wild heart, the primal connection to the moon, and the inherited magic that defined them. The Obsidian Hand, he’d warned, sought to harness it, to dictate its flow, to make it their own. Lyra, her sharp mind piecing together the implications, felt a chill that had nothing to do with the crisp autumn air. This wasn't just about power; it was about annihilation of identity.</w:t>
      </w:r>
    </w:p>
    <w:p>
      <w:r>
        <w:br/>
        <w:t xml:space="preserve">Seraphina, the sleek panther shifter, had corroborated their fears, her cool, feline grace masking a sharp mind and an even sharper network. The Obsidian Hand wasn't just recruiting; they were absorbing, promising unity and order, but delivering a vision of subjugation. Disappearances, aggressive methods, and a growing interest in ancient sites—all pointed to a deeper agenda. The whispers of a "primordial source," a "wellspring" to be tapped, and a "key" to unlock it, had sent a shiver down Ella’s spine. The </w:t>
      </w:r>
    </w:p>
    <w:p>
      <w:pPr>
        <w:jc w:val="left"/>
      </w:pPr>
      <w:r>
        <w:rPr>
          <w:i/>
        </w:rPr>
        <w:t>Astral Codex</w:t>
      </w:r>
      <w:r>
        <w:t>, a legendary tome of immense power, capable of channeling and amplifying any magical force, had been mentioned, a myth brought to terrifying life. The celestial alignment, "the turning of the seasons" and "the longest night," remained a maddeningly vague timeline, a ticking clock hidden within layers of deception. Lyra had taken the obsidian charm Seraphina offered, a complex sigil humming with latent energy, a symbol of warding and channeling, now potentially in the hands of their enemy. Gareth, his Alpha authority unwavering, was meticulously deciphering the archaic script on Borin’s map, a series of celestial and ley line markers pointing towards the treacherous Serpent’s Tooth Mountains, a place known for its volatile magical energies, where the veil between worlds was thinnest. The Whispering Peaks, Borin had called it. The pieces were falling into place, forming a mosaic of chilling clarity: the Obsidian Hand aimed not for conquest, but for absolute dominion, a war for the very soul of shifterkind.</w:t>
      </w:r>
    </w:p>
    <w:p>
      <w:r>
        <w:br/>
        <w:t>As Lyra and Gareth delved deeper into the shadowed corners of the trade post, their conversation a low murmur of urgent plans and grim assessments, Ella found herself drawn away from the immediate sensory assault. The vibrant, chaotic energy of the marketplace seemed to recede, replaced by an internal stillness, a prelude to something far more significant. It began as a flicker at the edge of her vision, a subtle distortion in the air, then intensified, pulling her consciousness into a space that was both familiar and terrifyingly alien. The world around her dissolved, not into darkness, but into a canvas of potent, swirling energy, a place where raw magic coalesced and shaped itself into visions.</w:t>
      </w:r>
    </w:p>
    <w:p/>
    <w:p>
      <w:r>
        <w:br/>
        <w:t>The first coherent image that solidified was the moon. But this was no ordinary lunar display. It was a behemoth, swollen and blood-red, its light sickly and oppressive, as if choked by an unseen force. Then, the sky began to writhe. Not with clouds, but with something far more insidious. Shadows, thick and viscous, seeped from the edges of the world, coalescing in the heavens, consuming the familiar glow of the stars and the faint luminescence of the moon. It was an eclipse, yes, but one born of unnatural malevolence, a celestial shroud woven by dark intent. The air crackled with an unfathomable surge of power, a primal energy that thrummed beneath the earth and pulsed in the very fabric of existence. This surge wasn’t diffuse; it emanated from a distinct, jagged mountain range, a scar upon the world’s surface that clawed at the darkened sky. Even from this ethereal distance, Ella recognized its desolate grandeur: the Serpent’s Tooth Mountains, the very place Gareth had identified from Borin’s cryptic map, the supposed nexus of raw, untamed magic.</w:t>
      </w:r>
    </w:p>
    <w:p/>
    <w:p>
      <w:r>
        <w:br/>
        <w:t>Within the heart of this burgeoning darkness, Ella saw figures. Lyra and Gareth, their forms illuminated by an inner fire that seemed to push back against the encroaching gloom. They fought back-to-back, their movements a blur of coordinated fury, their fated bond a tangible shield, a beacon of defiance against the encroaching shadows. Lyra’s magic, a torrent of elemental force, lashed out, weaving intricate patterns of light and energy, while Gareth, in his wolf form, was a whirlwind of primal power, his roars echoing the defiance of his spirit. Their connection, the deep, unbreakable thread that bound them, pulsed between them, a source of strength that seemed to amplify their every strike. Yet, even as they fought, Ella sensed their struggle was not merely physical. They were battling an ancient force, a power that sought to unravel the very fabric of their being, a force orchestrated by a presence that loomed larger than life.</w:t>
      </w:r>
    </w:p>
    <w:p/>
    <w:p>
      <w:r>
        <w:br/>
        <w:t xml:space="preserve">And then, she saw </w:t>
      </w:r>
    </w:p>
    <w:p>
      <w:pPr>
        <w:jc w:val="left"/>
      </w:pPr>
      <w:r>
        <w:rPr>
          <w:i/>
        </w:rPr>
        <w:t>him</w:t>
      </w:r>
      <w:r>
        <w:t>. Or rather, the embodiment of his power. A figure cloaked in an even deeper darkness than the unnatural eclipse, a silhouette that seemed to absorb all light, all hope. The leader of the Obsidian Hand. He stood at the epicenter of the mountain range, his arms raised, not in combat, but in invocation. The energy surge intensified, a raw, untamed power that pulsed from the earth itself and was drawn into him like a magnet. He was not merely directing the surge; he was a conduit, a vessel for a ritual of unimaginable consequence. The jagged peaks around him seemed to hum with his power, the very stone resonating with his dark purpose. Ella could feel the immense pressure of his will, the cold, calculated intent to reshape the world according to his twisted design.</w:t>
      </w:r>
    </w:p>
    <w:p>
      <w:r>
        <w:br/>
        <w:t>As the ritual reached its crescendo, the unnatural darkness in the sky deepened, pressing down on the world with crushing weight. The raw energy surging from the Serpent’s Tooth Mountains reached a blinding, terrifying peak. And then, the vision shifted, focusing on the shifters caught in the periphery of this cataclysmic event. It wasn't the warriors of Lyra and Gareth’s pack, not those who stood ready to defend. It was others, individuals caught unawares, caught in the path of this unleashed power. Ella saw a shifter, a young bear whose fur shimmered with nascent power, suddenly convulse. His form wavered, losing its solidity, the edges blurring as if being erased from existence. A guttural cry of agony tore from his throat, a sound that was not entirely animal, not entirely human, but something in between, a scream of pure, unadulterated terror.</w:t>
      </w:r>
    </w:p>
    <w:p/>
    <w:p>
      <w:r>
        <w:br/>
        <w:t>Then, the horrifying truth began to manifest. It wasn’t just one shifter. Across the vision, others began to succumb. A sleek fox shifter stumbled, his lithe form flickering, his very essence seeming to unravel like a poorly spun thread. A powerful lion, moments before proud and regal, began to shrink, his mane receding, his mighty roar fading into a pathetic whimper as his primal spirit was seemingly ripped away, leaving behind a hollow shell. It was as if their very souls were being peeled away, their unique magical signatures, their inherent connection to the wild, being siphoned off, collected by the vortex of power swirling around the Obsidian Hand’s leader. This was not a mere conquest; it was an unmaking. The Obsidian Hand wasn't just seeking to control shifter magic; they were seeking to erase the very concept of shifterdom, to reduce them to soulless husks, their inherent power harvested for some dark, unknown purpose. The vision ended not with a bang, but with a chilling silence, a void where vibrant life had once pulsed, leaving Ella gasping, her own heart hammering against her ribs, the echoes of those unmade souls screaming in her mind. The stakes, she now understood with visceral clarity, were not just survival, but existence itself. The future that unfolded before her eyes was a testament to the dire peril they faced, a future where the wild heart of shifters could be extinguished, their magic stolen, and their very souls consumed. This was no longer a war for territory; it was a war for their essence.</w:t>
      </w:r>
    </w:p>
    <w:p/>
    <w:p>
      <w:r>
        <w:br w:type="page"/>
      </w:r>
    </w:p>
    <w:p>
      <w:pPr>
        <w:spacing w:before="5040"/>
        <w:jc w:val="center"/>
      </w:pPr>
      <w:r>
        <w:rPr/>
        <w:t xml:space="preserve"> Chapter 5: The Hidden Grove</w:t>
      </w:r>
    </w:p>
    <w:p>
      <w:r>
        <w:t>The scent of damp earth and ancient moss clung to the air, a perfume far more potent than any Lyra had encountered in the bustling trade posts. Ella’s vision, a haunting tableau of encroaching darkness and unraveling souls, had left her with an indelible imprint: a cascading waterfall, its spray catching the faintest hint of moonlight, a beacon in the encroaching gloom. It was a solitary image, yet it held the promise of refuge, of answers. Gareth, his Alpha senses attuned to the subtlest shifts in their surroundings, felt it too – a growing hum of latent power, a quiet thrum that resonated deep within his bones. This was not the volatile, aggressive magic of the Serpent’s Tooth Mountains, but something ancient, serene, and profoundly potent.</w:t>
      </w:r>
    </w:p>
    <w:p>
      <w:r>
        <w:br/>
        <w:t>“The waterfall,” Lyra murmured, her voice barely a whisper, her gaze fixed on a particular density within the shadowed canopy ahead. “Ella described it so clearly. It felt… significant.” Her intuition, a finely honed instrument honed by years of navigating the intricate currents of shifter society and the whispers of the wild, urged her forward. It was a feeling that bypassed logic, a deep-seated knowing that this was the path they were meant to follow. The forest, a boundless expanse of emerald and shadow, seemed to draw them in, the mundane world dissolving behind them with each step. The trees grew taller, their branches interlacing to form a living cathedral, filtering the scant light into ethereal shafts. The air itself felt different, thicker, imbued with a palpable sense of peace that contrasted sharply with the gnawing urgency of their mission. It was as if the very essence of the forest exhaled tranquility, a balm to their weary souls.</w:t>
      </w:r>
    </w:p>
    <w:p/>
    <w:p>
      <w:r>
        <w:br/>
        <w:t>Gareth nodded, his powerful frame moving with a predator’s grace, his eyes scanning the terrain with an Alpha’s vigilance. “The energy signature is unlike anything I’ve felt before. It’s… protective. Almost sentient.” He paused, his ears twitching, catching a faint, almost imperceptible rustle that was not of wind or small creature. “There’s a warding here, subtle but ancient. It doesn’t feel hostile, though. More like… a guardian.” He looked at Lyra, his gaze steady and trusting. “Your intuition is rarely wrong, my love. We follow the vision.”</w:t>
      </w:r>
    </w:p>
    <w:p/>
    <w:p>
      <w:r>
        <w:br/>
        <w:t>They pushed deeper, the forest floor yielding a carpet of moss and fallen leaves that muffled their footsteps. The silence was profound, broken only by the distant song of unseen birds and the gentle sigh of the wind through the ancient boughs. The sense of presence grew stronger, a silent sentinel watching their approach. Lyra felt a familiar pull, a resonance that hummed in harmony with her own latent abilities. This place, whatever it was, recognized something within her, a kinship that transcended the immediate danger they faced. It was a feeling of belonging, of being seen by the ancient heart of the wild itself.</w:t>
      </w:r>
    </w:p>
    <w:p/>
    <w:p>
      <w:r>
        <w:br/>
        <w:t>The sounds of rushing water grew louder, a melodic crescendo that promised the fulfillment of Ella’s vision. And then, they emerged into a clearing unlike any they had ever seen. It was a pocket of breathtaking beauty, shielded from the outside world by a curtain of ancient trees, their bark gnarled and silvered with age. At the heart of the clearing, a waterfall cascaded down a moss-covered cliff face, its water shimmering with an ethereal luminescence, catching the faint moonlight that managed to pierce the dense canopy. The spray rose like a fine mist, cool and invigorating, carrying with it the distinct, invigorating scent of ozone and something far older, something akin to stardust and moonbeams. The air was alive with a palpable, almost intoxicating magic, a potent blend of raw power and profound serenity. It was a sanctuary, a place where the very fabric of reality seemed to hum with a gentle, benevolent energy.</w:t>
      </w:r>
    </w:p>
    <w:p/>
    <w:p>
      <w:r>
        <w:br/>
        <w:t>Lyra’s breath hitched. “This is it,” she whispered, awe coloring her voice. “This is the place.” The waterfall was exactly as Ella had described, its beauty so profound it felt sculpted by a divine hand. The pool at its base was crystal clear, its depths reflecting the subtle play of light and shadow, and the surrounding flora was unlike anything they had cataloged before. Luminescent fungi cast a soft glow on the forest floor, and flowers with petals like spun moonlight bloomed in abundance, their fragrance sweet and intoxicating. The entire grove felt imbued with a singular purpose – to nurture, to protect, to preserve.</w:t>
      </w:r>
    </w:p>
    <w:p/>
    <w:p>
      <w:r>
        <w:br/>
        <w:t>Gareth stepped closer to the pool, his hand outstretched, not to touch, but to feel the pulse of energy radiating from it. “The magic here is pure, untainted,” he observed, his Alpha’s keen senses absorbing every nuance. “It’s not just strong; it’s… wise. As if it’s absorbed centuries of moonlight and quiet observation.” He looked around, his gaze sweeping over the ancient trees, the vibrant flora, the cascading water. “No one could find this place by chance. It’s hidden. Guarded.”</w:t>
      </w:r>
    </w:p>
    <w:p/>
    <w:p>
      <w:r>
        <w:br/>
        <w:t>Lyra, her mind already racing with the implications, felt a deep sense of kinship with this hidden haven. She turned her attention to the gnarled trunk of an ancient oak, its bark etched with patterns that seemed almost… intentional. “There’s a hidden passage,” she stated, her voice gaining a note of certainty. “Ella’s journal… she wrote about it. A sanctuary, a research outpost. Protected by magic that only recognizes true need and lunar affinity.” She ran her fingers over the rough bark, her mind replaying fragments of Ella’s cryptic writings, the words now resonating with a profound, newly discovered context. “It’s not on any map. It’s meant to be found by those who are meant to find it.”</w:t>
      </w:r>
    </w:p>
    <w:p/>
    <w:p>
      <w:r>
        <w:br/>
        <w:t>Gareth watched her, a flicker of understanding in his eyes. He knew Ella’s journals were more than just personal musings; they were repositories of knowledge, fragments of a life lived in the liminal spaces of their world. “Moonlight,” he mused, looking up at the sliver of moon barely visible through the dense canopy. “She said it needed moonlight. A specific phase?”</w:t>
      </w:r>
    </w:p>
    <w:p/>
    <w:p>
      <w:r>
        <w:br/>
        <w:t>“Yes,” Lyra confirmed, her brow furrowed in concentration. “She mentioned a specific lunar phase. Something about the moon’s alignment revealing the way.” She closed her eyes, attempting to access her own memories of Ella’s words, the ethereal nature of the vision still lingering in the periphery of her consciousness. Ella had been meticulous, almost obsessively so, in her documentation, yet her writing often held a poetic ambiguity, a veil of mystery that only revealed its true meaning under the right circumstances. Lyra felt a gentle hum beneath her fingertips, a subtle vibration emanating from the oak tree. It wasn’t a physical tremor, but a magical resonance, a subtle acknowledgement of their presence, their need.</w:t>
      </w:r>
    </w:p>
    <w:p/>
    <w:p>
      <w:r>
        <w:br/>
        <w:t>“The grove itself,” Gareth said, his voice low and thoughtful, his gaze sweeping the perimeter of the clearing. “It’s a natural sanctuary, amplified by magic. Whoever Ella was, she understood the deep currents of this world. She knew how to weave protection into the very essence of a place.” He gestured to the waterfall. “The water, the light… it’s a nexus of power. It’s no wonder she chose it for her research.”</w:t>
      </w:r>
    </w:p>
    <w:p/>
    <w:p>
      <w:r>
        <w:br/>
        <w:t>Lyra’s gaze fell upon a cluster of smooth, dark stones arranged in a deliberate circle near the base of the waterfall. They seemed ordinary, yet she felt a faint, almost imperceptible pulse emanating from them, a subtle echo of the grove’s potent magic. “This is more than just a hideaway, Gareth,” she said, her voice laced with a growing sense of wonder and urgency. “Ella wasn’t just hiding here. She was studying. And whatever she discovered, whatever she learned… it might be exactly what we need to counter the Obsidian Hand.”</w:t>
      </w:r>
    </w:p>
    <w:p/>
    <w:p>
      <w:r>
        <w:br/>
        <w:t>She approached the stones, her fingers tracing the cool, smooth surface. A faint warmth bloomed beneath her touch, a response to her presence. She remembered Ella mentioning that her research involved understanding the inherent magical signatures of different shifter lineages, the unique frequencies that defined their connection to the wild. Could this grove be where she cataloged those signatures? Could it hold the key to disrupting the Obsidian Hand’s ability to siphon or control such power? The thought sent a thrill of hope through her, a fragile ember in the face of overwhelming darkness.</w:t>
      </w:r>
    </w:p>
    <w:p/>
    <w:p>
      <w:r>
        <w:br/>
        <w:t>“Ella’s journal,” Gareth prompted, his voice a low rumble. “She must have left instructions. A way to access the information she gathered.”</w:t>
      </w:r>
    </w:p>
    <w:p/>
    <w:p>
      <w:r>
        <w:br/>
        <w:t>Lyra nodded, her mind already shifting gears. She pulled out the worn leather-bound journal, its pages filled with Ella’s elegant script, interspersed with intricate diagrams and botanical sketches. The journal had been a source of confusion and fragmented clues for weeks, but now, standing within this sacred grove, bathed in its ancient energy, the pieces began to fall into place. She ran her fingers over the cover, a faint tingling sensation spreading through her fingertips.</w:t>
      </w:r>
    </w:p>
    <w:p/>
    <w:p>
      <w:r>
        <w:br/>
        <w:t>“The moon,” Lyra repeated, her gaze drifting upwards again. “She wrote about the ‘Lunar Key.’ It wasn’t a physical object, was it? It was the moon itself, at a specific point in its cycle, interacting with the magic of this place.” She flipped through the pages, her eyes scanning for keywords, for the subtle hints that Ella had woven into her narrative. She found it on a page filled with astronomical charts and annotations. "Here," she breathed, pointing to a passage. " 'When the Hunter's Moon grazes the heart of the Great Bear, the veil thins, and the whispered truths are revealed.' "</w:t>
      </w:r>
    </w:p>
    <w:p/>
    <w:p>
      <w:r>
        <w:br/>
        <w:t>Gareth leaned closer, deciphering the archaic astronomical terms. "The Hunter's Moon… that's the full moon in autumn. And the Great Bear… that constellation is prominent in the sky this time of year. We're close to that alignment." He looked at Lyra, his eyes filled with a shared understanding. "This grove… it's keyed to the moon's phases. It's a living repository, revealing its secrets only when the celestial bodies align perfectly."</w:t>
      </w:r>
    </w:p>
    <w:p/>
    <w:p>
      <w:r>
        <w:br/>
        <w:t>Lyra traced the lines of Ella’s diagrams, her mind making leaps that felt both intuitive and deeply logical. Ella hadn't just been observing the natural world; she had been studying its hidden mechanisms, its magical underpinnings. This grove was her laboratory, a place where she could interact with the raw forces of nature, and this journal, combined with the grove's magic, was her legacy. "She studied the primal energies," Lyra explained, her voice growing more excited. "How they manifest in different shifters, how they connect to the lunar cycles, the earth's ley lines… and how they can be manipulated. Or, conversely, how they can be protected."</w:t>
      </w:r>
    </w:p>
    <w:p/>
    <w:p>
      <w:r>
        <w:br/>
        <w:t>Gareth’s jaw tightened, the implications of Ella’s research hitting him with full force. If Ella had discovered a way to protect or even amplify the primal energies, it would be a devastating blow to the Obsidian Hand's agenda. "She was developing countermeasures," he realized aloud. "A way to safeguard the very essence of what makes us shifters." He looked around the grove, a newfound appreciation for its serene beauty washing over him. It was not just a sanctuary; it was a fortress, built not of stone and steel, but of ancient magic and lunar cycles.</w:t>
      </w:r>
    </w:p>
    <w:p/>
    <w:p>
      <w:r>
        <w:br/>
        <w:t>Lyra carefully placed the journal on one of the smooth, dark stones. As she did, a faint shimmer emanated from the stone, and the air around it seemed to vibrate with a gentle energy. The luminescent fungi around them pulsed brighter, and the water of the waterfall seemed to catch the light with renewed intensity. "It's reacting," she whispered, a thrill coursing through her. "The grove knows we're here. It's responding to the journal, to the approaching lunar alignment."</w:t>
      </w:r>
    </w:p>
    <w:p/>
    <w:p>
      <w:r>
        <w:br/>
        <w:t>Gareth placed his hand over Lyra’s, his touch a grounding force. "We need to understand what Ella discovered. If we can unlock her research, we might find the key to dismantling the Obsidian Hand's entire operation." He looked at her, his Alpha gaze filled with unwavering resolve. "This grove is Anya’s hidden sanctuary, yes, but for us, it's a beacon of hope. A place where we can fight back, not just with strength, but with knowledge."</w:t>
      </w:r>
    </w:p>
    <w:p/>
    <w:p>
      <w:r>
        <w:br/>
        <w:t>The air in the grove grew thicker, charged with anticipation. The gentle hum of magic intensified, weaving itself around Lyra and Gareth, a silent embrace of acceptance. They were not intruders; they were inheritors, tasked with safeguarding a legacy of profound importance. The waterfall continued its ceaseless cascade, a timeless rhythm that seemed to echo the beating heart of the wild itself, a promise of secrets waiting to be revealed, of ancient power ready to be wielded. The path ahead was still fraught with peril, but here, in this moon-kissed sanctuary, they had found a glimmer of the strength and knowledge they desperately needed. The Obsidian Hand sought to unravel the very essence of shifterkind, but Ella, through her research and the hidden magic of this grove, had created a bulwark, a testament to the enduring power of their wild hearts. And now, it was up to Lyra and Gareth to unlock its full potential. The moonlight, even in its nascent phase, seemed to shine with a greater intensity, as if beckoning them further into the heart of Anya’s hidden sanctuary, towards the knowledge that could save them all. The air, once merely heavy with magic, now felt alive with a whispered promise, a silent guardian spirit watching over their every move, its ancient power ready to be awakened.</w:t>
      </w:r>
    </w:p>
    <w:p/>
    <w:p>
      <w:r>
        <w:t>The air within the hidden grove was a balm to their weary senses. It carried the heady, sweet perfume of ancient trees, their bark etched with the silent stories of centuries, mingled with the intoxicating fragrance of moonpetal flowers. Lyra had only ever read about them in Ella’s journals, whispered legends of blossoms that unfurled their luminous petals only under the rarest of lunar alignments, their very essence steeped in moonlight. Here, they bloomed in breathtaking abundance, their pale, ethereal glow casting a soft, otherworldly luminescence upon the moss-covered earth and the cascading waterfall. Each inhalation was like drinking in the very essence of wild, untamed magic, a potent elixir that seemed to seep into their bones, chasing away the gnawing weariness that had settled upon them during their arduous journey.</w:t>
      </w:r>
    </w:p>
    <w:p>
      <w:r>
        <w:br/>
        <w:t>This was no mere sanctuary; it was a living, breathing entity. The protective aura that permeated the grove was not a passive force, but an active, sentient presence. It wrapped around Lyra and Gareth like a silken shroud, not to ensnare, but to embrace, to heal. The lingering tendrils of the darkness they had traversed, the oppressive weight of the Obsidian Hand’s malevolence, began to dissipate, to unravel like smoke in the face of a gentle breeze. Lyra felt the tension in her shoulders ease, the knot of fear that had been a constant companion for weeks finally beginning to loosen its grip. Gareth, usually a picture of coiled strength and unwavering vigilance, visibly relaxed, his predatory posture softening as the grove’s magic worked its soothing influence upon him.</w:t>
      </w:r>
    </w:p>
    <w:p/>
    <w:p>
      <w:r>
        <w:br/>
        <w:t>The energy here was unlike anything Lyra had ever experienced. It wasn't the raw, untamed power of the Serpent’s Tooth Mountains, nor the volatile, unpredictable magic that sometimes flared in the deeper parts of the Wilds. This was something else entirely. It was ancient, yes, but also profoundly gentle, a benevolent force that seemed to resonate with the very core of their being. It felt like being cradled in the palm of a benevolent giant, a place where they could finally, for a fleeting moment, shed the heavy armor of their constant struggle. The air vibrated with a quiet hum, a symphony of nature’s deepest secrets, and within its embrace, Lyra felt a sense of profound peace descend upon her, a fleeting but welcome respite from the relentless pursuit of their dangerous mission.</w:t>
      </w:r>
    </w:p>
    <w:p/>
    <w:p>
      <w:r>
        <w:br/>
        <w:t>Gareth, his senses sharper than any blade, absorbed the subtle nuances of the grove’s protective magic. “It’s… cleansing,” he murmured, his voice a low rumble of awe. His normally sharp, keen gaze softened as he looked around, taking in the vibrant life that thrived within this hidden haven. He felt the forest’s magic actively pushing back against the residual taint of their pursuers, a gentle but firm rejection of any dark influence. It was as if the very trees themselves were standing sentinel, their ancient roots woven into the fabric of this protective ward. He had faced many magical defenses in his time, wards designed to repel or destroy, but this… this was different. This felt like a welcoming embrace, a promise of safety and renewal.</w:t>
      </w:r>
    </w:p>
    <w:p/>
    <w:p>
      <w:r>
        <w:br/>
        <w:t>Lyra reached out, her fingers brushing against the velvety petals of a moonpetal flower. A faint warmth bloomed beneath her touch, and the flower seemed to unfurl a fraction more, its luminescence intensifying. It was a small gesture, but it spoke volumes. The grove was not only protecting them; it was acknowledging them, responding to their presence, their need. It was a testament to Ella’s profound understanding of the natural world, her ability to weave magic into the very essence of a place, creating a sanctuary that was both hidden and welcoming to those who were meant to find it. The carefully orchestrated beauty of the grove, the rare flora, the crystalline waters of the waterfall, the potent, life-affirming energy – it all spoke of a deliberate act of creation, a haven designed for a specific purpose.</w:t>
      </w:r>
    </w:p>
    <w:p/>
    <w:p>
      <w:r>
        <w:br/>
        <w:t>“It’s more than just a place to hide, Gareth,” Lyra said, her voice soft, almost reverent. She felt a deep kinship with this grove, a sense of belonging that had been absent for so long. The outside world, with its constant threat of the Obsidian Hand, its political machinations, and the gnawing fear for their pack’s future, felt a million miles away. Here, surrounded by the ancient magic and the quiet hum of life, she could finally breathe. The frantic pace of their mission, the urgent need to find Ella’s research, seemed to recede, replaced by a profound sense of calm. This grove was offering them not just refuge, but rejuvenation, a chance to replenish their depleted spirits before they had to face the world again.</w:t>
      </w:r>
    </w:p>
    <w:p/>
    <w:p>
      <w:r>
        <w:br/>
        <w:t>Gareth moved to the edge of the pool at the base of the waterfall, his reflection rippling across the impossibly clear surface. He dipped his hand into the water, and a sigh escaped his lips. It was cool, pure, and alive with energy. “The water,” he mused, his Alpha senses attuning to its magical properties. “It’s like drinking from a living spring. The magic in it is so potent, so… clean.” He looked at Lyra, his eyes reflecting the soft glow of the moonpetals. “Ella truly understood the power of natural conduits. She didn’t just find a beautiful spot; she found a nexus.”</w:t>
      </w:r>
    </w:p>
    <w:p/>
    <w:p>
      <w:r>
        <w:br/>
        <w:t>The very atmosphere of the grove seemed to thrum with a benevolent energy, a silent guardian spirit watching over its domain. Lyra could feel it, a subtle shift in the air pressure, a warmth that emanated not from the sun, but from the earth itself. It was as if the grove was actively working to mend the wear and tear of their journey, both physical and spiritual. The gnawing anxieties that had plagued her for weeks began to ebb, replaced by a nascent sense of hope. This place, crafted by Ella’s hands and nurtured by the ancient magic of the Wilds, was a potent symbol of what they were fighting for: a world where such beauty and peace could exist, untainted by darkness.</w:t>
      </w:r>
    </w:p>
    <w:p/>
    <w:p>
      <w:r>
        <w:br/>
        <w:t>“Think of the energy it takes to sustain this,” Lyra whispered, gesturing to the vibrant flora and the luminous flowers. “This isn’t just passive magic. It’s active. It’s growing. It’s… alive.” She felt a surge of renewed determination. The Obsidian Hand sought to drain the world of its magic, to corrupt and control its natural forces. But here, in this hidden grove, was a testament to the opposite – the power of nature to heal, to protect, and to thrive, even in the face of overwhelming darkness. It was a potent reminder of what was at stake, and it fueled her resolve to protect this legacy.</w:t>
      </w:r>
    </w:p>
    <w:p/>
    <w:p>
      <w:r>
        <w:br/>
        <w:t>Gareth stepped closer to her, his arm encircling her waist, drawing her near. The subtle tremor of magic that ran through the grove seemed to flow between them, a silent acknowledgment of their shared purpose and their deep connection. “Ella poured her knowledge, her very essence, into this place,” he said, his voice laced with admiration. “She created not just a refuge, but a reservoir of power, a sanctuary of untainted magic. And now, it’s ours to safeguard.” His gaze swept across the clearing, taking in the ancient trees, the shimmering waterfall, the moonlit flowers. “It’s a part of the Wilds that the Obsidian Hand hasn’t touched. A pocket of pure power they can’t corrupt.”</w:t>
      </w:r>
    </w:p>
    <w:p/>
    <w:p>
      <w:r>
        <w:br/>
        <w:t>Lyra leaned into his embrace, the warmth of his body a grounding counterpoint to the ethereal magic of the grove. “It’s a place where we can finally heal, Gareth. Where we can prepare. The Obsidian Hand has been on the offensive for too long. Here, we can begin to shift the balance.” She closed her eyes, allowing the grove’s potent energy to wash over her, to mend the unseen wounds that had festered within her spirit. The journey had been long and perilous, filled with loss and despair, but standing in this sacred space, bathed in its protective aura, she felt a flicker of optimism reignite within her. The moonpetal flowers pulsed with a soft light, and the waterfall continued its timeless song, a constant, soothing rhythm that echoed the quiet beat of her own heart, now filled with a renewed sense of purpose and a quiet, potent hope. The air itself seemed to whisper secrets of resilience and renewal, a promise that even in the darkest of times, pockets of pure, untainted magic could persist, offering solace and strength to those who sought it. The grove was a testament to Ella’s foresight, a silent but powerful weapon in their arsenal, waiting to be fully understood and unleashed.</w:t>
      </w:r>
    </w:p>
    <w:p/>
    <w:p>
      <w:r>
        <w:t>The air in the grove hummed with a palpable energy, a stark contrast to the oppressive stillness that had followed them for days. Lyra’s gaze, drawn by an instinct she couldn't quite articulate, landed on a cluster of ancient, gnarled trees near the waterfall's misty spray. There was a subtle disruption in the moss covering their roots, a patch that seemed unnaturally smooth, as if recently disturbed. Gareth, ever perceptive, followed her line of sight. His Alpha senses, always attuned to the faintest anomaly, flared. He moved with a predator’s silent grace, his hand reaching out to brush aside a curtain of moss. Beneath it, embedded seamlessly into the earth, was a stone slab etched with symbols that Lyra recognized instantly as Anya’s distinctive script – a blend of ancient runes and her own personal cipher.</w:t>
      </w:r>
    </w:p>
    <w:p>
      <w:r>
        <w:br/>
        <w:t>“Anya,” Lyra breathed, a tremor of anticipation running through her. This was it. The heart of Anya’s hidden work, concealed within the very sanctuary she had helped create. Gareth knelt beside her, his strength a silent promise as he worked his fingers along the edges of the slab. It was heavy, designed to withstand the elements and any prying eyes, but with a surge of combined effort, they managed to dislodge it, revealing a dark cavity beneath. The scent that wafted out was dry and faintly herbal, mingled with the unique, electric tang of ancient parchment and preserved magical components.</w:t>
      </w:r>
    </w:p>
    <w:p/>
    <w:p>
      <w:r>
        <w:br/>
        <w:t>Inside the stone chamber, meticulously arranged, lay the remnants of Anya’s obsessive quest. There were scrolls, bound with faded silk ribbons, thick vellum journals, and an assortment of carefully stoppered vials containing powders, dried herbs, and iridescent liquids that shimmered even in the grove's soft, lunar glow. Gareth carefully lifted out a thick, leather-bound tome, its cover scarred and worn, bearing the imprint of countless hours of study. Lyra, meanwhile, carefully extracted several rolled scrolls, their edges brittle with age, and a small, intricately carved wooden box.</w:t>
      </w:r>
    </w:p>
    <w:p/>
    <w:p>
      <w:r>
        <w:br/>
        <w:t>“Her notes,” Gareth murmured, his voice hushed with a reverence that surprised Lyra. He’d seen countless artifacts of power, witnessed the spoils of war and the treasures of defeated foes, but this felt different. This was the raw, unfiltered essence of a mind dedicated to understanding and combating a profound darkness. He unrolled one of the scrolls, revealing a complex diagram of intertwined lines and symbols. “Ley lines,” he identified, his brow furrowed in concentration. “She’s mapped them with incredible detail. And… these annotations. It’s a cross-reference to known nexus points, and potential vulnerabilities.”</w:t>
      </w:r>
    </w:p>
    <w:p/>
    <w:p>
      <w:r>
        <w:br/>
        <w:t>Lyra was already engrossed in one of Anya’s journals. The script was denser here, more urgent, a stark departure from the scholarly tone of her earlier writings. It spoke of long nights spent poring over forgotten texts, of perilous journeys into forbidden territories to collect rare ingredients, and of a growing fear that gnawed at her resolve. “She was terrified, Gareth,” Lyra said, her voice barely a whisper. “Terrified of the Obsidian Hand. Look at this entry. She writes about their increasing influence, their ability to twist and corrupt even the most potent magic. She feared they were close to finding a way to permanently sever the connection between the mortal world and the spirit realms.”</w:t>
      </w:r>
    </w:p>
    <w:p/>
    <w:p>
      <w:r>
        <w:br/>
        <w:t>She continued to read, her eyes widening with each revelation. Anya’s research wasn't just about understanding magic; it was about dissecting the very fabric of the world, identifying the threads that held it together, and discovering where those threads were weakest. The diagrams of the ley lines were not merely academic exercises; they were strategic blueprints. “She believed the Obsidian Hand’s ultimate goal was to enact a ritual, the ‘Veil of Oblivion,’ she calls it,” Lyra explained, tracing a series of symbols on the parchment. “It requires a complete disruption of the natural lunar cycle. They need to dim the moon, to break its influence on magic, on life itself.”</w:t>
      </w:r>
    </w:p>
    <w:p/>
    <w:p>
      <w:r>
        <w:br/>
        <w:t>Gareth’s gaze drifted to a particularly intricate drawing that showed the moon in various phases, overlaid with arcane symbols. “The Lunar Heart,” he stated, recalling fragments of ancient lore. “It’s tied to the moon’s power, isn't it? A source of immense magical energy that fluctuates with the lunar cycles.”</w:t>
      </w:r>
    </w:p>
    <w:p/>
    <w:p>
      <w:r>
        <w:br/>
        <w:t>“Exactly,” Lyra confirmed, her voice filled with a growing admiration for Anya’s foresight. “Anya theorized that the Obsidian Hand wants to find and corrupt the Lunar Heart, or at the very least, sever its connection to the world. This ritual, the Veil of Oblivion, would be the culmination of that effort. She’s outlined the specific conditions required, the precise alignment of celestial bodies, the arcane catalysts they’d need. It’s a desperate attempt to plunge the world into an eternal twilight, where their dark magic would reign supreme.”</w:t>
      </w:r>
    </w:p>
    <w:p/>
    <w:p>
      <w:r>
        <w:br/>
        <w:t>Lyra opened another journal, this one filled with sketches of various plants and crystals. “She gathered samples too,” Lyra said, picking up a small, stoppered vial containing a powder that shimmered with an internal light. “These are components for countermeasures. Ingredients that can amplify natural lunar magic, or create localized pockets of resistance against the Veil’s influence. She even found a way to synthesize a limited form of moonpetal essence, potent enough to act as a shield against the ritual’s initial stages.” Lyra’s hand trembled slightly as she held the vial. Anya, a scholar, a healer, had been forced to become a warrior, gathering the tools for a desperate defense.</w:t>
      </w:r>
    </w:p>
    <w:p/>
    <w:p>
      <w:r>
        <w:br/>
        <w:t>Gareth’s attention was drawn to a series of complex equations scrawled in the margin of one of Anya’s diagrams. He recognized the underlying principles, the arcane mathematics that governed the flow of magical energy. “She didn’t just understand the theory,” he said, his voice a low rumble of respect. “She quantified it. She found ways to measure and predict the ebb and flow of power, to identify the precise moments of vulnerability. Anya was more than just a researcher; she was a sorceress of incredible discipline and insight.” He looked at Lyra, his gaze sharp and assessing. “Her sacrifice… to create this sanctuary, to gather this knowledge… it’s extraordinary.”</w:t>
      </w:r>
    </w:p>
    <w:p/>
    <w:p>
      <w:r>
        <w:br/>
        <w:t>Lyra nodded, a lump forming in her throat. “She poured her life into this. Her fear was a motivator, yes, but it was also a profound love for the world, for its magic, that drove her. She knew the Obsidian Hand’s power was growing, that their reach was extending further than anyone dared to admit. She saw the signs, the subtle shifts in the natural world that others dismissed as mere anomalies. She was charting their progress, trying to find a weakness, a way to strike back.” Lyra carefully placed the vial back in the wooden box. “She writes about the Lunar Heart here, too. Not just its existence, but its specific location. She believed it was hidden within a nexus of primordial magic, a place shielded from direct observation, accessible only through specific lunar alignments and attuned to the deepest natural energies.”</w:t>
      </w:r>
    </w:p>
    <w:p/>
    <w:p>
      <w:r>
        <w:br/>
        <w:t>Lyra pointed to a heavily annotated map, a rough sketch of the Wilds with several locations circled. “She narrowed it down to three possible sites, but she couldn’t confirm which one. Her notes here detail the criteria for identifying the true nexus. It has to resonate with the moon’s deepest phases, to be in harmony with the ebb and flow of the tides, even far inland. It’s a place that breathes with the rhythm of the cosmos.”</w:t>
      </w:r>
    </w:p>
    <w:p/>
    <w:p>
      <w:r>
        <w:br/>
        <w:t>Gareth picked up another scroll, its surface covered in intricate runic inscriptions. “These are protective wards,” he observed. “Not just for concealment, but for attunement. Anya was creating a way to amplify the natural energies of a location, to make it resonate with the Lunar Heart itself. She was trying to build a beacon, a guide for those who could understand the language of magic.” He paused, his gaze sweeping over the contents of the chamber. “She was trying to find it before they did.”</w:t>
      </w:r>
    </w:p>
    <w:p/>
    <w:p>
      <w:r>
        <w:br/>
        <w:t>The personal nature of Anya’s writings was what struck Lyra the most. Amidst the complex diagrams and arcane formulas, there were passages that spoke of her loneliness, her isolation. She wrote of the burden of her knowledge, the impossibility of sharing her fears with those who refused to see the encroaching darkness. She’d poured her very soul into these notes, a desperate plea for understanding, a testament to her unwavering commitment. Lyra could feel the weight of Anya’s sacrifice, the immense courage it took to dedicate her life to this solitary, dangerous pursuit.</w:t>
      </w:r>
    </w:p>
    <w:p/>
    <w:p>
      <w:r>
        <w:br/>
        <w:t>“She was brilliant,” Lyra said, her voice thick with emotion. “And so brave. To face the Obsidian Hand with nothing but her knowledge and her will… it’s humbling.” She looked at Gareth, her eyes reflecting the soft glow of the moonpetals. “She understood that true power didn’t come from brute force, but from understanding the intricate web of life and magic. She sought to protect it, to nurture it, not to control it.”</w:t>
      </w:r>
    </w:p>
    <w:p/>
    <w:p>
      <w:r>
        <w:br/>
        <w:t>Gareth reached out, his fingers brushing against the smooth, cool surface of a crystal that pulsed with a faint, ethereal light. “She saw the potential for corruption, the seductive allure of power that the Obsidian Hand embodied. She understood that their path led only to destruction, to the silencing of all that was vibrant and alive.” He met Lyra’s gaze, a shared understanding passing between them. “Her research here… it’s more than just information, Lyra. It’s a legacy. It’s a roadmap for how to fight back, not with their weapons, but with the very magic they seek to extinguish.”</w:t>
      </w:r>
    </w:p>
    <w:p/>
    <w:p>
      <w:r>
        <w:br/>
        <w:t>Lyra carefully gathered Anya’s journals and scrolls, her movements deliberate and respectful. “She never gave up, Gareth. Even when she must have felt completely alone, she kept searching, kept preparing. She believed that there would be others who would find her work, who would carry on the fight. She believed in us.” The weight of Anya’s knowledge settled upon Lyra’s shoulders, a heavy but vital mantle. The path ahead was still fraught with peril, but now, thanks to Anya’s extraordinary foresight and courage, they had a clearer understanding of their enemy and a tangible hope for victory. They had found not just a hidden grove, but a treasure trove of knowledge, a testament to one woman’s indomitable spirit and her fierce dedication to preserving the world’s magic. The grove, in its quiet, protective embrace, had revealed its deepest secret, a testament to Anya's ingenuity and a crucial turning point in their desperate quest.</w:t>
      </w:r>
    </w:p>
    <w:p/>
    <w:p>
      <w:r>
        <w:t>The air within Anya's hidden sanctuary thrummed with a new, subtle resonance, a gentle beat that seemed to emanate from the very earth beneath their feet. As Lyra sifted through the brittle pages of a journal, tracing Anya’s frantic script, a faint pulsation tickled the edges of her senses. It wasn’t a sound, nor was it entirely a feeling, but something in between, a harmonic whisper that vibrated in her bones. Her eyes met Gareth’s, a question forming before she could even voice it. He nodded, his expression one of focused intensity, his own senses attuned to the ethereal tremor.</w:t>
      </w:r>
    </w:p>
    <w:p>
      <w:r>
        <w:br/>
        <w:t>"Do you feel that?" Lyra breathed, her fingers stilling on the aged parchment. "It's… a pulse. Like a distant heartbeat."</w:t>
      </w:r>
    </w:p>
    <w:p/>
    <w:p>
      <w:r>
        <w:br/>
        <w:t>Gareth closed his eyes, concentrating. "Yes. It's faint, but it’s undeniable. A resonance. It's not the Lunar Heart itself, not yet, but it's… an echo. A sign that we are on the right path." He opened his eyes, their deep sapphire depths reflecting the moon-drenched leaves above. "This grove," he murmured, his gaze sweeping around their clandestine haven, "it's more than just a hiding place. Anya imbued it with something. It amplifies this echo, doesn't it? It's guiding us."</w:t>
      </w:r>
    </w:p>
    <w:p/>
    <w:p>
      <w:r>
        <w:br/>
        <w:t>Lyra felt a surge of renewed purpose. Anya’s sanctuary, meticulously crafted and concealed, was not merely a repository of knowledge but an active participant in their quest. It was a beacon, deliberately placed to draw in those who sought to continue her work, a testament to her profound understanding of magic and her unwavering hope for the future. The grove was Anya's final, most brilliant piece of research, a deliberate breadcrumb left for those who would follow the trail of the Obsidian Hand's encroaching darkness.</w:t>
      </w:r>
    </w:p>
    <w:p/>
    <w:p>
      <w:r>
        <w:br/>
        <w:t>"She designed it this way," Lyra realized aloud, her voice filled with awe. "The ley lines converge here, their energy is focused. The natural magic of this place, enhanced by her wards, acts as a lens. It magnifies the faint whispers of the Lunar Heart, making them perceptible to us. It’s a tuning fork for the cosmic symphony."</w:t>
      </w:r>
    </w:p>
    <w:p/>
    <w:p>
      <w:r>
        <w:br/>
        <w:t>Gareth traced a finger over a detailed diagram on one of Anya’s scrolls, a complex depiction of interconnected energy currents. "The ley lines," he confirmed. "She mapped them with incredible precision, not just their paths, but their intersections, their points of greatest power. This grove sits at a significant nexus, a confluence where several major arteries of magical energy meet and intensify. Anya understood that the Lunar Heart, being a source of primordial magic, would resonate most strongly in such a place, and that this resonance, however faint, could be amplified."</w:t>
      </w:r>
    </w:p>
    <w:p/>
    <w:p>
      <w:r>
        <w:br/>
        <w:t>Lyra picked up another of Anya’s journals, her fingers brushing against a dried sprig of moonpetal pressed between the pages. "She wrote about attunement," Lyra recalled, her mind replaying fragmented memories of Anya's words from Lyra's own past, words that had seemed cryptic then, but now held profound significance. "She spoke of a place where the veil between worlds was thinnest, where the pulse of the earth beat in sync with the celestial bodies. This is it, Gareth. This grove is that place, or at least, it’s the closest Anya could create to it. It’s designed to resonate with the Lunar Heart’s inherent frequencies."</w:t>
      </w:r>
    </w:p>
    <w:p/>
    <w:p>
      <w:r>
        <w:br/>
        <w:t>The pulsing, though still subtle, seemed to grow more distinct as they focused on it. It wasn't just a random vibration; it had a rhythm, a cadence that felt deeply familiar, yet alien. It spoke of ancient power, of cycles as old as time itself, of a magic that was both wild and profound. Lyra found herself unconsciously mirroring the rhythm with her own breathing, her heart settling into a slower, more deliberate beat.</w:t>
      </w:r>
    </w:p>
    <w:p/>
    <w:p>
      <w:r>
        <w:br/>
        <w:t>"It feels… alive," Lyra whispered, captivated. "More alive than I've ever felt it before. As if the grove itself is breathing in time with that echo. It's as if Anya intentionally planted this sanctuary here, knowing it would serve as a waypoint, a beacon for anyone who could decipher her clues and follow the faintest whispers of the Heart."</w:t>
      </w:r>
    </w:p>
    <w:p/>
    <w:p>
      <w:r>
        <w:br/>
        <w:t>Gareth nodded, his hand resting on Lyra’s arm, a silent anchor in the swirling currents of magic. "She wouldn’t have left her research vulnerable without ensuring a way for it to be found by those who could use it. This grove is not just a hiding place; it's a key. And that echo is the sound of the lock turning." He looked around, his eyes sharp and assessing. "The convergence point of the ley lines is not random. Anya would have chosen it deliberately, a place where the ambient magical energy was naturally inclined to amplify such a subtle resonance. She was a master strategist, even in her isolation."</w:t>
      </w:r>
    </w:p>
    <w:p/>
    <w:p>
      <w:r>
        <w:br/>
        <w:t>Lyra picked up a small, intricately carved wooden amulet that lay nestled amongst Anya's notes. It was smooth to the touch, imbued with a faint warmth. "This," she said, holding it up. "She must have created this to help focus the energy, to make the echo more distinct for anyone who found it. A personal amplifier, perhaps. Her signature on the guide."</w:t>
      </w:r>
    </w:p>
    <w:p/>
    <w:p>
      <w:r>
        <w:br/>
        <w:t>"She understood that the Obsidian Hand would be looking for any sign of disruption, any anomaly that might lead them to the Lunar Heart," Gareth mused. "But they would likely be searching for brute force, for overt magical signatures. They wouldn't expect a subtle resonance, amplified by a sanctuary designed for a specific purpose. Anya played on their arrogance, their inability to perceive true, nuanced power."</w:t>
      </w:r>
    </w:p>
    <w:p/>
    <w:p>
      <w:r>
        <w:br/>
        <w:t>The echo seemed to grow stronger when they held Anya's artifacts, as if the objects themselves were acting as conduits, drawing the faint pulse of the Lunar Heart closer. Lyra closed her eyes, letting the sensation wash over her. It was like standing on the edge of a vast, unseen ocean, feeling the distant swell of its tides. There was a promise in that echo, a hope that had been painstakingly preserved.</w:t>
      </w:r>
    </w:p>
    <w:p/>
    <w:p>
      <w:r>
        <w:br/>
        <w:t>"It's guiding us," Lyra stated, her voice firm with conviction. "Not just in its presence, but in its direction. Can you feel it? The resonance is strongest… that way." She gestured towards a dense cluster of ancient trees, their branches woven together like a protective canopy, where the light seemed to filter through with a more ethereal quality. "There's a convergence there, where the ley lines are not just present, but actively weaving together. Anya’s sanctuary has amplified it, focused it, and pointed us toward the next step."</w:t>
      </w:r>
    </w:p>
    <w:p/>
    <w:p>
      <w:r>
        <w:br/>
        <w:t>Gareth’s gaze followed hers, his alpha senses already mapping the subtle shifts in the grove's energetic landscape. "You're right," he confirmed, a low growl of satisfaction in his voice. "The ambient magic is significantly denser in that direction. It's as if the grove itself is directing us, channeling the amplified echo like a compass needle." He looked at Lyra, his eyes alight with a shared understanding. "Anya didn't just leave us knowledge; she left us a path. And this grove is the first signpost."</w:t>
      </w:r>
    </w:p>
    <w:p/>
    <w:p>
      <w:r>
        <w:br/>
        <w:t>The weight of their discovery settled upon them, not as a burden, but as a promise. Anya’s careful planning, her foresight, her unwavering dedication to protecting the world’s magic, had culminated in this moment. They had found her sanctuary, and within it, the echo of the very power they sought to protect. It was a testament to her brilliance, a whisper from the past that urged them forward, a confirmation that even in the face of overwhelming darkness, hope could endure, meticulously preserved and waiting to be found. The grove, in its quiet, powerful embrace, had not only revealed Anya’s hidden work but had also ignited their resolve, showing them that their path, though fraught with peril, was illuminated by the wisdom of a dedicated shifter who had believed in the possibility of a future worth fighting for. The gentle thrumming of the Lunar Heart’s echo was no longer a faint whisper but a clear, resonating call, drawing them deeper into the heart of Anya’s legacy and the mysteries that still lay hidden within the ancient, magical world.</w:t>
      </w:r>
    </w:p>
    <w:p/>
    <w:p>
      <w:r>
        <w:t>The amplified resonance of the Lunar Heart, now a palpable presence within Anya’s hidden grove, seemed to weave a calming spell around Gareth and Lyra. The tension that had simmered between them, a constant undercurrent of distrust and unspoken history, began to dissipate like mist under the morning sun. The air, thick with the scent of damp earth and ancient magic, felt cleansing, stripping away the layers of animosity that had built up over weeks of wary alliance. They stood in the heart of Anya’s sanctuary, not as wary adversaries, but as two souls adrift, finding a momentary harbor in the shared discovery and the quiet power of the place.</w:t>
      </w:r>
    </w:p>
    <w:p>
      <w:r>
        <w:br/>
        <w:t>Gareth, his alpha instincts still keenly aware of Lyra's every subtle shift, found himself lowering his guard. The intense focus he’d maintained since their arrival began to soften, replaced by a more contemplative mood. He watched Lyra, her gaze no longer sharp with suspicion but softened by the gentle magic of the grove, her shoulders losing their defensive set. She traced the patterns on a moss-covered stone, her movements slow and deliberate, as if absorbing the tranquility of her surroundings. He recognized the flicker of a similar longing in her eyes, a quiet yearning for peace that mirrored his own.</w:t>
      </w:r>
    </w:p>
    <w:p/>
    <w:p>
      <w:r>
        <w:br/>
        <w:t>"This place," Gareth began, his voice softer than usual, the rumble that often underscored his pronouncements absent, "it's like a balm, isn't it? It strips away the noise." He gestured vaguely, encompassing the whispering leaves, the luminous flora, and the gentle pulse of magic emanating from the earth. "Makes you forget… the urgency, for a moment."</w:t>
      </w:r>
    </w:p>
    <w:p/>
    <w:p>
      <w:r>
        <w:br/>
        <w:t>Lyra looked up, her eyes meeting his, and he saw a flicker of surprise, quickly masked, at his unguarded admission. "It does," she agreed, her voice hushed, almost reverent. "Anya must have known the power of a place like this. Not just for hiding, but for healing. For clarity." She paused, her gaze drifting to a particularly ancient-looking tree, its bark gnarled and silvered with age. "I’ve never known such peace. Not since…" Her voice trailed off, a shadow crossing her features.</w:t>
      </w:r>
    </w:p>
    <w:p/>
    <w:p>
      <w:r>
        <w:br/>
        <w:t>Gareth recognized the familiar ache of memory, the phantom limb of loss that haunted so many of their kind. He understood it intimately. His own childhood, though privileged in some ways, had been marked by a profound loneliness, the isolation of being a gifted child in a world that often feared or exploited such abilities. He had learned to build walls, to present a facade of unwavering strength, lest anyone see the vulnerability that lay beneath.</w:t>
      </w:r>
    </w:p>
    <w:p/>
    <w:p>
      <w:r>
        <w:br/>
        <w:t>"I grew up in a pack that valued stoicism above all else," Gareth admitted, his gaze fixed on the distant canopy. "Showing weakness was an invitation for predators, both internal and external. My father, a formidable Alpha, taught me that emotions were a luxury we couldn't afford. Strength was in silence, in control." He let out a soft breath, the confession feeling foreign on his tongue. "But silence can be a very lonely place."</w:t>
      </w:r>
    </w:p>
    <w:p/>
    <w:p>
      <w:r>
        <w:br/>
        <w:t>Lyra’s lips curved into a faint, understanding smile, a rare and delicate thing that softened the sharp angles of her face. "I know that loneliness," she murmured, her voice barely above a whisper. "My upbringing was… different. But no less isolating. I was raised in the shadows, always on the move, taught to trust no one, to rely only on myself. My mentors drilled into me the idea that connection was a vulnerability, that empathy was a weakness to be exploited. They believed that only by embracing a certain… hardness, could one survive. They weren't wrong, entirely. It kept me alive." She hugged herself, as if warding off an unseen chill. "But it also left me feeling… hollow. Like a finely crafted weapon, devoid of its wielder’s purpose."</w:t>
      </w:r>
    </w:p>
    <w:p/>
    <w:p>
      <w:r>
        <w:br/>
        <w:t>The raw honesty in her voice resonated deeply with Gareth. He saw past the guarded exterior, the sharp edges she’d cultivated for survival, and recognized the profound well of empathy that lay beneath. He understood that her distrust wasn't born of malice, but of a desperate need for self-preservation, a defense mechanism honed by years of betrayal. He had seen it in the way she fought, the ferocious protectiveness she displayed towards the few she allowed close, and now, he heard it in her words.</w:t>
      </w:r>
    </w:p>
    <w:p/>
    <w:p>
      <w:r>
        <w:br/>
        <w:t>"A weapon without a purpose is just… metal," Gareth said, the analogy striking him as strangely apt. "I understand what you mean. The constant vigilance, the need to be prepared for any threat, it can harden you. It can make you forget what it means to… simply be." He looked at her, a genuine warmth spreading through his chest, a feeling that had been absent for too long. "You carry a great burden, Lyra. But you don't have to carry it alone."</w:t>
      </w:r>
    </w:p>
    <w:p/>
    <w:p>
      <w:r>
        <w:br/>
        <w:t>Lyra’s gaze flickered, meeting his with an intensity that surprised him. There was a depth of understanding there, a recognition that transcended their recent animosity. She saw the stoic Alpha, the powerful leader, but she also saw the man who understood the weight of isolation, who had grappled with his own internal battles. In his eyes, she didn't see judgment or suspicion, but a quiet empathy, a shared experience of hardship that forged an unexpected bond.</w:t>
      </w:r>
    </w:p>
    <w:p/>
    <w:p>
      <w:r>
        <w:br/>
        <w:t>"And you," Lyra replied, her voice gaining a quiet strength, "you project an image of unshakeable control. But I see the fire beneath the ice, Gareth. I see the leader who feels the weight of his pack, who carries their fears and hopes as if they were his own. You are not just an Alpha; you are a guardian. And that is a burden, too." She offered a small, wry smile. "Perhaps we are more alike than we care to admit. Both forged in the crucible of necessity, both bearing scars that run deeper than the skin."</w:t>
      </w:r>
    </w:p>
    <w:p/>
    <w:p>
      <w:r>
        <w:br/>
        <w:t>The air between them shifted, no longer charged with the friction of opposition, but with the quiet hum of dawning understanding. The fated bond, the cosmic tether that had been a source of anxiety and contention for both of them, suddenly felt less like a chain and more like a comforting hand. It was an invisible thread, woven by destiny, that promised not dominion, but companionship, not obligation, but a shared journey.</w:t>
      </w:r>
    </w:p>
    <w:p/>
    <w:p>
      <w:r>
        <w:br/>
        <w:t>"The fated bond," Gareth murmured, the words tasting different now, less like a prophecy of conflict and more like a promise of partnership. "I’ve always viewed it as a test. A challenge to my will, a potential source of discord. But perhaps…" He looked at Lyra, a new perspective dawning in his eyes. "Perhaps it is simply… an acknowledgment. That our paths were always meant to intertwine."</w:t>
      </w:r>
    </w:p>
    <w:p/>
    <w:p>
      <w:r>
        <w:br/>
        <w:t>Lyra nodded, a sense of relief washing over her. The constant fear that this bond would force her into a role she didn't want, a subservience she wouldn't tolerate, began to recede. In Gareth's gaze, she saw not a master, but a peer, a fellow traveler on a perilous road. "It feels less like a cage now," she admitted, her voice softer. "And more like… a compass. Pointing us towards something we both need."</w:t>
      </w:r>
    </w:p>
    <w:p/>
    <w:p>
      <w:r>
        <w:br/>
        <w:t>The grove seemed to absorb their confessions, their shared vulnerability. The gentle pulse of the Lunar Heart’s echo, once a driving force for their mission, now seemed to resonate with a softer, more personal rhythm, mirroring the slowing of their heartbeats, the deepening of their understanding. Anya's sanctuary had provided not only a haven for her research but also a sacred space for their own healing, a place where the walls they had so carefully constructed could finally begin to crumble, allowing the light of genuine connection to seep through.</w:t>
      </w:r>
    </w:p>
    <w:p/>
    <w:p>
      <w:r>
        <w:br/>
        <w:t>Gareth reached out, his hand hovering for a moment before gently resting on Lyra's arm. The contact was chaste, yet it sent a tremor of warmth through her, a sensation that was both startling and deeply comforting. It was an acknowledgment, a silent promise of support. "We have faced loss, isolation, and fear," he said, his voice laced with a newfound tenderness. "But here, in this place, we have also found… understanding. And perhaps, even the beginnings of trust."</w:t>
      </w:r>
    </w:p>
    <w:p/>
    <w:p>
      <w:r>
        <w:br/>
        <w:t>Lyra didn't pull away. Instead, she leaned into the subtle pressure of his hand, a silent testament to her own burgeoning trust. "It's a start," she whispered, her voice thick with emotion. "Anya’s legacy is more than just the knowledge she left behind. It’s also the space she created for us to… find ourselves. And each other." She met his gaze, her eyes shining with unshed tears, not of sorrow, but of a profound, unexpected hope. "This grove," she continued, a soft smile gracing her lips, "it’s a hidden treasure, Gareth. Not just for what it holds, but for what it allows us to be."</w:t>
      </w:r>
    </w:p>
    <w:p/>
    <w:p>
      <w:r>
        <w:br/>
        <w:t>The echo of the Lunar Heart pulsed around them, a silent affirmation. In the heart of Anya’s sanctuary, amidst the ancient trees and the whispering magic, two solitary souls had found a moment of quiet understanding, a shared space where their defenses could finally fall, revealing the depth of their shared humanity, and the unexpected comfort of a fated bond that felt, for the very first time, like a promise of belonging. The path ahead was still fraught with danger, the Obsidian Hand still a looming threat, but now, they walked it not as adversaries bound by duty, but as companions forged in the fires of shared experience and the gentle magic of a hidden grove. They were still on Anya’s trail, still guided by the distant heartbeat of the Lunar Heart, but now, the journey felt less like a solitary quest and more like the beginning of a shared destiny, illuminated by the soft glow of newfound trust and a profound, quiet understanding. The grove’s magic had not only amplified the ancient power they sought, but had also amplified the hidden truths within themselves, revealing a shared vulnerability that served as a stronger foundation than any fortress of pride or isolation. It was a turning point, a subtle shift in the intricate tapestry of their intertwined fates, woven within the serene embrace of Anya's enduring legacy.</w:t>
      </w:r>
    </w:p>
    <w:p/>
    <w:p>
      <w:r>
        <w:br w:type="page"/>
      </w:r>
    </w:p>
    <w:p>
      <w:pPr>
        <w:spacing w:before="5040"/>
        <w:jc w:val="center"/>
      </w:pPr>
      <w:r>
        <w:rPr/>
        <w:t xml:space="preserve"> Chapter 6: Whispers of Treachery</w:t>
      </w:r>
    </w:p>
    <w:p>
      <w:r>
        <w:t>The return to the makeshift encampment was supposed to be a respite, a chance to regroup after the charged encounter within Anya’s sanctuary. The tranquil energy of the hidden grove still clung to Gareth and Lyra, a fragile shield against the harsh realities that awaited them. Yet, as they stepped back into the familiar chaos of their temporary base, a disquieting chill settled over them, one that had nothing to do with the fading twilight. The air, which had moments before felt cleansed and hopeful, now seemed heavy with a subtle, unnerving tension.</w:t>
      </w:r>
    </w:p>
    <w:p>
      <w:r>
        <w:br/>
        <w:t>Gareth’s alpha senses, finely tuned to the slightest disturbance, prickled with an awareness that something was amiss. It wasn’t the overt threat of the Obsidian Hand that set his teeth on edge, but a more insidious discord, a subtle unraveling from within. Lyra, too, felt it. The quiet understanding that had bloomed between them in Anya’s grove seemed to falter, buffeted by an unseen, unwelcome force. Their shared vulnerability, so precious moments ago, now felt like a potential liability.</w:t>
      </w:r>
    </w:p>
    <w:p/>
    <w:p>
      <w:r>
        <w:br/>
        <w:t>“Something is wrong,” Gareth stated, his voice low and rough, the rumble of concern resonating in his chest. He scanned the camp, his gaze sharp, missing nothing. The flickering firelight cast dancing shadows, distorting familiar shapes and making the periphery of his vision dance with suspicion. The scent of pine and woodsmoke, usually a comforting aroma, was now tinged with an undercurrent of unease, a subtle staleness that spoke of disruption.</w:t>
      </w:r>
    </w:p>
    <w:p/>
    <w:p>
      <w:r>
        <w:br/>
        <w:t>Lyra followed his gaze, her eyes narrowing as she took in the scene. The usual bustle of the pack members preparing for the night felt… off. There was a hurriedness to their movements, a furtive quality to their interactions that hadn’t been present when they’d left. A cart laden with provisions, which had been securely packed and covered, now sat slightly askew, a tarp ripped at the corner, revealing a scattering of dried rations. It was a small thing, easily dismissed as an accident, but combined with the general atmosphere, it felt like a deliberate disruption.</w:t>
      </w:r>
    </w:p>
    <w:p/>
    <w:p>
      <w:r>
        <w:br/>
        <w:t>“The supplies,” Lyra murmured, her voice barely audible, her gaze fixed on the disturbed provisions. “They look… disturbed. As if someone went through them.”</w:t>
      </w:r>
    </w:p>
    <w:p/>
    <w:p>
      <w:r>
        <w:br/>
        <w:t>Gareth’s jaw tightened. He strode towards the cart, his movements precise and economical. Kneeling, he ran a gloved hand over the torn tarp, his senses analyzing every detail. The rip was clean, almost surgical, not the jagged tear of an animal or a careless accident. And the way the rations had spilled – it wasn’t a chaotic tumble, but a deliberate scattering, as if to make their absence or alteration more obvious. “This wasn’t an animal,” he confirmed, his voice now carrying a dangerous edge. “This was done by a hand. A deliberate act.”</w:t>
      </w:r>
    </w:p>
    <w:p/>
    <w:p>
      <w:r>
        <w:br/>
        <w:t>A cold dread began to creep into Gareth’s heart. The Obsidian Hand operated in the shadows, their methods brutal and direct. This, however, was different. This was quiet, insidious, and personal. It spoke of resentment, of malice festering within their own ranks. The trust he had placed in his pack, the unwavering faith he had always held, began to fracture.</w:t>
      </w:r>
    </w:p>
    <w:p/>
    <w:p>
      <w:r>
        <w:br/>
        <w:t>“We need to check the inventory,” Gareth declared, rising to his feet. He turned to his second-in-command, a grizzled beta named Borin, who was already approaching them, his brow furrowed with concern. “Borin, have a full inventory taken of all our provisions. Now. And have the scouts report any unusual activity they might have missed. Anything at all, no matter how small.”</w:t>
      </w:r>
    </w:p>
    <w:p/>
    <w:p>
      <w:r>
        <w:br/>
        <w:t>Borin nodded, his expression grim. “Understood, Alpha. I’ll see to it immediately.” He gave Lyra a brief, almost wary glance before hurrying off to carry out the orders. The look hadn’t gone unnoticed by Gareth, a subtle flicker of something unreadable in Borin’s eyes, a hint of the internal friction that seemed to be permeating the camp.</w:t>
      </w:r>
    </w:p>
    <w:p/>
    <w:p>
      <w:r>
        <w:br/>
        <w:t>As Borin moved away, Lyra’s gaze swept across the faces of the pack members. They were familiar faces, men and women she had shared meals with, fought alongside. Yet, now, in the dimming light, they seemed like strangers, their expressions unreadable, their eyes darting away when she met their gaze. A knot of unease tightened in her stomach. She remembered the whispers, the sidelong glances that had followed her since her arrival, the thinly veiled animosity from some of the older, more traditional members who resented her presence, her perceived influence over Gareth.</w:t>
      </w:r>
    </w:p>
    <w:p/>
    <w:p>
      <w:r>
        <w:br/>
        <w:t>“This is more than just spilled food, isn’t it?” Lyra asked, her voice quiet, laced with a dawning realization. “This is a message.”</w:t>
      </w:r>
    </w:p>
    <w:p/>
    <w:p>
      <w:r>
        <w:br/>
        <w:t>Gareth met her gaze, the unspoken fear reflected in her eyes mirroring his own. “It is. And it’s coming from someone we know.” He lowered his voice, his alpha instincts battling with the need for calm. “Someone who wants us to doubt each other. Someone who wants to sow discord.”</w:t>
      </w:r>
    </w:p>
    <w:p/>
    <w:p>
      <w:r>
        <w:br/>
        <w:t>The thought was a bitter pill. He had always prided himself on leading a unified pack, a brotherhood forged in loyalty and respect. The idea that one of his own could be responsible for such treachery was almost unthinkable. Yet, the evidence, however subtle, was mounting. The ripped tarp, the scattered rations – these were not the actions of an external enemy. They were the tactics of someone who understood their routines, their vulnerabilities, someone who could move amongst them undetected.</w:t>
      </w:r>
    </w:p>
    <w:p/>
    <w:p>
      <w:r>
        <w:br/>
        <w:t>“Who benefits from this?” Lyra mused, her brow furrowed in thought. “Who would want to undermine your leadership, Gareth? Or… my role in all this?” Her gaze drifted back to the scattered supplies, a new understanding dawning. It wasn’t just about disrupting their journey; it was about targeting them specifically.</w:t>
      </w:r>
    </w:p>
    <w:p/>
    <w:p>
      <w:r>
        <w:br/>
        <w:t>Gareth considered her words, his mind racing. The Obsidian Hand was a formidable foe, but their motives were clear: acquire the Lunar Heart, crush any resistance. This act, however, felt far more personal. It reeked of jealousy, of a power struggle. He thought of those within his pack who had always chafed under his authority, who saw Lyra’s presence as a threat to the established order. There were those who believed his alliance with her was a weakness, a deviation from tradition, a sign of his faltering leadership.</w:t>
      </w:r>
    </w:p>
    <w:p/>
    <w:p>
      <w:r>
        <w:br/>
        <w:t>“There are those who resent my choices,” Gareth admitted, the words tasting like ash in his mouth. “Those who believe I have grown too… accommodating. Especially since you joined us, Lyra. Some see your influence as a deviation from the ways of the pack. They whisper about tradition, about the purity of our lineage. They see us as a threat to their own standing, their own power.”</w:t>
      </w:r>
    </w:p>
    <w:p/>
    <w:p>
      <w:r>
        <w:br/>
        <w:t>He thought of Ragnar, a hulking warrior whose ambition was as evident as his strength, a beta who had always harbored a quiet resentment towards Gareth’s ascension. Ragnar was a traditionalist, a man who believed in the old ways, in the unquestioned authority of the Alpha. He had been vocal in his displeasure about Gareth’s reliance on Lyra’s knowledge, her outsider status. And then there was Elara, a fierce huntress who, while outwardly loyal, had a history of challenging Gareth’s decisions, believing her own strategies were superior. She harbored a deep-seated pride, and the thought of Lyra, a sorceress from a rival clan, holding sway over Gareth might have been too much to bear.</w:t>
      </w:r>
    </w:p>
    <w:p/>
    <w:p>
      <w:r>
        <w:br/>
        <w:t>“Ragnar,” Lyra said, her voice barely a whisper, as if testing the name. “He has the strength, the cunning. And the motive.”</w:t>
      </w:r>
    </w:p>
    <w:p/>
    <w:p>
      <w:r>
        <w:br/>
        <w:t>“He has the ambition,” Gareth corrected, his voice grim. “And the resentment. But this… this requires a different kind of cunning. A stealth that Ragnar, for all his brute force, often lacks. Elara, however…” He trailed off, a troubling thought forming. Elara was agile, stealthy, and possessed a keen understanding of their supply lines and troop movements. Her pride was a powerful motivator, and the sting of perceived disrespect could drive her to desperate measures.</w:t>
      </w:r>
    </w:p>
    <w:p/>
    <w:p>
      <w:r>
        <w:br/>
        <w:t>As if summoned by their thoughts, Elara appeared at the edge of the firelight, her expression carefully neutral, though Gareth’s heightened senses detected a subtle tension in her shoulders, a barely perceptible tremor in her hands. “Alpha,” she said, her voice cool and measured. “Borin is conducting the inventory. We’re also questioning the night watch. No one saw anything out of the ordinary.”</w:t>
      </w:r>
    </w:p>
    <w:p/>
    <w:p>
      <w:r>
        <w:br/>
        <w:t>Gareth studied her, his gaze unwavering. He saw the practiced calm, the deliberate attempt to project innocence. But he also saw the flicker of something else in her eyes, a guardedness that felt too intense, a forced serenity that bordered on the brittle. “Nothing at all, Elara?” he pressed, his voice dangerously soft. “No strange shadows? No unusual sounds?”</w:t>
      </w:r>
    </w:p>
    <w:p/>
    <w:p>
      <w:r>
        <w:br/>
        <w:t>Elara’s chin lifted slightly, a subtle challenge. “The wind can play tricks, Alpha. And the forest is full of its own noises. We are vigilant, but we cannot account for every rustle of leaves or every owl’s hoot.”</w:t>
      </w:r>
    </w:p>
    <w:p/>
    <w:p>
      <w:r>
        <w:br/>
        <w:t>Lyra watched the exchange, her own instincts screaming that Elara was hiding something. The huntress had always been proud, and the idea of being overshadowed by an outsider like herself would undoubtedly grate on her. The subtle shift in Elara’s stance, the almost imperceptible tightening of her jaw as she spoke, did not escape Lyra’s notice.</w:t>
      </w:r>
    </w:p>
    <w:p/>
    <w:p>
      <w:r>
        <w:br/>
        <w:t>“Perhaps,” Lyra interjected, her voice calm but carrying a newfound authority, “the rustle of leaves wasn’t the wind, Elara. Perhaps it was the sound of someone trying to create a diversion while they tampered with our food stores.”</w:t>
      </w:r>
    </w:p>
    <w:p/>
    <w:p>
      <w:r>
        <w:br/>
        <w:t>Elara’s eyes flashed, a fleeting spark of anger that she quickly masked. “And how would you know this, Lyra?” she asked, her tone laced with a dismissive edge. “Were you lurking in the shadows, observing our every move?”</w:t>
      </w:r>
    </w:p>
    <w:p/>
    <w:p>
      <w:r>
        <w:br/>
        <w:t>“I was observing the subtle signs of unease that pervaded this camp even before we discovered the… disturbance,” Lyra replied, meeting Elara’s gaze directly. “Signs that suggest an internal threat, rather than an external one. And the way you flinch when the subject of tampering is brought up suggests a guilty conscience, not the innocence of an uninvolved party.”</w:t>
      </w:r>
    </w:p>
    <w:p/>
    <w:p>
      <w:r>
        <w:br/>
        <w:t>A low growl rumbled in Gareth’s chest. Lyra’s directness, while accurate, was also inflammatory. He needed to de-escalate, to gather more information, not to ignite a full-blown confrontation. However, he also recognized the truth in her words. Elara’s reaction had been telling.</w:t>
      </w:r>
    </w:p>
    <w:p/>
    <w:p>
      <w:r>
        <w:br/>
        <w:t>“Lyra is observant,” Gareth said, his voice cutting through the rising tension. “And she is correct. This was no accident. We need to know who is responsible.” He looked from Elara to Ragnar, who had silently joined them, his massive form a brooding presence. Ragnar’s face was a mask of stoic indifference, but Gareth could sense a subtle shift in his posture, a flicker of interest that he tried to conceal.</w:t>
      </w:r>
    </w:p>
    <w:p/>
    <w:p>
      <w:r>
        <w:br/>
        <w:t>“Alpha,” Ragnar rumbled, his voice deep and resonant, “If there is a traitor among us, they must be dealt with swiftly. Our mission is too important to be jeopardized by internal strife.” His gaze, however, held a subtle intensity that Gareth couldn’t quite decipher. Was it genuine concern for the pack, or a subtle maneuvering to further distance Gareth from Lyra?</w:t>
      </w:r>
    </w:p>
    <w:p/>
    <w:p>
      <w:r>
        <w:br/>
        <w:t>Gareth felt a profound sense of weariness wash over him. The Obsidian Hand was a tangible enemy, a clear and present danger. But this internal threat was a poison, slowly seeping into the heart of his pack, eroding trust, and creating divisions that could shatter their unity. The knowledge that someone within his own ranks would deliberately sabotage their efforts, sow suspicion, and potentially endanger their lives, was a blow far more devastating than any physical attack.</w:t>
      </w:r>
    </w:p>
    <w:p/>
    <w:p>
      <w:r>
        <w:br/>
        <w:t>“Borin!” Gareth called out, his voice carrying across the camp. “Report.”</w:t>
      </w:r>
    </w:p>
    <w:p/>
    <w:p>
      <w:r>
        <w:br/>
        <w:t>Borin approached, his face grim. He held a scroll of parchment, his expression heavy with unwelcome news. “Alpha, the inventory is complete. Several key items are missing. High-energy rations, medical supplies, and a significant portion of our flint and steel. Enough to cause serious hardship if we were to be stranded or face prolonged travel.”</w:t>
      </w:r>
    </w:p>
    <w:p/>
    <w:p>
      <w:r>
        <w:br/>
        <w:t>Gareth’s grip tightened into fists. This wasn't just about inconvenience; it was about actively hindering their progress, about making their journey exponentially more perilous. This went beyond mere resentment; this was an act of deliberate malice, designed to cripple them.</w:t>
      </w:r>
    </w:p>
    <w:p/>
    <w:p>
      <w:r>
        <w:br/>
        <w:t>“And the scouts?” Lyra asked, her gaze fixed on Borin.</w:t>
      </w:r>
    </w:p>
    <w:p/>
    <w:p>
      <w:r>
        <w:br/>
        <w:t>“They reported nothing unusual,” Borin replied, his voice strained. “No sign of movement, no unfamiliar tracks. It’s as if whoever did this vanished into thin air.”</w:t>
      </w:r>
    </w:p>
    <w:p/>
    <w:p>
      <w:r>
        <w:br/>
        <w:t>The implication was chilling. The saboteur was skilled, capable of moving unseen and unheard. This pointed away from Ragnar’s direct methods, and perhaps, more towards Elara’s stealth and knowledge of the terrain. But it could also be someone else entirely, someone they hadn't even considered. The paranoia began to set in, a creeping vine of suspicion that threatened to choke any remaining trust.</w:t>
      </w:r>
    </w:p>
    <w:p/>
    <w:p>
      <w:r>
        <w:br/>
        <w:t>“This is a betrayal,” Gareth stated, his voice a low, dangerous growl that silenced the camp. All activity ceased, and heads turned towards their Alpha. “Someone among us has chosen to align themselves with those who seek to destroy us, or at the very least, undermine our efforts through cowardice and deceit. This is not just an attack on our supplies; it is an attack on our unity, on our very purpose.”</w:t>
      </w:r>
    </w:p>
    <w:p/>
    <w:p>
      <w:r>
        <w:br/>
        <w:t>He looked out at the assembled pack members, his alpha gaze sweeping over each face, searching for any sign of guilt, any flicker of evasion. The weight of his responsibility pressed down on him, heavier than ever before. He was the Alpha, and it was his duty to protect his pack, both from external threats and from the venom that festered within. But how could he protect them when the enemy walked among them, hidden in plain sight?</w:t>
      </w:r>
    </w:p>
    <w:p/>
    <w:p>
      <w:r>
        <w:br/>
        <w:t>“We will find the culprit,” Gareth declared, his voice ringing with a steely resolve. “There will be no rest until this traitor is exposed. Until then, everyone will be under increased scrutiny. No one leaves the camp without authorization. And all interactions will be logged.” He knew this was a harsh measure, one that would breed further resentment and distrust, but the stakes were too high.</w:t>
      </w:r>
    </w:p>
    <w:p/>
    <w:p>
      <w:r>
        <w:br/>
        <w:t>Lyra watched him, her heart aching at the burden he carried. She saw the struggle in his eyes, the deep pain of knowing that his pack, his family, was compromised. She felt a surge of protectiveness towards him, a fierce desire to stand by his side, to help him navigate this treacherous landscape of suspicion.</w:t>
      </w:r>
    </w:p>
    <w:p/>
    <w:p>
      <w:r>
        <w:br/>
        <w:t>“We will not let this divide us,” Lyra said, stepping forward, her voice clear and strong, cutting through the hushed fear. “The Obsidian Hand thrives on discord. If we allow this to break us, then they have already won. We must remember why we are here, what we are fighting for. The Lunar Heart, Anya’s legacy… it is more important than any personal grievance or ambition.”</w:t>
      </w:r>
    </w:p>
    <w:p/>
    <w:p>
      <w:r>
        <w:br/>
        <w:t>Her words, spoken with such conviction, seemed to cut through the fear that had begun to grip the camp. A few heads lifted, a few eyes met hers with a glimmer of renewed purpose. But the seeds of suspicion had been sown, and the tendrils of distrust were already beginning to spread, choking the nascent hope that had blossomed in Anya’s grove. The path ahead, once illuminated by the promise of understanding, now seemed shrouded in a fog of betrayal, and Gareth knew, with a sinking heart, that the greatest battles might not be fought against the enemies without, but against the enemies within. The weight of command, once a familiar burden, now felt like an impossible one, as the very foundations of his pack's loyalty were being systematically dismantled. He could feel the fabric of their unity fraying, and the chilling realization that the danger was not an external force, but an internal rot, was a prospect far more terrifying than any blade wielded by the Obsidian Hand. The sanctuary of Anya's grove felt like a distant dream now, replaced by the harsh reality of suspicion and the gnawing fear of who to trust.</w:t>
      </w:r>
    </w:p>
    <w:p/>
    <w:p>
      <w:r>
        <w:t>The air in the camp, once thick with the scent of pine and the comforting murmur of preparation, now felt brittle, laced with an undercurrent of accusation. Lyra felt it like a physical weight, the unspoken judgments of those around her, a familiar echo of the ostracization she had endured for years. The spilled rations, the torn tarp – these were minor incidents, mere ripples on the surface, but they disturbed the water, revealing the deeper currents of distrust that had always flowed beneath the veneer of pack unity. And for Lyra, it stirred a hornet's nest of memories she had long tried to keep dormant.</w:t>
      </w:r>
    </w:p>
    <w:p>
      <w:r>
        <w:br/>
        <w:t>Her gaze drifted, unfocused, past the worried lines etched on Gareth’s face. She saw not the current threat, but the shadows of her past, figures cloaked in the same suspicion that now hung heavy in the air. The whispers that had followed her for so long, the sideways glances that had branded her an exile, now seemed to coalesce around her, a tangible manifestation of the judgment she had fought so hard to escape. It wasn't just Gareth's pack that doubted her; it was the world, it seemed, forever ready to condemn her for circumstances beyond her control.</w:t>
      </w:r>
    </w:p>
    <w:p/>
    <w:p>
      <w:r>
        <w:br/>
        <w:t>Gareth, ever attuned to her subtle shifts in demeanor, turned his attention from the worried faces of his pack to the woman beside him. Her usual vibrant aura seemed to dim, her eyes losing their characteristic sparkle, replaced by a haunted, distant look. He saw the way her shoulders tensed, the almost imperceptible clenching of her jaw. It was the look of someone who had been here before, someone who knew intimately the sting of being perceived as a threat, a pariah. He had seen her steel herself against the world, but this quiet, internal fracturing was something new, something that pricked at his protective instincts.</w:t>
      </w:r>
    </w:p>
    <w:p/>
    <w:p>
      <w:r>
        <w:br/>
        <w:t>“Lyra?” he murmured, his voice a low rumble, a gentle anchor in the rising tide of unease. He reached out, his hand hovering for a moment before he dared to touch her arm, his touch conveying a silent question. “You’re not the one to blame here. You know that, don’t you?”</w:t>
      </w:r>
    </w:p>
    <w:p/>
    <w:p>
      <w:r>
        <w:br/>
        <w:t>She blinked, slowly returning from the depths of her own mind, her eyes finding his. A flicker of gratitude, quickly masked, passed through them. “I know, Gareth,” she whispered, her voice raspy, as if unused. “But it feels… familiar. The suspicion. The way everyone looks at you when something goes wrong, and you’re the outsider.”</w:t>
      </w:r>
    </w:p>
    <w:p/>
    <w:p>
      <w:r>
        <w:br/>
        <w:t>He tightened his grip on her arm, a silent promise of solidarity. “This is not your fault,” he reiterated, his voice firm. “Whoever did this is a coward, hiding behind your reputation. But it does make me wonder…” His gaze flickered towards Elara, then Ragnar, then back to Lyra, a question forming in the depths of his alpha eyes. He had heard whispers about Lyra’s past, fragmented tales of her banishment from her own clan, but the details remained shrouded in mystery, a deliberate obfuscation on her part. The current events, however, were forcing his hand, compelling him to delve into those forbidden memories, not out of suspicion, but out of a desperate need to understand the woman he was growing to care for, and to defend her against the insidious tactics of their unseen enemy.</w:t>
      </w:r>
    </w:p>
    <w:p/>
    <w:p>
      <w:r>
        <w:br/>
        <w:t>“Tell me about it, Lyra,” he said, his voice softer now, more intimate. “Tell me about why they called you an exile. What happened that made you leave your home?”</w:t>
      </w:r>
    </w:p>
    <w:p/>
    <w:p>
      <w:r>
        <w:br/>
        <w:t>Lyra’s breath hitched. The question hung in the air, heavy with unspoken history. She had guarded this part of herself fiercely, a wound she had never allowed to be probed, not even by the nascent intimacy growing between her and Gareth. But now, faced with the palpable fear in his eyes, the genuine concern that radiated from him, and the chilling resonance of her past with the present treachery, she felt an undeniable pull to share. The silence stretched, punctuated only by the crackling of the campfire and the distant chirping of unseen insects.</w:t>
      </w:r>
    </w:p>
    <w:p/>
    <w:p>
      <w:r>
        <w:br/>
        <w:t>Finally, she exhaled, a long, shuddering breath. “It wasn’t a single event,” she began, her voice barely above a whisper, her gaze fixed on the dancing flames, as if reading the story in their unpredictable patterns. “It was a slow erosion. A series of choices, and circumstances, that painted me into a corner. I was… young. Reckless, perhaps. And very much in love.”</w:t>
      </w:r>
    </w:p>
    <w:p/>
    <w:p>
      <w:r>
        <w:br/>
        <w:t>Gareth waited, his patience a testament to the growing trust between them. He had learned to read the subtle cues of her emotions, the way her posture shifted with her words, the subtle tremors that ran through her when she touched upon painful subjects. He saw the pain in her eyes, a deep, abiding ache that transcended mere regret.</w:t>
      </w:r>
    </w:p>
    <w:p/>
    <w:p>
      <w:r>
        <w:br/>
        <w:t>“My clan,” she continued, her voice gaining a fragile strength, “the Moonwhisper clan, they are… traditional. Very bound by lineage, by duty. I was betrothed to Kaelen, the son of the clan leader. He was… everything they valued. Strong, noble, destined to lead. And I was supposed to be the perfect mate for him, a sorceress from a respected line, to solidify our position.”</w:t>
      </w:r>
    </w:p>
    <w:p/>
    <w:p>
      <w:r>
        <w:br/>
        <w:t>A faint, bitter smile touched her lips. “But my heart, Gareth, it didn’t listen to duty. It listened to… a different song. There was another. A shifter. Ronan.” Her voice softened, a wistful note creeping in. “He wasn’t of noble blood. He was a hunter, a solitary wolf, with eyes the color of a storm-tossed sea and a spirit as wild as the wind. He saw me, truly saw me, not as a pawn in a political game, but as Lyra. He made me feel… alive.”</w:t>
      </w:r>
    </w:p>
    <w:p/>
    <w:p>
      <w:r>
        <w:br/>
        <w:t>Gareth’s jaw tightened almost imperceptibly. The word ‘love’ hung heavy between them, a delicate, yet potent, force. He knew the intensity of shifter bonds, the consuming nature of true connection. He couldn’t help but feel a twinge of jealousy, a primal possessiveness at the thought of her having loved another so deeply. But he pushed it aside, focusing on her words, on the pain they carried.</w:t>
      </w:r>
    </w:p>
    <w:p/>
    <w:p>
      <w:r>
        <w:br/>
        <w:t>“Kaelen was not a cruel man,” Lyra conceded, her brow furrowing. “But he was… possessive. He saw my affection for Ronan as a betrayal, a stain on our planned future. And my clan, they saw it as a disgrace. A sorceress of my standing, consorting with a mere shifter? It was unthinkable. It was an affront to their traditions, to their pride.”</w:t>
      </w:r>
    </w:p>
    <w:p/>
    <w:p>
      <w:r>
        <w:br/>
        <w:t>She paused, swallowing hard. “The elders warned me. My own parents pleaded with me. But I was young, and Ronan… Ronan was my world. I believed we could defy them, that our love was strong enough to overcome any obstacle.”</w:t>
      </w:r>
    </w:p>
    <w:p/>
    <w:p>
      <w:r>
        <w:br/>
        <w:t>The flames danced higher, casting elongated shadows that seemed to writhe with ancient secrets. Lyra’s voice grew quieter, the weight of memory pressing down on her. “The night it all came to a head,” she confessed, her gaze unfocused, “Ronan and I… we were found together. Not in secrecy, but openly. We believed we could present a united front, that our defiance would be accepted. But it was a trap. Kaelen… he had discovered our sanctuary, a hidden grove deep in the Whispering Woods.”</w:t>
      </w:r>
    </w:p>
    <w:p/>
    <w:p>
      <w:r>
        <w:br/>
        <w:t>Her voice cracked. “He confronted us. He was furious. He saw Ronan as a usurper, and me as a traitor. There was… a fight. A terrible fight. Ronan was strong, but Kaelen was fueled by rage, by a sense of entitlement. In the chaos… in the desperate struggle to protect Ronan, I… I used my magic.”</w:t>
      </w:r>
    </w:p>
    <w:p/>
    <w:p>
      <w:r>
        <w:br/>
        <w:t>The admission hung in the air, heavy and charged. Gareth watched her, his mind racing, trying to piece together the fragments of her story. He knew the power of a sorceress, the raw, untamed energy that could be wielded.</w:t>
      </w:r>
    </w:p>
    <w:p/>
    <w:p>
      <w:r>
        <w:br/>
        <w:t>“What happened, Lyra?” he prompted gently. “What did you do?”</w:t>
      </w:r>
    </w:p>
    <w:p/>
    <w:p>
      <w:r>
        <w:br/>
        <w:t>A tear traced a path down her cheek, catching the firelight. “I… I unleashed it,” she whispered, her voice trembling. “Not with intent to kill, not at first. I only wanted to protect Ronan, to push Kaelen away. But the magic… it has a will of its own when it is born of such raw emotion. It lashed out. And when the dust settled…” She closed her eyes, her breath catching in her throat. “Kaelen… he was dead. Not killed outright, but… broken. His spirit, his will to live, shattered. He was left a shell of the man he once was. He never recovered.”</w:t>
      </w:r>
    </w:p>
    <w:p/>
    <w:p>
      <w:r>
        <w:br/>
        <w:t>A profound silence descended upon them, broken only by the soft crackling of the fire. Gareth felt a chill that had nothing to do with the night air. He had faced death on the battlefield, had seen the brutal finality of the Obsidian Hand’s attacks. But this… this was different. This was the devastating consequence of unchecked emotion, of a love that had led to destruction.</w:t>
      </w:r>
    </w:p>
    <w:p/>
    <w:p>
      <w:r>
        <w:br/>
        <w:t>“The clan,” Lyra continued, her voice hollow, “they were horrified. My parents were shamed. To them, it was not a matter of protection, but of sacrilege. A sorceress killing the betrothed of a future clan leader? It was unforgivable. Ronan was… he was banished. Cast out. And I… I was branded an exile. Stripped of my name, my status, my home. I was to wander, forever carrying the burden of my actions.”</w:t>
      </w:r>
    </w:p>
    <w:p/>
    <w:p>
      <w:r>
        <w:br/>
        <w:t>She looked up at Gareth, her eyes pleading for understanding. “They said I was a danger. That my power was too volatile, too uncontrollable. That I had brought shame upon our lineage. And in a way… they were right. My love for Ronan had led to Kaelen’s ruin, and my magic, unleashed by desperation, had sealed our fate.”</w:t>
      </w:r>
    </w:p>
    <w:p/>
    <w:p>
      <w:r>
        <w:br/>
        <w:t>Gareth’s gaze softened, his earlier possessiveness dissolving into a deep empathy. He saw not a weapon, but a woman consumed by guilt and regret, haunted by the ghosts of her past. He understood the complexities of shifter society, the rigid hierarchies, the importance of lineage and honor. And he understood the fierce, all-consuming nature of love, how it could drive individuals to acts of both profound courage and devastating folly.</w:t>
      </w:r>
    </w:p>
    <w:p/>
    <w:p>
      <w:r>
        <w:br/>
        <w:t>“It wasn’t just about love, though, was it?” Gareth said, his voice a low, steady comfort. “There was more to it. You said they saw your magic as too volatile. What did that mean, exactly?”</w:t>
      </w:r>
    </w:p>
    <w:p/>
    <w:p>
      <w:r>
        <w:br/>
        <w:t>Lyra hesitated, her gaze flickering away. “My magic,” she admitted, her voice barely audible, “it has always been… different. Stronger, perhaps, than that of other Moonwhisper sorceresses. There were whispers, even then, that my lineage was not as pure as it seemed. That there was something wilder, something ancient, flowing through my veins. My control… it was always a struggle. Especially when I was emotional.”</w:t>
      </w:r>
    </w:p>
    <w:p/>
    <w:p>
      <w:r>
        <w:br/>
        <w:t>She took a shaky breath. “The elders, they feared me. They saw my power as a threat to their control, to their carefully constructed order. Kaelen’s death… it was the justification they needed to finally silence me, to rid themselves of a power they couldn’t comprehend or control. They twisted my actions, painted me as a reckless, power-hungry sorceress who destroyed a noble heir out of spite, not protection.”</w:t>
      </w:r>
    </w:p>
    <w:p/>
    <w:p>
      <w:r>
        <w:br/>
        <w:t>Gareth pulled her closer, his arm a steady support around her shoulders. He felt the tremor that ran through her, the residual pain of years of exile and self-recrimination. “You were young,” he said, his voice firm, a stark contrast to her fragile confession. “And you were protecting the one you loved. That is not a sin, Lyra. It is a testament to your heart. And your magic… it is a part of you. It is not something to be feared, but understood.”</w:t>
      </w:r>
    </w:p>
    <w:p/>
    <w:p>
      <w:r>
        <w:br/>
        <w:t>He looked out at the camp, the flickering firelight casting long shadows that seemed to conceal a multitude of secrets. The current sabotage, the suspicion directed at Lyra, was clearly a twisted echo of her past. Someone was using her history, her perceived flaws, to their advantage. They were fanning the embers of old doubts, hoping to ignite a fire of distrust that would consume them all.</w:t>
      </w:r>
    </w:p>
    <w:p/>
    <w:p>
      <w:r>
        <w:br/>
        <w:t>“This person,” Gareth murmured, his voice hardening with resolve, “they know your story. They know how easily doubt can be sown around you. And they are using it to their advantage. They want to weaken me by turning you into a pariah once more. They want to sow discord, to break the trust between us, and between you and the pack.”</w:t>
      </w:r>
    </w:p>
    <w:p/>
    <w:p>
      <w:r>
        <w:br/>
        <w:t>Lyra leaned into his embrace, finding a strange solace in his understanding. For the first time in years, she didn’t feel entirely alone with her burden. Gareth saw her, not as the exile, the killer of Kaelen, but as Lyra, a woman who had made difficult choices under immense pressure, a woman whose power was as much a part of her as her very breath.</w:t>
      </w:r>
    </w:p>
    <w:p/>
    <w:p>
      <w:r>
        <w:br/>
        <w:t>“My own clan,” she whispered, her voice thick with unshed tears, “they exiled Ronan too. He tried to stay, to fight for me, but the elders were relentless. They stripped him of his pack, his home. We were both cast out, left to wander, forever marked by that night.” The thought of Ronan, the wild wolf who had stolen her heart and then been torn from her side, brought a fresh wave of pain. She had never known what became of him, and the uncertainty had gnawed at her for years.</w:t>
      </w:r>
    </w:p>
    <w:p/>
    <w:p>
      <w:r>
        <w:br/>
        <w:t>Gareth held her tighter. “Then this enemy,” he said, his voice a low growl of determination, “they are not just targeting you, Lyra. They are targeting your past, your vulnerabilities. They are trying to break you by reminding you of what you lost, of what you were accused of.” He looked at her, his eyes burning with a fierce protectiveness. “But you are not that young, impressionable girl anymore. You are stronger. And you are not alone.”</w:t>
      </w:r>
    </w:p>
    <w:p/>
    <w:p>
      <w:r>
        <w:br/>
        <w:t>He gently tilted her chin up, forcing her to meet his gaze. “Your past is a part of you, Lyra, but it does not define you. What defines you is your strength, your resilience, your unwavering spirit. And your magic, it is a gift, not a curse. We will face this together. We will expose this traitor, and we will prove to everyone, including yourself, that your past does not dictate your future.”</w:t>
      </w:r>
    </w:p>
    <w:p/>
    <w:p>
      <w:r>
        <w:br/>
        <w:t>Lyra searched his eyes, seeing the genuine conviction, the unwavering belief that she had never truly experienced from anyone else. It was a balm to her wounded soul, a beacon of hope in the encroaching darkness. The whispers of treachery in the camp, the familiar sting of suspicion, still lingered, but now, they were tempered by Gareth’s unwavering support. She knew the road ahead would be fraught with challenges, that the shadows of her past would continue to loom, but for the first time in a long time, she felt a flicker of genuine hope. The seeds of doubt sown by their unseen enemy might have found fertile ground in the anxieties of the pack, but in Lyra’s heart, a new seed was beginning to sprout: the seed of trust, nurtured by the unwavering loyalty of the alpha who stood beside her. The weight of her exile, once a crushing burden, felt a little lighter, as if shared, it could finally begin to lift. And in the shared vulnerability of their confessions, in the quiet strength of their connection, the fragile tendrils of their burgeoning relationship began to deepen, weaving a stronger, more resilient bond against the encroaching storm of betrayal. The history of her exile, once a closed book, was now being rewritten, not as a tale of shame and condemnation, but as a testament to survival, resilience, and the enduring power of truth, however painful it might be.</w:t>
      </w:r>
    </w:p>
    <w:p/>
    <w:p>
      <w:r>
        <w:t>The firelight flickered, casting dancing shadows that played across the rough-hewn pages of Anya’s journal. Lyra traced the faded ink with a fingertip, the words blurring momentarily through a film of unshed tears. Gareth watched her, his expression a mixture of concern and a dawning understanding. The recent events, the petty sabotage, the palpable suspicion that now permeated their camp, had felt like a cruel echo of Lyra’s past. He had pressed her for details, and her confession had painted a harrowing picture of betrayal, love, and the devastating consequences of uncontrolled magic. He had believed the culprit was someone within their own ranks, a disgruntled individual seeking to sow discord. But Anya’s journal, he was beginning to suspect, held a far more chilling truth.</w:t>
      </w:r>
    </w:p>
    <w:p>
      <w:r>
        <w:br/>
        <w:t>“There’s more,” Lyra murmured, her voice barely audible above the crackle of the flames. She turned the journal, her fingers finding a passage tucked away in the back, almost an afterthought in Anya’s meticulous chronicle. “This section… I didn’t pay it much mind before. It seemed… general.”</w:t>
      </w:r>
    </w:p>
    <w:p/>
    <w:p>
      <w:r>
        <w:br/>
        <w:t>Gareth leaned closer, his gaze scanning the script. Anya’s elegant hand, usually so precise, seemed to waver slightly in this particular entry, as if the words themselves carried a heavy burden. The passage spoke not of specific threats or immediate dangers, but of a more insidious form of warfare, a tactic that preyed on the very fabric of community.</w:t>
      </w:r>
    </w:p>
    <w:p/>
    <w:p>
      <w:r>
        <w:br/>
        <w:t>“‘The Obsidian Hand,’” Lyra read aloud, her voice trembling slightly, “‘is a viper that strikes not only with fang and claw, but with venomous whispers. They understand that the strongest fortress is often brought down not by siege engines, but by termites gnawing at its foundations from within. They do not always need to breach the walls when they can corrupt those who dwell inside.’”</w:t>
      </w:r>
    </w:p>
    <w:p/>
    <w:p>
      <w:r>
        <w:br/>
        <w:t>Gareth’s breath hitched. Termites. Corruption from within. The words resonated with a disturbing clarity, painting a picture far more complex and terrifying than a simple act of revenge or internal power play. He had assumed their enemy was external, a force they could identify and confront. But Anya’s words suggested something far more devious.</w:t>
      </w:r>
    </w:p>
    <w:p/>
    <w:p>
      <w:r>
        <w:br/>
        <w:t>“‘Their greatest weapon,’” Lyra continued, her voice growing steadier as she became more immersed in the text, “‘is not brute force, but the art of manipulation. They sow seeds of doubt, exploit existing grievances, and amplify unspoken fears. They turn brother against brother, friend against friend, until the very bonds that hold a community together are frayed and broken. They do not need to defeat you in battle if they can make you destroy yourselves.’”</w:t>
      </w:r>
    </w:p>
    <w:p/>
    <w:p>
      <w:r>
        <w:br/>
        <w:t>A shiver traced its way down Gareth’s spine. This wasn’t just a warning; it was a blueprint. The spilled rations, the torn tarp, the subtle insinuations that had begun to ripple through the camp – these were not random acts of sabotage. They were precisely calibrated blows designed to destabilize, to create suspicion, to fracture the trust that had been painstakingly built within his pack.</w:t>
      </w:r>
    </w:p>
    <w:p/>
    <w:p>
      <w:r>
        <w:br/>
        <w:t>“Gareth,” Lyra whispered, her eyes wide with a dawning horror, “they’re using us. They’re using Lyra. This is psychological warfare. They know her history, her past as an outcast, her perceived volatility. They’re using it to make everyone doubt her, to make everyone look at her with suspicion, just like they did in her clan.”</w:t>
      </w:r>
    </w:p>
    <w:p/>
    <w:p>
      <w:r>
        <w:br/>
        <w:t>The pieces clicked into place with a sickening finality. The Obsidian Hand, a name whispered in hushed tones in the darkest corners of the shifter world, was notorious for its ruthless efficiency and its willingness to employ any tactic, no matter how morally reprehensible, to achieve its goals. Gareth had always viewed them as a direct, physical threat, a military force to be reckoned with. He had underestimated their capacity for cunning, for the deep, insidious manipulation that Anya’s words so starkly revealed.</w:t>
      </w:r>
    </w:p>
    <w:p/>
    <w:p>
      <w:r>
        <w:br/>
        <w:t>“The sabotage,” Gareth murmured, his voice low and guttural, a predator’s growl resonating in the quiet night. “It wasn’t about destroying our supplies. It was about destroying our trust. It was about turning us against each other, and most importantly, turning us against Lyra.”</w:t>
      </w:r>
    </w:p>
    <w:p/>
    <w:p>
      <w:r>
        <w:br/>
        <w:t>He looked at Lyra, his heart aching at the renewed fear in her eyes. She had finally begun to find a semblance of peace, to tentatively open her heart to him, to the pack. Now, the very same specter that had haunted her for years was being resurrected, manipulated by an unseen enemy to isolate her once more.</w:t>
      </w:r>
    </w:p>
    <w:p/>
    <w:p>
      <w:r>
        <w:br/>
        <w:t xml:space="preserve">“Anya’s warning,” he said, his gaze hardening with resolve, “is not about a general threat. It’s about </w:t>
      </w:r>
    </w:p>
    <w:p>
      <w:pPr>
        <w:jc w:val="left"/>
      </w:pPr>
      <w:r>
        <w:rPr>
          <w:i/>
        </w:rPr>
        <w:t>this</w:t>
      </w:r>
      <w:r>
        <w:t xml:space="preserve"> threat. It’s about the Obsidian Hand specifically targeting us, and specifically targeting you, Lyra, by exploiting your past. They are using your history, your exile, as a weapon against us. They want to fracture our unity, to weaken me by isolating my strongest allies. They want to create chaos from within, making us too busy fighting amongst ourselves to focus on their true agenda.”</w:t>
      </w:r>
    </w:p>
    <w:p>
      <w:r>
        <w:br/>
        <w:t>He ran a hand through his hair, the weight of this realization pressing down on him. It was a far more complex and dangerous enemy than he had anticipated. A foe who didn’t just fight with steel and magic, but with fear and paranoia.</w:t>
      </w:r>
    </w:p>
    <w:p/>
    <w:p>
      <w:r>
        <w:br/>
        <w:t>“They’re counting on us to fall for it,” Gareth continued, his mind racing. “They’re counting on the fear, on the old prejudices, to resurface. They know that when something goes wrong, people look for an easy target, a scapegoat. And with your history, Lyra, you’re the most convenient one.”</w:t>
      </w:r>
    </w:p>
    <w:p/>
    <w:p>
      <w:r>
        <w:br/>
        <w:t>He pulled Lyra closer, her slight frame trembling against his. He felt a surge of protective fury, a primal need to shield her from this renewed onslaught of suspicion. She had already endured so much, had carried the burden of her past for so long. The thought of her being forced to relive that pain, to be ostracized and doubted again, fueled a cold rage within him.</w:t>
      </w:r>
    </w:p>
    <w:p/>
    <w:p>
      <w:r>
        <w:br/>
        <w:t>“This is their tactic,” Gareth declared, his voice firm, cutting through the silence. “Psychological warfare. They’ve found individuals within our camp, or perhaps they’ve infiltrated it, who are disgruntled, who harbor their own resentments. They’re using them, subtly, to carry out these acts of sabotage, to spread whispers, to foster distrust. And the primary target of that distrust is you, Lyra.”</w:t>
      </w:r>
    </w:p>
    <w:p/>
    <w:p>
      <w:r>
        <w:br/>
        <w:t>He looked back at Anya’s journal, the faded ink now seeming to glow with a grim prophecy. “Anya was right to be cautious. She foresaw that the Hand would not shy away from such methods. She understood that a united front is our greatest strength, and that any division, however small, would be their greatest opportunity.”</w:t>
      </w:r>
    </w:p>
    <w:p/>
    <w:p>
      <w:r>
        <w:br/>
        <w:t>Gareth’s eyes narrowed as he surveyed the dimly lit camp. The familiar faces of his pack members, once sources of comfort and strength, now seemed tinged with a subtle unease. Who among them was being manipulated? Whose loyalty was wavering, or had been compromised? The thought was a bitter pill to swallow. He had always prided himself on his ability to read his pack, to understand their motivations, their strengths, and their weaknesses. But if the Hand was involved, if their insidious influence was at play, then appearances could be deceiving.</w:t>
      </w:r>
    </w:p>
    <w:p/>
    <w:p>
      <w:r>
        <w:br/>
        <w:t>“We cannot allow this,” Gareth stated, his voice resonating with a quiet power. “We cannot let them win by turning us against each other. This is a test, Lyra. Not just for you, but for all of us. A test of our unity, our loyalty, and our ability to see through the Hand’s deceptions.”</w:t>
      </w:r>
    </w:p>
    <w:p/>
    <w:p>
      <w:r>
        <w:br/>
        <w:t>He met Lyra’s gaze, his eyes conveying a fierce determination. “You are not your past, Lyra. You are not the exile. You are strong, capable, and you are one of us. I will not let them define you, and I will not let them break you.”</w:t>
      </w:r>
    </w:p>
    <w:p/>
    <w:p>
      <w:r>
        <w:br/>
        <w:t>The journal lay open between them, a testament to Anya’s foresight. Her words were a stark reminder that the battle was not just fought on physical grounds, but in the minds and hearts of individuals. The Obsidian Hand’s strategy was one of insidious infiltration, of using the inherent vulnerabilities of any community to its advantage. And in this instance, their focus was Lyra, her past trauma, and the lingering doubts that, without Gareth’s intervention, might have been fanned into an inferno of renewed ostracism.</w:t>
      </w:r>
    </w:p>
    <w:p/>
    <w:p>
      <w:r>
        <w:br/>
        <w:t>“The Hand is clever,” Gareth mused aloud, his brow furrowed in thought. “They’re not just looking for disgruntled pack members. They’re looking for those who might already harbor doubts about you, those who are susceptible to suggestion. They’re exploiting existing tensions, amplifying them, and directing them towards a single point of focus: you.”</w:t>
      </w:r>
    </w:p>
    <w:p/>
    <w:p>
      <w:r>
        <w:br/>
        <w:t>He tightened his grip on Lyra’s arm, a silent promise of unwavering support. “This requires more than just vigilance. It requires understanding. We need to identify who is being manipulated, and more importantly, why. What are their grievances? What fears is the Hand preying upon?”</w:t>
      </w:r>
    </w:p>
    <w:p/>
    <w:p>
      <w:r>
        <w:br/>
        <w:t>Anya’s journal continued to offer insights, though not in the form of direct answers, but in the profound understanding of the enemy’s methods. Lyra’s touch was gentle as she turned another page, her gaze sweeping over a passage that spoke of the Hand’s ability to exploit the inherent sense of order and hierarchy within shifter communities.</w:t>
      </w:r>
    </w:p>
    <w:p/>
    <w:p>
      <w:r>
        <w:br/>
        <w:t>“‘They understand that alphas are reliant on the loyalty of their pack,’” Lyra read, her voice a low hum. “‘And that pack members are reliant on the strength and wisdom of their alpha. By undermining this trust, by creating suspicion between the leader and the led, they can sow utter chaos. They will present themselves as a solution, offering order where there is perceived anarchy, offering justice where there is perceived weakness.’”</w:t>
      </w:r>
    </w:p>
    <w:p/>
    <w:p>
      <w:r>
        <w:br/>
        <w:t>Gareth nodded grimly. “They’re not just trying to cause damage; they’re trying to destabilize my leadership. They want the pack to question my judgment, my ability to protect them, especially now, with the threat of the Obsidian Hand looming larger than ever. By making them doubt Lyra, they’re making them doubt me. They’re creating a scenario where they can swoop in and present themselves as the saviors.”</w:t>
      </w:r>
    </w:p>
    <w:p/>
    <w:p>
      <w:r>
        <w:br/>
        <w:t>The revelation was chilling. This wasn't just about revenge or territorial disputes. This was a calculated attempt to dismantle his pack from the inside out, to weaken him before a larger confrontation. Anya’s words painted a picture of an enemy who was not only powerful but also incredibly patient and strategic.</w:t>
      </w:r>
    </w:p>
    <w:p/>
    <w:p>
      <w:r>
        <w:br/>
        <w:t>“We have to be smart about this,” Gareth stated, his gaze sweeping across the sleeping camp. “We can’t confront this head-on with accusations and suspicion, or we’ll be playing directly into their hands. We need to gather evidence, not just of the sabotage, but of the manipulation itself. We need to understand who is being influenced, and how.”</w:t>
      </w:r>
    </w:p>
    <w:p/>
    <w:p>
      <w:r>
        <w:br/>
        <w:t>He looked at Lyra, his eyes filled with a newfound respect for her resilience. “You’ve been through this before, Lyra. You know the sting of unfounded accusation. But you also know the strength of standing firm. We will stand firm, together.”</w:t>
      </w:r>
    </w:p>
    <w:p/>
    <w:p>
      <w:r>
        <w:br/>
        <w:t>He stood up, his muscles coiling with a restless energy. The night air, once comforting, now felt charged with a subtle tension, a silent war being waged in the shadows. “I will begin by observing. I will watch for any unusual interactions, any whispers that seem too pointed, too venomous. I will look for the signs of manipulation Anya warned us about.”</w:t>
      </w:r>
    </w:p>
    <w:p/>
    <w:p>
      <w:r>
        <w:br/>
        <w:t>Lyra rose with him, her hand finding his. “And I will help,” she said, her voice firm. “I will be your eyes and ears. If anyone tries to spread rumors, if anyone looks at me with suspicion, I will try to remain calm, to observe, and to report it to you. I will not let them make me a pariah again, Gareth. Not if I can help it.”</w:t>
      </w:r>
    </w:p>
    <w:p/>
    <w:p>
      <w:r>
        <w:br/>
        <w:t>A faint smile touched Gareth’s lips. He saw in her eyes not just the lingering pain of her past, but a burgeoning strength, a fierce determination to reclaim her place and protect the community she was slowly coming to call her own. Anya’s journal had provided a crucial piece of the puzzle, a terrifying insight into the enemy’s tactics. But it was Lyra’s courage, her willingness to face her demons and stand beside him, that would ultimately be their greatest weapon.</w:t>
      </w:r>
    </w:p>
    <w:p/>
    <w:p>
      <w:r>
        <w:br/>
        <w:t>“The Obsidian Hand,” Gareth vowed, his voice a low rumble that carried a promise of retribution, “thinks they can break us by exploiting our weaknesses. They think they can win by sowing discord. But they underestimate the power of loyalty, the strength of a united pack, and the unwavering bond that is forming between us. Anya’s words are a warning, yes, but they are also a guide. And with that guidance, we will expose this treachery, no matter how deeply it is buried, and we will emerge stronger than ever before.”</w:t>
      </w:r>
    </w:p>
    <w:p/>
    <w:p>
      <w:r>
        <w:br/>
        <w:t>He squeezed Lyra’s hand. “Come. We need to be ready. The dawn will bring new challenges, and we must face them with our eyes wide open, and our trust in each other, and in ourselves, unshakeable.” He looked down at Anya’s journal, the weight of its knowledge settling upon them. The Obsidian Hand’s cunning was undeniable, their methods chillingly effective. But in understanding their strategy, Gareth believed, lay the first step towards dismantling it. The whispers of treachery had become a roar, but with Lyra at his side, and Anya’s wisdom as their guide, he was ready to face the storm. They would not be consumed by the fire of suspicion; instead, they would forge their unity in its very heat.</w:t>
      </w:r>
    </w:p>
    <w:p/>
    <w:p>
      <w:r>
        <w:t>The flickering firelight, once a beacon of warmth and shared understanding, now seemed to cast an accusatory glare. Lyra’s words, echoing Anya’s journal, had laid bare the insidious nature of their enemy, the Obsidian Hand, and their terrifying tactic of sowing discord from within. Gareth’s resolve had hardened, his promise to Lyra a shield against the encroaching shadows. Yet, even as they stood united, a deeper, more complex challenge began to surface, one that even the sharpest gaze and the keenest intuition might struggle to decipher. It was the challenge embodied by Ella, a pack member whose gift, meant to be a balm, was proving to be a source of profound confusion.</w:t>
      </w:r>
    </w:p>
    <w:p>
      <w:r>
        <w:br/>
        <w:t>Ella sat apart from the group, her knees drawn up to her chest, her gaze fixed on the dancing flames. The usual vibrant tapestry of emotions that swirled within the pack – the underlying currents of camaraderie, the quiet hum of shared purpose, the occasional spark of playful banter – was now a chaotic tempest. She could feel it, a palpable disturbance in the emotional atmosphere, a disharmony that grated against her very soul. It was the pervasive fear, the gnawing suspicion that had taken root since the incidents began. But it wasn’t a singular fear; it was a cacophony of conflicting sentiments, a bewildering blend of emotions that made her head throb.</w:t>
      </w:r>
    </w:p>
    <w:p/>
    <w:p>
      <w:r>
        <w:br/>
        <w:t>She could feel Gareth’s unwavering protectiveness towards Lyra, a fierce, loyal current that flowed like a powerful river. It was pure, unadulterated devotion, and it warmed her. Then there was Lyra herself, a complex knot of vulnerability, burgeoning trust, and a deep, aching weariness from her past. Ella could sense the old wounds stirring, the phantom pains of ostracism and doubt that Gareth’s affirmation was slowly beginning to soothe. This much was clear, and it offered a small measure of solace.</w:t>
      </w:r>
    </w:p>
    <w:p/>
    <w:p>
      <w:r>
        <w:br/>
        <w:t>But beyond that, the emotional landscape fractured. She felt pockets of genuine concern for Lyra, a desire to offer comfort and understanding from those who had come to know her. These were like small, steady flames, burning with quiet sincerity. Yet, intertwined with these were tendrils of something darker, something unsettling. She could sense the flickers of unease, the hesitant glances, the unspoken questions that darted through the minds of some pack members. It wasn’t outright animosity, not yet, but a subtle erosion of certainty, a breeding ground for doubt.</w:t>
      </w:r>
    </w:p>
    <w:p/>
    <w:p>
      <w:r>
        <w:br/>
        <w:t>Ella pressed her palms against her temples, trying to filter the overwhelming noise. It was like trying to discern a single conversation in a crowded market square. There was the underlying anxiety about the Obsidian Hand, a collective apprehension that loomed like a storm cloud. This was a natural reaction to a palpable threat. But layered beneath that was something else, something more insidious. She could feel the tendrils of suspicion being subtly amplified, fanned by unseen hands. Someone, or some group, was actively cultivating distrust, and their influence was like a poisonous gas seeping into the pack’s consciousness.</w:t>
      </w:r>
    </w:p>
    <w:p/>
    <w:p>
      <w:r>
        <w:br/>
        <w:t>She tried to focus, to isolate the emotions emanating from individual pack members. She could feel old rivalries simmering beneath the surface, minor grievances that had been largely forgotten but were now being resurrected and amplified. Someone was tapping into these, twisting them, and directing them towards Lyra. It was as if an unseen puppeteer was plucking at the emotional strings of the pack, drawing out their deepest insecurities and prejudices.</w:t>
      </w:r>
    </w:p>
    <w:p/>
    <w:p>
      <w:r>
        <w:br/>
        <w:t xml:space="preserve">There was a strong undercurrent of loyalty from many, a desire to believe in their pack, to stand strong together. This was the bedrock of their community, the foundation that Gareth had so carefully built. But even within that loyalty, Ella could detect the subtle cracks of doubt. It wasn’t that they didn’t </w:t>
      </w:r>
    </w:p>
    <w:p>
      <w:pPr>
        <w:jc w:val="left"/>
      </w:pPr>
      <w:r>
        <w:rPr>
          <w:i/>
        </w:rPr>
        <w:t>want</w:t>
      </w:r>
      <w:r>
        <w:t xml:space="preserve"> to trust Lyra, it was that they were being </w:t>
      </w:r>
      <w:r>
        <w:rPr>
          <w:i/>
        </w:rPr>
        <w:t>made</w:t>
      </w:r>
      <w:r>
        <w:t xml:space="preserve"> to question. The insidious whispers, the subtle sabotage, were chipping away at their confidence, planting seeds of uncertainty.</w:t>
      </w:r>
    </w:p>
    <w:p>
      <w:r>
        <w:br/>
        <w:t>“It’s… tangled,” she murmured, the words barely a breath. She looked up, her eyes meeting Gareth’s as he approached, Lyra close beside him. The concern on his face was evident, and Lyra’s hand was resting lightly on his arm, a silent anchor.</w:t>
      </w:r>
    </w:p>
    <w:p/>
    <w:p>
      <w:r>
        <w:br/>
        <w:t>“Ella?” Gareth’s voice was gentle, yet held a hint of urgency. “You’re quiet. Are you feeling alright?”</w:t>
      </w:r>
    </w:p>
    <w:p/>
    <w:p>
      <w:r>
        <w:br/>
        <w:t>Ella managed a weak smile, but her gaze flickered back to the swirling emotions around them. “I can feel it,” she began, her voice laced with frustration. “The fear. The suspicion. It’s everywhere. But it’s… confused.”</w:t>
      </w:r>
    </w:p>
    <w:p/>
    <w:p>
      <w:r>
        <w:br/>
        <w:t>She gestured vaguely with her hand, her frustration mounting. “I can feel Gareth’s absolute faith in Lyra. It’s so clear, so strong. And Lyra’s own growing strength, her fight against her past. That’s there too. But then…” She trailed off, searching for words to articulate the chaos within. “There are others. I can feel the fear, yes, but it’s mixed with… resentment. Not about Lyra directly, not always. It’s older things. Things people have held onto. And these emotions… they’re being twisted. They’re being amplified and pointed.”</w:t>
      </w:r>
    </w:p>
    <w:p/>
    <w:p>
      <w:r>
        <w:br/>
        <w:t>She winced, a wave of conflicting feelings washing over her. “I can sense genuine concern from some, a desire to protect the pack, to protect Lyra. But then, in the very next breath, I feel a prickle of unease, a fleeting thought of ‘what if?’ It’s not a conscious decision; it’s like a thought that’s been planted, a seed that’s been watered. And it’s blooming into doubt.”</w:t>
      </w:r>
    </w:p>
    <w:p/>
    <w:p>
      <w:r>
        <w:br/>
        <w:t>Lyra’s brow furrowed with concern. “Planted? Watered? What do you mean, Ella?”</w:t>
      </w:r>
    </w:p>
    <w:p/>
    <w:p>
      <w:r>
        <w:br/>
        <w:t xml:space="preserve">“The Obsidian Hand,” Gareth said, his voice grim, echoing Anya’s journal. “They’re exploiting the existing emotional undercurrents within the pack. Ella, you can feel the raw emotions, can’t you? Can you pinpoint </w:t>
      </w:r>
    </w:p>
    <w:p>
      <w:pPr>
        <w:jc w:val="left"/>
      </w:pPr>
      <w:r>
        <w:rPr>
          <w:i/>
        </w:rPr>
        <w:t>who</w:t>
      </w:r>
      <w:r>
        <w:t xml:space="preserve"> is feeling these doubts, these resentments?”</w:t>
      </w:r>
    </w:p>
    <w:p>
      <w:r>
        <w:br/>
        <w:t>Ella shook her head, her frustration deepening into a palpable ache. “That’s the problem,” she confessed, her voice tight. “It’s like a fog. I can sense the overall unease, the general atmosphere of suspicion. I can feel pockets of anger, of fear, of resentment. But it’s so diffused. It’s not concentrated in one or two individuals. It’s spread out, like a sickness. One moment, I feel a surge of loyalty from someone, a strong sense of camaraderie. The next, that same person is feeling a flicker of doubt, a whisper of ‘what if she’s a danger?’ It’s like their emotions are being swayed back and forth, manipulated. I can’t isolate a single source. It’s everywhere and nowhere at once.”</w:t>
      </w:r>
    </w:p>
    <w:p/>
    <w:p>
      <w:r>
        <w:br/>
        <w:t>She looked at Gareth, her emerald eyes wide and troubled. “I can feel the fear that Lyra might be involved, or that she’s somehow responsible. But it’s not a strong, unwavering belief. It’s a hesitant fear, a question that’s been whispered into their minds. And then, right next to that fear, I can feel the genuine affection and respect they have for Lyra. It’s a war within their own hearts, and I’m caught in the middle of it. It’s overwhelming. I can’t tell who is truly malicious and who is simply confused, who is being deliberately misled and who is just… afraid.”</w:t>
      </w:r>
    </w:p>
    <w:p/>
    <w:p>
      <w:r>
        <w:br/>
        <w:t>The weight of her empathic burden seemed to press down on her. Her gift, which usually allowed her to navigate the emotional currents of their pack with a degree of certainty, was now failing her. The Obsidian Hand’s tactics were so insidious, so adept at exploiting the natural complexities of pack dynamics, that they had created a truly disorienting emotional landscape.</w:t>
      </w:r>
    </w:p>
    <w:p/>
    <w:p>
      <w:r>
        <w:br/>
        <w:t>“It’s like they’re playing a symphony of discord,” Ella continued, her voice barely audible. “Each note is a different emotion – fear, suspicion, resentment, loyalty, confusion. And the conductor is unseen, weaving them all together into a chaotic, unsettling melody. I can hear the individual notes, I can sense their presence, but I can’t identify the conductor, and I can’t separate the intended melody from the accidental noise.”</w:t>
      </w:r>
    </w:p>
    <w:p/>
    <w:p>
      <w:r>
        <w:br/>
        <w:t>She hugged herself tighter, a shiver running through her. “I feel the fear for Lyra’s safety, the worry that she might be truly dangerous. But then I feel the anger that anyone would even think such a thing, the loyalty to our pack, the belief in Gareth’s judgment. It’s a constant push and pull. I can’t tell if the fear is a genuine response to a perceived threat, or if it’s a manufactured emotion, a tool of manipulation. And the same goes for the loyalty. Is it pure, or is it being reinforced to counteract the manufactured fear?”</w:t>
      </w:r>
    </w:p>
    <w:p/>
    <w:p>
      <w:r>
        <w:br/>
        <w:t>Gareth knelt beside her, his presence a grounding force. He placed a steady hand on her shoulder, his touch firm and reassuring. “Ella, you are not failing us. You are showing us the depth of their manipulation. If it were simple, if it were clear-cut, we would have found the culprit already.”</w:t>
      </w:r>
    </w:p>
    <w:p/>
    <w:p>
      <w:r>
        <w:br/>
        <w:t xml:space="preserve">“But I should be able to sense it,” Ella insisted, her voice laced with self-reproach. “I’m supposed to be able to read people. To understand their true feelings. But now… it’s like their true feelings are being hidden, or even replaced. I feel the fear, but I can’t tell if it’s </w:t>
      </w:r>
    </w:p>
    <w:p>
      <w:pPr>
        <w:jc w:val="left"/>
      </w:pPr>
      <w:r>
        <w:rPr>
          <w:i/>
        </w:rPr>
        <w:t>their</w:t>
      </w:r>
      <w:r>
        <w:t xml:space="preserve"> fear, or a fear that’s been planted in them. I feel the resentment, but is it genuine, or is it being amplified and directed?”</w:t>
      </w:r>
    </w:p>
    <w:p>
      <w:r>
        <w:br/>
        <w:t>Lyra sat beside her, her own quiet strength emanating outwards. “Ella, think about it this way. If their goal is to sow discord, then making you unable to pinpoint the source of the problem is exactly what they want. They want you to be confused, to doubt your own abilities. They want the pack to be confused. This chaos you’re feeling? That’s their success.”</w:t>
      </w:r>
    </w:p>
    <w:p/>
    <w:p>
      <w:r>
        <w:br/>
        <w:t>Ella considered Lyra’s words. The thought was both chilling and strangely liberating. If her confusion was a sign of the enemy’s effectiveness, then it meant she was seeing the situation clearly, even if she couldn’t identify the individuals. The fog wasn’t a reflection of her inadequacy, but of the enemy’s skill.</w:t>
      </w:r>
    </w:p>
    <w:p/>
    <w:p>
      <w:r>
        <w:br/>
        <w:t>“So, what do we do?” Ella asked, her gaze sweeping across the faces of the pack members gathered around the fire. Their expressions were a mixture of concern, contemplation, and, yes, that unsettling undercurrent of suspicion. She could feel the collective weight of their unspoken thoughts, the silent battles being waged within each of them.</w:t>
      </w:r>
    </w:p>
    <w:p/>
    <w:p>
      <w:r>
        <w:br/>
        <w:t>“We do what Anya warned us to do,” Gareth said, his voice firm. “We gather information. We observe. We listen. And Ella,” he turned to her, his gaze earnest, “you may not be able to pinpoint the malicious individuals, but you can still be our compass. You can tell us when the emotional atmosphere shifts, when certain feelings become more prominent. You can alert us to waves of fear or suspicion, even if you can’t identify their source. You can tell us if someone is projecting an emotion that feels… off, out of sync with their usual demeanor.”</w:t>
      </w:r>
    </w:p>
    <w:p/>
    <w:p>
      <w:r>
        <w:br/>
        <w:t>He squeezed her shoulder. “Your gift isn’t about identifying the traitor. It’s about understanding the emotional landscape of our pack. And right now, that landscape is being deliberately distorted. Your ability to feel that distortion, even without identifying its cause, is invaluable. It tells us the enemy is actively working on us, shaping our feelings.”</w:t>
      </w:r>
    </w:p>
    <w:p/>
    <w:p>
      <w:r>
        <w:br/>
        <w:t>Ella took a deep breath, trying to reframe her perspective. She couldn’t be the judge, jury, and executioner. But she could be the sensor, the early warning system. She could be the one who alerted them to the subtle shifts, the growing unease, the moments when the carefully constructed harmony of the pack began to fray.</w:t>
      </w:r>
    </w:p>
    <w:p/>
    <w:p>
      <w:r>
        <w:br/>
        <w:t>“I can feel the undercurrents,” she admitted, her voice gaining a touch of resolve. “I can feel the fear. I can feel the doubt. It’s like a static in the air. And I can also feel the genuine loyalty and concern, like pockets of warmth. But the static is growing, spreading. It’s making it harder to feel the warmth, to trust the warmth.”</w:t>
      </w:r>
    </w:p>
    <w:p/>
    <w:p>
      <w:r>
        <w:br/>
        <w:t>She looked at Lyra, a flicker of empathy for her situation passing through her. “I can feel how hard it is for Lyra, to feel people looking at her with suspicion, even when they don’t consciously believe it. It’s like a constant hum of doubt that she’s picked up on, even if their outward behavior is neutral.”</w:t>
      </w:r>
    </w:p>
    <w:p/>
    <w:p>
      <w:r>
        <w:br/>
        <w:t>Lyra nodded, her expression conveying a deep understanding. “It’s like being under a constant, low-grade psychic assault. Even if you tell yourself not to believe the whispers, the feeling of being doubted slowly wears you down.”</w:t>
      </w:r>
    </w:p>
    <w:p/>
    <w:p>
      <w:r>
        <w:br/>
        <w:t xml:space="preserve">“Exactly,” Ella said, her focus returning to the broader pack. “And the Obsidian Hand is using that. They’re not just trying to make people </w:t>
      </w:r>
    </w:p>
    <w:p>
      <w:pPr>
        <w:jc w:val="left"/>
      </w:pPr>
      <w:r>
        <w:rPr>
          <w:i/>
        </w:rPr>
        <w:t>think</w:t>
      </w:r>
      <w:r>
        <w:t xml:space="preserve"> Lyra is a threat; they’re trying to make them </w:t>
      </w:r>
      <w:r>
        <w:rPr>
          <w:i/>
        </w:rPr>
        <w:t>feel</w:t>
      </w:r>
      <w:r>
        <w:t xml:space="preserve"> it. And that feeling, that unease, is contagious. It spreads, and it infects everything, even the loyalty. It makes the loyalty feel… less sure.”</w:t>
      </w:r>
    </w:p>
    <w:p>
      <w:r>
        <w:br/>
        <w:t>She closed her eyes for a moment, concentrating. She could feel Gareth’s steadfast resolve, a beacon of clarity in the emotional storm. She could feel Lyra’s quiet determination, her willingness to face the onslaught. And then, she could feel the wavering emotions of others. A pang of fear from a younger pack member, who had always looked up to Lyra. A flicker of resentment from an older wolf, who felt his authority was being challenged by the recent upheaval. A wave of confusion from someone who simply wanted peace and felt their world being turned upside down.</w:t>
      </w:r>
    </w:p>
    <w:p/>
    <w:p>
      <w:r>
        <w:br/>
        <w:t xml:space="preserve">“It’s so layered,” Ella whispered, opening her eyes. “I can feel genuine fear for the pack’s safety, a fear that the Hand will attack. But then, interwoven with that, I feel a fear that the danger might be </w:t>
      </w:r>
    </w:p>
    <w:p>
      <w:pPr>
        <w:jc w:val="left"/>
      </w:pPr>
      <w:r>
        <w:rPr>
          <w:i/>
        </w:rPr>
        <w:t>within</w:t>
      </w:r>
      <w:r>
        <w:t xml:space="preserve"> us, that one of our own is compromised. And that fear, the fear of internal betrayal, is being directed towards Lyra, because of her past. It’s a vicious cycle.”</w:t>
      </w:r>
    </w:p>
    <w:p>
      <w:r>
        <w:br/>
        <w:t xml:space="preserve">She looked at Gareth, her expression earnest. “I can’t tell you </w:t>
      </w:r>
    </w:p>
    <w:p>
      <w:pPr>
        <w:jc w:val="left"/>
      </w:pPr>
      <w:r>
        <w:rPr>
          <w:i/>
        </w:rPr>
        <w:t>who</w:t>
      </w:r>
      <w:r>
        <w:t xml:space="preserve"> is actively working for the Hand, or who is being manipulated. But I can tell you that the atmosphere of suspicion is growing. It’s palpable. And it’s making it harder for people to trust each other, and harder for them to trust themselves. It’s like the enemy is slowly poisoning the well of our collective emotions. And I’m feeling the ripples of that poison spreading.”</w:t>
      </w:r>
    </w:p>
    <w:p>
      <w:r>
        <w:br/>
        <w:t>The weight of her confession hung in the air. While she couldn't provide concrete answers, her inability to isolate the source was, in itself, a crucial piece of information. It confirmed the insidious nature of the Obsidian Hand’s strategy, their ability to camouflage their influence within the complex emotional tapestry of the pack. Ella’s gift, though currently a source of her distress, was also a vital tool, offering a unique perspective on the enemy’s unseen hand at work. Their path forward, as Gareth had stated, would require a careful combination of observation, deduction, and a deep, unwavering trust in each other, even when their own emotions, and the emotions of those around them, were in turmoil. The whispers of treachery were indeed growing louder, and Ella’s conflicted empathy served as a stark reminder of just how deeply they had begun to penetrate the heart of the pack.</w:t>
      </w:r>
    </w:p>
    <w:p/>
    <w:p>
      <w:r>
        <w:t>The embers of the campfire cast long, dancing shadows, illuminating the tension that had begun to coil between Gareth and Lyra. The air, thick with unspoken anxieties, crackled with an energy far removed from the comforting warmth of the flames. Lyra watched Gareth, his profile etched in the flickering light, his jaw set with a familiar, stubborn set. His belief in his pack was a force of nature, a bedrock of unwavering loyalty that she both admired and, in her deepest heart, envied.</w:t>
      </w:r>
    </w:p>
    <w:p>
      <w:r>
        <w:br/>
        <w:t>“They are my pack, Lyra,” Gareth stated, his voice low but firm, each word carrying the weight of his conviction. He turned to her, his eyes, usually so warm and full of fierce protectiveness, now held a troubled intensity. “Every single one of them. They have stood by me through thick and thin. They have bled for this territory, for our way of life. Their loyalty is not something I question.”</w:t>
      </w:r>
    </w:p>
    <w:p/>
    <w:p>
      <w:r>
        <w:br/>
        <w:t xml:space="preserve">Lyra felt a familiar ache in her chest, a dull throb that resonated with the echoes of her past. Her own experiences had taught her a brutal lesson: loyalty was a currency, and it had to be earned, re-earned, and constantly proven. To simply </w:t>
      </w:r>
    </w:p>
    <w:p>
      <w:pPr>
        <w:jc w:val="left"/>
      </w:pPr>
      <w:r>
        <w:rPr>
          <w:i/>
        </w:rPr>
        <w:t>give</w:t>
      </w:r>
      <w:r>
        <w:t xml:space="preserve"> it away, without scrutiny, felt like a dangerous gamble. “Gareth,” she began, her voice softer than she intended, a careful balance between deference and her own ingrained pragmatism. “I understand your deep connection to them. And I don’t doubt their past loyalty. But we are facing an enemy who specializes in eroding that loyalty, in turning it against itself. Anya’s journal, Ella’s gift – they’ve shown us that. Trust cannot be an automatic decree. It must be… vetted.”</w:t>
      </w:r>
    </w:p>
    <w:p>
      <w:r>
        <w:br/>
        <w:t>He scoffed, a sharp, almost wounded sound. “Vetted? Lyra, these are not strangers. These are the wolves who have run by my side since I was a pup. The ones who have howled with me under countless moons, who have shared their kills, who have mourned our losses together. You speak of them as if they are fair-weather friends, easily swayed.”</w:t>
      </w:r>
    </w:p>
    <w:p/>
    <w:p>
      <w:r>
        <w:br/>
        <w:t>“And you speak of them as if they are immune to deception,” Lyra countered, her own frustration beginning to prickle. “Gareth, the Obsidian Hand doesn’t target the weak. They target the foundations. They have found cracks within your pack, and they are widening them. Ella can feel the confusion, the amplified resentments, the manufactured fears. This isn’t just paranoia; it’s a calculated assault on our unity. To ignore the possibility of betrayal within our own ranks is… naive.”</w:t>
      </w:r>
    </w:p>
    <w:p/>
    <w:p>
      <w:r>
        <w:br/>
        <w:t>The word hung in the air, sharp and unexpected. Gareth flinched as if struck. “Naive?” he repeated, his voice dangerously quiet. “I have led this pack through more threats than you can imagine, Lyra. I know these wolves. I know their hearts. And I know that their loyalty to me, to this pack, is genuine.”</w:t>
      </w:r>
    </w:p>
    <w:p/>
    <w:p>
      <w:r>
        <w:br/>
        <w:t>“Genuine, perhaps, but not impenetrable,” Lyra insisted, her gaze unwavering. “The Obsidian Hand isn’t trying to make them turn against you with open eyes. They are subtly poisoning their minds, twisting their perceptions. They are exploiting old grudges, insecurities, fears. Ella felt it – the confusion, the back-and-forth between loyalty and suspicion. That is not the behavior of a pack immune to manipulation. That is a pack under attack from within.” She took a step closer, her voice softening again, laced with a plea for understanding. “Gareth, I don’t want to believe that any of your pack members are traitors. But I cannot afford to ignore the possibility. My past has taught me that the most dangerous threats often wear the faces of those we trust the most.”</w:t>
      </w:r>
    </w:p>
    <w:p/>
    <w:p>
      <w:r>
        <w:br/>
        <w:t>Gareth’s eyes narrowed, a flicker of something she couldn’t quite decipher – hurt, anger, a desperate desire to believe. “And your past has made you see enemies where there are none, Lyra. You project your own history of betrayal onto my pack. They are not like the people who hurt you. They are bound by something stronger, something purer.”</w:t>
      </w:r>
    </w:p>
    <w:p/>
    <w:p>
      <w:r>
        <w:br/>
        <w:t xml:space="preserve">“Purer?” Lyra’s voice rose slightly, the edge of desperation creeping in. “Purity doesn’t stop a dagger in the back, Gareth. And it doesn’t stop someone from feeding information to our enemies. I am not projecting my past; I am learning from it. I am trying to protect us. To protect </w:t>
      </w:r>
    </w:p>
    <w:p>
      <w:pPr>
        <w:jc w:val="left"/>
      </w:pPr>
      <w:r>
        <w:rPr>
          <w:i/>
        </w:rPr>
        <w:t>you</w:t>
      </w:r>
      <w:r>
        <w:t>. If someone within the pack is compromised, we need to identify them before they do irreparable damage. Blind faith is a luxury we cannot afford.”</w:t>
      </w:r>
    </w:p>
    <w:p>
      <w:r>
        <w:br/>
        <w:t xml:space="preserve">“And indiscriminate suspicion is a poison that will destroy us from the inside out,” Gareth retorted, his voice hardening again. “You want to start interrogating everyone? Turning wolf against wolf? That’s what the Obsidian Hand wants. They want us to fracture, to tear ourselves apart. My answer is not to distrust them, but to trust them </w:t>
      </w:r>
    </w:p>
    <w:p>
      <w:pPr>
        <w:jc w:val="left"/>
      </w:pPr>
      <w:r>
        <w:rPr>
          <w:i/>
        </w:rPr>
        <w:t>more</w:t>
      </w:r>
      <w:r>
        <w:t>. To show them that I believe in their integrity, and in doing so, reinforce it.”</w:t>
      </w:r>
    </w:p>
    <w:p>
      <w:r>
        <w:br/>
        <w:t>Lyra shook her head, a deep weariness settling over her. Their fundamental difference in worldview was like an unbridgeable chasm. Gareth’s experience was one of inherent belonging and communal strength; hers was one of constant vigilance and the harsh reality of fractured trust. “It’s not about indiscriminate suspicion, Gareth. It’s about discernment. It’s about observing. It’s about using every tool we have, including Ella’s ability to sense the emotional shifts. She can feel the discord, even if she can’t pinpoint the source. That discord is real. It’s a symptom of an infection, and we need to find the source of that infection before it consumes us.”</w:t>
      </w:r>
    </w:p>
    <w:p/>
    <w:p>
      <w:r>
        <w:br/>
        <w:t>“And how do you propose we do that without alienating the very wolves we need to stand with us?” Gareth challenged, his gaze steady. “Do we put everyone under a microscope? Do we look at every action, every word, with suspicion? That’s not how a pack survives. A pack survives on unity, on shared purpose, on believing in each other’s fundamental goodness.”</w:t>
      </w:r>
    </w:p>
    <w:p/>
    <w:p>
      <w:r>
        <w:br/>
        <w:t>“A pack survives by being smart, by being adaptable,” Lyra argued, her voice gaining a steely edge. “And sometimes, that means acknowledging that not everyone’s intentions are pure, even within our own ranks. I am not saying we accuse anyone without proof. I am saying we actively seek the truth, even if that truth is uncomfortable. We need to observe, to gather information, to look for inconsistencies. We need to be prepared to act on what we find, not just to dismiss it because it contradicts our ideal of pack loyalty.”</w:t>
      </w:r>
    </w:p>
    <w:p/>
    <w:p>
      <w:r>
        <w:br/>
        <w:t>A heavy silence descended between them, broken only by the crackling fire. Gareth looked away, his gaze fixed on the flames, his expression unreadable. Lyra watched him, her heart aching with the understanding that this wasn’t just a disagreement; it was a fundamental clash of their experiences, of the very lenses through which they viewed the world. Gareth’s unwavering faith in his pack was his strength, his shield. Lyra’s hard-won caution was her own defense, forged in the fires of betrayal.</w:t>
      </w:r>
    </w:p>
    <w:p/>
    <w:p>
      <w:r>
        <w:br/>
        <w:t>“I cannot,” Gareth finally said, his voice barely a whisper, “turn my back on them. I cannot embrace the idea that my pack, my family, would harbor a traitor without reason. I believe in them. I have to believe in them.”</w:t>
      </w:r>
    </w:p>
    <w:p/>
    <w:p>
      <w:r>
        <w:br/>
        <w:t>Lyra felt a pang of sympathy for his predicament. His position was not one of willful ignorance, but of deep-seated loyalty and a profound trust in the bonds he had forged. “And I cannot afford to believe blindly, Gareth,” she replied, her voice soft but resolute. “My survival, and perhaps the survival of this pack, depends on my ability to see the danger, no matter where it lurks. I have seen what happens when trust is misplaced. I will not repeat that mistake.”</w:t>
      </w:r>
    </w:p>
    <w:p/>
    <w:p>
      <w:r>
        <w:br/>
        <w:t>She stepped closer, reaching out to gently touch his arm. His muscles tensed beneath her fingers, but he didn’t pull away. “This doesn’t have to be a battle between us, Gareth. It’s a challenge we face together. Your belief in them gives you the strength to lead them. My wariness allows me to look for the shadows you might miss. We need both perspectives. We need your unwavering heart and my sharp eyes. We need to trust each other, even when we disagree on the nature of trust itself.”</w:t>
      </w:r>
    </w:p>
    <w:p/>
    <w:p>
      <w:r>
        <w:br/>
        <w:t>Gareth finally turned back to her, his eyes searching hers. The storm in them seemed to subside, replaced by a deep, raw vulnerability. “But what if I’m wrong, Lyra? What if I misjudged? What if one of them…?” He couldn’t finish the sentence. The unspoken fear was a palpable presence between them.</w:t>
      </w:r>
    </w:p>
    <w:p/>
    <w:p>
      <w:r>
        <w:br/>
        <w:t>Lyra squeezed his arm. “Then we deal with it. Together. But we cannot wait until the damage is done. We have to be proactive. We have to observe, to listen, to analyze. And we have to trust Ella’s senses. If she feels a shift, a growing unease, we cannot dismiss it. We must investigate. We must be prepared to question, even if it pains us.”</w:t>
      </w:r>
    </w:p>
    <w:p/>
    <w:p>
      <w:r>
        <w:br/>
        <w:t>A slow nod from Gareth. It wasn’t a full surrender of his convictions, but it was an acknowledgment. An acknowledgment that Lyra’s fears were not unfounded, and that her perspective, however painful, was necessary. “I will not turn my back on my pack,” he reiterated, but the edge of defiance had softened. “But I will listen. I will observe. And I will trust your instincts, Lyra, as you have learned to trust mine in other matters.”</w:t>
      </w:r>
    </w:p>
    <w:p/>
    <w:p>
      <w:r>
        <w:br/>
        <w:t>A fragile bridge had been built between their opposing viewpoints. It was a testament to their growing bond, a connection forged not in shared philosophies, but in shared hardship and a mutual, albeit differently expressed, desire to protect what they held dear. Lyra knew that the path ahead would be fraught with difficulty. The Obsidian Hand’s insidious tactics had already begun to weave a web of distrust, and their efforts would only intensify. But in that moment, standing beside Gareth, she felt a flicker of hope. They might approach trust from different directions, but they were walking towards the same goal: the unwavering safety and unity of their pack. Their differing perspectives, once a source of potential conflict, were now their greatest asset, a multifaceted shield against the unseen enemy. The price of trust, Lyra reflected, was vigilance. For Gareth, it was the unwavering faith he placed in his wolves. For her, it was the painful, yet necessary, act of questioning, of looking for the shadows. And together, they would navigate the treacherous currents, their unique strengths a testament to the complex, evolving nature of their own trust in each other. The whispered treachery would not win, not if they could stand united, even in their disagreements.</w:t>
      </w:r>
    </w:p>
    <w:p/>
    <w:p>
      <w:r>
        <w:br w:type="page"/>
      </w:r>
    </w:p>
    <w:p>
      <w:pPr>
        <w:spacing w:before="5040"/>
        <w:jc w:val="center"/>
      </w:pPr>
      <w:r>
        <w:rPr/>
        <w:t xml:space="preserve"> Chapter 7: Into the Mountains</w:t>
      </w:r>
    </w:p>
    <w:p>
      <w:r>
        <w:t>The biting wind whipped around them, a cruel caress that spoke of the unforgiving nature of the landscape they were entering. Ella’s latest vision, a tapestry of shifting shadows and jagged lines, had seared the image of the Jagged Peaks into their minds, a stark warning and a desperate beacon. This formidable mountain range, a natural border to the Obsidian Hand’s encroaching territories, was a place of legend and whispered dread, a realm where the very air seemed to conspire against the unwary. Lyra pulled her cloak tighter, the rough wool a meager defense against the creeping chill that seeped into her bones. The peaks themselves loomed ahead, a formidable silhouette against the bruised twilight sky, their snow-capped summits like the teeth of some slumbering, colossal beast.</w:t>
      </w:r>
    </w:p>
    <w:p>
      <w:r>
        <w:br/>
        <w:t>"They are known to be riddled with hidden caves," Gareth murmured, his voice a low rumble against the wind’s howl. He had a reverence for these mountains, a respect born of generations of shifter lore that spoke of ancient strongholds, many now abandoned, their secrets buried beneath centuries of snow and silence. “Places where packs once thrived, now reclaimed by the wild.” His eyes, usually so focused on the immediate threat, now scanned the colossal stone faces, searching for signs, for threats, for any whisper of their enemy’s presence.</w:t>
      </w:r>
    </w:p>
    <w:p/>
    <w:p>
      <w:r>
        <w:br/>
        <w:t>The ascent began, a slow, arduous climb that tested their bodies and their resolve. The familiar comfort of the forest floor was a distant memory, replaced by treacherous scree slopes and narrow, wind-scoured ridges. Each step was a calculated risk, a delicate dance between firm footing and the ever-present possibility of a deadly slide. The air grew thinner with every hundred feet they gained, making each breath a conscious effort, a labor that burned in their lungs. It was a physical challenge unlike any they had faced, demanding a level of endurance and resilience that pushed them to their limits.</w:t>
      </w:r>
    </w:p>
    <w:p/>
    <w:p>
      <w:r>
        <w:br/>
        <w:t>Lyra watched Gareth, his powerful frame moving with a practiced grace that belied the difficulty of the terrain. His fur, once a deep, rich ebony, now seemed to absorb the meager light, making him appear as a phantom against the stark landscape. He moved with an instinct honed by years of navigating dangerous territories, his senses attuned to the subtle shifts in the wind, the telltale creak of unstable rock, the distant cry of a predator. Yet, even his expertise was being strained by the sheer magnitude of their undertaking.</w:t>
      </w:r>
    </w:p>
    <w:p/>
    <w:p>
      <w:r>
        <w:br/>
        <w:t>"The Obsidian Hand," Lyra stated, her voice barely audible above the wind, "they will be here. This is their doorstep." Her gaze swept across the imposing mountain faces, searching for the telltale signs of their enemy – a disturbed patch of snow, a carelessly discarded piece of equipment, the unnatural stillness that often preceded an ambush. This was not just a passage; it was a confrontation waiting to happen. The raw, untamed beauty of the Jagged Peaks was laced with an undeniable menace.</w:t>
      </w:r>
    </w:p>
    <w:p/>
    <w:p>
      <w:r>
        <w:br/>
        <w:t>Gareth nodded, his jaw tight. “This is a natural fortress. If they wish to control the borders, they will guard these passes. We will have to be… ghosts.” He ran a hand through his hair, the gesture a rare show of unease. He had always been the shield, the unyielding protector, but here, surrounded by the sheer, indifferent power of the mountains, even his strength felt diminished. The threat was not just from their human enemies, but from the very earth beneath their paws.</w:t>
      </w:r>
    </w:p>
    <w:p/>
    <w:p>
      <w:r>
        <w:br/>
        <w:t>As they climbed higher, the temperature plummeted. The wind, which had initially been a biting presence, now seemed to carry shards of ice, lashing at any exposed skin. Snow began to fall, not in gentle flakes, but in thick, swirling curtains that obscured visibility and added another layer of peril to their journey. The once-distinct outlines of the peaks blurred into an indistinct haze, and the path ahead became a series of educated guesses.</w:t>
      </w:r>
    </w:p>
    <w:p/>
    <w:p>
      <w:r>
        <w:br/>
        <w:t>Ella, nestled securely against Gareth’s chest, shivered, though Lyra knew it wasn’t entirely from the cold. Her small frame was a conduit for the ambient fear and danger that permeated this place. Her visions, though powerful, often left her vulnerable, and the raw, primal energy of the mountains seemed to amplify her sensitivity. Lyra could feel the tremors of unease radiating from the child, a silent testament to the oppressive atmosphere.</w:t>
      </w:r>
    </w:p>
    <w:p/>
    <w:p>
      <w:r>
        <w:br/>
        <w:t>"It's… loud," Ella whispered, her voice muffled against Gareth's fur. "The rocks are angry. And there are shadows… moving in the shadows." Her words were fragmented, a child’s interpretation of a profound, unsettling sensing. But Lyra understood. The mountains themselves held a primal energy, and the Obsidian Hand’s presence had only amplified the existing animosity. The ‘shadows’ were undoubtedly their enemies, their stealth and cunning amplified by the natural cover of the peaks.</w:t>
      </w:r>
    </w:p>
    <w:p/>
    <w:p>
      <w:r>
        <w:br/>
        <w:t>"We will be quiet, little one," Gareth soothed, his voice a deep, reassuring rumble. "We will be as silent as the snow itself." He adjusted his grip on Ella, his gaze fixed on the treacherous path ahead. Lyra could see the gears turning in his mind, his innate leadership shifting into a strategic, almost predatory focus. He was assessing every possible angle, every potential threat, his instincts working overtime to compensate for the diminished visibility.</w:t>
      </w:r>
    </w:p>
    <w:p/>
    <w:p>
      <w:r>
        <w:br/>
        <w:t>The ascent continued, each ridge a new battle against the elements and the gnawing suspicion of their enemies’ proximity. Lyra found herself constantly scanning their surroundings, her heightened senses attuned to the faintest disturbance. The usual camaraderie of their pack was replaced by a focused intensity, a shared understanding that silence and vigilance were their only allies in this unforgiving domain. The usual playful nips and nudges were absent, replaced by the quiet hum of exertion and the watchful glint in each wolf’s eye.</w:t>
      </w:r>
    </w:p>
    <w:p/>
    <w:p>
      <w:r>
        <w:br/>
        <w:t>They found themselves traversing a narrow ledge, a precarious path carved into the sheer face of a cliff. Below, a dizzying drop into a mist-filled abyss. The wind howled with renewed fury, threatening to tear them from their precarious perch. Lyra’s heart hammered against her ribs, a drumbeat of primal fear. Even Gareth, sure-footed and strong, moved with an almost agonizing slowness, his powerful muscles taut with concentration.</w:t>
      </w:r>
    </w:p>
    <w:p/>
    <w:p>
      <w:r>
        <w:br/>
        <w:t>"Stay close," Gareth commanded, his voice strained. "One misstep…" He didn't need to finish the sentence. The consequences were evident in the sheer drop below. Lyra followed his lead, her paws finding purchase on the unforgiving stone, her gaze locked on the back of his fur, a beacon of unwavering resolve. She could feel the raw power in his movements, the sheer force of will that propelled him forward, but she also sensed the immense pressure he was under, the weight of responsibility for their lives pressing down on him.</w:t>
      </w:r>
    </w:p>
    <w:p/>
    <w:p>
      <w:r>
        <w:br/>
        <w:t>Suddenly, a sharp crack echoed through the mountain air, a sound that was not of nature. Lyra’s head snapped up, her ears swiveling towards the source of the noise. A loose rock, dislodged from high above, tumbled down the cliff face, narrowly missing Gareth and sparking a cascade of smaller stones that rained down into the abyss.</w:t>
      </w:r>
    </w:p>
    <w:p/>
    <w:p>
      <w:r>
        <w:br/>
        <w:t>"Ambush!" Gareth roared, his senses immediately on high alert. He shifted Ella behind him, his body a protective shield. Lyra’s own hackles rose, a low growl rumbling in her chest. The Obsidian Hand had found them. The mountains, which had offered a semblance of security by their sheer inaccessibility, now felt like a trap.</w:t>
      </w:r>
    </w:p>
    <w:p/>
    <w:p>
      <w:r>
        <w:br/>
        <w:t>"Where?" Lyra hissed, her eyes darting across the sheer rock faces, searching for movement, for any sign of their attackers. The falling rocks had been a deliberate distraction, a prelude to something more calculated.</w:t>
      </w:r>
    </w:p>
    <w:p/>
    <w:p>
      <w:r>
        <w:br/>
        <w:t>"Above," Gareth responded, his voice tight. "On the ridge to our left. They're using the snow as cover." His eyes narrowed, the pupils dilating as he focused on a subtle disturbance in the otherwise uniform white blanket clinging to the mountainside.</w:t>
      </w:r>
    </w:p>
    <w:p/>
    <w:p>
      <w:r>
        <w:br/>
        <w:t>A glint of metal, a barely perceptible shimmer, caught Lyra’s eye. They were armed, and they were prepared. This wasn't a casual patrol; this was an organized assault. The Obsidian Hand had anticipated their route, or perhaps, they had been led into this trap. The thought sent a shiver of dread down Lyra’s spine. Had their path been compromised? Had someone within their own ranks inadvertently, or worse, intentionally, revealed their destination? The conversation with Gareth about trust and suspicion, once a heated debate, now echoed in her mind with a chilling prescience.</w:t>
      </w:r>
    </w:p>
    <w:p/>
    <w:p>
      <w:r>
        <w:br/>
        <w:t>"We need to move, quickly," Lyra urged, her gaze still fixed on the ridge. The element of surprise was lost. They were exposed, vulnerable.</w:t>
      </w:r>
    </w:p>
    <w:p/>
    <w:p>
      <w:r>
        <w:br/>
        <w:t>Gareth didn't hesitate. "To the caves! The ones marked on the old maps!" he shouted over the wind, his voice laced with urgency. He had a plan, a desperate gambit born of necessity. The Jagged Peaks were not just a barrier; they were also a labyrinth, filled with hidden shelters and forgotten pathways. If they could reach one of the ancient shifter strongholds, they might find a temporary reprieve, a place to regroup and assess the situation.</w:t>
      </w:r>
    </w:p>
    <w:p/>
    <w:p>
      <w:r>
        <w:br/>
        <w:t>They scrambled forward, their pace now frantic, a desperate race against the unseen enemy. The narrow ledge became a blur of movement as they pushed their bodies to the absolute limit. The wind shrieked around them, a cacophony of its own, seemingly mirroring the chaos that had erupted. Lyra could feel the vibration of movement above them, the telltale signs of attackers rappelling down the sheer faces, their descent facilitated by the very mountains that had initially seemed to offer them protection.</w:t>
      </w:r>
    </w:p>
    <w:p/>
    <w:p>
      <w:r>
        <w:br/>
        <w:t>A guttural cry of pain ripped through the air. One of their pack, a swift and agile wolf named Kaelen, yelped as an arrow grazed his flank. He stumbled, but with a fierce surge of adrenaline, managed to regain his footing, his eyes filled with pain and determination. The Obsidian Hand wasn’t just trying to halt them; they were actively trying to cripple them.</w:t>
      </w:r>
    </w:p>
    <w:p/>
    <w:p>
      <w:r>
        <w:br/>
        <w:t>Gareth’s growl was a thunderous roar that vibrated through Lyra’s very bones. He was no longer just a leader; he was a force of nature, his protective instincts unleashed. He threw his weight against a section of the cliff face, dislodging a shower of rocks and snow that cascaded down towards the attackers, forcing them to momentarily retreat. It was a risky maneuver, one that could have endangered them all, but in that moment, desperation bred audacity.</w:t>
      </w:r>
    </w:p>
    <w:p/>
    <w:p>
      <w:r>
        <w:br/>
        <w:t>"Keep moving!" Lyra shouted, her voice raw. She could see the dark shapes of the Obsidian Hand warriors beginning to descend, their black armor stark against the white snow. They were skilled, efficient, and utterly ruthless. This was not a skirmish; this was a calculated attempt to eliminate them.</w:t>
      </w:r>
    </w:p>
    <w:p/>
    <w:p>
      <w:r>
        <w:br/>
        <w:t>They reached a point where the ledge widened, offering a brief respite. Gareth scanned their surroundings, his mind racing. The caves he spoke of were likely deep within the mountain, protected by natural formations and perhaps, ancient wards. But finding them in this blizzard, under attack, was a monumental task.</w:t>
      </w:r>
    </w:p>
    <w:p/>
    <w:p>
      <w:r>
        <w:br/>
        <w:t>"There!" Ella suddenly cried, pointing a small, trembling finger towards a dark crevice, almost entirely hidden by a curtain of snow. "In there! It feels… safe." Her small voice, though weak, carried the conviction of her vision.</w:t>
      </w:r>
    </w:p>
    <w:p/>
    <w:p>
      <w:r>
        <w:br/>
        <w:t>Gareth’s eyes followed her direction. He could see it now, a faint shadow within the swirling snow, a promise of shelter. "That's our best chance!" he declared, his voice resonating with renewed hope. "Lyra, take Ella and the others. Secure the entrance. Kaelen, stay with them. I'll cover your rear."</w:t>
      </w:r>
    </w:p>
    <w:p/>
    <w:p>
      <w:r>
        <w:br/>
        <w:t>Lyra didn’t argue. She gathered Ella and the younger wolves, urging them towards the crevice. Kaelen, despite his injury, positioned himself at the back, his growl a steady, reassuring presence. As they scrambled towards the opening, Lyra risked a glance back. Gareth was a blur of motion, a whirlwind of teeth and claws, engaging the first wave of Obsidian Hand warriors who had reached the ledge. The clash of metal and the snarls of wolves echoed through the mountain pass, a brutal symphony of conflict.</w:t>
      </w:r>
    </w:p>
    <w:p/>
    <w:p>
      <w:r>
        <w:br/>
        <w:t>Lyra pushed herself harder, her heart pounding with a mixture of fear for Gareth and a fierce determination to protect Ella. The crevice, when they reached it, was narrow, barely wide enough for two wolves to pass abreast. They plunged into the darkness, the wind’s howl suddenly muted, replaced by the echoing drips of unseen water and the soft scuff of their paws on the damp earth.</w:t>
      </w:r>
    </w:p>
    <w:p/>
    <w:p>
      <w:r>
        <w:br/>
        <w:t>"Gareth!" Lyra called back, her voice echoing in the confined space. "Are you alright?"</w:t>
      </w:r>
    </w:p>
    <w:p/>
    <w:p>
      <w:r>
        <w:br/>
        <w:t>A moment of terrifying silence. Then, Gareth’s voice, strained but steady, answered, "I'm… coming. The entrance… needs to be secured."</w:t>
      </w:r>
    </w:p>
    <w:p/>
    <w:p>
      <w:r>
        <w:br/>
        <w:t>Lyra turned back towards the opening, her senses on high alert. She could hear the sounds of struggle intensifying, the clang of steel against fur, the guttural roars of pain and defiance. The Obsidian Hand was relentless. She needed to find a way to block the entrance, to buy Gareth the time he needed to reach them.</w:t>
      </w:r>
    </w:p>
    <w:p/>
    <w:p>
      <w:r>
        <w:br/>
        <w:t>She felt Ella trembling beside her. The child’s small hands clung to her fur, her eyes wide with a fear that Lyra shared. "We have to help him," Ella whispered, her voice trembling.</w:t>
      </w:r>
    </w:p>
    <w:p/>
    <w:p>
      <w:r>
        <w:br/>
        <w:t>"We will," Lyra promised, her gaze sweeping across the dark, damp walls of the cave. Her eyes landed on a pile of loose rocks near the entrance. With a surge of desperate energy, she began to push them, grunting with the effort, using her body and her paws to create a makeshift barrier. The other wolves, sensing her intent, joined in, their combined strength slowly but surely beginning to seal off the entrance.</w:t>
      </w:r>
    </w:p>
    <w:p/>
    <w:p>
      <w:r>
        <w:br/>
        <w:t>The sounds of the battle outside grew fainter, muffled by their efforts. Lyra worked with a fierce intensity, her mind focused solely on creating a safe haven, on buying Gareth precious moments. She could hear his roars of defiance, the desperate struggle for survival playing out just beyond the wall of stone they were hastily constructing. Every second that passed was a testament to his courage, his unwavering commitment to their pack.</w:t>
      </w:r>
    </w:p>
    <w:p/>
    <w:p>
      <w:r>
        <w:br/>
        <w:t>Finally, with a collective heave, they managed to dislodge a larger boulder, which tumbled into place, effectively blocking the narrow opening. A heavy silence descended, broken only by their ragged breaths and the soft whimpers of the younger wolves. Lyra leaned against the newly formed barrier, her body aching, her mind reeling from the intensity of the encounter.</w:t>
      </w:r>
    </w:p>
    <w:p/>
    <w:p>
      <w:r>
        <w:br/>
        <w:t>Then, a heavy thud against the boulder. A muffled shout. Gareth was there. He had made it. Relief washed over Lyra, so potent it almost brought her to her knees. She could hear him grunting, pushing against the stone from the outside, trying to secure their makeshift defenses.</w:t>
      </w:r>
    </w:p>
    <w:p/>
    <w:p>
      <w:r>
        <w:br/>
        <w:t>"Hold it!" Lyra yelled, adding her own weight to the boulder. The other wolves joined in, their combined strength pressing against the stone. The sounds of the Obsidian Hand’s attempts to break through were met with the unyielding pressure of their own desperate defense.</w:t>
      </w:r>
    </w:p>
    <w:p/>
    <w:p>
      <w:r>
        <w:br/>
        <w:t>Slowly, painstakingly, Gareth managed to maneuver himself through a small gap they had left, tumbling into the cave, his fur matted with snow and blood. His eyes, though weary, burned with a fierce intensity as they met Lyra’s. He was bruised, bleeding, but alive.</w:t>
      </w:r>
    </w:p>
    <w:p/>
    <w:p>
      <w:r>
        <w:br/>
        <w:t>"They're… still out there," he rasped, collapsing onto the cave floor, his breath coming in ragged gasps. "But they won't get through this… not easily." He looked at Lyra, at the makeshift barricade, at the determined faces of the pack members huddled in the darkness. A flicker of something akin to pride softened the harsh lines of his exhaustion.</w:t>
      </w:r>
    </w:p>
    <w:p/>
    <w:p>
      <w:r>
        <w:br/>
        <w:t>Lyra met his gaze, a silent acknowledgment of their shared ordeal. The Jagged Peaks had tested them, thrown them into the heart of danger, and forced them to confront the very fears they had debated by the campfire. They had been ambushed, wounded, and driven into hiding, but they had survived. And in that moment, surrounded by the cold, damp darkness of the cave, with the sounds of their enemy still echoing faintly from the outside, Lyra felt a surge of gratitude. Gratitude for Gareth’s strength, for Ella’s vision, for the resilience of their pack, and for the hard-won understanding that had been forged in the crucible of their shared peril. The path ahead was still fraught with uncertainty, but for now, they had found a temporary sanctuary, a moment to breathe, to heal, and to prepare for whatever lay beyond the jagged, unforgiving peaks.</w:t>
      </w:r>
    </w:p>
    <w:p/>
    <w:p>
      <w:r>
        <w:t>The air within the hastily constructed cave entrance grew thick with unspoken questions and the metallic tang of drying blood. Lyra, her senses still thrumming with the adrenaline of their escape, found herself staring at the journal Anya had pressed into her hand. It was a relic, its pages brittle with age, filled with a spidery script that spoke of arcane knowledge and a deep connection to the primal forces of the earth. The entry Anya had marked, the one that had drawn them to this desolate, treacherous corner of the Jagged Peaks, pulsed with an almost tangible energy, a faint hum that resonated deep within Lyra’s bones, a sensation that mirrored the subtle thrumming of the Lunar Heart she now carried.</w:t>
      </w:r>
    </w:p>
    <w:p>
      <w:r>
        <w:br/>
        <w:t>“The convergence,” Anya’s writing whispered from the aged paper, “a nexus of potent ley-lines, hidden within the maw of the oldest peaks. Here, the earth breathes magic, a tapestry woven from celestial whispers and the planet’s own fiery core. The Moon Mother’s song is amplified, distorted, and… vulnerable.” Lyra traced the words, a shiver unrelated to the cave’s chill snaking down her spine. This was not just a place of power; it was a battlefield of energies, a focal point where the very fabric of their shifter existence was being threatened.</w:t>
      </w:r>
    </w:p>
    <w:p/>
    <w:p>
      <w:r>
        <w:br/>
        <w:t>Gareth, still tending to Kaelen’s wounds, grunted, his focus unwavering. He had been born to these mountains, his lineage tracing back to the ancient clans who had once carved their lives into these unforgiving slopes. The lore he carried was etched not in ink, but in the very marrow of his bones, a legacy passed down through generations of whispered tales and ancestral memories. “The old ones spoke of this place,” he murmured, his voice rough with exertion and pain. “They called it the ‘Echoing Heart.’ A place where the earth’s pulse beat strongest. They said it was a sanctuary, a place of immense power, but also… a place of great danger.”</w:t>
      </w:r>
    </w:p>
    <w:p/>
    <w:p>
      <w:r>
        <w:br/>
        <w:t>He paused, his gaze sweeping over Lyra, then to the journal she held. “Anya’s writings confirm it,” he continued, his words carrying the weight of a thousand years of shifter history. “This nexus, this ‘Echoing Heart,’ is what the Obsidian Hand seeks. It’s where they plan to perform their ritual.” The implication hung heavy in the air, a suffocating shroud. The Obsidian Hand wasn’t just seeking to control territory; they were aiming to sever shifters from their most fundamental connection – the moon, the very essence of their being. To do so, they needed a place where the moon’s influence could be most potently amplified and, paradoxically, most effectively corrupted.</w:t>
      </w:r>
    </w:p>
    <w:p/>
    <w:p>
      <w:r>
        <w:br/>
        <w:t>Lyra looked at the jagged, snow-dusted peaks visible through the narrow opening of their makeshift shelter. They were a brutal beauty, a testament to nature’s raw power. But now, she saw them differently. Not just as a geographical barrier, but as a colossal, dormant beast, its heart beating with a stolen, corrupted rhythm. The ley-lines Anya described were invisible currents of energy, a network of power that crisscrossed the globe, converging here with an intensity that made the very air hum. And the Obsidian Hand, with their twisted understanding of magic, intended to hijack that power, to twist it into a weapon against all shifters.</w:t>
      </w:r>
    </w:p>
    <w:p/>
    <w:p>
      <w:r>
        <w:br/>
        <w:t>“The ritual requires a focal point,” Lyra mused, recalling Anya’s fragmented notes. “Something to channel and amplify the moon’s energy. If this nexus is where the ley-lines converge, it would be the perfect place to capture and pervert that power. To ‘sever’ us, as Anya wrote.” Her gaze drifted to the Lunar Heart, nestled safely within a pouch against her chest. It pulsed with a gentle, comforting warmth, a stark contrast to the destructive intent of the Obsidian Hand. This artifact, a symbol of the moon’s purest essence, was likely what the enemy intended to corrupt, or perhaps, to replace.</w:t>
      </w:r>
    </w:p>
    <w:p/>
    <w:p>
      <w:r>
        <w:br/>
        <w:t>Gareth nodded, his expression grim. “They are not merely trying to conquer us; they are trying to unmake us. To erase what makes us who we are.” He met Lyra’s eyes, a silent understanding passing between them. The Obsidian Hand’s ambition was far more insidious than Lyra had initially imagined. It wasn't just about territorial gains or political dominance; it was an attempt to fundamentally alter the balance of their world, to strip away the magic that flowed through their veins.</w:t>
      </w:r>
    </w:p>
    <w:p/>
    <w:p>
      <w:r>
        <w:br/>
        <w:t>The volatility of the region was evident even in their temporary refuge. The snow outside continued to fall, driven by a wind that seemed to carry a discordant symphony of groans and whispers. The rocks of the cave itself seemed to shift and settle with an unsettling regularity, a subtle tremor that spoke of the immense geological and magical forces at play beneath their paws. This convergence, this nexus, was not merely a location; it was a living, breathing entity, and the Obsidian Hand’s interference was stirring its dormant, dangerous power.</w:t>
      </w:r>
    </w:p>
    <w:p/>
    <w:p>
      <w:r>
        <w:br/>
        <w:t>“The older pack records,” Lyra continued, flipping through the journal, “they describe certain rock formations, specific patterns in the riverbeds, the way the wind carves certain faces of the mountains. Anya’s descriptions match them. She’s found the markers. This place holds ancient significance for us, Gareth. Not just for the Obsidian Hand.” She pointed to a crudely drawn map, tucked within the journal’s brittle pages. “Look at this symbol. It’s the Elder Mark. Carved into the oldest mountains. It means ‘Sanctuary’ or ‘Heart of the Pack.’”</w:t>
      </w:r>
    </w:p>
    <w:p/>
    <w:p>
      <w:r>
        <w:br/>
        <w:t>Gareth’s eyes widened slightly, a flicker of recognition igniting within their depths. “The Elder Mark… I’ve seen it etched into the oldest standing stones in our ancestral lands. My grandfather spoke of it, but dismissed it as a folktale. A place of immense power, he said, a place where the pack’s spirit was born.” He looked out at the swirling snow, a new understanding dawning in his eyes. “So, the Obsidian Hand seeks to corrupt our sacred ground, to pervert the very source of our strength. It’s not just an attack on our future, but on our past, on our very identity.”</w:t>
      </w:r>
    </w:p>
    <w:p/>
    <w:p>
      <w:r>
        <w:br/>
        <w:t>The implications were staggering. This wasn’t just a desperate flight for survival; it was a desperate defense of their entire existence. If the Obsidian Hand succeeded, not only would shifters be severed from the moon’s influence, losing their innate powers and instincts, but their history, their sacred sites, their very connection to their ancestors would be defiled and warped. The mountains, which had once symbolized a sanctuary, now represented the ultimate battleground.</w:t>
      </w:r>
    </w:p>
    <w:p/>
    <w:p>
      <w:r>
        <w:br/>
        <w:t>“The volatility,” Lyra said, her voice dropping to a near whisper, “it’s the ley-lines reacting to the Obsidian Hand’s presence. They are trying to force the nexus to their will, and it’s resisting. That’s why the storms are so fierce, why the earth is unsettled. This place is not inert. It’s alive.” She felt a deep connection to the earth beneath her, a resonance that amplified her own shifter instincts. It was a powerful feeling, but also a terrifying one, knowing that this immense power could be twisted into something monstrous.</w:t>
      </w:r>
    </w:p>
    <w:p/>
    <w:p>
      <w:r>
        <w:br/>
        <w:t>Gareth, his gaze fixed on the narrow opening, his wolf senses undoubtedly strained by the cacophony of the storm, spoke with a newfound urgency. “We cannot stay here long. This cave is a temporary shield, nothing more. Anya’s journal… it must hold more details. Where exactly does she pinpoint the ritual site within this nexus?”</w:t>
      </w:r>
    </w:p>
    <w:p/>
    <w:p>
      <w:r>
        <w:br/>
        <w:t>Lyra carefully unfolded another page, her fingers trembling slightly. “She believes it’s not a single location, but a confluence within the convergence. She calls it the ‘Lunar Crucible.’ A place where the ley-lines are most intensely focused, and where the moon’s light, when it breaks through these clouds, will be directly channeled.” She pointed to a series of symbols that seemed to map the flow of invisible energy. “She’s marked it as being deep within the mountain, near a caldera that’s supposedly dormant, but still radiates a significant amount of geothermal energy. The combination of lunar energy and telluric heat… it creates the perfect environment for their ritual.”</w:t>
      </w:r>
    </w:p>
    <w:p/>
    <w:p>
      <w:r>
        <w:br/>
        <w:t>The mention of a caldera sent a fresh wave of apprehension through Lyra. Volcanic activity, even dormant, was a volatile force. Combining it with the amplified power of the moon and the twisting magic of the Obsidian Hand… the potential for destruction was immense.</w:t>
      </w:r>
    </w:p>
    <w:p/>
    <w:p>
      <w:r>
        <w:br/>
        <w:t>“A dormant caldera,” Gareth repeated, his brow furrowed in thought. “That would explain the geothermal readings Anya might have detected, and the strange energy fluctuations. It’s a natural amplifier, and a dangerous one.” He looked at Kaelen, who had finally managed to rest his head, his breathing still shallow. “We need to reach this ‘Lunar Crucible’ before they fully harness the nexus. If they succeed, the consequences will be catastrophic for all shifters.”</w:t>
      </w:r>
    </w:p>
    <w:p/>
    <w:p>
      <w:r>
        <w:br/>
        <w:t>The weight of their mission pressed down on Lyra, heavier than the snow-laden mountains surrounding them. They had been ambushed, wounded, and driven into hiding. Their initial objective of reaching the mountains had morphed into a desperate race against time, a race to prevent the very unraveling of their kind. The Jagged Peaks, with their ancient secrets and volatile energies, were more than just a mountain range; they were the epicenter of a war for the soul of shifterdom. And as the storm raged outside, Lyra knew, with a chilling certainty, that the true battle had only just begun. She looked at Gareth, at the determined faces of her packmates, and felt a flicker of hope. They were outnumbered, outmaneuvered, and facing an enemy of unimaginable power, but they had Anya’s knowledge, Gareth’s strength, the legacy of their ancestors, and the unwavering spirit of their pack. They would fight, not just for their lives, but for their very existence. The Echoing Heart of the mountains held their fate, and they would not let it be corrupted.</w:t>
      </w:r>
    </w:p>
    <w:p/>
    <w:p>
      <w:r>
        <w:t>The ascent was a brutal, unforgiving affair. Each step was a battle against the biting wind, the treacherous ice, and the sheer exhaustion that gnawed at their bones. Lyra’s lungs burned with the thin, frigid air, her muscles screaming in protest with every upward lunge. But the primal instinct to survive, to protect, propelled them forward. Gareth, ever the watchful guardian, took the lead, his powerful frame a bulwark against the elements. His wolfish senses, honed by generations of mountain dwellers, were on high alert, scanning the treacherous terrain for any hint of danger. Kaelen, though still weakened, moved with a grim determination, his injured leg bandaged tightly, his gaze fixed on the path ahead. Anya, her small frame surprisingly resilient, kept pace, her knowledge of the ancient paths proving invaluable.</w:t>
      </w:r>
    </w:p>
    <w:p>
      <w:r>
        <w:br/>
        <w:t>It wasn't long before Gareth signaled a halt, his hand raised, a silent command to freeze. Lyra’s senses, already heightened by the exertion and the ever-present hum of the ley-lines, snapped to attention. The wind, which had been a constant, mournful howl, seemed to fall silent in a localized pocket around them. A stillness descended, unnatural and unsettling. Gareth’s head was tilted, his ears twitching, his eyes narrowed as he surveyed the jagged, snow-laden slopes above them.</w:t>
      </w:r>
    </w:p>
    <w:p/>
    <w:p>
      <w:r>
        <w:br/>
        <w:t>“Tread carefully,” he murmured, his voice barely a whisper, yet it carried the weight of grave warning. “We are no longer alone.”</w:t>
      </w:r>
    </w:p>
    <w:p/>
    <w:p>
      <w:r>
        <w:br/>
        <w:t>Following his gaze, Lyra’s eyes finally caught it – a faint, almost imperceptible shimmer in the air, clinging to a cluster of wind-scoured rocks. It was a ward, subtle yet potent, designed to deflect the senses of any unwanted intruders. Anya, ever the scholar of arcane energies, gasped softly. “A silencing ward,” she breathed, her eyes wide with a mixture of awe and apprehension. “And… interwoven with elemental earth magic. They are strong here.”</w:t>
      </w:r>
    </w:p>
    <w:p/>
    <w:p>
      <w:r>
        <w:br/>
        <w:t>As they cautiously bypassed the ward, keeping a wary distance, another sign revealed itself. A small, crudely constructed cairn of stones, perfectly balanced, marked a barely discernible game trail leading off in a different direction. It was too deliberate to be natural, too specific to be accidental. “Another marker,” Gareth stated, his jaw tightening. “They’re not just passing through. They’re establishing a presence.”</w:t>
      </w:r>
    </w:p>
    <w:p/>
    <w:p>
      <w:r>
        <w:br/>
        <w:t>The higher they climbed, the more frequent the signs became. A patch of disturbed snow, too uniform to be the work of wind or wild animals, hinted at recent passage. A discarded piece of leather, tanned with a scent Lyra didn't recognize but that spoke of unnatural preservation, lay half-buried in a drift. Then, they found it – a small, hidden encampment, nestled in a shallow overhang, shielded from the worst of the wind. Smoke, cleverly disguised to dissipate quickly, still curled from a hidden fire pit. The remnants of a meal, sparse and functional, lay scattered. And most unnerving of all, a series of intricate symbols, drawn in what looked like ash and pine resin, were etched into the rock face – ritualistic markings, potent and dark.</w:t>
      </w:r>
    </w:p>
    <w:p/>
    <w:p>
      <w:r>
        <w:br/>
        <w:t>“Obsidian Hand,” Gareth confirmed, his voice low and guttural. The very name seemed to sour the air. He knelt, examining the symbols with a practiced eye. “These are binding runes. They’re not just hiding; they’re preparing. Fortifying their position around the nexus.”</w:t>
      </w:r>
    </w:p>
    <w:p/>
    <w:p>
      <w:r>
        <w:br/>
        <w:t>Lyra felt a cold dread seep into her bones, a fear that had nothing to do with the biting wind. The Obsidian Hand was an organization spoken of in hushed tones, a shadowy cabal of power-hungry mages and disillusioned shifters who sought to twist the natural order to their will. They were ruthless, fanatical, and their reach was far greater than she had ever imagined. The sheer number of signs indicated a significant operation, a far larger deployment than they had anticipated.</w:t>
      </w:r>
    </w:p>
    <w:p/>
    <w:p>
      <w:r>
        <w:br/>
        <w:t>“How many of them could be here, Gareth?” Anya asked, her voice trembling slightly. She, more than anyone, understood the true danger they represented.</w:t>
      </w:r>
    </w:p>
    <w:p/>
    <w:p>
      <w:r>
        <w:br/>
        <w:t>Gareth surveyed the vast, unforgiving landscape, his gaze sweeping across the valleys and ridges. “More than we can easily deal with,” he admitted, his tactical mind already whirring, calculating risks and probabilities. “They’ve chosen their ground well. Difficult to approach, easy to defend. They’re expecting resistance, or at least, they’re prepared for it.” He pointed towards a distant, almost invisible ridge. “There’s a natural choke point up there, leading to the caldera valley. If they’ve secured that, any approach will be heavily guarded.”</w:t>
      </w:r>
    </w:p>
    <w:p/>
    <w:p>
      <w:r>
        <w:br/>
        <w:t>His eyes then flickered to a series of smaller, almost invisible markers that only someone with his intimate knowledge of the mountains would notice – subtle shifts in the wind patterns, the specific angle of ice formations, the way certain trees leaned. “They’re using the mountain’s natural defenses, augmented by their own wards. They’ve placed patrols along the likely approach routes, listening posts hidden in the bluffs. They’re thorough.”</w:t>
      </w:r>
    </w:p>
    <w:p/>
    <w:p>
      <w:r>
        <w:br/>
        <w:t>The implication was clear. The Obsidian Hand wasn't just planning to be present at the nexus; they were actively fortifying it, preparing for a siege, or perhaps, a ritual of immense power that required absolute control and security. The lunar eclipse, Anya had mentioned, was the key. A time of heightened lunar energy, a moment when the veil between worlds thinned, and when their dark magic could be amplified to devastating effect.</w:t>
      </w:r>
    </w:p>
    <w:p/>
    <w:p>
      <w:r>
        <w:br/>
        <w:t>“The eclipse is less than two days away,” Anya reminded them, her voice tight with urgency. “If they are reinforcing their positions now, they intend to be fully entrenched by then. This isn’t just about reaching the nexus; it’s about bypassing their defenses and disrupting their ritual before it begins.”</w:t>
      </w:r>
    </w:p>
    <w:p/>
    <w:p>
      <w:r>
        <w:br/>
        <w:t>Gareth nodded, his jaw set in a grim line. “Their numbers suggest a major operation is imminent. Far larger than we initially anticipated.” His gaze met Lyra’s, and she saw a flicker of concern there, masked by steely resolve. “We are a small team, Lyra. We cannot afford a direct confrontation. We need to move like shadows, invisible, silent. We need to find a way into their stronghold without being detected.”</w:t>
      </w:r>
    </w:p>
    <w:p/>
    <w:p>
      <w:r>
        <w:br/>
        <w:t>His mind, honed by years of leading his pack, began to formulate a plan. “The patrols are likely focused on the main approaches. The high ridges, the valley floor. They might not expect an assault from above, or from a less obvious route. Anya, those ley-line maps you have… do they indicate any secondary paths, any hidden passages that the shifters of old might have used?”</w:t>
      </w:r>
    </w:p>
    <w:p/>
    <w:p>
      <w:r>
        <w:br/>
        <w:t>Anya fumbled in her satchel, her fingers brushing against the worn leather of the journal. “There are mentions of ancient tunnel systems, carved by the earth elementals before the Great Sundering. They were meant for sanctuary, for safe passage during times of upheaval. Some were sealed, others… may still be accessible.” She pulled out a brittle, yellowed page, a complex diagram of energy flows superimposed on a rudimentary topographical map. “This marks a potential entrance, near a glacial meltwater cave. It’s marked as ‘The Serpent’s Maw.’”</w:t>
      </w:r>
    </w:p>
    <w:p/>
    <w:p>
      <w:r>
        <w:br/>
        <w:t>Gareth’s eyes scanned the map, a flicker of recognition in their depths. “The Serpent’s Maw… I’ve heard tales. A dangerous passage, prone to collapses. But if it leads directly into the caldera valley, past their main defenses…” He looked at Lyra, a silent question in his gaze.</w:t>
      </w:r>
    </w:p>
    <w:p/>
    <w:p>
      <w:r>
        <w:br/>
        <w:t>Lyra met his look, her own resolve hardening. The sheer scale of the Obsidian Hand’s operation was terrifying, the implications of their success catastrophic. But they had come this far. They had Anya’s knowledge, Gareth’s leadership, and the unwavering spirit that defined their pack. The thought of the Lunar Heart, warm against her chest, a beacon of the moon’s pure power, ignited a fierce protectiveness within her. They would not let it be corrupted. They would not let the Obsidian Hand succeed.</w:t>
      </w:r>
    </w:p>
    <w:p/>
    <w:p>
      <w:r>
        <w:br/>
        <w:t>“We go through the Serpent’s Maw,” Lyra declared, her voice firm, cutting through the biting wind. “We find a way to reach the nexus, to stop this ritual, no matter the cost.” The mountains, once a symbol of refuge, had become a crucible, and they were about to step into its fiery heart. The Obsidian Hand’s vigil was well underway, their preparations a testament to their formidable power, but Lyra knew, with a certainty that resonated deep within her soul, that their vigil would be met with a fierce and unyielding resistance. The Jagged Peaks held their secrets, and the Obsidian Hand was about to learn just how fiercely those secrets would be defended.</w:t>
      </w:r>
    </w:p>
    <w:p/>
    <w:p>
      <w:r>
        <w:t>The wind whipped at Lyra's face, stinging her eyes, but she barely noticed. Her focus was entirely on Gareth, on the way his senses seemed to hum in tandem with her own. It was more than just the shared danger; it was a resonance, a deeper understanding that flowed between them, amplified by the raw, untamed power of the mountains. Each subtle shift in the wind, each crunch of snow underfoot, each distant cry of a hawk – she felt it all, processed it with an instinct that had been dormant for too long, and it echoed in Gareth’s awareness, too. He didn't need to voice his concerns; she could feel them, a low thrum of caution in his chest, mirrored by a similar vigilance in her own.</w:t>
      </w:r>
    </w:p>
    <w:p>
      <w:r>
        <w:br/>
        <w:t>"There," Lyra murmured, pointing towards a barely perceptible break in the rock face, half-obscured by a drift of fresh snow. Her senses, finely tuned to the subtle distortions in the air, had picked up on an unusual stillness around that particular spot, a pocket of unnatural calm that spoke of an intentional concealment. It wasn't a cave entrance, not in the conventional sense, but a narrow fissure, barely wide enough for a person to squeeze through.</w:t>
      </w:r>
    </w:p>
    <w:p/>
    <w:p>
      <w:r>
        <w:br/>
        <w:t>Gareth followed her gaze, his eyes narrowing as he scanned the area. He didn't need her to explain; he understood. The wind, a constant companion since they'd begun their ascent, swirled and eddied around the rocks, but in that one spot, it seemed to falter, as if unwilling to disturb the hidden opening. "A den," he stated, his voice a low rumble. "Animal, or something else?"</w:t>
      </w:r>
    </w:p>
    <w:p/>
    <w:p>
      <w:r>
        <w:br/>
        <w:t>"Neither," Lyra replied, her heart giving a little leap. "The energy signature is… faint, but deliberate. It feels like a passage, carved or expanded. And the air… it smells of old stone, and something else. Something metallic, almost like blood, but… dormant. Dormant and old." Her intuition, a wild, untamed thing, screamed that this was not merely a natural crevice. It was a deliberate hiding place, a forgotten entryway.</w:t>
      </w:r>
    </w:p>
    <w:p/>
    <w:p>
      <w:r>
        <w:br/>
        <w:t>Gareth moved closer, his wolfish instincts kicking into overdrive. He sniffed the air, his powerful frame tensed, ready for anything. His eyes, sharp and observant, traced the jagged edges of the fissure. "It's been worked," he confirmed, his voice a low growl of confirmation. "The edges are too smooth in places, too deliberately shaped. And there's a faint scent of ozone, like residual magic. This is a hidden entrance, Lyra. And it likely leads somewhere significant." He looked at her, his gaze intense, seeking confirmation. "You feel it too, don't you?"</w:t>
      </w:r>
    </w:p>
    <w:p/>
    <w:p>
      <w:r>
        <w:br/>
        <w:t>Lyra nodded, the thrill of discovery warring with the ever-present sense of danger. "Yes," she breathed. "It feels… ancient. And intentional. As if it was meant to be found by someone who knew what to look for." She felt a surge of pride, a quiet triumph, that she was that someone, that her instincts were sharp enough to lead them to this hidden path.</w:t>
      </w:r>
    </w:p>
    <w:p/>
    <w:p>
      <w:r>
        <w:br/>
        <w:t>Gareth placed a hand on her arm, his touch sending a jolt of warmth through her. "Your senses are proving invaluable, Lyra. I would have missed this, focused on the obvious routes." His thumb brushed gently against her skin, a gesture that spoke volumes more than words could. It was an acknowledgment, a silent testament to the growing trust between them, a trust that was becoming as vital as the air they breathed.</w:t>
      </w:r>
    </w:p>
    <w:p/>
    <w:p>
      <w:r>
        <w:br/>
        <w:t>He then moved to the fissure, testing its stability, his powerful build making him appear almost too large for the narrow opening. "It's tight," he noted, his voice muffled as he peered inside. "But I can get through. Anya, Kaelen, stay close. Lyra, you're with me. Your speed and agility will be crucial in whatever lies ahead."</w:t>
      </w:r>
    </w:p>
    <w:p/>
    <w:p>
      <w:r>
        <w:br/>
        <w:t>Lyra didn't hesitate. The fear was still there, a cold knot in her stomach, but it was overshadowed by a fierce determination, and a growing sense of connection to Gareth. Their steps, as they moved towards the hidden passage, were in unspoken sync. His strength was her anchor, her keen sight his guide. It was a dance forged in the crucible of peril, a testament to a bond that transcended mere instinct.</w:t>
      </w:r>
    </w:p>
    <w:p/>
    <w:p>
      <w:r>
        <w:br/>
        <w:t>Gareth, with a final, assessing glance back at Anya and Kaelen, squeezed into the fissure. Lyra followed, the rough stone scraping against her furs. Inside, the air was noticeably warmer, still and heavy, carrying the faint, metallic scent she had detected earlier. It was a stark contrast to the biting wind outside, a pocket of stillness that felt both comforting and deeply unsettling. As Gareth moved ahead, his senses on high alert, Lyra found herself instinctively mirroring his movements, her own senses expanding, probing the darkness.</w:t>
      </w:r>
    </w:p>
    <w:p/>
    <w:p>
      <w:r>
        <w:br/>
        <w:t>The passage narrowed further, forcing them to move in single file, Gareth leading the way. The faint glow from his wolfish eyes, a common trait among his kind, was just enough to illuminate the immediate path. The walls were rough-hewn stone, slick with a thin layer of condensation. Lyra could feel the faint pulse of energy within the rock itself, a low thrum that was strangely comforting. This was the heart of the mountain, ancient and alive.</w:t>
      </w:r>
    </w:p>
    <w:p/>
    <w:p>
      <w:r>
        <w:br/>
        <w:t>"It's a tunnel," Gareth grunted, his voice echoing strangely in the confined space. "Old. Very old. And it slopes downwards." He paused, sniffing the air again. "The metallic scent is stronger here. And… there's something else. A faint, sweet floral aroma, almost cloying."</w:t>
      </w:r>
    </w:p>
    <w:p/>
    <w:p>
      <w:r>
        <w:br/>
        <w:t>Lyra inhaled deeply, trying to discern the new scent. It was elusive, a whisper on the edge of her perception. "I smell it too," she confirmed. "It’s… unfamiliar. And it doesn't belong in a place like this." Her mind raced, trying to place the fragrance. It was too delicate for the harsh mountain environment, too ethereal for the deep earth.</w:t>
      </w:r>
    </w:p>
    <w:p/>
    <w:p>
      <w:r>
        <w:br/>
        <w:t>As they continued deeper, the tunnel opened slightly, allowing them to walk side-by-side. The walls here were smoother, as if polished by the passage of time or the touch of countless hands. Intricate carvings, worn almost smooth, began to appear on the stone, depicting swirling patterns and stylized animal forms. Lyra recognized some of them, ancient symbols of the earth elementals, the ancient guardians of the mountains.</w:t>
      </w:r>
    </w:p>
    <w:p/>
    <w:p>
      <w:r>
        <w:br/>
        <w:t>"The earth elementals," she whispered, tracing a spiral pattern with her fingertip. "They carved these passages. They were meant for sanctuary." A shiver ran down her spine, not of cold, but of awe. To walk in paths crafted by beings of pure earth, by beings who predated even the oldest shifter clans… it was a humbling experience.</w:t>
      </w:r>
    </w:p>
    <w:p/>
    <w:p>
      <w:r>
        <w:br/>
        <w:t>Gareth's hand found hers again, his grip firm and reassuring. "They also served as conduits," he said, his voice thoughtful. "Conduits for the mountain's power. And it seems this one leads directly towards the nexus." He squeezed her hand, a silent message of shared purpose and burgeoning affection. "You were right to trust your instincts, Lyra. This is more than just a shortcut; it's a path meant for us."</w:t>
      </w:r>
    </w:p>
    <w:p/>
    <w:p>
      <w:r>
        <w:br/>
        <w:t>Lyra felt a warmth spread through her chest, a feeling of deep contentment. Gareth's unwavering trust in her was a powerful affirmation, a confirmation that their bond was not just a matter of fate, but a partnership built on genuine respect and growing affection. His willingness to rely on her sharp senses, to let her lead when her intuition guided them, was a rare gift, a sign of a true mate who saw her not just as a companion, but as an equal.</w:t>
      </w:r>
    </w:p>
    <w:p/>
    <w:p>
      <w:r>
        <w:br/>
        <w:t>They emerged into a vast cavern, the air thick with the sweet, floral scent. Stalactites dripped from the impossibly high ceiling, their tips glinting with an internal luminescence. In the center of the cavern stood a colossal crystalline formation, pulsing with a soft, ethereal light. It was this crystal that was the source of the cloying fragrance, its petals unfurling and retracting in a slow, hypnotic rhythm. Lyra recognized it with a gasp. "The Lunar Bloom," she breathed. "It only flowers under a specific lunar alignment. It draws power from the moon itself."</w:t>
      </w:r>
    </w:p>
    <w:p/>
    <w:p>
      <w:r>
        <w:br/>
        <w:t>Gareth’s eyes widened in surprise and dawning understanding. "The Obsidian Hand… they're not just fortifying the nexus; they're preparing a ritual. One that requires the power of the Lunar Bloom." He looked at the crystal, his wolfish senses picking up on the raw, potent energy radiating from it. "This is their power source. And their weakness."</w:t>
      </w:r>
    </w:p>
    <w:p/>
    <w:p>
      <w:r>
        <w:br/>
        <w:t>Lyra felt a surge of adrenaline. The Lunar Bloom was a potent amplifier of lunar magic, but it was also incredibly volatile. If the Obsidian Hand intended to harness its power for their dark rituals, they risked an uncontrolled surge, a catastrophic release of energy. "We have to stop them," she stated, her voice firm. "If they can't control the bloom, they could destroy themselves, and the entire mountain."</w:t>
      </w:r>
    </w:p>
    <w:p/>
    <w:p>
      <w:r>
        <w:br/>
        <w:t>Gareth nodded, his gaze fixed on the path ahead, which led deeper into the cavern. "The nexus is beyond this chamber. And judging by the energy signatures, their defenses are concentrated there. But this Bloom… it’s a key. If we can disrupt its connection to their ritual, we might be able to destabilize their entire operation." He met Lyra's gaze, his eyes alight with a fierce determination. "And we will do it together."</w:t>
      </w:r>
    </w:p>
    <w:p/>
    <w:p>
      <w:r>
        <w:br/>
        <w:t>He then turned his attention to the cavern's exit, a narrow passage guarded by two hulking figures cloaked in dark, heavy furs. Their forms were indistinct, their faces hidden in shadow, but Lyra could feel the raw power radiating from them, a dark, pulsing energy that was distinctly unnerving. "Guardians," Gareth stated, his voice low. "Likely imbued with some of the Obsidian Hand's dark magic. They won't be easy to bypass."</w:t>
      </w:r>
    </w:p>
    <w:p/>
    <w:p>
      <w:r>
        <w:br/>
        <w:t>Lyra felt a tingle of excitement, a primal thrill of the hunt. This was what she was made for. "Let me scout ahead," she offered, her voice a low murmur. "My senses are more attuned to subtle threats. I can find a way around them, or at least, identify their weaknesses."</w:t>
      </w:r>
    </w:p>
    <w:p/>
    <w:p>
      <w:r>
        <w:br/>
        <w:t>Gareth hesitated for a fraction of a second, then nodded, his trust in her evident. "Be careful, Lyra. Don't take unnecessary risks." He placed a hand on her shoulder, his touch a silent promise of protection and support. "We are a unit. Whatever you discover, we will face it together."</w:t>
      </w:r>
    </w:p>
    <w:p/>
    <w:p>
      <w:r>
        <w:br/>
        <w:t>With a grateful smile, Lyra melted into the shadows, her movements fluid and silent. She hugged the cavern walls, her senses expanding, mapping the terrain, identifying the patrol routes of the two guardians. Their movements were slow, methodical, their senses dulled by whatever enchantments had been placed upon them. They were powerful, yes, but predictable.</w:t>
      </w:r>
    </w:p>
    <w:p/>
    <w:p>
      <w:r>
        <w:br/>
        <w:t>She found what she was looking for – a series of narrow ledges, high up on the cavern wall, that overlooked the passage beyond. They were treacherous, barely wide enough for her paws, but they offered a clear, unobstructed view of the guardians and the path they protected. As she moved along the ledges, her keen eyes spotted something else – a cluster of luminescent fungi, growing in a small crevice, their soft glow illuminating the stone. She recognized them from her time in the lower mountain caves. Their spores, when agitated, released a potent, disorienting gas.</w:t>
      </w:r>
    </w:p>
    <w:p/>
    <w:p>
      <w:r>
        <w:br/>
        <w:t>Lyra signaled back to Gareth, a series of soft chirps that only he, with his heightened hearing, could discern. She then returned to his side, a plan forming in her mind. "The guardians are slow," she whispered. "And they're not expecting an attack from above. There's a patch of agitated fungi near the passage entrance. If we can trigger it, the spores will disorient them long enough for us to slip past."</w:t>
      </w:r>
    </w:p>
    <w:p/>
    <w:p>
      <w:r>
        <w:br/>
        <w:t>Gareth considered her plan, his eyes glinting in the dim light. "It's risky," he admitted, "but it's our best chance. You lead the way, Lyra. I'll be right behind you." He placed a hand on her back, a gesture of encouragement, a silent affirmation of their shared path.</w:t>
      </w:r>
    </w:p>
    <w:p/>
    <w:p>
      <w:r>
        <w:br/>
        <w:t>With a nod, Lyra moved towards the passage, her steps light and sure. She approached the fungi, her movements precise, and with a quick, powerful kick, sent a shower of spores into the air. A cloud of shimmering dust billowed outwards, engulfing the two guardians. They coughed, their movements becoming erratic, their heads thrashing as they struggled against the disorienting effects of the spores.</w:t>
      </w:r>
    </w:p>
    <w:p/>
    <w:p>
      <w:r>
        <w:br/>
        <w:t>"Now!" Gareth roared, and they surged forward, darting past the incapacitated guardians and into the passage beyond. The scent of the Lunar Bloom faded, replaced by the sharp, clean smell of ice and stone. The passage continued to slope downwards, the air growing colder.</w:t>
      </w:r>
    </w:p>
    <w:p/>
    <w:p>
      <w:r>
        <w:br/>
        <w:t>Lyra’s senses, now attuned to the subtle shifts in the mountain's energy, led them onward. She could feel the nexus drawing closer, a powerful thrumming that resonated deep within her bones. Gareth walked beside her, his presence a constant source of strength and reassurance. Their steps were in perfect unison, a testament to the fated bond that intertwined their souls.</w:t>
      </w:r>
    </w:p>
    <w:p/>
    <w:p>
      <w:r>
        <w:br/>
        <w:t>"They're close," Lyra whispered, her voice tight with anticipation. "I can feel the Obsidian Hand's presence. And the nexus… it's just ahead." Her heart pounded in her chest, a mixture of excitement and apprehension. They had bypassed the initial defenses, but the true challenge lay before them.</w:t>
      </w:r>
    </w:p>
    <w:p/>
    <w:p>
      <w:r>
        <w:br/>
        <w:t>Gareth squeezed her hand. "We'll face them together, Lyra," he murmured, his voice a low, steady rumble. "Always." His gaze met hers, and in that moment, amidst the ancient silence of the mountain, Lyra knew he spoke the truth. Their fated bond was their greatest weapon, their unwavering trust their shield. And together, they would face whatever lay ahead. The Obsidian Hand had underestimated them, underestimating the power of a fated bond, the strength of a united front. And soon, they would learn the true meaning of mountain resilience.</w:t>
      </w:r>
    </w:p>
    <w:p/>
    <w:p>
      <w:r>
        <w:t>The biting wind, which had been a persistent annoyance, suddenly escalated into a ferocious assault. What began as a chilling gust rapidly transformed into a blinding tempest of snow and ice, lashing at Lyra and Gareth with an almost sentient fury. The world outside the narrow passage dissolved into a chaotic white maelstrom, visibility dropping to mere inches. The familiar crunch of snow underfoot was swallowed by the deafening roar of the storm, a primal scream that echoed through the mountain's heart. Lyra felt a jolt of alarm, not just for their immediate safety, but for the precious time they were losing. The eclipse was drawing nearer, and this blizzard was a deliberate, brutal impediment.</w:t>
      </w:r>
    </w:p>
    <w:p>
      <w:r>
        <w:br/>
        <w:t>"We can't outrun this," Gareth grunted, his voice barely audible over the gale. He pulled Lyra closer, his body a solid shield against the onslaught. His wolfish senses, usually so adept at navigating the wild, were struggling against the overwhelming white chaos. The familiar scent of pine and damp earth was masked by the frigid, sterile smell of ice, thick and suffocating. He could feel Lyra trembling against him, not from the cold, but from the sudden, overwhelming sense of vulnerability. The storm was a physical manifestation of their predicament, a cruel obstacle placed directly in their path.</w:t>
      </w:r>
    </w:p>
    <w:p/>
    <w:p>
      <w:r>
        <w:br/>
        <w:t>"There!" Lyra’s voice, though strained, cut through the wind's howl. Her eyes, sharper than any human's even in the best of conditions, had caught a flicker of darkness, a subtle disruption in the uniform white curtain. It was a shallow overhang, a mere recess in the rock face, but it offered a sliver of hope, a temporary reprieve from the storm's relentless barrage. It was hardly a cave, more of a deep indentation, but it was shelter. "We have to get there, now!"</w:t>
      </w:r>
    </w:p>
    <w:p/>
    <w:p>
      <w:r>
        <w:br/>
        <w:t>Gareth didn't need further prompting. He scooped Lyra into his arms, her pack a light burden against his chest, and plunged forward. The wind tore at them, the ice stinging their exposed skin like a thousand tiny needles. Each step was a battle, the snowdrifts now hip-deep in places, threatening to engulf them entirely. He could feel Lyra clinging to him, her fingers digging into his furs, her breath coming in ragged gasps against his neck. Her fear was a tangible thing, a prickle of icy dread that mirrored his own growing unease. They were trapped, exposed, and the storm seemed to be deliberately herding them, pushing them away from their intended path.</w:t>
      </w:r>
    </w:p>
    <w:p/>
    <w:p>
      <w:r>
        <w:br/>
        <w:t>They finally stumbled into the meager shelter of the overhang. It was little more than a scooped-out hollow in the rock, barely large enough for the two of them to huddle together. The wind still tore at the entrance, sending plumes of snow swirling into their cramped space, but it was significantly less violent. The roar of the storm was muffled, replaced by the frantic pounding of their own hearts and the ragged rhythm of their breathing. Lyra shivered, burying her face against Gareth's chest, seeking warmth and solace.</w:t>
      </w:r>
    </w:p>
    <w:p/>
    <w:p>
      <w:r>
        <w:br/>
        <w:t xml:space="preserve">"This is… not ideal," Gareth murmured, his voice rough with exertion and frustration. He held Lyra tighter, his wolf instinctively seeking to protect her, to hoard her warmth. He could feel the chill seeping into his bones, but it was nothing compared to the cold dread that tightened its grip around his heart. The eclipse was a ticking clock, and this storm was a deliberate act of sabotage, orchestrated by forces that understood their mission and their weaknesses. He was their protector, their shield, and the thought of failing Lyra, of failing </w:t>
      </w:r>
    </w:p>
    <w:p>
      <w:pPr>
        <w:jc w:val="left"/>
      </w:pPr>
      <w:r>
        <w:rPr>
          <w:i/>
        </w:rPr>
        <w:t>them</w:t>
      </w:r>
      <w:r>
        <w:t>, was a far greater torment than the biting cold.</w:t>
      </w:r>
    </w:p>
    <w:p>
      <w:r>
        <w:br/>
        <w:t>Lyra tilted her head back, her eyes meeting his in the dim, swirling light. Her face was dusted with snow, her lips tinged blue with cold, but her gaze was steady, filled with a resilience that never ceased to amaze him. "We'll be alright, Gareth," she said, her voice soft but firm. "We've faced worse." She tried to inject a confidence she didn't entirely feel into her tone, for his sake as much as her own. The storm felt… wrong. Too sudden, too violent, too conveniently placed. It wasn't natural.</w:t>
      </w:r>
    </w:p>
    <w:p/>
    <w:p>
      <w:r>
        <w:br/>
        <w:t>Gareth grunted, a low sound of agreement and something else – a primal acknowledgment of the unseen forces at play. He shifted, pulling her deeper into the recess, his body a living furnace against her shivering frame. His arms wrapped around her, holding her close, his chin resting on the crown of her head. He could feel the rapid beat of her heart against his, a frantic rhythm that spoke of fear, but also of a fierce, indomitable spirit. "This storm is unnatural, Lyra," he admitted, his voice a low growl. "It's designed to stop us. To keep us from reaching the nexus before the eclipse."</w:t>
      </w:r>
    </w:p>
    <w:p/>
    <w:p>
      <w:r>
        <w:br/>
        <w:t>Lyra’s breath hitched. She had felt it too, the wrongness of the tempest, but hearing Gareth voice it confirmed her deepest fears. "The Obsidian Hand," she whispered, the name a venomous hiss. "They know we're coming. They're using the mountain itself against us." A shiver, not entirely from the cold, traced its way down her spine. The thought of the Obsidian Hand, their ruthless pursuit of power, and their willingness to sacrifice anything and anyone to achieve their goals, sent a fresh wave of unease through her.</w:t>
      </w:r>
    </w:p>
    <w:p/>
    <w:p>
      <w:r>
        <w:br/>
        <w:t xml:space="preserve">Gareth tightened his hold. He could feel her fear, her vulnerability, and it ignited a fierce, protective fire within him. It was more than just duty, more than just the instinct of a mate. It was a desperate, overwhelming need to keep her safe, to shield her from the harsh realities of their world. He pressed his lips to her temple, inhaling the scent of her hair, a faint, wild fragrance that was an anchor in the raging storm. "They underestimate us," he said, his voice low and intense. "They think they can break us with wind and snow. They don't understand what we are, Lyra. What </w:t>
      </w:r>
    </w:p>
    <w:p>
      <w:pPr>
        <w:jc w:val="left"/>
      </w:pPr>
      <w:r>
        <w:rPr>
          <w:i/>
        </w:rPr>
        <w:t>we</w:t>
      </w:r>
      <w:r>
        <w:t xml:space="preserve"> can be."</w:t>
      </w:r>
    </w:p>
    <w:p>
      <w:r>
        <w:br/>
        <w:t>He felt her lean into him, her body relaxing infinitesimally against his. Her trust, her reliance on him in this moment, was a palpable thing. It was a heavy weight, but one he bore willingly, even gratefully. He nuzzled her hair, a gesture of comfort and reassurance, but his mind was racing, a thousand strategies and desperate measures forming and dissolving in the face of their dire situation. The storm showed no signs of abating. If anything, it seemed to be intensifying, the wind howling with renewed fury. They were trapped, their journey stalled, and the clock was ticking.</w:t>
      </w:r>
    </w:p>
    <w:p/>
    <w:p>
      <w:r>
        <w:br/>
        <w:t>"We need a plan," Lyra murmured, pulling back slightly, her eyes searching his. The fear was still there, a shadow in their depths, but it was tempered by a growing resolve. "We can't just wait here for the storm to pass. The eclipse will happen, and if they succeed…" She didn't need to finish the sentence. The implications were dire enough. The balance of power would shift irrevocably, and the world would be plunged into darkness.</w:t>
      </w:r>
    </w:p>
    <w:p/>
    <w:p>
      <w:r>
        <w:br/>
        <w:t>Gareth met her gaze, his own eyes burning with a fierce determination. "I know," he said, his voice a low rumble that vibrated through her. "But we can't move in this. Not safely. Not without risking getting lost, or worse." He paused, his wolfish instincts warring with his newfound vulnerability. The need to protect Lyra, to keep her from harm, was paramount. But so was their mission. "Unless…" He trailed off, a dangerous glint in his eyes.</w:t>
      </w:r>
    </w:p>
    <w:p/>
    <w:p>
      <w:r>
        <w:br/>
        <w:t>Lyra’s brow furrowed. "Unless what?" she prompted, sensing the shift in his demeanor, the spark of something desperate and perhaps reckless igniting within him.</w:t>
      </w:r>
    </w:p>
    <w:p/>
    <w:p>
      <w:r>
        <w:br/>
        <w:t>Gareth drew a deep breath, the icy air burning his lungs. He looked out at the raging storm, then back at Lyra, his gaze intense, locking onto hers. "Unless we make them think we've given up," he said, his voice dangerously soft. "Unless we use this storm to our advantage. They expect us to be fighting it, pushing forward. They won't expect us to… disappear."</w:t>
      </w:r>
    </w:p>
    <w:p/>
    <w:p>
      <w:r>
        <w:br/>
        <w:t>Lyra’s eyes widened, a flicker of understanding and apprehension crossing her face. She knew that look, that glint of desperate innovation that often accompanied Gareth when he was cornered. "What do you mean?" she asked, her voice barely a whisper.</w:t>
      </w:r>
    </w:p>
    <w:p/>
    <w:p>
      <w:r>
        <w:br/>
        <w:t>"We create a diversion," he explained, his voice gaining a low, urgent cadence. "We make it look like we've been swallowed by the storm. A false trail, leading them away from our true path. Then, when the storm breaks, or when they've moved on, we double back, and we continue our ascent. It's risky. It means losing precious time. But it might be the only way to bypass their surveillance."</w:t>
      </w:r>
    </w:p>
    <w:p/>
    <w:p>
      <w:r>
        <w:br/>
        <w:t>"A false trail?" Lyra repeated, her mind racing. "How? We're already exposed. The wind will erase our tracks almost as soon as we make them."</w:t>
      </w:r>
    </w:p>
    <w:p/>
    <w:p>
      <w:r>
        <w:br/>
        <w:t>Gareth’s lips curved into a grim smile, a flash of his wolfish cunning surfacing. "Not all of them. Not if we make them convincing. We'll leave a clear trail, leading in the opposite direction. Enough to fool their trackers, should they send any. And then… then we double back. We find a different route. A harder route. But one that avoids their direct attention." He pulled her closer, his gaze softening as he looked at her. "It means we'll be venturing deeper into the mountain, into territory we don't know. It will be more dangerous. But I won't let them stop us, Lyra. Not now. Not when we're so close."</w:t>
      </w:r>
    </w:p>
    <w:p/>
    <w:p>
      <w:r>
        <w:br/>
        <w:t>Lyra felt a tremor run through her. The plan was audacious, bordering on reckless, but she could see the logic in it. The Obsidian Hand expected them to press on, to battle the storm head-on. If they appeared to be defeated by it, if they seemed to vanish into the white chaos, their pursuers might relax their vigilance, or at least, shift their focus. And the thought of Gareth, willing to take such a risk, to venture into unknown dangers, purely to protect her and ensure their mission’s success, stirred something deep within her. It was a fierce, protective love, a dawning realization that this man, this wolf, was willing to give everything for her.</w:t>
      </w:r>
    </w:p>
    <w:p/>
    <w:p>
      <w:r>
        <w:br/>
        <w:t>"I trust you," she said, the words coming from the deepest part of her heart. She met his intense gaze, her own eyes reflecting a newfound understanding and a burgeoning affection that was as wild and untamed as the storm raging outside. "If this is what you think we need to do, then I'm with you. Every step of the way." She reached up, her fingers brushing against his cheek, a gesture of pure, unadulterated trust.</w:t>
      </w:r>
    </w:p>
    <w:p/>
    <w:p>
      <w:r>
        <w:br/>
        <w:t>Gareth’s breath hitched. Her words, her touch, were a balm to his frayed nerves, a confirmation of the bond that was growing stronger with every shared trial. He leaned into her touch, his eyes closing for a brief, exquisite moment. He felt the raw power of the storm outside, the ever-present threat of the eclipse, but in that moment, all that mattered was the woman in his arms. Her unwavering trust, her willingness to face the unknown with him, was a strength he hadn't realized he needed, a beacon in the encroaching darkness.</w:t>
      </w:r>
    </w:p>
    <w:p/>
    <w:p>
      <w:r>
        <w:br/>
        <w:t>"We'll need to be careful," he said, his voice still low, but now tinged with a renewed sense of purpose. "We'll leave a trail that leads us further down the mountain, towards the lower passes. Make it look like we're retreating. Then, once we're sure we're not being followed, we'll circle back, find a different approach. It will be slower. More arduous. But it will be our way." He pulled out a small, intricately carved wooden bird from his pouch, a charm he always carried. He pressed it into Lyra's hand. "This will help guide you, should we get separated. It resonates with my wolf."</w:t>
      </w:r>
    </w:p>
    <w:p/>
    <w:p>
      <w:r>
        <w:br/>
        <w:t>Lyra clutched the charm, its smooth surface a grounding presence in her palm. She could feel a faint, pulsing warmth emanating from it, a subtle echo of Gareth’s own energy. It was a tangible symbol of their bond, a promise of connection even in separation. "Thank you," she whispered, her voice thick with emotion. She met his gaze again, her heart swelling with a mixture of fear and a fierce, burgeoning love. "We'll do this. Together."</w:t>
      </w:r>
    </w:p>
    <w:p/>
    <w:p>
      <w:r>
        <w:br/>
        <w:t>He nodded, a fierce possessiveness flaring in his chest. He wanted to keep her here, safe in this meager shelter, away from the dangers that lay ahead. But he knew they couldn't. They had to move. The Obsidian Hand would be searching, their trackers would be relentless. The false trail was their only hope.</w:t>
      </w:r>
    </w:p>
    <w:p/>
    <w:p>
      <w:r>
        <w:br/>
        <w:t>"Alright," Gareth said, his voice firming with resolve. He helped Lyra to her feet, his hands lingering on her waist. "We'll leave the trail that leads down. Make it look convincing. Then, when the wind dies down, or when we're sure they're gone, we'll find a way back up. A way they won't expect." He gave her a brief, reassuring squeeze. "Stay close. Your senses are our best guide."</w:t>
      </w:r>
    </w:p>
    <w:p/>
    <w:p>
      <w:r>
        <w:br/>
        <w:t>As they prepared to brave the storm once more, Gareth took a deep breath, steeling himself for the treacherous task ahead. He knew the risks. The false trail could lead them into a worse trap, the mountain could swallow them whole, or the Obsidian Hand could be far more cunning than they anticipated. But as he looked at Lyra, at the unwavering determination in her eyes, he felt a surge of power, a conviction that they could overcome any obstacle. Their bond, forged in the crucible of shared peril, was their greatest weapon. And he would protect her, at any cost. He would carve a path through the storm, through the darkness, and into the dawn, with her by his side. He could feel it, deep within his soul, the undeniable truth of their fated connection. They were not merely allies; they were two halves of a whole, destined to face the coming darkness together.</w:t>
      </w:r>
    </w:p>
    <w:p/>
    <w:p>
      <w:r>
        <w:br/>
        <w:t>Stepping out of the meager shelter of the overhang was like stepping into a raging inferno. The wind immediately tore at them, stealing their breath and blinding them with snow. Gareth held Lyra tightly, shielding her with his body as he began to make their descent. He deliberately chose a path that looked difficult, one that would leave clear, albeit quickly fading, tracks. He kicked at the snow, creating deeper impressions, leaving scuff marks on the exposed rock faces where he could. Lyra, understanding his intent, followed suit, her lighter steps leaving a different kind of impression, one that a discerning tracker might mistake for a different wolf, or even a different creature entirely.</w:t>
      </w:r>
    </w:p>
    <w:p/>
    <w:p>
      <w:r>
        <w:br/>
        <w:t>They moved with a practiced synchronicity, their movements dictated by a shared understanding that transcended words. Gareth’s powerful strides carved a path, while Lyra’s agile movements ensured they didn’t get bogged down, her keen eyes spotting the most opportune, yet deceptive, routes. They moved downwards, away from their true objective, into the heart of the blizzard’s fury. The roar of the wind was a constant, deafening companion, and the biting cold seeped through their furs, a chilling reminder of their vulnerability.</w:t>
      </w:r>
    </w:p>
    <w:p/>
    <w:p>
      <w:r>
        <w:br/>
        <w:t>Gareth risked a glance back, his wolfish eyes piercing the white veil. He could see nothing but the swirling snow, the relentless white chaos. But he felt it. The presence of watchers, of eyes that would be scanning the mountainside, searching for any sign of movement, any hint of their progress. He focused on creating a convincing illusion of retreat, of a desperate struggle against the elements. He even deliberately slipped once, sending Lyra stumbling, catching her before she could fall, a staged display of the storm's power over them.</w:t>
      </w:r>
    </w:p>
    <w:p/>
    <w:p>
      <w:r>
        <w:br/>
        <w:t>“We have to get out of sight,” Lyra gasped, her voice raw from the wind. “If they see us making this trail…”</w:t>
      </w:r>
    </w:p>
    <w:p/>
    <w:p>
      <w:r>
        <w:br/>
        <w:t>“They will,” Gareth agreed, his voice grim. “That’s the point. We want them to see us. We want them to believe we’re retreating. But we won’t be going far. Not down.” He pointed towards a jagged, almost impassable ravine that snaked down the mountainside, a dark scar against the white landscape. “Once we’re out of their immediate line of sight, we’ll use that. It’s too treacherous for their trackers to follow easily, especially in this storm. It will give us cover to circle back.”</w:t>
      </w:r>
    </w:p>
    <w:p/>
    <w:p>
      <w:r>
        <w:br/>
        <w:t>The ravine was a brutal descent, a perilous scramble over ice-slicked rocks and through narrow, wind-scoured crevasses. Gareth practically carried Lyra through the worst of it, his powerful frame absorbing the jolts, his grip unwavering. The wind, though slightly less fierce in the confines of the ravine, still lashed at them, and the cold was intense. Lyra shivered uncontrollably, not just from the physical chill, but from the growing unease that gnawed at her. They were effectively walking into a trap, albeit one of their own making, and the knowledge that they were deliberately moving away from their goal, at such a critical juncture, was a heavy burden.</w:t>
      </w:r>
    </w:p>
    <w:p/>
    <w:p>
      <w:r>
        <w:br/>
        <w:t>After what felt like an eternity, they reached a point where the ravine widened slightly, offering a small, relatively sheltered ledge. Gareth pulled Lyra into its meager protection, his wolfish senses on high alert. He could feel the mountain groaning around them, the storm a living entity, intent on burying them all. “We wait here,” he said, his voice strained. “Wait for the storm to abate, or for a lull. Then we double back.” He pulled her close, their bodies pressed together, seeking what little warmth they could find.</w:t>
      </w:r>
    </w:p>
    <w:p/>
    <w:p>
      <w:r>
        <w:br/>
        <w:t>Lyra leaned against him, her breath misting in the frigid air. She could feel Gareth’s powerful heartbeat against her ear, a steady, reassuring rhythm amidst the chaos. His presence was a constant anchor, a silent promise of protection. She closed her eyes, concentrating on the faint warmth that emanated from him, a stark contrast to the icy tendrils that snaked through her own limbs. The storm raged outside, a symphony of wind and ice, but within the confines of Gareth’s embrace, a fragile sense of peace began to settle over her.</w:t>
      </w:r>
    </w:p>
    <w:p/>
    <w:p>
      <w:r>
        <w:br/>
        <w:t>“You’re cold,” Gareth murmured, his voice laced with concern. He shifted, pulling his furs tighter around her, tucking her deeper into his embrace. He could feel the tremors running through her body, and a fierce protectiveness, a primal urge to shield her from all harm, surged through him. He nuzzled her hair, inhaling her scent, a faint, wild fragrance that was an anchor in the storm. “We can’t stay here too long. The cold will take us.”</w:t>
      </w:r>
    </w:p>
    <w:p/>
    <w:p>
      <w:r>
        <w:br/>
        <w:t>Lyra shivered, not entirely from the cold. Gareth’s closeness, the raw intensity of his presence, was stirring something within her, a warmth that had nothing to do with the physical temperature. She looked up at him, her eyes meeting his in the dim, swirling light. She saw the worry etched on his face, the fierce determination that burned in his eyes, and she felt a profound sense of gratitude, a dawning realization of the depth of his commitment. He was willing to risk everything, to face down the fury of the mountain and the machinations of the Obsidian Hand, all for the sake of their mission, and for her.</w:t>
      </w:r>
    </w:p>
    <w:p/>
    <w:p>
      <w:r>
        <w:br/>
        <w:t>“We’ll be alright,” she whispered, her voice husky. She reached up, her fingers tracing the line of his jaw, her touch a silent affirmation of her trust, her growing affection. “We’ll find a way.”</w:t>
      </w:r>
    </w:p>
    <w:p/>
    <w:p>
      <w:r>
        <w:br/>
        <w:t>Gareth’s gaze softened as he met her touch. He leaned into her hand, his wolfish instincts warring with his human heart. The protective urge was overwhelming, a desperate need to keep her safe, to shield her from the harsh realities of their world. But he also recognized the strength in her, the resilience that mirrored his own. She was not a damsel in distress; she was his equal, his partner.</w:t>
      </w:r>
    </w:p>
    <w:p/>
    <w:p>
      <w:r>
        <w:br/>
        <w:t>“We will,” he agreed, his voice a low rumble that vibrated through her. He pulled her closer, his arms wrapping around her, his body a shield against the biting wind. He could feel the rapid beat of her heart against his, a frantic rhythm that spoke of fear, but also of a fierce, indomitable spirit. “But we need to move. Soon. The storm won’t last forever, and neither will our luck.”</w:t>
      </w:r>
    </w:p>
    <w:p/>
    <w:p>
      <w:r>
        <w:br/>
        <w:t>They huddled together, the storm raging around them, a tempest of wind and ice that seemed intent on tearing them apart. But within the confines of Gareth’s embrace, a different kind of storm was brewing, one of shared vulnerability, of dawning love, of a connection forged in the crucible of peril. The cold, the danger, the looming threat of the eclipse – they all seemed to fade into the background, overshadowed by the undeniable pull between them. Lyra felt herself leaning into him, not just for warmth, but for something more profound, something that resonated deep within her soul. Gareth, in turn, held her tighter, his wolfish instincts recognizing the profound truth of their bond, the undeniable power of their shared fate. As the storm continued to rage, they found solace in each other, their shared struggle forging an intimacy that was as powerful and untamed as the mountain itself.</w:t>
      </w:r>
    </w:p>
    <w:p/>
    <w:p>
      <w:r>
        <w:br w:type="page"/>
      </w:r>
    </w:p>
    <w:p>
      <w:pPr>
        <w:spacing w:before="5040"/>
        <w:jc w:val="center"/>
      </w:pPr>
      <w:r>
        <w:rPr/>
        <w:t xml:space="preserve"> Chapter 8: The Lunar Eclipse Nexus</w:t>
      </w:r>
    </w:p>
    <w:p>
      <w:r>
        <w:t>The air thinned with every arduous step, the biting wind no longer a mere annoyance but a physical barrier, pressing down with the weight of the mountain itself. Gareth’s breath came in ragged gasps, his wolf’s lungs burning with the effort of his sustained stride, but he didn’t falter. Lyra, cradled against his chest, was a beacon of warmth and purpose, a stark contrast to the desolate, snow-blasted landscape that stretched before them. The false trail, a desperate gambit born of necessity, had served its purpose. The treacherous descent into the ravine had allowed them to shed their pursuers, or at least, to convince them they had. Now, with the first sliver of the eclipse painting the western sky in hues of bruised amethyst and dying ember, they were making their final, desperate ascent towards the nexus.</w:t>
      </w:r>
    </w:p>
    <w:p>
      <w:r>
        <w:br/>
        <w:t>The storm, which had been their greatest obstacle, had begun to recede, its fury diminishing to a mournful howl, the snow abating to a persistent, stinging sleet. It was as if the mountain itself was holding its breath, anticipating the grand, terrible spectacle that was about to unfold. Gareth’s senses, sharpened by the adrenaline and the primal urgency of their mission, began to pick up subtle shifts in the atmosphere. The usual scents of pine and damp earth were now overlaid with something else, something ancient and potent, a hum of raw, untamed magic that seemed to emanate from the very stone beneath their feet.</w:t>
      </w:r>
    </w:p>
    <w:p/>
    <w:p>
      <w:r>
        <w:br/>
        <w:t>“We’re close,” Lyra breathed, her voice a soft whisper against his ear, barely audible above the dying wind. Her eyes, usually so bright and sharp, now held a far-off look, as if she were already glimpsing the unseen forces at play. Even through the thick furs, Gareth could feel the tremor that ran through her, a mixture of awe and apprehension. The nexus was not merely a geographical location; it was a convergence of power, a place where the veil between worlds thinned, and where the fate of their kind would be irrevocably altered.</w:t>
      </w:r>
    </w:p>
    <w:p/>
    <w:p>
      <w:r>
        <w:br/>
        <w:t>As they crested the final rise, the world seemed to fall away, revealing a breathtaking, yet terrifying, panorama. They stood on the precipice of a vast, desolate plateau, a windswept expanse of barren rock and sparse, wind-scoured vegetation. But it was the structures that dominated the landscape that stole their breath. Ancient, monolithic stones, weathered by millennia and etched with symbols that spoke of forgotten rituals and primal power, stood like silent sentinels against the darkening sky. They were colossal, their dark, weathered surfaces seeming to absorb the fading light, and they hummed with an palpable energy, a deep, resonant thrum that vibrated through the very marrow of Gareth’s bones. This was the heart of the mountain, the nexus point.</w:t>
      </w:r>
    </w:p>
    <w:p/>
    <w:p>
      <w:r>
        <w:br/>
        <w:t>And the sky above… it was already beginning its sinister transformation. The moon, a pale disc just moments before, was now being consumed by a creeping shadow, a celestial maw that bled the light from the world. The encroaching darkness was not merely an absence of light; it was a tangible presence, tinged with a malevolent, blood-red glow that painted the snow-dusted rocks in shades of crimson and dried blood. The lunar eclipse had begun.</w:t>
      </w:r>
    </w:p>
    <w:p/>
    <w:p>
      <w:r>
        <w:br/>
        <w:t>Their arrival, however, was not unnoticed. A cold dread settled in Gareth’s stomach as his wolf’s instincts screamed danger. Stretching across the plateau, a fortified perimeter was already in place. Figures cloaked in obsidian black, their faces hidden by deep hoods, moved with a chilling, unified purpose. The Obsidian Hand. They were here. Chanting in unison, their voices a low, guttural drone that was both hypnotic and deeply disturbing, they were channeling a dark, corrupting energy towards the very center of the plateau, towards the heart of the nexus. The air crackled with an unnatural intensity, and the ground beneath their feet trembled with the ritual’s escalating power, a tremor that spoke of forces being unleashed, of ancient barriers being broken.</w:t>
      </w:r>
    </w:p>
    <w:p/>
    <w:p>
      <w:r>
        <w:br/>
        <w:t>Gareth instinctively pulled Lyra closer, his body a shield, his wolf bristling with a primal fury. The Obsidian Hand’s audacity, their blatant disregard for the sanctity of this place, was infuriating. They were desecrating the nexus, twisting its inherent power for their own dark ends. “They’re already at it,” he growled, his voice a low, dangerous rumble that vibrated against Lyra’s back. “They’ve wasted no time.”</w:t>
      </w:r>
    </w:p>
    <w:p/>
    <w:p>
      <w:r>
        <w:br/>
        <w:t>Lyra’s hand tightened on his arm, her knuckles white. She could feel the raw power of the ritual, a corrupting tide that threatened to overwhelm her senses. It was a perversion of what this place should be, a perversion of the balance of nature. “The chanting,” she whispered, her voice strained. “It’s a binding spell. They’re not just drawing power from the eclipse; they’re trying to anchor it, to make it permanent.”</w:t>
      </w:r>
    </w:p>
    <w:p/>
    <w:p>
      <w:r>
        <w:br/>
        <w:t>The monoliths seemed to throb with a dark energy, their ancient power being twisted and corrupted by the Obsidian Hand’s malevolent intent. Gareth could feel the struggle within the nexus itself, a silent battle between the natural forces and the dark magic being forcibly channeled. It was a terrifying spectacle, and one that was unfolding far too quickly. The eclipse was advancing, the blood-red glow intensifying, and the Obsidian Hand’s ritual was reaching its crescendo.</w:t>
      </w:r>
    </w:p>
    <w:p/>
    <w:p>
      <w:r>
        <w:br/>
        <w:t>“We can’t let them finish,” Gareth stated, his voice hard as steel. His eyes, now glowing with a fierce, amber light, scanned the perimeter. The Obsidian Hand had established a formidable defense, their cloaked figures forming a living wall around the central nexus. Getting to them would be a bloody, brutal affair.</w:t>
      </w:r>
    </w:p>
    <w:p/>
    <w:p>
      <w:r>
        <w:br/>
        <w:t>Lyra’s gaze, however, was fixed on the very heart of the plateau. “The stones,” she murmured, her voice filled with a sudden urgency. “They are the anchors. The source of the power they’re trying to bind. If we can disrupt their connection to the stones…”</w:t>
      </w:r>
    </w:p>
    <w:p/>
    <w:p>
      <w:r>
        <w:br/>
        <w:t>Gareth followed her gaze. The monoliths stood in a rough circle, and at the center, where the eclipse’s eerie light was most concentrated, was a focal point of swirling darkness. It was from this point that the Obsidian Hand's chants seemed to emanate, a vortex of malevolent energy. “They’re channeling through the largest stone, the one in the center,” he said, his wolf’s intuition confirming Lyra’s assessment. “If we can break that connection…”</w:t>
      </w:r>
    </w:p>
    <w:p/>
    <w:p>
      <w:r>
        <w:br/>
        <w:t>“We need to get to it,” Lyra finished, her resolve hardening. The fear was still present, a cold knot in her stomach, but it was now tempered by a fierce determination. This was not just about survival; it was about protecting their world, about preventing the Obsidian Hand from plunging it into eternal darkness.</w:t>
      </w:r>
    </w:p>
    <w:p/>
    <w:p>
      <w:r>
        <w:br/>
        <w:t>The Obsidian Hand’s chanting grew louder, more intense, the guttural syllables seeming to claw at the air. The ground beneath them vibrated with an almost unbearable intensity, and the very air felt heavy, thick with the oppressive weight of the ritual. The blood-red light of the eclipse pulsed, casting long, distorted shadows that danced and writhed like specters.</w:t>
      </w:r>
    </w:p>
    <w:p/>
    <w:p>
      <w:r>
        <w:br/>
        <w:t>“They’re close,” Gareth said, his voice a low growl. “Their power is growing. We don’t have much time.” He looked at Lyra, his eyes filled with a fierce protectiveness. “Are you ready?”</w:t>
      </w:r>
    </w:p>
    <w:p/>
    <w:p>
      <w:r>
        <w:br/>
        <w:t>Lyra met his gaze, her own eyes burning with a borrowed fire. She nodded, a small, determined gesture. “As I’ll ever be.” She reached into her satchel, her fingers closing around the smooth, cool surface of an obsidian shard, a relic she had retrieved from a forgotten temple, imbued with its own protective energies. It was a small defense, but it was all she had.</w:t>
      </w:r>
    </w:p>
    <w:p/>
    <w:p>
      <w:r>
        <w:br/>
        <w:t>Gareth gave a curt nod, his wolf shifting beneath his skin, his muscles tensing, ready to unleash his full power. He could feel the primal urge to protect Lyra overriding all other instincts. But he knew, with a certainty that chilled him to the bone, that this was a battle they had to win. Not just for themselves, but for every shifter, for every creature of the wild, who would be enslaved or destroyed if the Obsidian Hand succeeded in their dark ambition.</w:t>
      </w:r>
    </w:p>
    <w:p/>
    <w:p>
      <w:r>
        <w:br/>
        <w:t>The ritual's heartbeat was growing stronger, faster, a dark pulse that threatened to consume the very fabric of reality. The monoliths pulsed with an unholy light, their ancient power being twisted and perverted by the Obsidian Hand's dark magic. The blood-red hue of the eclipse intensified, painting the desolate plateau in shades of sanguine horror. The air crackled with an almost unbearable tension, a palpable energy that vibrated through bone and sinew. Gareth felt the primal urge to shift, to unleash the full fury of his wolf, but he held back, his gaze locked on Lyra. They needed to be strategic, not reckless.</w:t>
      </w:r>
    </w:p>
    <w:p/>
    <w:p>
      <w:r>
        <w:br/>
        <w:t>Lyra, meanwhile, was drawing upon her own nascent abilities, her connection to the ancient energies of this place deepening with every passing second. She could feel the tremor in the earth, the hum of the stones, the insidious tendrils of the Obsidian Hand's magic. It was a symphony of power, a chaotic, terrifying melody that threatened to overwhelm the senses. But within the chaos, she could also sense a thread of resistance, a faint whisper of the nexus’s true nature, a natural order that was being violently suppressed.</w:t>
      </w:r>
    </w:p>
    <w:p/>
    <w:p>
      <w:r>
        <w:br/>
        <w:t>“They’re reinforcing the perimeter,” Gareth grunted, his keen eyes spotting subtle shifts in the obsidian-clad figures. “More of them are converging on the central stone. They know we’re here.” He could feel the heightened awareness of their presence, the shift in the Obsidian Hand’s focus from their ritual to the unexpected intruders.</w:t>
      </w:r>
    </w:p>
    <w:p/>
    <w:p>
      <w:r>
        <w:br/>
        <w:t>Lyra took a deep, steadying breath, the frigid air burning her lungs but clearing her mind. “The stone… the largest one,” she said, her voice clear and steady, cutting through the din of the chanting. “That’s their primary focus. If we can break their connection to it, even for a moment, it might disrupt the entire ritual.”</w:t>
      </w:r>
    </w:p>
    <w:p/>
    <w:p>
      <w:r>
        <w:br/>
        <w:t>Gareth’s wolf stirred within him, a low growl rumbling in his chest. The thought of charging headlong into the Obsidian Hand’s fortified ranks was tempting, a primal urge to defend and protect. But Lyra’s words resonated with a strategic brilliance that surprised even him. Disrupting the central anchor was a far more effective plan than simply engaging in a pitched battle against overwhelming numbers. “How do we get to it?” he asked, his gaze sweeping across the plateau, assessing the formidable defenses.</w:t>
      </w:r>
    </w:p>
    <w:p/>
    <w:p>
      <w:r>
        <w:br/>
        <w:t>The Obsidian Hand’s figures moved with an almost unnatural synchronicity, their chanting a constant, oppressive drone that seemed to drain the very life from the air. They were a wall of darkness, a living embodiment of the corrupted power they sought to unleash. Lyra’s eyes narrowed, her mind racing, sifting through ancient lore, through forgotten tales of power and protection. “The other stones,” she said, pointing to the smaller monoliths scattered across the plateau. “They’re conduits, channeling energy to the central one. If we can disrupt those conduits, weaken their flow…”</w:t>
      </w:r>
    </w:p>
    <w:p/>
    <w:p>
      <w:r>
        <w:br/>
        <w:t>Gareth understood. It was a calculated risk, a dangerous dance on the edge of oblivion. But it was their only hope. “We create a diversion,” he said, a grim smile touching his lips. “Draw their attention away from the center. You focus on the conduits. I’ll create an opening.”</w:t>
      </w:r>
    </w:p>
    <w:p/>
    <w:p>
      <w:r>
        <w:br/>
        <w:t>Lyra nodded, her gaze meeting his. In the midst of the darkening sky and the encroaching ritual, a silent understanding passed between them. It was a bond forged in shared peril, a partnership built on mutual trust and unwavering resolve. She could feel the raw power of the nexus thrumming beneath her feet, a power that was both terrifying and alluring. It was a force that could be wielded for good or for ill, and in that moment, she knew, with absolute certainty, that they were on the right side of that cosmic struggle.</w:t>
      </w:r>
    </w:p>
    <w:p/>
    <w:p>
      <w:r>
        <w:br/>
        <w:t>The lunar eclipse reached its zenith, casting the plateau in an eerie, blood-red twilight. The monoliths, ancient and imposing, seemed to absorb the spectral light, their surfaces shimmering with a latent power. The Obsidian Hand’s chanting reached a fever pitch, their unified voices a chilling invocation that reverberated through the very soul of the mountain. They stood in a tight formation around the central, largest stone, a dark vortex of cloaked figures, their hands outstretched, channeling the potent energy of the eclipse into the nexus. The ground beneath Gareth and Lyra’s feet trembled violently, the air thick with the palpable weight of the ritual.</w:t>
      </w:r>
    </w:p>
    <w:p/>
    <w:p>
      <w:r>
        <w:br/>
        <w:t>“They’re almost there,” Gareth rasped, his wolf bristling, a low growl vibrating in his chest. He could feel the shift in the energy, the culmination of their dark work drawing near. The Obsidian Hand’s objective was clear: to seize control of the nexus, to bind its immense power to their will, and to usher in an era of darkness for the shifter world. The stakes had never been higher.</w:t>
      </w:r>
    </w:p>
    <w:p/>
    <w:p>
      <w:r>
        <w:br/>
        <w:t>Lyra, her face set in grim determination, felt the raw, untamed energy of the nexus surging around them. It was a potent force, a primal power that could reshape the world. The Obsidian Hand’s ritual was a blatant attempt to corrupt and control it, to twist its life-giving essence into a tool of oppression. “The stones,” she said, her voice tight with urgency. “They are acting as focal points. The largest in the center is their primary conduit, but the others are channeling energy to it. If we can sever those smaller connections…”</w:t>
      </w:r>
    </w:p>
    <w:p/>
    <w:p>
      <w:r>
        <w:br/>
        <w:t>Gareth’s eyes, glowing with an intense amber light, narrowed as he followed Lyra’s gaze. He saw the array of monolithic stones, each one humming with its own unique energy, and the Obsidian Hand figures positioned around them, their chanting a dissonant chorus that grated against his very being. He understood Lyra’s strategy. They couldn’t hope to overpower the entire Obsidian Hand at the center, but perhaps, just perhaps, they could disrupt the flow of power, sow chaos, and create an opening.</w:t>
      </w:r>
    </w:p>
    <w:p/>
    <w:p>
      <w:r>
        <w:br/>
        <w:t>“Distract them,” Gareth said, his voice a low, dangerous growl. “Draw their attention. I’ll target the conduits.” His wolf surged within him, a primal instinct for battle and protection awakening. He was ready to unleash the fury of his beast, to rip through their defenses and defend Lyra and their world with every fiber of his being.</w:t>
      </w:r>
    </w:p>
    <w:p/>
    <w:p>
      <w:r>
        <w:br/>
        <w:t>Lyra nodded, her own power beginning to stir. She could feel a deep, resonant connection to the nexus, a kinship with the ancient energies that flowed through the stones. It was a power she was only beginning to understand, a force that could be as destructive as it could be protective. She reached out, not physically, but with her mind, her senses extending towards the nearest monolith, its dark surface pulsating with a faint, red light.</w:t>
      </w:r>
    </w:p>
    <w:p/>
    <w:p>
      <w:r>
        <w:br/>
        <w:t>As Gareth tensed, ready to launch his assault, a voice, cold and sharp, sliced through the cacophony of the ritual. “So, the pests have arrived. We expected you, Lyra. And you, wolf.”</w:t>
      </w:r>
    </w:p>
    <w:p/>
    <w:p>
      <w:r>
        <w:br/>
        <w:t>A figure emerged from the ranks of the Obsidian Hand, taller and more imposing than the others, clad in robes of the deepest black, a silver amulet glinting at his throat. His presence exuded an aura of malevolent authority, a chilling certainty of power. It was Silas, the architect of this dark ritual, his eyes burning with a fanatical gleam.</w:t>
      </w:r>
    </w:p>
    <w:p/>
    <w:p>
      <w:r>
        <w:br/>
        <w:t>“Silas,” Lyra spat, her voice laced with loathing. The encounter with him before, the sheer malice that radiated from him, had left a deep scar.</w:t>
      </w:r>
    </w:p>
    <w:p/>
    <w:p>
      <w:r>
        <w:br/>
        <w:t>Silas offered a cruel smile, his gaze flicking between Lyra and Gareth. “You are too late. The lunar eclipse, the nexus, the will of the Ancients… it is all aligning. Soon, the old order will be restored, and the reign of your kind will end.” He gestured towards the central stone, where the dark energy swirled with ever-increasing intensity. “This nexus will be the foundation of our new world.”</w:t>
      </w:r>
    </w:p>
    <w:p/>
    <w:p>
      <w:r>
        <w:br/>
        <w:t>Gareth let out a guttural roar, a sound of pure, unadulterated rage. He couldn’t stand idly by while Silas reveled in his dark victory. The time for subtlety was over. “You will not win, Silas,” Gareth snarled, his wolf fully unleashed, his form blurring as he began to shift, his bones cracking and reforming, his fur bristling. “Not while I draw breath!”</w:t>
      </w:r>
    </w:p>
    <w:p/>
    <w:p>
      <w:r>
        <w:br/>
        <w:t>Before Gareth could fully complete his transformation, Silas raised a hand, and a wave of dark energy slammed into him, throwing him back against the icy ground. Lyra cried out, her own nascent powers flaring in response to Gareth’s plight. The nexus itself seemed to recoil from Silas’s touch, the stones pulsing with a desperate, protective energy. Silas, however, merely chuckled, his eyes fixed on Lyra. “Your defiance is… admirable. But futile.”</w:t>
      </w:r>
    </w:p>
    <w:p/>
    <w:p>
      <w:r>
        <w:br/>
        <w:t>He turned his attention back to the ritual, his voice rising above the din of the chanting. “The final convergence is at hand! Seal the nexus! Unleash the darkness!” The Obsidian Hand members around the central stone redoubled their efforts, their chants becoming a deafening roar. The very fabric of reality seemed to warp and twist around the nexus, the blood-red light of the eclipse intensifying to a blinding degree. The ground beneath Lyra’s feet shuddered, a violent tremor that threatened to tear the plateau apart. The ritual's heartbeat was no longer a hum; it was a thunderous, all-consuming roar, a prelude to oblivion.</w:t>
      </w:r>
    </w:p>
    <w:p/>
    <w:p>
      <w:r>
        <w:t>The air crackled with an unholy energy, a potent cocktail of raw magic and the encroaching celestial darkness. The Obsidian Hand’s chanting had escalated, no longer a mere drone but a fevered incantation, each syllable a shard of ice aimed at the very soul of the shifter race. Gareth, sprawled on the frozen ground, felt the violation keenly. The ritual was a desecration, a perversion of the natural order that pulsed through his veins, through every wolf, every bear, every creature that bore the mark of the moon. Silas’s smug pronouncements echoed in his dazed mind, a venomous whisper of conquest. “The old order will be restored…” The audacity! As if the vibrant, untamed chaos of shifter existence was something to be erased, replaced by the sterile, oppressive order of the Obsidian Hand.</w:t>
      </w:r>
    </w:p>
    <w:p>
      <w:r>
        <w:br/>
        <w:t>Lyra’s cry, sharp and desperate, jolted him. Silas had turned his attention back to the ritual, his focus on the central monolith, the heart of the nexus. But Lyra… she was still a target. Even in his dazed state, Gareth could feel the predatory intensity in Silas’s gaze as it swept over her. He was toying with them, enjoying their struggle, their futile defiance. The amulet at Silas’s throat pulsed with a dark, sickly light, an extension of the ritual’s corrupted power. Gareth’s wolf snarled, a low, guttural sound of pure, unadulterated rage. He was a creature of instinct, of primal fury, and Silas’s arrogance was a gauntlet thrown at his very nature.</w:t>
      </w:r>
    </w:p>
    <w:p/>
    <w:p>
      <w:r>
        <w:br/>
        <w:t>“You will not win, Silas,” Gareth growled, the words torn from his chest as he struggled to rise. His body screamed in protest, the impact of Silas’s magic leaving him battered and bruised, but his will, fueled by the burning need to protect Lyra and his kin, was unyielding. The transformation that had begun before the attack, the agonizing shift into his wolf form, was still incomplete, his bones protesting, his muscles knotting. But the wolf was present, a raging inferno beneath his skin, a storm ready to break.</w:t>
      </w:r>
    </w:p>
    <w:p/>
    <w:p>
      <w:r>
        <w:br/>
        <w:t>Silas merely chuckled, a dry, rasping sound that held no mirth. He raised a hand again, not towards Gareth this time, but towards the central monolith, the one at the heart of the nexus. The dark energy swirling around it intensified, coalescing into a tangible vortex of shadow. “The final convergence is at hand!” his voice boomed, amplified by the raw power of the eclipse. “Seal the nexus! Unleash the darkness!”</w:t>
      </w:r>
    </w:p>
    <w:p/>
    <w:p>
      <w:r>
        <w:br/>
        <w:t>The Obsidian Hand acolytes around the monolith redoubled their efforts, their chanting reaching a deafening crescendo. The ground beneath Lyra’s feet shuddered violently, a tremor that spoke of the very fabric of reality tearing at the seams. The blood-red light of the eclipse, already blinding, seemed to flare, pulsing with an almost sentient malevolence. Gareth could feel it, the primal power of the nexus being twisted, corrupted, its raw, wild energy being forced into a mold of Silas’s design. Anya’s journal, with its chilling descriptions of the Veil of Oblivion, flashed through his mind. He remembered the words, the grim pronouncements of what the ritual would do: sever the connection, drain the power, erase identity.</w:t>
      </w:r>
    </w:p>
    <w:p/>
    <w:p>
      <w:r>
        <w:br/>
        <w:t>“The Veil of Oblivion,” Lyra gasped, her voice barely audible above the roaring incantation. “He’s enacting the Veil of Oblivion. Anya warned of this.” Her eyes, wide with a dawning horror, locked onto Gareth’s. “It’s designed to sever our connection to the moon, Gareth. To drain us. To make us… less.”</w:t>
      </w:r>
    </w:p>
    <w:p/>
    <w:p>
      <w:r>
        <w:br/>
        <w:t>The implication hung heavy in the frigid air, a promise of a future where shifters were mere husks, their power and their very essence leached away. The moon, their ancient matriarch, their source of strength and identity, would become a distant, silent observer, its influence severed. It was a fate worse than death, a spiritual annihilation. Gareth’s wolf let out a frustrated roar. To be stripped of his wolf, of the very core of his being… it was unthinkable.</w:t>
      </w:r>
    </w:p>
    <w:p/>
    <w:p>
      <w:r>
        <w:br/>
        <w:t>Silas, oblivious to their mounting dread, or perhaps reveling in it, continued his pronouncements. “Order will prevail! The chaotic nature of your kind will be purged! No longer will the moon dictate your wild impulses. You will be… cleansed. Made pure. Made controllable.” He gestured with a sweeping motion, his eyes burning with a fanatic’s zeal. “This nexus is the key. It is the conduit through which we will impose our will upon the world. The Veil will be absolute!”</w:t>
      </w:r>
    </w:p>
    <w:p/>
    <w:p>
      <w:r>
        <w:br/>
        <w:t>The monoliths, ancient sentinels of this sacred place, seemed to weep under the onslaught of the dark magic. Their surfaces, etched with symbols of primal power and balance, were now being defiled by the Obsidian Hand’s corrupted energy. Gareth could feel the strain, the deep, resonant hum of the nexus fighting against the forced intrusion. It was a desperate struggle, a silent battle being waged at the very heart of their world.</w:t>
      </w:r>
    </w:p>
    <w:p/>
    <w:p>
      <w:r>
        <w:br/>
        <w:t>Lyra, despite the pain and disorientation, felt a flicker of resistance within the nexus itself. Anya’s journal had spoken of the Veil not just as a ritual of severing, but as a desperate act of control by those who feared what they could not understand. The Obsidian Hand believed that by stripping shifters of their lunar connection, they would eradicate the 'chaos' inherent in their nature, imposing their own sterile, rigid order. But the nexus was alive, ancient, and it would not yield its power willingly. It pulsed with a primal energy, a force that had existed long before Silas and his followers, a force that resisted subjugation.</w:t>
      </w:r>
    </w:p>
    <w:p/>
    <w:p>
      <w:r>
        <w:br/>
        <w:t>“He’s wrong,” Lyra whispered, her voice gaining strength as she drew upon that burgeoning connection. “The moon isn’t chaos. It’s life. It’s balance. They’re trying to break something that can’t be broken, only understood.” She focused her will, her senses reaching out, seeking the weak points in the Obsidian Hand’s magical construct. Anya had described the ritual in detail, not just its purpose, but the intricate weave of spells that powered it. It required absolute focus, absolute synchronization from its participants.</w:t>
      </w:r>
    </w:p>
    <w:p/>
    <w:p>
      <w:r>
        <w:br/>
        <w:t>Silas, however, seemed to sense Lyra’s defiance. He turned his head, his burning gaze fixing on her once more. “You cling to your primal bonds, little one? Foolish. The moon is a fickle mistress, a source of uncontrolled power. We offer control. Stability. An end to the endless, destructive cycles of your kind.” He smirked, a chillingly confident expression. “The Veil will render you docile. Obedient. The chaos will be extinguished. Imagine a world where the moon’s influence is silenced, where your instincts are muted, where your power is… manageable.”</w:t>
      </w:r>
    </w:p>
    <w:p/>
    <w:p>
      <w:r>
        <w:br/>
        <w:t>Gareth let out another guttural roar, this one laced with a desperate fury. The thought of Lyra, of himself, of every shifter reduced to a shadow of their former selves, was a horror he couldn’t comprehend. The eclipse, a celestial event meant to be a symbol of transformation and renewal, was being twisted into a tool of subjugation. The blood-red light seemed to bleed into the very snow, staining the pristine white with the promise of a dark future.</w:t>
      </w:r>
    </w:p>
    <w:p/>
    <w:p>
      <w:r>
        <w:br/>
        <w:t>Lyra’s hand instinctively went to her satchel, her fingers brushing against the smooth, cool surface of the obsidian shard. Anya had gifted it to her, a relic imbued with ancient protective energies, a shard of a power that predated even the Veil. It was a small thing, but in this moment, it felt like a lifeline. She could feel the ritualists concentrating their power, their movements precise, almost ritualistic, as they prepared to invoke the full, devastating force of the eclipse. Their focus was absolute, their collective will a formidable barrier.</w:t>
      </w:r>
    </w:p>
    <w:p/>
    <w:p>
      <w:r>
        <w:br/>
        <w:t>“They’re not just trying to sever the connection,” Lyra said, her voice strained, her gaze fixed on the swirling vortex of energy around the central monolith. “They’re creating a void. A space where the moon’s influence cannot reach. The Veil isn’t just about draining power; it’s about creating a permanent absence.” Anya’s journal had described it as a ‘cosmic lobotomy,’ a chillingly apt metaphor.</w:t>
      </w:r>
    </w:p>
    <w:p/>
    <w:p>
      <w:r>
        <w:br/>
        <w:t>Gareth, still struggling to fully shift, his body a battlefield of reforming bone and muscle, felt a surge of primal power. The wolf was breaking free, not just from the ritual’s impact, but from the physical constraints of his human form. His senses, already heightened, flared. He could smell the fear of the Obsidian Hand, masked by their fervent devotion, a subtle undercurrent of doubt that rippled through their ranks. They were powerful, yes, but they were also deluded, their faith in Silas blinding them to the true nature of the forces they were unleashing.</w:t>
      </w:r>
    </w:p>
    <w:p/>
    <w:p>
      <w:r>
        <w:br/>
        <w:t>“They believe they are bringing order,” Gareth growled, his voice a deep rumble, the beginnings of a snarl in his tone. “They are bringing death. The death of spirit, the death of freedom.” He met Lyra’s gaze, his eyes now a searing amber, the wolf’s instincts sharpening his focus. He could see the strain on her, the immense pressure she was under, but also the unwavering resolve that burned within her.</w:t>
      </w:r>
    </w:p>
    <w:p/>
    <w:p>
      <w:r>
        <w:br/>
        <w:t>“We can’t let them succeed,” Lyra stated, her voice firm, cutting through the din of the ritual. “This isn’t just about us, Gareth. It’s about every shifter. Every creature tied to the moon. If they succeed, we’ll be… diminished. Forever.” The thought sent a shiver down her spine, a profound sense of dread. To be a shifter without the moon, without the primal connection, without the very essence of their being… it was a fate that threatened to shatter her very soul.</w:t>
      </w:r>
    </w:p>
    <w:p/>
    <w:p>
      <w:r>
        <w:br/>
        <w:t>Silas, sensing the shift in the atmosphere, the subtle tremor of defiance rippling from Gareth and Lyra, turned his attention back to them. A cruel smile played on his lips. “You speak of freedom? Of spirit? You speak of chaos. The moon is a capricious mistress, prone to madness. We offer enlightenment. Control. A world free from the unpredictable whims of nature.” He gestured to the central monolith, where the dark energy pulsed like a malevolent heart. “The Veil of Oblivion will ensure peace. True, lasting peace. The peace of absolute order.”</w:t>
      </w:r>
    </w:p>
    <w:p/>
    <w:p>
      <w:r>
        <w:br/>
        <w:t>Lyra’s jaw tightened. “Your ‘peace’ is the peace of the grave, Silas. You fear what you cannot control, so you seek to destroy it.” She could feel the nexus reacting to Silas’s words, the ancient stones humming with a low thrum of protest. The very air around them seemed to thicken, the blood-red light of the eclipse casting long, distorted shadows that danced like tormented spirits.</w:t>
      </w:r>
    </w:p>
    <w:p/>
    <w:p>
      <w:r>
        <w:br/>
        <w:t>Gareth, now fully in his wolf form, a magnificent beast of muscle and fur, stood tall, his amber eyes blazing with righteous fury. His primal instincts screamed for action, for the visceral act of tearing down Silas and his followers. But Lyra’s earlier assessment, her strategic mind, echoed in his consciousness. Direct assault was likely suicide. They needed to disrupt the ritual.</w:t>
      </w:r>
    </w:p>
    <w:p/>
    <w:p>
      <w:r>
        <w:br/>
        <w:t>“Anya’s journal,” Lyra said, her voice urgent, her eyes scanning the faces of the ritualists. “She wrote that the Veil requires absolute focus. A synchronized manifestation of will. If we can break that synchronization, even for a moment…”</w:t>
      </w:r>
    </w:p>
    <w:p/>
    <w:p>
      <w:r>
        <w:br/>
        <w:t>Gareth understood. The Obsidian Hand’s power lay in their unity, their shared purpose. If that unity could be shattered, the ritual would falter. “Diversion,” he growled, his voice a low rumble that vibrated through the snow-covered ground. “You create the distraction. I will target the conduits. We break their focus, shatter their unity.”</w:t>
      </w:r>
    </w:p>
    <w:p/>
    <w:p>
      <w:r>
        <w:br/>
        <w:t>Lyra nodded, a flicker of hope igniting in her eyes. “The smaller monoliths are the channels,” she said, her gaze flicking to the other stones scattered across the plateau, each one pulsing with a faint, red glow. “If we can disrupt the flow of energy to the central stone…”</w:t>
      </w:r>
    </w:p>
    <w:p/>
    <w:p>
      <w:r>
        <w:br/>
        <w:t>Silas, observing their hushed, urgent exchange, let out another mocking laugh. “You believe you can unravel our work? You underestimate the power of conviction, shifters. The Veil is already forming. The moon’s influence wanes. Soon, you will be but echoes of what you once were.” He raised his hands, his voice booming once more. “The ritual must be completed! The Veil must be sealed!”</w:t>
      </w:r>
    </w:p>
    <w:p/>
    <w:p>
      <w:r>
        <w:br/>
        <w:t>The Obsidian Hand acolytes responded with renewed fervor, their chanting intensifying, their movements becoming more frantic, more desperate. The ground trembled violently, the blood-red light of the eclipse flashing in rhythm with their incantations. Gareth could feel the ritual reaching its apex, the forces being channeled towards the central monolith swelling to an overwhelming degree. The Veil of Oblivion was not just a theoretical concept anymore; it was a tangible threat, a dark curtain descending upon their world.</w:t>
      </w:r>
    </w:p>
    <w:p/>
    <w:p>
      <w:r>
        <w:br/>
        <w:t>Lyra’s breath hitched as she felt a profound shift in the energy. The nexus, which had been resisting the Obsidian Hand’s influence, was now being overwhelmed. The stones pulsed with a frantic, desperate light, as if crying out in pain. Anya’s warnings about the Veil’s permanence, about its ability to irrevocably alter the very nature of shifters, flooded her mind. To be stripped of the moon’s grace, to become creatures of mere shadow and instinct, devoid of the ancient power that defined them… it was a terrifying prospect.</w:t>
      </w:r>
    </w:p>
    <w:p/>
    <w:p>
      <w:r>
        <w:br/>
        <w:t>Gareth, his wolf form a picture of controlled rage, tensed, ready to spring. He could feel the immense power of the eclipse being funneled into the central monolith, a dark, swirling vortex of corrupted lunar energy. The Obsidian Hand’s conviction was a formidable force, their synchronized chanting a relentless assault on the nexus’s defenses. He looked at Lyra, his amber eyes meeting her determined gaze. They were fighting for more than just their own lives; they were fighting for the very soul of their kind.</w:t>
      </w:r>
    </w:p>
    <w:p/>
    <w:p>
      <w:r>
        <w:br/>
        <w:t>“We have to break their concentration,” Lyra said, her voice a low, urgent whisper. “Anya’s journal… she said the Veil requires absolute unity. If we can shatter that unity, even for a moment, the ritual will falter.”</w:t>
      </w:r>
    </w:p>
    <w:p/>
    <w:p>
      <w:r>
        <w:br/>
        <w:t>Gareth nodded, a grim understanding passing between them. Direct confrontation was futile against such numbers and such focused power. They needed to sow discord, to disrupt the flow. “You create the diversion,” he growled, his wolf stirring restlessly beneath his fur. “I’ll target the conduits. We break their focus, shatter their hold.”</w:t>
      </w:r>
    </w:p>
    <w:p/>
    <w:p>
      <w:r>
        <w:br/>
        <w:t>Lyra’s gaze swept across the plateau, her eyes falling on the smaller monoliths scattered around the central stone. They pulsed with a dim, red light, acting as conduits for the eclipse’s energy. “The other stones,” she confirmed, her voice gaining a newfound resolve. “They are channeling the power. If we can disrupt those channels…”</w:t>
      </w:r>
    </w:p>
    <w:p/>
    <w:p>
      <w:r>
        <w:br/>
        <w:t>Silas, sensing their furtive exchange, let out a contemptuous snort. “You think your pathetic defiance can stop the inevitable? The Veil of Oblivion is not a suggestion, shifters. It is a decree. The moon’s chaos will be replaced by our order. Your identities, your power… they will be scrubbed clean. You will be remade. Made compliant.”</w:t>
      </w:r>
    </w:p>
    <w:p/>
    <w:p>
      <w:r>
        <w:br/>
        <w:t>The words struck Lyra with the force of a physical blow. Scrubbed clean. Remade. Compliant. It was a chilling vision of the future, a future devoid of the wild spirit that was so intrinsic to her being. She could feel the truth of Anya’s warnings now, the profound existential threat posed by the Veil. It was designed to erase not just their connection to the moon, but their very sense of self, leaving them as hollowed-out versions of their former selves.</w:t>
      </w:r>
    </w:p>
    <w:p/>
    <w:p>
      <w:r>
        <w:br/>
        <w:t>“You fear us, Silas,” Lyra stated, her voice ringing with a newfound authority. “You fear the untamed nature that you cannot control, so you seek to annihilate it. But you are wrong. The moon is not chaos; it is life. And life… life will always find a way to endure.”</w:t>
      </w:r>
    </w:p>
    <w:p/>
    <w:p>
      <w:r>
        <w:br/>
        <w:t>Gareth let out a low growl, a primal rumble of agreement that vibrated through the ground. He could feel the ancient power of the nexus stirring, a faint resistance to the Obsidian Hand’s perversion. It was a power that resonated with Lyra’s words, with the very essence of their being. The Veil of Oblivion was a brutal attempt to sever a fundamental connection, to create a void where there should be life, to enforce an unnatural order upon the wild, vibrant tapestry of shifter existence. The ritualists, their faces impassive masks of concentration, were poised to unleash the full, devastating force of the eclipse, to permanently dim the lunar light that had guided and empowered their kind for millennia. The stakes had never been higher, and the shadows of oblivion were already beginning to lengthen.</w:t>
      </w:r>
    </w:p>
    <w:p/>
    <w:p>
      <w:r>
        <w:t>The elite guard of the Obsidian Hand stood between them and the heart of the ritual, a wall of dark conviction and corrupted power. They were not mere acolytes; these were warriors forged in the fires of Silas’s fanatical ideology, their forms honed and their minds indoctrinated. Their armor, crafted from a strange, obsidian-like metal that seemed to absorb the very light of the blood-red eclipse, shimmered with a faint, unholy luminescence. Each bore a sigil of the Obsidian Hand etched onto their breastplates, a symbol of their unwavering loyalty. Their weapons, honed to a razor’s edge, hummed with a latent energy, ready to spill shifter blood.</w:t>
      </w:r>
    </w:p>
    <w:p>
      <w:r>
        <w:br/>
        <w:t>Gareth, his wolf form a terrifying spectacle of coiled muscle and primal fury, felt the challenge in their presence. They emanated a different kind of power than the ritualists – a focused, aggressive intent, a predatory stillness that spoke of countless battles waged and won in the name of Silas’s twisted vision. The air around them crackled, not with the raw, untamed magic of the nexus, but with a disciplined, malevolent force, a testament to their training in the dark arts Silas commanded. He saw it in their eyes, those cold, unwavering orbs that held no trace of doubt or fear, only a chilling dedication to their cause. These were the guardians, the enforcers of Silas’s will, and they would not yield easily.</w:t>
      </w:r>
    </w:p>
    <w:p/>
    <w:p>
      <w:r>
        <w:br/>
        <w:t>Lyra’s hand found Gareth’s massive paw, her touch a grounding warmth against his fur. She felt the surge of his power, the raw, untamed energy that threatened to erupt from him like a volcano. But she also felt the control he exerted, a testament to his strength of will, a strength that was amplified by their bond. Her own heart pounded in her chest, a frantic rhythm against her ribs. The Obsidian Hand’s promise of control, of purging the ‘chaos’ of shifter existence, was a direct assault on everything she believed in, everything she was. Her past, marked by the loss and betrayal she had endured at the hands of those who sought to control and diminish others, fueled a burning fire within her. These guards were a physical manifestation of that threat, and she would not let them pass.</w:t>
      </w:r>
    </w:p>
    <w:p/>
    <w:p>
      <w:r>
        <w:br/>
        <w:t>“They are more than warriors, Gareth,” Lyra’s voice was a low, steady hum, her gaze fixed on the armored figures. “They are imbued with Silas’s power. Their weapons are enchanted, their very essence is tied to his will.” She could feel the dark magic clinging to them, a palpable aura that sickened the very air. Anya’s journal had spoken of the Obsidian Hand’s elite, their ‘Shadow Guard,’ individuals who had undergone rigorous, often brutal, training to become living weapons, their souls bound to Silas’s dark master. They were not simply soldiers; they were extensions of Silas’s will, imbued with a fraction of his corrupted power.</w:t>
      </w:r>
    </w:p>
    <w:p/>
    <w:p>
      <w:r>
        <w:br/>
        <w:t>Gareth’s wolf let out a low growl, a sound that rumbled deep in his chest. He could sense it too – the unnatural strength, the heightened senses that allowed them to perceive threats with unnerving accuracy. He saw the subtle shift in their stances, the way their eyes tracked every movement, anticipating any attempt to advance. They were a formidable barrier, their formation deliberately designed to funnel any attacker into a killing zone. The ritualists behind them continued their chanting, oblivious to the impending clash, their focus fixed on the swirling energies of the nexus.</w:t>
      </w:r>
    </w:p>
    <w:p/>
    <w:p>
      <w:r>
        <w:br/>
        <w:t>“We break through them,” Gareth stated, his voice a resonant growl that held an undeniable authority. “We cannot allow them to become a permanent fixture in this place. If Silas succeeds, they will be the instruments of his control.” His amber eyes narrowed, locking onto the leader of the guard, a hulking figure whose armor seemed to absorb even more of the dim light, making him appear as a void in human form. The sigil on his chest pulsed with a particularly potent dark energy.</w:t>
      </w:r>
    </w:p>
    <w:p/>
    <w:p>
      <w:r>
        <w:br/>
        <w:t>Lyra met Gareth’s gaze, a shared understanding passing between them. This was not just about reaching the monolith; it was about a fundamental clash of ideals. The Obsidian Hand represented a future of suppression, of enforced conformity, of a sterile order that would extinguish the vibrant, wild spirit of the shifter race. She and Gareth, bound by fate and a shared desire for freedom, represented a different path, one where their primal nature was not a weakness to be purged, but a source of strength to be embraced. Her past experiences had taught her the brutal cost of such suppression, and she would fight with every fiber of her being to prevent Silas from imposing his will upon their kind.</w:t>
      </w:r>
    </w:p>
    <w:p/>
    <w:p>
      <w:r>
        <w:br/>
        <w:t>“Together,” Lyra breathed, her grip tightening on Gareth’s paw. Her own power, though not as raw or explosive as his, was a potent force, a honed edge of instinct and magic. She had spent years refining her abilities, learning to channel her inner fire, and now, facing this direct threat to her future and the future of all shifters, that fire burned brighter than ever. She remembered the faces of those who had been broken by Silas’s ideology, the hollowed-out shells of what they once were, and a fierce determination settled within her.</w:t>
      </w:r>
    </w:p>
    <w:p/>
    <w:p>
      <w:r>
        <w:br/>
        <w:t>With a roar that seemed to shake the very foundations of the nexus, Gareth launched himself forward. His wolf form was a blur of motion, his massive frame covering the distance between them with astonishing speed. The elite guards reacted instantly, their formation shifting, their weapons drawn. A low hum filled the air as their enchanted blades met Gareth’s charge. The clang of metal on fur and bone echoed across the icy plateau, a brutal symphony of conflict.</w:t>
      </w:r>
    </w:p>
    <w:p/>
    <w:p>
      <w:r>
        <w:br/>
        <w:t>Gareth’s claws raked across the chest of the first guard, tearing through the enchanted armor with a shower of dark sparks. The guard stumbled back, a guttural cry escaping his lips, but he did not fall. Instead, he brought his obsidian-hilted sword down in a sweeping arc, aiming for Gareth’s flank. Gareth twisted, the blow grazing his ribs, the magical energy of the blade searing his fur and flesh. Pain lanced through him, but the wolf ignored it, his focus entirely on the fight, on clearing the path for Lyra.</w:t>
      </w:r>
    </w:p>
    <w:p/>
    <w:p>
      <w:r>
        <w:br/>
        <w:t>Lyra was right behind him, her movements a fluid dance of evasion and offense. Where Gareth was a force of nature, a hurricane of raw power, Lyra was a skilled predator, striking with precision and speed. She dodged a wild swing from a guard’s mace, the wind of its passage ruffling her hair, and retaliated with a blast of concentrated energy from her palm. The force of the magical burst slammed into the guard’s chest, sending him staggering backward, his armor glowing ominously where the impact struck.</w:t>
      </w:r>
    </w:p>
    <w:p/>
    <w:p>
      <w:r>
        <w:br/>
        <w:t>“Focus on breaking their formation!” Lyra yelled, her voice carrying over the din of battle. “They are strongest when they are united!”</w:t>
      </w:r>
    </w:p>
    <w:p/>
    <w:p>
      <w:r>
        <w:br/>
        <w:t>Gareth understood. Their strength lay in their synchronized defense, their unwavering loyalty to Silas. He needed to create openings, to sow discord, to disrupt their carefully constructed wall. He lunged again, targeting the larger guard whose sword had grazed him. This time, he didn’t aim for the armor, but for the guard’s legs, a desperate move to unbalance him. His powerful jaws clamped down on the guard’s thigh, the enchanted metal of his greaves proving a tough barrier, but Gareth’s sheer strength began to yield it.</w:t>
      </w:r>
    </w:p>
    <w:p/>
    <w:p>
      <w:r>
        <w:br/>
        <w:t>The guard roared in pain and surprise, his sword arm faltering. This was the opening Lyra needed. With a burst of speed, she surged forward, her hands glowing with arcane energy. She slammed her palms against the back of the injured guard’s knees, her magic amplifying the effect, forcing him to buckle. He crashed to the ground, his sword skittering across the ice.</w:t>
      </w:r>
    </w:p>
    <w:p/>
    <w:p>
      <w:r>
        <w:br/>
        <w:t>The other guards momentarily faltered, their focus torn between Gareth and their fallen comrade. It was a small crack in their unified front, but it was enough. Gareth, seeing the hesitation, pressed his advantage. He spun, his massive tail a blur, knocking two guards off their feet. He then lunged at another, driving him back with a series of powerful bites and swipes, forcing him to retreat further from the central monolith.</w:t>
      </w:r>
    </w:p>
    <w:p/>
    <w:p>
      <w:r>
        <w:br/>
        <w:t>Lyra, meanwhile, was not idle. She moved with an almost supernatural grace, her magic weaving a complex web around the remaining guards. She conjured spectral chains that lashed out, momentarily binding their limbs, hindering their movements. She unleashed waves of disorienting energy that made their heads spin, disrupting their concentration. Each strike, each spell, was a calculated move, designed to exploit the smallest weakness. She was fighting not just with her own power, but with the knowledge gleaned from Anya’s journal, understanding the intricate workings of the Obsidian Hand’s magic and the vulnerabilities of their guardians.</w:t>
      </w:r>
    </w:p>
    <w:p/>
    <w:p>
      <w:r>
        <w:br/>
        <w:t>The leader of the guard, the one whose armor seemed to absorb the most light, finally broke his impassive facade. A snarl twisted his lips as he saw his forces being overwhelmed. He let out a guttural roar, a sound more animal than human, and charged directly at Gareth. His obsidian sword blazed with dark energy, a vortex of shadows swirling around its tip. This was a direct assault, a test of strength and will.</w:t>
      </w:r>
    </w:p>
    <w:p/>
    <w:p>
      <w:r>
        <w:br/>
        <w:t>Gareth met the charge head-on. The clash of their forms was deafening, a thunderous impact that sent shockwaves through the snow. Gareth’s claws met the enchanted blade, sparks flying as raw power collided with dark magic. The leader was immensely strong, his blows raining down upon Gareth with brutal force, each impact jarring the wolf’s bones. But Gareth was fueled by something more than just instinct; he was fueled by the primal rage of his wolf, the protective fury of a mate, and the desperate need to protect his kin from this encroaching darkness.</w:t>
      </w:r>
    </w:p>
    <w:p/>
    <w:p>
      <w:r>
        <w:br/>
        <w:t>Lyra, seeing the ferocity of their battle, knew she had to aid Gareth, but also knew direct magical assault might be futile against the leader’s powerful enchantments. Instead, she focused on the remaining guards, weaving a potent illusion that made it appear as though a host of shifters were converging on their position. The guards, their minds already strained by the battle, flinched, their eyes darting towards the periphery, momentarily distracted by the phantom threat.</w:t>
      </w:r>
    </w:p>
    <w:p/>
    <w:p>
      <w:r>
        <w:br/>
        <w:t>This momentary distraction was all Gareth needed. As the leader brought his sword down in a powerful overhead strike, Gareth dodged to the side, the blow missing its mark. Then, with a guttural roar, he lunged upwards, his powerful jaws snapping shut on the leader’s sword arm. The enchanted metal groaned under the immense pressure, dark energy arcing wildly. The leader screamed, a raw, agonized sound, as Gareth’s fangs sank deep into his flesh. He dropped his sword, clutching his mangled arm.</w:t>
      </w:r>
    </w:p>
    <w:p/>
    <w:p>
      <w:r>
        <w:br/>
        <w:t>The fall of their leader, coupled with Lyra’s illusion and the ongoing struggle, broke the last vestiges of the elite guard’s cohesion. The remaining warriors, their resolve shattered, their loyalty wavering in the face of overwhelming opposition, began to retreat. Some melted back into the shadows, their obsidian armor providing them with a near-perfect camouflage, while others, clearly disheartened, turned and fled. They were not used to losing, and the ferocity of Gareth and Lyra’s combined assault had clearly shaken them to their core.</w:t>
      </w:r>
    </w:p>
    <w:p/>
    <w:p>
      <w:r>
        <w:br/>
        <w:t>Silence, broken only by the ragged breaths of Gareth and Lyra, and the distant, unwavering chant of the ritualists, settled over the plateau. The blood-red light of the eclipse cast long, distorted shadows, painting the scene in hues of crimson and violet. Gareth stood tall, his wolf form magnificent and fearsome, his fur matted with dark energy and the blood of their attackers. Lyra stood beside him, her chest heaving, her eyes bright with fierce determination. They had faced the elite guardians of the Obsidian Hand and emerged victorious. The path to the central monolith was now clear. The nexus was within reach.</w:t>
      </w:r>
    </w:p>
    <w:p/>
    <w:p>
      <w:r>
        <w:br/>
        <w:t>Gareth nudged Lyra gently with his snout, a silent acknowledgment of her courage and skill. He could feel the strength of their bond, a palpable force that had seen them through this trial. He had unleashed his wolf’s fury, but it had been Lyra’s strategic mind and unwavering resolve that had truly tipped the scales. Her knowledge of Anya’s teachings, her ability to anticipate the enemy’s tactics, and her own potent magic had been instrumental in their victory. He knew, with a certainty that resonated deep within his soul, that they were a formidable force together, a bulwark against the encroaching darkness.</w:t>
      </w:r>
    </w:p>
    <w:p/>
    <w:p>
      <w:r>
        <w:br/>
        <w:t>Lyra leaned into Gareth’s powerful frame, her hand resting on his warm fur. The adrenaline of the fight began to subside, replaced by a profound sense of exhaustion, but also by a surge of hope. They had overcome a significant obstacle, proving that Silas’s elite guard, while formidable, were not invincible. The loss of the elite guard would undoubtedly disrupt Silas’s plans, creating a moment of vulnerability that they could exploit. She could feel the nexus humming with energy, its ancient power resonating with their victory, a silent ally in their fight against the Obsidian Hand. The ritualists, their chants now a desperate, fevered crescendo, were nearing the completion of their dark work, but a crucial window of opportunity had just opened. They had proven they could shatter the illusion of invincibility that Silas had cultivated around his enforcers. The path ahead was still fraught with peril, but for the first time since the ritual began, a genuine glimmer of hope flickered in the blood-red light of the eclipse. They had pushed back the shadows, and now, they would press on. The fate of their kind rested on their ability to continue this fight, to reach the heart of the nexus and disrupt the Veil of Oblivion before it could be irrevocably sealed.</w:t>
      </w:r>
    </w:p>
    <w:p/>
    <w:p>
      <w:r>
        <w:t>The chilling winds of the Lunar Eclipse Nexus whipped at Anya’s cloak, mirroring the storm of emotions raging within her. She stood amidst the towering, ancient monoliths, their obsidian surfaces reflecting the unsettling crimson glow of the blood moon. Each stone seemed to hum with a dormant power, a silent testament to the rituals and sacrifices that had taken place here across millennia. Behind her, the sounds of battle had finally faded, Gareth’s roars and Lyra’s sharp, magical cries replaced by an unnerving silence, a stark contrast to the relentless chanting of Silas's ritualists echoing from the central clearing.</w:t>
      </w:r>
    </w:p>
    <w:p>
      <w:r>
        <w:br/>
        <w:t>Her heart ached with a phantom grief, a premonition of loss that settled heavy in her chest. She knew this place. She had studied it, marked it, and, years ago, had faced its grim reality with a desperate hope. Anya’s journal, clutched tight in her hand, was filled with frantic scribbles, faded diagrams, and impassioned pleas – a chronicle of her own futile stand against the very darkness that now threatened to consume their world. She had come here, alone, believing she could sever the threads of Silas’s ambition before they could be woven into an unbreakable tapestry of control.</w:t>
      </w:r>
    </w:p>
    <w:p/>
    <w:p>
      <w:r>
        <w:br/>
        <w:t>“This is where it ends, Silas,” she had whispered to the indifferent monoliths, her voice raw with defiance and a crushing loneliness. Her wolf, a creature of immense power and fierce loyalty, had been a loyal companion, but even his primal strength had been no match for the organized, corrupted might of the Obsidian Hand. She remembered the chilling efficiency with which they had countered her every move, their enchanted weapons slicing through her defenses, their dark magic seeping into her very bones.</w:t>
      </w:r>
    </w:p>
    <w:p/>
    <w:p>
      <w:r>
        <w:br/>
        <w:t>Anya ran a gloved hand over the cool, unyielding surface of the nearest monolith. She recalled the intricate glyphs etched into its base, symbols she had meticulously documented in her journal. They spoke of celestial alignments, of nexus points where the veil between worlds thinned, and of the potent, raw energy that could be harnessed. Silas wasn’t just seeking to control shifters; he was attempting to rewrite the very laws of nature, to bend the cosmic forces to his tyrannical will.</w:t>
      </w:r>
    </w:p>
    <w:p/>
    <w:p>
      <w:r>
        <w:br/>
        <w:t>Her gaze swept across the jagged landscape, a desperate search for any anomaly, any hidden sanctuary. She remembered the chilling whisper of Silas's pronouncements, the promise of a new order, a world purged of the "wildness" and "chaos" inherent in shifter bloodlines. It was a seductive lie for some, a terrifying prophecy for others. Anya had seen the broken spirits, the ones Silas had "reformed," their eyes hollow, their primal essence extinguished. She refused to let that be their fate.</w:t>
      </w:r>
    </w:p>
    <w:p/>
    <w:p>
      <w:r>
        <w:br/>
        <w:t>Then, her eyes caught it – a subtle distortion in the air, a shimmering ripple near the base of a particularly ancient monolith, one carved with celestial patterns that seemed to twist and writhe in the dim light. It was almost imperceptible, a trick of the eye, a product of the volatile energies swirling around them. But Anya’s honed senses, honed by years of studying magical phenomena and the subtle nuances of the natural world, registered it. It was a ward, a powerful illusion designed to conceal.</w:t>
      </w:r>
    </w:p>
    <w:p/>
    <w:p>
      <w:r>
        <w:br/>
        <w:t>With a renewed sense of purpose, Anya moved towards it, her wolf form instinctively mirroring her intent, a low growl rumbling in his chest. As they approached, the air grew colder, heavy with a latent magic that felt both familiar and deeply sorrowful. The ward pulsed, a faint, almost mournful light emanating from its core. Silas’s men had overlooked it, their focus fixed on the central ritual site, blind to the secrets hidden in plain sight.</w:t>
      </w:r>
    </w:p>
    <w:p/>
    <w:p>
      <w:r>
        <w:br/>
        <w:t>“There,” Anya murmured, her voice barely a whisper. “Anya’s hidden research. She must have anticipated this.”</w:t>
      </w:r>
    </w:p>
    <w:p/>
    <w:p>
      <w:r>
        <w:br/>
        <w:t>Her wolf nudged her hand with his snout, a silent question. Anya met his intelligent gaze, her own filled with a grim resolve. “She left something, a contingency. A way to fight back from within.”</w:t>
      </w:r>
    </w:p>
    <w:p/>
    <w:p>
      <w:r>
        <w:br/>
        <w:t>The ward was designed to be keyed to a specific magical signature, a resonance that Anya now recognized. It was Anya’s own magic, the residual echo of her powerful will imprinted upon this sanctuary. With a deep breath, Anya channeled her own power, focusing it, shaping it into a gentle pulse that mirrored the signature of the ward. The shimmering intensified, coalescing into a vortex of light, and the monolith before them seemed to dissolve, revealing an opening into darkness.</w:t>
      </w:r>
    </w:p>
    <w:p/>
    <w:p>
      <w:r>
        <w:br/>
        <w:t>A hidden chamber.</w:t>
      </w:r>
    </w:p>
    <w:p/>
    <w:p>
      <w:r>
        <w:br/>
        <w:t>Stepping through the shimmering portal felt like stepping into another realm, the biting winds of the eclipse replaced by a cool, still air that carried the faint scent of ozone and ancient parchment. The chamber was small, carved directly into the bedrock beneath the monolith. Luminescent moss clung to the walls, casting an ethereal green glow that illuminated the space. In the center of the chamber, resting on a simple stone pedestal, was a single, exquisitely crafted crystal.</w:t>
      </w:r>
    </w:p>
    <w:p/>
    <w:p>
      <w:r>
        <w:br/>
        <w:t>It was multifaceted, its surface shimmering with an inner light that pulsed with a gentle, rhythmic beat, reminiscent of a tranquil moon. The crystal was imbued with a potent lunar energy, a stark contrast to the blood-red chaos of the eclipse above. Anya felt an immediate connection to it, a sense of profound peace washing over her, a stark counterpoint to the turmoil of the battlefield they had just left. This was no ordinary artifact; it was a conduit, a weapon designed to disrupt and unravel dark rituals.</w:t>
      </w:r>
    </w:p>
    <w:p/>
    <w:p>
      <w:r>
        <w:br/>
        <w:t>Beside the crystal lay a stack of aged parchments, bound together with a faded leather cord. Anya recognized Anya’s distinctive handwriting instantly. This was it. Anya’s final research, her last desperate attempt to halt Silas’s ascent. Her heart pounded in her chest, a mix of awe and sorrow. She had known Anya, respected her, and had even shared glimpses of her own struggles with the shadows that plagued their kind. To find Anya’s final testament here, in this hidden sanctuary, was to walk in the footsteps of a fallen hero.</w:t>
      </w:r>
    </w:p>
    <w:p/>
    <w:p>
      <w:r>
        <w:br/>
        <w:t>With trembling hands, Anya reached for the parchments. The crystal pulsed, as if in encouragement. The first few pages detailed Anya’s growing understanding of the Lunar Eclipse Nexus, its connection to the Veil of Oblivion, and the insidious nature of Silas’s plan. She had meticulously documented the ritual Silas was performing, the intricate sequence of incantations and energy flows, the precise moments of vulnerability. Anya’s brilliance was undeniable, her foresight astonishing. She had understood Silas's goal – to permanently seal the Veil of Oblivion, effectively trapping shifters in a world where their primal natures would be suppressed, and perhaps, eventually, eradicated.</w:t>
      </w:r>
    </w:p>
    <w:p/>
    <w:p>
      <w:r>
        <w:br/>
        <w:t>But the later pages were filled with a growing sense of dread, the urgency in her script becoming more pronounced. Anya wrote of her own attempts to infiltrate Silas’s inner circle, her efforts to gather intelligence, her plans to disrupt the ritual from within. She had been a lone wolf, driven by an unwavering conviction, much like Gareth was now. Her journal entries spoke of failed attempts, of narrow escapes, of the crushing weight of knowing the stakes.</w:t>
      </w:r>
    </w:p>
    <w:p/>
    <w:p>
      <w:r>
        <w:br/>
        <w:t>Then, Anya described her final gambit. She had discovered this hidden chamber, recognizing the unique energetic properties of the nexus that could be amplified and weaponized. She had poured her essence, her knowledge, and her remaining power into creating the lunar crystal, imbuing it with the power to disrupt the very fabric of Silas's dark magic. She had intended to use it during the eclipse, to shatter the ritual’s foundation.</w:t>
      </w:r>
    </w:p>
    <w:p/>
    <w:p>
      <w:r>
        <w:br/>
        <w:t>“She tried,” Anya whispered, her voice thick with emotion, tracing Anya’s elegant script. “She fought them here, at this nexus, years ago. She sacrificed everything.” Anya’s journal detailed the moment of Anya’s final act – a desperate, selfless surge of power, a blinding flash of lunar light that had temporarily halted the ritual, but at a terrible cost. Anya had been consumed, her life force expended in that final, heroic act. Her sacrifice had bought time, a precious reprieve, but Silas had eventually rebuilt his forces, his ambition undimmed.</w:t>
      </w:r>
    </w:p>
    <w:p/>
    <w:p>
      <w:r>
        <w:br/>
        <w:t>A profound respect, mingled with a deep sadness, settled over Anya. Anya hadn’t just been a scholar; she had been a warrior. She had understood the true nature of Silas’s tyranny and had been willing to pay the ultimate price to protect their kind. Now, Anya’s legacy, her knowledge, and her powerful artifact, lay in their hands.</w:t>
      </w:r>
    </w:p>
    <w:p/>
    <w:p>
      <w:r>
        <w:br/>
        <w:t>“She carried the torch,” Anya said, looking at Gareth, her eyes reflecting the faint glow of the lunar crystal. “She fought for us, knowing she might not survive. And now, we carry it forward. We honor her sacrifice by finishing what she started.”</w:t>
      </w:r>
    </w:p>
    <w:p/>
    <w:p>
      <w:r>
        <w:br/>
        <w:t>Gareth nudged the crystal with his snout, his primal senses recognizing the benevolent yet potent energy radiating from it. He could feel the echoes of Anya's power, a strong, resilient spirit that had refused to yield. He looked at Anya, his amber eyes filled with a shared understanding and a fierce determination. Anya's journal had provided them with invaluable insights, but Anya’s sacrifice, and the artifact she left behind, was a tangible symbol of hope, a weapon forged in defiance.</w:t>
      </w:r>
    </w:p>
    <w:p/>
    <w:p>
      <w:r>
        <w:br/>
        <w:t>Anya carefully lifted the lunar crystal. It hummed in her hand, its light intensifying, resonating with her own inner power. The knowledge contained within Anya's journal, coupled with this potent artifact, felt like a divine intervention. They were no longer just fighting for a future free from Silas; they were fighting to uphold the legacy of those who had fallen before them, to ensure that Anya's sacrifice, and the sacrifices of countless others, had not been in vain.</w:t>
      </w:r>
    </w:p>
    <w:p/>
    <w:p>
      <w:r>
        <w:br/>
        <w:t>She turned to the last pages of the journal, her gaze fixed on Anya’s final, almost desperate, instructions. Anya had detailed how to utilize the crystal, its precise activation sequence, and its potential to disrupt the very core of Silas’s ritual. It was a complex process, requiring a perfect alignment of lunar energy and the combined will of at least two powerful shifters, attuned to the nexus itself. Anya had theorized that the nexus amplified their connection to the moon’s power, making them ideal conduits for the crystal’s disruptive force.</w:t>
      </w:r>
    </w:p>
    <w:p/>
    <w:p>
      <w:r>
        <w:br/>
        <w:t>“The ritual is at its peak,” Anya read aloud, her voice steady despite the tremor in her hands. “The lunar eclipse creates a bridge, a conduit for Silas’s power, but it also amplifies the moon’s own energy. Anya believed that by channeling the moon’s light through this crystal, at the nexus, we can create a counter-wave, a surge of pure lunar energy that will unravel Silas's dark enchantments.”</w:t>
      </w:r>
    </w:p>
    <w:p/>
    <w:p>
      <w:r>
        <w:br/>
        <w:t>The words resonated deeply within Anya. They were standing at the heart of a place of ancient power, a place where Anya herself had made her stand. They were surrounded by the echoes of her struggle, and now, armed with her knowledge and her final gift, they were poised to finish the fight. The ritualists’ chanting grew louder, more insistent, a frantic rhythm that signaled the imminent culmination of Silas’s plan. Time was running out.</w:t>
      </w:r>
    </w:p>
    <w:p/>
    <w:p>
      <w:r>
        <w:br/>
        <w:t>Anya looked at Gareth, her mate, her partner, the fierce protector of their shared future. His wolf form radiated strength and unwavering resolve. Together, they had faced down Silas’s elite guard and emerged victorious. Now, they faced an even greater challenge, one that required not just brute strength or tactical prowess, but a deep connection to the natural forces Anya had so carefully studied.</w:t>
      </w:r>
    </w:p>
    <w:p/>
    <w:p>
      <w:r>
        <w:br/>
        <w:t>“We have to go,” Anya said, her voice firm, her eyes burning with a newfound purpose. “We have to reach the central monolith. Anya’s crystal is our best chance. Her sacrifice won’t be in vain.”</w:t>
      </w:r>
    </w:p>
    <w:p/>
    <w:p>
      <w:r>
        <w:br/>
        <w:t>Gareth let out a low growl, a sound of affirmation and readiness. He could feel the urgency in Anya's words, the weight of the legacy they now carried. He trusted Anya’s judgment, and he trusted the power emanating from the crystal. He knew this was their path, the one Anya had laid out for them, a path illuminated by the faint, hopeful glow of the lunar artifact. The fight for their freedom, for the wild, untamed spirit of their kind, had entered its final, most critical phase. They would honor Anya’s memory by pushing forward, by confronting Silas at the nexus, and by unleashing the moon’s fury upon his dark designs. The shadows of the Obsidian Hand would not prevail. Not on Anya’s watch, and not on theirs.</w:t>
      </w:r>
    </w:p>
    <w:p/>
    <w:p>
      <w:r>
        <w:t>The air crackled, not with the static of an impending storm, but with something far more ancient and volatile. Anya clutched the lunar crystal, its steady pulse a small comfort against the rising chaos. The chanting of Silas’s ritualists, once a distant drone, now vibrated through the very stones beneath their feet, a discordant symphony of dark intent. The blood moon, a swollen, malevolent eye in the sky, bled its crimson light across the landscape, bathing the monolithic structures in an unholy glow. This was it. The nexus, a nexus of raw, untamed power, was responding to the unnatural intrusion of Silas's corrupted ritual.</w:t>
      </w:r>
    </w:p>
    <w:p>
      <w:r>
        <w:br/>
        <w:t>Gareth, his massive wolf form a symphony of coiled muscle and primal grace, stood beside Anya, a low rumble vibrating in his chest. He was attuned to the earth, to the deep currents of energy that flowed beneath their world, and even he was awestruck by the raw power surging around them. Lyra, her fae heritage manifesting in the ethereal shimmer that now clung to her skin, was equally affected, her delicate features etched with a mixture of awe and trepidation. The nexus wasn’t merely a place; it was a living, breathing entity, and Silas’s ritual was a parasitic invasion.</w:t>
      </w:r>
    </w:p>
    <w:p/>
    <w:p>
      <w:r>
        <w:br/>
        <w:t>Suddenly, the ground beneath them heaved. Not a tremor, but a deep, guttural groan from the earth itself. The monoliths, which had stood stoically for millennia, began to hum, their obsidian surfaces rippling as if alive. Tendrils of raw magic, like iridescent serpents, began to lash out from the heart of the nexus, their movements erratic and unpredictable. Anya felt a jolt, not from a direct strike, but from the sheer force of the unleashed energy. It was as if the very fabric of reality was fraying at the edges.</w:t>
      </w:r>
    </w:p>
    <w:p/>
    <w:p>
      <w:r>
        <w:br/>
        <w:t>“It’s… it’s fighting back,” Lyra gasped, her voice barely audible above the growing din. The tendrils of energy were moving with an increasing ferocity, some slamming into the monoliths, sending showers of obsidian shards into the air, others weaving through the air like predatory beasts, drawn to the concentrated power of Silas’s ritual. It was a breathtaking, terrifying spectacle – the primal fury of the nexus unleashed against the controlled, malevolent ambition of the Obsidian Hand.</w:t>
      </w:r>
    </w:p>
    <w:p/>
    <w:p>
      <w:r>
        <w:br/>
        <w:t>Gareth’s wolf eyes, usually so focused and sharp, were wide, reflecting the chaotic dance of light and shadow. He could feel the sheer magnitude of the power being expelled, a force that dwarfed even his own considerable strength. It was wild, untamed, and dangerously close to overwhelming them all. He nudged Anya with his head, a silent question. Were they meant to ride this storm, or be consumed by it?</w:t>
      </w:r>
    </w:p>
    <w:p/>
    <w:p>
      <w:r>
        <w:br/>
        <w:t xml:space="preserve">“We have to ride it, Gareth,” Anya replied, her voice tight with resolve. She looked down at the lunar crystal in her hand, its gentle light a stark contrast to the violent display unfolding around them. Anya’s journals had spoken of this possibility, of the nexus’s inherent power, and how it could be a double-edged sword. Silas was trying to harness it for his own dark ends, but the nexus, in its raw state, was simply a force of nature, reacting to the corruption. “Anya foresaw this. She said the nexus would react. This isn’t just Silas’s power; it’s the nexus’s </w:t>
      </w:r>
    </w:p>
    <w:p>
      <w:pPr>
        <w:jc w:val="left"/>
      </w:pPr>
      <w:r>
        <w:rPr>
          <w:i/>
        </w:rPr>
        <w:t>fury</w:t>
      </w:r>
      <w:r>
        <w:t>. We have to use that.”</w:t>
      </w:r>
    </w:p>
    <w:p>
      <w:r>
        <w:br/>
        <w:t>As if to underscore her words, a particularly potent surge of energy ripped through the clearing, narrowly missing Lyra. Gareth instinctively moved, his wolf body a protective shield between Lyra and the dissipating magical blast. The force of it sent a tremor through him, a jarring sensation that rattled his bones. He felt the primal urge to fight, to lash out at this chaotic energy, but Anya’s words, and the steady presence of the lunar crystal, held him in check.</w:t>
      </w:r>
    </w:p>
    <w:p/>
    <w:p>
      <w:r>
        <w:br/>
        <w:t>“The fated bond,” Lyra suddenly said, her voice clearer now, her eyes glowing with a renewed intensity. “It’s… it’s a shield. Gareth, Anya, focus on our bond. It’s anchored, stable. It can weather this.”</w:t>
      </w:r>
    </w:p>
    <w:p/>
    <w:p>
      <w:r>
        <w:br/>
        <w:t>Anya met Gareth’s gaze. Their bond, forged in the fires of love and shared hardship, was their anchor. It was a conduit for their power, yes, but it was also an unbreakable connection that grounded them amidst the swirling chaos. She felt Gareth’s answering affirmation, a silent promise to stand together, no matter what the nexus threw at them.</w:t>
      </w:r>
    </w:p>
    <w:p/>
    <w:p>
      <w:r>
        <w:br/>
        <w:t>They closed their eyes, not to shut out the terrifying spectacle, but to delve deeper into their connection. Anya felt Gareth’s strength, a solid, unyielding presence that was the bedrock of her existence. Gareth felt Anya’s sharp intellect, her unwavering determination, the quiet strength that complemented his own raw power. Lyra, though not fated to them in the same way, was connected to them through their shared cause, and her fae magic, intrinsically tied to the natural world, resonated with the nexus’s wild energy. Their combined wills, a fragile but potent force, began to coalesce, forming a shimmering barrier around them.</w:t>
      </w:r>
    </w:p>
    <w:p/>
    <w:p>
      <w:r>
        <w:br/>
        <w:t>The nexus’s fury intensified. The very air seemed to warp and twist. Pillars of light, tinged with shadow, erupted from the ground, colliding in mid-air with deafening roars. The blood moon pulsed, its crimson light intensifying, casting long, distorted shadows that writhed like living things. Anya could feel the raw, elemental power of the nexus, a force that had existed long before any shifter, any fae, any human. It was the pulse of the world, and Silas’s ritual was a cancer upon it.</w:t>
      </w:r>
    </w:p>
    <w:p/>
    <w:p>
      <w:r>
        <w:br/>
        <w:t>Silas’s ritualists, caught in the nexus’s uncontrolled output, began to falter. Their carefully constructed magical circles flickered and died. Some were engulfed by the errant energy, their screams swallowed by the cacophony. Others, those closer to the epicenter of Silas’s ritual, were momentarily shielded by his corrupted magic, but even they seemed to be struggling, their faces contorted in pain and desperation. Silas himself stood at the center, a figure of grim determination, his own power visibly straining against the unleashed fury of the nexus.</w:t>
      </w:r>
    </w:p>
    <w:p/>
    <w:p>
      <w:r>
        <w:br/>
        <w:t>“He’s trying to control it,” Gareth growled, his voice a low rasp. “To force it into his will. But he’s drowning.”</w:t>
      </w:r>
    </w:p>
    <w:p/>
    <w:p>
      <w:r>
        <w:br/>
        <w:t>Anya watched, her heart pounding. Anya’s journal had warned of this. Silas’s arrogance was his greatest weakness. He believed he could bend any power to his will, even the primal forces of the nexus. But the nexus wasn’t a tool; it was a force, as wild and unpredictable as a hurricane. And the lunar eclipse, instead of being a conduit for Silas’s power, was now acting as an amplifier for the nexus’s own ancient magic.</w:t>
      </w:r>
    </w:p>
    <w:p/>
    <w:p>
      <w:r>
        <w:br/>
        <w:t>The lunar crystal in Anya’s hand pulsed faster, its light growing warmer, more insistent. She felt a pull, a connection to the very heart of the nexus. Anya’s research had been right. The nexus, especially during an eclipse, was a nexus of incredible power, capable of amplifying and channeling energies beyond mortal comprehension. Silas was trying to control a tidal wave; Anya and Gareth were meant to ride its crest.</w:t>
      </w:r>
    </w:p>
    <w:p/>
    <w:p>
      <w:r>
        <w:br/>
        <w:t>“We need to get closer,” Anya said, her voice laced with urgency. “Anya said the crystal works best when it’s directly connected to the nexus’s energy flow. We have to get to the heart of it, where Silas is trying to force his control.”</w:t>
      </w:r>
    </w:p>
    <w:p/>
    <w:p>
      <w:r>
        <w:br/>
        <w:t>Gareth nodded, his wolf form tensing. Navigating the maelstrom of the nexus’s fury was a perilous undertaking. The tendrils of energy, once erratic, were now coalescing, forming swirling vortexes of raw power. They were like miniature black holes, sucking in anything that came too close.</w:t>
      </w:r>
    </w:p>
    <w:p/>
    <w:p>
      <w:r>
        <w:br/>
        <w:t>“Lyra, stay close,” Gareth commanded, his voice a low growl that echoed with primal authority. “We’ll create a path.”</w:t>
      </w:r>
    </w:p>
    <w:p/>
    <w:p>
      <w:r>
        <w:br/>
        <w:t>With Anya at his side, her hand firmly gripping his arm, Gareth plunged forward. The lunar crystal pulsed, its light pushing back against the encroaching darkness. As they moved, their fated bond acted as a tangible shield, deflecting the most violent surges of energy. It wasn’t a passive barrier, but an active force, a weaving of their wills that disrupted the chaotic flow around them. Gareth’s wolf strength was the battering ram, Anya’s agility and sharp instincts were the guides, and their bond was the unbreakable shield.</w:t>
      </w:r>
    </w:p>
    <w:p/>
    <w:p>
      <w:r>
        <w:br/>
        <w:t>Lyra, though younger and less experienced, was a conduit for nature’s own magic. She felt the raw power of the nexus and, instead of fighting it, she began to harmonize with it. Her fae nature allowed her to sense the currents, to anticipate the shifts, and to subtly influence them. She would whisper to the swirling energies, not to command, but to coax, to guide, to create brief moments of calm in the tempest.</w:t>
      </w:r>
    </w:p>
    <w:p/>
    <w:p>
      <w:r>
        <w:br/>
        <w:t>They advanced, a small island of focused intent in a sea of unleashed power. The chanting of Silas’s ritualists had become a frantic, desperate sound, their control slipping with every surge of the nexus’s fury. Anya saw Silas’s face, contorted with a mixture of rage and dawning fear. He had unleashed a beast he could not tame.</w:t>
      </w:r>
    </w:p>
    <w:p/>
    <w:p>
      <w:r>
        <w:br/>
        <w:t>“He’s losing control,” Anya breathed, her eyes fixed on Silas. “The eclipse is amplifying the nexus, not him. This is our chance.”</w:t>
      </w:r>
    </w:p>
    <w:p/>
    <w:p>
      <w:r>
        <w:br/>
        <w:t>The ground vibrated with a new intensity. The blood moon seemed to swell, its crimson glow intensifying to a blinding white at its core. The nexus was reaching its zenith, its raw power at its peak. Anya felt the lunar crystal resonate with this amplified energy, its light flaring, growing hotter, more potent.</w:t>
      </w:r>
    </w:p>
    <w:p/>
    <w:p>
      <w:r>
        <w:br/>
        <w:t>“Now!” Anya cried, her voice cutting through the din. “Gareth, Lyra, focus your power through me! Through the crystal!”</w:t>
      </w:r>
    </w:p>
    <w:p/>
    <w:p>
      <w:r>
        <w:br/>
        <w:t>She raised the lunar crystal high. It pulsed with a blinding white light, a miniature sun born of moonlight and pure energy. Gareth, his wolf form a beacon of primal strength, unleashed a wave of his own energy, a torrent of raw power that surged towards Anya. Lyra, her fae magic a shimmering cascade of emerald and silver, added her own essence, a delicate yet potent force that entwined with Gareth’s.</w:t>
      </w:r>
    </w:p>
    <w:p/>
    <w:p>
      <w:r>
        <w:br/>
        <w:t>Anya felt their power flow into her, through her, and into the crystal. It was an overwhelming influx, a torrent of pure, untamed energy. But their bond, their shared will, their love, acted as the channels, guiding the raw power into a focused beam. The lunar crystal blazed, transforming from a mere artifact into a conduit, a weapon forged in defiance and amplified by the nexus’s own fury.</w:t>
      </w:r>
    </w:p>
    <w:p/>
    <w:p>
      <w:r>
        <w:br/>
        <w:t>A concentrated beam of pure lunar energy, infused with the primal strength of Gareth’s wolf and the natural magic of Lyra’s fae heritage, shot from the crystal. It struck the epicenter of Silas’s ritual, not with a destructive blast, but with a wave of pure, disruptive energy. The controlled, corrupted magic that Silas had woven began to unravel, its dark threads dissolving like smoke in the moonlight.</w:t>
      </w:r>
    </w:p>
    <w:p/>
    <w:p>
      <w:r>
        <w:br/>
        <w:t>Silas screamed, a sound of pure agony and disbelief. His ritual, his life’s work, was being torn apart from within. The dark energy that had pulsed around him shattered, revealing him, stripped bare, his face a mask of fury and defeat. The nexus’s fury was not a destructive force for them; it was a cleansing fire, burning away the corruption.</w:t>
      </w:r>
    </w:p>
    <w:p/>
    <w:p>
      <w:r>
        <w:br/>
        <w:t>The ground beneath them shuddered violently as the nexus recoiled from the abrupt disruption of Silas’s ritual. The tendrils of energy, once directed by Silas’s will, now lashed out wildly, no longer bearing the taint of his corruption, but the pure, untamed power of the earth. Gareth and Lyra, their bond humming with residual energy, found themselves buffeted by these wild currents. Lyra stumbled, her fae form flickering as a wave of raw magic slammed into her. Gareth roared, his wolf body instinctively bracing against the invisible force, his amber eyes searching for Anya amidst the swirling chaos.</w:t>
      </w:r>
    </w:p>
    <w:p/>
    <w:p>
      <w:r>
        <w:br/>
        <w:t>Anya, though weakened by the intense channeling of power, stood firm, the lunar crystal still radiating a faint glow in her hand. The immediate threat of Silas’s ritual was over, but the nexus itself was still in a state of chaotic upheaval. The blood moon above them, now past its zenith, began to wane, its oppressive crimson light softening, replaced by a more natural, albeit still ethereal, glow. The eclipse was fading, but its passage had irrevocably altered the nexus.</w:t>
      </w:r>
    </w:p>
    <w:p/>
    <w:p>
      <w:r>
        <w:br/>
        <w:t>“We need to get out of here,” Gareth rasped, his voice strained. He had managed to shield Lyra from the worst of the latest surge, but the residual energy was still disorienting, an assault on his senses. The primal instincts that had served him so well in battle were now struggling to find purchase in this environment of shifting, unpredictable power.</w:t>
      </w:r>
    </w:p>
    <w:p/>
    <w:p>
      <w:r>
        <w:br/>
        <w:t>Lyra, though shaken, nodded, her fae connection to nature allowing her to feel the subtle shifts in the nexus’s energy. “The storm is passing,” she murmured, her voice regaining its strength. “But the nexus… it’s changed. It’s still powerful, but less… volatile. Silas’s corruption is gone.”</w:t>
      </w:r>
    </w:p>
    <w:p/>
    <w:p>
      <w:r>
        <w:br/>
        <w:t>Anya looked at Silas. He lay amidst the shattered remnants of his ritual circle, his dark robes tattered, his face a picture of utter defeat. The raw power of the nexus had broken him, not just physically, but spiritually. His ambition, his control, his meticulously crafted empire, had crumbled in the face of primal forces he had sought to subjugate. He was no longer a threat, at least not here, not now.</w:t>
      </w:r>
    </w:p>
    <w:p/>
    <w:p>
      <w:r>
        <w:br/>
        <w:t>“His power is broken,” Anya said, her voice weary but firm. “The nexus has reclaimed itself. And we… we are still standing.” She met Gareth’s gaze, a silent acknowledgement of their shared victory, a testament to the strength of their bond. They had faced the fury of the nexus, and they had not only survived, but they had harnessed its power to defeat their enemy. Anya’s legacy, the lunar crystal, and their own unwavering connection had been the keys to their triumph. The fight was far from over, but this battle, at the heart of the Lunar Eclipse Nexus, had been won. The wild heart of the nexus had roared, and Silas, in his hubris, had been silenced.</w:t>
      </w:r>
    </w:p>
    <w:p/>
    <w:p>
      <w:r>
        <w:br w:type="page"/>
      </w:r>
    </w:p>
    <w:p>
      <w:pPr>
        <w:spacing w:before="5040"/>
        <w:jc w:val="center"/>
      </w:pPr>
      <w:r>
        <w:rPr/>
        <w:t xml:space="preserve"> Chapter 9: Moonlit Fury Unleashed</w:t>
      </w:r>
    </w:p>
    <w:p>
      <w:r>
        <w:t>The air thrummed with an energy far more ancient than the blood moon’s ominous glow. It was the pulse of the Nexus, a raw, untamed force that Silas had attempted to corrupt. Now, it was fighting back, its primal fury a breathtaking, terrifying spectacle that lashed out in iridescent serpents of magic. Anya, Gareth, and Lyra stood as an island of intent amidst the chaos, their fated bond a shield against the storm. They had pushed through the maelstrom, guided by Anya’s lunar crystal and Gareth’s sheer strength, to confront the architect of this madness.</w:t>
      </w:r>
    </w:p>
    <w:p>
      <w:r>
        <w:br/>
        <w:t>And there he was. At the heart of the shattered ritual circle, amidst the dissipating tendrils of Silas’s failed magic, stood the leader of the Obsidian Hand. He was a figure sculpted from shadow and ice, his presence a palpable weight that pressed down on the very air. Clad in dark, flowing robes that seemed to absorb the scant moonlight, he exuded an aura of cold, ancient power that made the blood in Anya’s veins run sluggish. Gareth, his wolf instincts screaming a silent alarm, recognized the chilling familiarity. Fragments of intelligence, whispered rumors from the shifter underworld, coalesced into a terrifying image. This was Kaelen. A name spoken only in hushed tones, a rogue shifter who had vanished from the known territories years ago, a phantom who now stood revealed as the mastermind behind the Obsidian Hand’s twisted agenda. His philosophy was stark, brutal, and deeply unsettling: true power lay not in the ebb and flow of lunar cycles, which he saw as a weakness, a dependence, but in pure, unadulterated strength, a dominance forged in the crucible of absolute control. He was the antithesis of everything Gareth stood for, everything he fought to protect.</w:t>
      </w:r>
    </w:p>
    <w:p/>
    <w:p>
      <w:r>
        <w:br/>
        <w:t>Lyra, her fae senses far more attuned to the subtler vibrations of magic and emotion, felt a tremor run through her very soul. The leader’s aura, though steeped in darkness, resonated with something deep within her, a disturbing echo of past traumas she had long thought buried. It was a chilling familiarity, a scent of forgotten dread that clung to him like a shroud. It spoke of a connection she couldn't yet grasp, a thread that bound her to this monstrous figure in ways that made her gorge rise with a primal fear that transcended logic. Her breath hitched, her elven eyes widening as she stared at Kaelen, a knot of dread tightening in her stomach. This wasn't just an enemy; this was a ghost from her past, resurrected by circumstance and ambition.</w:t>
      </w:r>
    </w:p>
    <w:p/>
    <w:p>
      <w:r>
        <w:br/>
        <w:t>Kaelen’s gaze, when it finally landed on them, was like shards of obsidian, sharp and devoid of warmth. His features, though severe, held a strange, unsettling beauty, the kind that hinted at a predatory grace. He was not as physically imposing as Gareth, not in the raw, muscular way of a wolf, but there was a coiled tension in his stance, a lethal stillness that promised swift, brutal violence. He moved with a fluid, almost unnerving grace, his dark robes swirling around him as he took a slow, deliberate step forward. The lingering energy of Silas’s ritual seemed to cling to him, a testament to his ability to manipulate even the fringes of corrupted magic.</w:t>
      </w:r>
    </w:p>
    <w:p/>
    <w:p>
      <w:r>
        <w:br/>
        <w:t>“So,” Kaelen’s voice was a low, resonant baritone, smooth as polished stone, yet edged with a chilling frost. “The rebels arrive to witness the dawn of a new era. You come to see your world crumble, do you not?” He gestured with a hand clad in a dark leather glove, the movement encompassing the ruined ritual site, the pulsating Nexus, and the fading light of the blood moon. “Silas’s ambition was crude, his methods… messy. But his intent, his desire to break free from the shackles of the moon’s influence, that was a noble pursuit. A pursuit I intend to complete.”</w:t>
      </w:r>
    </w:p>
    <w:p/>
    <w:p>
      <w:r>
        <w:br/>
        <w:t>Gareth’s lip curled back in a silent snarl. “Noble? You call this destruction noble? You seek to dominate, to rule through fear and brute force, devoid of any connection to the natural order. You are a blight, Kaelen.” His voice was a low growl, a promise of violence held in check only by Anya’s presence beside him.</w:t>
      </w:r>
    </w:p>
    <w:p/>
    <w:p>
      <w:r>
        <w:br/>
        <w:t>Kaelen tilted his head, a flicker of something akin to amusement in his dark eyes. “Natural order? The order imposed by a fickle, often cruel, moon? I see it as a crutch, a dependency that breeds weakness. The shifters of old, before the lunar pacts, were beings of pure, unadulterated strength. They commanded respect, not through the whim of a celestial body, but through their own inherent power. That is the path the Obsidian Hand walks. A path to true mastery.”</w:t>
      </w:r>
    </w:p>
    <w:p/>
    <w:p>
      <w:r>
        <w:br/>
        <w:t>Anya stepped forward, her hand instinctively going to the lunar crystal, its faint warmth a comforting presence against her palm. “You speak of strength, Kaelen, but you mistake dominance for power. True strength lies in balance, in connection, in the understanding that we are all part of something larger than ourselves. Your path leads only to isolation and destruction.” She met his obsidian gaze directly, refusing to be intimidated. “The Nexus responded to Silas’s corruption, not his ambition. It’s a force of nature, not a tool to be wielded by your twisted will.”</w:t>
      </w:r>
    </w:p>
    <w:p/>
    <w:p>
      <w:r>
        <w:br/>
        <w:t>Kaelen’s smile was a thin, humorless line. “Nature is a force to be tamed, Anya. Just as all lesser beings are to be tamed. Your reliance on the lunar crystal, on the very essence of the moon’s power, is a testament to your own inherent weakness. You are tethered, bound by tradition and sentiment. I, however, am free.” He flexed his gloved hand, and for a fleeting moment, Anya thought she saw a ripple of dark energy, devoid of any lunar signature, flow through him. It was a power that felt alien, ancient, and deeply unsettling.</w:t>
      </w:r>
    </w:p>
    <w:p/>
    <w:p>
      <w:r>
        <w:br/>
        <w:t>“Free?” Lyra’s voice, though soft, carried a surprising weight of defiance. “You are a slave to your own ambition, Kaelen. You twist your power, and in doing so, you twist yourself.” She hesitated, the unsettling resonance with his aura making her words tremble. “You… you represent a darkness I thought I had escaped. A darkness that feeds on fear and loss.”</w:t>
      </w:r>
    </w:p>
    <w:p/>
    <w:p>
      <w:r>
        <w:br/>
        <w:t>Kaelen’s gaze shifted to Lyra, and for the first time, a flicker of genuine recognition, or perhaps something darker, crossed his face. His lips curved into a more pronounced, chilling smile. “Ah, the little fae. You feel it, don’t you? The echo of what was. The whispers of a past you tried to bury. Perhaps, little one, you and I are more alike than you care to admit.”</w:t>
      </w:r>
    </w:p>
    <w:p/>
    <w:p>
      <w:r>
        <w:br/>
        <w:t>A chill deeper than any wind swept over Lyra. His words struck a nerve, a raw, exposed wound. She could feel the residual fear coiling in her gut, the phantom touch of a past she had fought so hard to forget. This wasn’t just a confrontation; it was a dissection of her deepest vulnerabilities, orchestrated by this man of shadow.</w:t>
      </w:r>
    </w:p>
    <w:p/>
    <w:p>
      <w:r>
        <w:br/>
        <w:t>“You know nothing of me,” Lyra spat, her voice gaining a steely edge.</w:t>
      </w:r>
    </w:p>
    <w:p/>
    <w:p>
      <w:r>
        <w:br/>
        <w:t>“I know enough,” Kaelen countered, his voice dropping to a silken purr that sent shivers down her spine. “I know the pain of being cast aside, of being deemed less than. The world fears what it doesn’t understand, and it seeks to control it, to diminish it. The shifters, in their rigid adherence to the moon’s laws, have done just that to those who dared to seek a different path. A path of pure, unadulterated strength.”</w:t>
      </w:r>
    </w:p>
    <w:p/>
    <w:p>
      <w:r>
        <w:br/>
        <w:t>Gareth stepped between Kaelen and Lyra, his massive wolf form a solid wall of protective fury. “And you believe that path leads to enlightenment? You are a fool. You are a predator who preys on the weak, on the lost, twisting their pain into a weapon for your own selfish gain. You have corrupted the hearts of shifters, filling them with your poison.”</w:t>
      </w:r>
    </w:p>
    <w:p/>
    <w:p>
      <w:r>
        <w:br/>
        <w:t>“Poison?” Kaelen scoffed, his dark eyes glinting with a cold amusement. “I offer liberation. Freedom from the constraints of the moon, from the limitations of empathy. True power lies in shedding those burdens, in embracing the predator within. Silas understood this, even if his methods were flawed. He sought to break the chains; I seek to forge new ones, ones of absolute loyalty and unwavering strength, with myself at the apex.”</w:t>
      </w:r>
    </w:p>
    <w:p/>
    <w:p>
      <w:r>
        <w:br/>
        <w:t>He raised his hands, and the air around him began to crackle with an unholy energy. It was a raw, volatile power, devoid of the natural resonance of the Nexus, yet undeniably potent. It was the power of pure will, a force that bent reality to its owner’s command, unburdened by the checks and balances of the natural world. Anya felt a surge of fear, but it was quickly overshadowed by a fierce resolve. This was what she had trained for, what she had read about in Anya’s journals. This was the moment of truth.</w:t>
      </w:r>
    </w:p>
    <w:p/>
    <w:p>
      <w:r>
        <w:br/>
        <w:t>“You speak of liberation,” Anya said, her voice ringing with newfound authority. “But you offer only tyranny. The Obsidian Hand is a cancer, and it’s time it was excised.” She clutched the lunar crystal, its steady pulse a comforting counterpoint to the volatile energy radiating from Kaelen. “You believe strength lies in isolation, but true power lies in connection. And the bond between me, Gareth, and Lyra is a power you cannot comprehend.”</w:t>
      </w:r>
    </w:p>
    <w:p/>
    <w:p>
      <w:r>
        <w:br/>
        <w:t>Kaelen’s eyes narrowed, his gaze fixed on the lunar crystal. “That trinket,” he sneered. “A symbol of your dependence. It blinds you to the true potential that lies within. The potential to transcend the limitations of your blood, your lineage, your very nature.”</w:t>
      </w:r>
    </w:p>
    <w:p/>
    <w:p>
      <w:r>
        <w:br/>
        <w:t>“It is not a trinket,” Gareth growled, his voice a low rumble that vibrated through the ground. “It is a connection. A legacy. And it is far more powerful than your twisted ideology.” He shifted, his wolf form tensing, ready to spring.</w:t>
      </w:r>
    </w:p>
    <w:p/>
    <w:p>
      <w:r>
        <w:br/>
        <w:t>“Legacy is for the dead,” Kaelen retorted, a chilling smile playing on his lips. “I forge a future. A future where the strong rule, and the weak are mere stepping stones.” He raised his hands, and the dark energy coalesced around him, forming sharp, jagged shards that hovered in the air, like an unnatural halo of obsidian. “And you three are merely the first obstacles to be removed.”</w:t>
      </w:r>
    </w:p>
    <w:p/>
    <w:p>
      <w:r>
        <w:br/>
        <w:t>The nexus, though its fury had subsided, still pulsed with latent energy. The remnants of Silas’s ritual lay scattered, a testament to the power of the earth itself resisting corruption. But Kaelen, a being of pure, unadulterated will, seemed to draw strength from the very disruption, his power a stark contrast to the natural forces swirling around them. He was an anomaly, a force that didn’t belong, and Anya knew, with a chilling certainty, that he was their greatest threat yet. The battle for the soul of the shifter world was about to begin, not with the chaotic fury of the Nexus, but with the cold, calculated malice of the Obsidian Hand’s leader. He was the shadow at the heart of the storm, and they had to extinguish his darkness before it consumed them all. His aura, a chilling blend of ancient power and chilling ambition, made Lyra’s skin crawl. It was a power that fed on pain, on loss, on the very things she had tried to leave behind. His familiarity was a terrifying revelation, a ghost from her past returned to haunt her present. And as he spoke of liberation, Anya and Gareth saw only the chains he intended to forge. This was not just a battle for power; it was a battle for the very essence of what it meant to be a shifter, for the balance between wild strength and the quiet, enduring power of connection. Kaelen was the embodiment of everything they stood against, a dark mirror reflecting a potential future they would fight to the death to prevent. His eyes, like chips of obsidian, held a chilling depth, a predatory intelligence that promised a cunning and ruthlessness that Silas, in his brute force, had never possessed. He was the architect, the strategist, the true mastermind, and his presence here, at the heart of the Nexus, was a testament to his far-reaching plans. Anya felt a surge of adrenaline, a primal readiness. Gareth let out a low growl, his wolf form vibrating with suppressed power. Lyra, though shaken by the unsettling resonance, stood her ground, her fae magic a faint shimmer around her. The stage was set. The Obsidian Hand’s leader stood revealed, and the true fight for their world had just begun. He was not merely a rogue shifter; he was a philosophy, a dangerous ideology that threatened to unravel the very fabric of shifter society. His belief in pure strength, devoid of lunar influence, was a seductive lie, a path that promised power but led only to isolation and the destruction of all that made them who they were. Kaelen was the embodiment of that lie, a chilling testament to the darkness that could fester within even the most powerful of beings. His presence here, at the heart of the Nexus, was no accident. He had manipulated events, perhaps even guided Silas’s hand, to bring them here, to this critical juncture. He was playing a game of far greater consequence than any of them had realized, and they were merely pawns in his grand, terrifying design. The air crackled, not with the residual energy of the Nexus, but with the palpable tension emanating from Kaelen. It was a cold, sharp energy, like the bite of frost, that promised a swift and brutal end to anyone who dared to stand in his way. He was the embodiment of controlled power, a stark contrast to the wild, unpredictable force of the Nexus that had just been unleashed. He had observed, he had waited, and now, he had revealed himself, ready to claim what he believed was rightfully his. The fate of the shifter world, hanging precariously in the balance, now rested on their ability to confront this new, insidious threat. Anya’s grip tightened on the lunar crystal, its gentle warmth a stark counterpoint to the icy aura of Kaelen. Gareth’s growl deepened, a promise of the storm he would unleash if Kaelen made one wrong move. Lyra’s breath caught in her throat, the echoes of her past resonating with a terrifying clarity. They were ready. They had faced the chaos, survived the fury, and now, they stood ready to face the architect of their potential downfall, a figure cloaked in shadow and radiating an aura of cold, ancient power, a rogue shifter who believed pure strength, devoid of lunar influence, was the path to dominance.</w:t>
      </w:r>
    </w:p>
    <w:p/>
    <w:p>
      <w:r>
        <w:t>The chilling pronouncements of Kaelen hung in the air, a stark harbinger of a future he intended to force upon them. Yet, before his pronouncements could fully sink in, a new threat began to manifest, a creeping dread that stole the very essence of their strength. It started subtly, a mere distortion in the air, like heat haze rising from scorched earth, but it was cold, not warm. Anya felt it first, a prickling sensation at the edge of her awareness, a subtle drain that made the lunar crystal in her hand feel less potent. Gareth, his wolf senses sharper than any human’s, let out a low, guttural growl, his massive frame tensing as he felt an unfamiliar weakness creep into his limbs.</w:t>
      </w:r>
    </w:p>
    <w:p>
      <w:r>
        <w:br/>
        <w:t>“What is this?” Gareth’s voice was a rough whisper, his gaze sweeping across the landscape, searching for the source of this encroaching desolation. The remnants of Silas’s ritual, still smoldering, seemed to recoil from an unseen force, their errant magical sparks sputtering and dying. The very air grew heavy, pressing down on them, stealing their breath and the vitality that pulsed through their veins. It was a palpable weight, an oppressive blanket of despair that seemed to suck the very life out of the plateau.</w:t>
      </w:r>
    </w:p>
    <w:p/>
    <w:p>
      <w:r>
        <w:br/>
        <w:t>Lyra, her fae heritage making her acutely sensitive to the ebb and flow of magical energies, gasped. Her skin prickled, not from fear, but from an alien touch, a violation of the natural order she held so dear. She could see it now, a faint, shimmering distortion that was slowly coalescing, like a tear in reality itself. It was an iridescent, almost invisible membrane, spreading outwards from the broken ritual circle where Kaelen stood, a tangible manifestation of his warped philosophy. It was the Veil of Oblivion, a name whispered in hushed, fearful tones within the hidden enclaves of shifter communities, a legend that spoke of the ultimate weapon against those tethered to the moon.</w:t>
      </w:r>
    </w:p>
    <w:p/>
    <w:p>
      <w:r>
        <w:br/>
        <w:t>“The Veil,” Lyra breathed, her voice trembling. “He’s actually done it. He’s breached the Veil of Oblivion.”</w:t>
      </w:r>
    </w:p>
    <w:p/>
    <w:p>
      <w:r>
        <w:br/>
        <w:t>Kaelen’s dark eyes, which had been fixed on Anya and Gareth with a predatory gleam, now swept over the encroaching phenomenon with a smug satisfaction. A slow, chilling smile spread across his lips, a smile devoid of any warmth or mirth. It was the smile of a predator who had just cornered its prey. His laughter, when it came, was like the grating sound of ice shards scraping against stone, a dry, rasping sound that echoed across the desolate plateau, amplifying the growing sense of dread.</w:t>
      </w:r>
    </w:p>
    <w:p/>
    <w:p>
      <w:r>
        <w:br/>
        <w:t>“Success,” Kaelen purred, his voice dripping with triumph. “Silas’s crude attempts merely disturbed the boundaries. But I, I have truly rent the fabric. The moon’s influence, that pathetic crutch you all cling to, is being severed. And with it, so too are your pathetic powers.” He gestured with a gloved hand towards the shimmering expanse, which was now clearly visible, a vast, opalescent barrier expanding outwards, silently, insidiously. It pulsed with a muted, unnatural light, a light that seemed to swallow any ambient lunar glow, leaving a chilling void in its wake.</w:t>
      </w:r>
    </w:p>
    <w:p/>
    <w:p>
      <w:r>
        <w:br/>
        <w:t>Anya felt it with horrifying clarity. The comforting warmth of the lunar crystal in her hand diminished, its steady pulse faltering, like a heartbeat struggling to find its rhythm. The innate connection she felt to the moon, that ever-present hum of power that flowed through her very being, was being muffled, choked. She could feel her own strength waning, a slow, terrifying retreat of her inherent abilities. Her wolf form, usually a constant, comforting presence within her, felt distant, like a memory struggling to surface.</w:t>
      </w:r>
    </w:p>
    <w:p/>
    <w:p>
      <w:r>
        <w:br/>
        <w:t>Beside her, Gareth roared. It was a sound of pure, unadulterated frustration and growing panic. His wolf, a creature of primal power and unwavering connection to the lunar cycle, was in distress. He could feel its strength draining, its primal instincts faltering. His fur, usually a lustrous silver that seemed to shimmer with moonlight, appeared duller, tinged with a dull grey. His powerful muscles felt heavy, sluggish, as if he were wading through thick, viscous tar. He tried to shift, to embrace the raw, untamed power of his wolf, but the instinct was weak, faltering. His bones ached, not with the familiar thrill of transformation, but with a sickening weakness. He could feel the edges of his wolf form flickering, becoming insubstantial, as if the very act of being a shifter was being undone.</w:t>
      </w:r>
    </w:p>
    <w:p/>
    <w:p>
      <w:r>
        <w:br/>
        <w:t>“No,” Gareth growled, his voice strained. He could feel the familiar surge of power, the instinct to protect, being siphoned away. He was a warrior, a protector, and to be rendered weak, vulnerable, was a fate worse than death. He looked at Anya, his golden eyes filled with a desperate plea. He had never felt this before, this insidious drain. It was a violation, a profound betrayal of his very nature. He clenched his jaw, fighting the encroaching weakness, determined to stand his ground, but the effort was immense.</w:t>
      </w:r>
    </w:p>
    <w:p/>
    <w:p>
      <w:r>
        <w:br/>
        <w:t>Lyra, too, felt the chilling effect of the Veil. Her elven magic, though rooted in nature and the earth’s energies, was intrinsically linked to the lunar cycles, which governed the growth of flora and the ebb of natural forces. She could feel the vibrancy of the surrounding flora dimming, the subtle hum of life in the air fading. The delicate shimmer of her own fae magic faltered, the strands of ethereal light growing thin and brittle. She reached out a hand, intending to weave a protective ward, but her fingers felt clumsy, her spells weak and easily dispelled by the oppressive atmosphere. Panic, cold and sharp, began to pierce through her usual composure. The natural order, the very foundation of her existence, was being systematically dismantled.</w:t>
      </w:r>
    </w:p>
    <w:p/>
    <w:p>
      <w:r>
        <w:br/>
        <w:t>“The shifters,” Lyra cried out, her voice laced with horror. “Anyone close to the Veil… they’re losing their power. I can feel it. It’s… it’s like a psychic dampener, but for our very essence.” She pointed towards a group of Obsidian Hand acolytes who had gathered at the edge of the plateau, observing Silas’s failed ritual. Even these followers, those who had embraced Kaelen’s vision, seemed to be struggling. Their movements were jerky, their stance less assured, as if the very air they breathed was being leached of its life-giving properties.</w:t>
      </w:r>
    </w:p>
    <w:p/>
    <w:p>
      <w:r>
        <w:br/>
        <w:t>Across the battlefield, a ripple of unease, quickly escalating to outright panic, began to spread amongst the Obsidian Hand’s ranks. Those who had willingly joined Kaelen, drawn by his promises of unbridled power, now found themselves caught in the very trap he had set. Their connection to the moon, though they sought to sever it, was still a fundamental part of their being, and the Veil was brutally, indiscriminately severing it. Shifters who had been boasting of their newfound freedom just moments before were now stumbling, their wolf forms flickering like faulty candles, their eyes wide with terror and disbelief. The raw, unadulterated strength Kaelen had promised was being replaced by a profound, debilitating weakness.</w:t>
      </w:r>
    </w:p>
    <w:p/>
    <w:p>
      <w:r>
        <w:br/>
        <w:t>“This is madness!” a voice cried out from the throng of Obsidian Hand followers. A hulking bear shifter, his fur usually a rich mahogany, now appeared matted and dull, his powerful frame seeming to shrink before their eyes. He clutched at his throat, gasping for air as if the Veil was a physical constriction. “My strength… it’s gone!”</w:t>
      </w:r>
    </w:p>
    <w:p/>
    <w:p>
      <w:r>
        <w:br/>
        <w:t>Another, a lithe panther shifter, who had been moving with predatory grace moments ago, now stumbled, her legs buckling beneath her. Her sleek, dark fur rippled erratically, her powerful musculature seeming to deflate. “I can’t… I can’t feel my wolf,” she whispered, her voice choked with fear.</w:t>
      </w:r>
    </w:p>
    <w:p/>
    <w:p>
      <w:r>
        <w:br/>
        <w:t>The chaos was spreading like a contagion. Shifters, once proud and powerful, now looked like broken, whimpering creatures, their connection to their primal selves severed, leaving them hollow and terrified. The Obsidian Hand’s ranks, meant to be a disciplined force, began to fracture, their newfound unity dissolving into a sea of fear and confusion. Kaelen, however, remained unmoved, a dark god reveling in the devastation he had wrought.</w:t>
      </w:r>
    </w:p>
    <w:p/>
    <w:p>
      <w:r>
        <w:br/>
        <w:t>Kaelen’s laughter intensified, a chilling crescendo of triumph that seemed to mock the very essence of shifter existence. “Look at them,” he declared, his voice booming, carrying across the plateau with an almost supernatural clarity. “They thought they could escape the moon’s curse. They embraced my vision, and now, they witness the true dawn. The dawn of absolute power, unburdened by the fickle whims of a celestial body. The dawn of the Obsidian Hand!”</w:t>
      </w:r>
    </w:p>
    <w:p/>
    <w:p>
      <w:r>
        <w:br/>
        <w:t>He raised his arms, and the Veil of Oblivion seemed to pulse in response, its opalescent sheen intensifying, the oppressive aura growing heavier. The air grew noticeably colder, a biting chill that had nothing to do with the fading moonlight and everything to do with the unnatural disruption of the natural order. It was a cold that seeped into the bones, a cold that spoke of decay and death, a tangible manifestation of the damage being inflicted upon the very fabric of their world. The vibrant energy of the Nexus, which had roared with defiant fury moments before, now seemed to shrink back, a wounded beast recoiling from an unseen predator. Its pulses, though still present, were weaker, more erratic, as if struggling to maintain its own existence against the encroaching darkness.</w:t>
      </w:r>
    </w:p>
    <w:p/>
    <w:p>
      <w:r>
        <w:br/>
        <w:t>Anya felt a fresh wave of despair wash over her. This was more than just a battle; it was an assault on their very identities. The powers they had inherited, the connection to their animal forms, the very things that defined them as shifters, were being systematically erased. It was a violation so profound, so absolute, that it struck at the core of their beings. Gareth’s pained growls, Lyra’s trembling breaths, the growing panic amongst the Obsidian Hand’s own ranks – it all served as a stark reminder of the horrifying effectiveness of Kaelen’s plan. He wasn’t just seeking dominance; he was seeking to fundamentally alter what it meant to be a shifter, to strip them of their ancestral ties and remake them in his own image of cold, unfeeling strength.</w:t>
      </w:r>
    </w:p>
    <w:p/>
    <w:p>
      <w:r>
        <w:br/>
        <w:t>The encroaching Veil was a tangible representation of Kaelen’s twisted philosophy. It was a void, a place where the natural lunar energy was extinguished, leaving only the bleak, sterile power of pure, unadulterated will. It was a world without empathy, without connection, without the wild, untamed spirit that defined them. And it was spreading, inexorably, across the plateau, threatening to engulf them all. Anya’s grip on the lunar crystal tightened, her knuckles white. The crystal’s light was dim, flickering, but it was still there, a small ember of hope against the encroaching darkness. It was a reminder of what they were fighting for, of the balance Kaelen sought to destroy.</w:t>
      </w:r>
    </w:p>
    <w:p/>
    <w:p>
      <w:r>
        <w:br/>
        <w:t>“You think this is power, Kaelen?” Anya’s voice, though strained, held a defiant edge that cut through the oppressive atmosphere. “This is destruction. You are not bringing forth a new dawn; you are plunging us into eternal night. You are a parasite, feeding on the fear and desperation of others, twisting their pain into a weapon for your own selfish ambition.” She met his gaze, her eyes blazing with a fierce, unwavering resolve, despite the chilling drain she felt within her. “This Veil is not a symbol of your strength; it is a monument to your fear. Fear of connection, fear of vulnerability, fear of the very essence of what makes us powerful.”</w:t>
      </w:r>
    </w:p>
    <w:p/>
    <w:p>
      <w:r>
        <w:br/>
        <w:t>Gareth let out a guttural snarl, his wolf form flickering violently. He could feel the primal rage building within him, a desperate attempt to assert his dominance against the suffocating weakness. He would not let Kaelen break him. He would not let him steal his wolf, his birthright. He could feel the echoes of his ancestors, their fierce spirits roaring against this violation.</w:t>
      </w:r>
    </w:p>
    <w:p/>
    <w:p>
      <w:r>
        <w:br/>
        <w:t>“You are a sickness, Kaelen,” Gareth growled, his voice a low rumble that vibrated with suppressed fury. “A cancer that seeks to devour everything pure and true. You offer liberation, but you deliver only chains. Chains of fear, chains of isolation, chains that will bind your followers to you in their weakness, just as you are bound to your own twisted obsessions.” He shifted, his massive paws digging into the earth, a desperate attempt to ground himself, to find some semblance of his former strength.</w:t>
      </w:r>
    </w:p>
    <w:p/>
    <w:p>
      <w:r>
        <w:br/>
        <w:t>Lyra, her fae eyes wide with a mixture of horror and nascent determination, saw the fear in the eyes of the shifters caught in the Veil’s grasp. She saw their power flickering, their wolf spirits dimming. It was a sight that resonated with a deep, ancient pain within her, a reminder of the shadows she had fought so hard to escape. But seeing Kaelen reveling in this devastation ignited a spark of defiance.</w:t>
      </w:r>
    </w:p>
    <w:p/>
    <w:p>
      <w:r>
        <w:br/>
        <w:t>“You speak of true strength, Kaelen,” Lyra said, her voice gaining a surprising resonance. “But you mistake brutality for power. You mistake control for freedom. You are so consumed by your own darkness, your own perceived injustices, that you cannot see the beauty in the connections that bind us, the strength in the shared vulnerability, the power in the lunar light that sustains us.” Her voice trembled, but her gaze remained fixed on Kaelen, a silent promise of resistance. “This Veil is a lie. It is a barrier built of fear, and fear can be overcome.”</w:t>
      </w:r>
    </w:p>
    <w:p/>
    <w:p>
      <w:r>
        <w:br/>
        <w:t>Kaelen’s smirk widened, his obsidian eyes glittering with a chilling amusement as he surveyed the growing chaos. “Overcome?” he scoffed, the sound like the rasp of dry leaves. “You speak of overcoming what is inevitable. The moon’s influence is a disease, a weakness that has plagued shifterkind for millennia. I am merely the cure. I am the one who will cleanse them, who will forge them anew into beings of pure, unadulterated strength, unburdened by sentiment or loyalty to a dying celestial body.”</w:t>
      </w:r>
    </w:p>
    <w:p/>
    <w:p>
      <w:r>
        <w:br/>
        <w:t>He turned his gaze back to Anya, Gareth, and Lyra, a predatory glint in his eyes. “You three,” he said, his voice dropping to a silken purr that sent shivers down their spines, “are the last vestiges of your dying world. You cling to your outdated notions of balance and connection, blind to the inevitable tide of change. You are the old ways, and the old ways are destined to crumble.”</w:t>
      </w:r>
    </w:p>
    <w:p/>
    <w:p>
      <w:r>
        <w:br/>
        <w:t>The Veil of Oblivion continued its silent, inexorable spread. The air grew colder, heavier, the oppressive silence broken only by the terrified whimpers of shifters losing their powers and Kaelen’s chilling laughter. The very ground beneath their feet seemed to vibrate with the disruption, the natural order groaning under the strain. Anya, Gareth, and Lyra stood their ground, a small island of defiance against the encroaching darkness, the weight of their world resting on their faltering shoulders. The Veil was no longer a theoretical threat; it was a tangible, suffocating reality, and its breach was a testament to Kaelen’s chilling success. The battle for the soul of the shifter world had taken a desperate turn, and the very essence of their being was now on the line.</w:t>
      </w:r>
    </w:p>
    <w:p/>
    <w:p>
      <w:r>
        <w:t>The oppressive aura of the Veil of Oblivion, an unnatural cold that leached the very life from the air, had been a suffocating blanket over Gareth. His wolf, a creature of immense power and primal instinct, had been thrashing against the unnatural suppression, a caged beast denied its very nature. The weakness seeping into his limbs, the dulling of his senses, the faltering of his very wolf-heart, was anathema to him. It was a violation on a scale he couldn't comprehend, a desecration of his lineage, his spirit, his very essence. He had watched, with a growing horror that clawed at his throat, as his brethren, as those who had chosen Kaelen's path, stumbled and fell, their innate power draining away like water through a sieve. He saw the fear in their eyes, the dawning realization that the freedom they had been promised was a gilded cage, and the price of entry was their very souls.</w:t>
      </w:r>
    </w:p>
    <w:p>
      <w:r>
        <w:br/>
        <w:t>But as Kaelen’s triumphant pronouncements echoed across the desolate plateau, as the smug satisfaction in his eyes deepened with each whimpering cry of a weakened shifter, something within Gareth snapped. It wasn't a gentle yielding; it was a violent rupture. The encroaching despair, the gnawing weakness, the horror of seeing his kind diminished – it all coalesced into a single, incandescent point of pure, unadulterated rage. It was a primal fury that burned hotter than any sun, a force that shattered the invisible chains Kaelen had so meticulously forged.</w:t>
      </w:r>
    </w:p>
    <w:p/>
    <w:p>
      <w:r>
        <w:br/>
        <w:t>A guttural roar, raw and untamed, ripped from Gareth’s throat. It was a sound that did not belong to the current, weakened state of his being. This was the roar of his wolf, unbound and furious, a primal declaration that defied the very nature of the Veil. It was a sound that seemed to vibrate not just through the air, but through the very stone beneath his feet, a testament to the ancient power that resided within him. Anya, standing beside him, felt the shift, the sudden surge of power that pushed back against the encroaching emptiness. The lunar crystal in her hand, which had felt so feeble moments before, pulsed with a renewed, albeit faint, light, responding to the fierce defiance emanating from Gareth.</w:t>
      </w:r>
    </w:p>
    <w:p/>
    <w:p>
      <w:r>
        <w:br/>
        <w:t>His massive frame began to tremble, not with weakness, but with the intense energy of an impending transformation. The dull grey that had begun to tinge his fur receded, replaced by a fierce, silver sheen that seemed to absorb the faint moonlight, igniting it from within. His muscles bunched and swelled, not with the sluggishness of the Veil’s influence, but with a coiled, explosive strength. Bones shifted and cracked, not with the sickening ache of power loss, but with the familiar, exhilarating thrill of embracing his true form. The familiar scent of ozone and wild power filled the air around him, pushing back against the cloying chill of Kaelen’s creation.</w:t>
      </w:r>
    </w:p>
    <w:p/>
    <w:p>
      <w:r>
        <w:br/>
        <w:t>He rose on his hind legs, a colossal silhouette against the darkening sky, his fur bristling with pure, unbridled rage. The golden light in his eyes flared, burning with an intensity that could rival any star, a testament to the fated bond that fueled his power and the ancient, untamed spirit of his lineage. His muzzle, once held low in a growl of pain, now stretched upwards, his jaws opening wide to unleash a howl that was more than just a sound; it was a challenge, a war cry, a primal symphony of defiance.</w:t>
      </w:r>
    </w:p>
    <w:p/>
    <w:p>
      <w:r>
        <w:br/>
        <w:t>The howl ripped through the oppressive silence, a clarion call that pierced the heart of the Veil. It was amplified by the raw, untamed energy of the Nexus, which seemed to surge in response to Gareth’s fury, its dying pulses momentarily reignited by his primal roar. The eclipse, a celestial harbinger of shadow and change, seemed to cast a deeper, more ominous pall, as if acknowledging the unleashing of such potent, untamed power. The howl resonated with the ancient strength of the mountains, the very earth seeming to hum in agreement with his defiance. It was a sound that spoke of a thousand generations of warriors, of protectors, of wolves who had faced down darkness and emerged victorious.</w:t>
      </w:r>
    </w:p>
    <w:p/>
    <w:p>
      <w:r>
        <w:br/>
        <w:t>His howl was a beacon, a rallying cry to any shifter who still possessed a spark of defiance, a whisper of their true nature. It was a direct challenge to Kaelen and his Obsidian Hand, a clear and undeniable declaration that he would not yield, that he would not allow his kind to be broken. The raw power radiating from him was a palpable force, pushing back against the encroaching tendrils of the Veil, creating a small pocket of resistance in the suffocating tide of despair.</w:t>
      </w:r>
    </w:p>
    <w:p/>
    <w:p>
      <w:r>
        <w:br/>
        <w:t>And then, he moved.</w:t>
      </w:r>
    </w:p>
    <w:p/>
    <w:p>
      <w:r>
        <w:br/>
        <w:t>He didn’t charge in a straight line; he exploded. A blur of silver and primal fury, Gareth launched himself towards the scattered ranks of the Obsidian Hand. He was no longer a victim of the Veil; he was a force of nature unleashed, a living embodiment of the wild, untamed power Kaelen sought to extinguish. His massive paws, tipped with razor-sharp claws, churned the earth as he ran, each stride carrying him further and faster than any shifter under the Veil’s influence could have dreamed.</w:t>
      </w:r>
    </w:p>
    <w:p/>
    <w:p>
      <w:r>
        <w:br/>
        <w:t>The Obsidian Hand acolytes, those who had been reveling in their perceived newfound freedom from the moon’s “curse,” found themselves facing a terror far more potent than any lunar influence. Their weakened states, their flickering wolf forms, made them easy prey for Gareth’s unleashed rage. He moved with a speed and ferocity that belied the Veil’s oppressive aura, his senses sharpened by his unbridled fury, his fated bond with Anya guiding his every move, even in his enraged state.</w:t>
      </w:r>
    </w:p>
    <w:p/>
    <w:p>
      <w:r>
        <w:br/>
        <w:t>He met the first line of attackers head-on. A hulking bear shifter, his earlier pronouncements of lost strength now a pathetic echo, stood frozen in Gareth’s path. Gareth didn’t hesitate. With a guttural snarl, he slammed into the bear, his powerful jaws clamping down on the shifter’s thick hide. The impact was brutal, a sickening crunch of bone and fur. The bear, despite his size, was no match for Gareth’s amplified strength. He was tossed aside like a rag doll, his roars of pain quickly silenced.</w:t>
      </w:r>
    </w:p>
    <w:p/>
    <w:p>
      <w:r>
        <w:br/>
        <w:t>Next, a pair of wolf shifters, their movements sluggish and uncoordinated, lunged at him. Gareth met their clumsy attacks with a fluid grace that seemed impossible given his size. He dodged one’s snapping jaws, his massive head swinging around to deliver a powerful blow that sent the shifter sprawling. The second wolf shifter managed to latch onto his flank, its weakened fangs barely able to pierce his thick, silver fur. Gareth let out an enraged snarl, twisting his body with astonishing agility and ripping the attacker from his side with a swipe of his powerful claws. The shifter yelped, stumbling back, its fur matted with blood.</w:t>
      </w:r>
    </w:p>
    <w:p/>
    <w:p>
      <w:r>
        <w:br/>
        <w:t>He was a whirlwind of destruction, a primal embodiment of wrath. His roars echoed across the battlefield, each one a testament to the suffering he had witnessed, a promise of retribution. He saw Lyra, her fae magic struggling against the Veil, and Anya, her hand still clasped around the dimming lunar crystal, and his fury intensified. They were his pack, his fated mates, and he would tear down the world before he let anything happen to them.</w:t>
      </w:r>
    </w:p>
    <w:p/>
    <w:p>
      <w:r>
        <w:br/>
        <w:t>The Obsidian Hand, so confident in their numbers and Kaelen’s seemingly insurmountable weapon, began to falter. Their unity, built on the shaky foundation of Kaelen’s promises and the shared fear of the moon, began to crack under the relentless onslaught of Gareth’s primal rage. The Veil, meant to sap their strength, seemed to have no effect on Gareth, or perhaps his fury was so potent, so absolute, that it transcended the Veil’s dampening effects. He was a testament to the unyielding spirit of the shifter, a living embodiment of the power Kaelen so desperately sought to control and ultimately destroy.</w:t>
      </w:r>
    </w:p>
    <w:p/>
    <w:p>
      <w:r>
        <w:br/>
        <w:t>He saw a flicker of movement at the edge of his vision – Kaelen, standing amidst the chaos, a smug expression on his face, observing the destruction with a detached amusement. That amusement, that cold satisfaction, fueled Gareth’s rage even further. He would make Kaelen understand the true meaning of power, the power that came not from control and manipulation, but from connection, from instinct, from the raw, untamed heart of a wolf.</w:t>
      </w:r>
    </w:p>
    <w:p/>
    <w:p>
      <w:r>
        <w:br/>
        <w:t>Gareth singled out a group of Obsidian Hand enforcers who were attempting to flank Anya. With a guttural snarl, he changed direction, abandoning his previous targets to intercept them. He slammed into them with the force of a runaway avalanche, scattering them like leaves in a storm. His claws tore through armor and flesh, his powerful jaws snapping with lethal intent. He moved with an economy of motion, each strike precise, each movement fueled by an ancient instinct honed over millennia of evolution.</w:t>
      </w:r>
    </w:p>
    <w:p/>
    <w:p>
      <w:r>
        <w:br/>
        <w:t>He was the embodiment of the wild. The mountains, the ancient forests, the very essence of shifterkind – it all flowed through him in this moment. The Veil of Oblivion was a temporary setback, a momentary insult to the power he wielded. He was the mountain wolf, and he would not be tamed. He would not be broken. He would fight for his pack, for his kind, for the very soul of their existence, and he would drown Kaelen’s twisted vision in a tide of primal fury. He was Gareth, and he was the storm, and the storm had just arrived.</w:t>
      </w:r>
    </w:p>
    <w:p/>
    <w:p>
      <w:r>
        <w:t>The air thrummed with Gareth's unleashed fury, a palpable wave that sent tremors through the Obsidian Hand. Lyra watched, her fae heart hammering a frantic rhythm against her ribs, as he became a silver-blur of pure, untamed power, tearing through Kaelen’s enforcers. His roars were the sound of the wild, a primal symphony that echoed the ancient strength of the mountains and the untamed spirit of their kind. He was a force of nature, a living embodiment of the power Kaelen so desperately sought to extinguish. But even as her wolf-heart swelled with pride and a fierce, protective love for her mate, Lyra knew Gareth's raw, explosive might, while glorious, wasn't the complete answer. Kaelen's ritual, the very heart of the Veil of Oblivion, was a complex web of dark magic, and brute force, however magnificent, wouldn't unravel it on its own.</w:t>
      </w:r>
    </w:p>
    <w:p>
      <w:r>
        <w:br/>
        <w:t>Her eyes, sharp and discerning even amidst the chaos, swept over the scene. She saw the raw, pulsating energy of the Nexus, usually a benevolent source of life and magic, now warped and twisted by Kaelen’s insidious ritual. It pulsed erratically, its ebb and flow dictated by the dark incantations of the Obsidian Hand. Gareth’s rage was a magnificent, fiery comet, attracting and decimating the immediate threats, but the source of the blight, the carefully constructed edifice of Kaelen’s control, remained untouched. She needed to strike at the foundation, not just the soldiers.</w:t>
      </w:r>
    </w:p>
    <w:p/>
    <w:p>
      <w:r>
        <w:br/>
        <w:t>Lyra drew upon her innate fae connection to the earth, to the very ley lines that crisscrossed the land. She felt the subtle vibrations, the discordant notes in the symphony of magic that Kaelen had orchestrated. The Veil wasn't just a dampening field; it was a meticulously crafted ritual, anchored by focal points, conduits through which Kaelen siphoned and manipulated the Nexus's energy. Gareth was a glorious distraction, a magnificent bull in Kaelen’s china shop, but she, Lyra, was the one who had studied the blueprints of this dark edifice.</w:t>
      </w:r>
    </w:p>
    <w:p/>
    <w:p>
      <w:r>
        <w:br/>
        <w:t>Anya, her face etched with a mixture of fear and fierce determination, stood beside Lyra, her grip tightening on the lunar crystal. It pulsed with a faint, struggling light, a testament to the dwindling power Kaelen had sought to suppress. "Lyra," Anya’s voice was tight, strained. "Can you feel it? It's… it's like a thousand needles pricking my soul. This cold… it’s not just physical."</w:t>
      </w:r>
    </w:p>
    <w:p/>
    <w:p>
      <w:r>
        <w:br/>
        <w:t>"I feel it, Anya," Lyra replied, her own voice a low hum of concentration. "But Kaelen's power has limits. He's drawing from the Nexus, but he's also anchoring it. Those anchors are his weakness. He thinks he's controlling everything, but he’s built a fragile structure." She glanced at Gareth, a fierce protector drawing all eyes, all aggression. "He's drawing them in. Perfect."</w:t>
      </w:r>
    </w:p>
    <w:p/>
    <w:p>
      <w:r>
        <w:br/>
        <w:t>Lyra closed her eyes for a fleeting moment, delving deeper into the intricate tapestry of magic woven by Kaelen and his Obsidian Hand. She felt the flow of energy, the dark tendrils snaking out from the central ritual site, feeding the Veil. She could sense the points of convergence, the nexus points where the Obsidian Hand acolytes channeled their power, focusing it into the ritual’s core. These were the nodes she needed to sever.</w:t>
      </w:r>
    </w:p>
    <w:p/>
    <w:p>
      <w:r>
        <w:br/>
        <w:t>Her fae heritage was a gift, not just of strength and beauty, but of an innate understanding of ancient magics, of the delicate balance of the natural world, and of the hidden flows of power. The Veil of Oblivion, for all its dark intent, was still a ritual, a construct that could be deconstructed. Gareth’s roar had shattered the illusion of invincibility, but Lyra’s approach would be surgical.</w:t>
      </w:r>
    </w:p>
    <w:p/>
    <w:p>
      <w:r>
        <w:br/>
        <w:t>She moved with a deliberate grace, her steps silent on the fractured earth. While Gareth was a hurricane of silver fur and fangs, Lyra was a whisper of ancient power, a dancer in the heart of the storm. She skirted the edges of the main conflict, her senses keenly attuned to the ebb and flow of the dark magic. She could see the faint, shimmering distortions in the air around the Obsidian Hand members who were actively participating in the ritual, their forms flickering with the strain. These were not warriors; they were conduits, and conduits could be overloaded.</w:t>
      </w:r>
    </w:p>
    <w:p/>
    <w:p>
      <w:r>
        <w:br/>
        <w:t>Her goal was not to engage in direct combat, not in the way Gareth was. Instead, she focused on the environment, on the subtle magical resonances that Kaelen had overlooked in his arrogance. She knew of ancient fae wards, of the earth’s own defensive mechanisms, and she intended to reawaken them, to turn Kaelen’s own creation against him.</w:t>
      </w:r>
    </w:p>
    <w:p/>
    <w:p>
      <w:r>
        <w:br/>
        <w:t>She reached a cluster of three Obsidian Hand acolytes, their faces contorted with effort, their hands clasped together as they channeled energy towards the unseen center of Kaelen's ritual. They were positioned in a triangular formation, each one a node in a larger network. Lyra held out her hand, her fingers splayed. She didn't conjure a bolt of raw power; that would be too blunt, too easily deflected by the ambient chaos. Instead, she focused on resonance, on finding the harmonic frequency of their channeled magic.</w:t>
      </w:r>
    </w:p>
    <w:p/>
    <w:p>
      <w:r>
        <w:br/>
        <w:t>"Hush now," she murmured, her voice barely audible above the din of battle. "The Nexus weeps for this desecration." She felt Anya’s crystal artifact warm in her pocket, a subtle thrum that seemed to synchronize with her own intent. Anya’s presence, her faith in Lyra, was a constant source of strength, a beacon of focused intent that amplified Lyra's own abilities. The lunar crystal wasn't just a passive artifact; it was a key, a catalyst.</w:t>
      </w:r>
    </w:p>
    <w:p/>
    <w:p>
      <w:r>
        <w:br/>
        <w:t>Lyra began to hum, a low, ancient melody that seemed to resonate with the very earth beneath her feet. The sound wasn't aggressive; it was a call, a summoning. She felt the Ley lines, normally dormant and peaceful, begin to stir in response to her song. The ground around the three acolytes began to subtly shift, not violently, but with a slow, inexorable power. Tiny crystalline structures, remnants of the Nexus’s purest energy, began to emerge from the soil, growing like delicate, ethereal flowers.</w:t>
      </w:r>
    </w:p>
    <w:p/>
    <w:p>
      <w:r>
        <w:br/>
        <w:t>The acolytes faltered, their concentration breaking as they felt the strange, new energy. One of them, a gaunt man with hollow eyes, looked around in confusion. "What is this?" he stammered, his voice cracking.</w:t>
      </w:r>
    </w:p>
    <w:p/>
    <w:p>
      <w:r>
        <w:br/>
        <w:t>Lyra’s hum deepened, the melody weaving itself into a more complex pattern. She directed the nascent crystalline growth, guiding it with her will. The crystals, each one a tiny prism of pure magic, began to attach themselves to the acolytes' outstretched hands, to their robes, wherever they could find purchase. They weren't a physical restraint, but a magical one, subtly absorbing and redirecting the dark energy they were channeling.</w:t>
      </w:r>
    </w:p>
    <w:p/>
    <w:p>
      <w:r>
        <w:br/>
        <w:t>The effect was immediate. The flow of dark magic from the three acolytes sputtered, then fractured. Their faces contorted in pain, not from physical injury, but from the disruption of their carefully maintained channels. The energy they were trying to send to Kaelen’s ritual was now being absorbed by the Nexus’s own reawakened power, channeled through the crystalline structures Lyra had conjured.</w:t>
      </w:r>
    </w:p>
    <w:p/>
    <w:p>
      <w:r>
        <w:br/>
        <w:t>"You are trying to steal from a wellspring, little thieves," Lyra whispered, her eyes now glowing with a soft, internal light. "But the wellspring remembers its own."</w:t>
      </w:r>
    </w:p>
    <w:p/>
    <w:p>
      <w:r>
        <w:br/>
        <w:t>One of the acolytes cried out, recoiling as the crystals seemed to pulse with an inner light, drawing his power away. The formation broke, and the others followed suit, their carefully constructed channel collapsing. The disruption, though localized, sent a ripple through Kaelen’s ritual, a momentary falter in the suffocating grip of the Veil.</w:t>
      </w:r>
    </w:p>
    <w:p/>
    <w:p>
      <w:r>
        <w:br/>
        <w:t>Gareth, in the heart of the maelstrom, felt it. The oppressive cold lessened, infinitesimally, for a fraction of a second. It was enough. His rage, already a roaring inferno, flared with renewed intensity, fueled by the knowledge that his mate was fighting on another front, that her power was a silent, potent force working in conjunction with his own.</w:t>
      </w:r>
    </w:p>
    <w:p/>
    <w:p>
      <w:r>
        <w:br/>
        <w:t>Lyra didn't linger. She moved on, her fae senses guiding her to the next critical focal point. She saw another group of acolytes, their backs to her, their heads bowed in concentration. This time, she didn’t use the earth’s energy directly. Instead, she called upon the ancient fae spirits of the wind, the unseen currents that flowed through the land.</w:t>
      </w:r>
    </w:p>
    <w:p/>
    <w:p>
      <w:r>
        <w:br/>
        <w:t>She raised her arms, her movements fluid and graceful. The air around her began to stir, not with the violent gusts of an ordinary wind, but with a focused, sentient breeze. It swirled around the acolytes, not to push them, but to subtly alter the very fabric of the air they breathed, the magical currents they relied upon. She was weaving illusions, not of sight, but of magical perception.</w:t>
      </w:r>
    </w:p>
    <w:p/>
    <w:p>
      <w:r>
        <w:br/>
        <w:t>She whispered words of ancient power, words that resonated with the wild and the untamed. The wind carried her voice, not as sound, but as a caress on their magical senses. It whispered doubts, amplified their own inherent fears of failure, and subtly distorted the magical pathways they were following.</w:t>
      </w:r>
    </w:p>
    <w:p/>
    <w:p>
      <w:r>
        <w:br/>
        <w:t>The acolytes began to shift uneasily. They felt the change, the imperceptible shift in the magical currents, the unsettling whispers on the wind. One of them turned, his eyes wide with unease, searching for the source of the disturbance. He saw only Lyra, standing serenely, her eyes alight with a power that seemed ancient and wild.</w:t>
      </w:r>
    </w:p>
    <w:p/>
    <w:p>
      <w:r>
        <w:br/>
        <w:t>"The moon does not grant dominion," Lyra’s voice, carried on the enchanted wind, seemed to echo from everywhere and nowhere at once. "It only reflects the power within."</w:t>
      </w:r>
    </w:p>
    <w:p/>
    <w:p>
      <w:r>
        <w:br/>
        <w:t>Her words, amplified and distorted by the wind, struck them like a physical blow. Their focus wavered, the channels they maintained becoming unstable. The dark energy they were channeling began to backfire, not with explosive force, but with a creeping, insidious drain. It was like a subtle poison, slowly siphoning their strength, leaving them feeling drained and disoriented.</w:t>
      </w:r>
    </w:p>
    <w:p/>
    <w:p>
      <w:r>
        <w:br/>
        <w:t>Lyra watched as their formed shimmered, their connection to the ritual weakening. They stumbled back, their hands falling from their companions, their concentration shattered. The carefully constructed magical grid Kaelen had woven began to unravel, thread by thread.</w:t>
      </w:r>
    </w:p>
    <w:p/>
    <w:p>
      <w:r>
        <w:br/>
        <w:t>She saw Kaelen, a distant, arrogant figure amidst the chaos, his expression turning from smug satisfaction to a flicker of annoyance as he sensed the disruption. He was accustomed to absolute control, to the predictable obedience of his acolytes. Lyra’s calculated strikes, so different from Gareth's direct assault, were a more insidious threat. They were attacking the architecture of his power, not just the soldiers defending it.</w:t>
      </w:r>
    </w:p>
    <w:p/>
    <w:p>
      <w:r>
        <w:br/>
        <w:t>Lyra moved again, her pace unhurried, her movements precise. She understood that Kaelen’s ritual was a complex ecosystem, and disrupting one part could have cascading effects. She wasn't just breaking individual connections; she was introducing chaos into the system, destabilizing the entire edifice.</w:t>
      </w:r>
    </w:p>
    <w:p/>
    <w:p>
      <w:r>
        <w:br/>
        <w:t>She reached a section of the plateau where the Veil’s influence was strongest, a place where the unnatural cold seemed to bite deepest. Here, the Nexus’s energy was most heavily suppressed, its light struggling to penetrate the oppressive darkness. Lyra knew this was a critical point, a place where Kaelen had reinforced his defenses.</w:t>
      </w:r>
    </w:p>
    <w:p/>
    <w:p>
      <w:r>
        <w:br/>
        <w:t>She looked at Anya, who had followed her, her hand still clutching the lunar crystal. Anya’s presence was a powerful anchor, her own innate magic, though suppressed by the Veil, resonating with the crystal’s latent power. "Anya," Lyra said, her voice soft but firm. "Now. We need to focus the crystal’s energy. Just a little. Aim it at the heart of this area."</w:t>
      </w:r>
    </w:p>
    <w:p/>
    <w:p>
      <w:r>
        <w:br/>
        <w:t>Anya nodded, her jaw set. She raised the lunar crystal, its dim glow seeming to flicker with renewed hope as Lyra’s intent focused. Lyra placed her hand over Anya's, her own fae energy flowing into the artifact, a surge of pure, untamed magic from the natural world. The crystal pulsed, not with the full brilliance of a moonlit night, but with a determined, defiant light, a tiny spark against the overwhelming darkness.</w:t>
      </w:r>
    </w:p>
    <w:p/>
    <w:p>
      <w:r>
        <w:br/>
        <w:t>Lyra began to chant, her voice a low, resonant hum that spoke of ancient forests, of moonlit glades, of the inherent power of life. She channeled the very essence of the Nexus through the crystal, coaxing it, guiding it. She wasn't forcing it; she was reminding it of its true nature, of its connection to the living world.</w:t>
      </w:r>
    </w:p>
    <w:p/>
    <w:p>
      <w:r>
        <w:br/>
        <w:t>The air around them began to shimmer, the oppressive cold receding slightly. The Nexus, sensing the call, the redirection of its own power, began to push back. It was a subtle shift, a reclaiming of its inherent strength. The crystalline structures Lyra had conjured earlier, scattered across the plateau, began to glow faintly, responding to this renewed surge of Nexus energy.</w:t>
      </w:r>
    </w:p>
    <w:p/>
    <w:p>
      <w:r>
        <w:br/>
        <w:t>Lyra focused her will, the combined energy of her fae magic, Anya’s fated connection to the moon, and the nascent power of the lunar crystal, all directed towards the focal point of Kaelen’s ritual. She could sense the intricate magical matrix Kaelen had woven, the invisible threads that held the Veil together. She targeted the densest knots, the points of greatest concentration, with a precise, almost delicate touch.</w:t>
      </w:r>
    </w:p>
    <w:p/>
    <w:p>
      <w:r>
        <w:br/>
        <w:t>It wasn’t a blast of overwhelming force. It was a surgical strike, a precise application of ancient magic designed to unravel the ritual’s structure from within. She felt the strain, the immense effort required to manipulate such potent energies, but she pushed on, her resolve unwavering. Gareth was the storm; she was the careful hand that guided the lightning.</w:t>
      </w:r>
    </w:p>
    <w:p/>
    <w:p>
      <w:r>
        <w:br/>
        <w:t>The focal points began to crack, not with a sound, but with a visual distortion, a ripple in the fabric of reality. The dark energy Kaelen had gathered there began to disperse, unable to maintain its coherence against the reawakening power of the Nexus. The Veil of Oblivion flickered, its suffocating grip weakening.</w:t>
      </w:r>
    </w:p>
    <w:p/>
    <w:p>
      <w:r>
        <w:br/>
        <w:t>Lyra felt a jolt, a surge of power that coursed through her, both exhilarating and terrifying. She had successfully disrupted one of the core anchors of Kaelen’s ritual. The ripple effect was already spreading, causing confusion and disarray among the remaining Obsidian Hand acolytes. Their carefully controlled magic faltered, their channels becoming unstable.</w:t>
      </w:r>
    </w:p>
    <w:p/>
    <w:p>
      <w:r>
        <w:br/>
        <w:t>She saw Gareth’s wolf form, a magnificent silver beast, momentarily pause, his head cocked as if sensing the shift. His golden eyes, burning with primal fury, met hers across the chaotic battlefield. In that brief, shared glance, a silent understanding passed between them. He was the vanguard, breaking through the enemy lines; she was the strategist, dismantling the enemy’s fortifications.</w:t>
      </w:r>
    </w:p>
    <w:p/>
    <w:p>
      <w:r>
        <w:br/>
        <w:t>Kaelen, his arrogance finally cracking, roared in fury. He felt his control slipping, the carefully constructed edifice of his power beginning to crumble. He turned his enraged gaze towards Lyra, his eyes burning with malevolent intent. But before he could unleash his own power, Gareth was there, a blur of silver, a primal force unleashed once more.</w:t>
      </w:r>
    </w:p>
    <w:p/>
    <w:p>
      <w:r>
        <w:br/>
        <w:t>Lyra continued her work, her movements precise and economical. She moved from one destabilized focal point to another, her actions a testament to her controlled power. She was not a raging inferno like Gareth, but a force of nature in her own right, a subtle, persistent erosion of Kaelen’s dark design. The Nexus, awakened by her efforts, pulsed with a growing strength, its natural magic pushing back against the artificial darkness. The eclipse, the celestial omen that had heralded Kaelen’s triumph, now seemed to cast a less ominous shadow, as if the natural order was slowly, but surely, reasserting itself. Lyra, channeling the very essence of that natural order, was the instrument of its resurgence.</w:t>
      </w:r>
    </w:p>
    <w:p/>
    <w:p>
      <w:r>
        <w:t>The air crackled, not with the echoes of Gareth’s fury anymore, but with a new, malevolent power. Kaelen, his face a mask of triumphant cruelty, raised his hands, and the Obsidian Hand acolytes, their faces contorted in agony, began to channel their remaining life force into him. It was a sacrifice, a gruesome offering that fueled the very heart of the Veil of Oblivion. Lyra’s eyes widened, a cold dread seizing her as she understood the true nature of Kaelen’s final gambit. This wasn’t just about suppressing the Nexus; it was about consuming everything it represented, about forging a permanent dominion of shadow.</w:t>
      </w:r>
    </w:p>
    <w:p>
      <w:r>
        <w:br/>
        <w:t>A searing beam of obsidian energy, thick and viscous like molten shadow, tore through the air. It was aimed directly at Lyra, a concentrated blast of pure, unadulterated darkness, imbued with Kaelen’s amplified malice. Time seemed to stretch and contort. Lyra saw the attack coming, felt its suffocating weight before it even reached her, a primal instinct screaming danger. But she was rooted to the spot, the last vestiges of the Nexus’s power coursing through her, a raw, untamed force that still required her focus, her guidance. She couldn't evade.</w:t>
      </w:r>
    </w:p>
    <w:p/>
    <w:p>
      <w:r>
        <w:br/>
        <w:t>Then, a blur of silver, a roar that ripped through the fabric of the battle. Gareth, his wolf form magnificent and terrifying, his golden eyes blazing with a fierce, protective fire, launched himself between Lyra and the incoming death. He moved with impossible speed, a living shield of fur and muscle, intercepting the full, devastating force of Kaelen’s attack.</w:t>
      </w:r>
    </w:p>
    <w:p/>
    <w:p>
      <w:r>
        <w:br/>
        <w:t>The impact was cataclysmic. A shockwave of pure, raw magic slammed into Gareth, throwing him backward as if struck by a physical blow. Lyra screamed his name, her voice tearing from her throat as she witnessed the impossible. The obsidian energy didn't simply pass through him; it consumed him, writhing and coiling around his powerful frame, a parasitic darkness attempting to overwrite his very essence.</w:t>
      </w:r>
    </w:p>
    <w:p/>
    <w:p>
      <w:r>
        <w:br/>
        <w:t>Gareth’s pained howl was a sound that would haunt Lyra’s nightmares for eternity. It was a sound of agony, of violation, a primal scream of a spirit being torn asunder. He landed heavily on the ground, his wolf form flickering, his silver fur marred by dark, smoldering patches. He lay there, unnervingly still, for a heartbeat that stretched into an eternity. Lyra’s fae heart felt as though it had been ripped from her chest, the agony mirroring Gareth’s own.</w:t>
      </w:r>
    </w:p>
    <w:p/>
    <w:p>
      <w:r>
        <w:br/>
        <w:t>But he wasn’t defeated. Not yet. With a monumental effort, Gareth pushed himself up, his massive body trembling. He was wounded, deeply wounded, but his eyes, fixed on Kaelen with an unwavering hatred, still burned with defiance. Lyra could see it then, a horrifying truth etched in the flickering silver of his wolf form. A portion of his connection to his wolf, the very core of his being, had been severed. It was a wound that went beyond flesh and bone, a tearing of the spiritual tether that bound him to his primal nature. The sacrifice Kaelen had enacted was not just a display of power; it was an attempt to break Gareth, to strip him of his very identity.</w:t>
      </w:r>
    </w:p>
    <w:p/>
    <w:p>
      <w:r>
        <w:br/>
        <w:t>This realization, sharper and more agonizing than any physical pain, ignited something within Lyra. The dormant power within her, the amplified energy from the activated artifact, surged. It was no longer just her fae magic, no longer just the Nexus’s reawakened strength. It was fueled by her fated bond with Gareth, by the raw, primal love that coursed through her veins, by the desperate need to protect her mate, her other half.</w:t>
      </w:r>
    </w:p>
    <w:p/>
    <w:p>
      <w:r>
        <w:br/>
        <w:t>"You will NOT touch him!" Lyra’s voice, no longer the melodic hum of ancient fae, but a roar that rivaled Gareth’s own, ripped through the battlefield. The lunar artifact, nestled in her palm, pulsed with an incandescent light, its power amplified a thousandfold by her fated connection to Gareth and the raw, untamed fury that now consumed her. It was a beacon, a defiance against the encroaching darkness.</w:t>
      </w:r>
    </w:p>
    <w:p/>
    <w:p>
      <w:r>
        <w:br/>
        <w:t>She raised the artifact, its silvery luminescence now a blinding, searing white, a miniature sun born from the heart of the moon. The light wasn’t just physical; it was imbued with the essence of their bond, with the unwavering love that had drawn them together, with the fierce, protective instinct that now burned with a righteous fire. It was the power of their fated union, unleashed in its purest, most potent form.</w:t>
      </w:r>
    </w:p>
    <w:p/>
    <w:p>
      <w:r>
        <w:br/>
        <w:t>The light expanded, a wave of pure, unadulterated lunar energy washing over the battlefield. It was a cleansing fire, a force of creation pushing back against Kaelen’s destructive ambition. The Obsidian Hand acolytes, their faces contorted in agony from the energy they had already expended, shrieked as the light touched them. It didn’t harm them in the way Kaelen’s attack had, but it was anathema to the dark magic they wielded, a painful purification that shattered their focus and sent them reeling.</w:t>
      </w:r>
    </w:p>
    <w:p/>
    <w:p>
      <w:r>
        <w:br/>
        <w:t>Kaelen, his triumphant smirk wiped from his face, recoiled as the lunar brilliance washed over him. The dark energy he had so carefully cultivated, the very essence of the Veil of Oblivion, seemed to writhe and disintegrate under the onslaught of pure, fated light. His ritual, so close to completion, faltered, the carefully woven strands of dark magic snapping one by one under the overwhelming pressure.</w:t>
      </w:r>
    </w:p>
    <w:p/>
    <w:p>
      <w:r>
        <w:br/>
        <w:t>The Obsidian Hand members, their eyes wide with terror and pain, stumbled back, their ranks dissolving into disarray. The cohesive wall of darkness Kaelen had commanded broke, replaced by a chaotic scramble for survival. They were not warriors built for sustained combat; they were conduits, and their channels were being overloaded, their dark pacts broken by the sheer power of Lyra’s fated bond.</w:t>
      </w:r>
    </w:p>
    <w:p/>
    <w:p>
      <w:r>
        <w:br/>
        <w:t>Lyra held the light steady, her gaze locked onto Kaelen, her heart aching for the pain Gareth was enduring, but galvanized by his sacrifice. She could feel the strain, the immense energy that coursed through her, threatening to consume her, but she held on, fueled by love and desperation. The lunar light seemed to pulse in rhythm with Gareth’s labored breaths, a silent testament to their intertwined fates.</w:t>
      </w:r>
    </w:p>
    <w:p/>
    <w:p>
      <w:r>
        <w:br/>
        <w:t>Kaelen roared, a sound of pure, unadulterated rage and frustration. His ritual was incomplete, his ultimate victory snatched away from him by the very creatures he had sought to subjugate. The Veil of Oblivion, the embodiment of his power, flickered and began to recede, the oppressive darkness lifting like a shroud. He glared at Lyra, his eyes burning with a promise of future vengeance, before turning and disappearing into the chaos, his remaining followers scattering like frightened shadows.</w:t>
      </w:r>
    </w:p>
    <w:p/>
    <w:p>
      <w:r>
        <w:br/>
        <w:t>The blinding light of the lunar artifact began to recede, slowly at first, then with a gentle, fading glow. Lyra’s arms trembled with exhaustion, her knees buckling. She dropped to the ground, the artifact clattering beside her, its light now a soft, comforting pulse. Her gaze immediately fell upon Gareth.</w:t>
      </w:r>
    </w:p>
    <w:p/>
    <w:p>
      <w:r>
        <w:br/>
        <w:t>He lay on the ground, his silver fur still dulled with patches of unnatural darkness. He was breathing, shallowly, but breathing. Lyra scrambled towards him, her heart pounding with a mixture of relief and dread. She reached out, her hand hovering over his injured flank, afraid to touch, afraid of what she might find.</w:t>
      </w:r>
    </w:p>
    <w:p/>
    <w:p>
      <w:r>
        <w:br/>
        <w:t>"Gareth," she whispered, her voice hoarse with emotion. "Oh, Gareth."</w:t>
      </w:r>
    </w:p>
    <w:p/>
    <w:p>
      <w:r>
        <w:br/>
        <w:t>He stirred at her touch, a low growl rumbling in his chest, not of aggression, but of pain. His golden eyes, usually so bright and full of life, were clouded with suffering. He tried to shift, to rise, but a sharp intake of breath, a guttural cry, betrayed his weakness.</w:t>
      </w:r>
    </w:p>
    <w:p/>
    <w:p>
      <w:r>
        <w:br/>
        <w:t>Lyra finally let the tears fall, hot and cleansing, as she gently touched the blackened patches on his fur. They felt wrong, alien, like a blight upon his very essence. She could feel the severance, the agonizing gap in his connection to his wolf, a wound that went deeper than any physical injury. It was as if a part of his soul had been ripped away.</w:t>
      </w:r>
    </w:p>
    <w:p/>
    <w:p>
      <w:r>
        <w:br/>
        <w:t>"It’s… it’s gone," he rasped, his voice rough and strained. "Lyra… I can’t… I can’t feel him. Not fully."</w:t>
      </w:r>
    </w:p>
    <w:p/>
    <w:p>
      <w:r>
        <w:br/>
        <w:t>Lyra’s heart ached with a pain so profound it threatened to consume her. Gareth’s wolf was not just an animal; it was his other half, his primal spirit, the core of his identity. To have that connection damaged, severed, was a sacrifice of unimaginable magnitude. He had thrown himself in front of her, not just to save her life, but to preserve the very essence of who he was, knowing the cost.</w:t>
      </w:r>
    </w:p>
    <w:p/>
    <w:p>
      <w:r>
        <w:br/>
        <w:t>She knelt beside him, gently stroking his massive head, her fae magic a soothing balm against his pain, though it couldn't mend the deeper wound. "It's okay, my love," she murmured, her voice trembling. "It's okay. You saved me. You sacrificed so much for me."</w:t>
      </w:r>
    </w:p>
    <w:p/>
    <w:p>
      <w:r>
        <w:br/>
        <w:t>He nudged her hand with his muzzle, a faint tremor running through his body. "You… you are my world, Lyra," he whispered, his voice barely audible. "Worth any price. Even this."</w:t>
      </w:r>
    </w:p>
    <w:p/>
    <w:p>
      <w:r>
        <w:br/>
        <w:t>Lyra pressed her forehead against his, tears blurring her vision. "We’ll get through this, Gareth," she vowed, her voice firm despite her inner turmoil. "Together. We always do." The Obsidian Hand had retreated, their ritual disrupted, but the cost of their defeat was etched in the wounded spirit of her mate. The Veil of Oblivion was broken, but the scars of Kaelen’s final, desperate act would forever remain.</w:t>
      </w:r>
    </w:p>
    <w:p/>
    <w:p>
      <w:r>
        <w:br/>
        <w:t>As the immediate threat receded, Lyra’s focus shifted back to the residual energy of Kaelen's ritual. The Nexus, though weakened and scarred, was slowly beginning to recover, its natural magic seeping back into the ravaged landscape. Yet, the lingering tendrils of dark magic were still potent, a chilling reminder of the battle that had just been fought. She knew their fight was far from over. Kaelen, though defeated for now, would undoubtedly return, his desire for vengeance amplified by this setback. And Gareth, wounded in spirit and form, would need time to heal, to find his way back to his primal self.</w:t>
      </w:r>
    </w:p>
    <w:p/>
    <w:p>
      <w:r>
        <w:br/>
        <w:t>Lyra carefully helped Gareth to his feet, her own strength waning but her resolve hardening. The lunar artifact, its immediate task complete, pulsed softly in her hand, a silent promise of continued protection. She looked at her mate, his golden eyes filled with pain, but also with an unwavering love that mirrored her own. He had paid a terrible price for their survival, a sacrifice that would test the very foundations of their bond. But it was a sacrifice born of love, and Lyra knew, with a certainty that resonated deep within her soul, that love, in its purest, fated form, was the most powerful magic of all. It was the magic that had saved them today, and it was the magic that would see them through the darkness that still lay ahead. She would not let Gareth’s sacrifice be in vain. She would ensure that the connection he had lost, the piece of his spirit that had been torn away, would be restored. It would be a long road, a difficult journey, but with their fated bond as their guide, they would face it together. The dawn was breaking, painting the sky with hues of hope, but the shadow of Kaelen’s ambition still lingered, a stark reminder of the ongoing war for their world and for their very souls. The sacrifice had been made, the fated bond tested, and now, Lyra had to ensure that healing and retribution would follow. She looked at Gareth, her heart aching, and knew that this was only the beginning of their fight. The fight to reclaim what had been lost, and to secure a future where such sacrifices would no longer be necessary. The strength of their bond, forged in the fires of desperation and sacrifice, would be their greatest weapon.</w:t>
      </w:r>
    </w:p>
    <w:p/>
    <w:p>
      <w:r>
        <w:br w:type="page"/>
      </w:r>
    </w:p>
    <w:p>
      <w:pPr>
        <w:spacing w:before="5040"/>
        <w:jc w:val="center"/>
      </w:pPr>
      <w:r>
        <w:rPr/>
        <w:t xml:space="preserve"> Chapter 10: The Aftermath</w:t>
      </w:r>
    </w:p>
    <w:p>
      <w:r>
        <w:t>The oppressive, suffocating darkness that had choked the plateau began to recede, not with the gentle grace of a retreating tide, but with the ragged, violent gasp of a dying beast. The lunar eclipse, its malevolent influence now waning, unveiled a sky still bruised and torn, reflecting the devastation below. The Obsidian Hand, their ritual shattered but their venom still potent, had melted back into the encroaching shadows, a chilling testament to their resilience and the deep, festering threat they represented. They had not achieved their ultimate goal, the complete consumption of the Nexus, but the partial success of Kaelen's desperate gambit had left indelible scars upon the land and, more terrifyingly, upon Gareth.</w:t>
      </w:r>
    </w:p>
    <w:p>
      <w:r>
        <w:br/>
        <w:t>Lyra knelt beside her mate, her touch as gentle as the sigh of the wind through the now-broken trees. The raw, silver fur of his wolf form, once a beacon of vibrant health, was still marred by the smoldering, blackened patches where Kaelen's corrupted energy had sought to overwrite his very being. Each breath he took was shallow, a ragged rasp that tore at Lyra’s heart. The golden eyes that usually blazed with fierce intelligence and unwavering love were now clouded with pain and a disquieting emptiness, a stark reflection of the severed connection to his wolf spirit. He had thrown himself between Lyra and Kaelen’s fatal blow, a selfless act of sacrifice that had saved her life but had come at a cost so profound it threatened to shatter him.</w:t>
      </w:r>
    </w:p>
    <w:p/>
    <w:p>
      <w:r>
        <w:br/>
        <w:t>“Gareth,” Lyra whispered, her voice thick with unshed tears and a profound weariness. She traced the edge of a blackened patch with a trembling finger, the alien texture sending a shiver down her spine. It felt like a blight, a spiritual rot that had settled upon his magnificent form. Even her fae magic, usually a balm to soothe any wound, seemed to falter against this deep, spiritual fracture. She could feel the void where his primal connection should have been, a gaping wound in his soul that no amount of physical healing could immediately mend.</w:t>
      </w:r>
    </w:p>
    <w:p/>
    <w:p>
      <w:r>
        <w:br/>
        <w:t>He nudged her hand weakly with his muzzle, his immense body trembling with the effort. "It's… it's like a part of me is missing, Lyra," he rasped, his voice barely audible. "A silence where there used to be a roar. I… I can still feel you, our bond… but him… my wolf… it’s muted. Faint." A low groan escaped him, a sound of pure agony that was more than physical. It was the lament of a spirit torn asunder, of an identity fractured.</w:t>
      </w:r>
    </w:p>
    <w:p/>
    <w:p>
      <w:r>
        <w:br/>
        <w:t>Lyra pressed her forehead against his, trying to convey the strength she was struggling to find within herself. “You saved me, Gareth. You saved us all. That sacrifice… it was the most courageous act I have ever witnessed.” She could feel the echoes of Kaelen’s dark magic still clinging to the air, a foul residue that spoke of his thwarted ambition. The Obsidian Hand had retreated, their numbers diminished, their leader’s grand design broken, but the threat remained. They were like a serpent that had been wounded, not killed, and would surely strike again with renewed fury.</w:t>
      </w:r>
    </w:p>
    <w:p/>
    <w:p>
      <w:r>
        <w:br/>
        <w:t>The desolate plateau stretched before them, a stark tableau of destruction. Trees lay uprooted, their branches splintered like broken bones. The very earth seemed to weep, scarred by the arcane energies that had been unleashed. The vibrant, pulsating heart of the Nexus, though now slowly regaining its equilibrium, bore the ragged marks of Kaelen's assault. The lunar artifact, clutched in Lyra's other hand, pulsed with a soft, steady light, a beacon of hope in the encroaching gloom, but it could not erase the damage done. The raw power she had wielded, amplified by her fated bond, had been immense, a force of pure, untamed magic that had shattered Kaelen's ritual. But the victory felt hollow, overshadowed by Gareth’s profound injury.</w:t>
      </w:r>
    </w:p>
    <w:p/>
    <w:p>
      <w:r>
        <w:br/>
        <w:t>“We need to move you, my love,” Lyra said, her voice gaining a measure of resolve. “We can’t stay here. Not yet.” She looked around, her fae senses scanning the immediate vicinity for any lingering threats, any sign that the Obsidian Hand might have left behind a trap or a scout. The silence was heavy, broken only by the mournful groans of the wounded land and Gareth’s laboured breaths.</w:t>
      </w:r>
    </w:p>
    <w:p/>
    <w:p>
      <w:r>
        <w:br/>
        <w:t>Gareth attempted to push himself up, but the pain was evident in his eyes. “I… I can’t shift fully,” he admitted, his voice strained. “The connection… it’s too weak. I can feel the wolf there, a shadow, but I can’t fully embrace him.” Lyra’s heart ached. The ability to shift, to embrace the primal power of the wolf, was as intrinsic to Gareth as breathing. To have that taken from him, even partially, was a violation of his very essence.</w:t>
      </w:r>
    </w:p>
    <w:p/>
    <w:p>
      <w:r>
        <w:br/>
        <w:t>Lyra placed a comforting hand on his flank, careful to avoid the damaged areas. “We will find a way, Gareth,” she vowed, her voice firm with a conviction that surprised even herself. “Your wolf is not gone. It is wounded, but it is still a part of you. And I will not rest until that connection is restored. We will heal this. Together.” She understood the depth of his pain, the isolation he must be feeling. The bond between a shifter and their wolf was sacred, a symbiotic relationship that defined their existence. Kaelen’s attack had been designed to break Gareth’s spirit, to cripple him in the most profound way possible.</w:t>
      </w:r>
    </w:p>
    <w:p/>
    <w:p>
      <w:r>
        <w:br/>
        <w:t>As Lyra helped Gareth to his feet, supporting his considerable weight, she felt the lingering resonance of Kaelen’s dark magic. It was a cold, oily presence, a whisper of malice that clung to the air like a shroud. The Obsidian Hand were a dangerous enemy, not just for their power, but for their relentless, insidious nature. They operated in the shadows, their influence spreading like a disease, and their retreat was not an end, but a strategic regrouping. They would be back, and they would undoubtedly seek to exploit Gareth’s weakened state.</w:t>
      </w:r>
    </w:p>
    <w:p/>
    <w:p>
      <w:r>
        <w:br/>
        <w:t>“The Nexus… it's stable, for now,” Lyra murmured, her fae senses still attuned to the ebb and flow of magical energies. “But it’s… bruised. Weakened. The veil between worlds… it’s thinner than it should be.” The ritual, even in its partial success, had caused a significant disruption. The natural order had been shaken, and the consequences would ripple through the shifter world for a long time to come. The uneasy peace that had settled over the land was fragile, a temporary reprieve before the next inevitable clash.</w:t>
      </w:r>
    </w:p>
    <w:p/>
    <w:p>
      <w:r>
        <w:br/>
        <w:t>Gareth leaned heavily against her, his wolf form still trying to find its balance. His golden eyes, though dimmed, held a spark of their usual fire when he looked at her. “You… you were incredible, Lyra,” he said, his voice laced with awe and a deep gratitude. “The light… it was magnificent. You are magnificent.”</w:t>
      </w:r>
    </w:p>
    <w:p/>
    <w:p>
      <w:r>
        <w:br/>
        <w:t>Lyra’s breath hitched. His words, his unwavering faith in her, were a balm to her own frayed nerves. “I only did what I had to do,” she replied, her voice soft. “You would have done the same for me, and more.” The love that flowed between them, the fated bond that had drawn them together, was their greatest strength. It had been tested in the crucible of Kaelen’s attack, and it had emerged not unscathed, but stronger, more resilient.</w:t>
      </w:r>
    </w:p>
    <w:p/>
    <w:p>
      <w:r>
        <w:br/>
        <w:t>“We need to return to the pack,” Gareth stated, his voice regaining a measure of his usual authority, though it was strained. “They will need to know what has happened. And… I will need the pack’s healers. Though I fear…” He trailed off, the unspoken worry hanging heavy between them.</w:t>
      </w:r>
    </w:p>
    <w:p/>
    <w:p>
      <w:r>
        <w:br/>
        <w:t>“We will go home, my love,” Lyra assured him, her gaze steady. “And we will face whatever comes next, together. I will not let you bear this burden alone.” She tightened her grip on his arm, her determination a silent promise. The retreat of the Obsidian Hand was not a victory, but a grim, bloody pause in a war that was far from over. The cost of this battle was etched not only on the ravaged landscape but in the very soul of her mate. The path ahead would be fraught with peril, but Lyra knew, with an unshakeable certainty, that their fated bond was a guiding star that would lead them through the darkest of nights. The fight for Gareth's spirit, for the restoration of his wolf, had just begun, and Lyra was ready to wage it with every fiber of her being. The fragile dawn was breaking, but the shadows cast by Kaelen's ambition were long and deep, and the true struggle for their survival had only just commenced. The desolation of the plateau was a stark reminder of the stakes, and Lyra would ensure that Gareth’s sacrifice, and the deep wound it had inflicted, would not be in vain.</w:t>
      </w:r>
    </w:p>
    <w:p/>
    <w:p>
      <w:r>
        <w:t>The journey back to the pack lands was a somber one, marked by Gareth’s labored breaths and the oppressive silence that had fallen between them, a silence punctuated only by the sounds of their movement through the still-recovering wilderness. The familiar scent of their territory, usually a comforting embrace, now felt tinged with an unsettling unease. Lyra could sense it, a subtle shift in the very air, a discordant hum beneath the surface of normalcy. The land, though no longer under direct assault, still bore the phantom ache of Kaelen’s intrusion. The Nexus, the ancient heart of their world, had been wounded, and its distress was a palpable thing, radiating outwards like ripples from a stone dropped into still water.</w:t>
      </w:r>
    </w:p>
    <w:p>
      <w:r>
        <w:br/>
        <w:t>Even as they traversed the familiar paths, Lyra’s fae senses were on high alert, picking up on the subtle tremors of unrest that were beginning to manifest across the shifter world. It wasn't a localized phenomenon; the tendrils of Kaelen’s corrupted ritual had reached far beyond the plateau. She felt it in the way the ancient trees seemed to whisper with a new, anxious cadence, in the skittishness of the woodland creatures, and in the distant, almost imperceptible cries of distress that echoed on the wind, carried from realms unseen. The lunar eclipse had been a catalyst, a violent disruption that had frayed the edges of reality for shifters everywhere.</w:t>
      </w:r>
    </w:p>
    <w:p/>
    <w:p>
      <w:r>
        <w:br/>
        <w:t>As they neared the heart of their territory, the full extent of the subtle but pervasive instability began to dawn on Lyra. The normally confident stride of Gareth, even in his injured state, was punctuated by moments of hesitation, as if his wolf spirit was struggling to assert itself, to guide his movements. He stumbled once, catching himself with a grunt of pain, his golden eyes flaring with a frustration that mirrored Lyra’s growing concern. “It’s like… like walking through fog,” he muttered, his voice hoarse. “My instincts are muffled. The pull of the moon… it feels distant, fainter than it should.”</w:t>
      </w:r>
    </w:p>
    <w:p/>
    <w:p>
      <w:r>
        <w:br/>
        <w:t>Lyra placed a steadying hand on his arm, her own magic humming in response to his distress. “We are almost home, my love,” she soothed, though her heart ached with the knowledge that “home” was no longer the sanctuary it once was. The Obsidian Hand’s victory, however partial, had irrevocably altered the delicate balance of their world. They hadn’t just attacked a sacred site; they had struck at the very essence of shifter existence.</w:t>
      </w:r>
    </w:p>
    <w:p/>
    <w:p>
      <w:r>
        <w:br/>
        <w:t>Upon reaching the pack’s central clearing, the full impact of the lingering instability became alarmingly clear. The air thrummed with a nervous energy, a palpable sense of disquiet that permeated the gathered pack members. Their elders, usually figures of calm authority, wore expressions of deep worry, their eyes darting towards the sky, as if seeking answers in the heavens. Lyra saw it in the subtle shifts of their forms, the slight tremors in their paws, the uneasy flick of their tails. The very foundation of their identity, the intrinsic connection to their wolf selves, felt… unsteady.</w:t>
      </w:r>
    </w:p>
    <w:p/>
    <w:p>
      <w:r>
        <w:br/>
        <w:t>A young wolf, barely past his adolescent shift, stumbled in his attempts to maintain a bipedal stance, his limbs momentarily refusing to cooperate. He let out a frustrated growl, his fur bristling, before collapsing back onto all fours with a sheepish, embarrassed whimper. Lyra saw his mother rush to his side, her own movements a little too jerky, her reassuring nuzzles tinged with an underlying anxiety. This was not an isolated incident; everywhere Lyra looked, she saw similar struggles. Shifters were experiencing unpredictable surges of power, moments of profound disorientation, and a disconcerting weakening of their connection to the moon, the very celestial body that governed their cycles and their strength.</w:t>
      </w:r>
    </w:p>
    <w:p/>
    <w:p>
      <w:r>
        <w:br/>
        <w:t>Even Elder Maeve, a wolf whose age and wisdom commanded the deepest respect, seemed to be struggling. Her normally steady gaze flickered, and she let out a soft gasp, her hand flying to her temple as if warding off a sudden headache. “The currents… they are turbulent,” she murmured, her voice strained. “The connection… it is frayed. Like a spider’s web torn by a storm. Some of our younger members… they are finding their shifts… difficult. Even painful.”</w:t>
      </w:r>
    </w:p>
    <w:p/>
    <w:p>
      <w:r>
        <w:br/>
        <w:t>Lyra approached Maeve, offering her a supportive presence. “The ritual, Elder. Kaelen’s attack… it has wounded the Nexus. And its pain is being felt by us all.”</w:t>
      </w:r>
    </w:p>
    <w:p/>
    <w:p>
      <w:r>
        <w:br/>
        <w:t>Maeve nodded slowly, her ancient eyes clouded with concern. “The Obsidian Hand has not merely struck a blow against our territory, Lyra. They have struck at the heart of what it means to be a shifter. This is not merely physical damage to the Nexus; it is a spiritual scar that has spread through the ley lines of the world. The moon’s influence… it is being… distorted. Muffled.”</w:t>
      </w:r>
    </w:p>
    <w:p/>
    <w:p>
      <w:r>
        <w:br/>
        <w:t>Lyra’s gaze swept over the assembled pack. She saw a wolf pack’s alpha, a usually formidable and controlled figure, visibly struggling to suppress a growl that rumbled deep in his chest, his eyes clouded with a strange, unfocused rage. Beside him, his mate, a strong huntress, gripped his arm tightly, her own form rippling with unease, as if her wolf was fighting against her will. It was a terrifying display of the inner turmoil that was now plaguing them. The Obsidian Hand’s actions had not just been an act of aggression; they had unleashed a subtle, insidious form of warfare, one that attacked the very essence of shifter identity.</w:t>
      </w:r>
    </w:p>
    <w:p/>
    <w:p>
      <w:r>
        <w:br/>
        <w:t>“We have seen it already,” Gareth rasped, his voice cutting through the murmuring unease. He gestured weakly towards the young wolf who had stumbled. “Young Bram. He fought his shift this morning for nearly an hour. Said it felt like his bones were resisting him, like his wolf was a stranger trying to force its way out.” He winced, leaning more heavily on Lyra. “And myself… I can barely feel the call to hunt. My senses are dulled. My wolf… he feels distant, like a whisper I can barely hear.”</w:t>
      </w:r>
    </w:p>
    <w:p/>
    <w:p>
      <w:r>
        <w:br/>
        <w:t>Lyra knelt beside him, her hand resting on his flank, feeling the tremor that ran through his powerful body. “Your sacrifice saved me, Gareth. It saved us all. But Kaelen’s goal was to break you, to sever your connection to your wolf. He has wounded it, but he has not destroyed it. We will heal this.” Her voice was firm, a promise that resonated with the unwavering strength of their fated bond.</w:t>
      </w:r>
    </w:p>
    <w:p/>
    <w:p>
      <w:r>
        <w:br/>
        <w:t>But even as she spoke those words of reassurance, Lyra knew the truth of the situation was far more dire. The ripple effect of Kaelen’s corrupted ritual was already creating fear and uncertainty, sowing seeds of discord among packs that had been allies for generations. Whispers were beginning to spread – tales of shifters losing control, of powers becoming erratic, of a growing disconnect from the moon’s embrace. This wasn’t just a localized problem for their pack; it was a global crisis for shifters everywhere. The Obsidian Hand’s actions had created a long-lasting ripple effect, a constant, chilling reminder of their sinister influence and the ongoing, desperate war for the very survival of shifterkind.</w:t>
      </w:r>
    </w:p>
    <w:p/>
    <w:p>
      <w:r>
        <w:br/>
        <w:t>Across the vast shifter world, the effects were becoming more pronounced with each passing day. Packs in the northern territories, known for their stoic resilience and powerful winter wolves, reported unusual difficulties in their mating rituals, their primal instincts seemingly dulled by an unknown force. Packs in the southern climes, typically known for their swift, agile hunters, were experiencing moments of debilitating lethargy, their wolf spirits seemingly too weary to engage their physical forms. Tales emerged of lone wolves, driven mad by the loss of their internal compass, lashing out indiscriminately, their power now a source of terror rather than strength.</w:t>
      </w:r>
    </w:p>
    <w:p/>
    <w:p>
      <w:r>
        <w:br/>
        <w:t>Lyra’s mind raced, piecing together the fragmented reports that were already filtering in through the nascent communication networks that spanned the shifter communities. A pack of mountain lions in the eastern ranges, usually renowned for their uncanny ability to track prey through the densest fog, were now disoriented, their heightened senses seemingly scrambled. They spoke of phantom scents, of false trails, of an overwhelming sense of being lost in their own ancestral lands. In the western forests, a tribe of bear shifters, whose strength was legendary, found themselves struggling to even lift heavy prey, their power reserves inexplicably depleted. They described a gnawing weakness, a sensation as if their very life force was being slowly siphoned away.</w:t>
      </w:r>
    </w:p>
    <w:p/>
    <w:p>
      <w:r>
        <w:br/>
        <w:t>“The connection to the moon is the key, Lyra,” Elder Maeve said, her voice barely above a whisper, her gaze fixed on the sky where the remnants of the eclipse were fading. “It is our anchor. Our guide. Kaelen’s ritual, by corrupting the Nexus, has interfered with the lunar energies. It’s as if the moon itself is… hesitant to fully embrace us. And without that full embrace, our wolf selves become… unpredictable.”</w:t>
      </w:r>
    </w:p>
    <w:p/>
    <w:p>
      <w:r>
        <w:br/>
        <w:t>Lyra understood the gravity of Maeve’s words. The moon was more than just a celestial body; it was the source of their primal power, the force that dictated their cycles, their strength, and the very essence of their transformations. To have that connection weakened, distorted, was to destabilize the very core of their being. It was a psychological and spiritual assault, far more insidious than any physical attack.</w:t>
      </w:r>
    </w:p>
    <w:p/>
    <w:p>
      <w:r>
        <w:br/>
        <w:t>She thought of the rumors that were already circulating, whispers of shifters unable to complete their transformations, their bodies caught in a painful, agonizing in-between state. Some were said to be experiencing partial shifts, their limbs elongating unnaturally, their senses sharpening only to be overwhelmed by the cacophony of the world around them. Others spoke of the opposite extreme: a complete loss of the wolf within, a chilling emptiness where primal instinct and power once resided. This was the ultimate fear for any shifter – to be severed from their true nature, to become something other than what they were meant to be.</w:t>
      </w:r>
    </w:p>
    <w:p/>
    <w:p>
      <w:r>
        <w:br/>
        <w:t>Gareth shifted uneasily, his golden eyes locking with Lyra’s. “The elders are meeting. They are discussing… contingency plans. How to manage the… the outbreaks of uncontrolled power. The fear is spreading, Lyra. Fear breeds mistrust. And mistrust can shatter even the strongest packs.”</w:t>
      </w:r>
    </w:p>
    <w:p/>
    <w:p>
      <w:r>
        <w:br/>
        <w:t>Lyra knew he was right. The Obsidian Hand had achieved a significant strategic victory, even if their ultimate goal had been thwarted. They had sowed chaos and discord, weakening the shifter world from within. The unity that had long been their strength was now under threat, fractured by the pervasive instability. Packs that had once stood shoulder to shoulder were now viewing each other with suspicion, questioning the motives and the stability of their neighbors.</w:t>
      </w:r>
    </w:p>
    <w:p/>
    <w:p>
      <w:r>
        <w:br/>
        <w:t>“We need to find a way to stabilize the Nexus,” Lyra stated, her voice ringing with a newfound urgency. “It is the source of this disruption. If we can heal it, perhaps we can mend the fractured connection for all shifters.”</w:t>
      </w:r>
    </w:p>
    <w:p/>
    <w:p>
      <w:r>
        <w:br/>
        <w:t>Elder Maeve looked at her, a flicker of hope in her tired eyes. “It is a daunting task, child. The Nexus is ancient, its energies complex. And Kaelen’s corruption… it will not be easily cleansed. But you are right. It is our only path forward. We must not only fight the Obsidian Hand, but we must also heal the very foundation of our existence.”</w:t>
      </w:r>
    </w:p>
    <w:p/>
    <w:p>
      <w:r>
        <w:br/>
        <w:t>Lyra felt the weight of the responsibility settle upon her shoulders. Gareth’s injury was a personal tragedy, a stark reminder of the immediate threat. But this global instability, this erosion of their very nature, was a crisis that affected every shifter on the planet. The Obsidian Hand had unleashed a plague of uncertainty, a creeping dread that threatened to unravel the intricate tapestry of shifter society. They had won a battle, yes, but Kaelen’s true war, the war for the soul of shifterkind, was just beginning. And Lyra, with Gareth by her side, would stand as a bulwark against the encroaching darkness, determined to restore the balance and protect the wild heart that beat within them all. The lingering instability was a constant, gnawing reminder of the enemy’s reach, but it also served as a call to arms, a stark imperative to fight back, to heal, and to reaffirm their identity in the face of existential threat. The world of shifters had been thrown into disarray, and it was up to them to find their footing once more.</w:t>
      </w:r>
    </w:p>
    <w:p/>
    <w:p>
      <w:r>
        <w:t>The air in the pack’s infirmary was thick with the scent of medicinal herbs and the metallic tang of lingering blood, a stark contrast to the crisp, clean air of the wilderness they had just left. Lyra watched Gareth, his normally formidable frame now resting against a mound of furs, his breath shallow, his golden eyes clouded with a weariness that went beyond physical exhaustion. The raw power that usually radiated from him, a palpable force that commanded respect and instilled a primal sense of safety in all who were near, was muted, almost fragile. It was a vulnerability she had never witnessed before, a chink in the armor of the alpha she knew and loved, and it tore at her heart.</w:t>
      </w:r>
    </w:p>
    <w:p>
      <w:r>
        <w:br/>
        <w:t>Her hand, cool and steady, rested on his brow, her magic a gentle balm against the throbbing ache that she knew resided there. The ritual, Kaelen’s twisted attempt to break him, had inflicted a wound deeper than flesh and bone. It had reached into the very core of his being, the sacred bond between man and wolf, and had left it fractured. He was still Gareth, her Gareth, the one whose presence was an anchor in the storm of her life, but a part of him, the wild, untamed wolf spirit that had always burned so brightly, now flickered uncertainly.</w:t>
      </w:r>
    </w:p>
    <w:p/>
    <w:p>
      <w:r>
        <w:br/>
        <w:t>"It feels… distant," Gareth murmured, his voice raspy, like stones grinding together. He closed his eyes, as if trying to conjure a sensation that was no longer readily available. "The connection. It's like reaching for a familiar song, but the melody is broken, distorted. I can hear fragments, whispers, but the full chorus… it’s gone." He opened his eyes, and Lyra saw the raw fear swimming in their depths, a fear he would never have shown before. "My wolf… he's still here, I think. But he's… muffled. Like he's behind a thick pane of glass, and I can see his movements, feel his frustration, but I can't truly connect. I can't hear his voice as I once did."</w:t>
      </w:r>
    </w:p>
    <w:p/>
    <w:p>
      <w:r>
        <w:br/>
        <w:t xml:space="preserve">Lyra squeezed his hand, her own wolf stirring in response, a fierce protectiveness rising within her. "He is not gone, Gareth," she said, her voice firm, a promise whispered into the quiet of the room. "He is merely… resting. Or perhaps, he is wounded, just as you are. But he is still there. And we will heal him. We will heal </w:t>
      </w:r>
    </w:p>
    <w:p>
      <w:pPr>
        <w:jc w:val="left"/>
      </w:pPr>
      <w:r>
        <w:rPr>
          <w:i/>
        </w:rPr>
        <w:t>you</w:t>
      </w:r>
      <w:r>
        <w:t>." Her touch was an affirmation, a tangible link that anchored him, even as his own internal anchor seemed to have weakened. She felt the subtle tremors of his pain, not just the physical agony from his injuries, but the deeper, spiritual ache of this disconnection.</w:t>
      </w:r>
    </w:p>
    <w:p>
      <w:r>
        <w:br/>
        <w:t>He managed a weak smile, a ghost of his usual roguish charm. "Always the optimist, my Lyra. You have a way of making the impossible seem… manageable." He shifted, a grimace of pain crossing his features. "It's the uncertainty that gnaws at me. The feeling of being… incomplete. I have always been defined by my strength, my connection to my wolf. To be… less than that… it’s terrifying." He looked away, his gaze falling on his own hands, hands that had wielded weapons with lethal precision, hands that had soothed injured packmates, hands that had held her with a tenderness that could shatter worlds. Now, they seemed to tremble slightly, a physical manifestation of his internal turmoil.</w:t>
      </w:r>
    </w:p>
    <w:p/>
    <w:p>
      <w:r>
        <w:br/>
        <w:t>"You are more than your strength, Gareth," Lyra countered softly, stroking a stray lock of dark hair from his forehead. "You are the heart of this pack. Your courage, your wisdom, your unwavering loyalty – those are the things that define you. Your wolf is a part of you, a magnificent part, but it is not the entirety of who you are." She knew, however, that for a shifter, this distinction was not easily made. Their wolf was their primal essence, their inherent nature. To have that connection compromised was to question the very foundation of their identity.</w:t>
      </w:r>
    </w:p>
    <w:p/>
    <w:p>
      <w:r>
        <w:br/>
        <w:t>Gareth’s brow furrowed, a flicker of the alpha’s authority returning, though it was tinged with a newfound introspection. "But as leader… my pack needs me to be strong. They need the certainty that their alpha is unwavering, that his wolf is at his command. How can I lead them through this… this instability… if I myself am struggling to find my own footing? If I can barely hear the whispers of my own instincts?" He let out a ragged sigh, the sound heavy with the weight of his unspoken fears. "What if they see me as weak? What if they lose faith?"</w:t>
      </w:r>
    </w:p>
    <w:p/>
    <w:p>
      <w:r>
        <w:br/>
        <w:t xml:space="preserve">Lyra knelt beside his cot, her eyes meeting his directly, her gaze unwavering. "They will see you as a survivor, Gareth. They will see your sacrifice, the lengths you went to protect me, to protect them. They will see your courage in facing this. And they will see your willingness to fight, not just for them, but for yourself. True strength isn’t the absence of vulnerability; it’s the courage to face it, to acknowledge it, and to still stand tall." She leaned closer, her voice dropping to a whisper, intimate and potent. "Your pack trusts </w:t>
      </w:r>
    </w:p>
    <w:p>
      <w:pPr>
        <w:jc w:val="left"/>
      </w:pPr>
      <w:r>
        <w:rPr>
          <w:i/>
        </w:rPr>
        <w:t>you</w:t>
      </w:r>
      <w:r>
        <w:t>, Gareth. Not just your wolf. They trust the man, the leader, the mate. And I trust you more than anyone. Your bond with me, our fated bond, is as strong as any lunar connection. It is a source of power in itself."</w:t>
      </w:r>
    </w:p>
    <w:p>
      <w:r>
        <w:br/>
        <w:t>He reached out, his fingers brushing against her cheek, a gesture of profound gratitude and a desperate plea for reassurance. "Your presence… it’s like a lifeline. When I feel myself drifting, when the fog rolls in and I can’t find my bearings, your voice, your touch… it pulls me back. It reminds me that I am not alone in this." He closed his eyes again, a flicker of something akin to peace touching his features. "Kaelen wanted to break me, to sever my connection. He wanted to see me diminished, a shadow of my former self. And in a way… he succeeded. I am diminished. But you… you remind me that I am not defeated."</w:t>
      </w:r>
    </w:p>
    <w:p/>
    <w:p>
      <w:r>
        <w:br/>
        <w:t>Lyra leaned into his touch, her own wolf purring with a low, comforting rumble deep within her chest. "He underestimated us, Gareth. He underestimated the strength of our bond. He saw your wolf as a tool of power, something to be controlled or destroyed. He didn’t understand that it’s more than that. It’s a partnership, a symbiosis. And even when one part of that partnership is wounded, the other can still provide support, strength, and guidance." She traced the line of his jaw, feeling the tension beneath his skin. "This is a new path for you, a difficult one, but not an insurmountable one. You will learn to navigate it. You will find a new rhythm, a new way to lead. We will face this together, as we face everything."</w:t>
      </w:r>
    </w:p>
    <w:p/>
    <w:p>
      <w:r>
        <w:br/>
        <w:t>She spoke of the wider implications, the way Kaelen’s ritual had affected shifters across the globe. "The tremors we feel here are echoed in every pack, Gareth. The weakening of the moon’s connection, the instability in their transformations… it’s a shared crisis. And in a crisis, leadership is not about being unshakeable; it’s about being the one who stands firm, even when trembling. It’s about inspiring hope when despair threatens to consume." She knew he craved action, a way to fight back against this insidious enemy. But for now, his healing was the priority.</w:t>
      </w:r>
    </w:p>
    <w:p/>
    <w:p>
      <w:r>
        <w:br/>
        <w:t>"I have heard the whispers, Lyra," Gareth said, his voice regaining a fraction of its usual strength, fueled by her conviction. "The elders are discussing the implications. The potential for unrest, for power grabs from those who might exploit the current… chaos. My absence, my perceived weakness, could be an invitation for trouble." He gritted his teeth, frustration lacing his tone. "I hate this feeling of helplessness. My wolf is my strength, my advantage. Without him fully at my side, I feel… exposed. Vulnerable. Like a prey animal."</w:t>
      </w:r>
    </w:p>
    <w:p/>
    <w:p>
      <w:r>
        <w:br/>
        <w:t>"You are not prey, Gareth," Lyra stated with absolute certainty. "You are a wolf, wounded but not broken. And I am your mate, your shield, your unwavering support. Your people will understand. They will see your struggle, and they will rally around you, not out of obligation, but out of love and respect. They have seen you protect them, fight for them. They know your heart. And your heart is as strong as any wolf’s." She met his gaze again, pouring all her conviction into her words. "This is not a test of your wolf’s power, Gareth, but a test of your spirit. And your spirit, my love, is indomitable."</w:t>
      </w:r>
    </w:p>
    <w:p/>
    <w:p>
      <w:r>
        <w:br/>
        <w:t xml:space="preserve">He managed another small, tired smile, this one more genuine. He squeezed her hand, his grip still surprisingly firm. "You always know what to say. It’s as if… as if our souls are truly intertwined, and you can sense my deepest fears and offer the balm I didn't even know I needed." He took a slow, deliberate breath, his golden eyes fixed on hers. "The fear is real, Lyra. The fear of losing myself. Of becoming… less. Of failing my pack. But the fear of losing </w:t>
      </w:r>
    </w:p>
    <w:p>
      <w:pPr>
        <w:jc w:val="left"/>
      </w:pPr>
      <w:r>
        <w:rPr>
          <w:i/>
        </w:rPr>
        <w:t>you</w:t>
      </w:r>
      <w:r>
        <w:t>, of being separated from you, or of you being harmed because I was too weak to protect you… that is a far greater terror."</w:t>
      </w:r>
    </w:p>
    <w:p>
      <w:r>
        <w:br/>
        <w:t>Lyra’s heart ached at his admission. He, the mighty Gareth, the alpha who faced down ancient evils without flinching, was admitting his fear of mortality, of his own limitations. It was a profound moment of vulnerability, a testament to the depth of their connection. "You will never lose me, Gareth. And you will never fail. We are a team. We always have been. Your strength is my strength, and my strength is yours. This wound, this disruption… it will shape you, yes. It will change you. But it will not break you. It will forge you into something even stronger, even more resilient. You will learn a new kind of leadership, one that embraces not just power, but also empathy born from shared struggle."</w:t>
      </w:r>
    </w:p>
    <w:p/>
    <w:p>
      <w:r>
        <w:br/>
        <w:t>She continued to stroke his hair, her touch a constant source of comfort. "Think of it as a different kind of training. Your wolf is learning to rely on your human mind, your intuition, your emotional core, in ways it never had to before. And your human self is learning to trust the faint whispers, the subtle nudges, that still reach you. It’s a recalibration, not a severing. You are not losing your wolf; you are learning a new language with him." She paused, considering the implications for the pack. "The pack will need to adapt too. They will need to understand that leadership can manifest in different forms. That strength comes in many varieties, and vulnerability, when faced with courage, can be its own form of power. We will guide them through this, just as we will guide you."</w:t>
      </w:r>
    </w:p>
    <w:p/>
    <w:p>
      <w:r>
        <w:br/>
        <w:t>Gareth was silent for a long moment, absorbing her words. The tension in his body seemed to ease slightly, a subtle relaxation that Lyra felt through her touch. "A new language," he repeated softly, as if tasting the words. "Perhaps. It feels more like a dead tongue right now, but… I can hold onto that. The idea that there is still communication, even if it's faint." He sighed, a long, weary exhalation. "It’s hard to let go of the absolute certainty I’ve always known. To not have my wolf’s roar of instinct guiding every step… it leaves me feeling adrift. Like a ship without its compass."</w:t>
      </w:r>
    </w:p>
    <w:p/>
    <w:p>
      <w:r>
        <w:br/>
        <w:t>"But you have a map, Gareth," Lyra insisted gently. "You have your memories, your experiences, your love for your pack, and your love for me. And you have me, as your constant compass. I will help you navigate these new waters. We will learn this new language together. And when your wolf’s voice returns in its full glory, it will be an even more powerful chorus, harmonized with the strength you've discovered within yourself during this time of quiet. This is not the end of your reign, my love. It is a new chapter, one that will be defined by your resilience as much as your power."</w:t>
      </w:r>
    </w:p>
    <w:p/>
    <w:p>
      <w:r>
        <w:br/>
        <w:t>She saw a flicker of hope ignite in his eyes, a tiny spark in the vastness of his weariness. It was a fragile thing, easily extinguished, but Lyra vowed to nurture it, to protect it, to fan it into a flame. She would stay by his side, her presence a constant reminder of his worth, his strength, and the unwavering love that bound them. Gareth's vulnerability was not a weakness to be hidden, but a testament to his courage, a challenge that would ultimately forge him into an even more formidable leader, one who understood the true meaning of strength, not just in its raw power, but in its enduring spirit. He had faced a darkness that sought to sever him from his core, and while the wound remained, his spirit, bolstered by Lyra's unwavering love and his own inner fortitude, was beginning to heal. The journey ahead would be arduous, but they would walk it together, two souls bound by fate, facing the storm as one.</w:t>
      </w:r>
    </w:p>
    <w:p/>
    <w:p>
      <w:r>
        <w:t>The sterile scent of the infirmary was a constant reminder of the battle fought and the lingering injuries, yet Lyra found a strange solace in its familiar hum. Gareth’s labored breaths were the rhythm to which her heart now beat, each inhale and exhale a fragile measure of their shared survival. The fear that had clawed at her during Kaelen’s desecration had not entirely receded; it lingered like a phantom chill, but it was now tempered by a resolute purpose. Her initial apprehension of Gareth, a vestige of their pack’s ancient distrust of outsiders and the lingering shadows of her own past, had long since evaporated, burned away by the heat of shared trials and the undeniable truth of their fated bond. What remained was a fierce, all-consuming protectiveness, a love that had deepened and solidified into something as unshakeable as the ancient mountains that cradled their territory.</w:t>
      </w:r>
    </w:p>
    <w:p>
      <w:r>
        <w:br/>
        <w:t>She smoothed the roughspun blanket over his chest, her touch as gentle as falling snow. The wound Kaelen had inflicted was not merely physical; it was a violation of the very essence of Gareth’s being, a tearing at the sacred fabric that connected him to his wolf. Lyra, with her own unique heritage and innate understanding of the spirit world, recognized the delicate nature of the damage. While the pack healers, skilled in the physical mending of bone and sinew, did their best, they were ill-equipped to address the spiritual fracture that had occurred. This was where Lyra’s knowledge, gleaned from forbidden texts and the whispers of ancient ancestors, became not just useful, but essential.</w:t>
      </w:r>
    </w:p>
    <w:p/>
    <w:p>
      <w:r>
        <w:br/>
        <w:t>She had spent hours poring over brittle scrolls in the quiet solitude of her chambers, her fingers tracing intricate diagrams of energy flows and soul matrices. Her mind, always sharp and eager for knowledge, absorbed the arcane lore with a speed that surprised even herself. She was seeking not just a cure, but a restoration, a way to reweave the severed threads of Gareth’s connection. The ritual Kaelen had employed was a dark art, designed to unravel the very core of a shifter’s identity, and its effects were insidious. It had left Gareth feeling adrift, his wolf a distant, muffled echo, and that silence was a torment far greater than any physical pain.</w:t>
      </w:r>
    </w:p>
    <w:p/>
    <w:p>
      <w:r>
        <w:br/>
        <w:t>Lyra understood that Gareth’s strength was intrinsically tied to his wolf. He was not just an alpha; he was a creature of instinct, of primal power, and the disruption of that balance had left him feeling profoundly vulnerable, as if a fundamental part of his being had been stolen. The fear she saw in his eyes was not just for himself, but for his pack, for his ability to lead them through the uncertain times ahead. He felt diminished, incomplete, and that was a terrifying prospect for a leader who had always embodied unwavering strength and certainty.</w:t>
      </w:r>
    </w:p>
    <w:p/>
    <w:p>
      <w:r>
        <w:br/>
        <w:t>“The herbs are helping with the pain, I’m sure,” Lyra murmured, her voice a soft melody in the hushed room, “but they cannot touch this wound directly. It needs a different kind of balm.” She reached for a small, intricately carved wooden box that rested on a nearby table. Inside, nestled on a bed of dried moonpetal blossoms, were three smooth, dark stones, pulsing with a faint, internal luminescence. These were the stones of deep resonance, gathered from the heart of a sacred grove, said to hold the echoes of primal energies.</w:t>
      </w:r>
    </w:p>
    <w:p/>
    <w:p>
      <w:r>
        <w:br/>
        <w:t>Gareth’s eyelids fluttered open, his golden gaze, though still clouded with pain, found hers. “What is that, Lyra?” he rasped, his voice still weak.</w:t>
      </w:r>
    </w:p>
    <w:p/>
    <w:p>
      <w:r>
        <w:br/>
        <w:t>“Ancient remedies,” she replied, her fingers closing around one of the stones. It felt warm against her skin, humming with a gentle energy that seemed to resonate with her own wolf. “Things Kaelen would never have thought to look for. He dealt in destruction; I deal in restoration.” She brought the stone to his forehead, placing it gently between his brows. A soft sigh escaped Gareth’s lips, and Lyra felt a subtle shift in the atmosphere of the room. The oppressive stillness seemed to lighten, replaced by a faint, almost imperceptible hum.</w:t>
      </w:r>
    </w:p>
    <w:p/>
    <w:p>
      <w:r>
        <w:br/>
        <w:t>“It feels… different,” he admitted, his brow furrowing slightly. “Not like the herbs. It’s… deeper.”</w:t>
      </w:r>
    </w:p>
    <w:p/>
    <w:p>
      <w:r>
        <w:br/>
        <w:t>“It’s the energy,” Lyra explained, her voice calm and reassuring. “It’s reaching for the parts of you that are lost, calling them back. It’s like a beacon, Gareth, reminding your wolf that he is not alone, that you are still here, waiting for him.” She closed her eyes, focusing her own innate magic, her empathy, and her unwavering love into the stone. She envisioned the connection between Gareth and his wolf, a shimmering thread that had been frayed and tangled, and she poured her intent into mending it, strengthening it.</w:t>
      </w:r>
    </w:p>
    <w:p/>
    <w:p>
      <w:r>
        <w:br/>
        <w:t>She sat by his bedside for hours, tending to his physical needs with practiced efficiency, but her true work was in the subtle application of her arcane knowledge. She brewed teas infused with herbs known for their restorative properties, not just for the body, but for the spirit. She whispered ancient chants, their syllables weaving a protective net around him, bolstering his weakened aura. She drew upon the earth’s energy, grounding him, and channeling the moon’s gentle luminescence, a symbol of hope and renewal, into his very being.</w:t>
      </w:r>
    </w:p>
    <w:p/>
    <w:p>
      <w:r>
        <w:br/>
        <w:t>One evening, as the moon hung high and luminous in the night sky, casting long shadows across the infirmary, Lyra felt a subtle shift within Gareth. His breathing, which had been shallow and ragged, deepened, becoming more even, more peaceful. A faint warmth emanated from him, a sign that his internal fires, though banked, were not extinguished. He stirred, his hand reaching out, not with the desperate urgency of pain, but with a tentative seeking.</w:t>
      </w:r>
    </w:p>
    <w:p/>
    <w:p>
      <w:r>
        <w:br/>
        <w:t>Lyra took his hand, her palm fitting perfectly against his. His fingers, though still cool, were less clammy, and there was a subtle strength in his grip that hadn’t been there before. “Lyra?” he whispered, his voice clearer than it had been in days.</w:t>
      </w:r>
    </w:p>
    <w:p/>
    <w:p>
      <w:r>
        <w:br/>
        <w:t>“I’m here, my love,” she said, her voice thick with emotion. Tears pricked at her eyes, but they were tears of relief, of overwhelming gratitude. She had feared that Kaelen’s curse might be irreversible, that Gareth might be permanently diminished. But her devotion, her knowledge, and their fated bond were proving stronger than any dark magic.</w:t>
      </w:r>
    </w:p>
    <w:p/>
    <w:p>
      <w:r>
        <w:br/>
        <w:t>He turned his head, his gaze finding hers. The fear was still present, a shadow in the depths of his eyes, but it was no longer all-consuming. In its place, Lyra saw a flicker of something else – a dawning awareness, a nascent hope. “I… I think I heard him,” Gareth breathed, his voice filled with wonder. “My wolf. It was faint, like a dream, but… I heard him.”</w:t>
      </w:r>
    </w:p>
    <w:p/>
    <w:p>
      <w:r>
        <w:br/>
        <w:t xml:space="preserve">Lyra’s heart soared. This was it. The first crack in Kaelen’s meticulously crafted prison. “He’s still there, Gareth,” she said, her voice firm with conviction. “He never left. He was just waiting for you to hear him again. He was waiting for </w:t>
      </w:r>
    </w:p>
    <w:p>
      <w:pPr>
        <w:jc w:val="left"/>
      </w:pPr>
      <w:r>
        <w:rPr>
          <w:i/>
        </w:rPr>
        <w:t>us</w:t>
      </w:r>
      <w:r>
        <w:t>.” She squeezed his hand, her own wolf a chorus of joyous affirmation within her. This was the power of their connection, a bond that transcended the physical, a love that could mend even the deepest of wounds.</w:t>
      </w:r>
    </w:p>
    <w:p>
      <w:r>
        <w:br/>
        <w:t>She continued her healing regimen with renewed vigor. The ancient lore spoke of the moon’s influence on shifters, of its power to amplify their inherent magic and to mend the rifts within their souls. Lyra began to synchronize her healing rituals with the lunar cycles, drawing upon the moon’s waxing strength to bolster Gareth’s own returning power. She would sit with him during the full moon, her own magic a conduit for its potent energy, guiding it into him, helping to reawaken his dormant senses and to strengthen the fragile bridge between his human and wolf selves.</w:t>
      </w:r>
    </w:p>
    <w:p/>
    <w:p>
      <w:r>
        <w:br/>
        <w:t>The pack watched her with a mixture of awe and gratitude. They had seen their alpha weakened, his spirit flickering like a dying flame. They had seen the pack healers struggle, their efforts yielding only partial results. And then they had seen Lyra, the outsider, the one they had once regarded with suspicion, step forward with a quiet strength and an unwavering determination. She was not a shifter, but she understood the shifter heart in ways they had never witnessed. Her actions were not those of a stranger, but of a mate, a protector, a true member of their pack.</w:t>
      </w:r>
    </w:p>
    <w:p/>
    <w:p>
      <w:r>
        <w:br/>
        <w:t>Her unwavering support became a beacon for Gareth himself. In his darkest moments, when the fog of doubt threatened to engulf him, Lyra’s presence was his anchor. Her voice, calm and steady, would cut through the confusion, reminding him of who he was, of the strength that still resided within him. Her touch, a constant source of warmth and reassurance, grounded him when he felt himself drifting. She was not just tending to his wounds; she was tending to his spirit, reminding him that even in his vulnerability, he was loved, he was valued, and he was far from defeated.</w:t>
      </w:r>
    </w:p>
    <w:p/>
    <w:p>
      <w:r>
        <w:br/>
        <w:t>“You are the moonlight on a dark sea, Lyra,” Gareth confessed one night, his voice a husky murmur as he gazed at her, his eyes reflecting the soft glow of the moon. “You guide me, you illuminate the path. Without you… I would be lost in the abyss.” He reached for her, pulling her closer, his embrace fierce yet tender. “Kaelen sought to break me by severing me from my wolf. He thought he was destroying my power. He didn’t realize he was also showing me the source of my true strength – you.”</w:t>
      </w:r>
    </w:p>
    <w:p/>
    <w:p>
      <w:r>
        <w:br/>
        <w:t>Lyra leaned into him, her heart swelling with a love so profound it felt like a physical force. She understood then that her journey with Gareth was not just about healing his wounds, but about the evolution of their bond. Their fated connection, once defined by passion and primal instinct, was now being forged in the fires of adversity, tempered by shared vulnerability and unwavering devotion. She had stepped into the role of his anchor, his steady presence in the storm, and in doing so, had discovered a depth of love and resilience within herself that she had never known she possessed. Her loyalty was no longer a question, but an immutable truth, woven into the very fabric of her being. She would stand by Gareth, through the lingering shadows of Kaelen’s treachery and whatever future trials awaited them, her steadfast devotion a silent, powerful testament to the enduring strength of their love.</w:t>
      </w:r>
    </w:p>
    <w:p/>
    <w:p>
      <w:r>
        <w:t>The sterile scent of the infirmary, once a symbol of lingering pain, now carried a faint undercurrent of healing. Lyra traced the lines of Gareth’s palm, her touch a silent prayer. His breathing, though still shallow, had found a steadier rhythm, a testament to the tireless hours she had spent by his side. The Veil of Oblivion, the horrific ritual Kaelen had so desperately sought to complete, had been stopped, a victory etched in the relief that finally began to soften the harsh lines of worry on the faces of the pack members who had gathered outside the infirmary doors. It wasn't a clean win; the scars, both seen and unseen, were a stark reminder of the battle's brutality, but it was a win nonetheless. Kaelen’s darkness had been pushed back, his ultimate goal thwarted.</w:t>
      </w:r>
    </w:p>
    <w:p>
      <w:r>
        <w:br/>
        <w:t>Lyra’s heart ached with a profound sense of bittersweet triumph. The obsidian threads of Kaelen’s curse had been partially unraveled, his desperate attempt to sever Gareth from his wolf and plunge their world into an eternal twilight averted. The ancient texts had spoken of the Veil not just as an act of destruction, but as a ritual of soul-annihilation, a binding of primal spirits to a void of eternal nothingness. Kaelen had aimed to consume the very essence of what it meant to be a shifter, to extinguish the wild fire that burned within each of them. But he had failed. Lyra, armed with forbidden knowledge and an unyielding love, had intervened, her own magic weaving a shield against the encroaching abyss.</w:t>
      </w:r>
    </w:p>
    <w:p/>
    <w:p>
      <w:r>
        <w:br/>
        <w:t>She remembered the chilling whisper of Kaelen’s power as it had coiled around Gareth, attempting to smother his inner wolf, to silence the primal roar that was Gareth’s birthright. It had been a battle not just of physical strength, but of spiritual will. Lyra had felt the struggle resonating within her own being, her wolf a fierce guardian, her own spirit a defiant flame against the encroaching darkness. She had poured every ounce of her being into protecting Gareth, channeling the raw energy of their fated bond into a bulwark against Kaelen’s insidious magic. It had been a dance on the precipice of oblivion, a desperate fight to preserve Gareth’s very soul.</w:t>
      </w:r>
    </w:p>
    <w:p/>
    <w:p>
      <w:r>
        <w:br/>
        <w:t>The elders of the pack, their faces etched with the wisdom of countless seasons, had watched her with a mixture of apprehension and dawning respect. Lyra, an outsider by blood and birth, had proven herself to be more than a mate; she was a protector, a warrior, an integral part of their pack’s survival. Her understanding of the arcane, her ability to perceive the unseen currents of magic that flowed through their world, had been a revelation. While their healers worked to mend Gareth’s physical wounds, Lyra had delved into the ethereal realms, reweaving the frayed tapestry of his spirit, coaxing his wolf back from the brink of oblivion.</w:t>
      </w:r>
    </w:p>
    <w:p/>
    <w:p>
      <w:r>
        <w:br/>
        <w:t>“He’s strong, Lyra,” Elder Maeve had murmured, her voice a raspy caress of encouragement, as she had tended to a gash on Gareth’s arm. “You have given him the strength to fight back from within. The Veil… it was meant to be absolute. You have broken its hold.” Her eyes, the color of a stormy sea, had held a depth of gratitude that words could not convey.</w:t>
      </w:r>
    </w:p>
    <w:p/>
    <w:p>
      <w:r>
        <w:br/>
        <w:t>The memory of the final confrontation, the clash of Kaelen’s corrupted power against Gareth’s rekindled spirit, still sent shivers down Lyra’s spine. Kaelen, fueled by a consuming hatred and the dark energies he had long cultivated, had unleashed the full might of his corrupted magic. Lyra had witnessed the terrifying spectacle of the sky tearing open, a swirling vortex of shadow and despair that threatened to swallow the very essence of their world. Gareth, even weakened, had stood firm, his gaze blazing with defiance, his wolf a palpable presence even as Kaelen’s curse sought to bind it.</w:t>
      </w:r>
    </w:p>
    <w:p/>
    <w:p>
      <w:r>
        <w:br/>
        <w:t>It was then, in that moment of ultimate peril, that Lyra had acted. She had seen the final threads of the Veil being woven, the dark magic coalescing into a tangible force of annihilation. Without hesitation, she had channeled her own power, the raw, untamed magic that flowed through her veins, fueled by her love for Gareth. She had envisioned their fated bond, not as a delicate thread, but as an unbreakable chain, a beacon of light in the encroaching darkness. She had pushed back against Kaelen’s will, her spirit a fierce shield, her magic a searing counter-spell.</w:t>
      </w:r>
    </w:p>
    <w:p/>
    <w:p>
      <w:r>
        <w:br/>
        <w:t>The resulting backlash had been immense, a concussive wave of energy that had rippled through the battlefield, throwing warriors to the ground. Kaelen, caught in the chaotic eruption of raw magic, had recoiled, his carefully constructed ritual shattering around him. The vortex had sputtered and died, the oppressive darkness receding like a tide. He had been forced to retreat, his plan of total annihilation thwarted, his own power momentarily depleted by the force Lyra had unleashed. It was not the decisive victory they craved, but it was a reprieve, a chance to regroup and to fight another day.</w:t>
      </w:r>
    </w:p>
    <w:p/>
    <w:p>
      <w:r>
        <w:br/>
        <w:t>The aftermath was a delicate balance of relief and sorrow. The pack had suffered losses, brave souls who had fallen defending their home and their alpha. The infirmary was a testament to the cost of their defiance, filled with the groans of the injured and the quiet murmurs of the healers. Yet, amidst the pain and the grief, a new spirit had begun to stir. The courage displayed by Gareth and Lyra, their unwavering defiance in the face of Kaelen’s overwhelming power, had ignited a spark of resilience within the shifter community. They had faced the abyss and had not been consumed.</w:t>
      </w:r>
    </w:p>
    <w:p/>
    <w:p>
      <w:r>
        <w:br/>
        <w:t>Lyra looked at Gareth, his eyes now open, their golden depths holding a flicker of awareness that had been absent for so long. The fog of Kaelen’s curse had begun to dissipate, revealing the strong, unwavering spirit that lay beneath. “You were magnificent,” she whispered, her voice thick with emotion. “You stood against him, even when it seemed impossible.”</w:t>
      </w:r>
    </w:p>
    <w:p/>
    <w:p>
      <w:r>
        <w:br/>
        <w:t>Gareth’s lips curved into a faint, weary smile. He reached out, his fingers brushing against her cheek, his touch surprisingly strong. “We stood together, Lyra,” he rasped, his voice still rough from disuse and pain. “You and I. Our bond… it is more than I ever imagined.” He paused, his gaze drifting to the window, where the first tentative rays of dawn were breaking through the clouds. “The Veil… it is broken?”</w:t>
      </w:r>
    </w:p>
    <w:p/>
    <w:p>
      <w:r>
        <w:br/>
        <w:t>“It is averted,” Lyra corrected gently, her heart swelling with pride. “Kaelen did not succeed in plunging our world into darkness. He wounded you, yes, and he injured many of our pack, but he did not break our spirit. We have pushed him back.”</w:t>
      </w:r>
    </w:p>
    <w:p/>
    <w:p>
      <w:r>
        <w:br/>
        <w:t>A profound sense of weariness settled over Gareth, but it was tinged with a new resolve. “The Obsidian Hand,” he murmured, his brow furrowing. “They will not stop. Kaelen will not stop.”</w:t>
      </w:r>
    </w:p>
    <w:p/>
    <w:p>
      <w:r>
        <w:br/>
        <w:t>“No,” Lyra agreed, her own resolve hardening. “They will not. But neither will we. What Kaelen unleashed, the fear and the despair, it has been met with courage and with love. We have shown them that they cannot extinguish the light within us so easily.” She leaned closer, her forehead touching his. “Our fated bond, Gareth, it is a power they cannot comprehend. It is our greatest weapon.”</w:t>
      </w:r>
    </w:p>
    <w:p/>
    <w:p>
      <w:r>
        <w:br/>
        <w:t>The pack understood. They had witnessed the primal rage of Kaelen’s magic, the insidious whisper of his curse. They had seen their alpha weakened, his connection to his wolf frayed. But they had also witnessed Lyra’s unwavering devotion, her courage in the face of overwhelming darkness. They had seen the strength of their bond, a force that transcended the physical, a love that could mend the deepest of wounds. This shared experience, this near-death encounter with Kaelen’s ultimate plan, had forged a new unity among them. The old suspicions and divisions that had once plagued the pack seemed to melt away in the heat of their shared struggle.</w:t>
      </w:r>
    </w:p>
    <w:p/>
    <w:p>
      <w:r>
        <w:br/>
        <w:t>Lyra felt a profound shift within the pack’s collective consciousness. The whispers of doubt and fear had been replaced by a quiet hum of defiance. The knowledge that Kaelen’s plan had been thwarted, that the Veil of Oblivion had been averted, was a beacon of hope in the uncertain future. It was a testament to their resilience, their ability to stand united against even the most formidable darkness. They had not emerged unscathed, but they had emerged stronger, their resolve tempered by the trials they had endured.</w:t>
      </w:r>
    </w:p>
    <w:p/>
    <w:p>
      <w:r>
        <w:br/>
        <w:t>“We have bought ourselves time,” Gareth said, his voice gaining a measure of its former strength. “Time to heal. Time to prepare.”</w:t>
      </w:r>
    </w:p>
    <w:p/>
    <w:p>
      <w:r>
        <w:br/>
        <w:t>“And time to remind them,” Lyra added, her gaze locking with his, “that the spirit of the shifter cannot be extinguished. We are more than just predators; we are protectors. We are survivors. And we will not be silenced.” The fragile hope that had begun to bloom in the shadowed halls of the infirmary was not a fleeting blossom; it was a hardy seed, planted in the fertile ground of their shared victory, ready to grow into an unyielding force that would stand against the encroaching darkness of the Obsidian Hand. Their fight was far from over, but for the first time since Kaelen’s return, a sense of true possibility, of a future worth fighting for, had returned to their world. The strength of their fated bond, a love forged in the crucible of adversity, had proven to be the most potent weapon of all, a silent promise that even in the deepest night, the dawn would eventually break.</w:t>
      </w:r>
    </w:p>
    <w:p/>
    <w:p>
      <w:r>
        <w:br w:type="page"/>
      </w:r>
    </w:p>
    <w:p>
      <w:pPr>
        <w:spacing w:before="5040"/>
        <w:jc w:val="center"/>
      </w:pPr>
      <w:r>
        <w:rPr/>
        <w:t xml:space="preserve"> Chapter 11: The Seeds of Doubt</w:t>
      </w:r>
    </w:p>
    <w:p>
      <w:r>
        <w:t>The sterile scent of the infirmary, once a symbol of lingering pain, now carried a faint undercurrent of healing. Lyra traced the lines of Gareth’s palm, her touch a silent prayer. His breathing, though still shallow, had found a steadier rhythm, a testament to the tireless hours she had spent by his side. The Veil of Oblivion, the horrific ritual Kaelen had so desperately sought to complete, had been stopped, a victory etched in the relief that finally began to soften the harsh lines of worry on the faces of the pack members who had gathered outside the infirmary doors. It wasn't a clean win; the scars, both seen and unseen, were a stark reminder of the battle's brutality, but it was a win nonetheless. Kaelen’s darkness had been pushed back, his ultimate goal thwarted.</w:t>
      </w:r>
    </w:p>
    <w:p>
      <w:r>
        <w:br/>
        <w:t>Lyra’s heart ached with a profound sense of bittersweet triumph. The obsidian threads of Kaelen’s curse had been partially unraveled, his desperate attempt to sever Gareth from his wolf and plunge their world into an eternal twilight averted. The ancient texts had spoken of the Veil not just as an act of destruction, but as a ritual of soul-annihilation, a binding of primal spirits to a void of eternal nothingness. Kaelen had aimed to consume the very essence of what it meant to be a shifter, to extinguish the wild fire that burned within each of them. But he had failed. Lyra, armed with forbidden knowledge and an unyielding love, had intervened, her own magic weaving a shield against the encroaching abyss.</w:t>
      </w:r>
    </w:p>
    <w:p/>
    <w:p>
      <w:r>
        <w:br/>
        <w:t>She remembered the chilling whisper of Kaelen’s power as it had coiled around Gareth, attempting to smother his inner wolf, to silence the primal roar that was Gareth’s birthright. It had been a battle not just of physical strength, but of spiritual will. Lyra had felt the struggle resonating within her own being, her wolf a fierce guardian, her own spirit a defiant flame against the encroaching darkness. She had poured every ounce of her being into protecting Gareth, channeling the raw energy of their fated bond into a bulwark against Kaelen’s insidious magic. It had been a dance on the precipice of oblivion, a desperate fight to preserve Gareth’s very soul.</w:t>
      </w:r>
    </w:p>
    <w:p/>
    <w:p>
      <w:r>
        <w:br/>
        <w:t>The elders of the pack, their faces etched with the wisdom of countless seasons, had watched her with a mixture of apprehension and dawning respect. Lyra, an outsider by blood and birth, had proven herself to be more than a mate; she was a protector, a warrior, an integral part of their pack’s survival. Her understanding of the arcane, her ability to perceive the unseen currents of magic that flowed through their world, had been a revelation. While their healers worked to mend Gareth’s physical wounds, Lyra had delved into the ethereal realms, reweaving the frayed tapestry of his spirit, coaxing his wolf back from the brink of oblivion.</w:t>
      </w:r>
    </w:p>
    <w:p/>
    <w:p>
      <w:r>
        <w:br/>
        <w:t>“He’s strong, Lyra,” Elder Maeve had murmured, her voice a raspy caress of encouragement, as she had tended to a gash on Gareth’s arm. “You have given him the strength to fight back from within. The Veil… it was meant to be absolute. You have broken its hold.” Her eyes, the color of a stormy sea, had held a depth of gratitude that words could not convey.</w:t>
      </w:r>
    </w:p>
    <w:p/>
    <w:p>
      <w:r>
        <w:br/>
        <w:t>The memory of the final confrontation, the clash of Kaelen’s corrupted power against Gareth’s rekindled spirit, still sent shivers down Lyra’s spine. Kaelen, fueled by a consuming hatred and the dark energies he had long cultivated, had unleashed the full might of his corrupted magic. Lyra had witnessed the terrifying spectacle of the sky tearing open, a swirling vortex of shadow and despair that threatened to swallow the very essence of their world. Gareth, even weakened, had stood firm, his gaze blazing with defiance, his wolf a palpable presence even as Kaelen’s curse sought to bind it.</w:t>
      </w:r>
    </w:p>
    <w:p/>
    <w:p>
      <w:r>
        <w:br/>
        <w:t>It was then, in that moment of ultimate peril, that Lyra had acted. She had seen the final threads of the Veil being woven, the dark magic coalescing into a tangible force of annihilation. Without hesitation, she had channeled her own power, the raw, untamed magic that flowed through her veins, fueled by her love for Gareth. She had envisioned their fated bond, not as a delicate thread, but as an unbreakable chain, a beacon of light in the encroaching darkness. She had pushed back against Kaelen’s will, her spirit a fierce shield, her magic a searing counter-spell.</w:t>
      </w:r>
    </w:p>
    <w:p/>
    <w:p>
      <w:r>
        <w:br/>
        <w:t>The resulting backlash had been immense, a concussive wave of energy that had rippled through the battlefield, throwing warriors to the ground. Kaelen, caught in the chaotic eruption of raw magic, had recoiled, his carefully constructed ritual shattering around him. The vortex had sputtered and died, the oppressive darkness receding like a tide. He had been forced to retreat, his plan of total annihilation thwarted, his own power momentarily depleted by the force Lyra had unleashed. It was not the decisive victory they craved, but it was a reprieve, a chance to regroup and to fight another day.</w:t>
      </w:r>
    </w:p>
    <w:p/>
    <w:p>
      <w:r>
        <w:br/>
        <w:t>The aftermath was a delicate balance of relief and sorrow. The pack had suffered losses, brave souls who had fallen defending their home and their alpha. The infirmary was a testament to the cost of their defiance, filled with the groans of the injured and the quiet murmurs of the healers. Yet, amidst the pain and the grief, a new spirit had begun to stir. The courage displayed by Gareth and Lyra, their unwavering defiance in the face of Kaelen’s overwhelming power, had ignited a spark of resilience within the shifter community. They had faced the abyss and had not been consumed.</w:t>
      </w:r>
    </w:p>
    <w:p/>
    <w:p>
      <w:r>
        <w:br/>
        <w:t>Lyra looked at Gareth, his eyes now open, their golden depths holding a flicker of awareness that had been absent for so long. The fog of Kaelen’s curse had begun to dissipate, revealing the strong, unwavering spirit that lay beneath. “You were magnificent,” she whispered, her voice thick with emotion. “You stood against him, even when it seemed impossible.”</w:t>
      </w:r>
    </w:p>
    <w:p/>
    <w:p>
      <w:r>
        <w:br/>
        <w:t>Gareth’s lips curved into a faint, weary smile. He reached out, his fingers brushing against her cheek, his touch surprisingly strong. “We stood together, Lyra,” he rasped, his voice still rough from disuse and pain. “You and I. Our bond… it is more than I ever imagined.” He paused, his gaze drifting to the window, where the first tentative rays of dawn were breaking through the clouds. “The Veil… it is broken?”</w:t>
      </w:r>
    </w:p>
    <w:p/>
    <w:p>
      <w:r>
        <w:br/>
        <w:t>“It is averted,” Lyra corrected gently, her heart swelling with pride. “Kaelen did not succeed in plunging our world into darkness. He wounded you, yes, and he injured many of our pack, but he did not break our spirit. We have pushed him back.”</w:t>
      </w:r>
    </w:p>
    <w:p/>
    <w:p>
      <w:r>
        <w:br/>
        <w:t>A profound sense of weariness settled over Gareth, but it was tinged with a new resolve. “The Obsidian Hand,” he murmured, his brow furrowing. “They will not stop. Kaelen will not stop.”</w:t>
      </w:r>
    </w:p>
    <w:p/>
    <w:p>
      <w:r>
        <w:br/>
        <w:t>“No,” Lyra agreed, her own resolve hardening. “They will not. But neither will we. What Kaelen unleashed, the fear and the despair, it has been met with courage and with love. We have shown them that they cannot extinguish the light within us so easily.” She leaned closer, her forehead touching his. “Our fated bond, Gareth, it is a power they cannot comprehend. It is our greatest weapon.”</w:t>
      </w:r>
    </w:p>
    <w:p/>
    <w:p>
      <w:r>
        <w:br/>
        <w:t>The pack understood. They had witnessed the primal rage of Kaelen’s magic, the insidious whisper of his curse. They had seen their alpha weakened, his connection to his wolf frayed. But they had also witnessed Lyra’s unwavering devotion, her courage in the face of overwhelming darkness. They had seen the strength of their bond, a force that transcended the physical, a love that could mend the deepest of wounds. This shared experience, this near-death encounter with Kaelen’s ultimate plan, had forged a new unity among them. The old suspicions and divisions that had once plagued the pack seemed to melt away in the heat of their shared struggle.</w:t>
      </w:r>
    </w:p>
    <w:p/>
    <w:p>
      <w:r>
        <w:br/>
        <w:t>Lyra felt a profound shift within the pack’s collective consciousness. The whispers of doubt and fear had been replaced by a quiet hum of defiance. The knowledge that Kaelen’s plan had been thwarted, that the Veil of Oblivion had been averted, was a beacon of hope in the uncertain future. It was a testament to their resilience, their ability to stand united against even the most formidable darkness. They had not emerged unscathed, but they had emerged stronger, their resolve tempered by the trials they had endured.</w:t>
      </w:r>
    </w:p>
    <w:p/>
    <w:p>
      <w:r>
        <w:br/>
        <w:t>“We have bought ourselves time,” Gareth said, his voice gaining a measure of its former strength. “Time to heal. Time to prepare.”</w:t>
      </w:r>
    </w:p>
    <w:p/>
    <w:p>
      <w:r>
        <w:br/>
        <w:t>“And time to remind them,” Lyra added, her gaze locking with his, “that the spirit of the shifter cannot be extinguished. We are more than just predators; we are protectors. We are survivors. And we will not be silenced.” The fragile hope that had begun to bloom in the shadowed halls of the infirmary was not a fleeting blossom; it was a hardy seed, planted in the fertile ground of their shared victory, ready to grow into an unyielding force that would stand against the encroaching darkness of the Obsidian Hand. Their fight was far from over, but for the first time since Kaelen’s return, a sense of true possibility, of a future worth fighting for, had returned to their world. The strength of their fated bond, a love forged in the crucible of adversity, had proven to be the most potent weapon of all, a silent promise that even in the deepest night, the dawn would eventually break.</w:t>
      </w:r>
    </w:p>
    <w:p/>
    <w:p>
      <w:r>
        <w:br/>
        <w:t>Yet, even as the infirmary buzzed with the quiet hum of recovery and the subdued murmurs of gratitude, a different kind of sound began to permeate the pack’s awareness. It started subtly, a mere rustling of leaves in the wind, a stray whisper caught on the edges of hearing. But it grew, gaining an insidious momentum, weaving its way through the corridors of the pack house and across the windswept plains. It was the sound of doubt, of suspicion, of a subtle but pervasive erosion of faith.</w:t>
      </w:r>
    </w:p>
    <w:p/>
    <w:p>
      <w:r>
        <w:br/>
        <w:t>Gareth, despite his returning strength, felt it like a physical weight settling upon his shoulders. The near-fatal confrontation had left him not only physically drained but also acutely aware of the vulnerability he had displayed. His struggle against Kaelen’s curse, the moments where his wolf had faltered, where his very essence had been on the brink of being snuffed out – these were not easily forgotten. While Lyra had fought fiercely, her power a breathtaking display of magic and devotion, the image of their alpha, the very heart of their pack, brought to his knees, lingered in the minds of some.</w:t>
      </w:r>
    </w:p>
    <w:p/>
    <w:p>
      <w:r>
        <w:br/>
        <w:t>Among the loyalists, those who had always stood by Gareth, the concern was palpable. They saw his weakened state not as a failure, but as a testament to the brutal power they had faced and the immense sacrifice he had endured. They saw Lyra’s intervention as a miracle, a testament to the depth of their fated bond and her own formidable strength. They spoke of Gareth’s resilience, his unwavering spirit that had ultimately fought its way back from the brink.</w:t>
      </w:r>
    </w:p>
    <w:p/>
    <w:p>
      <w:r>
        <w:br/>
        <w:t>But there were others. The old guard, whose loyalty had always been conditional, those who had harbored quiet resentments, and the newer members who had never fully embraced Gareth’s leadership, began to stir. They saw not resilience, but weakness. They heard not a battle cry, but the strained gasps of a leader who had been fundamentally compromised. To them, Gareth's near-demise was not a testament to his strength, but an exhibition of his limitations. They began to whisper, their voices low and furtive, in shadowed corners and behind closed doors.</w:t>
      </w:r>
    </w:p>
    <w:p/>
    <w:p>
      <w:r>
        <w:br/>
        <w:t>“He was close to breaking,” one elder, a grizzled wolf named Borin, grumbled to another during a hushed conversation by the communal fire pit. His eyes, usually filled with a grudging respect for Gareth, now held a glint of something sharper, something calculating. “His wolf was almost gone. If Lyra hadn’t intervened…” He trailed off, letting the unspoken implication hang heavy in the air. The power of an alpha was intrinsically tied to the strength and health of his wolf, and Gareth's had been severely tested, almost extinguished.</w:t>
      </w:r>
    </w:p>
    <w:p/>
    <w:p>
      <w:r>
        <w:br/>
        <w:t>“It’s true,” a younger wolf, Rylan, with ambitious eyes and a restless spirit, chimed in, his voice barely above a murmur. “Our alpha was almost defeated. What happens if Kaelen returns, and Gareth is still too weak to fight? What then?” His gaze flickered towards the darkened woods, as if expecting Kaelen to materialize from the shadows. The corrupted nexus, the residual energy from Kaelen’s failed ritual, still pulsed with an unsettling instability, a constant reminder of the forces they had narrowly escaped. This instability fueled the fear that permeated the pack, and fear, as Lyra well knew, was the fertile ground for dissent.</w:t>
      </w:r>
    </w:p>
    <w:p/>
    <w:p>
      <w:r>
        <w:br/>
        <w:t>These whispers, these seeds of doubt, began to sprout. They questioned Gareth’s ability to lead them through future conflicts. They spoke of his reliance on Lyra, a human, an outsider, as a sign of his own deficiency. The fact that Lyra had wielded such potent magic, magic that had ultimately repelled Kaelen, was seen by some not as a strength to be celebrated, but as a potential threat, a power that rivaled their alpha’s.</w:t>
      </w:r>
    </w:p>
    <w:p/>
    <w:p>
      <w:r>
        <w:br/>
        <w:t>“Is he truly still our alpha?” the whispers began to ask, their questions insidious, undermining. “Can he protect us from what’s coming? Or is it Lyra who holds the true power now?” The question of Lyra's influence, her integration into the pack, which had been grudgingly accepted during the crisis, was now being re-examined through a lens of suspicion. Her bond with Gareth, once seen as a source of strength, was now subtly reframed as a dependency, a crutch.</w:t>
      </w:r>
    </w:p>
    <w:p/>
    <w:p>
      <w:r>
        <w:br/>
        <w:t>Gareth, lying in his infirmary bed, felt the currents of unease even through the thick walls. He was a creature of instinct, and his instincts screamed that something was shifting, that the unity forged in the fires of battle was beginning to fray. He could sense the wavering loyalty, the questioning glances, the subtle withdrawal of deference from some. The weight of their uncertainty was a tangible force, pressing down on him, amplifying the ache in his bones and the weariness in his soul. He had faced down a dark sorcerer and averted an apocalypse, yet the battle for his pack’s trust felt like a war he was already beginning to lose. The Obsidian Hand’s partial victory, the fact that they had inflicted damage and forced Kaelen to retreat rather than be utterly vanquished, had emboldened not only their external enemies but also the internal ones. They had seen a crack in the foundation, and they were determined to widen it.</w:t>
      </w:r>
    </w:p>
    <w:p/>
    <w:p>
      <w:r>
        <w:br/>
        <w:t>Lyra, sensing Gareth's growing unease, kept a watchful presence by his side. She understood the fragile nature of pack dynamics, the delicate balance of power and respect. She saw the subtle shifts in the pack’s mood, the way conversations died down when she entered a room, the averted gazes, the hesitant greetings. It was a stark contrast to the unified front they had presented just days before.</w:t>
      </w:r>
    </w:p>
    <w:p/>
    <w:p>
      <w:r>
        <w:br/>
        <w:t>“They are afraid, Gareth,” she murmured, stroking his hair. “And fear makes people do and say things they wouldn't otherwise. Kaelen's attack, the near-destruction of the Veil, it has left scars on all of us, not just you.”</w:t>
      </w:r>
    </w:p>
    <w:p/>
    <w:p>
      <w:r>
        <w:br/>
        <w:t>Gareth sighed, a heavy sound that seemed to carry the weight of the pack’s collective anxiety. “Fear is one thing, Lyra. But this… this feels different. It feels like they’re looking for reasons to doubt. Reasons to believe I’m no longer fit to lead.” His golden eyes, though still tinged with pain, held a flicker of his old fire, a fierce protectiveness that even the whispers of weakness couldn’t fully extinguish. “They saw me falter. They saw the darkness almost consume me. And now, some of them are using it against me.”</w:t>
      </w:r>
    </w:p>
    <w:p/>
    <w:p>
      <w:r>
        <w:br/>
        <w:t>“But they also saw you fight back,” Lyra countered gently, her voice firm. “They saw your spirit endure. And they saw my willingness to stand by you, to fight for you, with everything I have. Our bond is not a weakness, Gareth. It is our greatest strength. The Obsidian Hand fears it, and so do those within the pack who wish to see you fall.”</w:t>
      </w:r>
    </w:p>
    <w:p/>
    <w:p>
      <w:r>
        <w:br/>
        <w:t>She knew the truth of it. Those who had always resented her presence, who saw her as an anomaly, a human who had somehow infiltrated their alpha’s life and their pack, were now using Gareth’s vulnerability as their weapon. They were sowing discord, twisting the narrative from a hard-won victory against a terrifying enemy to a display of their alpha’s faltering power. The instability of the corrupted nexus, a constant thrum of chaotic energy that had not yet dissipated, served as a constant, unsettling reminder of the night’s events, making it easier for fear to take root and fester. It was a breeding ground for paranoia, a tangible manifestation of the unease that now settled over the pack like a shroud.</w:t>
      </w:r>
    </w:p>
    <w:p/>
    <w:p>
      <w:r>
        <w:br/>
        <w:t>Lyra felt a pang of guilt, a whisper of ‘what if’. Had her intervention, as necessary as it was, inadvertently created this problem? Had her overwhelming display of power, intended to protect Gareth, somehow overshadowed him in the eyes of those who clung to tradition and alpha supremacy? She pushed the thought away. She had acted out of love and necessity. Their survival had depended on it. But the fact remained: Kaelen’s machinations had created a chink in their armor, and now, the enemy was not just at their gates, but within their own ranks. The pack was a complex ecosystem, and the disruption caused by such a profound magical assault had thrown it into disarray. The healing process was not just physical; it was emotional, spiritual, and political. And Gareth, their alpha, was now at the center of it all, bearing the brunt of not only his own recovery but also the rising tide of internal dissent. The seeds of doubt, once sown, were beginning to sprout, and Lyra feared the bitter harvest they would eventually yield.</w:t>
      </w:r>
    </w:p>
    <w:p/>
    <w:p>
      <w:r>
        <w:t>Lyra settled onto the edge of Gareth’s cot, the rough wool of his blanket a familiar comfort beneath her fingers. The infirmary, once filled with the cacophony of pain and the desperate scent of spilled blood, had taken on a hushed reverence in the days following the averted Veil of Oblivion. The air still carried the faint, metallic tang of healing herbs, but it was overlaid with something else now—a subtle tension, a disquiet that clung to the very walls. Gareth’s breathing was deeper, his color returning, but the weariness in his golden eyes, coupled with the subtle tightening of his jaw whenever a particularly loud footfall echoed in the hall, spoke volumes. He felt the shift, the insidious creep of doubt that had begun to worm its way through the pack's collective spirit.</w:t>
      </w:r>
    </w:p>
    <w:p>
      <w:r>
        <w:br/>
        <w:t>“Borin was here again,” Gareth murmured, his voice still rough, as he watched Lyra’s careful movements. He hadn't been able to fully gauge the extent of the grumbling, the whispers that seemed to slither just out of his hearing, but Lyra, with her sharper senses and her uncanny ability to perceive the currents of emotion, was his barometer. He saw the way her brow furrowed almost imperceptibly when she thought he wasn’t looking, the slight tension in her shoulders that belied her outward calm.</w:t>
      </w:r>
    </w:p>
    <w:p/>
    <w:p>
      <w:r>
        <w:br/>
        <w:t>Lyra’s hand stilled on his. “He brought well wishes and a basket of dried berries,” she replied, her tone neutral. She met his gaze, her own filled with a quiet understanding. She knew Borin, and the others like him, the ones whose loyalty had always been a fragile thing, dependent on displays of overwhelming strength and unquestioned dominance. Gareth's near-defeat, however temporary, had exposed a vulnerability that they, in their fear and their ingrained traditions, couldn't reconcile with their image of an invincible alpha. “He also asked, rather pointedly, if your wolf was ‘fully recovered’,” she added, a hint of steel entering her voice.</w:t>
      </w:r>
    </w:p>
    <w:p/>
    <w:p>
      <w:r>
        <w:br/>
        <w:t>A low growl rumbled in Gareth’s chest, a sound that was more frustration than aggression. “And what did you say?”</w:t>
      </w:r>
    </w:p>
    <w:p/>
    <w:p>
      <w:r>
        <w:br/>
        <w:t>Lyra leaned closer, her voice a soft murmur that somehow cut through the lingering scent of antiseptic and pain. “I told him that my mate’s wolf, like his spirit, is indomitable. I told him that he faced down a darkness that would have consumed any lesser being, and emerged not just alive, but with his will unbroken.” She didn’t raise her voice, didn’t engage in argument. Her words were not a defense, but a statement of fact, delivered with the quiet, unshakeable conviction that had become her hallmark in these trying times. She watched the subtle softening around Gareth’s eyes, the slight relaxation of his tense frame. He needed to hear this, to know that he was not alone in his struggle, that his fight was seen, acknowledged, and valued.</w:t>
      </w:r>
    </w:p>
    <w:p/>
    <w:p>
      <w:r>
        <w:br/>
        <w:t>“Borin is a creature of habit and fear, Gareth,” she continued, her fingers tracing the faint scar that now marked his temple, a tangible reminder of Kaelen’s assault. “He sees your recovery as a sign of weakness, not as a testament to your resilience. He remembers the moments when the Veil’s influence was strongest, when your wolf seemed to recede. He doesn’t understand that true strength isn’t about never faltering, but about rising again, stronger for the experience.” She paused, her gaze unwavering. “And he certainly doesn’t understand our bond. He sees it as a distraction, a distraction from your alpha duties, perhaps even a source of your vulnerability. He cannot fathom that it is, in fact, the very foundation of your renewed strength.”</w:t>
      </w:r>
    </w:p>
    <w:p/>
    <w:p>
      <w:r>
        <w:br/>
        <w:t>She rose, moving to the window and looking out at the pack grounds. Even from here, she could feel the subtle currents of unease, the hushed conversations that ceased when she passed, the wary glances exchanged between members. It was a stark contrast to the unified front they had presented during the crisis, a testament to how quickly fear could erode the bonds forged in courage. “They witnessed the ritual at the nexus, Gareth. They saw the obsidian tendrils of Kaelen’s magic coiling around you, seeking to smother your wolf, to sever your very essence from your pack. They saw you fight. They saw you endure. But some of them, in their fear, are choosing to remember only the moments of struggle, not the ultimate triumph.”</w:t>
      </w:r>
    </w:p>
    <w:p/>
    <w:p>
      <w:r>
        <w:br/>
        <w:t>She turned back to him, her expression earnest. “They forget what Kaelen unleashed. They forget the sheer, raw power of his corrupted magic. He sought not just to kill you, but to obliterate your very soul, to sever the link between you and your wolf, and in doing so, plunge our entire world into eternal twilight. The Veil of Oblivion was a ritual of annihilation, an act of cosmic despair. And you, Gareth, stood against it. You, and I, together.”</w:t>
      </w:r>
    </w:p>
    <w:p/>
    <w:p>
      <w:r>
        <w:br/>
        <w:t>Her voice softened as she walked back to his bedside, her hand resting gently on his chest, over his heart. “You remember the final moments, don’t you? When Kaelen’s power reached its apex, when the vortex threatened to consume everything. You were weakened, yes, but your spirit, your connection to your wolf, it was still there, flickering like a stubborn ember. And I… I poured everything I had into that bond, into protecting you, into reigniting that ember. It wasn’t just my magic, Gareth. It was our bond, our fated connection, amplified by the desperation of that moment. It was the sheer force of our love, our commitment to each other and to this pack, that shattered Kaelen’s control and pushed him back.”</w:t>
      </w:r>
    </w:p>
    <w:p/>
    <w:p>
      <w:r>
        <w:br/>
        <w:t>She knelt beside him again, her eyes searching his. “What they witnessed was not just your vulnerability, but your defiance. What they witnessed was not your defeat, but your unyielding spirit. And they witnessed our bond, not as a crutch, but as a weapon. A weapon they cannot comprehend.”</w:t>
      </w:r>
    </w:p>
    <w:p/>
    <w:p>
      <w:r>
        <w:br/>
        <w:t>The pack’s elders, those who were still recovering from their own injuries, often gathered in hushed discussions within the infirmary’s quiet corners. Lyra made it a point to be present during these times, not to dominate the conversation, but to offer her perspective, a quiet counterpoint to the rising tide of unease. Elder Maeve, her gaze sharp and observant, had been a steadfast ally, her trust in Lyra having been cemented during the chaos.</w:t>
      </w:r>
    </w:p>
    <w:p/>
    <w:p>
      <w:r>
        <w:br/>
        <w:t>“The alpha’s wolf is an extension of his own soul, his pack’s very heart,” Maeve had stated, her voice resonating with ancient wisdom, as she tended to a young wolf’s broken arm. “When Kaelen’s curse struck, it was an attack on the very core of our being. Gareth’s struggle was not a sign of weakness, but a testament to the ferocity of his fight. He held on when any other would have succumbed.”</w:t>
      </w:r>
    </w:p>
    <w:p/>
    <w:p>
      <w:r>
        <w:br/>
        <w:t>Lyra had nodded in agreement, her own voice calm and measured. “He was on the precipice, yes. The Veil of Oblivion was designed to extinguish the primal spark, to sever the alpha’s connection to his wolf permanently. The fact that he resisted, that he held onto even a sliver of that connection, allowed me to reach him. It allowed our bond to act as a conduit, a bridge across that abyss.” She remembered the chilling cold that had emanated from Kaelen, the way it had seeped into her bones, the palpable sense of despair that had threatened to crush her own spirit. But the thought of Gareth, of his life force dimming, had spurred her onward. “I did not save him alone. He fought back. His wolf, his very essence, fought back against the darkness, and in that crucial moment, I was able to lend my strength to his. Our fated bond doesn't diminish his power; it amplifies it, allowing us to draw upon each other’s strengths when one falters.”</w:t>
      </w:r>
    </w:p>
    <w:p/>
    <w:p>
      <w:r>
        <w:br/>
        <w:t>She saw the flicker of doubt in the eyes of some of the younger pack members, the ones who had always looked to the alpha for an image of unassailable might. They had seen Gareth, their powerful alpha, brought low. They had seen him reliant on Lyra, a human, an outsider, for his very survival.</w:t>
      </w:r>
    </w:p>
    <w:p/>
    <w:p>
      <w:r>
        <w:br/>
        <w:t>“But Lyra,” a young wolf named Finn had ventured hesitantly, his voice barely audible, “you wielded immense power. A power that even Kaelen seemed to respect, or perhaps fear. Is it not true that your magic is what truly repelled him?”</w:t>
      </w:r>
    </w:p>
    <w:p/>
    <w:p>
      <w:r>
        <w:br/>
        <w:t>Lyra met his gaze directly, her expression open and honest. “My magic is a part of me, Finn, just as your strength is a part of you, and Gareth’s leadership is his. Kaelen’s magic was fueled by hate and despair. Mine, in that moment, was fueled by love and a desperate need to protect. Our fated bond creates a resonance between us, a powerful amplification. When Gareth’s wolf was struggling, my own wolf instinctively responded, a primal call to protect our alpha, our mate. And my magic, honed by years of study and practice, found a conduit through that bond. It was a confluence of power, a symphony of spirits, not a single instrument overpowering another.”</w:t>
      </w:r>
    </w:p>
    <w:p/>
    <w:p>
      <w:r>
        <w:br/>
        <w:t>She walked closer to the gathered group, her presence radiating a quiet confidence. “Think of the nexus. Think of the raw energy Kaelen sought to harness. He intended to use it to tear a hole between worlds, to unleash an endless night. Gareth stood at the heart of that storm, a shield for our pack, his spirit a beacon against the encroaching darkness. He absorbed blows that would have shattered any lesser alpha. He fought a battle within himself, against a curse designed to break him. And when he faltered, he did not crumble. He held on. He gave me the chance to intervene, to weave a counter-spell using the very essence of our bond. That is not weakness, Finn. That is the unwavering courage of an alpha who fights for his pack, even when every fiber of his being screams in pain.”</w:t>
      </w:r>
    </w:p>
    <w:p/>
    <w:p>
      <w:r>
        <w:br/>
        <w:t>She saw the subtle shift in the atmosphere, the almost imperceptible thawing of doubt. It wasn’t an immediate reversal, but a gradual erosion of their preconceived notions. Her calm demeanor, her unwavering belief in Gareth, was like a gentle rain on parched earth, slowly softening the hardened ground of suspicion. She wasn't arguing or shouting; she was simply stating the truth as she saw it, the truth of their shared ordeal, the truth of their fated bond.</w:t>
      </w:r>
    </w:p>
    <w:p/>
    <w:p>
      <w:r>
        <w:br/>
        <w:t>“Our fated bond is not a testament to Gareth’s deficiency,” she reiterated, her voice carrying through the hushed space. “It is a testament to the depth of his commitment, and the strength of the connection that binds our pack together. He leads us not just with his authority, but with his heart, and that heart beats in rhythm with mine. The Obsidian Hand thrives on division and doubt. They sought to break us by breaking our alpha. But they underestimated the power of a united pack, and they utterly failed to grasp the strength of a bond forged in fate and tempered in fire.”</w:t>
      </w:r>
    </w:p>
    <w:p/>
    <w:p>
      <w:r>
        <w:br/>
        <w:t>She looked at the faces around her, some still clouded with uncertainty, others beginning to show a glimmer of understanding. “Gareth fought for all of us. He risked everything to stop Kaelen. And in that moment, I stood with him, as I always will. Our love, our bond, it is not something to be feared or questioned. It is our most potent weapon, our strongest defense. And together, with Gareth at our lead, and our spirits united, we will face whatever comes next.” Her words hung in the air, a promise and a reassurance, a quiet bulwark against the rising tide of fear and doubt, a shield woven from truth and unwavering devotion. She would not allow the seeds of suspicion to take root and choke the fragile bloom of their hard-won peace. Gareth’s reputation, and their shared future, was her sacred trust, and she would defend it with every fiber of her being, not with aggression, but with the quiet, unshakeable strength of a mate who knew her alpha’s true heart.</w:t>
      </w:r>
    </w:p>
    <w:p/>
    <w:p>
      <w:r>
        <w:t>The air in Anya’s hidden study still held the faint scent of dried herbs and ancient parchment, a testament to the woman who had meticulously documented her findings, her fears, and her desperate attempts to warn them. Lyra traced the faded ink on the page, her fingers brushing over Anya’s spidery script. Beside her, Gareth’s hand rested on her shoulder, a silent anchor in the unsettling sea of revelations they were unearthing. They had spent hours poring over the intricate diagrams and coded entries, piecing together fragments of Anya’s final days, her desperate race against time. The discovery of the Veil of Oblivion, and their subsequent victory over Kaelen and the Obsidian Hand, had felt like the culmination of a brutal war. Yet, Anya’s journal painted a far more ominous picture, a chilling premonition that their hard-won peace was merely a prelude to a greater, more terrifying conflict.</w:t>
      </w:r>
    </w:p>
    <w:p>
      <w:r>
        <w:br/>
        <w:t>“She foresaw it,” Lyra murmured, her voice barely a whisper, the weight of the words pressing down on her. “She wrote about a darkness that existed before Kaelen, a force that manipulated events from the periphery. She called it… the Shadow Beyond the Shadow.”</w:t>
      </w:r>
    </w:p>
    <w:p/>
    <w:p>
      <w:r>
        <w:br/>
        <w:t>Gareth’s grip tightened, his own wolf stirring uneasily within him at the implications. “Anya was rarely wrong,” he stated, his voice low and gravelly. He understood the nuances of prophecy, the way words could be both a beacon and a shroud. Anya’s words, etched in the very fabric of her final testament, spoke of a threat so profound, so ancient, that Kaelen and the Obsidian Hand, with all their destructive might, were merely ripples on its surface.</w:t>
      </w:r>
    </w:p>
    <w:p/>
    <w:p>
      <w:r>
        <w:br/>
        <w:t>Lyra turned a page, her eyes scanning Anya’s final entry, written in a hand that had clearly begun to falter. The ink was smudged in places, as if Anya had been interrupted, or perhaps had been weeping as she wrote. “She believed Kaelen’s actions, the very chaos he stirred, was a catalyst. It wasn't the end goal, but a means to an end. He was a pawn, Gareth, a distraction to draw our attention while something far more insidious gathered its strength.” Her breath hitched as she read the chilling conclusion. “‘The victory you celebrate,’ she wrote, ‘is but the first crack in a dam that holds back an ocean of primal chaos. The Obsidian Hand’s defeat has only served to loosen the ancient restraints. What lies beyond Kaelen is not of flesh and blood, but of intent and despair. It feeds on discord, on the erosion of trust, on the very doubts that fester in the hearts of those who have just survived the unimaginable.’”</w:t>
      </w:r>
    </w:p>
    <w:p/>
    <w:p>
      <w:r>
        <w:br/>
        <w:t>The chamber, which had moments before felt like a sanctuary of discovery, now seemed to exhale a chill that had nothing to do with the ambient temperature. Gareth felt it too, a primal unease that settled deep in his bones. He had sensed the undercurrent of doubt among the pack, the whispers that followed their victory. He had attributed it to the trauma, the lingering fear. But Anya’s words suggested something far more deliberate, a subtle poison being introduced into their ranks.</w:t>
      </w:r>
    </w:p>
    <w:p/>
    <w:p>
      <w:r>
        <w:br/>
        <w:t>“A shadow beyond the shadow…” Gareth repeated Anya’s cryptic phrase, the words tasting like ash in his mouth. “What kind of entity exists beyond Kaelen? Beyond the Obsidian Hand? Anya’s understanding of the mystical, of the primal forces at play in their world, was unparalleled. If she described it as a ‘shadow beyond the shadow,’ it implies a layer of existence, a plane of power, that our current understanding cannot even grasp.”</w:t>
      </w:r>
    </w:p>
    <w:p/>
    <w:p>
      <w:r>
        <w:br/>
        <w:t>Lyra’s gaze was fixed on the next page, her brow furrowed in concentration. “She speaks of ancient rituals, of a time before the established pack laws, before the very concept of alphas and mates. A time when raw, untamed magic was the dominant force, and when beings of pure will, unbound by physical form, roamed the land.” She paused, her voice trembling slightly. “She believes this entity, this ‘Shadow Beyond the Shadow,’ is the source of that primal magic, a being that thrives on the unraveling of order, the dissolution of the bonds that hold their world together. The Veil of Oblivion, Kaelen’s grand design, wasn't just an attack on their pack; it was an attempt to shatter the very foundations of their reality, to create a gateway for this ancient power.”</w:t>
      </w:r>
    </w:p>
    <w:p/>
    <w:p>
      <w:r>
        <w:br/>
        <w:t>Gareth’s wolf paced restlessly within him. He could feel the echoes of Anya’s fear, the palpable dread that had driven her to record these warnings. The Obsidian Hand had been a tangible enemy, a visible threat with clear motivations. But this… this was an abstract terror, a concept that defied easy definition. “So, Kaelen was just a puppet, a tool wielded by this deeper darkness. And our victory… it merely removed the obstacle, clearing the path for the true threat to emerge?” The thought was a bitter pill to swallow. They had fought, they had sacrificed, they had believed they had won. Now, it seemed, they had only stepped onto a larger, more terrifying chessboard.</w:t>
      </w:r>
    </w:p>
    <w:p/>
    <w:p>
      <w:r>
        <w:br/>
        <w:t>“Anya believed that the intense surge of power during the Veil ritual, the raw magic unleashed by Kaelen and countered by our own bond, acted like a beacon,” Lyra explained, her voice growing steadier as she focused on Anya’s words. “She wrote that such a significant disturbance in the natural order, such a potent clash of dark and light, would inevitably draw the attention of entities that exist beyond the Veil of this reality. The ‘Shadow Beyond the Shadow’ is not a physical being in the way Kaelen was. It is more akin to a primal force, a consciousness fueled by entropy and despair. It doesn’t conquer; it consumes. It doesn’t rule; it dissolves.”</w:t>
      </w:r>
    </w:p>
    <w:p/>
    <w:p>
      <w:r>
        <w:br/>
        <w:t>Lyra’s gaze drifted to a complex diagram at the bottom of the page, a series of interlocking circles and symbols that pulsed with an almost tangible energy. “This… this is a representation of the nexus, the heart of the Veil ritual. Anya believed Kaelen had tapped into it, but only a fraction of its true potential. She theorized that the ‘Shadow Beyond the Shadow’ resides within the nexus itself, or rather, the nexus is merely a point of access, a thin place where this other realm bleeds into their own. The Obsidian Hand, in their ignorance, were unknowingly paving the way for something far more ancient and devastating.”</w:t>
      </w:r>
    </w:p>
    <w:p/>
    <w:p>
      <w:r>
        <w:br/>
        <w:t>Gareth leaned closer, his eyes tracing the lines of the diagram. He recognized some of the symbols, ancient runes that spoke of elemental forces, of creation and destruction. But Anya had added her own annotations, her own unique interpretations, weaving in elements of pack lore and personal intuition. “She predicted that our reliance on our bond, the very thing that saved us, would be the key to defeating this new threat,” Lyra continued, her voice filled with a renewed, albeit somber, determination. “Anya understood that the ‘Shadow Beyond the Shadow’ feeds on isolation, on fear, on the breaking of bonds. It thrives in the absence of connection. Therefore, our strength, our unity, our fated connection, is its antithesis.”</w:t>
      </w:r>
    </w:p>
    <w:p/>
    <w:p>
      <w:r>
        <w:br/>
        <w:t>“But how can we fight something we can’t see, can’t touch?” Gareth asked, the frustration evident in his tone. “Kaelen was a physical entity. We could fight him, bleed him, ultimately defeat him. This… this is like fighting the wind.”</w:t>
      </w:r>
    </w:p>
    <w:p/>
    <w:p>
      <w:r>
        <w:br/>
        <w:t>Lyra met his gaze, her eyes holding a deep, unwavering resolve. “Anya believed that while this entity is not physical, it can still manifest. It can influence thoughts, sow discord, exploit weaknesses. She theorized that the ‘Shadow Beyond the Shadow’ works through proxies, through susceptible minds, through the very doubts that Kaelen’s actions had amplified. The whispers, Gareth, the fear that has begun to creep into the pack… that is its influence. It’s not just fear of what happened; it’s fear of what comes next, and a doubt in their leadership, in our ability to protect them.”</w:t>
      </w:r>
    </w:p>
    <w:p/>
    <w:p>
      <w:r>
        <w:br/>
        <w:t>She pointed to a passage near the end of the journal. “‘The greatest weapon against the Shadow Beyond the Shadow,’ Anya wrote, ‘is not a sword, nor a spell, but an unbreakable truth. The truth of unity, the truth of love, the truth of a bond that transcends mortal understanding. When the Shadow seeks to divide, we must bind. When it seeks to corrupt, we must purify. When it seeks to despair, we must hope.’” Lyra looked up at Gareth, her eyes shining with a fierce light. “She wasn’t just chronicling the past, Gareth. She was leaving us a roadmap for the future. Her prophecy is not just a warning; it is a guide.”</w:t>
      </w:r>
    </w:p>
    <w:p/>
    <w:p>
      <w:r>
        <w:br/>
        <w:t>Gareth felt a surge of gratitude for Anya’s foresight, and for Lyra’s strength in deciphering her complex message. He pulled her closer, his arms wrapping around her, drawing comfort from their intertwined presence. “The Obsidian Hand was a test,” he murmured, his voice muffled against her hair. “A harsh, brutal test designed to push us to our limits, to expose our vulnerabilities. Anya saw that our victory, no matter how hard-won, would leave us exposed. Exposed to a threat that thrives on the very things we have fought to overcome.”</w:t>
      </w:r>
    </w:p>
    <w:p/>
    <w:p>
      <w:r>
        <w:br/>
        <w:t>“She was afraid that in our relief, in our celebration, we would become complacent,” Lyra added, her voice thick with emotion. “She knew that the forces she wrote of would be drawn to the power vacuum created by Kaelen’s demise. They would see the chaos, the lingering fear, the cracks in our unity, and they would move in to exploit it. The ‘Shadow Beyond the Shadow’ doesn’t care about territory or power in the way a mortal would. It seeks to unravel existence, to plunge everything into a state of primal, formless chaos.”</w:t>
      </w:r>
    </w:p>
    <w:p/>
    <w:p>
      <w:r>
        <w:br/>
        <w:t>Lyra’s fingers traced the delicate drawing of a celestial alignment that Anya had sketched. “This shows the timing. Anya believed that a specific cosmic alignment, occurring soon after the events at the nexus, would amplify the influence of the ‘Shadow Beyond the Shadow.’ It’s as if the universe itself is tilting, creating an opening for it to manifest more strongly.” The implication was clear: their window of opportunity to prepare was rapidly closing. The victory over Kaelen had been a desperate, last-ditch effort. But this… this felt like the beginning of something far more ancient and terrifying.</w:t>
      </w:r>
    </w:p>
    <w:p/>
    <w:p>
      <w:r>
        <w:br/>
        <w:t>Gareth held Lyra tighter, the protective instincts of his wolf flaring. He had faced down Kaelen, absorbed the brunt of his corrupted magic, and survived. But the thought of battling an entity that existed beyond the realm of physical conflict, an entity that fed on doubt and despair, sent a tremor of fear through him. Anya’s final prophecy was not just a warning of a new enemy, but a stark reminder of the fragility of peace, and the enduring power of hope and unity in the face of overwhelming darkness.</w:t>
      </w:r>
    </w:p>
    <w:p/>
    <w:p>
      <w:r>
        <w:br/>
        <w:t>“Anya’s final prophecy,” Gareth said, his voice resonating with a newfound resolve, “is not a prophecy of doom. It’s a prophecy of awareness. She didn’t want us to fear what was coming; she wanted us to be prepared for it. She knew that ignorance would be our undoing, and that understanding the true nature of our enemy was the first step in defeating it.” He looked at Lyra, his golden eyes filled with a mixture of concern and unwavering determination. “The Obsidian Hand was a storm we weathered. This… this is a tide that threatens to drown us. But like Anya, we will stand against it. We will use our bond, our unity, our truth, as our shield and our sword.”</w:t>
      </w:r>
    </w:p>
    <w:p/>
    <w:p>
      <w:r>
        <w:br/>
        <w:t>Lyra nodded, a slow, deliberate movement. “She believed that our fated bond, the very connection that Kaelen sought to sever, was the ultimate weapon against this primal force. It represents everything the ‘Shadow Beyond the Shadow’ despises: connection, loyalty, love, unwavering commitment. It is a beacon of light in the encroaching darkness.” She closed the journal, her movements gentle, reverent. “Anya gave us the knowledge, Gareth. Now, it’s up to us to use it. We have to rally the pack, not with fear, but with the truth of Anya’s words. We have to remind them what we are fighting for, and that our strength lies not in individual power, but in our collective spirit.”</w:t>
      </w:r>
    </w:p>
    <w:p/>
    <w:p>
      <w:r>
        <w:br/>
        <w:t>The weight of Anya’s final prophecy settled heavily upon them. The victory over Kaelen had been a moment of immense relief, a triumphant release from the suffocating grip of the Obsidian Hand. But Anya’s words had revealed a far more profound and terrifying truth: their battle was not over. It had merely shifted, evolving into a struggle against an ancient, insidious force that sought to unravel the very fabric of their existence. The “Shadow Beyond the Shadow” was a darkness that whispered in the hearts of men and wolves alike, a void that thrived on discord and despair. Their victory had been a necessary step, a clearing of the stage, but the true play, the one with the highest stakes, was only just beginning. Anya’s legacy was not just in her warnings, but in the hope she had woven into her final testament – the hope that by understanding the enemy, and by strengthening their own bonds, they could yet prevail against the encroaching twilight.</w:t>
      </w:r>
    </w:p>
    <w:p/>
    <w:p>
      <w:r>
        <w:t>The air in Anya’s study, once thick with the scent of forgotten lore and potent herbs, now felt thin and brittle, mirroring the state of Ella’s own senses. Her gift, once a vibrant tapestry of emotions and intentions, had devolved into a series of faint, ghostly echoes. The storm that had raged through the corrupted nexus, the very heart of Kaelen’s twisted ambition, had left a scar not just on their world, but on the delicate tendrils of her empathic sight. Where she had once seen with searing clarity, she now perceived only shadows of feeling, whispers of unease that skittered at the edges of her awareness.</w:t>
      </w:r>
    </w:p>
    <w:p>
      <w:r>
        <w:br/>
        <w:t>She closed her eyes, willing the familiar resonance of the shifter world to flood her, to give her solace, or at least clarity. Instead, a dissonant hum, a chaotic symphony of fragmented emotions, assaulted her. It was a pervasive sense of unease, a low-grade anxiety that seemed to emanate from every corner of their interconnected world. Fear, sharp and jagged, pricked at her, but it was a generalized dread, not the focused terror she had experienced when facing Kaelen’s Obsidian Hand. Alongside the fear was a profound confusion, a swirling vortex of uncertainty that made it impossible to pinpoint any single source of distress. It was as if a subtle, insidious plague of doubt had begun to spread, infecting the very emotional fabric of their communities.</w:t>
      </w:r>
    </w:p>
    <w:p/>
    <w:p>
      <w:r>
        <w:br/>
        <w:t>“It’s… different now,” Ella murmured, her voice strained. She opened her eyes and looked at Lyra, her gaze troubled. “I can’t… I can’t feel the individual threats anymore. It’s like trying to distinguish a single raindrop in a hurricane. There’s so much noise, so much… chaos.” She wrung her hands, the knuckles white. “Before, I could feel the malice in Kaelen’s followers, the fear of the innocents, the resolve of our pack. Now, it’s all blurred together. A dull ache of apprehension that permeates everything.”</w:t>
      </w:r>
    </w:p>
    <w:p/>
    <w:p>
      <w:r>
        <w:br/>
        <w:t>Lyra knelt beside her, her brow furrowed with concern. She had seen the change in Ella since the nexus had been stabilized, a subtle dimming of the vibrant light that usually emanated from her. “What do you mean, ‘different’?” she asked softly, her own empathic senses still keenly attuned, though thankfully less battered than Ella’s.</w:t>
      </w:r>
    </w:p>
    <w:p/>
    <w:p>
      <w:r>
        <w:br/>
        <w:t>“It’s not just the lingering instability from the nexus,” Ella explained, her voice barely above a whisper. “That’s part of it, I know. The ripples from such a massive event would naturally affect my abilities. But this… this is something else. It feels… ancient. Like a vast, unseen presence stirring in the background. It’s not actively attacking, not yet, but it’s there. A subtle pressure, a discordant hum that seems to be influencing things, nudging them in a particular direction.” She shivered, despite the warmth of the study. “It’s like a predator observing from the shadows, waiting for the perfect moment to strike, but I can’t discern its form, its intent, only its immense, unsettling presence.”</w:t>
      </w:r>
    </w:p>
    <w:p/>
    <w:p>
      <w:r>
        <w:br/>
        <w:t>She pressed her temples, trying to focus, to push past the static that clogged her senses. “There are echoes,” she continued, her voice gaining a fraction of its usual strength, though the underlying tremor remained. “Faint echoes of emotions I can’t quite place. A sense of profound longing mixed with a chilling emptiness. A hunger that feels… cosmic. It’s not the hunger of a beast for flesh, but a hunger for… for oblivion. For the unraveling of everything.” Her gaze flickered towards the journal on the table, Anya’s meticulously documented fears. “It feels like what Anya wrote about. That shadow beyond the shadow. Something that exists outside our understanding, something that feeds on the very discord Kaelen so carefully cultivated.”</w:t>
      </w:r>
    </w:p>
    <w:p/>
    <w:p>
      <w:r>
        <w:br/>
        <w:t>Lyra placed a comforting hand on Ella’s arm. “Anya’s journal spoke of a force that manipulated events from the periphery, a darkness that predated Kaelen. She called it the ‘Shadow Beyond the Shadow.’ You’re saying you can feel its influence now?”</w:t>
      </w:r>
    </w:p>
    <w:p/>
    <w:p>
      <w:r>
        <w:br/>
        <w:t>Ella nodded, her eyes wide with a dawning dread. “I think so. It’s… subtle. Not a direct attack, but a pervasive influence. It’s like the lingering effects of a powerful curse, weakening the fabric of our world, making us more susceptible to… to despair. The confusion I’m sensing from the other packs, the general anxiety… I believe this ancient entity is feeding on it. It’s sowing seeds of doubt, amplifying existing fears, making us question everything. It’s working through the cracks that Kaelen’s chaos exposed.”</w:t>
      </w:r>
    </w:p>
    <w:p/>
    <w:p>
      <w:r>
        <w:br/>
        <w:t>She took a deep, shaky breath. “My visions are too faint to discern specific threats, but the overall feeling is one of immense, looming danger. It’s a threat that can’t be fought with claws or teeth. It’s a threat that targets the mind, the spirit, the very bonds that hold us together. Anya predicted that Kaelen’s defeat would only loosen the ancient restraints, and I… I think I’m starting to feel the consequences of that.”</w:t>
      </w:r>
    </w:p>
    <w:p/>
    <w:p>
      <w:r>
        <w:br/>
        <w:t>The implications of Ella’s words settled heavily in the room. Gareth, who had been listening intently from his position by the hearth, moved closer. His wolf stirred restlessly within him, sensing the primal unease that Ella described, an instinctual awareness of a predator that existed beyond the tangible realm of their previous battles.</w:t>
      </w:r>
    </w:p>
    <w:p/>
    <w:p>
      <w:r>
        <w:br/>
        <w:t>“So, Kaelen was a pawn,” Gareth stated, his voice low and resonant, echoing the grim realization that had begun to dawn on them since reading Anya’s journal. “A diversion, a storm that drew our attention while something far more ancient and powerful gathered its strength. And Ella’s senses, though weakened, are now picking up on the subtle tremors of its awakening.”</w:t>
      </w:r>
    </w:p>
    <w:p/>
    <w:p>
      <w:r>
        <w:br/>
        <w:t>Ella nodded, her gaze distant as she tried to decipher the faint impressions that flickered through her mind. “It’s like a… a pervasive static. It’s not a direct assault, but a constant low hum of negativity. It’s making people skittish, suspicious. I can feel the unease rippling through the alliances we’ve forged, the subtle erosion of trust. It’s not overt hostility, but a growing… weariness. A questioning of whether our hard-won peace is truly sustainable.”</w:t>
      </w:r>
    </w:p>
    <w:p/>
    <w:p>
      <w:r>
        <w:br/>
        <w:t>She focused on a particular impression, a flicker of unease from a pack in the northern territories. “The Northern Ridge Pack,” she whispered, her brow furrowing. “There’s… a growing internal strife. Not over territory or resources, but over leadership. Doubts are being voiced about their Alpha’s strength, his decisions. It’s not a violent uprising, but a slow, insidious chipping away at his authority. And the undercurrent of fear is palpable, a fear that their pack is becoming vulnerable, isolated.”</w:t>
      </w:r>
    </w:p>
    <w:p/>
    <w:p>
      <w:r>
        <w:br/>
        <w:t>Gareth’s jaw tightened. He knew the Northern Ridge Pack well; they had been staunch allies during the conflict with the Obsidian Hand. Any internal dissent there would be a significant blow. “This is precisely what Anya warned about,” he said, his voice grim. “The Shadow Beyond the Shadow feeds on discord, on the erosion of trust. It doesn’t need to attack directly; it simply needs to exploit the weaknesses that already exist.”</w:t>
      </w:r>
    </w:p>
    <w:p/>
    <w:p>
      <w:r>
        <w:br/>
        <w:t>“And my abilities are too clouded to pinpoint the source of this discord,” Ella added, frustration coloring her voice. “I can feel the effect, but not the cause. It’s like trying to diagnose an illness when you can only see the symptoms, not the pathogen. Anya’s prophecy spoke of this new enemy feeding on ‘doubts that fester in the hearts of those who have just survived the unimaginable.’ And we have all just survived the unimaginable.”</w:t>
      </w:r>
    </w:p>
    <w:p/>
    <w:p>
      <w:r>
        <w:br/>
        <w:t xml:space="preserve">Lyra’s hand tightened on Ella’s arm. “But even faint echoes can be a guide, Ella. Anya’s journal detailed how this entity works through proxies, through susceptible minds. Perhaps your weakened senses are a blessing in disguise, forcing you to focus on the broader emotional landscape rather than being overwhelmed by specific individuals. What </w:t>
      </w:r>
    </w:p>
    <w:p>
      <w:pPr>
        <w:jc w:val="left"/>
      </w:pPr>
      <w:r>
        <w:rPr>
          <w:i/>
        </w:rPr>
        <w:t>can</w:t>
      </w:r>
      <w:r>
        <w:t xml:space="preserve"> you discern about this ancient presence?”</w:t>
      </w:r>
    </w:p>
    <w:p>
      <w:r>
        <w:br/>
        <w:t>Ella closed her eyes again, concentrating. “It’s vast,” she began, her voice laced with awe and a touch of fear. “Impossibly vast. It’s not bound by physical form, not in the way we understand it. It exists… on a different plane, a more primal level of existence. It’s not driven by greed or power in the mortal sense. It’s driven by… entropy. By a desire to dissolve order, to return everything to a state of formless chaos.” She shuddered. “It feels… cold. Not the cold of ice, but the cold of utter emptiness. A void that hungers to consume all light, all life, all connection.”</w:t>
      </w:r>
    </w:p>
    <w:p/>
    <w:p>
      <w:r>
        <w:br/>
        <w:t>“Anya believed the Veil of Oblivion, Kaelen’s grand design, was not just an attack on our pack, but an attempt to shatter the foundations of our reality, to create a gateway for this ancient power,” Lyra recalled, her voice a steady counterpoint to Ella’s trembling one. “She theorized that the raw magic unleashed during the ritual, and the subsequent clash of dark and light, acted like a beacon, drawing the attention of entities that exist beyond our Veil.”</w:t>
      </w:r>
    </w:p>
    <w:p/>
    <w:p>
      <w:r>
        <w:br/>
        <w:t>“And now I can feel that beacon’s residual hum,” Ella finished, her voice hollow. “It’s a constant, low-frequency disturbance. It amplifies negativity, encourages isolation, and subtly erodes the bonds between us. It’s not an active, directed attack, but a pervasive atmospheric shift. It’s like the subtle pressure drop before a catastrophic storm. I can feel the world becoming more fragile, more susceptible to breaking.”</w:t>
      </w:r>
    </w:p>
    <w:p/>
    <w:p>
      <w:r>
        <w:br/>
        <w:t>She looked at Lyra and Gareth, her eyes pleading for understanding. “I can sense the fear, the confusion, the growing unease across the shifter world. It’s a fractured symphony of worry. The familiar patterns of pack dynamics are subtly shifting. Pack leaders are feeling more pressure, more scrutiny. Alliances are being tested, not by open conflict, but by whispers, by doubt. It’s as if the very air we breathe has become charged with a subtle miasma of distrust.”</w:t>
      </w:r>
    </w:p>
    <w:p/>
    <w:p>
      <w:r>
        <w:br/>
        <w:t>“I’ve felt it too,” Gareth admitted, his gaze hard as he looked into the flickering flames of the hearth. “The whispers within our own pack. The questioning glances. I’d attributed it to the trauma, the lingering fear from the Obsidian Hand. But Anya’s words, and now Ella’s senses, suggest something far more deliberate. A targeted erosion of our unity.”</w:t>
      </w:r>
    </w:p>
    <w:p/>
    <w:p>
      <w:r>
        <w:br/>
        <w:t>Ella nodded, her focus drifting towards a faint impression that seemed to emanate from the mountains to the west. “The Stonefang Pack,” she murmured, her voice strained. “There’s… a growing isolationism. Their Alpha is becoming more withdrawn, less communicative. They are turning inward, distrusting outsiders. They believe Anya’s journal, and the secrets we unearthed, are too dangerous, too destabilizing, and that they should be left to their own devices. It’s a rational fear, but it’s being amplified, twisted into an ‘us against the world’ mentality.”</w:t>
      </w:r>
    </w:p>
    <w:p/>
    <w:p>
      <w:r>
        <w:br/>
        <w:t>“This is the work of the Shadow Beyond the Shadow,” Lyra stated, her voice firm. “It thrives on division. If it can isolate packs, sow distrust between them, it weakens us all. Anya’s journal spoke of how this entity feeds on the erosion of trust, on the breaking of bonds. It doesn’t need to conquer; it needs to dissolve.”</w:t>
      </w:r>
    </w:p>
    <w:p/>
    <w:p>
      <w:r>
        <w:br/>
        <w:t>Ella’s breath hitched. “It’s more than just doubt. There’s a growing despair. A feeling that our victory was just a temporary reprieve, and that a greater darkness is inevitable. I can feel the subtle currents of hopelessness creeping in, especially amongst those who have suffered the most loss. It’s like a slow poisoning of the spirit.” She squeezed her eyes shut, trying to filter out the cacophony. “I can’t pinpoint any specific individual or event. It’s like a diffuse fog of negativity, settling over everything. The nexus, in its instability, must have acted like a crude amplifier, broadcasting this ancient entity’s influence.”</w:t>
      </w:r>
    </w:p>
    <w:p/>
    <w:p>
      <w:r>
        <w:br/>
        <w:t>“Anya believed that the nexus itself was a conduit, a thin place where this other realm bleeds into their own,” Lyra reminded them, her voice somber. “And the disruption caused by Kaelen’s rituals, and our counter-efforts, must have inadvertently widened that conduit, allowing this entity’s influence to seep through more easily. Your weakened senses, Ella, might be precisely because the interference is so vast and pervasive, so fundamentally alien to your empathic nature.”</w:t>
      </w:r>
    </w:p>
    <w:p/>
    <w:p>
      <w:r>
        <w:br/>
        <w:t>“So, we have a threat that we can’t see, can’t physically fight, and whose influence is subtly poisoning the very fabric of our society,” Gareth summarized, his voice rough with frustration. “Anya’s prophecy wasn’t just a warning; it was a prescient observation of a fundamental shift in the nature of the threats we face.”</w:t>
      </w:r>
    </w:p>
    <w:p/>
    <w:p>
      <w:r>
        <w:br/>
        <w:t>Ella nodded, her gaze unfocused as she tried to grasp the intangible. “It’s a threat that capitalizes on our weaknesses, on our fears, on the very weariness that comes from surviving such a brutal conflict. It doesn’t seek to rule; it seeks to unmake. It’s a force of primal chaos, and our ordered world is anathema to it.” She paused, a faint tremor running through her. “I can feel… a longing. A profound, ancient longing for dissolution. It’s not malice, exactly, but an inherent drive towards entropy. And our world, with its bonds, its love, its order, is a stark contrast to that void. That contrast… it draws its attention, and its hunger.”</w:t>
      </w:r>
    </w:p>
    <w:p/>
    <w:p>
      <w:r>
        <w:br/>
        <w:t>The weight of Anya’s final prophecy settled upon them, no longer just a collection of cryptic words, but a tangible, terrifying reality that Ella’s strained senses were beginning to perceive. The victory over Kaelen had been a moment of hard-won triumph, a cathartic release from the immediate danger. But Anya’s foresight had revealed a far more profound and insidious truth: their battle was not over. It had merely shifted, evolving into a struggle against an ancient, malevolent force that sought to unravel the very fabric of their existence, a darkness that whispered in the hearts of wolves and men alike, a void that thrived on discord and despair. Ella’s faint echoes were not just a testament to her weakened abilities, but a chilling confirmation of Anya’s final, desperate warning. The seeds of doubt, sown by Kaelen, were now being watered by something far older, far more powerful, and infinitely more dangerous.</w:t>
      </w:r>
    </w:p>
    <w:p/>
    <w:p>
      <w:r>
        <w:t>The air in Anya’s study, once thick with the scent of forgotten lore and potent herbs, now felt thin and brittle, mirroring the state of Ella’s own senses. Her gift, once a vibrant tapestry of emotions and intentions, had devolved into a series of faint, ghostly echoes. The storm that had raged through the corrupted nexus, the very heart of Kaelen’s twisted ambition, had left a scar not just on their world, but on the delicate tendrils of her empathic sight. Where she had once seen with searing clarity, she now perceived only shadows of feeling, whispers of unease that skittered at the edges of her awareness.</w:t>
      </w:r>
    </w:p>
    <w:p>
      <w:r>
        <w:br/>
        <w:t>She closed her eyes, willing the familiar resonance of the shifter world to flood her, to give her solace, or at least clarity. Instead, a dissonant hum, a chaotic symphony of fragmented emotions, assaulted her. It was a pervasive sense of unease, a low-grade anxiety that seemed to emanate from every corner of their interconnected world. Fear, sharp and jagged, pricked at her, but it was a generalized dread, not the focused terror she had experienced when facing Kaelen’s Obsidian Hand. Alongside the fear was a profound confusion, a swirling vortex of uncertainty that made it impossible to pinpoint any single source of distress. It was as if a subtle, insidious plague of doubt had begun to spread, infecting the very emotional fabric of their communities.</w:t>
      </w:r>
    </w:p>
    <w:p/>
    <w:p>
      <w:r>
        <w:br/>
        <w:t>“It’s… different now,” Ella murmured, her voice strained. She opened her eyes and looked at Lyra, her gaze troubled. “I can’t… I can’t feel the individual threats anymore. It’s like trying to distinguish a single raindrop in a hurricane. There’s so much noise, so much… chaos.” She wrung her hands, the knuckles white. “Before, I could feel the malice in Kaelen’s followers, the fear of the innocents, the resolve of our pack. Now, it’s all blurred together. A dull ache of apprehension that permeates everything.”</w:t>
      </w:r>
    </w:p>
    <w:p/>
    <w:p>
      <w:r>
        <w:br/>
        <w:t>Lyra knelt beside her, her brow furrowed with concern. She had seen the change in Ella since the nexus had been stabilized, a subtle dimming of the vibrant light that usually emanated from her. “What do you mean, ‘different’?” she asked softly, her own empathic senses still keenly attuned, though thankfully less battered than Ella’s.</w:t>
      </w:r>
    </w:p>
    <w:p/>
    <w:p>
      <w:r>
        <w:br/>
        <w:t>“It’s not just the lingering instability from the nexus,” Ella explained, her voice barely above a whisper. “That’s part of it, I know. The ripples from such a massive event would naturally affect my abilities. But this… this is something else. It feels… ancient. Like a vast, unseen presence stirring in the background. It’s not actively attacking, not yet, but it’s there. A subtle pressure, a discordant hum that seems to be influencing things, nudging them in a particular direction.” She shivered, despite the warmth of the study. “It’s like a predator observing from the shadows, waiting for the perfect moment to strike, but I can’t discern its form, its intent, only its immense, unsettling presence.”</w:t>
      </w:r>
    </w:p>
    <w:p/>
    <w:p>
      <w:r>
        <w:br/>
        <w:t>She pressed her temples, trying to focus, to push past the static that clogged her senses. “There are echoes,” she continued, her voice gaining a fraction of its usual strength, though the underlying tremor remained. “Faint echoes of emotions I can’t quite place. A sense of profound longing mixed with a chilling emptiness. A hunger that feels… cosmic. It’s not the hunger of a beast for flesh, but a hunger for… for oblivion. For the unraveling of everything.” Her gaze flickered towards the journal on the table, Anya’s meticulously documented fears. “It feels like what Anya wrote about. That shadow beyond the shadow. Something that exists outside our understanding, something that feeds on the very discord Kaelen so carefully cultivated.”</w:t>
      </w:r>
    </w:p>
    <w:p/>
    <w:p>
      <w:r>
        <w:br/>
        <w:t>Lyra placed a comforting hand on Ella’s arm. “Anya’s journal spoke of a force that manipulated events from the periphery, a darkness that predated Kaelen. She called it the ‘Shadow Beyond the Shadow.’ You’re saying you can feel its influence now?”</w:t>
      </w:r>
    </w:p>
    <w:p/>
    <w:p>
      <w:r>
        <w:br/>
        <w:t>Ella nodded, her eyes wide with a dawning dread. “I think so. It’s… subtle. Not a direct attack, but a pervasive influence. It’s like the lingering effects of a powerful curse, weakening the fabric of our world, making us more susceptible to… to despair. The confusion I’m sensing from the other packs, the general anxiety… I believe this ancient entity is feeding on it. It’s sowing seeds of doubt, amplifying existing fears, making us question everything. It’s working through the cracks that Kaelen’s chaos exposed.”</w:t>
      </w:r>
    </w:p>
    <w:p/>
    <w:p>
      <w:r>
        <w:br/>
        <w:t>She took a deep, shaky breath. “My visions are too faint to discern specific threats, but the overall feeling is one of immense, looming danger. It’s a threat that can’t be fought with claws or teeth. It’s a threat that targets the mind, the spirit, the very bonds that hold us together. Anya predicted that Kaelen’s defeat would only loosen the ancient restraints, and I… I think I’m starting to feel the consequences of that.”</w:t>
      </w:r>
    </w:p>
    <w:p/>
    <w:p>
      <w:r>
        <w:br/>
        <w:t>The implications of Ella’s words settled heavily in the room. Gareth, who had been listening intently from his position by the hearth, moved closer. His wolf stirred restlessly within him, sensing the primal unease that Ella described, an instinctual awareness of a predator that existed beyond the tangible realm of their previous battles.</w:t>
      </w:r>
    </w:p>
    <w:p/>
    <w:p>
      <w:r>
        <w:br/>
        <w:t>“So, Kaelen was a pawn,” Gareth stated, his voice low and resonant, echoing the grim realization that had begun to dawn on them since reading Anya’s journal. “A diversion, a storm that drew our attention while something far more ancient and powerful gathered its strength. And Ella’s senses, though weakened, are now picking up on the subtle tremors of its awakening.”</w:t>
      </w:r>
    </w:p>
    <w:p/>
    <w:p>
      <w:r>
        <w:br/>
        <w:t>Ella nodded, her gaze distant as she tried to decipher the faint impressions that flickered through her mind. “It’s like a… a pervasive static. It’s not a direct assault, but a constant low hum of negativity. It’s making people skittish, suspicious. I can feel the unease rippling through the alliances we’ve forged, the subtle erosion of trust. It’s not overt hostility, but a growing… weariness. A questioning of whether our hard-won peace is truly sustainable.”</w:t>
      </w:r>
    </w:p>
    <w:p/>
    <w:p>
      <w:r>
        <w:br/>
        <w:t>She focused on a particular impression, a flicker of unease from a pack in the northern territories. “The Northern Ridge Pack,” she whispered, her brow furrowing. “There’s… a growing internal strife. Not over territory or resources, but over leadership. Doubts are being voiced about their Alpha’s strength, his decisions. It’s not a violent uprising, but a slow, insidious chipping away at his authority. And the undercurrent of fear is palpable, a fear that their pack is becoming vulnerable, isolated.”</w:t>
      </w:r>
    </w:p>
    <w:p/>
    <w:p>
      <w:r>
        <w:br/>
        <w:t>Gareth’s jaw tightened. He knew the Northern Ridge Pack well; they had been staunch allies during the conflict with the Obsidian Hand. Any internal dissent there would be a significant blow. “This is precisely what Anya warned about,” he said, his voice grim. “The Shadow Beyond the Shadow feeds on discord, on the erosion of trust. It doesn’t need to attack directly; it simply needs to exploit the weaknesses that already exist.”</w:t>
      </w:r>
    </w:p>
    <w:p/>
    <w:p>
      <w:r>
        <w:br/>
        <w:t>“And my abilities are too clouded to pinpoint the source of this discord,” Ella added, frustration coloring her voice. “I can feel the effect, but not the cause. It’s like trying to diagnose an illness when you can only see the symptoms, not the pathogen. Anya’s prophecy spoke of this new enemy feeding on ‘doubts that fester in the hearts of those who have just survived the unimaginable.’ And we have all just survived the unimaginable.”</w:t>
      </w:r>
    </w:p>
    <w:p/>
    <w:p>
      <w:r>
        <w:br/>
        <w:t xml:space="preserve">Lyra’s hand tightened on Ella’s arm. “But even faint echoes can be a guide, Ella. Anya’s journal detailed how this entity works through proxies, through susceptible minds. Perhaps your weakened senses are a blessing in disguise, forcing you to focus on the broader emotional landscape rather than being overwhelmed by specific individuals. What </w:t>
      </w:r>
    </w:p>
    <w:p>
      <w:pPr>
        <w:jc w:val="left"/>
      </w:pPr>
      <w:r>
        <w:rPr>
          <w:i/>
        </w:rPr>
        <w:t>can</w:t>
      </w:r>
      <w:r>
        <w:t xml:space="preserve"> you discern about this ancient presence?”</w:t>
      </w:r>
    </w:p>
    <w:p>
      <w:r>
        <w:br/>
        <w:t>Ella closed her eyes again, concentrating. “It’s vast,” she began, her voice laced with awe and a touch of fear. “Impossibly vast. It’s not bound by physical form, not in the way we understand it. It exists… on a different plane, a more primal level of existence. It’s not driven by greed or power in the mortal sense. It’s driven by… entropy. By a desire to dissolve order, to return everything to a state of formless chaos.” She shuddered. “It feels… cold. Not the cold of ice, but the cold of utter emptiness. A void that hungers to consume all light, all life, all connection.”</w:t>
      </w:r>
    </w:p>
    <w:p/>
    <w:p>
      <w:r>
        <w:br/>
        <w:t>“Anya believed the Veil of Oblivion, Kaelen’s grand design, was not just an attack on our pack, but an attempt to shatter the foundations of our reality, to create a gateway for this ancient power,” Lyra recalled, her voice a steady counterpoint to Ella’s trembling one. “She theorized that the raw magic unleashed during the ritual, and the subsequent clash of dark and light, acted like a beacon, drawing the attention of entities that exist beyond our Veil.”</w:t>
      </w:r>
    </w:p>
    <w:p/>
    <w:p>
      <w:r>
        <w:br/>
        <w:t>“And now I can feel that beacon’s residual hum,” Ella finished, her voice hollow. “It’s a constant, low-frequency disturbance. It amplifies negativity, encourages isolation, and subtly erodes the bonds between us. It’s not an active, directed attack, but a pervasive atmospheric shift. It’s like the subtle pressure drop before a catastrophic storm. I can feel the world becoming more fragile, more susceptible to breaking.”</w:t>
      </w:r>
    </w:p>
    <w:p/>
    <w:p>
      <w:r>
        <w:br/>
        <w:t>She looked at Lyra and Gareth, her eyes pleading for understanding. “I can sense the fear, the confusion, the growing unease across the shifter world. It’s a fractured symphony of worry. The familiar patterns of pack dynamics are subtly shifting. Pack leaders are feeling more pressure, more scrutiny. Alliances are being tested, not by open conflict, but by whispers, by doubt. It’s as if the very air we breathe has become charged with a subtle miasma of distrust.”</w:t>
      </w:r>
    </w:p>
    <w:p/>
    <w:p>
      <w:r>
        <w:br/>
        <w:t>“I’ve felt it too,” Gareth admitted, his gaze hard as he looked into the flickering flames of the hearth. “The whispers within our own pack. The questioning glances. I’d attributed it to the trauma, the lingering fear from the Obsidian Hand. But Anya’s words, and now Ella’s senses, suggest something far more deliberate. A targeted erosion of our unity.”</w:t>
      </w:r>
    </w:p>
    <w:p/>
    <w:p>
      <w:r>
        <w:br/>
        <w:t>Ella nodded, her focus drifting towards a faint impression that seemed to emanate from the mountains to the west. “The Stonefang Pack,” she murmured, her voice strained. “There’s… a growing isolationism. Their Alpha is becoming more withdrawn, less communicative. They are turning inward, distrusting outsiders. They believe Anya’s journal, and the secrets we unearthed, are too dangerous, too destabilizing, and that they should be left to their own devices. It’s a rational fear, but it’s being amplified, twisted into an ‘us against the world’ mentality.”</w:t>
      </w:r>
    </w:p>
    <w:p/>
    <w:p>
      <w:r>
        <w:br/>
        <w:t>“This is the work of the Shadow Beyond the Shadow,” Lyra stated, her voice firm. “It thrives on division. If it can isolate packs, sow distrust between them, it weakens us all. Anya’s journal spoke of how this entity feeds on the erosion of trust, on the breaking of bonds. It doesn’t need to conquer; it needs to dissolve.”</w:t>
      </w:r>
    </w:p>
    <w:p/>
    <w:p>
      <w:r>
        <w:br/>
        <w:t>Ella’s breath hitched. “It’s more than just doubt. There’s a growing despair. A feeling that our victory was just a temporary reprieve, and that a greater darkness is inevitable. I can feel the subtle currents of hopelessness creeping in, especially amongst those who have suffered the most loss. It’s like a slow poisoning of the spirit.” She squeezed her eyes shut, trying to filter out the cacophony. “I can’t pinpoint any specific individual or event. It’s like a diffuse fog of negativity, settling over everything. The nexus, in its instability, must have acted like a crude amplifier, broadcasting this ancient entity’s influence.”</w:t>
      </w:r>
    </w:p>
    <w:p/>
    <w:p>
      <w:r>
        <w:br/>
        <w:t>“Anya believed that the nexus itself was a conduit, a thin place where this other realm bleeds into their own,” Lyra reminded them, her voice somber. “And the disruption caused by Kaelen’s rituals, and our counter-efforts, must have inadvertently widened that conduit, allowing this entity’s influence to seep through more easily. Your weakened senses, Ella, might be precisely because the interference is so vast and pervasive, so fundamentally alien to your empathic nature.”</w:t>
      </w:r>
    </w:p>
    <w:p/>
    <w:p>
      <w:r>
        <w:br/>
        <w:t>“So, we have a threat that we can’t see, can’t physically fight, and whose influence is subtly poisoning the very fabric of our society,” Gareth summarized, his voice rough with frustration. “Anya’s prophecy wasn’t just a warning; it was a prescient observation of a fundamental shift in the nature of the threats we face.”</w:t>
      </w:r>
    </w:p>
    <w:p/>
    <w:p>
      <w:r>
        <w:br/>
        <w:t>Ella nodded, her gaze unfocused as she tried to grasp the intangible. “It’s a threat that capitalizes on our weaknesses, on our fears, on the very weariness that comes from surviving such a brutal conflict. It doesn’t seek to rule; it seeks to unmake. It’s a force of primal chaos, and our ordered world is anathema to it.” She paused, a faint tremor running through her. “I can feel… a longing. A profound, ancient longing for dissolution. It’s not malice, exactly, but an inherent drive towards entropy. And our world, with its bonds, its love, its order, is a stark contrast to that void. That contrast… it draws its attention, and its hunger.”</w:t>
      </w:r>
    </w:p>
    <w:p/>
    <w:p>
      <w:r>
        <w:br/>
        <w:t>The weight of Anya’s final prophecy settled upon them, no longer just a collection of cryptic words, but a tangible, terrifying reality that Ella’s strained senses were beginning to perceive. The victory over Kaelen had been a moment of hard-won triumph, a cathartic release from the immediate danger. But Anya’s foresight had revealed a far more profound and insidious truth: their battle was not over. It had merely shifted, evolving into a struggle against an ancient, malevolent force that sought to unravel the very fabric of their existence, a darkness that whispered in the hearts of wolves and men alike, a void that thrived on discord and despair. Ella’s faint echoes were not just a testament to her weakened abilities, but a chilling confirmation of Anya’s final, desperate warning. The seeds of doubt, sown by Kaelen, were now being watered by something far older, far more powerful, and infinitely more dangerous.</w:t>
      </w:r>
    </w:p>
    <w:p/>
    <w:p>
      <w:r>
        <w:br/>
      </w:r>
    </w:p>
    <w:p>
      <w:pPr>
        <w:jc w:val="left"/>
      </w:pPr>
      <w:r>
        <w:rPr>
          <w:i/>
        </w:rPr>
      </w:r>
    </w:p>
    <w:p>
      <w:r>
        <w:br/>
        <w:t>The trials at the nexus had been a crucible, not just for their world, but for the nascent connection between Gareth and Lyra. The air still thrummed with the residual energy of their ordeal, a potent testament to the raw power they had unleashed and, more importantly, to the unyielding strength of the bond they had forged. It was more than a pact of convenience, more than a shared victory; it was a fated union, irrevocably solidified in the fires of their shared sacrifice and Lyra’s unwavering devotion. The events had stripped away any pretense, any lingering hesitation, leaving behind a connection that resonated with the profound depth of souls intertwined.</w:t>
      </w:r>
    </w:p>
    <w:p/>
    <w:p>
      <w:r>
        <w:br/>
        <w:t>Gareth looked at Lyra, his gaze filled with an emotion that was both fierce and tender. The memory of her, standing beside him as the corrupted nexus throbbed with dark magic, her own power a radiant shield against the encroaching chaos, was etched into his very being. He remembered the primal terror that had threatened to consume him, the overwhelming despair that had washed over him as Kaelen’s machinations reached their zenith, and then, he remembered Lyra. Her voice, a steady anchor in the storm, her touch, a jolt of pure, untainted power that had infused him with the courage to stand, to fight, to sacrifice.</w:t>
      </w:r>
    </w:p>
    <w:p/>
    <w:p>
      <w:r>
        <w:br/>
        <w:t>He had offered himself, a desperate gambit to sever Kaelen’s link to the nexus, to contain the destructive surge of energy. It was an act born of desperation, a willingness to give everything to protect his pack, his world, and, though he hadn’t fully admitted it then, Lyra. But Lyra had refused to let him walk into the jaws of oblivion alone. She had met his sacrifice with one of her own, pouring her essence, her very life force, into the effort, ensuring their combined strength could overcome the malevolent will of the nexus. It was a moment of profound, terrifying communion, their energies merging not in aggression, but in a desperate act of preservation.</w:t>
      </w:r>
    </w:p>
    <w:p/>
    <w:p>
      <w:r>
        <w:br/>
        <w:t>Lyra met his gaze, a soft smile gracing her lips, a smile that held the weight of shared burdens and unspoken promises. She saw not just the Alpha, the warrior, but the mate, the soul whose essence now felt intrinsically linked to her own. The harrowing experience had clarified everything, the ephemeral flutterings of attraction blossoming into a deep, abiding love. She had always been drawn to Gareth’s strength, his unwavering sense of justice, his quiet determination. But witnessing his courage, his willingness to lay down his life for their shared future, had solidified that admiration into something far more profound. It was a love born not just of shared battles, but of shared vulnerabilities, of a mutual understanding that transcended words.</w:t>
      </w:r>
    </w:p>
    <w:p/>
    <w:p>
      <w:r>
        <w:br/>
        <w:t>“We did it,” Lyra murmured, her voice husky with emotion. She reached out, her fingers tracing the line of his jaw, a silent acknowledgement of the shared ordeal, the victory, and the profound change that had swept through them. “We faced the darkness, and we prevailed.”</w:t>
      </w:r>
    </w:p>
    <w:p/>
    <w:p>
      <w:r>
        <w:br/>
        <w:t>Gareth captured her hand, bringing it to his lips, pressing a kiss to her knuckles. “</w:t>
      </w:r>
    </w:p>
    <w:p>
      <w:pPr>
        <w:jc w:val="left"/>
      </w:pPr>
      <w:r>
        <w:rPr>
          <w:i/>
        </w:rPr>
        <w:t>We</w:t>
      </w:r>
      <w:r>
        <w:t xml:space="preserve"> prevailed,” he echoed, emphasizing the word. There was no sense of individual triumph, only a deep, resonant gratitude for the partner who had stood by him, who had fought beside him, who had </w:t>
      </w:r>
      <w:r>
        <w:rPr>
          <w:i/>
        </w:rPr>
        <w:t>chosen</w:t>
      </w:r>
      <w:r>
        <w:t xml:space="preserve"> him. The trials had stripped away any lingering doubts he might have harbored about their connection. He had always known Lyra was special, a beacon of light in a world often shrouded in shadows. But now, he understood the true depth of their connection. It was a partnership forged in the heart of a storm, a love that had been tempered by fire and sacrifice, an unbreakable bond that promised resilience in the face of any future threat.</w:t>
      </w:r>
    </w:p>
    <w:p>
      <w:r>
        <w:br/>
        <w:t>He felt the shift within himself, a settling of his soul that had been restless for so long. The wild, untamed edges of his wolf, so often a source of internal conflict, now felt harmonized, aligned with the steady strength of Lyra’s presence. She was not a distraction from his duty, but an integral part of it. Her presence amplified his resolve, her wisdom guided his decisions, and her love gave him a strength he had never known he possessed. The weight of leadership felt less like a burden and more like a shared responsibility, a path they would walk together, his paw in hers, metaphorically and, he suspected, quite literally in the times to come.</w:t>
      </w:r>
    </w:p>
    <w:p/>
    <w:p>
      <w:r>
        <w:br/>
        <w:t>“This bond,” Gareth began, his voice deepening with conviction, “it’s more than just what Kaelen’s magic tried to force upon us. It’s real. It’s earned.” He looked into her eyes, seeing his own reflection, his own unwavering commitment mirrored there. “It’s a partnership built on respect, on loyalty, and on a love that runs deeper than any ocean. We are no longer just allies, Lyra. We are mates, bound by honor, by duty, and by a destiny that we will face, hand in paw, together.”</w:t>
      </w:r>
    </w:p>
    <w:p/>
    <w:p>
      <w:r>
        <w:br/>
        <w:t>Lyra leaned into him, her forehead resting against his. The scent of him, a primal mix of pine and wolf, was a balm to her soul. “And it is a bond that will be our strength,” she replied, her voice a soft promise. “When the shadows lengthen, when doubt begins to creep in, our connection will be a beacon. A reminder of what we fought for, and what we have to protect.” She thought of Ella’s strained senses, of the insidious whispers that had begun to stir even in the aftermath of their victory. The world was far from safe, and the challenges ahead would be unlike any they had faced before. But with Gareth by her side, she felt an unshakeable certainty, a quiet confidence that they could weather any storm.</w:t>
      </w:r>
    </w:p>
    <w:p/>
    <w:p>
      <w:r>
        <w:br/>
        <w:t xml:space="preserve">The nexus, once a place of corruption and despair, had become the birthplace of their ultimate union. It had tested them, broken them, and then, in its chaotic heart, had reforged them into something stronger, something more enduring. Gareth’s sacrifice had been an act of profound love, a testament to his willingness to give everything for the greater good, for </w:t>
      </w:r>
    </w:p>
    <w:p>
      <w:pPr>
        <w:jc w:val="left"/>
      </w:pPr>
      <w:r>
        <w:rPr>
          <w:i/>
        </w:rPr>
        <w:t>their</w:t>
      </w:r>
      <w:r>
        <w:t xml:space="preserve"> good. And Lyra’s response, her unwavering refusal to let him face that ultimate trial alone, had sealed their fate. They had stared into the abyss, and in doing so, had found not oblivion, but each other, their souls inextricably linked.</w:t>
      </w:r>
    </w:p>
    <w:p>
      <w:r>
        <w:br/>
        <w:t>He pulled her closer, the strong muscles of his chest pressing against hers. “We faced the worst, and we emerged stronger,” Gareth said, his voice a low rumble against her ear. “Our connection was forged in that fire, and it will not break. We are soulmates, Lyra, bound by honor, by duty, and by a love that will be the foundation of everything that comes next.” He tilted her chin up, his eyes locking with hers, a silent vow passing between them. “We are ready, together.”</w:t>
      </w:r>
    </w:p>
    <w:p/>
    <w:p>
      <w:r>
        <w:br/>
        <w:t>Lyra’s heart swelled with a fierce, protective love for the Alpha who had become her world. The path ahead was uncertain, shadowed by the ancient darkness that Ella had sensed. But in Gareth’s arms, she found a peace, a certainty that no amount of encroaching gloom could diminish. Their bond, solidified in the crucible of the nexus, was more than just a personal victory; it was a symbol of hope, a testament to the enduring power of love and sacrifice, a beacon that would shine brightly against the encroaching shadows, guiding them, and their pack, towards a future they would face, united.</w:t>
      </w:r>
    </w:p>
    <w:p/>
    <w:p>
      <w:r>
        <w:br w:type="page"/>
      </w:r>
    </w:p>
    <w:p>
      <w:pPr>
        <w:spacing w:before="5040"/>
        <w:jc w:val="center"/>
      </w:pPr>
      <w:r>
        <w:rPr/>
        <w:t xml:space="preserve"> Chapter 12: Healing and Hope</w:t>
      </w:r>
    </w:p>
    <w:p>
      <w:r>
        <w:t>The weight of their victory was still a raw, almost physical ache. Gareth, though his body screamed in protest, felt the undeniable pull of duty, a force stronger than any lingering pain. The nexus, the very heart of their world’s magical equilibrium, lay wounded, its vibrant pulse reduced to a ragged gasp. Kaelen’s corruption had not just scarred the land; it had seeped into the very essence of the place, a festering wound that threatened to bleed into the wider shifter world if left untended. He knew, with a certainty that settled deep in his bones, that their immediate focus had to shift from celebrating survival to ensuring survival.</w:t>
      </w:r>
    </w:p>
    <w:p>
      <w:r>
        <w:br/>
        <w:t>“We cannot delay,” Gareth stated, his voice rough but firm, addressing Lyra and the handful of trusted pack members he had gathered in the aftermath of the final confrontation. The scent of ozone and spent magic still hung heavy in the air, a grim reminder of the ordeal they had endured. He looked at each of them, his gaze sweeping over their weary faces, the exhaustion evident in their slumped shoulders and the shadows beneath their eyes. Yet, in their eyes, he also saw a flicker of resilience, a shared understanding of the task ahead. “The nexus is weakened. Its energies are unstable. If we do not begin the process of healing, the damage could become permanent, or worse, it could become a beacon for other, darker things.”</w:t>
      </w:r>
    </w:p>
    <w:p/>
    <w:p>
      <w:r>
        <w:br/>
        <w:t>Lyra stepped forward, her presence a steadying force. She had witnessed the raw power unleashed at the nexus, the terrifying beauty of its corruption and the even more terrifying effort it had taken to cleanse it, partially. “You’re right, Gareth. Anya’s research was clear on the dangers of leaving such a wound open. The lunar currents that flow through it are vital. If they become permanently disrupted, the consequences for all packs will be catastrophic.” She met his gaze, her own filled with a resolute determination that mirrored his. “We will go.”</w:t>
      </w:r>
    </w:p>
    <w:p/>
    <w:p>
      <w:r>
        <w:br/>
        <w:t>Gareth nodded, a grim satisfaction settling over him. Lyra’s unwavering resolve was a constant source of strength. “Then it is settled. We will depart at first light. I need a team who understands the stakes, who possess not only strength but also… finesse. The Obsidian Hand may be scattered, but I will not risk leaving ourselves vulnerable. We need those who can sense residual threats, who can fight with precision, and who can follow Anya’s instructions to the letter.” He looked at Rhys, their most skilled tracker, a blur of watchful efficiency even in his current state of exhaustion. Rhys inclined his head, his wolf a silent testament to his readiness. Next, he turned to Elara, a healer whose connection to the earth’s natural energies was profound, a vital asset for any cleansing ritual. Elara’s eyes, usually so bright, held a new depth of understanding, a weariness born from witnessing so much suffering, but her spirit remained unbroken. Finally, he met the gaze of Kael, a young but exceptionally gifted shaman whose innate understanding of elemental forces, particularly those tied to the moon, made him an indispensable member of this crucial expedition.</w:t>
      </w:r>
    </w:p>
    <w:p/>
    <w:p>
      <w:r>
        <w:br/>
        <w:t>“Rhys, your senses will be our eyes and ears,” Gareth instructed, his voice resonating with the authority of his pack. “We need to be sure the plateau is clear of any lingering Obsidian Hand loyalists or any other opportunistic creatures drawn to the nexus’s weakened state. Elara, your healing touch will be essential for preparing the ground and aiding in the rituals. Kael, your knowledge of lunar magic, combined with Anya’s research, will be our guide in restoring the natural flow.” He paused, his gaze returning to Lyra. “And Lyra, your understanding of the nexus, and your unique connection to its energies, will be paramount. You are our anchor, our compass in this endeavor.”</w:t>
      </w:r>
    </w:p>
    <w:p/>
    <w:p>
      <w:r>
        <w:br/>
        <w:t>The journey back to the mountain plateau was a stark contrast to their frantic flight from it. Gone was the desperate urgency of escape, replaced by a grim, deliberate purpose. The air grew colder as they ascended, the wind whistling a mournful tune through the jagged peaks that surrounded the hidden valley. Rhys moved ahead, a silent sentinel, his senses stretched taut, attuned to the subtlest shifts in the environment, the faintest scent on the wind, the rustle of leaves that was not born of natural causes. He would signal any potential threats, his movements precise and economical, a testament to years of honed instinct.</w:t>
      </w:r>
    </w:p>
    <w:p/>
    <w:p>
      <w:r>
        <w:br/>
        <w:t>As they drew closer, the landscape itself began to bear the scars of Kaelen’s dark magic. The once vibrant foliage was brittle and scorched, the very earth seemingly drained of its lifeblood. A pervasive sense of unease hung in the air, a lingering echo of the corruption that had festered there. Ella, who had accompanied them, her empathic senses still dulled but not entirely extinguished, flinched as they entered the valley. Even through the static that now clouded her abilities, she could feel the profound woundedness of the land. “It… it feels so hollow here,” she murmured, her voice barely audible above the wind. “Like a stolen heart. The natural magic… it’s been forced out, replaced by something cold and dead.”</w:t>
      </w:r>
    </w:p>
    <w:p/>
    <w:p>
      <w:r>
        <w:br/>
        <w:t>Lyra placed a reassuring hand on Ella’s arm, her own senses keenly aware of the residual darkness. “We will bring it back, Ella. Anya’s work gave us the knowledge. We have the will. Together, we can heal this.” She looked at Gareth, her gaze conveying a silent question.</w:t>
      </w:r>
    </w:p>
    <w:p/>
    <w:p>
      <w:r>
        <w:br/>
        <w:t>Gareth acknowledged her unspoken query with a nod. “Rhys has confirmed the immediate area is clear. The Obsidian Hand forces that were here were either routed or destroyed. But the nexus itself… it’s been actively resisting any natural recovery. The dark energies are like a parasitic vine, clinging to its core. We need to perform the cleansing rituals before that grip tightens any further.” He gestured towards a cluster of ancient standing stones, their surfaces now marred by dark, viscous stains that seemed to writhe in the dim light. “Anya’s journal describes these stones as focal points for the lunar currents. They were twisted by Kaelen’s magic, turned into conduits for his corruption.”</w:t>
      </w:r>
    </w:p>
    <w:p/>
    <w:p>
      <w:r>
        <w:br/>
        <w:t>“The ritual requires precise alignment and the channeling of pure lunar energy,” Kael explained, his young face etched with a seriousness that belied his years. He held a small, intricately carved wooden pendant, its surface shimmering with a faint, silvery light. “Anya’s notes detail how to break Kaelen’s parasitic hold. It involves a reciprocal channeling of pure lunar power, amplified by the earth’s own regenerative energies, and then… a binding spell to realign the currents. It’s delicate work. One wrong move, and we could exacerbate the damage, or worse, draw the attention of whatever entity Ella has been sensing.”</w:t>
      </w:r>
    </w:p>
    <w:p/>
    <w:p>
      <w:r>
        <w:br/>
        <w:t>Elara stepped forward, her hands already glowing with a soft, verdant light. “The earth here is wounded, but not dead. I can feel its struggle. I can coax it, help it resonate with the lunar energy. It will need time, but I can begin to mend the soil, to awaken its latent power.” She knelt, placing her hands on the parched earth. A faint tremor ran through the ground, and the faintest hint of green seemed to bloom beneath her touch, a fragile promise of life.</w:t>
      </w:r>
    </w:p>
    <w:p/>
    <w:p>
      <w:r>
        <w:br/>
        <w:t>The days that followed were a testament to their collective will and Anya’s foresight. Under Gareth’s watchful eye, and with Lyra’s intuitive guidance, they worked tirelessly. Rhys maintained a constant perimeter, his keen senses a vigilant shield against any unforeseen threats. Elara, with her innate gift for healing, worked on the surrounding land, her touch coaxing life back into the ravaged soil, preparing it to receive the lunar energies. Kael, guided by Anya’s meticulously detailed research, meticulously cleansed and recalibrated the standing stones, his chants weaving a delicate tapestry of elemental power.</w:t>
      </w:r>
    </w:p>
    <w:p/>
    <w:p>
      <w:r>
        <w:br/>
        <w:t>Lyra spent hours in quiet communion with the nexus itself, her hands pressed against its raw, pulsing core. She felt the residual tendrils of Kaelen’s darkness, like icy fingers clinging to its essence. It was a constant, draining battle, a war of attrition against an enemy that was no longer physically present but whose influence remained a palpable force. She could feel the faint, fragmented echoes of the ancient entity Ella had described, a subtle pressure at the edges of her awareness, a chilling hum that seemed to vibrate just beyond the threshold of normal perception. It was a constant reminder that their work was not just about healing a corrupted magical site, but about safeguarding their world from a far more insidious threat.</w:t>
      </w:r>
    </w:p>
    <w:p/>
    <w:p>
      <w:r>
        <w:br/>
        <w:t>“The darkness is deeply entrenched,” Lyra reported to Gareth one evening, her voice laced with fatigue. They sat by a crackling fire, the flames a stark contrast to the pervasive chill that seemed to emanate from the nexus. “It’s not just a residue of Kaelen’s magic; it’s something… older. Anya’s writings spoke of how the nexus was a natural conduit, a place where the veil between worlds was thin. Kaelen didn’t just corrupt it; he widened that breach, allowing these deeper, more primal energies to seep through. I can feel them, Gareth. A cold, insatiable hunger.”</w:t>
      </w:r>
    </w:p>
    <w:p/>
    <w:p>
      <w:r>
        <w:br/>
        <w:t>Gareth held her gaze, his own etched with worry but also with an unwavering resolve. He had witnessed the toll this work was taking on Lyra, on all of them. Yet, he knew they could not falter. “Anya also believed that the strength of our bonds, the purity of our intentions, could push back against such forces,” he reminded her, his voice a low rumble of reassurance. “She wrote about the power of unity, of a collective will focused on restoration rather than destruction. That’s what we have here, Lyra. That’s our greatest weapon.”</w:t>
      </w:r>
    </w:p>
    <w:p/>
    <w:p>
      <w:r>
        <w:br/>
        <w:t>He gestured around their small camp, the faces of Rhys, Elara, and Kael illuminated by the firelight. They were weary, battle-worn, but united in their purpose. “We are not just fighting against darkness; we are fighting for the light. For the balance. For the future.”</w:t>
      </w:r>
    </w:p>
    <w:p/>
    <w:p>
      <w:r>
        <w:br/>
        <w:t>The heart of the ritual was set for the next full moon, a night when the lunar currents would be at their strongest, and therefore, when the nexus’s vulnerability would be greatest, but also when the potential for healing was at its peak. Kael had meticulously prepared the standing stones, his chants echoing through the valley, each syllable infused with the power of the moon. Elara had created a complex sigil on the ground around the nexus, a network of interwoven roots and herbs designed to draw and channel earthly energy. Rhys had established a secure perimeter, his senses on high alert, ready to intercept any unwelcome intrusions.</w:t>
      </w:r>
    </w:p>
    <w:p/>
    <w:p>
      <w:r>
        <w:br/>
        <w:t>As the moon began its ascent, casting an ethereal glow over the desolate landscape, Gareth and Lyra stood at the nexus itself, the air thrumming with a potent, volatile energy. The residual darkness pulsed around them, a tangible pressure that clawed at their resolve. Ella, positioned at the edge of the valley, her senses straining against the fog that obscured her sight, acted as their early warning system, her hushed whispers relaying any perceived disturbances.</w:t>
      </w:r>
    </w:p>
    <w:p/>
    <w:p>
      <w:r>
        <w:br/>
        <w:t>“The lunar currents are beginning to align,” Kael announced, his voice tight with concentration, his hands hovering over the central stone. “But the corruption… it’s fighting back. It’s amplifying the negative energies, trying to twist the lunar flow into something harmful.”</w:t>
      </w:r>
    </w:p>
    <w:p/>
    <w:p>
      <w:r>
        <w:br/>
        <w:t>Lyra closed her eyes, focusing on the connection she had forged with the nexus. She could feel the pain of the land, the desperate struggle of the natural magic against the invasive darkness. “It’s not just Kaelen’s taint,” she murmured, her voice strained. “It’s that other presence. It’s feeding on the corruption, trying to use the nexus as a gateway. I can feel its hunger, Gareth. It’s vast… and cold.”</w:t>
      </w:r>
    </w:p>
    <w:p/>
    <w:p>
      <w:r>
        <w:br/>
        <w:t>Gareth moved to stand beside her, his hand finding hers, his touch a grounding force. He could feel the fear in her, the immense strain she was under, but he also felt the unwavering strength of her spirit, the pure intent behind their mission. “Then we reinforce our own bonds,” he said, his voice steady. “We are a bulwark against it. Anya’s research spoke of this very possibility – that the nexus, if corrupted, could become a point of entry. But she also believed that the combined force of our pack, our unity, could reseal it.”</w:t>
      </w:r>
    </w:p>
    <w:p/>
    <w:p>
      <w:r>
        <w:br/>
        <w:t>He channeled his own energy, the strength of his wolf a potent, primal force, into their joined hands. Lyra responded, her own energy, a radiant light that pulsed with the moon’s power, flowing into him, strengthening their combined presence. Kael, sensing their intent, shifted his focus, weaving their power, the earth’s revitalized energy, and the raw lunar current into a single, cohesive stream.</w:t>
      </w:r>
    </w:p>
    <w:p/>
    <w:p>
      <w:r>
        <w:br/>
        <w:t>The nexus responded violently. The ground beneath them shuddered, and the dark stains on the stones seemed to writhe with renewed intensity. A chilling wind swept through the valley, carrying with it the disembodied whispers that Ella had described – fragments of doubt, fear, and despair. Gareth gritted his teeth, his wolf growling low in his chest, a protective barrier against the insidious influence. Lyra’s breath hitched, her eyes widening as she felt the sheer magnitude of the ancient entity’s presence, a vast, formless void pressing in on them.</w:t>
      </w:r>
    </w:p>
    <w:p/>
    <w:p>
      <w:r>
        <w:br/>
        <w:t>“It’s trying to break us,” Lyra gasped, her voice barely audible. “It’s amplifying our deepest fears, our insecurities.”</w:t>
      </w:r>
    </w:p>
    <w:p/>
    <w:p>
      <w:r>
        <w:br/>
        <w:t>“Then we do not break,” Gareth vowed, his grip on her hand tightening. He focused on the image of his pack, of their future, of Lyra herself. “We stand. Together.”</w:t>
      </w:r>
    </w:p>
    <w:p/>
    <w:p>
      <w:r>
        <w:br/>
        <w:t>The ritual reached its crescendo. Kael chanted Anya’s final words, words of binding and restoration, words that sought to mend the tear in the fabric of their reality. Elara poured her essence into the earth sigil, the ground beneath them glowing with a soft, persistent light. Rhys, on the perimeter, let out a sharp cry, a warning of movement in the shadows, but the focused power of the ritual seemed to push back the encroaching darkness, keeping it at bay.</w:t>
      </w:r>
    </w:p>
    <w:p/>
    <w:p>
      <w:r>
        <w:br/>
        <w:t>Lyra and Gareth stood at the heart of it all, their combined power a beacon of pure, untainted lunar energy, a force of restoration battling against the encroaching void. They felt the ancient entity recoil, its pressure lessening as the nexus, under their influence, began to hum with a revitalized, natural rhythm. The dark stains on the standing stones faded, replaced by the soft, silvery sheen of moon-kissed rock. The air, which had been thick with a palpable sense of dread, began to lighten, the chilling whispers fading into the wind.</w:t>
      </w:r>
    </w:p>
    <w:p/>
    <w:p>
      <w:r>
        <w:br/>
        <w:t>With a final, resonant surge, Kael completed the binding spell. A wave of pure lunar energy washed over the valley, cleansing the corrupted nexus, sealing the breach, and restoring the natural flow of magic. The land seemed to sigh in relief, and for the first time since Kaelen’s reign of terror, a sense of profound peace settled over the mountain plateau.</w:t>
      </w:r>
    </w:p>
    <w:p/>
    <w:p>
      <w:r>
        <w:br/>
        <w:t>The nexus pulsed with a healthy, steady light, its natural energies flowing once more. Gareth felt the lingering corruption recede, like a tide pulling away from the shore, leaving behind a revitalized, vibrant energy. Lyra sagged against him, utterly spent but radiant with a quiet triumph.</w:t>
      </w:r>
    </w:p>
    <w:p/>
    <w:p>
      <w:r>
        <w:br/>
        <w:t>“It’s done,” she whispered, her voice hoarse with exhaustion and relief. “The nexus is healing.”</w:t>
      </w:r>
    </w:p>
    <w:p/>
    <w:p>
      <w:r>
        <w:br/>
        <w:t>Gareth pulled her close, pressing a kiss to her temple. “We did it. Together.” He looked out at the transformed landscape, the soft moonlight illuminating the renewed vibrancy of the nexus. The fight had been arduous, the cost immense, but the outcome was undeniable. They had faced a darkness far older and more insidious than Kaelen, and they had prevailed. The scars remained, a testament to their struggle, but the nexus was alive again, its lunar currents restored, its magic flowing freely, a beacon of hope for a world that had so recently teetered on the brink of oblivion. The healing had begun, and with it, a fragile but potent promise of peace.</w:t>
      </w:r>
    </w:p>
    <w:p/>
    <w:p>
      <w:r>
        <w:t>Lyra's fingers traced the cool, smooth surface of the largest standing stone, a subtle warmth emanating from its core now, a stark contrast to the icy dread that had clung to it for so long. The ritual had been a success, a grueling testament to their combined strength and Anya’s meticulously preserved knowledge, but the true work, the deep, resonant healing, was only just beginning. The nexus, once a festering wound, was now a patient on the mend, its pulse still weak but undeniably present. It was here, in the quiet aftermath of their victory, that Lyra’s unique connection to the lunar cycles and the ancient wisdom of the shifters truly came into its own.</w:t>
      </w:r>
    </w:p>
    <w:p>
      <w:r>
        <w:br/>
        <w:t>“It’s responding,” she murmured, her voice a soft breath against the wind that now carried a hint of renewed life, not the biting chill of corruption. “The lunar currents are hesitant, like a stream finding its old course after a flood, but they are returning.” She closed her eyes, her senses unfurling like the petals of a night-blooming flower, reaching out to the subtle ebb and flow of the celestial energies that governed their world. The moon, a benevolent pearl in the velvet sky, seemed to hum in response to her call, its light, though waning slightly from its peak, still potent enough to weave its healing magic.</w:t>
      </w:r>
    </w:p>
    <w:p/>
    <w:p>
      <w:r>
        <w:br/>
        <w:t>Gareth stood beside her, a silent, unwavering presence. He watched her, his gaze filled with a profound admiration and a deep sense of reliance. He understood the abstract language of pack strength and battle prowess, but Lyra spoke a different, more profound dialect – one of earth and sky, of ancient rhythms and the delicate tapestry of magic that bound their existence. He had fought alongside her, had felt the sheer force of her will and her connection to the nexus, but now, in this fragile period of recovery, her role was even more critical. She was not just a participant; she was the conductor, guiding the delicate symphony of restoration.</w:t>
      </w:r>
    </w:p>
    <w:p/>
    <w:p>
      <w:r>
        <w:br/>
        <w:t>“What do you feel, Lyra?” he asked, his voice low, careful not to disturb the fragile harmony she was cultivating.</w:t>
      </w:r>
    </w:p>
    <w:p/>
    <w:p>
      <w:r>
        <w:br/>
        <w:t>She opened her eyes, a faint smile gracing her lips. “A deep weariness. The nexus has been through immense trauma. It’s like a body that has fought a brutal fever; it needs rest, nourishment, and gentle encouragement to regain its full strength. The residual darkness is still there, not as an active threat, but as scar tissue. It needs to be soothed, integrated, so it doesn’t impede the natural flow.” She turned to him, her eyes alight with an inner luminescence that seemed to echo the moon’s soft glow. “Anya’s research on post-corruption stabilization was extensive, but it was all theoretical. Now, we are living it. And it’s more intricate than any text could fully capture.”</w:t>
      </w:r>
    </w:p>
    <w:p/>
    <w:p>
      <w:r>
        <w:br/>
        <w:t>Lyra then turned her attention to the complex web of roots and herbs Elara had woven around the nexus. This sigil, designed to anchor and channel the Earth’s revitalizing energy, was now acting as a conduit for the nexus’s own slow recovery. “Elara’s work is foundational,” Lyra said, kneeling to touch the damp soil. “The earth here was so deeply wounded. It’s breathing again, but it’s shallow. We need to help it deepen its breath, to draw more fully from the planet’s core.”</w:t>
      </w:r>
    </w:p>
    <w:p/>
    <w:p>
      <w:r>
        <w:br/>
        <w:t>She began to hum, a low, melodic sound that seemed to resonate with the very stones beneath her. It was a tune as old as the shifters themselves, a lullaby sung to the moon, a prayer offered to the earth. As she hummed, she gently pressed her palms to the ground, feeling the faint tremors of the earth’s own healing energy. She visualized the lunar light, not just as a source of power, but as a soothing balm, a gentle caress that encouraged growth and resilience.</w:t>
      </w:r>
    </w:p>
    <w:p/>
    <w:p>
      <w:r>
        <w:br/>
        <w:t>“The ritual we performed was a powerful intervention,” Lyra explained to Gareth, her voice imbued with the ancient cadence of her song. “It cleansed the immediate corruption and resealed the major breach. But true healing is a process, not an event. The nexus’s energies are like a complex network of rivers, and Kaelen’s magic had dammed and diverted them, polluting them with his darkness. We’ve broken the dams, but the rivers still carry sediment. We need to flush them clean, to ensure the currents flow pure and strong, in their natural patterns.”</w:t>
      </w:r>
    </w:p>
    <w:p/>
    <w:p>
      <w:r>
        <w:br/>
        <w:t>She instructed Kael, who had been diligently tending to the cleansed standing stones, ensuring their alignment remained perfect. “Kael, the residual corruption within the stones still holds a faint resonance of Kaelen’s will. We need to imbue them with counter-frequencies, with songs of light and growth. Focus on the harmonious aspects of lunar magic, the cycles of renewal, the gentle pull of the tides. Let the moon’s pure energy overwrite the old imprints.”</w:t>
      </w:r>
    </w:p>
    <w:p/>
    <w:p>
      <w:r>
        <w:br/>
        <w:t>Kael nodded, his young face set in concentration. He understood the delicate nature of his task. It wasn’t enough to simply perform the initial cleansing; the stones, as focal points, needed to be actively re-attuned to their purpose, to become beacons of positive lunar energy rather than echoes of past darkness. He began to chant, his voice blending with Lyra’s humming, creating a layered soundscape of healing frequencies that seemed to weave through the very air.</w:t>
      </w:r>
    </w:p>
    <w:p/>
    <w:p>
      <w:r>
        <w:br/>
        <w:t>Lyra then turned to Elara, who was meticulously tending to the surrounding flora, coaxing life back into the scorched earth. “Elara, the plants here are struggling to absorb the lunar energy. They are weakened by the prolonged exposure to Kaelen’s magic. We need to nourish them, to help them strengthen their connection to the earth and to the moon. Focus on their inherent vitality, their will to survive. Blend their healing properties with the moon’s luminescence. Create a symbiotic healing environment.”</w:t>
      </w:r>
    </w:p>
    <w:p/>
    <w:p>
      <w:r>
        <w:br/>
        <w:t>Elara, her hands still glowing with that verdant light, nodded with understanding. She understood that the health of the nexus was intrinsically linked to the health of its surrounding environment. A vibrant ecosystem would support a vibrant nexus, and vice versa. She began to gather specific herbs, their leaves still brittle but holding the promise of new growth, and with Lyra’s guidance, she began to create poultices and elixirs, infusing them with concentrated moonlight.</w:t>
      </w:r>
    </w:p>
    <w:p/>
    <w:p>
      <w:r>
        <w:br/>
        <w:t>Gareth watched them, his heart swelling with a pride that was almost overwhelming. He saw not just individual strengths, but a unified purpose, a shared commitment to healing their world. He had always known Lyra was extraordinary, but witnessing her in this role, as a shepherd of ancient magic, a guardian of delicate balance, solidified his understanding of her importance. She was not just his mate; she was a vital pillar of their pack, a source of wisdom and strength that resonated far beyond the physical realm.</w:t>
      </w:r>
    </w:p>
    <w:p/>
    <w:p>
      <w:r>
        <w:br/>
        <w:t>“What else can I do, Lyra?” Gareth asked, his voice firm with his own brand of reassurance. He was the shield, the protector, but he also understood that true healing required more than just defense.</w:t>
      </w:r>
    </w:p>
    <w:p/>
    <w:p>
      <w:r>
        <w:br/>
        <w:t>Lyra met his gaze, her eyes reflecting the moonlight. “Your presence is a grounding force, Gareth. Your unwavering strength anchors us. But more than that, your belief in this process, your faith in us, is a powerful component. The nexus feels it. It feels the collective will of our pack, the desire for balance and restoration.” She reached out, her hand finding his. “Continue to channel your energy into the stones, as you did during the ritual. Reinforce the positive lunar imprints. Let your wolf’s primal strength speak of resilience and unwavering spirit. And be ready. Even as we heal, there are always forces that seek to exploit weakness.”</w:t>
      </w:r>
    </w:p>
    <w:p/>
    <w:p>
      <w:r>
        <w:br/>
        <w:t>She knew, with the chilling certainty of one who had touched the edges of true darkness, that the entity they had repulsed had not been entirely banished. It had been pushed back, its immediate access denied, but its hunger remained. The nexus, even in its weakened state, was a significant source of power, a potential gateway. Lyra’s lunar wisdom was not just about restoring the natural order; it was about fortifying their world against any future incursions, about understanding the subtle interplay of cosmic forces and the vigilance required to maintain the delicate peace they had fought so hard to achieve.</w:t>
      </w:r>
    </w:p>
    <w:p/>
    <w:p>
      <w:r>
        <w:br/>
        <w:t>The days that followed were a testament to Lyra’s profound understanding of lunar cycles and ancient shifter lore. She orchestrated their efforts with a gentle, yet unyielding hand, her intuition a finely tuned instrument that guided their actions. She understood that the moon’s influence waxed and waned, and that certain rituals were best performed under specific lunar phases. She instructed Kael on the nuances of channeling the waxing moonlight to amplify the cleansing properties of the standing stones, and on how to utilize the waning moon’s introspective energy to identify and neutralize any lingering pockets of residual darkness.</w:t>
      </w:r>
    </w:p>
    <w:p/>
    <w:p>
      <w:r>
        <w:br/>
        <w:t>“The moon is our greatest ally in this,” she explained to the group one evening, as they gathered around their small campfire, the nexus a silent, pulsing presence in the background. “It’s not a passive orb in the sky; it’s an active force, its gravitational pull influencing not just the tides of our oceans, but the tides of magic within the nexus. When the moon is full, its power is at its zenith, allowing for the most potent restorative rituals. But during its dark phase, it offers a different kind of power – a time for introspection, for identifying hidden weaknesses, for allowing the land to truly rest and consolidate its gains.”</w:t>
      </w:r>
    </w:p>
    <w:p/>
    <w:p>
      <w:r>
        <w:br/>
        <w:t>Her connection to the earth was equally profound. She would spend hours communing with the soil, her hands pressed against the ground, feeling the slow, steady heartbeat of the planet. She could sense where the earth’s energy was strongest, where it was weakest, and direct Elara’s efforts accordingly. “Elara,” she would say, her voice filled with a quiet authority, “the roots here are struggling to anchor themselves. They need deeper nourishment. Focus on drawing energy from the ley lines that converge beneath this spot. The earth is whispering its needs; we must listen.”</w:t>
      </w:r>
    </w:p>
    <w:p/>
    <w:p>
      <w:r>
        <w:br/>
        <w:t>Lyra’s guidance wasn’t always direct instruction. Often, it was a shared vision, a subtle shift in her demeanor, a wordless understanding that passed between her and the others. Gareth had learned to read her most subtle cues, the slight tilt of her head, the almost imperceptible flicker in her eyes. He trusted her instincts implicitly. He had seen her commune with the nexus, her very essence becoming one with its wounded heart, and he knew that her understanding transcended his own. She was the interpreter of the natural world, the voice of ancient magic.</w:t>
      </w:r>
    </w:p>
    <w:p/>
    <w:p>
      <w:r>
        <w:br/>
        <w:t>“The residual corruption is like a static charge,” Lyra explained one morning, her brow furrowed as she observed the faint shimmering haze that still clung to the edges of the nexus. “It’s not actively malicious anymore, but it disrupts the purity of the lunar currents. We need to ground it, to dissipate it safely.” She looked at Gareth. “Anya’s research mentioned ‘resonant grounding’ – using a collective of focused willpower to create a safe discharge. It requires a strong anchor.”</w:t>
      </w:r>
    </w:p>
    <w:p/>
    <w:p>
      <w:r>
        <w:br/>
        <w:t>Gareth met her gaze, understanding dawning in his eyes. He was the anchor. His strength, his connection to his pack, his unwavering resolve – these were the elements needed to create the stable platform upon which the dissipating energies could be safely released. He nodded, his jaw set with determination. “Tell me what you need.”</w:t>
      </w:r>
    </w:p>
    <w:p/>
    <w:p>
      <w:r>
        <w:br/>
        <w:t>Lyra then outlined a ritual that involved the four of them – herself, Gareth, Elara, and Kael – focusing their energies on the standing stones, while Elara channeled the earth’s energy upwards and Lyra acted as the conduit, drawing the residual static towards the stones, where Gareth, with the strength of his wolf, would then ground it. It was a delicate dance of elemental forces, a testament to their synchronized efforts and Lyra’s intricate planning.</w:t>
      </w:r>
    </w:p>
    <w:p/>
    <w:p>
      <w:r>
        <w:br/>
        <w:t>During the ritual, Lyra’s connection to the nexus deepened further. She felt the subtle vibrations of the earth, the gentle pulse of the lunar light, and the faint, lingering echoes of the dark entity they had faced. It was a constant reminder that their work was not merely about repairing a magical site, but about safeguarding their entire world from forces that sought to disrupt the natural order. Her lunar wisdom allowed her to understand these threats, to anticipate them, and to prepare the ground for their eventual defeat.</w:t>
      </w:r>
    </w:p>
    <w:p/>
    <w:p>
      <w:r>
        <w:br/>
        <w:t>“The scars are fading,” Lyra reported to Gareth after a particularly successful week of focused healing. They stood overlooking the valley, the nexus now glowing with a steady, healthy luminescence. The air was crisp and clean, devoid of the oppressive chill that had once permeated the region. “The land is healing. The flora is returning with vigor. And the lunar currents… they are flowing with a strength I haven’t felt since before Kaelen’s rise.”</w:t>
      </w:r>
    </w:p>
    <w:p/>
    <w:p>
      <w:r>
        <w:br/>
        <w:t>Gareth placed a reassuring hand on her shoulder, his wolf offering a soft rumble of contentment within his chest. He saw the exhaustion etched on her face, but he also saw the quiet triumph in her eyes, the profound satisfaction of a job well done. Lyra had carried them through this, her knowledge and her unwavering spirit a constant beacon.</w:t>
      </w:r>
    </w:p>
    <w:p/>
    <w:p>
      <w:r>
        <w:br/>
        <w:t>“You have been extraordinary, Lyra,” he said, his voice thick with emotion. “Your understanding of this place, of the magic that flows through it, has been our guiding light. I don’t know what we would have done without you.”</w:t>
      </w:r>
    </w:p>
    <w:p/>
    <w:p>
      <w:r>
        <w:br/>
        <w:t>Lyra leaned into his touch, a rare moment of vulnerability surfacing. “We are a pack, Gareth. We all played our part. Anya gave us the map, Elara and Kael provided the hands and the voice, and you… you were our shield and our strength. I merely read the signs and whispered the ancient words.” She looked up at him, her gaze steady and filled with a love that mirrored his own. “But you are right. The nexus is healing. And with it, so are we.”</w:t>
      </w:r>
    </w:p>
    <w:p/>
    <w:p>
      <w:r>
        <w:br/>
        <w:t>Her lunar wisdom was not just about arcane knowledge; it was about the deep, innate understanding of cycles, of balance, of the interconnectedness of all things. She understood that healing was not a destination, but a continuous journey, a constant tending of the wounds, a vigilant guarding against the return of darkness. And as the moon continued its silent vigil in the night sky, Lyra, the keeper of its wisdom, stood ready to guide them, ensuring that the light of hope, once rekindled, would never again be extinguished.</w:t>
      </w:r>
    </w:p>
    <w:p/>
    <w:p>
      <w:r>
        <w:t>The days following the nexus’s ritualistic cleansing bled into weeks, each marked by a slow, almost imperceptible shift towards normalcy. For Gareth, this recalibration was a more intimate, internal affair. The brutal force of Kaelen’s magic had left its mark, not merely as lingering pain or physical weakness, but as a profound alteration within him. His recovery was a testament to the pack’s renewed hope, a tangible manifestation of their collective will to see their alpha restored. Lyra, ever the unwavering pillar, was at his side, her presence a constant, soothing balm. She understood that healing was not a singular event, but a journey, and she was committed to walking every step with him.</w:t>
      </w:r>
    </w:p>
    <w:p>
      <w:r>
        <w:br/>
        <w:t>Mornings found them in the quiet seclusion of his chambers, the air thick with the scent of herbs and the soft glow of dawn filtering through the thick forest canopy. Lyra would tend to his physical wounds, her touch gentle yet sure, her knowledge of restorative poultices and salves proving invaluable. But her care extended beyond the physical. She would sit with him for hours, her hand clasped in his, speaking of the quiet rhythms of the moon, the resilience of the earth, and the enduring strength of their pack. Her words, woven with an ancient wisdom, were designed not just to soothe his body, but to mend his spirit.</w:t>
      </w:r>
    </w:p>
    <w:p/>
    <w:p>
      <w:r>
        <w:br/>
        <w:t>“The moon’s cycle is one of constant change, Gareth,” she’d murmur, her gaze fixed on the sliver of silver just beginning to peek over the horizon. “It wanes, it waxes, it appears and disappears from our sight, yet its essence remains constant. So too, will you find your own enduring strength.”</w:t>
      </w:r>
    </w:p>
    <w:p/>
    <w:p>
      <w:r>
        <w:br/>
        <w:t>These quiet conversations, coupled with Lyra’s innate lunar magic, began to work their subtle magic. The gnawing ache in his limbs slowly subsided, replaced by a dull throb that indicated healing rather than damage. His once formidable stamina, though still diminished, began to return in measured increments. Yet, the most significant change was not one that could be seen or felt in the usual sense. It was a shift in his very essence, a subtle discord within the symphony of his wolf.</w:t>
      </w:r>
    </w:p>
    <w:p/>
    <w:p>
      <w:r>
        <w:br/>
        <w:t>Lyra recognized it first. During their shared meditations, when their minds were meant to intertwine in the silent language of mates, Gareth’s wolf felt… different. It was still there, undeniably present, its primal energy a deep, resonant hum within him. But the wild, untamed power that had always defined it seemed to have been tempered, refined, or perhaps even irrevocably altered. It was like a magnificent storm that had been guided into a powerful, controlled river.</w:t>
      </w:r>
    </w:p>
    <w:p/>
    <w:p>
      <w:r>
        <w:br/>
        <w:t>“Your wolf,” Lyra said one afternoon, her voice soft, after one of their meditation sessions. They were seated by the hearth, the crackling flames casting dancing shadows across the room. “It has… adapted.”</w:t>
      </w:r>
    </w:p>
    <w:p/>
    <w:p>
      <w:r>
        <w:br/>
        <w:t>Gareth’s breath hitched. He had felt it too, a disquieting awareness of something new, something unfamiliar within the depths of his being. He had tried to push it away, to cling to the fierce, primal wolf he had always known, but the harder he tried, the more elusive it became.</w:t>
      </w:r>
    </w:p>
    <w:p/>
    <w:p>
      <w:r>
        <w:br/>
        <w:t>“Adapted how?” he asked, his voice roughened by apprehension. He looked at his hands, the calluses still present, but the innate power that once pulsed beneath the skin felt muted.</w:t>
      </w:r>
    </w:p>
    <w:p/>
    <w:p>
      <w:r>
        <w:br/>
        <w:t>Lyra reached for his hand, her fingers interlacing with his. Her touch sent a wave of calm through him, a reassurance that transcended words. “It is still your wolf, Gareth. Its loyalty, its strength, its protective instincts are as fierce as ever. But the experience… it has changed its perspective. It has learned vulnerability, and in learning it, it has discovered a new kind of resilience.”</w:t>
      </w:r>
    </w:p>
    <w:p/>
    <w:p>
      <w:r>
        <w:br/>
        <w:t>He pondered her words, turning them over in his mind. Vulnerability. It was a concept he had always associated with weakness, with the very antithesis of what a wolf, and especially an alpha wolf, was meant to be. Kaelen’s attack had stripped away his defenses, exposing him in a way he had never thought possible. He had felt utterly helpless, a prey animal facing a predator, and that feeling had seared itself into his very being.</w:t>
      </w:r>
    </w:p>
    <w:p/>
    <w:p>
      <w:r>
        <w:br/>
        <w:t>“I don’t understand,” he admitted, his gaze meeting hers. “I feel… less. Less powerful. Less… myself.”</w:t>
      </w:r>
    </w:p>
    <w:p/>
    <w:p>
      <w:r>
        <w:br/>
        <w:t>Lyra squeezed his hand, her eyes holding his with a steady, knowing gaze. “The storm can be destructive, Gareth, raging without control. Or it can be harnessed, its energy channeled to build, to create, to sustain. Your wolf was a storm, magnificent and awe-inspiring. Now, it is a river, deep and powerful, its course steady, its flow life-giving. It has not lost its power; it has learned to wield it with greater wisdom, with a deeper understanding of its own limits and its own strengths.”</w:t>
      </w:r>
    </w:p>
    <w:p/>
    <w:p>
      <w:r>
        <w:br/>
        <w:t>She encouraged him to embrace this new facet of his being. She guided him through meditations that focused not on the raw, untamed power of his wolf, but on its capacity for endurance, for compassion, for insightful observation. It was a challenging process. There were days when frustration gnawed at him, when he longed for the visceral thrill of his former strength, the unthinking ferocity that had always been his shield.</w:t>
      </w:r>
    </w:p>
    <w:p/>
    <w:p>
      <w:r>
        <w:br/>
        <w:t>“It’s like trying to tame a wild hawk,” he confessed to her one evening, his voice heavy with weariness. “I want it to soar, to hunt, to be free. But this… this feels like clipping its wings, teaching it to walk instead of fly.”</w:t>
      </w:r>
    </w:p>
    <w:p/>
    <w:p>
      <w:r>
        <w:br/>
        <w:t>“And yet,” Lyra countered gently, “a hawk that understands the earth can also find sustenance there. A hawk that knows patience can wait for the perfect moment to strike. This is not about clipping its wings, Gareth. It is about teaching it to use them more effectively, to understand the currents of the air, the subtle shifts that will carry it further and faster than brute force ever could.”</w:t>
      </w:r>
    </w:p>
    <w:p/>
    <w:p>
      <w:r>
        <w:br/>
        <w:t>He began to practice what she preached, slowly, painstakingly. He would go to the edge of the forest, not to hunt, but to observe. He would sit for hours, his wolf-mind open, not to the thrill of the chase, but to the symphony of the natural world around him. He learned to distinguish the rustle of a rabbit from the whisper of the wind, the distant call of a bird from the rustling of leaves underfoot. He began to notice the subtle interactions between the creatures of the forest, the delicate balance of predator and prey, the symbiotic relationships that sustained the ecosystem.</w:t>
      </w:r>
    </w:p>
    <w:p/>
    <w:p>
      <w:r>
        <w:br/>
        <w:t>During these quiet vigils, his wolf would begin to stir, not with the urge to rend and tear, but with a quiet curiosity. It would feel the pulse of the earth beneath its paws, the subtle shifts in the air, the presence of other beings around them. And in these moments of quiet observation, Gareth found a strange sense of peace, a dawning understanding that his wolf’s power was not solely defined by its capacity for destruction, but by its deep, intrinsic connection to the world around it.</w:t>
      </w:r>
    </w:p>
    <w:p/>
    <w:p>
      <w:r>
        <w:br/>
        <w:t>Lyra’s presence during these exercises was a constant source of strength. She would often join him, sitting beside him, her own wolf a silent, watchful companion. She wouldn't intrude on his process, but her quiet support, her unwavering belief in his ability to adapt, was a palpable force. Sometimes, she would simply reach out, her fingers brushing against his, a silent reassurance that he was not alone in this internal struggle.</w:t>
      </w:r>
    </w:p>
    <w:p/>
    <w:p>
      <w:r>
        <w:br/>
        <w:t>One crisp autumn afternoon, as they sat by a gurgling brook, observing a family of deer grazing peacefully, Gareth felt a profound shift within him. His wolf, usually restless and eager for action, was content. It was observing, appreciating, and understanding. It felt the deer’s wariness, their instinct for survival, but it did not feel the urge to prey upon them. Instead, it felt a sense of kinship, a shared existence within the intricate web of life.</w:t>
      </w:r>
    </w:p>
    <w:p/>
    <w:p>
      <w:r>
        <w:br/>
        <w:t>He looked at Lyra, a genuine smile finally gracing his lips. “I think I’m starting to understand,” he said, his voice filled with a newfound lightness. “It’s not about losing power, is it? It’s about discovering a different kind of power.”</w:t>
      </w:r>
    </w:p>
    <w:p/>
    <w:p>
      <w:r>
        <w:br/>
        <w:t xml:space="preserve">Lyra’s smile was radiant, reflecting the sunlight dappling through the leaves. “Exactly, Gareth. The power of empathy. The power of connection. The power of knowing when to hold back, when to observe, when to simply </w:t>
      </w:r>
    </w:p>
    <w:p>
      <w:pPr>
        <w:jc w:val="left"/>
      </w:pPr>
      <w:r>
        <w:rPr>
          <w:i/>
        </w:rPr>
        <w:t>be</w:t>
      </w:r>
      <w:r>
        <w:t>.”</w:t>
      </w:r>
    </w:p>
    <w:p>
      <w:r>
        <w:br/>
        <w:t>This newfound understanding began to ripple outwards, subtly altering his leadership style. Where before he had relied on sheer force of will and the primal dominance of his wolf, he now found himself approaching challenges with a greater degree of thoughtfulness and compassion. He began to actively listen to the concerns of his pack members, not just to the boisterous declarations of the warriors, but to the quiet anxieties of the healers, the practical concerns of the hunters, the unspoken fears of the elders.</w:t>
      </w:r>
    </w:p>
    <w:p/>
    <w:p>
      <w:r>
        <w:br/>
        <w:t>He remembered the paralyzing fear he had felt during Kaelen’s assault, the utter helplessness. That memory, once a source of shame, now served as a catalyst for empathy. He could now better understand the fear that gripped his pack when they faced overwhelming odds, the vulnerability that they felt when their world was threatened. This shared vulnerability forged a deeper bond between them, a trust that went beyond the traditional alpha-pack dynamic.</w:t>
      </w:r>
    </w:p>
    <w:p/>
    <w:p>
      <w:r>
        <w:br/>
        <w:t>He started implementing small changes. He spent more time with the younger wolves, not just in training, but in simply talking, listening to their dreams and aspirations. He encouraged open dialogue during pack meetings, creating an environment where every voice, regardless of rank, could be heard and respected. He even found himself offering words of comfort to those who had suffered losses during Kaelen’s reign, his own experience of profound vulnerability allowing him to connect with their grief on a level he never could have before.</w:t>
      </w:r>
    </w:p>
    <w:p/>
    <w:p>
      <w:r>
        <w:br/>
        <w:t>The pack responded to this shift with an almost palpable sense of relief and renewed loyalty. They saw their alpha not as an invincible force of nature, but as a wise leader who understood their struggles, who had faced his own demons and emerged stronger, not harder. His vulnerability had not diminished his authority; it had amplified it, making him more relatable, more human, and ultimately, a more effective leader.</w:t>
      </w:r>
    </w:p>
    <w:p/>
    <w:p>
      <w:r>
        <w:br/>
        <w:t>One evening, as the pack gathered for a traditional feast, a celebration of their hard-won peace and the healing of the nexus, Gareth stood before them. He looked out at the faces, illuminated by the firelight, and felt a surge of profound love and gratitude. His wolf was present, a steady, reassuring presence within him, no longer a storm to be feared, but a deep, powerful river that flowed through his very soul.</w:t>
      </w:r>
    </w:p>
    <w:p/>
    <w:p>
      <w:r>
        <w:br/>
        <w:t>“We have faced darkness,” he began, his voice clear and strong, carrying the weight of his experiences and the wisdom he had gained. “We have seen our world fractured, our spirits tested. I have known fear, and I have known helplessness. But in that darkness, we found each other. We found the strength not just in our fangs and claws, but in our unity, in our compassion, in our shared hope.”</w:t>
      </w:r>
    </w:p>
    <w:p/>
    <w:p>
      <w:r>
        <w:br/>
        <w:t>He paused, his gaze sweeping across the assembled pack. “My wolf is changed. It has learned that true strength lies not in the absence of vulnerability, but in the courage to embrace it, to learn from it, and to allow it to deepen our connection to one another. This is the strength that will guide us forward, the strength that will ensure our pack thrives.”</w:t>
      </w:r>
    </w:p>
    <w:p/>
    <w:p>
      <w:r>
        <w:br/>
        <w:t>A quiet murmur of agreement rippled through the crowd, followed by a resounding cheer. Gareth met Lyra’s eyes across the clearing, and in her gaze, he saw not just love, but a deep, unwavering pride. He had not just recovered; he had evolved. His journey of healing was far from over, but he was no longer defined by what had been lost, but by what he had gained – a deeper understanding of himself, a more profound connection to his pack, and the quiet, enduring strength of a wolf that had learned to navigate the world not just with power, but with wisdom and grace. The scars remained, a testament to the trials he had endured, but they were no longer wounds; they were etchings of resilience, reminders of the extraordinary power found in adapting, overcoming, and embracing the totality of one’s being.</w:t>
      </w:r>
    </w:p>
    <w:p/>
    <w:p>
      <w:r>
        <w:t>The hushed quiet that had settled over the pack was not born of fear, but of a tentative, blossoming peace. Weeks had bled into months since the ritual at the nexus, and the lingering shadows of Kaelen's brutal reign were slowly, surely, receding. For Gareth, the path to recovery had been an internal odyssey, a profound redefinition of his own essence, guided by Lyra's unwavering presence and the quiet strength she helped him unearth. His wolf, once a tempest of raw, untamed power, was now a deep, steady river, its currents guided by a newfound wisdom. This transformation, so evident in their Alpha, had begun to resonate through the very heart of the pack.</w:t>
      </w:r>
    </w:p>
    <w:p>
      <w:r>
        <w:br/>
        <w:t>The whispers that had once circled Lyra like predatory birds had begun to falter, their venom losing its potency. Skepticism, a seed sown by generations of tradition and suspicion towards outsiders, had been uprooted by the undeniable evidence of her devotion and the visible mending of their Alpha. She had stood by Gareth when others had faltered, her lunar magic a constant, soothing balm against the wounds that even their most seasoned healers could not fully mend. Her quiet determination, her deep understanding of Gareth’s internal battles, had painted a new picture of her worth, one far removed from the fear and distrust that had once defined her perception within the pack.</w:t>
      </w:r>
    </w:p>
    <w:p/>
    <w:p>
      <w:r>
        <w:br/>
        <w:t>Elara, the pack’s most seasoned healer, whose own initial reservations had been a formidable barrier, was now one of Lyra’s most vocal supporters. She had witnessed firsthand the profound impact of Lyra’s unique gifts, not just on Gareth, but on the collective spirit of their community. “Her hands possess a touch that soothes the deepest hurts,” Elara would confide to fellow elders, her voice laced with a newfound admiration. “She doesn’t just mend flesh and bone; she mends the spirit. It is a gift we cannot afford to overlook.” Elara’s endorsement, coming from a woman steeped in the pack’s ancient lore and respected for her wisdom, carried significant weight. It was a testament to Lyra’s earned place, a shift from perceived threat to vital ally.</w:t>
      </w:r>
    </w:p>
    <w:p/>
    <w:p>
      <w:r>
        <w:br/>
        <w:t>The younger wolves, those who had grown up under the shadow of Kaelen’s harsh rule and the subsequent uncertainty, were particularly drawn to the narrative of resilience that Gareth and Lyra embodied. They had seen their Alpha weakened, vulnerable, and yet, through sheer will and the unwavering support of the lunar-touched woman, he had emerged not broken, but fundamentally changed, and in many ways, stronger. His journey became a beacon of hope, a tangible illustration that even the most devastating of blows could be overcome, and that healing was not a sign of weakness, but a profound act of courage. They would gather around Lyra during her visits to the training grounds, their youthful exuberance tempered with a respectful curiosity, their eyes wide as they listened to her gentle explanations of lunar cycles and the subtle energies that governed their world. They saw in her not an interloper, but a wise mentor, a different kind of strength than the overt displays of dominance they were accustomed to.</w:t>
      </w:r>
    </w:p>
    <w:p/>
    <w:p>
      <w:r>
        <w:br/>
        <w:t>Even some of the more traditionalist hunters, whose lives were dictated by the pragmatic rhythms of the wild and a deep-seated adherence to pack law, found their perspectives softening. They had always viewed Lyra with a mixture of suspicion and detached curiosity, her connection to the moon a phenomenon beyond their understanding. But as they observed Gareth’s steady recovery, his growing capacity for empathy and thoughtful leadership, they could not ignore the integral role she played. During hunts, they began to notice subtle shifts in Lyra’s demeanor. She would often be found near the periphery of their excursions, her gaze not fixed on the prey, but on the interplay of light and shadow, the subtle signs of the forest’s mood. One grizzled hunter, known for his stoic silence, had even remarked, with a gruff nod of acknowledgement, that Lyra’s quiet presence seemed to calm the very air, making the forest’s inhabitants less skittish, and thus, the hunt more successful through a heightened awareness rather than aggressive pursuit. This was a significant departure from his usual dismissal of anything that didn't involve the direct application of fang and claw.</w:t>
      </w:r>
    </w:p>
    <w:p/>
    <w:p>
      <w:r>
        <w:br/>
        <w:t>The shared effort to restore the nexus, a monumental undertaking that had occupied the pack for weeks, had served as a powerful catalyst for this shift. It was a task that demanded collaboration, transcending old rivalries and ingrained prejudices. Every member of the pack, from the strongest warrior to the youngest pup, had contributed in their own way. The meticulous clearing of debris, the careful re-alignment of the fractured crystals, the chanting of ancient restoration rites – these were acts that bound them together in a common purpose. Lyra, with her intuitive understanding of the nexus’s energies, had been instrumental in guiding the process. Her hands, imbued with a natural sensitivity, could discern the subtle energetic flows, ensuring that each crystal was placed with perfect alignment, her soft, melodic voice guiding the incantations that resonated with the earth’s deep hum.</w:t>
      </w:r>
    </w:p>
    <w:p/>
    <w:p>
      <w:r>
        <w:br/>
        <w:t>Gareth, though still recovering, had been a constant presence during these restorative efforts, his presence a quiet reassurance. He would move among his pack, his gaze steady, his words few but impactful. He didn’t bark orders; he offered encouragement, his own journey of healing a silent testament to the power of perseverance and the importance of community. He made a point of acknowledging every contribution, no matter how small, his voice conveying genuine appreciation. When a younger wolf, hesitant and unsure, offered a perfectly polished shard of quartz that would become a crucial component in the nexus’s restoration, Gareth had met his gaze, a rare warmth in his eyes, and said, “Your keen eye has served us well, young one. This will be vital.” The boy’s chest had puffed out with pride, a newfound confidence blooming within him. It was these small moments, these acts of genuine recognition, that were weaving a stronger tapestry of unity.</w:t>
      </w:r>
    </w:p>
    <w:p/>
    <w:p>
      <w:r>
        <w:br/>
        <w:t>During these long days of collective labor, Lyra found herself at the heart of the pack’s activities, not as an outsider, but as an indispensable partner. She would work alongside the other healers, sharing her knowledge of restorative herbs and poultices, her empathy extending to even the most minor aches and pains of her packmates. She would prepare nourishing broths for the weary workers, her lunar magic subtly infusing them with a revitalizing energy. The women who had once shunned her, whispering accusations behind cupped hands, now offered her grateful smiles and shared stories of their own burdens. They saw the tireless dedication in her eyes, the genuine concern that radiated from her being, and their hearts softened. Anya, a woman who had once openly accused Lyra of being a dark omen, now sought her counsel on how to best soothe a fretful child, admitting, with a blush, that Lyra’s calming presence seemed to have a magical effect on her own notoriously colicky infant.</w:t>
      </w:r>
    </w:p>
    <w:p/>
    <w:p>
      <w:r>
        <w:br/>
        <w:t>The elders, too, began to shift their perspectives. They had been the most resistant to Lyra's presence, bound by ancient oaths and a deep-seated fear of the unknown. Yet, witnessing Gareth’s transformation and Lyra’s unwavering support, they could no longer deny the positive influence she wielded. During one council meeting, where the details of the nexus’s restoration were being debated, Elder Maeve, a woman whose word was law among the pack’s matriarchs, had turned to Lyra, her sharp gaze softening. “Your understanding of the celestial alignments is beyond our traditional teachings, Lyra,” she had stated, her voice carrying the weight of years of wisdom. “We would be wise to heed your counsel on the final placement of the central focusing crystal. Your intuition, it seems, is as potent as any ancient text.” This public acknowledgment from Maeve was a watershed moment, a clear signal that Lyra was no longer seen as an anomaly, but as an integral part of their collective strength.</w:t>
      </w:r>
    </w:p>
    <w:p/>
    <w:p>
      <w:r>
        <w:br/>
        <w:t>The sense of shared purpose extended beyond the physical restoration of the nexus. It permeated the daily lives of the pack members. Gareth, influenced by his own journey and Lyra’s example, began to foster a more inclusive environment. Pack meetings, once dominated by the gruff pronouncements of warriors and hunters, now saw space for quieter voices. He actively encouraged the sharing of concerns, the expression of fears, and the brainstorming of solutions. He spoke of his own vulnerabilities, not as weaknesses, but as the very things that allowed him to connect with his pack on a deeper level. He shared the lessons he had learned from his wolf’s transformation, emphasizing that true strength lay not in the absence of fear, but in the courage to face it, and that empathy was not a burden, but a powerful tool for unity.</w:t>
      </w:r>
    </w:p>
    <w:p/>
    <w:p>
      <w:r>
        <w:br/>
        <w:t>He also initiated new traditions, small gestures that acknowledged the importance of every member. He started designating certain days for communal meals where the focus was not on feasting and boasting, but on sharing stories and building bonds. These gatherings, often held under the soft glow of the moon, with Lyra’s gentle music weaving through the conversations, became a cherished part of pack life. They were opportunities for the hunters to share their knowledge of the wild with the younger generation, for the healers to discuss new remedies, for the elders to impart their wisdom, and for everyone to simply connect as a family.</w:t>
      </w:r>
    </w:p>
    <w:p/>
    <w:p>
      <w:r>
        <w:br/>
        <w:t>One such evening, as the scent of roasted venison mingled with the sweet fragrance of night-blooming jasmine, Gareth stood before his assembled pack. The nexus, now humming with a gentle, restorative energy, glowed faintly in the distance, a symbol of their collective achievement. “We have rebuilt what was broken,” he announced, his voice resonating with a quiet power. “But more importantly, we have rebuilt ourselves. We have learned that our strength is not found in isolation, but in our connection to one another. Lyra has shown us that vulnerability can be a source of profound power, and that true unity comes not from uniformity, but from embracing our differences and working together for a common good.” He looked at Lyra, her silver eyes reflecting the moonlight, a gentle smile gracing her lips. He saw in her not just his mate, but a reflection of the pack’s evolving spirit.</w:t>
      </w:r>
    </w:p>
    <w:p/>
    <w:p>
      <w:r>
        <w:br/>
        <w:t>The pack, once fractured by suspicion and fear, was now a cohesive unit, bound by a shared history of struggle and a hopeful vision for the future. The scars of Kaelen’s reign remained, a stark reminder of the darkness they had endured. But those scars no longer defined them. Instead, they served as etchings of resilience, testament to their capacity for healing, for adaptation, and for the enduring power of unity. The pack’s renewed strength was not just in their numbers or their fighting prowess; it was in the deep, unbreakable bonds that now tied them together, a testament to the fact that even in the face of unimaginable darkness, hope, and unity, could always prevail. The path ahead would undoubtedly hold its own challenges, but this pack, forged anew in the fires of adversity and united by shared purpose, was ready to face whatever came their way, together. The soft glow of the restored nexus was not just a beacon of healing for the land; it was a beacon for their souls, illuminating a future built on trust, understanding, and an unwavering pack spirit.</w:t>
      </w:r>
    </w:p>
    <w:p/>
    <w:p>
      <w:r>
        <w:t>The air around the nexus shimmered, thick with the residual hum of lunar energy and the scent of crushed herbs. Ella, her hands still dusted with the pale powder used in the cleansing rites, felt the familiar ache of exhaustion settle into her bones. Yet, beneath the weariness, a vibrant current pulsed, a testament to the nexus’s restored vitality. The air felt cleaner, sharper, as if a veil had been lifted not just from the land, but from their very perception. As she lowered herself onto a moss-covered stone, her gaze swept across the faces of her packmates, etched with a shared sense of accomplishment and a fragile, burgeoning hope. Gareth, his arm still bandaged but his spirit undeniably mended, offered her a warm, weary smile that reached his wolf-bright eyes. Lyra, her presence a constant, calming balm, moved among them, offering water and quiet words of encouragement.</w:t>
      </w:r>
    </w:p>
    <w:p>
      <w:r>
        <w:br/>
        <w:t>It was then, in the lull of the post-ritual quiet, as the last of the chanted syllables faded and the nexus pulsed with a soft, internal light, that it happened. Not a flash, not a deafening roar, but a subtle, insidious shift in the periphery of her senses. It was like a cold draft whispering through a sealed room, an intangible disturbance that snagged at the edges of her awareness. Ella’s breath hitched. Her vision blurred, not with tears or fatigue, but with an encroaching darkness that seemed to seep from the very core of the world. It wasn't the familiar gloom of a moonless night, nor the oppressive shadow of Kaelen’s malice. This was something ancient, something primordial, a darkness that felt as old as time itself and infinitely more terrifying.</w:t>
      </w:r>
    </w:p>
    <w:p/>
    <w:p>
      <w:r>
        <w:br/>
        <w:t>She saw, or rather, felt, an immense, formless presence stirring in a place beyond the known dimensions, a void that lay just beyond the fragile membrane of their reality. It was a void that thrummed with a power so profound, so alien, that it threatened to unravel the very fabric of her being. Images, fragmented and fleeting, flashed through her mind: obsidian tendrils reaching, not for physical conquest, but for something far more insidious – the corruption of essence, the twisting of will. She saw the Obsidian Hand, their recent adversaries, not as the architects of their own dark desires, but as pawns, unwitting instruments manipulated by a far grander, more malevolent force. Their fervor, their fanaticism, had been but a reflection of this deeper, hidden influence, a whisper in the dark amplified into a roar of misguided purpose.</w:t>
      </w:r>
    </w:p>
    <w:p/>
    <w:p>
      <w:r>
        <w:br/>
        <w:t>A chilling clarity pierced through the ephemeral terror. This was the ‘shadow beyond the shadow’ that Anya had spoken of, a prophecy Ella had barely registered amidst the immediate threats of Kaelen and the Obsidian Hand. Anya, the seer whose words often danced on the edge of madness, had warned of a darkness that lay dormant, a serpent coiled in the deepest abyss, waiting for its moment. At the time, Ella had dismissed it as the ramblings of an unbalanced mind, a desperate attempt to find meaning in their ongoing struggles. Now, the words echoed with a terrifying resonance, the vague dread of Anya’s pronouncements coalescing into a tangible, soul-chilling reality.</w:t>
      </w:r>
    </w:p>
    <w:p/>
    <w:p>
      <w:r>
        <w:br/>
        <w:t>The vision was a maelstrom of disquieting sensations. She felt the weight of countless ages, the slow, inexorable hunger of an entity that had existed long before their world had taken shape. It was a hunger not for flesh or power in the conventional sense, but for existence itself, a desire to consume and to subsume all that was light and life into its own vast, suffocating emptiness. She saw its influence like a subtle poison seeping into the cracks of their reality, a pervasive corruption that began in the unseen realms and bled outwards, twisting intentions, amplifying fears, and fueling discord. The Obsidian Hand, with their desperate attempts to wield forbidden energies, had inadvertently become conduits for this ancient power, their ambition a mere stepping stone for a far more devastating agenda.</w:t>
      </w:r>
    </w:p>
    <w:p/>
    <w:p>
      <w:r>
        <w:br/>
        <w:t>As the vision intensified, Ella felt a phantom touch, cold and slick, brush against her mind. It was not an aggressive intrusion, but a test, a probing tendril seeking weakness, seeking an anchor. She recoiled instinctively, her wolf a low growl in the back of her throat, a primal instinct screaming danger. This was no mere territorial dispute, no clash of rival packs. This was a cosmic struggle, a battle against an adversary that operated on scales incomprehensible to their mortal understanding.</w:t>
      </w:r>
    </w:p>
    <w:p/>
    <w:p>
      <w:r>
        <w:br/>
        <w:t>The ancient entity, she understood with a sickening certainty, was not bound by the laws of their world. It existed outside the cycles of life and death, a force of pure entropy, a catalyst for decay. Its influence was subtle, insidious, like a creeping mold that spread unseen until the structure it inhabited was irrevocably weakened. The Obsidian Hand’s misguided quest for power had inadvertently created an opening, a tear in the veil that allowed this ancient darkness to stir, to exert its subtle, corrupting pressure. Their rituals, their desperate attempts to tap into forces they couldn't comprehend, had been like children playing with matches in a powder keg, unaware of the colossal explosion they were inviting.</w:t>
      </w:r>
    </w:p>
    <w:p/>
    <w:p>
      <w:r>
        <w:br/>
        <w:t>The vision fractured, splintered into a thousand shards of icy dread. She saw glimpses of their own pack, their renewed unity, their hard-won peace, all vulnerable to this unseen threat. The nexus, pulsing with its restored energy, felt suddenly fragile, its light a beacon that might also attract unwanted attention. Their victory over Kaelen, their efforts in healing the land, felt insignificant, a mere skirmish in a war that had only just begun, a war they were woefully unprepared to fight. It was the chilling realization that their triumph was not an ending, but a precarious pause, a brief respite before the true storm broke.</w:t>
      </w:r>
    </w:p>
    <w:p/>
    <w:p>
      <w:r>
        <w:br/>
        <w:t>She gasped, the sound a ragged intake of breath that drew the attention of those nearby. Gareth was instantly at her side, his brow furrowed with concern. “Ella? What is it? You’re as pale as moonlight.”</w:t>
      </w:r>
    </w:p>
    <w:p/>
    <w:p>
      <w:r>
        <w:br/>
        <w:t>Ella’s hands trembled as she reached out, clutching Gareth’s arm. Her wolf was restless, pacing within her, a low, guttural whine resonating in her chest. “It’s… it’s not over,” she whispered, her voice raspy. “Kaelen was just a distraction. The Obsidian Hand… they were tools.”</w:t>
      </w:r>
    </w:p>
    <w:p/>
    <w:p>
      <w:r>
        <w:br/>
        <w:t>Lyra, sensing the shift in Ella’s energy, moved closer, her silver eyes filled with a gentle concern. “What did you see, Ella?” she asked softly, her voice a melodic murmur that seemed to weave a protective aura around them.</w:t>
      </w:r>
    </w:p>
    <w:p/>
    <w:p>
      <w:r>
        <w:br/>
        <w:t>Ella struggled to articulate the formless terror, the vast, ancient hunger she had glimpsed. “There’s something else,” she choked out, her gaze darting to the horizon, as if expecting to see the encroaching darkness materialize. “Something ancient. Beyond the veil. It’s stirring. It influenced the Obsidian Hand. It’s… waiting.” The words felt inadequate, pathetic, against the immensity of what she had experienced. How could she convey the chilling emptiness, the cold, calculating malevolence that had seeped into her very soul?</w:t>
      </w:r>
    </w:p>
    <w:p/>
    <w:p>
      <w:r>
        <w:br/>
        <w:t>Anya, who had been quietly observing from a short distance, her eyes distant as if she were still caught in some ethereal communion, slowly approached. Her gaze, usually unfocused, now held a sharp, unsettling intensity as she looked at Ella. “The shadow beyond the shadow,” Anya murmured, her voice barely audible, yet carrying a chilling weight. “I saw its tendrils reaching, even then. It feeds on discord. On fear. It seeks to unravel what is whole.”</w:t>
      </w:r>
    </w:p>
    <w:p/>
    <w:p>
      <w:r>
        <w:br/>
        <w:t>Gareth squeezed Ella’s arm, his own wolf stirring restlessly beneath his skin. He had felt it too, a subtle shift in the natural order, a disquiet that had lingered even after the nexus had been cleansed. He had attributed it to the lingering effects of Kaelen’s reign, the collective trauma of their pack. But Ella’s vision, coupled with Anya’s confirmation, painted a far more terrifying picture.</w:t>
      </w:r>
    </w:p>
    <w:p/>
    <w:p>
      <w:r>
        <w:br/>
        <w:t>“What kind of entity are we talking about?” Gareth asked, his voice low and steady, though a ripple of unease was evident in his stance. He looked from Ella to Anya, his Alpha instincts kicking in, trying to grasp the nature of this new threat.</w:t>
      </w:r>
    </w:p>
    <w:p/>
    <w:p>
      <w:r>
        <w:br/>
        <w:t xml:space="preserve">“It is… hunger,” Anya said, her eyes unfocused again, as if peering into another realm. “It is the void that yearns to consume. It does not desire territory, or power as we understand it. It desires </w:t>
      </w:r>
    </w:p>
    <w:p>
      <w:pPr>
        <w:jc w:val="left"/>
      </w:pPr>
      <w:r>
        <w:rPr>
          <w:i/>
        </w:rPr>
        <w:t>unmaking</w:t>
      </w:r>
      <w:r>
        <w:t>. It finds purchase in the cracks of existence, in the despair and the ambition of mortals.”</w:t>
      </w:r>
    </w:p>
    <w:p>
      <w:r>
        <w:br/>
        <w:t>Ella shivered, despite the warmth of the afternoon sun. The imagery was disturbingly vague, yet the implication was stark. The Obsidian Hand, with their misguided attempts to gain power, had inadvertently opened a door. They had been manipulated, their dark desires amplified and redirected by a force far older and more terrifying than they could ever comprehend. Their actions, which had seemed so significant just moments before, now felt like the flailing of a drowning man grasping at straws, oblivious to the true depth of the ocean that threatened to consume him.</w:t>
      </w:r>
    </w:p>
    <w:p/>
    <w:p>
      <w:r>
        <w:br/>
        <w:t>“So, our fight with the Obsidian Hand…” Gareth began, his voice trailing off as he looked at Ella, his eyes searching for answers.</w:t>
      </w:r>
    </w:p>
    <w:p/>
    <w:p>
      <w:r>
        <w:br/>
        <w:t>“Was merely a ripple,” Ella finished, her voice barely a whisper. “A distraction. A skirmish. The true war… it hasn't even begun.” The weight of this realization settled upon her, a crushing burden that threatened to extinguish the newfound hope that had bloomed within the pack. The nexus pulsed, its light a comforting presence, a symbol of their collective strength and resilience. But now, that light seemed fragile, a small candle against an encroaching, immeasurable darkness.</w:t>
      </w:r>
    </w:p>
    <w:p/>
    <w:p>
      <w:r>
        <w:br/>
        <w:t>Lyra, her hand resting gently on Ella’s shoulder, offered a soft, reassuring squeeze. Her lunar magic, though subtle, was a grounding force, a reminder of the light that still existed, even in the face of such profound dread. “We faced Kaelen,” Lyra said, her voice a steady melody. “We faced the Obsidian Hand. We have healed. We are stronger now than we have ever been.” There was an unwavering conviction in her tone, a belief in their capacity to endure.</w:t>
      </w:r>
    </w:p>
    <w:p/>
    <w:p>
      <w:r>
        <w:br/>
        <w:t>“But this is different,” Gareth said, his gaze fixed on the horizon. His wolf was on high alert, a primal sense of danger thrumming through his veins. He had felt the tremor of this ancient power, a deep, unsettling resonance that spoke of an adversary beyond his understanding. “This is not a creature of flesh and blood. It’s… a force.”</w:t>
      </w:r>
    </w:p>
    <w:p/>
    <w:p>
      <w:r>
        <w:br/>
        <w:t>Anya nodded slowly. “It is the entropy that lies at the heart of all things. It is the cosmic whisper that urges chaos, that seeks to unravel the threads of creation. The Obsidian Hand, in their ignorance, became its unwitting disciples. They sought to wield power, but they only amplified its call.”</w:t>
      </w:r>
    </w:p>
    <w:p/>
    <w:p>
      <w:r>
        <w:br/>
        <w:t>Ella closed her eyes, trying to push back the lingering images of the void. The scent of pine and damp earth, once so grounding, now seemed tinged with a subtle, metallic chill. The restoration of the nexus had been a monumental undertaking, a testament to their unity and their resilience. But in its renewed glow, she saw not just a symbol of their triumph, but a beacon, a shining target in a vast, dark expanse.</w:t>
      </w:r>
    </w:p>
    <w:p/>
    <w:p>
      <w:r>
        <w:br/>
        <w:t>“The ritual at the nexus,” Ella murmured, piecing together the fragments of her vision. “It didn’t just heal the land. It amplified the connection. It made our world… more visible to it.” The realization hit her with the force of a physical blow. Their victory, their act of profound healing and restoration, had inadvertently drawn the attention of something ancient and terrible.</w:t>
      </w:r>
    </w:p>
    <w:p/>
    <w:p>
      <w:r>
        <w:br/>
        <w:t>“We cannot succumb to despair,” Lyra said, her voice firm. “Fear is what it feeds upon. We have faced darkness before, and we have emerged stronger. This is a new challenge, yes, but we face it together.” She met Gareth’s gaze, a silent promise passing between them, a shared understanding of the immense responsibility that rested upon their shoulders.</w:t>
      </w:r>
    </w:p>
    <w:p/>
    <w:p>
      <w:r>
        <w:br/>
        <w:t>Gareth turned to his pack, his voice resonating with a newfound resolve, a quiet strength that spoke of a leader who had walked through fire and emerged tempered. “We have rebuilt what was broken. We have mended our spirits. And now, we must prepare. We do not know the full extent of this threat, but we know it exists. And we will not cower. We will stand together, as we always have.” He looked at Ella, a silent acknowledgment of the grim truth she had revealed. “This is not the end of our struggle. It is the beginning of a far greater one.”</w:t>
      </w:r>
    </w:p>
    <w:p/>
    <w:p>
      <w:r>
        <w:br/>
        <w:t>The restored nexus pulsed, its gentle light casting long shadows across the clearing. The air thrummed with a renewed energy, a promise of healing and renewal. Yet, beneath the surface of this hard-won peace, a chilling awareness had taken root. The victory was real, the healing profound, but the shadows were far deeper and more ancient than they had ever imagined. The whisper of the void, the promise of unmaking, now hung heavy in the air, a stark reminder that their journey had taken an unexpected and terrifying turn. The fragile hope that had begun to blossom was now intertwined with a primal dread, the glimmer of their triumph overshadowed by the looming specter of a greater, unseen war.</w:t>
      </w:r>
    </w:p>
    <w:p/>
    <w:p>
      <w:r>
        <w:br w:type="page"/>
      </w:r>
    </w:p>
    <w:p>
      <w:pPr>
        <w:spacing w:before="5040"/>
        <w:jc w:val="center"/>
      </w:pPr>
      <w:r>
        <w:rPr/>
        <w:t xml:space="preserve"> Chapter 13: Forging a Future</w:t>
      </w:r>
    </w:p>
    <w:p>
      <w:r>
        <w:t>The air, still carrying the faint, earthy aroma of the recently cleansed nexus and the lingering resonance of ancient power, felt different. It wasn’t just the palpable shift in the land’s vitality, but a subtle recalibration within the pack itself. The immediate threat of Kaelen and the insidious machinations of the Obsidian Hand had receded, leaving behind a raw, exposed vulnerability, but also an undeniable clarity. It was in this quiet aftermath, this fragile dawn of a new era, that Gareth and Lyra found themselves standing on the precipice of their own profound beginning.</w:t>
      </w:r>
    </w:p>
    <w:p>
      <w:r>
        <w:br/>
        <w:t>Gareth’s gaze, usually sharp and assessing, was softened by a tenderness that had been carefully guarded for too long. He watched Lyra, her silver eyes reflecting the nascent sunlight filtering through the canopy, her presence a beacon of calm amidst the lingering unease. The shadows of the past, the whispers of doubt that had once clouded his judgment, now felt like distant echoes, their power diminished by the undeniable truth of his heart. The fated bond, once a source of apprehension, now hummed with an exhilarating certainty, a promise of shared strength and unwavering commitment.</w:t>
      </w:r>
    </w:p>
    <w:p/>
    <w:p>
      <w:r>
        <w:br/>
        <w:t>He reached out, his hand calloused from years of leadership and combat, yet his touch was infinitely gentle as it brushed a stray strand of hair from Lyra’s cheek. “Lyra,” he began, his voice a low rumble, deeper than usual, laced with an emotion that vibrated through the very air between them. “We’ve faced storms, haven’t we? We’ve weathered darkness that would have broken lesser souls.” He paused, his thumb tracing the delicate curve of her jawline, drawing her gaze to meet his. “But through it all, you have been my constant. My anchor. My light.”</w:t>
      </w:r>
    </w:p>
    <w:p/>
    <w:p>
      <w:r>
        <w:br/>
        <w:t>Lyra’s breath hitched, a soft sound swallowed by the surrounding peace. The ache of isolation that had been her constant companion for so long began to dissolve, replaced by a warmth that spread from her chest outwards, a burgeoning blossoming of belonging. Gareth’s words, spoken with such raw honesty, struck a chord deep within her, resonating with the very core of her being. She had always known, on some primal level, that he was her fated mate. But fear, born from a lifetime of self-reliance and a deep-seated belief that she was destined to walk alone, had kept her from fully embracing that truth. Now, with the nexus restored and the pack finding its footing, those fears seemed to lose their power, their sharp edges dulled by the undeniable strength of Gareth’s devotion.</w:t>
      </w:r>
    </w:p>
    <w:p/>
    <w:p>
      <w:r>
        <w:br/>
        <w:t>“Gareth,” she whispered, her voice barely audible, yet carrying the weight of years of unspoken longing. “I… I never thought I would find this. This sense of belonging. Of being truly seen.” Her wolf, usually so reserved, stirred within her, a contented purr resonating in her chest, a mirror to the profound peace settling over her soul. She met his intense gaze, her own eyes shining with unshed tears. “You see me, Gareth. Truly. And I see you. Not just as an Alpha, but as the man who has shown me what it means to be loved, to be cherished.”</w:t>
      </w:r>
    </w:p>
    <w:p/>
    <w:p>
      <w:r>
        <w:br/>
        <w:t>A slow smile spread across Gareth’s face, a rare and beautiful sight that illuminated his features. He brought her hand to his lips, pressing a tender kiss to her knuckles, his wolf’s approval a low thrum beneath his skin. “Lyra, my mate,” he said, the words imbued with a reverence that made Lyra’s heart swell. “You are not just seen; you are cherished. You are the missing piece, the soul that complements my own. My reluctance was born of duty, of a fear of failing you. But my heart has spoken, and it speaks only of you.” He pulled her closer, his arms wrapping around her, holding her as if he would never let her go. “You are my mate. My partner. My equal in every sense of the word. I pledge my life, my loyalty, my very being to you.”</w:t>
      </w:r>
    </w:p>
    <w:p/>
    <w:p>
      <w:r>
        <w:br/>
        <w:t>The sincerity in his voice, the unwavering conviction in his eyes, dissolved the last vestiges of Lyra’s apprehension. She leaned into his embrace, her arms wrapping around his strong frame, breathing in his scent, a comforting blend of pine, earth, and something uniquely Gareth. The isolation she had carried for so long, the armor she had worn to protect herself from a world that had often felt too harsh, began to crumble. In Gareth’s arms, she felt safe. Whole. Loved. “And I pledge mine to you, Gareth,” she returned, her voice firm, infused with a newfound strength. “You are my fated mate. My protector. My love. My home.”</w:t>
      </w:r>
    </w:p>
    <w:p/>
    <w:p>
      <w:r>
        <w:br/>
        <w:t>Their declaration, spoken in the quiet sanctuary of the recovering forest, did not go unnoticed. The pack, though still processing the magnitude of the threats they had overcome and the chilling revelation of a deeper, more ancient darkness, sensed the shift. It was a palpable change, a lifting of a subtle tension that had always underscored the relationship between their Alpha and the quiet, observant Lyra. As Gareth and Lyra emerged from the embrace, their hands intertwined, their faces alight with a shared joy, a ripple of understanding and celebration spread through the assembled pack members.</w:t>
      </w:r>
    </w:p>
    <w:p/>
    <w:p>
      <w:r>
        <w:br/>
        <w:t>Ella, her exhaustion momentarily forgotten, watched them with a gentle smile. The vision she had experienced at the nexus, the terrifying glimpse of an ancient, consuming void, had been a stark reminder of the ongoing struggle. But in the face of such immense cosmic threats, the simple, profound joy of Gareth and Lyra’s union was a testament to the enduring power of love and connection. It was a beacon of hope, a symbol of renewal that the pack desperately needed.</w:t>
      </w:r>
    </w:p>
    <w:p/>
    <w:p>
      <w:r>
        <w:br/>
        <w:t>“It seems our Alpha has finally acknowledged what the rest of us have known for a long time,” Finn interjected with a grin, his wolf a pleased rumble in his chest. He nudged Elara, who was beaming at the couple.</w:t>
      </w:r>
    </w:p>
    <w:p/>
    <w:p>
      <w:r>
        <w:br/>
        <w:t>“About time, if you ask me,” Elara added with a playful nudge of her own. “We’ve all been waiting for this moment.”</w:t>
      </w:r>
    </w:p>
    <w:p/>
    <w:p>
      <w:r>
        <w:br/>
        <w:t>Gareth, his arm still securely around Lyra, met their gazes, a warm satisfaction radiating from him. “The waiting is over,” he announced, his voice clear and strong, echoing with the authority of a leader who had found his truest strength not just in his power, but in the unwavering support of his mate. “Lyra is my mate. She is my Luna. And she will lead alongside me, always.”</w:t>
      </w:r>
    </w:p>
    <w:p/>
    <w:p>
      <w:r>
        <w:br/>
        <w:t>The words settled over the pack like a blessing. Lyra, who had always carried herself with a quiet dignity, now stood taller, her silver eyes meeting the appreciative gazes of the pack members. The hesitant steps she had taken towards them in the past now felt like a confident stride, her place by Gareth’s side undeniable. This was not just a union between two individuals; it was a forging of a new path for the entire pack. Their shared strength, born from love and mutual respect, would be a vital bulwark against the encroaching shadows Anya had warned of.</w:t>
      </w:r>
    </w:p>
    <w:p/>
    <w:p>
      <w:r>
        <w:br/>
        <w:t>As the pack members began to approach, offering their congratulations and well wishes, Gareth and Lyra remained connected, a silent current of affection flowing between them. The celebration was not one of fanfare or revelry, but a quiet, heartfelt acknowledgment of a bond that had always existed, now finally, fully embraced. It was a new beginning, not just for them, but for the pack as a whole, a testament to the enduring power of unity, love, and the promise of a future forged together. The whispers of the void might linger, a chilling reminder of the battles yet to come, but for now, in the embrace of their fated bond, Gareth and Lyra stood as a testament to the light that would always persevere, even in the deepest of shadows. Their shared future, once a distant dream, now stretched before them, a vibrant tapestry woven with threads of unwavering devotion, profound connection, and the promise of a shared destiny, stronger and brighter than ever before. The pack, witnessing this profound commitment, felt a resurgence of hope, a renewed sense of purpose. They had weathered the storm, and now, they could finally begin to rebuild, not just their territory, but their lives, their spirits, and their shared future, with their Alpha and Luna leading the way, their bond a beacon of strength and resilience for all.</w:t>
      </w:r>
    </w:p>
    <w:p/>
    <w:p>
      <w:r>
        <w:t>The air, now imbued with the scent of pine and damp earth, hummed with a renewed sense of peace, a quiet settling after the tempest. Gareth’s arm remained a steadfast presence around Lyra’s shoulders, a silent vow of protection and partnership. The tentative steps they had taken towards each other, fraught with the weight of history and ingrained prejudices, had finally solidified into a confident stride. Their declaration, a simple yet profound exchange of vows, had resonated not only between them but through the very heart of the pack, a palpable shift that promised a future built on a foundation far stronger than mere dominance.</w:t>
      </w:r>
    </w:p>
    <w:p>
      <w:r>
        <w:br/>
        <w:t>Lyra found herself standing a little taller, her silver eyes, once guarded and introspective, now meeting the gazes of the pack members with an open, confident gaze. The whispers of doubt, the ingrained belief that her solitude was her only true companion, had begun to recede, replaced by the steady, reassuring presence of Gareth and the warm acceptance of those around her. She was no longer the outsider, the solitary wolf who kept her secrets close. She was Lyra, mate of Gareth, Luna of his pack, and her voice, once hesitant, now carried the quiet authority of someone who had found her place, her purpose.</w:t>
      </w:r>
    </w:p>
    <w:p/>
    <w:p>
      <w:r>
        <w:br/>
        <w:t>Gareth, his gaze rarely straying from Lyra’s face, felt a profound sense of rightness settle over him. The Alpha’s mantle, which had sometimes felt like a heavy, solitary burden, now felt shared, a weight he gladly bore alongside his mate. Her perspective, her keen intellect, and her intimate understanding of the subtle currents of magic that flowed through their land, were assets he had long recognized but had been too blind, too bound by tradition, to fully embrace. Now, with the Obsidian Hand vanquished and the ancient nexus cleansed, the path forward was clear, and it was a path they would walk together.</w:t>
      </w:r>
    </w:p>
    <w:p/>
    <w:p>
      <w:r>
        <w:br/>
        <w:t>"The storm has passed," Gareth stated, his voice resonating with a quiet power that commanded attention without needing to be overbearing. He held Lyra’s hand, his thumb stroking the back of her skin in a gesture of subtle reassurance that the pack, attuned to their Alpha’s every nuance, readily understood. "But the lessons learned are etched into our very being. We have faced darkness, and we have emerged stronger, not just as individuals, but as a unified pack." He turned his attention to Lyra, his expression softening into a tenderness that never failed to send a tremor through her. "Lyra has proven herself to be more than a capable ally; she is the heart of this pack, the wisdom that balances my strength, and the light that guides our future."</w:t>
      </w:r>
    </w:p>
    <w:p/>
    <w:p>
      <w:r>
        <w:br/>
        <w:t>A ripple of murmurs went through the assembled wolves. Finn, ever the jester, let out a low chuckle. "Took you long enough, Alpha," he quipped, his grin wide. "We've all seen it for ages. The way she sees things, the way she calms the restless spirits of this forest… and, well, the way she makes you look like a lovesick pup."</w:t>
      </w:r>
    </w:p>
    <w:p/>
    <w:p>
      <w:r>
        <w:br/>
        <w:t>Elara elbowed Finn gently, a fond smile playing on her lips. "Finn's right, Gareth. Though I wouldn't call you a pup," she added, winking at Lyra. "More like a magnificent, slightly bewildered wolf who finally found his other half."</w:t>
      </w:r>
    </w:p>
    <w:p/>
    <w:p>
      <w:r>
        <w:br/>
        <w:t>Gareth chuckled, a deep, rumbling sound that spoke of genuine amusement and contentment. "Perhaps I was bewildered," he admitted, his gaze returning to Lyra, "but never in doubt of her worth. My reluctance was a foolish adherence to old ways, a fear of what I did not fully understand. But Lyra… she has shown me that true strength lies not in clinging to the past, but in embracing the future, together." He squeezed her hand. "She will be my Luna, not by title alone, but by right. She will have a voice in all matters of the pack, and her wisdom will be our guiding star."</w:t>
      </w:r>
    </w:p>
    <w:p/>
    <w:p>
      <w:r>
        <w:br/>
        <w:t>This was not the declaration of a conquering Alpha imposing his will, but of a partner acknowledging the equal strength and value of his mate. The pack, accustomed to a more traditional hierarchy, understood the weight of Gareth's words. It was a paradigm shift, a deliberate dismantling of the old order that had often sidelined the contributions of she-wolves, especially those who did not fit the mold of the typical Luna. Lyra, with her quiet strength and her connection to the ancient magics, was indeed different, and Gareth’s embrace of her unique qualities was a testament to his growth as a leader.</w:t>
      </w:r>
    </w:p>
    <w:p/>
    <w:p>
      <w:r>
        <w:br/>
        <w:t>Lyra felt a surge of gratitude, not just for Gareth’s words, but for the genuine understanding and acceptance they evoked from the pack. She met the eyes of the elders, of the younglings, of the warriors who had once viewed her with suspicion. In their gazes, she saw not just respect for Gareth, but a growing appreciation for her. The prejudices that had once seemed insurmountable were slowly, surely, being eroded by the sheer force of their shared journey.</w:t>
      </w:r>
    </w:p>
    <w:p/>
    <w:p>
      <w:r>
        <w:br/>
        <w:t>"Your trust means more than words can express, Gareth," Lyra said, her voice clear and steady. She turned to the pack, her silver eyes sweeping across their faces. "I have always felt a deep connection to this land, to the spirits that reside within it. My path has been one of solitude, of learning to rely on myself. But I now understand that true strength, true belonging, comes from unity. I pledge to you all, as your Luna, that I will dedicate myself to the well-being of this pack. My knowledge of the ancient ways, my understanding of the magical currents, will be at your disposal. We are stronger together, and I am honored to stand beside Gareth, to lead alongside him, and to build a future where every wolf, no matter their path, feels valued and protected."</w:t>
      </w:r>
    </w:p>
    <w:p/>
    <w:p>
      <w:r>
        <w:br/>
        <w:t>Her words were met with a chorus of affirmations. The elders nodded sagely, their ancient eyes filled with a knowing wisdom. The younger wolves, eager for a new era, howled their approval, their voices a testament to their burgeoning hope. It was a moment of profound connection, a reaffirmation of the bond that tied them all together.</w:t>
      </w:r>
    </w:p>
    <w:p/>
    <w:p>
      <w:r>
        <w:br/>
        <w:t>The days that followed were a delicate dance of integration and innovation. Gareth, while retaining his role as the pack's Alpha, made conscious efforts to foster Lyra's influence. Council meetings, once a domain dominated by male voices and traditional strategies, now included Lyra’s thoughtful insights. Her understanding of the natural world, her sensitivity to the ebb and flow of magic, often provided solutions that Gareth, for all his prowess, might have overlooked.</w:t>
      </w:r>
    </w:p>
    <w:p/>
    <w:p>
      <w:r>
        <w:br/>
        <w:t>For instance, when a rare blight began to affect the berry bushes, a crucial food source for the pack's smaller prey, Gareth's initial instinct was to organize extensive hunting parties to compensate. Lyra, however, spent a day meditating near the affected area. She returned with a poultice made from specific herbs, identifying a subtle imbalance in the soil's elemental energy rather than a disease. Within weeks, the bushes began to recover, a testament to her unique connection to the land. This event, small in the grand scheme of things, became a powerful symbol for the pack: Lyra’s unconventional wisdom was not just effective, it was vital.</w:t>
      </w:r>
    </w:p>
    <w:p/>
    <w:p>
      <w:r>
        <w:br/>
        <w:t>Their home, once a quiet sanctuary for Gareth, now bloomed with a shared warmth. The scent of Lyra’s favorite herbs mingled with the comforting aroma of Gareth’s study. Their shared evenings were filled with discussions about pack matters, shared laughter over meals, and the quiet intimacy of two souls who had found their perfect complement. Gareth discovered a new depth to his nature, a gentleness he hadn't known he possessed, as he learned to navigate the complexities of Lyra’s more introverted tendencies. Lyra, in turn, blossomed under Gareth’s unwavering support, her natural assertiveness finding a healthy outlet without the fear of judgment.</w:t>
      </w:r>
    </w:p>
    <w:p/>
    <w:p>
      <w:r>
        <w:br/>
        <w:t>One evening, as twilight painted the sky in hues of orange and violet, they sat by the hearth, the firelight casting dancing shadows on their faces. Gareth held Lyra close, his hand gently stroking her hair. "Remember when you first came to us, Lyra?" he murmured, his voice thick with emotion. "You were so closed off, so guarded. I thought… I thought you would never let anyone in."</w:t>
      </w:r>
    </w:p>
    <w:p/>
    <w:p>
      <w:r>
        <w:br/>
        <w:t>Lyra leaned her head against his chest, listening to the steady rhythm of his heartbeat. "And you, Gareth," she replied softly. "You carried the weight of the pack on your shoulders, so fiercely protecting them, yet so alone in your own heart. We were both prisoners of our pasts, weren't we?"</w:t>
      </w:r>
    </w:p>
    <w:p/>
    <w:p>
      <w:r>
        <w:br/>
        <w:t>"We were," Gareth agreed, his voice a low rumble. "But we broke free. Together. You showed me that true leadership isn't about wielding power alone, but about sharing it, about trusting in the strengths of others. You taught me that vulnerability isn't weakness, but the foundation of true connection."</w:t>
      </w:r>
    </w:p>
    <w:p/>
    <w:p>
      <w:r>
        <w:br/>
        <w:t>"And you showed me that I didn't have to be alone," Lyra whispered, her voice catching. "You accepted me, not despite my differences, but because of them. You saw the wolf within me, and you loved her. You made me believe that I deserved love, that I deserved to belong."</w:t>
      </w:r>
    </w:p>
    <w:p/>
    <w:p>
      <w:r>
        <w:br/>
        <w:t>Their journey had not been a simple, unblemished path to happiness. It had been paved with doubt, with fear, with the lingering shadows of past animosities. But they had navigated those challenges with courage and an unwavering commitment to each other. Their fated bond, once a source of apprehension, had become their greatest strength, a testament to the power of overcoming adversity and embracing the profound beauty of a love that transcended all boundaries.</w:t>
      </w:r>
    </w:p>
    <w:p/>
    <w:p>
      <w:r>
        <w:br/>
        <w:t>The pack, witnessing this evolution, thrived. The unity Gareth and Lyra fostered became the bedrock of their resilience. The old prejudices, the ingrained suspicion of outsiders and those who walked different paths, began to fade, replaced by an ethos of acceptance and mutual respect. The pack’s territory, once merely a hunting ground, became a sanctuary, a place where the magic of the land and the strength of their bonds intertwined to create a haven of peace and prosperity.</w:t>
      </w:r>
    </w:p>
    <w:p/>
    <w:p>
      <w:r>
        <w:br/>
        <w:t>Their happily ever after wasn't a passive state of bliss, but an active, ongoing creation. It was in the shared laughter echoing through their home, the quiet understanding in their eyes, the collaborative decisions made for the good of the pack, and the unwavering support they offered each other. It was a future forged in the crucible of shared trials, tempered by mutual respect, and illuminated by a love that had grown not just from destiny, but from a profound, conscious choice. Gareth and Lyra, the Alpha and his Luna, stood as a living testament to the enduring power of connection, a beacon of hope for a future where all wolves, no matter their past, could find their own belonging, their own love, and their own lasting happiness. Their home was no longer just a house; it was a sanctuary, filled with the quiet hum of contentment, the promise of a shared future, and the undeniable scent of a love that had finally, truly, come home.</w:t>
      </w:r>
    </w:p>
    <w:p/>
    <w:p>
      <w:r>
        <w:t>The aftermath of the Obsidian Hand’s reign of terror had left not just their own pack reeling, but many others as well. Gareth and Lyra, having secured their immediate peace, understood that their victory was but a single stone cast into a much larger, turbulent pond. The whispers of discord and fear sown by Anya’s machinations had spread far beyond their borders, weakening the fabric of the shifter world. Now, it was time to mend those tears and weave a stronger tapestry of unity. Their first focus turned to the packs who had suffered direct collateral damage from the Obsidian Hand’s machinations, those whose territories had been ravaged or whose members had been swayed by Anya’s deceitful promises.</w:t>
      </w:r>
    </w:p>
    <w:p>
      <w:r>
        <w:br/>
        <w:t>The Moonpetal Pack, led by the stoic Alpha Kael, was among the first they sought out. Their lands, bordering a crucial nexus of ley lines, had been a constant target for the Obsidian Hand, seeking to disrupt the natural flow of magic. Gareth and Lyra arrived under a sky painted with the soft blush of dawn, a stark contrast to the somber mood that had settled over the Moonpetal territory. Kael, his wolf form a magnificent silver-grey, met them at the edge of the forest, his usual warmth overshadowed by a weariness that spoke of sleepless nights and constant vigilance.</w:t>
      </w:r>
    </w:p>
    <w:p/>
    <w:p>
      <w:r>
        <w:br/>
        <w:t>"Gareth, Lyra," Kael greeted, his voice a low growl of acknowledgment. "Your arrival is timely. The Obsidian Hand’s shadow may have receded from your lands, but its tendrils have reached us, leaving a trail of suspicion and fear."</w:t>
      </w:r>
    </w:p>
    <w:p/>
    <w:p>
      <w:r>
        <w:br/>
        <w:t>Lyra stepped forward, her presence radiating a calm authority that seemed to soothe the restless air around them. "We understand, Alpha Kael. We have come not just to offer our support, but to share what we have learned. The threat was far greater than we initially comprehended, and it is not yet fully extinguished."</w:t>
      </w:r>
    </w:p>
    <w:p/>
    <w:p>
      <w:r>
        <w:br/>
        <w:t>Gareth, his arm resting lightly on Lyra’s shoulder, met Kael’s gaze directly. "Anya’s ambition was not limited to conquering a single pack. She sought to sow discord across all shifter territories, to weaken us individually so that a far older, far more insidious darkness could emerge. The ‘shadow beyond the shadow,’ as she called it, is a true existential threat to our kind."</w:t>
      </w:r>
    </w:p>
    <w:p/>
    <w:p>
      <w:r>
        <w:br/>
        <w:t>Kael’s brow furrowed, his amber eyes narrowing. "We felt her influence, a subtle poison seeping into the minds of our younger wolves, planting seeds of distrust towards outsiders, towards those who practiced different forms of magic. We fought to contain it, but the effort has drained us."</w:t>
      </w:r>
    </w:p>
    <w:p/>
    <w:p>
      <w:r>
        <w:br/>
        <w:t>Lyra nodded, a flicker of understanding passing between her and Kael. "That is precisely why we must strengthen our alliances. Anya preyed on our isolation. She amplified old grudges and manufactured new ones. The Obsidian Hand was a tool, a visible manifestation of a deeper, more pervasive evil that thrives on division." She then recounted Anya’s prophecies, the fragmented visions she had seen, and the chilling implications of a world where shifters were not united but scattered and vulnerable. She spoke of the ancient evils that slumbered, waiting for an opportune moment to strike, and how Anya’s actions had inadvertently begun to awaken them.</w:t>
      </w:r>
    </w:p>
    <w:p/>
    <w:p>
      <w:r>
        <w:br/>
        <w:t xml:space="preserve">"Her prophecies spoke of a coming ‘cleansing,’ a time when the old ways would be purged and a new order would rise," Lyra explained, her voice carrying a weight of solemnity. "But Anya misinterpreted, or perhaps willfully twisted, the true meaning. She believed </w:t>
      </w:r>
    </w:p>
    <w:p>
      <w:pPr>
        <w:jc w:val="left"/>
      </w:pPr>
      <w:r>
        <w:rPr>
          <w:i/>
        </w:rPr>
        <w:t>she</w:t>
      </w:r>
      <w:r>
        <w:t xml:space="preserve"> was the harbinger of this new order. But the truth, as we have come to understand it, is far more dire. The ‘cleansing’ she foresaw is not a reformation, but an annihilation, a return to a primal darkness that would consume us all."</w:t>
      </w:r>
    </w:p>
    <w:p>
      <w:r>
        <w:br/>
        <w:t>Gareth elaborated, "The Obsidian Hand was a symptom, not the disease. Anya’s actions, though fueled by a twisted desire for power, were also part of a larger, more ancient pattern. She was a pawn, however willingly, in a game orchestrated by forces that have been dormant for millennia. These forces feed on fear and division. They weaken us, one pack at a time, until we are too fragmented to resist when they finally reveal themselves fully."</w:t>
      </w:r>
    </w:p>
    <w:p/>
    <w:p>
      <w:r>
        <w:br/>
        <w:t>He then spoke of the energy signatures they had detected, residual traces of dark magic that pulsed with an ancient, malevolent rhythm, far older and more potent than anything Anya had wielded. "We have reason to believe that Anya's awakening of certain dormant sites, her disruption of magical ley lines, inadvertently created pathways for this primordial darkness to stir. It is a 'shadow beyond the shadow,' a threat so profound that it dwarfs any internal conflict we might have."</w:t>
      </w:r>
    </w:p>
    <w:p/>
    <w:p>
      <w:r>
        <w:br/>
        <w:t>Kael listened intently, his initial skepticism slowly giving way to a dawning apprehension. He had always prided himself on his pack's self-sufficiency, their ability to weather any storm. But the scope of what Gareth and Lyra described was beyond anything he had ever imagined. "This… this is a grave revelation, Gareth, Lyra. The Obsidian Hand’s immediate threat was devastating enough. To know that it was a precursor to something even more terrifying… it demands our full attention."</w:t>
      </w:r>
    </w:p>
    <w:p/>
    <w:p>
      <w:r>
        <w:br/>
        <w:t>Lyra offered a reassuring smile. "And that is why we are here. Alone, each of our packs is vulnerable. Together, we can form a bulwark against this encroaching darkness. We propose a council of Alphas, a formal alliance where information is shared, resources are pooled, and a unified defense strategy can be developed. We must learn to trust each other, to see beyond our pack borders and recognize our shared destiny."</w:t>
      </w:r>
    </w:p>
    <w:p/>
    <w:p>
      <w:r>
        <w:br/>
        <w:t>Gareth’s gaze swept across the faces of Kael’s most trusted warriors, who had gathered to listen. "The time for isolation is over. Anya’s prophecies, twisted as they were, spoke of a coming change. But it is not a change that should be met with fear and division, but with strength and unity. We must become a single, cohesive force, a united front capable of defending not just our territories, but the very essence of our existence."</w:t>
      </w:r>
    </w:p>
    <w:p/>
    <w:p>
      <w:r>
        <w:br/>
        <w:t>Kael, after a long moment of contemplation, finally nodded. "Your words resonate, Gareth, Lyra. The fear you speak of is already present, a seed planted by Anya’s insidious whispers. It is time we faced it, not as isolated packs, but as a brotherhood. We will join your proposed council. We will share what knowledge we have, and we will lend our strength to your cause."</w:t>
      </w:r>
    </w:p>
    <w:p/>
    <w:p>
      <w:r>
        <w:br/>
        <w:t>This agreement was not merely a verbal accord; it was the rekindling of an ancient understanding, a recognition that their survival was intrinsically linked. The Moonpetal Pack, once wary and somewhat withdrawn, began to open their borders, sharing intel on unusual magical fluctuations and reports of strange, shadowy figures sighted near their periphery. Lyra, with her innate sensitivity to magical currents, worked with Moonpetal’s own shamans, cross-referencing their findings and piecing together a more comprehensive map of the encroaching darkness.</w:t>
      </w:r>
    </w:p>
    <w:p/>
    <w:p>
      <w:r>
        <w:br/>
        <w:t>Their next stop was the Crimson Peaks Pack, a hardy, mountain-dwelling community known for their fierce warriors and their deep respect for the old ways. Alpha Rhys, a grizzled veteran whose fur was streaked with silver, was initially more resistant. His pack had been relatively untouched by the Obsidian Hand’s direct influence, and he viewed any talk of a larger, external threat with a healthy dose of skepticism.</w:t>
      </w:r>
    </w:p>
    <w:p/>
    <w:p>
      <w:r>
        <w:br/>
        <w:t>"We have our own troubles, Gareth," Rhys stated gruffly, his voice like the grinding of stones. "The harsh winters, the territorial disputes with the encroaching human settlements. We don't have the luxury of worrying about shadows that may or may not exist."</w:t>
      </w:r>
    </w:p>
    <w:p/>
    <w:p>
      <w:r>
        <w:br/>
        <w:t>Gareth met Rhys's challenging stare with unwavering resolve. "Rhys, Anya’s influence was subtle. She didn't need to invade your territory to weaken you. She sowed discord in neighboring packs, created an atmosphere of paranoia. If one pack falls, the ripples of that collapse will eventually reach you. The Obsidian Hand was merely a physical manifestation; the true threat is a spiritual and magical one, an ancient hunger that seeks to devour everything."</w:t>
      </w:r>
    </w:p>
    <w:p/>
    <w:p>
      <w:r>
        <w:br/>
        <w:t>Lyra then stepped in, her voice calm yet firm. "Alpha Rhys, we understand your reservations. But consider this: Anya’s prophecies spoke of a ‘dark tide’ that would wash over the lands, a force that would drown all that is light. We have seen evidence of this tide, and it is far more potent than any individual pack could withstand. She also spoke of a ‘gathering of moons,’ a time when disparate forces would align. We believe this is that time, and we are the moons she foresaw."</w:t>
      </w:r>
    </w:p>
    <w:p/>
    <w:p>
      <w:r>
        <w:br/>
        <w:t>Lyra detailed her own visions, the glimpses of ancient beings stirring in the deep places of the world, their power tied to the very fabric of chaos. She spoke of the Obsidian Hand’s attempts to manipulate the elemental forces, to corrupt the earth’s natural energies, and how these actions had inadvertently weakened the seals that held these older entities at bay. "The Obsidian Hand was a distraction," she emphasized. "Anya’s ambition blinded her to the true nature of the powers she was dabbling with. She opened doors she could not close, and through those doors, something far more terrifying is beginning to stir."</w:t>
      </w:r>
    </w:p>
    <w:p/>
    <w:p>
      <w:r>
        <w:br/>
        <w:t>Rhys remained unconvinced, but Lyra, sensing his pragmatism, shifted her approach. She spoke of the economic and territorial repercussions of a large-scale shifter conflict, the potential for human intervention if shifter territories became destabilized, and the long-term consequences of unchecked dark magic. She painted a vivid picture of a world where shifter lands were consumed, their magic twisted, and their populations decimated, leaving behind nothing but desolate ruins.</w:t>
      </w:r>
    </w:p>
    <w:p/>
    <w:p>
      <w:r>
        <w:br/>
        <w:t>"Think of your young wolves, Rhys," Lyra urged, her silver eyes locking with his. "What future will they inherit if we allow these ancient evils to gain a foothold? They will not know freedom, they will not know peace. They will live in constant fear, their lives dictated by forces they cannot comprehend, forces that have no regard for life, shifter or otherwise."</w:t>
      </w:r>
    </w:p>
    <w:p/>
    <w:p>
      <w:r>
        <w:br/>
        <w:t>Gareth added, "We are not asking you to abandon your territory or your pack’s security. We are asking you to join us in building a network of vigilance, to share information, and to stand ready. When the shadow finally steps out of the shadows, we need to be united, not fighting amongst ourselves."</w:t>
      </w:r>
    </w:p>
    <w:p/>
    <w:p>
      <w:r>
        <w:br/>
        <w:t>Slowly, Rhys began to see the logic. He had witnessed firsthand the subtle erosion of trust that Anya had fostered, the way she had amplified minor disputes into simmering resentments. If such a force could achieve that on a smaller scale, what could a truly ancient, malevolent power do? He saw the earnestness in Gareth and Lyra’s eyes, the shared vision that extended far beyond their own pack's immediate concerns.</w:t>
      </w:r>
    </w:p>
    <w:p/>
    <w:p>
      <w:r>
        <w:br/>
        <w:t>"Very well," Rhys conceded, his gruffness softening. "The Crimson Peaks will stand with you. We may be a remote pack, but our claws are sharp, and our loyalty is unwavering. We will contribute our scouts, our knowledge of the treacherous mountain passes, and our warriors. We will be ready."</w:t>
      </w:r>
    </w:p>
    <w:p/>
    <w:p>
      <w:r>
        <w:br/>
        <w:t>The Crimson Peaks’ involvement was a significant boon. Their scouts, renowned for their keen eyesight and their ability to navigate the most unforgiving terrains, began to patrol the borders of neighboring territories, looking for any sign of unusual activity. They reported on strange atmospheric disturbances, areas where the natural magic of the mountains seemed to warp and distort, and the unsettling silence that would fall over otherwise vibrant forests.</w:t>
      </w:r>
    </w:p>
    <w:p/>
    <w:p>
      <w:r>
        <w:br/>
        <w:t>As news of Gareth and Lyra’s efforts spread, other packs, emboldened by the growing coalition, began to reach out. The Emerald River Pack, known for their diplomatic skills and their extensive trade networks, offered their mediation services, helping to bridge old gaps between packs that had long been estranged. The Sunstone Canyon Pack, masters of elemental magic, pledged their unique abilities to help reinforce the ancient wards that protected shifter lands, working in conjunction with Lyra to decipher and strengthen forgotten runes.</w:t>
      </w:r>
    </w:p>
    <w:p/>
    <w:p>
      <w:r>
        <w:br/>
        <w:t>During a clandestine meeting held deep within the Whispering Woods, a neutral territory that had historically been a sanctuary for such gatherings, the unified front began to truly take shape. Alphas from a dozen different packs, representing a significant portion of the shifter population, convened under the watchful gaze of ancient trees. Gareth, with Lyra at his side, addressed the assembled leaders.</w:t>
      </w:r>
    </w:p>
    <w:p/>
    <w:p>
      <w:r>
        <w:br/>
        <w:t>"We stand here today not as rivals, but as kin," Gareth proclaimed, his voice resonating with conviction. "The Obsidian Hand was a test, a harsh reminder of our vulnerability when divided. Anya’s ambition, fueled by forces beyond our immediate understanding, sought to exploit that weakness. But we have learned. We have seen the precipice, and we have chosen to step back, together."</w:t>
      </w:r>
    </w:p>
    <w:p/>
    <w:p>
      <w:r>
        <w:br/>
        <w:t>Lyra then unveiled a detailed map, not of territories, but of magical currents and potential points of vulnerability. "This is not just a map of our lands," she explained. "It is a map of our interconnectedness. The energies that flow through these mountains, these forests, these rivers – they are all part of a single, living system. If one part is corrupted, the whole system suffers. Anya’s actions disrupted these flows, creating cracks through which the ancient darkness begins to seep."</w:t>
      </w:r>
    </w:p>
    <w:p/>
    <w:p>
      <w:r>
        <w:br/>
        <w:t>She elaborated on the prophecy of the ‘shadow beyond the shadow,’ explaining how it foretold not the end of shifter kind, but a desperate struggle for survival against an entity that fed on despair and chaos. "This entity," Lyra continued, her voice barely above a whisper but carrying immense weight, "does not seek to rule as Anya did. It seeks to consume. It seeks to unravel the very fabric of existence, to return the world to a state of primal nothingness. It is the antithesis of life, of magic, of everything we hold dear."</w:t>
      </w:r>
    </w:p>
    <w:p/>
    <w:p>
      <w:r>
        <w:br/>
        <w:t>The revelation sent a shiver through the assembled wolves. The weight of their responsibility settled upon them, a palpable burden. But it was not a burden of despair; it was a burden of purpose.</w:t>
      </w:r>
    </w:p>
    <w:p/>
    <w:p>
      <w:r>
        <w:br/>
        <w:t>"We have information on sites where this darkness is manifesting," Gareth stated, pointing to specific locations on Lyra’s map. "These are ancient places, steeped in power, where the veil between worlds is thin. Anya, in her misguided quest, weakened the seals on these locations. We must reinforce them, not just with magic, but with our collective will, our unified presence."</w:t>
      </w:r>
    </w:p>
    <w:p/>
    <w:p>
      <w:r>
        <w:br/>
        <w:t>He proposed the establishment of a shared watch, with patrols from different packs monitoring these vulnerable sites. He advocated for the creation of a central repository of knowledge, where historical accounts, magical research, and intel on anomalous activity could be collected and analyzed by a unified council. He emphasized the importance of Lyra's role, not just as his mate, but as a conduit to understanding the ancient magics and the nature of the threat.</w:t>
      </w:r>
    </w:p>
    <w:p/>
    <w:p>
      <w:r>
        <w:br/>
        <w:t>"Lyra’s connection to the primal forces of nature, her understanding of the subtle energies that bind our world, is not a sign of weakness, but of profound strength," Gareth declared, his voice ringing with absolute conviction. "She sees what others cannot, she hears what others miss. Her wisdom is our greatest asset in navigating this encroaching shadow. We must not only trust her, but rely on her guidance."</w:t>
      </w:r>
    </w:p>
    <w:p/>
    <w:p>
      <w:r>
        <w:br/>
        <w:t>This endorsement, coming from Gareth, the Alpha of a pack that had recently faced down the Obsidian Hand, carried immense weight. It shattered the lingering prejudices that some packs held against Lyra, the she-wolf who walked a different path. Her own quiet strength, her demonstrable wisdom, and Gareth’s unwavering support had already begun to shift perceptions, but this formal declaration solidified her position as a key leader in the nascent alliance.</w:t>
      </w:r>
    </w:p>
    <w:p/>
    <w:p>
      <w:r>
        <w:br/>
        <w:t>The pact was solidified not with blood oaths, but with a shared understanding and a common purpose. They agreed to regular communications, to joint training exercises to hone their collective fighting prowess, and to a united front in any diplomatic overtures with human authorities, should the need arise. The threat of the ‘shadow beyond the shadow’ had, paradoxically, become the catalyst for the greatest unity the shifter world had seen in centuries.</w:t>
      </w:r>
    </w:p>
    <w:p/>
    <w:p>
      <w:r>
        <w:br/>
        <w:t>As Gareth and Lyra returned to their own pack, the air felt different. It was no longer just the scent of pine and damp earth, but the faint, hopeful aroma of a future secured not by individual strength, but by the unbreakable bonds of a united people. They had faced the immediate storm, but they had also looked beyond its horizon, to the brewing tempest of an ancient evil, and they had begun to forge the tools to weather it, together. Their vision, their shared bond, and their commitment to each other had become the bedrock upon which a new era of shifter unity was being built, a testament to the fact that even in the face of overwhelming darkness, hope could bloom from the fertile ground of cooperation and trust. The alliances they forged were more than just strategic partnerships; they were a living embodiment of their belief that together, they were stronger, more resilient, and ultimately, more capable of facing whatever shadows lay ahead.</w:t>
      </w:r>
    </w:p>
    <w:p/>
    <w:p>
      <w:r>
        <w:t>The dust of the Obsidian Hand’s reign had settled, but the scent of fear and uncertainty still clung to the air within the pack’s territory. Lyra moved through the familiar paths, no longer a newcomer, but a cornerstone. The whispers that had once followed her – whispers of suspicion regarding her unusual abilities, her deep connection to ancient magic, and her status as an outsider – had faded, replaced by murmurs of respect and reliance. Gareth’s unwavering trust had been the initial seed, but it was her own actions, her unwavering commitment to the pack, that had truly cultivated her belonging. She was no longer merely Gareth’s mate; she was Lyra, a vital part of the pack’s heart and soul.</w:t>
      </w:r>
    </w:p>
    <w:p>
      <w:r>
        <w:br/>
        <w:t>Her new role had solidified in the wake of Anya’s defeat. While Gareth and the other Alphas focused on the macro-level politics of inter-pack alliances and the looming threat of the ‘shadow beyond the shadow,’ Lyra found her calling in the microcosm of their own pack. She saw the lingering trauma, the quiet anxieties that festered in the hearts of shifters who had lived through the Obsidian Hand’s brutality. They needed more than just protection; they needed healing, guidance, and a renewed sense of purpose.</w:t>
      </w:r>
    </w:p>
    <w:p/>
    <w:p>
      <w:r>
        <w:br/>
        <w:t>One of her primary initiatives involved establishing a more robust healing sanctuary within the pack’s territory. The old infirmary, while functional, was basic. Lyra envisioned something more. She envisioned a space where the pack’s natural healers, those with a gift for mending bones and soothing fevers, could work in tandem with her own unique abilities. Her knowledge of ancient herbs, forgotten poultices, and the subtle flows of life-force energy allowed her to accelerate healing processes in ways that astounded even the most seasoned healers. She spent countless hours poring over ancient texts, cross-referencing them with the properties of local flora, and conducting experimental treatments on minor injuries – always with the consent and watchful eyes of the pack’s healers.</w:t>
      </w:r>
    </w:p>
    <w:p/>
    <w:p>
      <w:r>
        <w:br/>
        <w:t>“The willow bark, for inflammation,” Elara, the pack’s senior healer, would say, her hands deftly preparing a compress. “But perhaps, Lyra, a touch of this ground moonpetal root? I’ve found it amplifies its effect, though I confess I don’t understand the ‘how’ of it.”</w:t>
      </w:r>
    </w:p>
    <w:p/>
    <w:p>
      <w:r>
        <w:br/>
        <w:t>Lyra would smile, her fingers tracing the faint, shimmering lines of energy around Elara’s hands. “The moonpetal holds a resonance with the earth’s deeper currents, Elara. It speaks to the very essence of repair. When combined with the willow’s grounding properties, it creates a symphony of healing. Think of it not as amplification, but as harmony.” She would then guide Elara’s hands, showing her how to infuse the poultice with a gentle wave of her own energy, a subtle warmth that seemed to knit the fibers of Elara’s understanding. The results were undeniable. Wounds that would have taken weeks to close were mending in days. Broken bones knitted with remarkable speed and strength. Even the psychological scars, the nightmares and the lingering fear, began to recede as the pack’s physical well-being improved.</w:t>
      </w:r>
    </w:p>
    <w:p/>
    <w:p>
      <w:r>
        <w:br/>
        <w:t>Beyond the physical realm, Lyra also recognized the urgent need to educate the younger generation. The Obsidian Hand had preyed on ignorance and fear, twisting narratives and exploiting vulnerabilities. Lyra believed that knowledge was the pack’s first and strongest line of defense. She began by establishing informal storytelling sessions around the communal fire pit, not just recounting tales of bravery and pack history, but weaving in lessons about their heritage, the sacredness of their connection to nature, and the nuanced dangers that lay beyond their immediate sight.</w:t>
      </w:r>
    </w:p>
    <w:p/>
    <w:p>
      <w:r>
        <w:br/>
        <w:t>“The Great Bear, he taught us patience,” she would begin, her voice soft but commanding, captivating the circle of young wolf pups and adolescent shifters. “He taught us that true strength is not always in the swift attack, but in the enduring spirit. He teaches us to observe, to understand the rhythm of the seasons, the whispers of the wind. And he warns us, too, of the deep slumber, the ancient things that lie beneath the surface of the world, things that hunger for imbalance.”</w:t>
      </w:r>
    </w:p>
    <w:p/>
    <w:p>
      <w:r>
        <w:br/>
        <w:t>She didn’t shy away from the darker truths. Anya’s rise and fall, the insidious nature of the Obsidian Hand, and the chilling implications of the ‘shadow beyond the shadow’ were all explained in age-appropriate terms. She used metaphors they could grasp: Anya as a blight that sought to choke a healthy tree, the Obsidian Hand as a pack of wolves driven by a madness that threatened to consume their own, and the larger threat as a creeping frost that sought to freeze the very lifeblood of the forest. Her explanations were always grounded in practical wisdom and a deep respect for the natural world, reinforcing the pack’s inherent connection to it.</w:t>
      </w:r>
    </w:p>
    <w:p/>
    <w:p>
      <w:r>
        <w:br/>
        <w:t>“Your wolf form,” she explained to a group of restless adolescents, their adolescent energy practically vibrating off them, “is not just a tool for hunting or defense. It is a manifestation of the primal spirit, a direct link to the wild heart of the world. When you run, feel the earth beneath your paws. When you howl, feel the song of your ancestors in your throat. When you scent the wind, listen to the stories it carries. These are the ancient languages of our kind, languages that Anya sought to silence, but that we must now reclaim.”</w:t>
      </w:r>
    </w:p>
    <w:p/>
    <w:p>
      <w:r>
        <w:br/>
        <w:t>She introduced them to the concept of ‘ley lines,’ not as abstract magical conduits, but as the veins of their world, pulsing with life. She showed them how to sense these subtle energies, how to draw strength from them, and, crucially, how to recognize when they were being corrupted or disrupted. She organized short treks into the surrounding forests, not for hunting practice, but for observation and connection. They learned to identify the plants that held protective energies, the trees that acted as natural wards, and the subtle signs of unnatural disturbances that spoke of external malevolent influence.</w:t>
      </w:r>
    </w:p>
    <w:p/>
    <w:p>
      <w:r>
        <w:br/>
        <w:t>Her initiatives weren't always met with immediate understanding. Some of the older, more traditional wolves, while respecting Lyra, harbored a natural skepticism towards what they perceived as ‘newfangled’ ideas. They were accustomed to the old ways, the proven methods that had kept them safe for generations.</w:t>
      </w:r>
    </w:p>
    <w:p/>
    <w:p>
      <w:r>
        <w:br/>
        <w:t>“Respecting the land is one thing, Lyra,” grumbled old Silas, a grizzled warrior with scars etched deep into his fur. “But teaching the pups to ‘feel the veins of the earth’? It sounds like the fanciful notions that drew Anya’s attention in the first place. We need strength, not… sentimentality.”</w:t>
      </w:r>
    </w:p>
    <w:p/>
    <w:p>
      <w:r>
        <w:br/>
        <w:t>Lyra met Silas’s gruff gaze with a calm, steady one. “Silas, the Obsidian Hand was a manifestation of brute force, of power wielded without wisdom. Anya’s magic, though potent, was ultimately self-destructive because it was divorced from understanding and respect. True strength, the strength that endures, comes from understanding our place in the world, from living in harmony with it, not in opposition to it. These ‘fanciful notions,’ as you call them, are the ancient wisdom that protected our ancestors long before brute force became the favored currency. By reconnecting with these energies, we are not becoming weaker; we are rediscovering the deep, inherent resilience of our kind.”</w:t>
      </w:r>
    </w:p>
    <w:p/>
    <w:p>
      <w:r>
        <w:br/>
        <w:t>She then demonstrated. She led Silas and a few of his most dubious companions to a section of the forest where a patch of normally vibrant moss had begun to wither, its color leached away. “See this?” Lyra said, kneeling beside the dying flora. “The earth here feels… heavy. Stagnant. Something is draining its vitality.” She then placed her hands on the ground, closing her eyes. A faint, almost imperceptible glow emanated from her palms as she gently coaxed the dormant life force within the soil. She then instructed Silas to place his hand over hers.</w:t>
      </w:r>
    </w:p>
    <w:p/>
    <w:p>
      <w:r>
        <w:br/>
        <w:t>Hesitantly, Silas complied. At first, he felt nothing but the damp earth. Then, a faint warmth, a subtle thrumming, began to resonate beneath his skin. It was a sensation unlike any he had experienced before, a quiet song of life that he had never consciously acknowledged. As Lyra shifted her energy, guiding him, Silas felt the stagnant heaviness begin to recede, replaced by a subtle, revitalizing flow. The withered moss seemed to sigh, its color deepening ever so slightly.</w:t>
      </w:r>
    </w:p>
    <w:p/>
    <w:p>
      <w:r>
        <w:br/>
        <w:t>“This,” Lyra said, her voice a gentle affirmation, “is the harmony. This is the strength that comes from understanding. It’s not about brute force, Silas. It’s about the resilience of life itself, and our connection to it. When we understand these flows, we can not only heal our land, but we can also sense and counteract the forces that seek to corrupt them.”</w:t>
      </w:r>
    </w:p>
    <w:p/>
    <w:p>
      <w:r>
        <w:br/>
        <w:t>Silas remained silent for a long moment, his brow furrowed in thought. The gruffness in his eyes softened, replaced by a flicker of something akin to wonder. He had always relied on his senses, his strength, his instincts. But Lyra had shown him a deeper layer of perception, a subtle language of the world that had been spoken all around him, unheard. “Perhaps,” he conceded, his voice rougher than usual, “there is more to this than I understood.”</w:t>
      </w:r>
    </w:p>
    <w:p/>
    <w:p>
      <w:r>
        <w:br/>
        <w:t>This quiet victory, and many others like it, cemented Lyra’s place within the pack. She wasn't just an advisor; she was a teacher, a healer, and a protector of their heritage. She actively participated in council meetings, her insights into ancient lore and magical patterns often providing the missing pieces to complex puzzles that Gareth and the other Alphas wrestled with. When discussions turned to the encroaching ‘shadow beyond the shadow,’ Lyra’s unique perspective was invaluable. She could decipher the cryptic warnings in ancient prophecies, identify the resonance of dormant evil in certain locations, and articulate the subtle shifts in magical equilibrium that preceded greater threats.</w:t>
      </w:r>
    </w:p>
    <w:p/>
    <w:p>
      <w:r>
        <w:br/>
        <w:t>Her role was not always overtly heroic in the way of combat or grand pronouncements. It was a quieter, more foundational strength. It was in the patient hours spent teaching a young wolf pup how to listen to the rustling leaves, in the gentle touch that eased a warrior’s pain, in the quiet wisdom shared during late-night discussions with Gareth, where she helped him navigate the spiritual and emotional toll of leadership. She was the anchor that ensured the pack’s foundations remained strong, even as they prepared to face an existential storm.</w:t>
      </w:r>
    </w:p>
    <w:p/>
    <w:p>
      <w:r>
        <w:br/>
        <w:t>She even found ways to integrate her unique abilities with the pack’s existing defense strategies. Recognizing that the ‘shadow beyond the shadow’ thrived on fear and isolation, Lyra began to organize small, highly specialized patrols composed of wolves with exceptional sensory abilities – those with the keenest hearing, the sharpest eyesight, and the most sensitive noses. These patrols, under her guidance, were trained to detect not just physical threats, but subtle shifts in the environment, unusual concentrations of negative energy, and the faint, chilling scent of primal darkness. They acted as an early warning system, a network of sensitive tendrils reaching out into the surrounding lands, reporting directly to Lyra, who could then analyze the information and advise Gareth on appropriate responses.</w:t>
      </w:r>
    </w:p>
    <w:p/>
    <w:p>
      <w:r>
        <w:br/>
        <w:t>“The silence is the first indicator,” she explained to a group of these scouts, her voice low and intense. “Not the natural quiet of a peaceful forest, but a suffocating, unnatural silence. It’s a void where the natural sounds of life – the birdsong, the rustling undergrowth, the hum of insects – have been abruptly extinguished. It’s a void that the darkness fills, a space it prepares for its insidious work. Learn to recognize that silence. It is the herald of its approach.”</w:t>
      </w:r>
    </w:p>
    <w:p/>
    <w:p>
      <w:r>
        <w:br/>
        <w:t>Lyra’s journey within the pack was a testament to the evolving nature of strength. It was no longer solely defined by brute force or territorial dominance, but by knowledge, wisdom, healing, and an understanding of the interconnectedness of all things. She had found her place, not by conforming to expectations, but by embracing her unique gifts and weaving them into the very fabric of the pack’s existence. She was the keeper of ancient lore, the gentle healer, the insightful advisor, and the vigilant guardian of their heritage. And in doing so, she had not only secured her belonging but had also helped forge a future for the pack, a future built on a foundation of shared knowledge, profound healing, and unwavering unity, ready to face whatever shadows might dare to emerge. Her influence permeated every aspect of pack life, a quiet, steady force that ensured they were not just surviving, but thriving, preparing themselves not just for battle, but for enduring peace.</w:t>
      </w:r>
    </w:p>
    <w:p/>
    <w:p>
      <w:r>
        <w:t>The scent of pine and damp earth was a balm to Lyra’s senses, a familiar perfume that spoke of home and safety. Yet, beneath its comforting embrace, a subtle tension coiled, a silent hum that resonated in the very marrow of her bones. The dust had indeed settled, the immediate threat of the Obsidian Hand neutralized, but the echoes of their brutality lingered like a phantom ache. Anya’s reign of terror, though ended, had ripped open old wounds and exposed vulnerabilities that the pack was still working to mend. And then there was the shadow Anya had hinted at, the ‘shadow beyond the shadow,’ a creeping dread that Gareth and Lyra spoke of in hushed tones, a nameless terror that felt more ancient and far more pervasive than anything they had faced before.</w:t>
      </w:r>
    </w:p>
    <w:p>
      <w:r>
        <w:br/>
        <w:t>Gareth stood beside her at the edge of the territory, his presence a solid anchor against the subtle disquiet. His wolf, usually a creature of boundless energy and territorial pride, mirrored the muted alertness in his human form. His gaze swept across the familiar expanse of trees and winding paths, his senses, honed by years of leadership and constant vigilance, drinking in the subtle nuances of their surroundings. “It feels quiet,” he murmured, his voice a low rumble against the backdrop of the rustling leaves. “Too quiet, perhaps.”</w:t>
      </w:r>
    </w:p>
    <w:p/>
    <w:p>
      <w:r>
        <w:br/>
        <w:t>Lyra leaned into his side, her hand finding his. His skin was warm, a stark contrast to the cool breeze that swept through the canopy. “Quiet can be a blessing, Gareth,” she replied, her voice softer. “After the storm, the stillness is welcome.”</w:t>
      </w:r>
    </w:p>
    <w:p/>
    <w:p>
      <w:r>
        <w:br/>
        <w:t>“But is it true stillness?” he countered, his thumb brushing lightly over her knuckles. “Or the quiet of a predator holding its breath before the pounce? Anya’s defeat was a victory, Lyra, a monumental one. But the forces she served, the void she hinted at… they are not so easily vanquished. They are patient. They are insidious.” He turned to her then, his wolf eyes, flecked with amber, holding a depth of concern that mirrored her own. “We rebuilt, we healed, we educated. We have strengthened our defenses and our understanding. But have we done enough? Are we truly ready for what might come next?”</w:t>
      </w:r>
    </w:p>
    <w:p/>
    <w:p>
      <w:r>
        <w:br/>
        <w:t>Lyra squeezed his hand, a silent reassurance. She understood his anxieties. Their shared victory, their hard-won peace, felt fragile, a delicate bloom in a world still teeming with thorns. Anya’s madness had been a terrifying force, a chaotic storm that had threatened to tear their world apart. But the true danger, the one that lingered in the periphery of their awareness, was something far more ancient and unsettling. It was a darkness that seemed to seep from the very foundations of existence, a primal emptiness that sought to consume all light and life. Lyra had felt its tendrils brushing against her mind, cold and alien, even in the wake of Anya’s downfall. It was a presence that understood the delicate balance of the world and sought to shatter it.</w:t>
      </w:r>
    </w:p>
    <w:p/>
    <w:p>
      <w:r>
        <w:br/>
        <w:t>“We have done all we can, Gareth,” she said, her voice steady. “We have fortified our pack, not just with walls of stone and sharpened teeth, but with knowledge, with resilience, with a deeper understanding of ourselves and the world around us. We have reconnected with the ancient energies, the lifeblood of this land. We have taught our young to listen, to observe, to feel the subtle shifts. These are not the preparations of a pack that is easily broken.”</w:t>
      </w:r>
    </w:p>
    <w:p/>
    <w:p>
      <w:r>
        <w:br/>
        <w:t>He nodded, a slow, thoughtful movement. “I know. And I trust your instincts, Lyra. You have a way of seeing what others miss, of sensing the currents beneath the surface. It’s why I value your counsel, why I rely on your strength.” He paused, his gaze drifting back towards the vast expanse of their territory, then further, towards the unexplored territories beyond. “But the world has changed. The old ways of absolute security are gone. The Obsidian Hand was a brutal lesson, but Anya… Anya showed us a glimpse of something far more terrifying. A hunger that exists beyond simple territorial disputes or power grabs.”</w:t>
      </w:r>
    </w:p>
    <w:p/>
    <w:p>
      <w:r>
        <w:br/>
        <w:t>Lyra felt a shiver, not of cold, but of deep-seated unease. She had felt it too. Anya, in her mad pursuit of power, had been a conduit, a gateway for something ancient and malevolent. The raw, untamed magic she had wielded had been tinged with a chilling emptiness, a void that spoke of a hunger that transcended mortal desires. It was the ‘shadow beyond the shadow’ that had whispered to Lyra in her darkest moments, a whisper that now seemed to echo in the very stillness of their forest.</w:t>
      </w:r>
    </w:p>
    <w:p/>
    <w:p>
      <w:r>
        <w:br/>
        <w:t>“The fight for survival is not over,” she agreed, her voice barely a whisper. “It has merely evolved. Anya sought to dominate, to control. This… this other entity… it seeks to unravel. To erase. Our strength lies not just in our ability to defend, but in our ability to endure, to adapt, and to protect the light that still burns within us.”</w:t>
      </w:r>
    </w:p>
    <w:p/>
    <w:p>
      <w:r>
        <w:br/>
        <w:t>They continued their walk, the silence between them comfortable yet charged with unspoken anxieties. The pack was thriving, its members engaged in the vibrant tapestry of rebuilding and community. Pups tumbled and yipped in playful skirmishes, their youthful energy a stark contrast to the lingering shadows of war. Healers tended to the residual injuries and the psychological scars, their work a testament to Lyra’s influence and the pack’s commitment to recovery. Council meetings were lively, filled with discussions of new infrastructure, trade alliances with neighboring packs who had also felt the sting of the Obsidian Hand, and the ongoing training initiatives Lyra had championed. Yet, for Lyra and Gareth, every whispered rumor from the fringes of their territory, every unusual pattern in the migratory routes of birds, every unsettling dream that swept through the pack, was a potential signal, a warning that the peace they so cherished was a fragile thing.</w:t>
      </w:r>
    </w:p>
    <w:p/>
    <w:p>
      <w:r>
        <w:br/>
        <w:t>Lyra’s own connection to the ancient magic had deepened during the upheaval. The raw power that Anya had attempted to corrupt and control had, for Lyra, become a source of profound understanding. She could feel the pulse of the earth more acutely, the subtle vibrations of life force that flowed through the trees, the rivers, and the very air they breathed. This heightened awareness, while a gift, also made her acutely sensitive to the discordant notes in the symphony of nature, the subtle disruptions that hinted at something unnatural at play. She often found herself tracing the subtle lines of corruption that Anya’s influence had left on the land, faint scars that were slowly healing, but that still held a resonance of the darkness that had been.</w:t>
      </w:r>
    </w:p>
    <w:p/>
    <w:p>
      <w:r>
        <w:br/>
        <w:t>“The forest floor here,” Lyra said, stopping to run her hand over a patch of moss that seemed unnaturally dull, its vibrant green muted to a sickly hue. “It feels… drained. As if something has leached the life from it.”</w:t>
      </w:r>
    </w:p>
    <w:p/>
    <w:p>
      <w:r>
        <w:br/>
        <w:t>Gareth knelt beside her, his keen senses immediately picking up on the subtle difference in the air. “You’re right. There’s a faint chill, even though the sun is warm. It’s not natural.” He looked at her, his amber eyes searching. “Can you sense what it is?”</w:t>
      </w:r>
    </w:p>
    <w:p/>
    <w:p>
      <w:r>
        <w:br/>
        <w:t>Lyra closed her eyes, focusing her energy. She reached out with her mind, extending her senses beyond the physical. The draining sensation intensified, a cold tendril coiling around her awareness. It wasn't a violent assault, but a slow, insidious siphon, a parasitic drain that felt ancient and profoundly hungry. It spoke of a different kind of threat, one that didn’t necessarily manifest in brute force, but in a slow, systemic decay. “It’s… a void,” she whispered, her brow furrowed. “Not an active malice, not a direct attack, but an emptiness that consumes. Like a wound that festers, slowly bleeding out the life around it.”</w:t>
      </w:r>
    </w:p>
    <w:p/>
    <w:p>
      <w:r>
        <w:br/>
        <w:t xml:space="preserve">“Anya spoke of ‘the slow decay’ when she was raving,” Gareth recalled, his voice grim. “She said that some things didn’t need to be fought, only outlasted. That some darkness simply </w:t>
      </w:r>
    </w:p>
    <w:p>
      <w:pPr>
        <w:jc w:val="left"/>
      </w:pPr>
      <w:r>
        <w:rPr>
          <w:i/>
        </w:rPr>
        <w:t>was</w:t>
      </w:r>
      <w:r>
        <w:t>, and it spread by its own nature.”</w:t>
      </w:r>
    </w:p>
    <w:p>
      <w:r>
        <w:br/>
        <w:t>“This feels like that,” Lyra confirmed, standing up and brushing the lingering chill from her hands. “It’s not a creature that hunts, but a presence that drains. And it seems to be drawn to places where the natural energies are already weakened or disturbed.” She looked around, her gaze sweeping over the seemingly idyllic forest. “We need to monitor these areas. We need to understand how widespread this is, and if it’s truly a sign of that greater entity Anya alluded to.”</w:t>
      </w:r>
    </w:p>
    <w:p/>
    <w:p>
      <w:r>
        <w:br/>
        <w:t>Gareth’s hand found hers again, his grip firm. “We will. Our scouts are already trained to look for such anomalies. Your initiatives have given us eyes and ears we never had before. We’ll expand their patrols, focus their attention on these ‘drained’ areas. And we’ll continue to reinforce the natural energies of the land. If this darkness feeds on weakness, then our strength will be its greatest deterrent.”</w:t>
      </w:r>
    </w:p>
    <w:p/>
    <w:p>
      <w:r>
        <w:br/>
        <w:t>The responsibility weighed heavily on both of them. They had fought for their pack, for their love, for a future they believed they had earned. But the victory had opened a door to a reality far more complex and perilous than they had imagined. Their HEA, their happily ever after, was not a destination, but a constant, vigilant effort. It was built on the foundation of their love, a bond that had weathered storms and emerged stronger, but it was also built on the understanding that their peace was a prize that needed continuous defense.</w:t>
      </w:r>
    </w:p>
    <w:p/>
    <w:p>
      <w:r>
        <w:br/>
        <w:t>Lyra looked at Gareth, at the strength and determination etched in his features, the unwavering loyalty in his gaze. He was not just her mate; he was her partner in this endeavor, her anchor in the swirling currents of uncertainty. “We will face it together,” she stated, her voice laced with conviction. “Whatever comes, we will face it. Our pack is strong, Gareth. Stronger than it has ever been. And our love… our love is a shield. It is a beacon.”</w:t>
      </w:r>
    </w:p>
    <w:p/>
    <w:p>
      <w:r>
        <w:br/>
        <w:t>He met her gaze, a flicker of warmth dispelling the grimness. He pulled her closer, his arms wrapping around her. “A beacon indeed,” he murmured, pressing a kiss to her forehead. “And you, my Lyra, are its light.”</w:t>
      </w:r>
    </w:p>
    <w:p/>
    <w:p>
      <w:r>
        <w:br/>
        <w:t>As they stood there, a silent promise passing between them, the forest seemed to exhale around them. The sunlight filtered through the leaves, dappling the ground in a familiar, comforting pattern. The scent of pine and damp earth filled their lungs. It was a moment of peace, a breath held in the midst of an ongoing struggle. They knew the fight for survival was far from over. The world had changed, irrevocably so. The shadow of the Obsidian Hand had receded, but the looming threat of the greater entity Anya had foretold cast a long, chilling shadow. Gareth and Lyra were acutely aware that their HEA was built upon a precarious foundation, a delicate balance that required constant vigilance. They were ready, though. Their love and their bond, forged in fire and tempered by loss, served as both their solace and their unwavering reminder of the immense responsibility they now shared for the safety and future of all shifters. They would continue to rebuild, to heal, to educate, and to stand as guardians against the encroaching darkness, their united strength a testament to the enduring power of love and courage in the face of an uncertain dawn. The danger still lingered, a palpable presence just beyond the edge of their perception, but so did hope, and the unyielding will to protect the light.</w:t>
      </w:r>
    </w:p>
    <w:p/>
    <w:p>
      <w:r>
        <w:br w:type="page"/>
      </w:r>
    </w:p>
    <w:p>
      <w:pPr>
        <w:spacing w:before="5040"/>
        <w:jc w:val="center"/>
      </w:pPr>
      <w:r>
        <w:rPr/>
        <w:t xml:space="preserve"> Chapter 14: Shadows of the Past</w:t>
      </w:r>
    </w:p>
    <w:p>
      <w:r>
        <w:t>The scent of ancient parchment, dry and brittle as autumn leaves, filled the air of the hidden archive. Lyra ran a reverent hand over a scroll secured within a protective crystal casing, its surface etched with symbols that shimmered with a faint, internal light. Gareth stood beside her, his presence a solid comfort in the hushed solemnity of the chamber, his gaze also fixed on the trove of knowledge they had painstakingly unearthed. Anya’s cryptic pronouncements, her descent into madness, had been a terrifying catalyst, but they had also inadvertently pointed Lyra and Gareth towards a deeper, more ancient truth. The “shadow beyond the shadow” was not merely a metaphor for a more powerful enemy, but a literal echo of a forgotten age.</w:t>
      </w:r>
    </w:p>
    <w:p>
      <w:r>
        <w:br/>
        <w:t>“These texts,” Lyra murmured, her voice barely a whisper, “they speak of a time before the Great Binding, before the moon’s ascendance as the primary celestial guide for shifters. A time of primordial chaos.” She traced a spiraling symbol on the scroll, a pattern that seemed to writhe and shift as she looked at it. “The legends call it ‘The Unmaking.’ Not a force of creation, but of utter negation.”</w:t>
      </w:r>
    </w:p>
    <w:p/>
    <w:p>
      <w:r>
        <w:br/>
        <w:t>Gareth’s wolf stirred within him, a primal unease prickling at his senses. He could feel the ancient dread emanating from these words, a visceral reaction to the concept of existence itself being unraveled. “The Unmaking,” he repeated, the words tasting like ash. “Anya’s ravings… she mentioned a ‘devouring void,’ a hunger that couldn’t be satiated. This is what she was tapping into, isn’t it? Not a mere power, but a fundamental absence.”</w:t>
      </w:r>
    </w:p>
    <w:p/>
    <w:p>
      <w:r>
        <w:br/>
        <w:t>Lyra nodded, her eyes wide with a dawning horror. “It seems so. The Obsidian Hand sought to control and dominate. They understood the established order, however twistedly. But this… this entity, it seeks to dismantle that order entirely. To return everything to a state of primal nothingness.” She carefully unrolled a fragment of a vellum manuscript, its edges frayed and its surface covered in a script that was both familiar and alien. “This passage describes it as a ‘formless dread,’ a ‘hunger that precedes hunger,’ existing in the liminal spaces between breaths, between heartbeats.”</w:t>
      </w:r>
    </w:p>
    <w:p/>
    <w:p>
      <w:r>
        <w:br/>
        <w:t>They spent hours poring over the scrolls and tablets, piecing together the fragmented narrative. The lore was not contained in a single, cohesive volume, but scattered across disparate texts, hidden within apocryphal tales and whispered prophecies. Lyra’s connection to the natural world, her innate sensitivity to the flow of life force, allowed her to discern subtle nuances in the ancient writings that Gareth, for all his sharp intellect and keen senses, might have missed. She could feel the resonance of the texts, the faint psychic echoes of those who had penned them, their fear and their desperate warnings.</w:t>
      </w:r>
    </w:p>
    <w:p/>
    <w:p>
      <w:r>
        <w:br/>
        <w:t>One particularly disturbing fragment, written on what appeared to be cured hide, spoke of the ‘Whispers of the Void.’ It described how the Unmaking did not attack with claws or teeth, but with a seductive emptiness, a subtle erosion of will and purpose. It offered oblivion as a release from the burdens of existence, a tempting solace that chipped away at the very essence of what it meant to be alive, to be a shifter. Lyra shivered, not from the cool air of the archive, but from the chilling implications. This was not a battle of strength or strategy, but a war for the soul, for the very concept of sentience.</w:t>
      </w:r>
    </w:p>
    <w:p/>
    <w:p>
      <w:r>
        <w:br/>
        <w:t>“It says here,” Gareth pointed to a line of faded glyphs, “that the Unmaking was sealed away not by force, but by a great act of collective will, a binding ritual woven from the first bonds of pack and kin. It was a shield of unity and purpose, forged when the world was young and its inhabitants were newly aware of their shared existence.”</w:t>
      </w:r>
    </w:p>
    <w:p/>
    <w:p>
      <w:r>
        <w:br/>
        <w:t>“A binding woven from life itself,” Lyra breathed, understanding dawning. “And Anya, by seeking to break the established order, by inviting chaos, inadvertently weakened that ancient seal. Her actions were not just a threat to our current world, but to the very foundations of reality that protected us from this primordial darkness.”</w:t>
      </w:r>
    </w:p>
    <w:p/>
    <w:p>
      <w:r>
        <w:br/>
        <w:t>The weight of this revelation settled upon them, a crushing burden. Anya, in her misguided quest for ultimate power, had become an unwitting pawn, a destabilizing force that had cracked the dam holding back an unimaginable flood of nothingness. The Obsidian Hand, for all its terror, now seemed almost… mundane in comparison. They had sought to impose their will upon the existing order; the Unmaking sought to erase it.</w:t>
      </w:r>
    </w:p>
    <w:p/>
    <w:p>
      <w:r>
        <w:br/>
        <w:t>Their research led them to the oldest members of their community, elders who remembered the oral traditions passed down through generations, whispers of tales that predated even the establishment of their current pack territories. They sought out Elder Maeve, a centenarian whose eyes held the wisdom of centuries, and Kaelen, a recluse who dwelled in the highest peaks, his connection to the ancient spirits of the mountains legendary.</w:t>
      </w:r>
    </w:p>
    <w:p/>
    <w:p>
      <w:r>
        <w:br/>
        <w:t>Elder Maeve, her voice thin and reedy like the wind through ancient boughs, spoke of the ‘Great Silence’ that preceded the world as they knew it. “Before the moon found her voice in the hearts of our ancestors,” she rasped, her gnarled fingers tracing patterns in the air, “there was a stillness that was not peace, but an absence. A hunger that was not for flesh, but for being. The world was a nascent dream, and the Unmaking was the shadow that threatened to pull it back into nothingness.” She looked at Lyra, her gaze sharp despite her age. “The old ones, they sang songs of unity, of life’s vibrant song. They wove their spirits together, a tapestry so bright, so resolute, that it cast the shadow back into the deep places.”</w:t>
      </w:r>
    </w:p>
    <w:p/>
    <w:p>
      <w:r>
        <w:br/>
        <w:t>Kaelen, in his mountain solitude, offered a different perspective. He spoke not of songs and tapestries, but of the primal forces that shaped the earth. “The mountains remember,” he rumbled, his voice like the grinding of tectonic plates. “They remember the churning chaos, the absence of form. The Unmaking is not an enemy to be fought, but a fundamental force to be understood and countered. It is the antithesis of all that is. To strengthen life is to weaken it. To embrace creation is to repel it.” He gestured towards the vast, star-strewn sky. “The moon, the sun, the very earth beneath your paws – these are all manifestations of the forces that stand against the void. Their power is in their being, in their existence.”</w:t>
      </w:r>
    </w:p>
    <w:p/>
    <w:p>
      <w:r>
        <w:br/>
        <w:t>Lyra and Gareth absorbed these cryptic pronouncements, their minds racing to connect them with the ancient lore. The pattern was emerging: the Unmaking was not a creature to be slain, but a state of being to be resisted. Its power lay in its ability to erode, to unmake, to persuade existence to cease. Their strength, therefore, lay not in overt aggression, but in the unwavering affirmation of life, in the deepening of their connections, and in the resolute preservation of their identity.</w:t>
      </w:r>
    </w:p>
    <w:p/>
    <w:p>
      <w:r>
        <w:br/>
        <w:t>“Anya’s prophecy was not just a warning of a powerful foe,” Lyra realized, her voice filled with a newfound resolve. “It was a testament to the fragile nature of existence itself. She tried to harness a power she didn’t understand, a power that sought to unravel the very fabric of what we are.”</w:t>
      </w:r>
    </w:p>
    <w:p/>
    <w:p>
      <w:r>
        <w:br/>
        <w:t>Gareth placed a hand on her shoulder, his touch grounding. “And we, Lyra, are the keepers of the flame. We must not only protect our pack, but the very principle of being. We must live, and thrive, and grow, and in doing so, we defy the Unmaking.” He looked out of the archive chamber, his gaze piercing the darkness beyond. “We must find a way to reinforce that ancient binding. To strengthen the shield of unity and purpose.”</w:t>
      </w:r>
    </w:p>
    <w:p/>
    <w:p>
      <w:r>
        <w:br/>
        <w:t>The ancient lore, though terrifying, was also illuminating. It revealed a threat far more profound than any they had previously imagined, a darkness that existed at the very edge of reality. But it also revealed the enduring strength of their kind, the power that lay in their interconnectedness, their love, and their unwavering commitment to life. The fight for their HEA had just taken on a cosmic dimension, a battle not just for their territory, but for the very continuation of existence. The whispers of the void were growing louder, but so too was the song of life, and Lyra and Gareth were determined to ensure that it would not be silenced. Their research was far from over; they had merely scratched the surface of an ancient, terrifying truth, a truth that would demand every ounce of their strength, their resilience, and their love to overcome. The shadows of the past were indeed long and chilling, but they were also illuminating the path forward, a path paved with the enduring power of existence itself.</w:t>
      </w:r>
    </w:p>
    <w:p/>
    <w:p>
      <w:r>
        <w:t>The chilling revelation that Anya’s descent into madness, the Obsidian Hand’s brutal reign, and the very lore they were unearthing were all interconnected threads in a far grander, more sinister tapestry began to solidify in Lyra’s mind. The initial shock of discovering the Unmaking, a force of pure negation, was giving way to a colder, more calculated fear. The Obsidian Hand, with their meticulously planned rituals and their thirst for dominion, had always seemed like a formidable, self-directed threat. But as they delved deeper into the corrupted texts and fragmented prophecies, a disturbing pattern emerged – a pattern that hinted at unseen puppeteers pulling the strings.</w:t>
      </w:r>
    </w:p>
    <w:p>
      <w:r>
        <w:br/>
        <w:t>“It doesn’t add up, Gareth,” Lyra murmured, her brow furrowed as she reread a passage detailing the Hand’s elaborate rituals, specifically the 'Veil of Oblivion.' “Their obsession with control, with imposing order on chaos… it feels… counterintuitive to their ultimate goal, which we now understand to be serving a force of utter unmaking. Why would a force that thrives on negation bother with the minutiae of political control or the establishment of rigid hierarchies? It’s like a plague meticulously organizing the cells it’s infecting before it destroys them. It’s… inefficient.”</w:t>
      </w:r>
    </w:p>
    <w:p/>
    <w:p>
      <w:r>
        <w:br/>
        <w:t>Gareth’s eyes, usually sharp and assessing, held a distant, troubled gaze. He ran a hand over the cool, smooth surface of a crystalline shard that pulsed with a faint, corrupted light. “You’re right,” he conceded, his voice a low rumble. “The Obsidian Hand acted as if they were the architects of destruction, but their methods, their entire modus operandi, seems to suggest they were merely… tools. Perhaps they believed they were wielding ultimate power, but the texts indicate they were simply clearing the path.”</w:t>
      </w:r>
    </w:p>
    <w:p/>
    <w:p>
      <w:r>
        <w:br/>
        <w:t>He gestured to a section Lyra had just highlighted, a passage etched onto a piece of dark, obsidian-like material that seemed to absorb the ambient light. "This mentions their 'Grand Design,' their ultimate objective being to 'shatter the anchors of existence.' But their immediate actions – the subjugation of packs, the manipulation of alliances, the silencing of dissent – these were all steps towards… what? Total annihilation? Or something more subtle?”</w:t>
      </w:r>
    </w:p>
    <w:p/>
    <w:p>
      <w:r>
        <w:br/>
        <w:t xml:space="preserve">Lyra traced the symbols on the obsidian fragment. “The Veil of Oblivion,” she whispered, the words tasting like ash. “Anya’s ritual, the one that seemed to amplify her madness and spread that creeping despair… it wasn’t just an attempt to summon power. The texts suggest it was designed to </w:t>
      </w:r>
    </w:p>
    <w:p>
      <w:pPr>
        <w:jc w:val="left"/>
      </w:pPr>
      <w:r>
        <w:rPr>
          <w:i/>
        </w:rPr>
        <w:t>weaken</w:t>
      </w:r>
      <w:r>
        <w:t xml:space="preserve"> something. To create fissures, not in our defenses, but in the fundamental structure of reality itself. A preparatory step.”</w:t>
      </w:r>
    </w:p>
    <w:p>
      <w:r>
        <w:br/>
        <w:t>The implication hung heavy in the air, a suffocating shroud. The Obsidian Hand, a terrifying force in its own right, might have been nothing more than a sophisticated battering ram, expertly wielded by an entity far more ancient and malevolent. Their quest for power, their rigid ideology, their pursuit of order – it was all a twisted echo of the true enemy’s desire for oblivion. They were driven by a hunger for control, a desire to impose their will, but this served only to pave the way for a force that sought to erase will, to dismantle control, to obliterate existence entirely.</w:t>
      </w:r>
    </w:p>
    <w:p/>
    <w:p>
      <w:r>
        <w:br/>
        <w:t>“So, the Hand wasn't the apex predator,” Gareth mused, his mind working furiously, re-evaluating everything they thought they knew. “They were the bait. Or perhaps the harvesters, gathering the necessary components for the true entity’s return. Anya’s madness, her desperate attempts to wield power… she was likely susceptible to this greater influence, her own corrupted desires amplified and directed. The Veil of Oblivion didn't just unleash her inner demons; it opened a door for something far older and hungrier.”</w:t>
      </w:r>
    </w:p>
    <w:p/>
    <w:p>
      <w:r>
        <w:br/>
        <w:t xml:space="preserve">Lyra nodded, her mind racing to connect the fragmented pieces. “Their obsession with ‘purity’ and ‘unification’ within their own ranks,” she added, recalling the fanatical devotion of the Hand’s followers. “It wasn’t about building a stronger empire, but about creating a more unified, controllable vessel for the Unmaking. A collective will, stripped of individuality, made pliable and susceptible to the void’s whispers. The Hand sought to impose an artificial order, a rigid structure of control, but this was merely a preliminary phase to dismantle all structures, all order, all </w:t>
      </w:r>
    </w:p>
    <w:p>
      <w:pPr>
        <w:jc w:val="left"/>
      </w:pPr>
      <w:r>
        <w:rPr>
          <w:i/>
        </w:rPr>
        <w:t>being</w:t>
      </w:r>
      <w:r>
        <w:t>.”</w:t>
      </w:r>
    </w:p>
    <w:p>
      <w:r>
        <w:br/>
        <w:t>The ‘Veil of Oblivion’ was not a weapon of conquest, but of preparation. It was a ritual designed to erode the barriers, to thin the veil between worlds, to make reality itself more porous, more susceptible to the creeping tendrils of nothingness. The Obsidian Hand’s meticulous planning, their decades of manipulation, their quest to break the existing power structures – it all served a purpose beyond their own ambitions. They were dismantling the world’s defenses, not for their own glory, but for the return of something that transcended any concept of ambition or glory.</w:t>
      </w:r>
    </w:p>
    <w:p/>
    <w:p>
      <w:r>
        <w:br/>
        <w:t>“It’s a terrifying thought,” Gareth admitted, his wolf pacing restlessly within him, a primal unease that transcended the need for logic. “That all their actions, their sacrifices, their ruthlessness… it was all to serve a power that desires their very obliteration. A power that would see their own ordered ranks dissolve into dust as readily as anything else.”</w:t>
      </w:r>
    </w:p>
    <w:p/>
    <w:p>
      <w:r>
        <w:br/>
        <w:t xml:space="preserve">Lyra’s gaze fell upon a weathered tapestry depicting a primal landscape, ancient and untamed. Amidst the swirling energies and nascent life forms, a shadow seemed to coalesce, a formless entity lurking at the periphery. “The Obsidian Hand believed they were channeling raw power,” she said, her voice barely audible. “They thought they were bending the forces of the universe to their will. But what if they were merely being </w:t>
      </w:r>
    </w:p>
    <w:p>
      <w:pPr>
        <w:jc w:val="left"/>
      </w:pPr>
      <w:r>
        <w:rPr>
          <w:i/>
        </w:rPr>
        <w:t>used</w:t>
      </w:r>
      <w:r>
        <w:t xml:space="preserve"> by those forces? What if the Unmaking, in its nascent state, found fertile ground in their ambition and their lust for control?”</w:t>
      </w:r>
    </w:p>
    <w:p>
      <w:r>
        <w:br/>
        <w:t>The Hand’s leaders, in their hubris, had likely believed they were the ultimate arbiters of destiny. They saw themselves as the sculptors of a new world order, born from the ashes of the old. But the ancient lore suggested a different reality: they were merely masons, chipping away at the foundations of existence, preparing the way for an entity that would not sculpt, but erase. The ‘Veil of Oblivion’ was their grandest achievement, a ritual meant to achieve their ultimate goal, but in doing so, it had inadvertently served the true purpose of the Unmaking – to create a gateway, a vulnerability, a path for its full manifestation.</w:t>
      </w:r>
    </w:p>
    <w:p/>
    <w:p>
      <w:r>
        <w:br/>
        <w:t>“Their pursuit of order,” Lyra continued, her mind weaving together the disparate threads of information, “their desire to control every aspect of shifter society, to eliminate any semblance of independent thought or will… it’s a chilling parallel to the Unmaking’s ultimate goal of absolute negation. They were trying to achieve a sterile, controlled existence, a pale imitation of true life. And in doing so, they were unknowingly paving the way for an entity that seeks to extinguish all existence, controlled or otherwise.”</w:t>
      </w:r>
    </w:p>
    <w:p/>
    <w:p>
      <w:r>
        <w:br/>
        <w:t>Gareth reached out, his hand gently covering hers on the obsidian fragment. His touch was a grounding anchor in the swirling currents of dread. “Their rituals, their sacrifices… they weren't acts of worship for their own power, but offerings to something greater. Something that fed on the very essence of what they were trying to control. They thought they were building a fortress, but they were actually dismantling the walls, brick by painstaking brick, for an enemy that would obliterate the fortress, the surrounding land, and everything within it.”</w:t>
      </w:r>
    </w:p>
    <w:p/>
    <w:p>
      <w:r>
        <w:br/>
        <w:t>The Obsidian Hand’s obsession with power, their intricate planning, their seemingly insatiable desire for dominion – it was all a façade, a meticulously crafted deception. They were not the masters of their own destiny, but rather pawns in a cosmic game of annihilation. Their grand rituals, particularly the Veil of Oblivion, were not designed to conquer, but to prepare the world for the return of a force that desired nothing less than the unmaking of existence itself. The true enemy was not a rival pack or a corrupt organization; it was a primordial hunger, a cosmic emptiness that had found a willing, albeit misguided, servant in the Obsidian Hand. Their ambition had blinded them, leading them to unwittingly weaken the very fabric of reality they claimed to seek control over, making them the unwitting heralds of the ultimate darkness. This realization was a profound shift, a terrifying expansion of the threat they faced, transforming a battle for territory into a desperate struggle for the very continuation of all that was.</w:t>
      </w:r>
    </w:p>
    <w:p/>
    <w:p>
      <w:r>
        <w:t>The air in the chamber grew heavy, not with the oppressive silence of their discovery, but with a palpable, suffocating dread that seemed to press in from all sides. Lyra and Gareth exchanged a look, a silent question passing between them. It wasn't merely the weight of the lore they had uncovered; something else was stirring, something ancient and inimical. It was Ella who stirred first, a soft whimper escaping her lips as her eyes, usually so full of vibrant life and keen observation, glazed over, her pupils dilating with a terror that had nothing to do with the obsidian shards or the hushed pronouncements of doom.</w:t>
      </w:r>
    </w:p>
    <w:p>
      <w:r>
        <w:br/>
        <w:t>"Ella?" Gareth's voice was a low growl, his wolf sensing the shift, the unnatural intrusion. He reached for her, but his hand passed through empty air as Ella stumbled back, her arms wrapped around herself as if warding off a physical blow. Her breath hitched, ragged and shallow, her entire frame trembling.</w:t>
      </w:r>
    </w:p>
    <w:p/>
    <w:p>
      <w:r>
        <w:br/>
        <w:t xml:space="preserve">Lyra, ever attuned to the emotional currents around her, felt it too – a sudden, sickening plunge into an abyss of pure negativity. It wasn't the calculated malice of the Obsidian Hand, nor the desperate, fragmented despair of Anya. This was something far more fundamental, a vast, indifferent emptiness that threatened to unravel the very fabric of her being. It was a void that didn't just </w:t>
      </w:r>
    </w:p>
    <w:p>
      <w:pPr>
        <w:jc w:val="left"/>
      </w:pPr>
      <w:r>
        <w:rPr>
          <w:i/>
        </w:rPr>
        <w:t>exist</w:t>
      </w:r>
      <w:r>
        <w:t xml:space="preserve">; it actively </w:t>
      </w:r>
      <w:r>
        <w:rPr>
          <w:i/>
        </w:rPr>
        <w:t>consumed</w:t>
      </w:r>
      <w:r>
        <w:t>.</w:t>
      </w:r>
    </w:p>
    <w:p>
      <w:r>
        <w:br/>
        <w:t>Ella’s eyes, now unfocused, seemed to stare past them, past the stone walls, past the very concept of physical space. A choked gasp, barely more than a whisper, escaped her. "It's… it's everywhere," she stammered, her voice thin and reedy, as if the sound itself was being leached from her throat. "Not a place. Not a thing. It's… the absence of everything."</w:t>
      </w:r>
    </w:p>
    <w:p/>
    <w:p>
      <w:r>
        <w:br/>
        <w:t>The vision was not a shared psychic projection, not a mental image they could all grasp. It was Ella's unique empathic connection, amplified and twisted by the encroaching influence, being forced to bear witness to something that defied description. Her senses, overwhelmed, struggled to translate the experience into anything comprehensible. It wasn't a form, no defined shape or silhouette. Instead, Ella perceived a churning, roiling vortex, a manifestation of utter negation. It was a darkness so profound that it seemed to actively devour light, a silence so absolute that it swallowed sound. The very air around it, if it could be said to have air, was an assault on the senses, a primal scream of pure dread that echoed not in their ears, but in the deepest, most instinctual corners of their souls.</w:t>
      </w:r>
    </w:p>
    <w:p/>
    <w:p>
      <w:r>
        <w:br/>
        <w:t>"What do you see, Ella?" Lyra urged, her own heart pounding a frantic rhythm against her ribs. She tried to shield Ella, to project a sense of calm, but it felt like trying to hold back a tidal wave with cupped hands. The sheer force of the negativity radiating from Ella was immense, a suffocating pressure that threatened to crush them all.</w:t>
      </w:r>
    </w:p>
    <w:p/>
    <w:p>
      <w:r>
        <w:br/>
        <w:t xml:space="preserve">Ella’s head thrashed from side to side, her hands clawing at the air as if to push away an invisible, suffocating shroud. "It's not… it's not </w:t>
      </w:r>
    </w:p>
    <w:p>
      <w:pPr>
        <w:jc w:val="left"/>
      </w:pPr>
      <w:r>
        <w:rPr>
          <w:i/>
        </w:rPr>
        <w:t>hating</w:t>
      </w:r>
      <w:r>
        <w:t xml:space="preserve">," she choked out, tears streaming down her face, not of sorrow, but of sheer, unadulterated terror. "It's… it's </w:t>
      </w:r>
      <w:r>
        <w:rPr>
          <w:i/>
        </w:rPr>
        <w:t>unmaking</w:t>
      </w:r>
      <w:r>
        <w:t xml:space="preserve">. It… it just </w:t>
      </w:r>
      <w:r>
        <w:rPr>
          <w:i/>
        </w:rPr>
        <w:t>is</w:t>
      </w:r>
      <w:r>
        <w:t xml:space="preserve">, and in its being, everything else ceases to be." Her voice cracked, a sob wracking her small frame. "It feels… cold. So impossibly, infinitely cold. Not the cold of ice, but the cold of a universe that has forgotten what warmth ever was. And the silence… oh, the silence is the worst. It's not just the absence of noise; it’s the absence of </w:t>
      </w:r>
      <w:r>
        <w:rPr>
          <w:i/>
        </w:rPr>
        <w:t>intention</w:t>
      </w:r>
      <w:r>
        <w:t xml:space="preserve">, of </w:t>
      </w:r>
      <w:r>
        <w:rPr>
          <w:i/>
        </w:rPr>
        <w:t>thought</w:t>
      </w:r>
      <w:r>
        <w:t xml:space="preserve">. It’s a void that doesn't </w:t>
      </w:r>
      <w:r>
        <w:rPr>
          <w:i/>
        </w:rPr>
        <w:t>care</w:t>
      </w:r>
      <w:r>
        <w:t xml:space="preserve"> that it's destroying everything."</w:t>
      </w:r>
    </w:p>
    <w:p>
      <w:r>
        <w:br/>
        <w:t>Gareth instinctively shifted, his wolf surfacing, a protective growl rumbling deep in his chest. The primal instinct to shield his mate and their pack was overriding everything else. He felt a prickling on his skin, a sense of wrongness that went deeper than any physical threat. This was an existential dread, a chilling reminder of the fragility of existence itself. This was not a predator with fangs and claws, but a fundamental force of cosmic entropy, a hunger that sought not to conquer or dominate, but to erase.</w:t>
      </w:r>
    </w:p>
    <w:p/>
    <w:p>
      <w:r>
        <w:br/>
        <w:t>"The Unmaking," Lyra breathed, the words feeling inadequate, a pale imitation of the terrifying reality Ella was experiencing. The lore had spoken of it, described it in fragmented prophecies and corrupted texts, but a description was a shadow compared to the lived, terrifying reality Ella was being forced to endure. "It's… it's real. And it's ancient. Older than the packs, older than the mountains, older than… everything."</w:t>
      </w:r>
    </w:p>
    <w:p/>
    <w:p>
      <w:r>
        <w:br/>
        <w:t>Ella whimpered again, her grip on herself loosening. "It's hungry," she whispered, her voice barely audible. "And it knows we're here. It… it tasted us. Not with a mouth, but with… with emptiness. It felt our light, our life, and it recoiled, not in disgust, but in… anticipation. Like a predator sensing its next meal, but without the malice. Just… a passive, inevitability."</w:t>
      </w:r>
    </w:p>
    <w:p/>
    <w:p>
      <w:r>
        <w:br/>
        <w:t>The implications of her words sent a fresh wave of ice through Lyra's veins. The Obsidian Hand, with their grand designs and their meticulous rituals, had been merely clearing the path, unknowingly paving the way for this primordial darkness. They had sought order, control, a twisted form of dominion, but their actions had only served to weaken the very foundations of reality, making it more susceptible to the encroaching void. The Veil of Oblivion hadn't just amplified Anya's madness; it had thinned the veil between worlds, creating a fissure, a point of entry for this ancient, destructive force.</w:t>
      </w:r>
    </w:p>
    <w:p/>
    <w:p>
      <w:r>
        <w:br/>
        <w:t>Gareth’s eyes were fixed on Ella, his gaze a silent vow of protection. "We need to get her out of here," he said, his voice rough with emotion. He reached for Ella again, this time his intent so focused, so pure, that his fingers brushed against her arm. A faint warmth, a flicker of his own protective energy, seemed to push back against the suffocating dread that clung to her.</w:t>
      </w:r>
    </w:p>
    <w:p/>
    <w:p>
      <w:r>
        <w:br/>
        <w:t xml:space="preserve">Ella flinched, but didn't pull away. Her eyes, though still clouded with terror, flickered towards Gareth, a desperate plea in their depths. "It's… it's like a stain," she managed, her words punctuated by shuddering breaths. "It doesn't stain a surface; it stains </w:t>
      </w:r>
    </w:p>
    <w:p>
      <w:pPr>
        <w:jc w:val="left"/>
      </w:pPr>
      <w:r>
        <w:rPr>
          <w:i/>
        </w:rPr>
        <w:t>existence</w:t>
      </w:r>
      <w:r>
        <w:t>. It leaches color, sound, meaning… everything. And it's growing. I can feel it… pushing. Trying to break through."</w:t>
      </w:r>
    </w:p>
    <w:p>
      <w:r>
        <w:br/>
        <w:t>The vision, though brief, had seared itself into Ella's consciousness. It was not a memory of a physical encounter, but a raw, visceral experience of utter negation. Her empathic abilities, usually so adept at sensing emotions and intentions, were struggling to process such an overwhelming influx of existential terror. The entity was not a being with a form, but a sentient darkness, a vortex of void-like energy that actively devoured all that was light and sound. Its communication was not through words or images, but through pure dread, a primal fear that assaulted the senses and the soul, leaving behind a chilling emptiness.</w:t>
      </w:r>
    </w:p>
    <w:p/>
    <w:p>
      <w:r>
        <w:br/>
        <w:t>Lyra felt a surge of protectiveness so fierce it bordered on rage. This ancient horror, this entity that sought to unmake existence itself, had dared to touch Ella, to inflict such profound terror upon her. The Obsidian Hand, their political machinations and their quest for power, suddenly seemed like a distant, almost trivial concern. They were up against a force that transcended such earthly ambitions, a force that sought the ultimate oblivion.</w:t>
      </w:r>
    </w:p>
    <w:p/>
    <w:p>
      <w:r>
        <w:br/>
        <w:t>"We need to understand it," Lyra said, her voice low but firm, a new resolve hardening her features. "We need to know what it is, what it wants, and how to stop it. Ella, you felt it. You saw… what is it? What is its essence?"</w:t>
      </w:r>
    </w:p>
    <w:p/>
    <w:p>
      <w:r>
        <w:br/>
        <w:t xml:space="preserve">Ella squeezed her eyes shut, her body still trembling, but the frantic thrashing had subsided slightly. She was fighting to retain some semblance of self, to anchor herself against the encroaching void. "It's… not alive, not as we know it," she whispered, her voice hoarse. "It's… potential. The potential for nothing. And it's aware of its potential. It… it desires to </w:t>
      </w:r>
    </w:p>
    <w:p>
      <w:pPr>
        <w:jc w:val="left"/>
      </w:pPr>
      <w:r>
        <w:rPr>
          <w:i/>
        </w:rPr>
        <w:t>be</w:t>
      </w:r>
      <w:r>
        <w:t xml:space="preserve"> nothing, and in doing so, to make everything else nothing too." She opened her eyes, a spark of her usual determination flickering through the fear. "It’s not driven by hate or greed. It's driven by… a primal urge to return to the void. And we are… an anomaly. A disruption in its perfect nothingness."</w:t>
      </w:r>
    </w:p>
    <w:p>
      <w:r>
        <w:br/>
        <w:t>Gareth knelt beside Ella, his presence a solid, comforting weight. He placed a hand on her shoulder, his touch radiating a steady, unwavering strength. "An anomaly it will find very difficult to erase," he murmured, his wolf a low rumble of defiance. "We are not just light and sound, Ella. We are will. We are spirit. And we will not be unmade."</w:t>
      </w:r>
    </w:p>
    <w:p/>
    <w:p>
      <w:r>
        <w:br/>
        <w:t>The mere glimpse of the entity had confirmed the terrifying, supernatural, and ancient nature of the threat they faced. It was a force far beyond anything they had previously encountered, a power that wielded no weapons, commanded no armies, yet possessed the potential to unravel existence itself. The vision had left Ella profoundly shaken, her empathic abilities struggling to process the sheer magnitude of the negativity and the existential terror it represented.</w:t>
      </w:r>
    </w:p>
    <w:p/>
    <w:p>
      <w:r>
        <w:br/>
        <w:t xml:space="preserve">"The Obsidian Hand," Lyra mused, her mind racing to reconcile this ancient horror with the immediate threat of the Hand. "They were clearing the way. Their rituals, their sacrifices… they weren't just for power; they were offerings. They were thinning the veil, weakening the anchors of reality, making it easier for </w:t>
      </w:r>
    </w:p>
    <w:p>
      <w:pPr>
        <w:jc w:val="left"/>
      </w:pPr>
      <w:r>
        <w:rPr>
          <w:i/>
        </w:rPr>
        <w:t>this</w:t>
      </w:r>
      <w:r>
        <w:t xml:space="preserve"> to come through." The 'Veil of Oblivion' wasn't just a weapon; it was a key, a mechanism designed to unlock the door for the Unmaking.</w:t>
      </w:r>
    </w:p>
    <w:p>
      <w:r>
        <w:br/>
        <w:t>Ella drew a shaky breath, her empathic senses still buzzing with residual dread, like the echo of a thunderclap. "It felt… ancient," she repeated, her voice gaining a fraction of its former strength. "Like the stillness before creation, but… turned inside out. A void that remembers what it was before, and yearns for that state. It doesn't want to conquer. It wants to… dissolve. To return everything to the primal state of non-being."</w:t>
      </w:r>
    </w:p>
    <w:p/>
    <w:p>
      <w:r>
        <w:br/>
        <w:t>Her experience was a stark confirmation of the lore Lyra and Gareth had been deciphering. The Obsidian Hand, in their blind ambition, had been manipulated by a force that dwarfed their own desires for dominion. They had sought to impose order, but their actions had only served to dismantle the very structures that protected existence from oblivion. They had been masons chipping away at the foundations of reality, oblivious to the fact that the true architect of destruction was not them, but the cosmic emptiness they were unwittingly inviting in.</w:t>
      </w:r>
    </w:p>
    <w:p/>
    <w:p>
      <w:r>
        <w:br/>
        <w:t>Gareth’s hand tightened on Ella's shoulder. "Then we fight not just for ourselves, but for the very concept of being," he vowed. His wolf stirred within him, not with fear, but with a fierce, protective loyalty that burned brighter than any encroaching darkness. "We will not let this void consume us. We are the anomaly, Ella. We are the disruption. And we will prove to this… absence… that existence has a will of its own."</w:t>
      </w:r>
    </w:p>
    <w:p/>
    <w:p>
      <w:r>
        <w:br/>
        <w:t>Lyra looked at Gareth, then at Ella, her heart aching with a mixture of fear and fierce determination. The weight of their knowledge was crushing, the threat immense, but in their shared gaze, she saw a flicker of defiance, a nascent hope. They had glimpsed the true face of the enemy, a terrifying entity of pure negation. And now, they understood the stakes. This was no longer a battle for power or territory, but a desperate fight for the very continuation of all that was. The shadows of the past had revealed their true, horrifying form, and now, they had to face the entity that lurked within them. The true entity. The Unmaking.</w:t>
      </w:r>
    </w:p>
    <w:p/>
    <w:p>
      <w:r>
        <w:t>The air in the chamber, still thick with the residue of Ella's vision, seemed to hold its breath, waiting. The raw, visceral terror that had emanated from her had subsided, leaving a fragile quiet in its wake. Ella, pale and trembling, leaned against Gareth, her small frame still shuddering with the aftershocks of her encounter with the Unmaking. Lyra watched them, her heart a clenched fist in her chest, but her mind, sharp and incisive, was already dissecting the fragmented truths that had been laid bare. The Unmaking. An ancient, primal force of negation, not driven by malice, but by an inherent, consuming desire to return all existence to a state of utter nothingness. And their discovery, the obsidian shards, the ancient lore, had served as a beacon, a thinning of the veil, inviting it in.</w:t>
      </w:r>
    </w:p>
    <w:p>
      <w:r>
        <w:br/>
        <w:t>But as the immediate shock began to recede, a different kind of chill began to snake through Lyra. It wasn't the cold dread of cosmic oblivion, but a far more personal, insidious frost. Ella’s words, "It tasted us. Not with a mouth, but with… with emptiness. It felt our light, our life, and it recoiled, not in disgust, but in… anticipation," echoed in her mind. Anticipation. A passive, inevitability. It suggested not a random incursion, but a response. A response to what? To them? To their presence? Or to something deeper, something already present, waiting to be stirred?</w:t>
      </w:r>
    </w:p>
    <w:p/>
    <w:p>
      <w:r>
        <w:br/>
        <w:t>Lyra’s gaze drifted to the obsidian shards scattered on the stone floor, their polished surfaces reflecting the flickering torchlight like shards of a shattered night sky. The obsidian Hand. Their rituals, their sacrifices… Lyra had always seen them as driven by a thirst for power, a warped sense of order. But what if their ambition had been a façade, a puppet master pulling strings far older and more terrifying than they themselves understood? What if their actions had been specifically designed to weaken the barriers not just for their own gain, but to facilitate the arrival of this ancient horror?</w:t>
      </w:r>
    </w:p>
    <w:p/>
    <w:p>
      <w:r>
        <w:br/>
        <w:t>Her thoughts snagged on a memory, a sharp, unpleasant tugging at the edges of her mind. Years ago, long before she had ever known Gareth, before she had ever considered the existence of packs or ancient entities, she had been betrayed. Not by an enemy, but by someone she had trusted, someone who had seemed to understand her, to champion her. It had been a betrayal that had shattered her youthful idealism, leaving behind a deep scar of cynicism and a profound distrust of her own judgment. The person had disappeared shortly after, leaving behind only wreckage and unanswered questions. Lyra had dismissed it as a personal tragedy, a cruel twist of fate. But now… now the words “sowed discord” and “preyed on weaknesses” felt like a chillingly familiar refrain.</w:t>
      </w:r>
    </w:p>
    <w:p/>
    <w:p>
      <w:r>
        <w:br/>
        <w:t xml:space="preserve">She remembered the insidious way her trust had been eroded, the subtle manipulations, the planting of seeds of doubt that had grown into a forest of suspicion. At the time, she had attributed it to her own naivety, her own perceived failures. But what if it hadn't been about her failures at all? What if it had been about </w:t>
      </w:r>
    </w:p>
    <w:p>
      <w:pPr>
        <w:jc w:val="left"/>
      </w:pPr>
      <w:r>
        <w:rPr>
          <w:i/>
        </w:rPr>
        <w:t>her</w:t>
      </w:r>
      <w:r>
        <w:t xml:space="preserve">? Her innate abilities, perhaps? Her connection to something ancient, something the betrayer had recognized, or perhaps, something they had been </w:t>
      </w:r>
      <w:r>
        <w:rPr>
          <w:i/>
        </w:rPr>
        <w:t>instructed</w:t>
      </w:r>
      <w:r>
        <w:t xml:space="preserve"> to cultivate within her?</w:t>
      </w:r>
    </w:p>
    <w:p>
      <w:r>
        <w:br/>
        <w:t xml:space="preserve">A shiver traced its way down Lyra’s spine, independent of the chamber's chill. The Unmaking didn't operate with the brute force of a predator. It was a negation, an absence. And what was more absent, more susceptible to being unmade, than a heart already fractured by betrayal? What was easier to exploit than a spirit already bruised by doubt? The Obsidian Hand, in their quest for power, had been willing to shatter the world. But had they been </w:t>
      </w:r>
    </w:p>
    <w:p>
      <w:pPr>
        <w:jc w:val="left"/>
      </w:pPr>
      <w:r>
        <w:rPr>
          <w:i/>
        </w:rPr>
        <w:t>guided</w:t>
      </w:r>
      <w:r>
        <w:t xml:space="preserve"> by a force that understood the inherent fragility of the individual, the subtle cracks in the facade of even the strongest beings?</w:t>
      </w:r>
    </w:p>
    <w:p>
      <w:r>
        <w:br/>
        <w:t>Gareth’s steady presence beside her was a grounding force. He shifted, his arm tightening around Ella, his wolf a silent, watchful guardian. His instincts were to protect, to defend, to fight. Lyra admired that, truly. But she knew, with a certainty that settled deep in her bones, that this battle would require more than just brute strength. It would require understanding. It would require confronting the shadows that lurked not just in the ancient lore, but within themselves.</w:t>
      </w:r>
    </w:p>
    <w:p/>
    <w:p>
      <w:r>
        <w:br/>
        <w:t>“The obsidian shards,” Lyra said, her voice a low murmur, barely disturbing the heavy silence. “They’re not just conduits, are they? They’re… catalysts. Designed to amplify.” She looked at Gareth, her eyes meeting his, a silent question passing between them. “The lore spoke of them being used in rituals of… disruption. Of severing connections.”</w:t>
      </w:r>
    </w:p>
    <w:p/>
    <w:p>
      <w:r>
        <w:br/>
        <w:t>Gareth’s brow furrowed. “Severing connections? Between what?”</w:t>
      </w:r>
    </w:p>
    <w:p/>
    <w:p>
      <w:r>
        <w:br/>
        <w:t>“Between us and… ourselves,” Lyra breathed, the realization dawning with a terrifying clarity. “Between our strength and our doubt. Between our light and our darkness.” She remembered the whispers of her betrayer, the carefully chosen words that had chipped away at her confidence, the suggestions that her own abilities were dangerous, uncontrolled, that she was a liability. It hadn't been a frontal assault; it had been a slow erosion, a deliberate weakening from within.</w:t>
      </w:r>
    </w:p>
    <w:p/>
    <w:p>
      <w:r>
        <w:br/>
        <w:t xml:space="preserve">“They didn’t just want to weaken the Veil,” Lyra continued, her voice gaining a new, dangerous edge. “They wanted to weaken </w:t>
      </w:r>
    </w:p>
    <w:p>
      <w:pPr>
        <w:jc w:val="left"/>
      </w:pPr>
      <w:r>
        <w:rPr>
          <w:i/>
        </w:rPr>
        <w:t>us</w:t>
      </w:r>
      <w:r>
        <w:t>. To create vulnerabilities. To make us susceptible to… what Ella felt. The emptiness. The lack of will.” She looked back at the obsidian shards, their dark gleam now seeming less like a reflection of the night and more like a mirror into her own past. “My betrayal… it wasn’t random. It was a test. A prelude. They were testing the efficacy of their methods on individuals before attempting it on a grander scale. And whoever orchestrated it… they knew. They knew how to exploit fear. How to sow doubt.”</w:t>
      </w:r>
    </w:p>
    <w:p>
      <w:r>
        <w:br/>
        <w:t xml:space="preserve">Ella stirred, her head lifting slightly. “It… it felt like a hunger,” she whispered, her voice still faint, but clearer now. “But not a hunger for food. A hunger for… certainty. For belief. It wants to consume what we </w:t>
      </w:r>
    </w:p>
    <w:p>
      <w:pPr>
        <w:jc w:val="left"/>
      </w:pPr>
      <w:r>
        <w:rPr>
          <w:i/>
        </w:rPr>
        <w:t>know</w:t>
      </w:r>
      <w:r>
        <w:t xml:space="preserve"> to be true, to replace it with nothing.”</w:t>
      </w:r>
    </w:p>
    <w:p>
      <w:r>
        <w:br/>
        <w:t>Lyra nodded, her gaze fixed on a particular shard near the edge of the chamber. It seemed to pulse with a subtle energy, a faint thrumming that only she could feel, a resonance with the deepest, most buried parts of her psyche. “Exactly. And the greatest way to make someone doubt their truth is to make them doubt themselves. To make them believe they are inherently flawed, that their own strength is a weakness, that their past mistakes are insurmountable burdens.”</w:t>
      </w:r>
    </w:p>
    <w:p/>
    <w:p>
      <w:r>
        <w:br/>
        <w:t>Her past. The betrayal had been a defining moment, a crucible that had forged her into the Lyra she was today, but it had also left her with deep-seated insecurities. A fear of being too trusting, of being too open, of repeating the same mistakes. She had built walls, strong and formidable, to protect herself. But now, she understood. Those walls, while protective, also kept her from fully embracing her own inherent light, her own capacity for connection. The Unmaking preyed on that very isolation, on the fear that true connection was a vulnerability.</w:t>
      </w:r>
    </w:p>
    <w:p/>
    <w:p>
      <w:r>
        <w:br/>
        <w:t xml:space="preserve">“It’s not about conquering us,” Lyra murmured, more to herself than to the others. “It’s about </w:t>
      </w:r>
    </w:p>
    <w:p>
      <w:pPr>
        <w:jc w:val="left"/>
      </w:pPr>
      <w:r>
        <w:rPr>
          <w:i/>
        </w:rPr>
        <w:t>unmaking</w:t>
      </w:r>
      <w:r>
        <w:t xml:space="preserve"> us. Erasing our essence. And the easiest way to do that is to convince us that our essence is flawed, that our existence is a mistake, that our past is a testament to our worthlessness.” She met Gareth’s concerned gaze. “That person who betrayed me… they were a tool. A pawn. They didn’t understand the full scope of what they were doing. They were just an agent of discord, sent to weaken me, to prepare me for… this.”</w:t>
      </w:r>
    </w:p>
    <w:p>
      <w:r>
        <w:br/>
        <w:t>A wave of anger, cold and sharp, washed over her. Not just at the betrayer, but at the ancient entity, the Unmaking, that had orchestrated such a subtle, devastating form of attack. It wasn't a battle fought on a physical plane, but in the very core of one's being. And the weapons were doubt, fear, and the echoes of past wounds.</w:t>
      </w:r>
    </w:p>
    <w:p/>
    <w:p>
      <w:r>
        <w:br/>
        <w:t>“But that means,” Gareth said, his voice a low, steady rumble of determination, “that the very things they tried to exploit are our strengths. If they preyed on your doubt, Lyra, then your unwavering resolve now is a weapon against them. If they sought to isolate you, then your connection with us, with your pack, is your shield.”</w:t>
      </w:r>
    </w:p>
    <w:p/>
    <w:p>
      <w:r>
        <w:br/>
        <w:t>Lyra’s lips curved into a faint, grim smile. He was right. The revelation wasn’t just a confirmation of a terrifying threat; it was a roadmap. The Unmaking fed on negation, on emptiness. But what was the antithesis of emptiness? It was presence. It was connection. It was the vibrant, messy, undeniable reality of existence, with all its flaws and all its strengths.</w:t>
      </w:r>
    </w:p>
    <w:p/>
    <w:p>
      <w:r>
        <w:br/>
        <w:t>“They wanted to make me doubt my judgment,” Lyra said, her voice gaining strength. “They wanted me to believe I was incapable of discerning truth from falsehood. But my judgment, honed by that very betrayal, is now sharper than ever. I see the patterns. I see the manipulation.” She gestured towards the obsidian shards. “These were meant to fracture my will, to amplify my insecurities. But instead, they’ve shown me the source of that weakness, the ancient current that flows beneath the surface of such acts of discord.”</w:t>
      </w:r>
    </w:p>
    <w:p/>
    <w:p>
      <w:r>
        <w:br/>
        <w:t>She walked towards the largest shard, a hand outstretched, not in fear, but in a quiet defiance. The residual dread that Ella had experienced still clung to the air, a phantom chill. But as Lyra’s fingers drew closer, she felt a subtle shift. The dread didn't recede, but it seemed to… recoil slightly. As if acknowledging her presence, not as a victim, but as something it could not easily unmake.</w:t>
      </w:r>
    </w:p>
    <w:p/>
    <w:p>
      <w:r>
        <w:br/>
        <w:t>“This entity,” Lyra continued, her gaze locked on the shard, “it thrives on isolation. On the belief that we are alone, broken, and without worth. My past trauma, the betrayal… it was a way to try and break that inherent worth, to sever my connection to my own truth. But the truth is, the very act of surviving that betrayal, of learning from it, has made me stronger. It has shown me the true nature of resilience.”</w:t>
      </w:r>
    </w:p>
    <w:p/>
    <w:p>
      <w:r>
        <w:br/>
        <w:t>Her empathic abilities, though not as potent as Ella’s, were attuned to the subtle currents of emotion and intent. She could feel the echo of the pain, the fear, the manufactured doubt that had been imprinted upon this place, upon these artifacts. But beneath it all, she could also feel the faint pulse of her own spirit, the unwavering core of her being that had endured.</w:t>
      </w:r>
    </w:p>
    <w:p/>
    <w:p>
      <w:r>
        <w:br/>
        <w:t>“It’s not just about fighting this thing,” Lyra said, turning to face Gareth and Ella. Her eyes, usually so sharp and analytical, now held a new depth, a profound understanding. “It’s about healing. About acknowledging the wounds, not to dwell in them, but to understand how they shaped us, and to reclaim the strength that emerged from them. The Unmaking feeds on our unhealed places. It amplifies our fears, our regrets, our self-doubt.”</w:t>
      </w:r>
    </w:p>
    <w:p/>
    <w:p>
      <w:r>
        <w:br/>
        <w:t>She looked at Ella, whose wide eyes reflected a dawning comprehension. “Ella, your vision was terrifying. You saw the pure negation. But you also felt its… hunger for certainty. That means our certainty, our belief in ourselves, in each other, is our greatest weapon.”</w:t>
      </w:r>
    </w:p>
    <w:p/>
    <w:p>
      <w:r>
        <w:br/>
        <w:t>Gareth moved to Lyra’s side, his hand finding hers. His touch was warm, grounding, a solid anchor in the swirling currents of ancient dread. “And our connection,” he added, his voice strong and unwavering. “The bond between us. The pack.”</w:t>
      </w:r>
    </w:p>
    <w:p/>
    <w:p>
      <w:r>
        <w:br/>
        <w:t>Lyra squeezed his hand. “Yes. The pack. The antithesis of isolation. The embodiment of shared strength, shared vulnerability, shared existence.” She looked at the obsidian shard again, and this time, her resolve was absolute. “They tried to break me, to make me doubt myself. They wanted to ensure I would be susceptible to this void. But they made a mistake. By forcing me to confront my deepest wounds, they inadvertently showed me the path to healing them. They showed me that true strength lies not in avoiding the darkness, but in understanding it, and in emerging from it, not unscathed, but whole.”</w:t>
      </w:r>
    </w:p>
    <w:p/>
    <w:p>
      <w:r>
        <w:br/>
        <w:t>The air in the chamber felt different now. The dread hadn't vanished entirely, but it no longer held the same suffocating power. It was being countered by something stronger: Lyra’s hard-won self-acceptance. Her past trauma, once a source of shame and fear, was now being reframed as a testament to her resilience. The betrayal hadn’t broken her; it had forged her, tempered her, made her into the woman who could stand here, facing down an ancient horror, not with blind rage, but with a clear understanding of its nature and her own enduring strength.</w:t>
      </w:r>
    </w:p>
    <w:p/>
    <w:p>
      <w:r>
        <w:br/>
        <w:t xml:space="preserve">“The Unmaking wants to unmake,” Lyra stated, her voice firm and steady. “It wants to dissolve us, to return everything to a state of passive non-being. But we are not passive. We are not merely existing; we are </w:t>
      </w:r>
    </w:p>
    <w:p>
      <w:pPr>
        <w:jc w:val="left"/>
      </w:pPr>
      <w:r>
        <w:rPr>
          <w:i/>
        </w:rPr>
        <w:t>living</w:t>
      </w:r>
      <w:r>
        <w:t>. We are feeling, we are connecting, we are choosing. And that choice, that active engagement with existence, is something this void cannot comprehend, and therefore, cannot truly defeat.”</w:t>
      </w:r>
    </w:p>
    <w:p>
      <w:r>
        <w:br/>
        <w:t>She turned to Gareth, a newfound clarity in her eyes. “We need to understand how they weaponized this void, how the Obsidian Hand used these shards, and other means, to weaken the Veil and individuals. But we also need to ensure that our own past wounds, the ones that make us vulnerable, are fully healed. Because the Unmaking will target those points of weakness relentlessly.”</w:t>
      </w:r>
    </w:p>
    <w:p/>
    <w:p>
      <w:r>
        <w:br/>
        <w:t>This wasn’t just a fight for the world. It was a fight for the integrity of the self, for the validation of lived experience, for the unyielding power of existence in the face of ultimate negation. Lyra’s journey of self-discovery had always been a part of her nature, but now, it was inextricably intertwined with the fate of everything. She had looked into the abyss, and it had shown her not just the darkness that threatened to consume all, but the light that resided within her, a light that had been forged in the fires of her own past. And she would not let it be unmade.</w:t>
      </w:r>
    </w:p>
    <w:p/>
    <w:p>
      <w:r>
        <w:t>The chilling revelation of the Unmaking's nature had sent a tremor through the small group, but it had also ignited a spark of fierce resolve. Lyra and Gareth, their minds reeling from the implications of a foe that sought not to conquer, but to simply erase, understood that the conventional paths of warfare were utterly insufficient. Their enemy was not flesh and blood, but a primal force of negation, a shadow that fed on the very absence of being, and a battle against such an entity demanded a preparation that delved far deeper than the physical.</w:t>
      </w:r>
    </w:p>
    <w:p>
      <w:r>
        <w:br/>
        <w:t xml:space="preserve">“It feeds on doubt, on fear, on the fracturing of the self,” Lyra murmured, her gaze sweeping across the chamber, the scattered obsidian shards now seeming like petrified echoes of an ancient dread. “Our strength, our courage, our unity – these are the antitheses of its existence. If it seeks to unmake us, then we must become more fiercely </w:t>
      </w:r>
    </w:p>
    <w:p>
      <w:pPr>
        <w:jc w:val="left"/>
      </w:pPr>
      <w:r>
        <w:rPr>
          <w:i/>
        </w:rPr>
        <w:t>us</w:t>
      </w:r>
      <w:r>
        <w:t xml:space="preserve"> than ever before.”</w:t>
      </w:r>
    </w:p>
    <w:p>
      <w:r>
        <w:br/>
        <w:t>Gareth’s hand tightened around hers, a silent affirmation of her words. His wolf, a constant, grounding presence within him, seemed to vibrate with the same understanding. He had always been a warrior, his instincts honed for combat, for the clash of fang and claw. But this… this was different. This was a war for the soul, a spiritual crucible where the inner landscape held as much, if not more, significance than the outer battlefield.</w:t>
      </w:r>
    </w:p>
    <w:p/>
    <w:p>
      <w:r>
        <w:br/>
        <w:t>“Then our training must shift,” Gareth stated, his voice low but firm, resonating with a newfound conviction. “We cannot simply train our bodies for a fight that will be waged in the mind, in the spirit. We need to forge an inner resilience, a steadfastness that cannot be chipped away by whispers of doubt or phantoms of despair.”</w:t>
      </w:r>
    </w:p>
    <w:p/>
    <w:p>
      <w:r>
        <w:br/>
        <w:t>The days that followed were marked by a transformation in their routines. The gruff sparring sessions in the training yard, the rigorous tests of physical endurance, still formed a part of their regimen – a necessary foundation upon which to build. But now, they were augmented by practices that had been largely neglected, deemed secondary in the face of more tangible threats. Meditation became a daily ritual, not for mere relaxation, but for the arduous task of confronting the inner demons that the Unmaking so readily exploited. Lyra, who had always prided herself on her sharp intellect and logical mind, found herself exploring the deeper currents of her intuition, learning to trust the subtle nudges of her spirit, the quiet whispers of her soul that had been so often silenced by the clamor of her past traumas.</w:t>
      </w:r>
    </w:p>
    <w:p/>
    <w:p>
      <w:r>
        <w:br/>
        <w:t>Gareth, too, embraced this shift with a quiet intensity. His alpha nature, so often expressed through command and action, now found a new outlet in the cultivation of inner stillness. He spent hours in silent contemplation, his wolf delving into the primal essence of their being, seeking the core of their shared identity, the fundamental truth of their existence that lay beyond the reach of negation. He learned to channel the raw power of his wolf not just into aggression, but into a focused, unwavering will, a beacon of light that could pierce the encroaching darkness.</w:t>
      </w:r>
    </w:p>
    <w:p/>
    <w:p>
      <w:r>
        <w:br/>
        <w:t>Ella, though still recovering from the raw psychic shock of her vision, found her own path to strengthening her inner defenses. Her empathic abilities, now a source of both terror and profound insight, became the focal point of her training. She learned to shield herself from the psychic residue of fear and despair that clung to the remnants of the Obsidian Hand’s rituals, and more importantly, she began to explore the positive resonances, the echoes of hope, courage, and unwavering love that existed within their pack. She practiced discerning these positive currents from the deceptive whispers of negativity, honing her ability to amplify the light and dampen the shadows, even within herself.</w:t>
      </w:r>
    </w:p>
    <w:p/>
    <w:p>
      <w:r>
        <w:br/>
        <w:t>The pack, as a whole, was united in this new endeavor. The elders, their wisdom deepened by centuries of experience, guided them through ancient rites and forgotten disciplines. They spoke of the interconnectedness of all things, of the invisible threads that bound them together, not just as a pack, but as a part of the larger tapestry of existence. They taught them that true strength lay not in individual might, but in the harmonious symphony of their collective spirit, a symphony that could drown out the dissonant whispers of the Unmaking.</w:t>
      </w:r>
    </w:p>
    <w:p/>
    <w:p>
      <w:r>
        <w:br/>
        <w:t>“The Unmaking is the ultimate isolationist,” Elder Maeve explained one evening, her voice a soft rustle of ancient leaves. “It thrives on severing connections – between a wolf and its pack, between a soul and its truth, between reality and belief. Our greatest weapon, therefore, is our bond. The unbreakable, sacred connection that defines us as a pack.”</w:t>
      </w:r>
    </w:p>
    <w:p/>
    <w:p>
      <w:r>
        <w:br/>
        <w:t>Her words resonated deeply. Lyra, who had spent so long building walls around her heart, found herself actively seeking to dismantle them, not in reckless abandon, but with a deliberate and conscious effort to connect with each member of their pack. She shared her own vulnerabilities, not as weaknesses, but as testaments to her resilience, offering a space for others to do the same. Gareth, in turn, deepened his understanding of his alpha role, not as one who commanded from above, but as one who stood shoulder-to-shoulder with his pack, sharing their burdens and amplifying their strengths.</w:t>
      </w:r>
    </w:p>
    <w:p/>
    <w:p>
      <w:r>
        <w:br/>
        <w:t>The training extended beyond mere mental discipline. They began to explore the deeper, more mystical aspects of their existence. Gareth and Lyra, their fated bond a tangible force between them, worked to understand its potential as a conduit, a source of amplified power. They practiced aligning their spirits, their minds, their very essences, not just in moments of passion, but in sustained, meditative union. They discovered that in these moments of profound connection, the Whispers of the Unmaking seemed to falter, its insidious influence unable to gain purchase on a bond forged from shared truth and unwavering devotion.</w:t>
      </w:r>
    </w:p>
    <w:p/>
    <w:p>
      <w:r>
        <w:br/>
        <w:t>“It’s like a sanctuary,” Lyra described to Gareth, her voice hushed with wonder, after a particularly potent session of shared meditation. “When we are truly aligned, it’s as if a shield forms around us, a shield woven from pure belief and shared essence. The void… it cannot touch us there.”</w:t>
      </w:r>
    </w:p>
    <w:p/>
    <w:p>
      <w:r>
        <w:br/>
        <w:t>Gareth, his wolf a silent partner in their journey, nodded. “And it’s not just between us. It’s within the pack. When they are together, when their hearts beat as one, their collective spirit creates an even larger sanctuary. We are learning to build a fortress, not of stone and steel, but of shared spirit and unyielding will.”</w:t>
      </w:r>
    </w:p>
    <w:p/>
    <w:p>
      <w:r>
        <w:br/>
        <w:t>The concept of 'preparing for the unseen' took on a new dimension. It wasn't just about anticipating the attacks of a physical enemy, but about fortifying their very souls against a force that sought to dismantle the fundamental building blocks of their existence. They delved into ancient lore, seeking any mention of such a primal negation, any hint of how it might be countered or appeased. While the Obsidian Hand’s rituals offered clues about its potential arrival, they offered little in the way of direct countermeasures. The Unmaking was an entity of such ancient, fundamental nature that it existed outside the realm of typical magical or martial conflict.</w:t>
      </w:r>
    </w:p>
    <w:p/>
    <w:p>
      <w:r>
        <w:br/>
        <w:t>“The lore speaks of such entities as fundamental forces,” Elder Rhys explained, his ancient eyes holding a distant, knowing gaze. “Like gravity, or time, or the void itself. They are not driven by malice, as a predator might be. They are simply… what they are. And their existence is defined by the absence of what they seek to negate. If they are the cessation of being, then the ultimate counter is the fervent affirmation of existence.”</w:t>
      </w:r>
    </w:p>
    <w:p/>
    <w:p>
      <w:r>
        <w:br/>
        <w:t xml:space="preserve">Lyra mulled over his words, a new understanding dawning. “So, it’s not about fighting it in the traditional sense. It’s about </w:t>
      </w:r>
    </w:p>
    <w:p>
      <w:pPr>
        <w:jc w:val="left"/>
      </w:pPr>
      <w:r>
        <w:rPr>
          <w:i/>
        </w:rPr>
        <w:t>being</w:t>
      </w:r>
      <w:r>
        <w:t>. About living so fully, so vibrantly, that its presence cannot diminish us. It’s about a conscious, unwavering commitment to existence itself.”</w:t>
      </w:r>
    </w:p>
    <w:p>
      <w:r>
        <w:br/>
        <w:t xml:space="preserve">Gareth’s wolf stirred within him, a deep, resonant hum that echoed Lyra’s thoughts. </w:t>
      </w:r>
    </w:p>
    <w:p>
      <w:pPr>
        <w:jc w:val="left"/>
      </w:pPr>
      <w:r>
        <w:rPr>
          <w:i/>
        </w:rPr>
        <w:t>To affirm our life, our pack, our very selves, with every breath, with every heartbeat.</w:t>
      </w:r>
    </w:p>
    <w:p>
      <w:r>
        <w:br/>
        <w:t>This realization brought a sense of profound clarity, but also a daunting challenge. How does one actively affirm existence against a force that seeks to erase it? The answer, they began to understand, lay in the conscious cultivation of their deepest bonds, their most cherished memories, their most unwavering beliefs. It lay in the deliberate act of cherishing the light, the warmth, the vibrant chaos of life, in the face of the encroaching emptiness.</w:t>
      </w:r>
    </w:p>
    <w:p/>
    <w:p>
      <w:r>
        <w:br/>
        <w:t>They organized gatherings, not for strategic planning, but for shared storytelling, for laughter, for the simple, profound act of being together. Lyra, who had once guarded her heart so fiercely, found herself opening up, sharing tales of her childhood, of her dreams, of the simple joys that had shaped her. Gareth, his alpha demeanor softening, spoke of his own journey, of the moments of doubt he had overcome, of the love that had guided him. Ella, her empathic sensitivity now a tool for fostering connection rather than succumbing to despair, shared the feelings of joy and hope that bloomed within the pack, amplifying them for all to feel.</w:t>
      </w:r>
    </w:p>
    <w:p/>
    <w:p>
      <w:r>
        <w:br/>
        <w:t>These weren't just exercises in camaraderie; they were acts of defiance. Each shared laugh, each comforting touch, each rekindled memory was a testament to the power of connection, a vibrant spark of existence that pushed back against the encroaching void. They were learning that the Unmaking was not an enemy to be vanquished through force, but a fundamental imbalance that could be countered by the unwavering affirmation of being.</w:t>
      </w:r>
    </w:p>
    <w:p/>
    <w:p>
      <w:r>
        <w:br/>
        <w:t>The obsidian shards, once symbols of dread, became focal points for their training. Lyra and Gareth would stand before them, not to study their dark energy, but to project the opposite: the pure, unadulterated affirmation of life, of connection, of unwavering spirit. They would visualize the light of their bond, the strength of their pack, enveloping the shards, not to destroy them, but to neutralize their influence, to infuse them with the very essence of existence that they sought to negate.</w:t>
      </w:r>
    </w:p>
    <w:p/>
    <w:p>
      <w:r>
        <w:br/>
        <w:t xml:space="preserve">“It’s not about destroying the darkness,” Lyra explained to Gareth one night, as they sat by the dying embers of a fire, the chamber still holding the faint echo of Ella’s vision. “It’s about overwhelming it with light. Not a blinding, aggressive light, but a steady, pervasive glow of life. A light that simply </w:t>
      </w:r>
    </w:p>
    <w:p>
      <w:pPr>
        <w:jc w:val="left"/>
      </w:pPr>
      <w:r>
        <w:rPr>
          <w:i/>
        </w:rPr>
        <w:t>is</w:t>
      </w:r>
      <w:r>
        <w:t>, and in its being, denies the possibility of emptiness.”</w:t>
      </w:r>
    </w:p>
    <w:p>
      <w:r>
        <w:br/>
        <w:t>Gareth, his arm around her, felt the truth of her words resonate deep within his bones. His wolf, ever vigilant, felt the subtle shift in the chamber’s atmosphere. The oppressive chill of the Unmaking had not vanished, but it no longer held the same suffocating power. It was being met, not with fear, but with a growing, unyielding tide of affirmation.</w:t>
      </w:r>
    </w:p>
    <w:p/>
    <w:p>
      <w:r>
        <w:br/>
        <w:t>The training was arduous, demanding a level of introspection and spiritual discipline that pushed them to their limits. There were moments of doubt, of frustration, of sheer exhaustion. The echoes of past traumas, amplified by the Unmaking’s insidious whispers, still clawed at their psyches. But each time, they found solace and strength in each other, in the unwavering support of their pack.</w:t>
      </w:r>
    </w:p>
    <w:p/>
    <w:p>
      <w:r>
        <w:br/>
        <w:t>Lyra’s past betrayal, once a source of deep-seated insecurity, was now being reframed. She saw how that experience had forged her resilience, how it had taught her to discern truth from falsehood, how it had ultimately strengthened her capacity for genuine connection. Gareth, too, confronted the shadows of his own past, the responsibilities he had once carried alone, the moments of perceived failure. He learned to accept them, not as burdens, but as integral parts of his journey, as experiences that had shaped him into the alpha his pack needed.</w:t>
      </w:r>
    </w:p>
    <w:p/>
    <w:p>
      <w:r>
        <w:br/>
        <w:t>Ella’s journey was perhaps the most poignant. Her vision had shown her the terrifying reality of the Unmaking, the ultimate negation. But it had also revealed its vulnerability: its hunger for certainty, for belief. She began to understand that her empathic gift, once a source of overwhelming pain, could be wielded as a weapon of profound connection. She learned to amplify the pack’s shared joy, their unwavering love, their absolute belief in their own existence, creating a palpable aura of affirmation that seemed to push back against the encroaching void.</w:t>
      </w:r>
    </w:p>
    <w:p/>
    <w:p>
      <w:r>
        <w:br/>
        <w:t>“It cannot unmake what it cannot comprehend,” Ella declared, her voice stronger than it had been in weeks, her eyes shining with a newfound clarity. “And it cannot comprehend a bond forged in unwavering love, a spirit that actively chooses to affirm its existence, a pack that stands as one, its collective heart beating with the rhythm of life itself.”</w:t>
      </w:r>
    </w:p>
    <w:p/>
    <w:p>
      <w:r>
        <w:br/>
        <w:t xml:space="preserve">The pack’s unity became more than just a strategic advantage; it became their spiritual core. They understood that this was a war not just for survival, but for the very essence of what it meant to be alive, to be connected, to </w:t>
      </w:r>
    </w:p>
    <w:p>
      <w:pPr>
        <w:jc w:val="left"/>
      </w:pPr>
      <w:r>
        <w:rPr>
          <w:i/>
        </w:rPr>
        <w:t>be</w:t>
      </w:r>
      <w:r>
        <w:t>. The Unmaking sought to reduce everything to a state of passive non-existence. But they, through their training, through their deepening bonds, through their conscious affirmation of life, were becoming the antithesis of everything it represented. They were becoming a living, breathing, roaring testament to the indomitable power of existence itself. The shadows of the past were still present, but they were no longer the defining force. Instead, they were being illuminated by a powerful, rising light, a light forged in the crucible of their shared journey, a light that promised to endure, even against the encroaching void. The preparation for the unseen had begun in earnest, and it was an inner journey, a spiritual forging, that would determine their fate.</w:t>
      </w:r>
    </w:p>
    <w:p>
      <w:r>
        <w:br w:type="page"/>
      </w:r>
    </w:p>
    <w:p>
      <w:pPr>
        <w:spacing w:before="5040"/>
        <w:jc w:val="center"/>
      </w:pPr>
      <w:r>
        <w:rPr/>
        <w:t xml:space="preserve"> Chapter 15: The Dawning Threat</w:t>
      </w:r>
    </w:p>
    <w:p>
      <w:r>
        <w:t>The whispers had begun as a tremor, a disquiet that rippled through the ancient forests and across the windswept plains, far beyond the immediate borders of Lyra and Gareth’s pack. It was the insidious murmur of a new fear, one that spoke of an enemy far older and far more terrifying than the fractured remnants of the Obsidian Hand. The news of the Unmaking, of a primordial force that did not seek conquest or dominion but the absolute cessation of existence, spread like a wildfire. This was not a threat that could be met with a single pack’s strength, nor even a single clan’s might. It was a darkness that threatened to extinguish the very essence of shifterkind, and the chilling realization of this shared peril began to forge a unity that had eluded them for centuries.</w:t>
      </w:r>
    </w:p>
    <w:p>
      <w:r>
        <w:br/>
        <w:t>Gareth and Lyra, their names already synonymous with courage and resilience in the face of the Obsidian Hand's cruelty, found themselves at the epicenter of this dawning awareness. They had faced the void, had glimpsed its chilling emptiness, and understood the existential horror it represented. Their own harrowing encounters, their desperate struggle to fortify their inner selves, had inadvertently prepared them to articulate the danger to others. It was no longer about territorial disputes or ancient grudges; it was about the very survival of their species. The fear of an ancient, primordial entity eclipsing even the most malevolent of their previous foes galvanized them. The Obsidian Hand, with its intricate rituals and its thirst for power, seemed almost… pedestrian when compared to the all-consuming hunger of the Unmaking.</w:t>
      </w:r>
    </w:p>
    <w:p/>
    <w:p>
      <w:r>
        <w:br/>
        <w:t xml:space="preserve">“We have always been divided,” Gareth said, his voice echoing in the hushed council chamber, the faces of pack leaders from neighboring territories etched with a newfound gravity. “Our strength has always been in our independence, in our territorial dominance. But this… this is a shadow that does not respect borders. It does not care for lineage or clan pride. It simply </w:t>
      </w:r>
    </w:p>
    <w:p>
      <w:pPr>
        <w:jc w:val="left"/>
      </w:pPr>
      <w:r>
        <w:rPr>
          <w:i/>
        </w:rPr>
        <w:t>erases</w:t>
      </w:r>
      <w:r>
        <w:t>.” His gaze swept across the assembled wolves, each a leader in their own right, accustomed to command, to making difficult decisions for their own people. Now, they were being asked to consider a threat that transcended all of that. “The Unmaking does not seek to rule us. It seeks to unmake us. To dissolve us into nothingness. And if we stand alone, each pack a solitary beacon, we will be extinguished, one by one.”</w:t>
      </w:r>
    </w:p>
    <w:p>
      <w:r>
        <w:br/>
        <w:t>Lyra, standing beside him, her presence a steady anchor in the tempest of apprehension, added, “We have learned through our own trials that the Unmaking feeds on doubt, on isolation, on the fracturing of the spirit. It is the ultimate enemy of connection. Therefore, our greatest weapon, our only true hope, lies in the very thing it seeks to destroy: our unity. We must become a single, unwavering force, a chorus of existence so loud that the void cannot drown it out.”</w:t>
      </w:r>
    </w:p>
    <w:p/>
    <w:p>
      <w:r>
        <w:br/>
        <w:t>The weight of her words settled upon the council. They had seen the consequences of isolation, the vulnerabilities that arose when packs turned inward, nursing old wounds and territorial ambitions. The threat of the Unmaking was a terrifying catalyst, but it was also an unexpected opportunity. It forced them to confront the futility of their long-standing animosities. The primal fear of annihilation served as a potent antidote to centuries of ingrained rivalry. Wolves who had once snarled at each other across contested hunting grounds now found themselves sharing hushed conversations, their eyes reflecting the same dawning horror, the same desperate hope.</w:t>
      </w:r>
    </w:p>
    <w:p/>
    <w:p>
      <w:r>
        <w:br/>
        <w:t>Gareth and Lyra, their shared experience and undeniable bond a living testament to the power of connection, worked tirelessly to forge this fragile coalition. They had navigated the treacherous path of their fated love, had learned to trust not only each other but also the strength that arose from their combined spirit. This made them uniquely suited to bridge the divides that had long separated the shifter clans. They understood that true leadership in this moment was not about asserting dominance, but about fostering collaboration, about finding common ground in the face of a shared enemy. They began by sharing what they had learned: the rituals of inner fortitude, the practices of mental and spiritual resilience, the understanding that the Unmaking was a foe that could not be met with brute force alone.</w:t>
      </w:r>
    </w:p>
    <w:p/>
    <w:p>
      <w:r>
        <w:br/>
        <w:t>“The Obsidian Hand taught us the value of preparation, of strategy,” Gareth explained to the assembled leaders, his voice carrying the authority of one who had faced the darkness and survived. “But the Unmaking demands a different kind of preparation. It requires us to fortify our very souls. We must train ourselves to resist its whispers of despair, to cultivate a certainty in our own existence that it cannot shatter. This means embracing our deepest bonds, reaffirming our connection to each other, to our ancestors, to the very essence of life.”</w:t>
      </w:r>
    </w:p>
    <w:p/>
    <w:p>
      <w:r>
        <w:br/>
        <w:t>He spoke of the meditation, the introspection, the conscious cultivation of hope and joy that had become integral to his pack’s survival. Lyra, in turn, elaborated on the importance of shared purpose, of understanding that each pack, each individual, was a vital thread in the tapestry of shifterkind. She described how they had learned to transmute fear into resolve, doubt into unwavering belief. Their shared vulnerability, their willingness to admit their own struggles and fears, paradoxically made them stronger in the eyes of the other pack leaders. It was a stark contrast to the often stoic and guarded demeanors of many alpha leaders.</w:t>
      </w:r>
    </w:p>
    <w:p/>
    <w:p>
      <w:r>
        <w:br/>
        <w:t>The process of building this alliance was not without its challenges. Old prejudices died hard. Some packs remained skeptical, clinging to their independence, wary of any perceived dilution of their power or autonomy. The scent of suspicion lingered in the air as readily as the scent of pine and damp earth. There were heated debates, sharp retorts, and moments when it seemed the fragile threads of cooperation might snap. The pride of individual packs, honed over generations, was a formidable obstacle. The notion of a unified shifter council, pooling resources and knowledge, was a radical departure from their established norms.</w:t>
      </w:r>
    </w:p>
    <w:p/>
    <w:p>
      <w:r>
        <w:br/>
        <w:t>Yet, the sheer terror of the Unmaking proved to be a powerful equalizer. Tales of its encroaching influence, of communities inexplicably vanishing, of the chilling silence that fell upon affected lands, began to filter through. These were not mere rumors; they were the harbingers of a doom that respected no pacts or treaties. The younger wolves, less bound by the animosities of their elders, were often the first to embrace the idea of a united front. They saw in Gareth and Lyra not just leaders, but symbols of a new way forward, a way that prioritized collective strength over individual might.</w:t>
      </w:r>
    </w:p>
    <w:p/>
    <w:p>
      <w:r>
        <w:br/>
        <w:t>Lyra, with her innate understanding of emotional currents, worked to mend the frayed nerves and soothe the lingering resentments. She spoke to the female leaders, forging connections based on shared concerns for their communities, for the future generations. She highlighted the unique strengths that each clan brought to the table – the territorial knowledge of the mountain wolves, the deep-rooted spiritual practices of the forest dwellers, the keen observational skills of the plains coursers. “We are not asking you to surrender your identity,” she assured them, her voice calm and resonant. “We are asking you to embrace it, and to lend that unique strength to a cause that is greater than any one of us. Imagine what we can achieve when our diverse gifts are woven together, when our combined knowledge becomes a shield against this unimaginable darkness.”</w:t>
      </w:r>
    </w:p>
    <w:p/>
    <w:p>
      <w:r>
        <w:br/>
        <w:t>Gareth, ever the pragmatist, focused on the practicalities of resource allocation and strategic defense. He initiated discussions about shared training grounds, about the pooling of magical expertise, about establishing communication networks that could swiftly relay information across vast distances. He proposed the formation of specialized units, drawing members from different packs, each trained in specific disciplines relevant to combating the Unmaking’s insidious influence. He envisioned scouts who could detect the subtle shifts in energy that preceded its arrival, healers who could mend the psychic wounds left in its wake, and warriors whose inner strength was so profound that they could stand as living bulwarks against its void.</w:t>
      </w:r>
    </w:p>
    <w:p/>
    <w:p>
      <w:r>
        <w:br/>
        <w:t>The undeniable bond between Lyra and Gareth served as a powerful symbol of hope and unity. Their relationship, forged in the fires of adversity and solidified by an unbreakable fated connection, resonated deeply with the primal instincts of the wolves. They saw in their partnership a living example of what could be achieved when two beings, driven by love and mutual respect, stood as one. It inspired others to look beyond their own pack’s limitations, to see the potential for strength in collaboration, for safety in numbers. The fear of an ancient, primordial entity eclipsing even the Obsidian Hand galvanized them, pushing them towards an alliance that had been unthinkable just months before.</w:t>
      </w:r>
    </w:p>
    <w:p/>
    <w:p>
      <w:r>
        <w:br/>
        <w:t>Slowly, hesitantly at first, then with growing conviction, the shifter clans began to move towards a shared purpose. The news of the greater threat, the chilling realization of a primordial entity that threatened to eclipse even the Obsidian Hand in its destructive potential, began to unite them in a way that previous conflicts could not. They saw in Gareth and Lyra’s leadership, in their unwavering commitment to one another and to the greater good, a beacon of what shifterkind could become. The old rivalries, though not entirely forgotten, began to recede in the face of a shared existential dread. The fear of annihilation served as a potent cleanser of ancient animosities.</w:t>
      </w:r>
    </w:p>
    <w:p/>
    <w:p>
      <w:r>
        <w:br/>
        <w:t>The pooling of resources commenced. Packs that had once guarded their territories jealously now shared their hunting grounds. Shamans and seers from disparate clans began to collaborate, piecing together fragments of ancient lore that might offer clues to the Unmaking’s nature and its vulnerabilities. Masters of martial combat shared their techniques, adapting them to counter the insidious tactics of a foe that operated on a spiritual and existential plane. The act of sharing, of trusting, of working towards a common goal, began to heal old wounds and forge new bonds. It was a painful, arduous process, marked by setbacks and moments of doubt, but the overarching threat propelled them forward.</w:t>
      </w:r>
    </w:p>
    <w:p/>
    <w:p>
      <w:r>
        <w:br/>
        <w:t>The very act of gathering, of listening to each other’s concerns, of acknowledging shared fears, began to dismantle the walls that had separated them for so long. The scent of unity, once a faint and distant aroma, began to permeate the air, a testament to the growing solidarity. Gareth and Lyra, their days filled with diplomatic efforts, strategizing, and the relentless task of reinforcing their pack’s inner strength, found that their own bond was being strengthened by this shared endeavor. Each challenge they faced as leaders, they faced together, drawing solace and renewed determination from each other.</w:t>
      </w:r>
    </w:p>
    <w:p/>
    <w:p>
      <w:r>
        <w:br/>
        <w:t>This alliance, born from the ashes of fear and forged in the crucible of necessity, represented a new era for shifterkind. It was an era defined not by territorial dominance or individual pack strength, but by collective resilience, by an unwavering commitment to existence itself. The shadows of the past were still present, the scars of old conflicts ran deep, but for the first time in generations, shifterkind was facing the future as one. The dawn of this united front was not just a strategic maneuver; it was a profound shift in their collective identity, a testament to the enduring power of connection in the face of absolute oblivion. They were no longer a collection of disparate clans, but a unified species, standing shoulder to shoulder, ready to face the encroaching darkness not as individuals, but as a single, indomitable force.</w:t>
      </w:r>
    </w:p>
    <w:p/>
    <w:p>
      <w:r>
        <w:t>The chilling pronouncements of the Unmaking had fractured the ingrained peace of shifterkind, forcing disparate packs to cast aside centuries of animosity and seek a fragile unity. Yet, as the collective gaze turned toward the encroaching cosmic void, a shadow, long thought vanquished, began to stir. The Obsidian Hand, a name that had once conjured nightmares of brutal rituals and fanatical devotion, was not as thoroughly crushed as many had believed. Whispers of their resurgence, initially dismissed as the ramblings of frightened scouts or the lingering echoes of past trauma, began to coalesce into a tangible threat.</w:t>
      </w:r>
    </w:p>
    <w:p>
      <w:r>
        <w:br/>
        <w:t>Gareth, ever vigilant, felt the unsettling shift in the undercurrents of power. The primal fear of the Unmaking was a constant, gnawing presence, a beast of existential dread that demanded their full attention. But the resurfacing of the Obsidian Hand was a more immediate, more insidious danger, like a festering wound on the body of their nascent alliance. He had seen firsthand the cruelty of their rituals, the unwavering fervor in the eyes of their acolytes, and he knew that their survival, even in their diminished state, was a testament to their sheer, unadulterated will. They were a weed that, even after being uprooted, found new soil in the cracks of despair.</w:t>
      </w:r>
    </w:p>
    <w:p/>
    <w:p>
      <w:r>
        <w:br/>
        <w:t>“They are like carrion birds,” Gareth mused, his voice low, as he addressed Lyra in the privacy of their chambers. The scent of their shared sanctuary, a blend of pine, leather, and the deep, comforting aroma of their wolf forms, usually brought him peace. But tonight, a faint, acrid undertone of unease marred the familiar atmosphere. “They feed on chaos. And the Unmaking, for all its terrifying magnitude, is the ultimate chaos.”</w:t>
      </w:r>
    </w:p>
    <w:p/>
    <w:p>
      <w:r>
        <w:br/>
        <w:t>Lyra, her gaze sharp and focused, nodded. She, too, had felt the subtle tremors of their return. The lingering psychic residue of their past encounters, the cold imprint of their dark magic, had begun to resurface, fainter now, but undeniably present. “Their ambition wasn’t merely for power, Gareth. It was for something… deeper. A twisted reverence for oblivion. They saw the Unmaking not as a threat, but as the ultimate apotheosis.”</w:t>
      </w:r>
    </w:p>
    <w:p/>
    <w:p>
      <w:r>
        <w:br/>
        <w:t>The realization sent a shiver down Gareth’s spine. The Obsidian Hand’s original goals had been terrifying enough – the subjugation of shifterkind, the reshaping of their world according to their fanatical doctrines. But if their true aim was alignment with the very force that sought to erase existence, then their renewed activity was far more dangerous than a simple power grab. They could become conduits, unwitting or otherwise, for the Unmaking’s destructive influence. They possessed a knowledge, a twisted understanding of ancient forces, that the united packs, in their present state of disarray and fear, lacked.</w:t>
      </w:r>
    </w:p>
    <w:p/>
    <w:p>
      <w:r>
        <w:br/>
        <w:t>“We cannot afford to be complacent,” Gareth stated, his voice hardening with resolve. “The Unmaking is the storm that threatens to drown us all. But the Hand is the viper that will strike from the shadows while we are focused on the tempest. They may have lost their leaders, their grand machinations shattered, but their core tenets, their fanatical devotion, remain. And if they possess any artifacts, any lore, anything that could give them even a sliver of insight into the Unmaking’s nature, it would be catastrophic.”</w:t>
      </w:r>
    </w:p>
    <w:p/>
    <w:p>
      <w:r>
        <w:br/>
        <w:t>Lyra moved closer, her hand finding his. Her touch was a grounding force, a reminder of the tangible world, of the bonds that tethered them to life. “They were always driven by a perverted sense of purpose. They believed they were bringing about a necessary cleansing. Now, with the Unmaking on the horizon, that delusion will likely be amplified. They will see it as validation of their twisted beliefs.”</w:t>
      </w:r>
    </w:p>
    <w:p/>
    <w:p>
      <w:r>
        <w:br/>
        <w:t>The news of their resurgence began to filter through the council of pack leaders, adding another layer of anxiety to an already precarious situation. Some scoffed, dismissing the Hand as a relic of the past, a spent force incapable of posing a significant threat. They were too focused on the existential dread of the Unmaking, too consumed by the immediate need for a united defense against a foe that defied comprehension. But Gareth and Lyra, their experience with the Hand seared into their very souls, understood the enduring danger. They knew that the Hand’s power lay not just in their numbers or their brute force, but in their insidious manipulation, their ability to exploit the darkest corners of fear and doubt.</w:t>
      </w:r>
    </w:p>
    <w:p/>
    <w:p>
      <w:r>
        <w:br/>
        <w:t>“They are a secondary antagonist, yes,” Gareth conceded during one of the tense council meetings, his gaze sweeping across the faces of the assembled leaders. “A persistent thorn in our side. But make no mistake, their resurgence complicates matters immensely. If they have managed to retain any of their ritualistic knowledge, any of their forgotten artifacts, they could become a crucial piece in the Unmaking’s destructive puzzle. They may not be the cosmic entity itself, but they could be the keys that unlock its full potential for us, or worse, for it.”</w:t>
      </w:r>
    </w:p>
    <w:p/>
    <w:p>
      <w:r>
        <w:br/>
        <w:t>The notion of the Obsidian Hand acting as unwitting allies to the Unmaking was a chilling prospect. Their rituals, born from a desire to manipulate and control primal energies, could inadvertently resonate with the Unmaking’s void-like nature, drawing its attention or amplifying its presence. The Hand’s history was replete with attempts to tap into forces beyond their understanding, and their return now, at the precipice of an even greater darkness, suggested a terrifying continuity of their misguided pursuit.</w:t>
      </w:r>
    </w:p>
    <w:p/>
    <w:p>
      <w:r>
        <w:br/>
        <w:t>A grizzled alpha from the northern territories, a wolf whose fur bore the silver streaks of many battles, grumbled, “We have enough on our plates, Gareth. This is a distraction. Let the Hand scurry in the shadows. We must focus on what threatens to obliterate us all.”</w:t>
      </w:r>
    </w:p>
    <w:p/>
    <w:p>
      <w:r>
        <w:br/>
        <w:t>Lyra met his gaze, her expression unwavering. “And what if their scurrying in the shadows is precisely what draws that obliteration closer? What if their misguided rituals create an opening, a weakness that the Unmaking can exploit? We learned from the Hand that even the smallest spark of their darkness could ignite widespread chaos. Now, imagine that spark in the face of a cosmic firestorm.”</w:t>
      </w:r>
    </w:p>
    <w:p/>
    <w:p>
      <w:r>
        <w:br/>
        <w:t>The argument highlighted the fractured thinking that still persisted. While the overarching threat of the Unmaking had forged an alliance, the ingrained habits of prioritizing immediate, familiar dangers over the more abstract, yet potentially more devastating, ones died hard. The Hand was a known quantity, a foe they had already faced and, in some measure, defeated. The Unmaking was an unknown, an amorphous terror that defied their understanding of warfare.</w:t>
      </w:r>
    </w:p>
    <w:p/>
    <w:p>
      <w:r>
        <w:br/>
        <w:t>Gareth continued, his voice resonating with an authority honed by shared experience and an intimate understanding of both threats. “The Hand’s resilience is not to be underestimated. They operated in secret for generations, their indoctrination a slow, insidious poison. They have learned to survive, to adapt. And their core belief system, their warped reverence for oblivion, makes them uniquely susceptible to the whispers of the Unmaking. They will see its approach not as a harbinger of destruction, but as a divine calling.”</w:t>
      </w:r>
    </w:p>
    <w:p/>
    <w:p>
      <w:r>
        <w:br/>
        <w:t>He elaborated on the specifics. “Their rituals often involved the manipulation of life force, the siphoning of energy to fuel their dark magic. If they have unearthed any of their old texts, any of their forgotten sites of power, they could be attempting to draw upon those same energies. And in doing so, they may inadvertently create a resonance, a beacon that the Unmaking cannot ignore. We must find them. We must understand what they are doing, and we must stop them, not just for our own safety, but to prevent them from inadvertently paving the way for something far worse.”</w:t>
      </w:r>
    </w:p>
    <w:p/>
    <w:p>
      <w:r>
        <w:br/>
        <w:t>The council fell into a tense silence. The pragmatic necessity of dealing with the Hand, a tangible enemy, now intertwined with the existential dread of the Unmaking, creating a complex web of urgency. They couldn't afford to divide their focus too thinly, yet ignoring the Hand could prove to be a fatal error.</w:t>
      </w:r>
    </w:p>
    <w:p/>
    <w:p>
      <w:r>
        <w:br/>
        <w:t>“We will need to dedicate resources,” Gareth declared, his gaze sweeping across the room. “Scouts, trackers, those with a sensitivity to dark magic. We need to locate their hidden enclaves, their clandestine meeting places. They will be operating in the fringes, in the forgotten corners of our territories, drawn to places where the veil between worlds is thin, where the Unmaking’s influence is already beginning to seep through.”</w:t>
      </w:r>
    </w:p>
    <w:p/>
    <w:p>
      <w:r>
        <w:br/>
        <w:t>Lyra added, “And we must also focus on reinforcing our own inner defenses. The Hand’s strength lay in their ability to exploit fear and doubt. They preyed on the fractured spirits of those who felt alone, who felt powerless. The Unmaking amplifies that tenfold. By strengthening our own resolve, our own connection to life, we not only make ourselves more resilient to the Hand’s machinations, but we also create a bulwark against the Unmaking’s insidious influence. It is a dual approach: confronting the immediate threat while fortifying ourselves against the ultimate one.”</w:t>
      </w:r>
    </w:p>
    <w:p/>
    <w:p>
      <w:r>
        <w:br/>
        <w:t>The challenge was immense. The united shifter clans, for all their newfound solidarity, were still recovering from the scars of past conflicts and the immediate shock of the Unmaking’s approach. Dividing their forces, even to address a secondary threat, felt like a dangerous gamble. Yet, the memory of the Obsidian Hand’s relentless cruelty was a potent reminder of their capacity for devastation. Their fanatical devotion to a cause that bordered on self-annihilation was a chilling testament to their unwavering commitment. They were not driven by logic or reason, but by a deep-seated, almost religious fervor, a belief that destruction was a form of purification.</w:t>
      </w:r>
    </w:p>
    <w:p/>
    <w:p>
      <w:r>
        <w:br/>
        <w:t>Gareth knew that the Hand’s current activities were likely driven by a desperate attempt to regain relevance, to reassert their twisted vision in a world teetering on the brink of oblivion. They would see the Unmaking as an opportunity, a cosmic event that validated their dark prophecies. Their primary objective would be to find and harness any residual power, any forgotten artifacts or rituals that might connect them to this encroaching darkness, perhaps believing they could control or even appease it.</w:t>
      </w:r>
    </w:p>
    <w:p/>
    <w:p>
      <w:r>
        <w:br/>
        <w:t>“They will be seeking relics,” Gareth explained to a group of trusted lieutenants tasked with the hunt. “Places of ancient power, forgotten shrines, anything that carries the scent of primal energies. Their rituals were always about channeling and corrupting. They will be looking for ways to do that on an unprecedented scale, to twist the very fabric of existence to their will, or perhaps, to simply become one with the Unmaking’s perceived purity.”</w:t>
      </w:r>
    </w:p>
    <w:p/>
    <w:p>
      <w:r>
        <w:br/>
        <w:t>The danger was not just that the Hand might directly aid the Unmaking, but that their desperate actions could inadvertently draw its attention. A poorly executed ritual, a surge of uncontrolled dark energy, could act as a siren song to the void, guiding it towards already vulnerable areas. The Hand’s obsession with oblivion, their distorted sense of purpose, made them a volatile element in an already volatile situation. They were a wild card, capable of causing immense damage through sheer, misguided fanaticism.</w:t>
      </w:r>
    </w:p>
    <w:p/>
    <w:p>
      <w:r>
        <w:br/>
        <w:t>Lyra, with her intuitive understanding of emotional and spiritual currents, recognized the psychological aspect of the Hand’s resurgence. “They prey on desperation,” she stated, her voice carrying a quiet intensity. “The fear of the Unmaking will be a fertile ground for their influence. They will offer false hope, promises of power or protection, preying on those who feel overwhelmed and alone. Their message will be seductive: that in the face of annihilation, true power lies in embracing the void, in becoming one with the inevitable end.”</w:t>
      </w:r>
    </w:p>
    <w:p/>
    <w:p>
      <w:r>
        <w:br/>
        <w:t>This added a crucial dimension to their countermeasures. It wasn’t just about tracking down their physical locations and disrupting their rituals, but also about countering their insidious propaganda. They needed to reinforce the message of unity, of hope, of the intrinsic value of existence, and the strength that came from connection. The Hand’s resurgence was a stark reminder that the fight against the Unmaking was not just a battle of brute force or arcane knowledge, but a war for the very spirit of shifterkind.</w:t>
      </w:r>
    </w:p>
    <w:p/>
    <w:p>
      <w:r>
        <w:br/>
        <w:t>The hunters, comprised of wolves renowned for their tracking skills and their ability to sense residual magic, began their search. They moved through shadowed valleys and across windswept plains, their senses heightened, their fur bristling at the faintest hint of unnatural energy. The scent of the Hand, a foul mix of decay and ozone, was a dreaded one, but one they had learned to recognize. Their mission was not to engage in open conflict, but to gather intelligence, to identify the scope of the Hand’s resurgence, and to report back any signs of their attempts to harness energies related to the Unmaking.</w:t>
      </w:r>
    </w:p>
    <w:p/>
    <w:p>
      <w:r>
        <w:br/>
        <w:t>One scout, a young wolf named Kael, known for his keen senses, reported back with disturbing news. He had found a hidden cavern, deep within the treacherous peaks of the northern mountains, where the air was thick with a suffocating despair, a chilling echo of the Unmaking’s presence. Within the cavern, he had seen symbols etched into the stone, ancient glyphs that he recognized from fragmented lore as pertaining to rituals of entropic transference, a forbidden art that sought to hasten decay and dissolution. More unsettling, he had seen traces of the Hand’s signature dark magic interwoven with these ancient symbols, as if they were attempting to bridge the gap between their own dark arts and the primal force of oblivion.</w:t>
      </w:r>
    </w:p>
    <w:p/>
    <w:p>
      <w:r>
        <w:br/>
        <w:t>“The energy,” Kael reported, his voice raspy with fear, “it was… wrong. Like the Unmaking was breathing through the stone. And I saw them. A small group, robed figures, chanting in a tongue I did not recognize, but the intent was clear. They were trying to… invite something in.”</w:t>
      </w:r>
    </w:p>
    <w:p/>
    <w:p>
      <w:r>
        <w:br/>
        <w:t>Gareth’s jaw tightened. This was precisely what he had feared. The Obsidian Hand, in their fanatical pursuit of their twisted ideals, were actively attempting to draw the Unmaking’s attention, to become its heralds, perhaps even its willing servants. Their resurgence was not merely a distraction; it was a direct and immediate threat that could accelerate the very doom they were trying to prevent. The united front, forged in the crucible of fear and necessity, now faced the grim reality of a two-front war, a battle against both the cosmic void and the persistent, fanatical darkness that festered within their own kind. The path ahead was fraught with peril, demanding a level of vigilance and resilience they had only just begun to comprehend.</w:t>
      </w:r>
    </w:p>
    <w:p/>
    <w:p>
      <w:r>
        <w:t>The air in Anya’s salvaged research chamber, a cramped space meticulously organized despite the surrounding chaos, hummed with a palpable tension. Gareth, Lyra, and a select few of their most trusted allies – grizzled warriors and keen-eyed mages who had survived the initial tremors of the Unmaking – sifted through the remnants of Anya’s life’s work. Her study was a testament to her brilliance and her relentless pursuit of knowledge, her shelves laden with ancient texts, cryptic scrolls, and journals filled with her elegant, precise script. They had already unearthed a trove of information regarding the Unmaking and the machinations of the Obsidian Hand, data that had proven invaluable in their nascent attempts to forge a unified defense. Yet, an unsettling feeling persisted, a sense that Anya, ever the meticulous planner, had anticipated further dangers, dangers that lay hidden, even from their current understanding.</w:t>
      </w:r>
    </w:p>
    <w:p>
      <w:r>
        <w:br/>
        <w:t>It was Elara, her fingers nimble and her arcane senses sharp, who found it. Tucked away within the hollowed-out spine of a particularly ancient tome, bound in what felt like petrified dragon hide, was a small, tightly rolled parchment. It was sealed with a wax sigil they recognized as Anya’s personal mark, a stylized crescent moon entwined with a star. The parchment itself felt ancient, brittle to the touch, and it emanated a faint, ethereal warmth, like a lingering ember from a dying fire.</w:t>
      </w:r>
    </w:p>
    <w:p/>
    <w:p>
      <w:r>
        <w:br/>
        <w:t>“This,” Elara breathed, her voice hushed with reverence, “this feels… significant. It’s been shielded, not just physically, but with a subtle warding spell, one that only a attuned spirit could have placed.”</w:t>
      </w:r>
    </w:p>
    <w:p/>
    <w:p>
      <w:r>
        <w:br/>
        <w:t>Gareth’s gaze, usually sharp and assessing, was now filled with a weary hope. Anya had been more than a scholar; she had been a friend, a confidante, a beacon of reason in their often-turbulent world. Her disappearance, after the initial onslaught of the Unmaking’s influence, had been a devastating blow. The possibility that she had left behind a final testament, a message of guidance, resonated deeply within him.</w:t>
      </w:r>
    </w:p>
    <w:p/>
    <w:p>
      <w:r>
        <w:br/>
        <w:t>Lyra carefully took the parchment from Elara, her touch infinitely gentle. She unfurled it slowly, her eyes scanning the familiar, flowing script. The ink itself seemed to shimmer with an inner light, a testament to the magic Anya had infused into her words. As she read, her expression shifted, a mixture of sorrow, understanding, and a growing resolve.</w:t>
      </w:r>
    </w:p>
    <w:p/>
    <w:p>
      <w:r>
        <w:br/>
        <w:t>“It’s Anya,” Lyra confirmed, her voice thick with emotion. “A final message. She knew… she knew we would need more than just what was on the surface. She foresaw that even with the Unmaking threatening to consume everything, there would be… other shadows.”</w:t>
      </w:r>
    </w:p>
    <w:p/>
    <w:p>
      <w:r>
        <w:br/>
        <w:t>The chamber fell silent, save for the rustling of the parchment as Lyra continued to read aloud. Anya’s words, though tinged with the sorrow of her impending absence, were clear, a desperate plea for unity that echoed the sentiments of their current struggle, but with an added layer of urgency.</w:t>
      </w:r>
    </w:p>
    <w:p/>
    <w:p>
      <w:r>
        <w:br/>
        <w:t>“My dearest kin,” Anya’s voice, though silent, seemed to resonate in their minds, “if you are reading this, then the inevitable has come to pass, and I am no longer among you in body. But my spirit, my knowledge, my hope… these I have striven to leave behind. The Unmaking is a cosmic blight, a negation of existence that seeks to return all to the primordial void. But beware, for there are deeper, more insidious threats that mask themselves behind the grand spectacle of oblivion.”</w:t>
      </w:r>
    </w:p>
    <w:p/>
    <w:p>
      <w:r>
        <w:br/>
        <w:t>Her words painted a chilling picture of forces that lurked beyond the immediate, tangible threat of the Unmaking. She spoke not of a single, monolithic enemy, but of a layered darkness, where one terrifying manifestation could serve as a veil for another, even more profound horror.</w:t>
      </w:r>
    </w:p>
    <w:p/>
    <w:p>
      <w:r>
        <w:br/>
        <w:t xml:space="preserve">“The whispers you hear, the chilling pronouncements of the Unmaking,” Lyra continued reading Anya’s words, her voice steady, “they are but the surface ripples of a far greater, more ancient darkness. I call it the ‘shadow beyond the shadow.’ It is not merely an absence of light, but an active principle of anti-creation. Where the Unmaking seeks to unmake what </w:t>
      </w:r>
    </w:p>
    <w:p>
      <w:pPr>
        <w:jc w:val="left"/>
      </w:pPr>
      <w:r>
        <w:rPr>
          <w:i/>
        </w:rPr>
        <w:t>is</w:t>
      </w:r>
      <w:r>
        <w:t xml:space="preserve">, this deeper force seeks to prevent what </w:t>
      </w:r>
      <w:r>
        <w:rPr>
          <w:i/>
        </w:rPr>
        <w:t>could be</w:t>
      </w:r>
      <w:r>
        <w:t>. It is the antithesis of life itself, a hunger for non-existence that predates even the stars.”</w:t>
      </w:r>
    </w:p>
    <w:p>
      <w:r>
        <w:br/>
        <w:t>The implication sent a collective shiver through the assembled group. They had been so focused on the existential dread of the Unmaking, on the sheer scale of its annihilating power, that they had perhaps overlooked the possibility of something even more fundamental, more devious, at play. The Obsidian Hand, with their fanatical devotion to oblivion, suddenly seemed less like misguided zealots and more like unwitting pawns, drawn to a deeper, more profound darkness.</w:t>
      </w:r>
    </w:p>
    <w:p/>
    <w:p>
      <w:r>
        <w:br/>
        <w:t>Gareth’s eyes met Lyra’s, a silent understanding passing between them. “The Hand,” he murmured, more to himself than to the others, “they spoke of true oblivion, of a purity in nothingness. They weren’t just drawn to the Unmaking; they were drawn to this… anti-creation.”</w:t>
      </w:r>
    </w:p>
    <w:p/>
    <w:p>
      <w:r>
        <w:br/>
        <w:t>Anya’s message continued, her tone shifting from grave warning to a desperate plea for action. “The strength of this shadow lies in its perversion of balance, its perversion of creation itself. It thrives in despair, in the fracturing of unity, in the erosion of hope. Therefore, your greatest weapon against it is not destruction, but creation. Not brute force, but the unwavering affirmation of life, of connection, of love. You must weave yourselves together, not just as a shield against the void, but as a testament to the vibrant tapestry of existence that the shadow seeks to unravel.”</w:t>
      </w:r>
    </w:p>
    <w:p/>
    <w:p>
      <w:r>
        <w:br/>
        <w:t>Her foresight was astounding. She had not only identified the nature of this deeper threat but also prescribed the remedy. It was a stark contrast to the usual approach of warfare, which was rooted in destruction and conquest. Anya was urging them to embrace the very essence of what made them shifterkind – their primal connection to life, their capacity for creation, their unwavering loyalty to their pack and their chosen families.</w:t>
      </w:r>
    </w:p>
    <w:p/>
    <w:p>
      <w:r>
        <w:br/>
        <w:t>“But how?” asked Bran, a seasoned warrior with a scarred face and a wary heart, his voice rough with concern. “How do we fight a force that thrives on life? We are creatures of the wild, of instinct. Our strength is in the hunt, in the defense of our territory, in the power of our forms.”</w:t>
      </w:r>
    </w:p>
    <w:p/>
    <w:p>
      <w:r>
        <w:br/>
        <w:t>Anya, as if sensing his unspoken question, had included a cryptic clue, a breadcrumb for them to follow. It was a passage that spoke of the very origins of their kind, a forgotten ritual woven into the fabric of their earliest existence.</w:t>
      </w:r>
    </w:p>
    <w:p/>
    <w:p>
      <w:r>
        <w:br/>
        <w:t>Lyra’s voice softened as she read the next passage, a tremor of wonder in her tone. “She speaks of the Dawn Ritual,” she explained, looking up from the parchment. “It’s an ancient ceremony, one that predates most of our current lore, even the most obscure pack histories. It’s tied to the very moment shifterkind was born, a time when the veil between our world and the primal energies of creation was at its thinnest. Anya believes… she believes the key to confronting this ‘shadow beyond the shadow’ lies within this ritual. Not to destroy it, but to… counter it. To reaffirm creation.”</w:t>
      </w:r>
    </w:p>
    <w:p/>
    <w:p>
      <w:r>
        <w:br/>
        <w:t>The words hung in the air, a fragile thread of hope in the encroaching darkness. The Dawn Ritual. It was a concept so ancient, so shrouded in myth, that many considered it a mere fairy tale. Anya, however, had not only remembered it but had apparently delved into its true meaning, its hidden power.</w:t>
      </w:r>
    </w:p>
    <w:p/>
    <w:p>
      <w:r>
        <w:br/>
        <w:t xml:space="preserve">“She says,” Lyra continued, her eyes wide with a dawning realization, “that the ritual was not just about invoking the dawn, but about </w:t>
      </w:r>
    </w:p>
    <w:p>
      <w:pPr>
        <w:jc w:val="left"/>
      </w:pPr>
      <w:r>
        <w:rPr>
          <w:i/>
        </w:rPr>
        <w:t>sealing</w:t>
      </w:r>
      <w:r>
        <w:t xml:space="preserve"> a nascent darkness that threatened to snuff out existence before it had even truly begun. She believed that this ancient darkness was the original form of the ‘shadow beyond the shadow,’ and that the ritual, in its essence, was a profound act of creation and balance, meant to define the boundaries of existence against the allure of nothingness.”</w:t>
      </w:r>
    </w:p>
    <w:p>
      <w:r>
        <w:br/>
        <w:t>The implications were staggering. The Unmaking, the Obsidian Hand, and now this anti-creation force – they were all manifestations of a fundamental, cosmic struggle between existence and non-existence. Anya’s research had uncovered a profound truth: that the battle for their world was not merely a fight for survival, but a defense of the very principle of creation.</w:t>
      </w:r>
    </w:p>
    <w:p/>
    <w:p>
      <w:r>
        <w:br/>
        <w:t xml:space="preserve">“Anya believed,” Lyra read, her voice gaining strength, “that the ritual, if properly understood and re-enacted, could reassert the fundamental laws of creation, reinforcing the boundaries that keep the shadow at bay. She was trying to decipher its true purpose, to understand the specific incantations, the movements, the… </w:t>
      </w:r>
    </w:p>
    <w:p>
      <w:pPr>
        <w:jc w:val="left"/>
      </w:pPr>
      <w:r>
        <w:rPr>
          <w:i/>
        </w:rPr>
        <w:t>essence</w:t>
      </w:r>
      <w:r>
        <w:t xml:space="preserve"> of the act. She left fragments of her research, coded within her personal journals, hinting at its location and its components. She believed that only by recreating the conditions of that primal dawn, by embracing the purest form of creation, could we hope to push back the shadow that threatens to undo everything.”</w:t>
      </w:r>
    </w:p>
    <w:p>
      <w:r>
        <w:br/>
        <w:t>She paused, her gaze sweeping over Gareth and the others. “She was preparing for this. Even as the Unmaking’s influence grew, even as the Obsidian Hand stirred, she was reaching back, seeking answers in the very genesis of our kind. This isn’t just a message; it’s a blueprint. A desperate, brilliant, final act of sacrifice.”</w:t>
      </w:r>
    </w:p>
    <w:p/>
    <w:p>
      <w:r>
        <w:br/>
        <w:t>The weight of Anya’s sacrifice settled upon them. She had known, with chilling certainty, that the fight would extend beyond the immediate threat. She had recognized the insidious nature of the shadow, its ability to cloak itself in the more obvious terror of the void. Her foresight had given them not just a warning, but a path forward, a chance to confront an enemy that defied conventional understanding.</w:t>
      </w:r>
    </w:p>
    <w:p/>
    <w:p>
      <w:r>
        <w:br/>
        <w:t>“She also included a… a specific clue,” Lyra continued, her voice dropping to a more intimate tone, as if sharing a secret directly with Anya. “A cryptic phrase, tied to the location of a hidden artifact, something she believed was integral to the Dawn Ritual. She wrote: ‘Where the first light kisses the oldest stone, and the wolf’s song echoes the primal groan.’ She believed this artifact, imbued with the residual energies of that first dawn, could amplify the ritual’s power, making it a true bulwark against the anti-creation force.”</w:t>
      </w:r>
    </w:p>
    <w:p/>
    <w:p>
      <w:r>
        <w:br/>
        <w:t>The phrase itself was evocative, a poetic riddle that spoke of a place deeply connected to the origins of their kind. It spoke of the very first moments of their existence, when the world was new and the primal forces of creation were still shaping the cosmos.</w:t>
      </w:r>
    </w:p>
    <w:p/>
    <w:p>
      <w:r>
        <w:br/>
        <w:t>“The first light… the oldest stone…” mused Elara, her brow furrowed in thought. “It sounds like a place of immense antiquity, a sanctuary untouched by the ravages of time. Perhaps a place where the veil between worlds is inherently thin, where the echoes of creation are still palpable.”</w:t>
      </w:r>
    </w:p>
    <w:p/>
    <w:p>
      <w:r>
        <w:br/>
        <w:t>Bran, ever the pragmatist, grumbled, “But where? We have ancient sites, sacred groves, forgotten henges scattered across our territories. This could be anywhere.”</w:t>
      </w:r>
    </w:p>
    <w:p/>
    <w:p>
      <w:r>
        <w:br/>
        <w:t>“Anya was never one for ambiguity,” Gareth stated, his voice firm. “She would have provided a clue that, while cryptic, was ultimately decipherable. The ‘wolf’s song echoing the primal groan’… that speaks of a profound connection to our primal nature, a resonance that goes beyond mere sound. It speaks of the very soul of our kind finding its voice.”</w:t>
      </w:r>
    </w:p>
    <w:p/>
    <w:p>
      <w:r>
        <w:br/>
        <w:t xml:space="preserve">Lyra traced the words on the parchment again, a faint smile touching her lips. “She believed that the true power of the Dawn Ritual lay not just in the act of creation itself, but in the </w:t>
      </w:r>
    </w:p>
    <w:p>
      <w:pPr>
        <w:jc w:val="left"/>
      </w:pPr>
      <w:r>
        <w:rPr>
          <w:i/>
        </w:rPr>
        <w:t>intention</w:t>
      </w:r>
      <w:r>
        <w:t xml:space="preserve"> behind it. The shadow thrives on negation, on the absence of life. To counter it, we must embrace the fullness of what it means to be alive, to be a shifter. We must embody the very essence of creation. Our unity, our love, our resilience – these are not mere emotions; they are the fundamental forces that define existence.”</w:t>
      </w:r>
    </w:p>
    <w:p>
      <w:r>
        <w:br/>
        <w:t>The parchment rustled as Anya’s final, desperate words filled the chamber. “Do not despair. The Unmaking is a storm, but the shadow beyond the shadow is the chilling emptiness that follows. You have the strength within you, the primal spark of creation that has endured since the dawn of time. Seek the artifact. Reclaim the ritual. Let your unity be your shield, your love be your weapon, and your existence be your defiance. For in the affirmation of life, you will find the power to banish even the deepest darkness. This is my final hope, my final gift. Live. Create. Endure.”</w:t>
      </w:r>
    </w:p>
    <w:p/>
    <w:p>
      <w:r>
        <w:br/>
        <w:t>A profound silence descended upon the chamber. Anya’s message was not just a historical revelation; it was a directive, a last-ditch effort from a brilliant mind who had seen beyond the immediate crisis to the fundamental war they were truly fighting. The Unmaking was the roaring inferno, but the shadow beyond the shadow was the gnawing cold that threatened to extinguish the very embers of their being.</w:t>
      </w:r>
    </w:p>
    <w:p/>
    <w:p>
      <w:r>
        <w:br/>
        <w:t>Gareth looked at Lyra, his eyes filled with a renewed sense of purpose, a flicker of the hope Anya had so desperately tried to instill. “We’ve been fighting the symptom,” he said, his voice low and resonant. “Now, we must find the cure. We must find this artifact, and we must understand the Dawn Ritual. For Anya. For all of us.”</w:t>
      </w:r>
    </w:p>
    <w:p/>
    <w:p>
      <w:r>
        <w:br/>
        <w:t>Lyra nodded, her gaze firm. The task ahead was monumental, a journey into the very origins of their kind, a quest to reclaim a lost piece of their heritage. But Anya’s message had given them more than just knowledge; it had given them a deeper understanding of the stakes, and a profound reason to fight. They were not just fighting to survive; they were fighting to ensure that creation itself would endure. The whispers of Anya’s final message, a testament to her unwavering belief in the power of unity and the enduring strength of life, echoed in their hearts, a beacon against the encroaching gloom. The journey to find the artifact and rediscover the Dawn Ritual had begun.</w:t>
      </w:r>
    </w:p>
    <w:p/>
    <w:p>
      <w:r>
        <w:t>Gareth’s fingers tightened around Lyra’s, their intertwined hands a tangible anchor in the whirlwind of fear and grim determination that had settled over Anya’s salvaged chamber. The weight of Anya’s final message, the revelation of a threat that dwarfed even the terror of the Unmaking, pressed down on them. It wasn't just about survival anymore; it was about the very essence of existence, about defending the spark of creation against an ancient, insatiable hunger for nothingness.</w:t>
      </w:r>
    </w:p>
    <w:p>
      <w:r>
        <w:br/>
        <w:t>“Anya’s words… they speak of a darkness that predates even the stars,” Lyra murmured, her voice a soft counterpoint to the grim pronouncements that had just been laid bare. Her eyes, usually alight with warmth and fierce intelligence, held a new depth, a reflection of the cosmic stakes they now faced. “She saw that the Unmaking, the Obsidian Hand’s zealous pursuit of oblivion, was merely a symptom. The true disease… it’s this anti-creation force. This ‘shadow beyond the shadow.’”</w:t>
      </w:r>
    </w:p>
    <w:p/>
    <w:p>
      <w:r>
        <w:br/>
        <w:t>Gareth met her gaze, his own mirroring the gravity of their situation, but also, crucially, a spark of fierce resolve that had ignited within him at Anya’s words. He understood now, with a clarity that chilled him to the bone and simultaneously galvanized him. Their love, their bond, the very heartbeat of their pack and their connection to the natural world—these were not just personal joys; they were weapons. They were the antithesis of the void.</w:t>
      </w:r>
    </w:p>
    <w:p/>
    <w:p>
      <w:r>
        <w:br/>
        <w:t>“She’s right, Lyra,” Gareth said, his voice low and steady, a rumble of primal reassurance that resonated with the ancient strength of his wolf. “The shadow thrives on negation, on the absence of life. It cannot comprehend creation. It cannot understand… us.” He squeezed her hand, his thumb stroking the sensitive skin of her inner wrist, a gesture of profound intimacy that belied the monumental task ahead. “Anya’s final hope wasn’t just about finding an artifact or performing a ritual. It was about us. It was about the power we represent, the power of life, of unity, of love.”</w:t>
      </w:r>
    </w:p>
    <w:p/>
    <w:p>
      <w:r>
        <w:br/>
        <w:t>He looked around at the faces of their assembled allies – Bran, Elara, and the others, their expressions etched with a similar blend of awe and apprehension. They, too, had heard Anya’s message, had grappled with the terrifying implications. But Gareth knew that their strength, and more importantly, their hope, must emanate from him and Lyra. They were the heart of this burgeoning resistance, and their commitment needed to be unwavering, a beacon against the encroaching despair.</w:t>
      </w:r>
    </w:p>
    <w:p/>
    <w:p>
      <w:r>
        <w:br/>
        <w:t xml:space="preserve">“We’ve been so focused on the Unmaking’s destructive power, on the brute force of the void,” Gareth continued, his gaze sweeping over the faces of his trusted circle. “But Anya’s message changes everything. We’re not just fighting to stop something from being destroyed. We’re fighting to affirm what </w:t>
      </w:r>
    </w:p>
    <w:p>
      <w:pPr>
        <w:jc w:val="left"/>
      </w:pPr>
      <w:r>
        <w:rPr>
          <w:i/>
        </w:rPr>
        <w:t>is</w:t>
      </w:r>
      <w:r>
        <w:t xml:space="preserve">. We’re fighting to ensure that what </w:t>
      </w:r>
      <w:r>
        <w:rPr>
          <w:i/>
        </w:rPr>
        <w:t>could be</w:t>
      </w:r>
      <w:r>
        <w:t xml:space="preserve"> will have the chance to exist.”</w:t>
      </w:r>
    </w:p>
    <w:p>
      <w:r>
        <w:br/>
        <w:t>Lyra nodded, her grip on his hand firming. “The Dawn Ritual,” she said, her voice imbued with a newfound reverence. “Anya believed it was a primal act of creation, meant to push back the very first stirrings of this anti-creation force. It’s not about wielding a weapon of destruction. It’s about embodying the purest form of existence, about reaffirming the fundamental laws of life.” She met Gareth’s eyes, and in that shared gaze, a silent vow was forged, one that transcended words.</w:t>
      </w:r>
    </w:p>
    <w:p/>
    <w:p>
      <w:r>
        <w:br/>
        <w:t>“And that’s what we must do,” Gareth declared, his voice ringing with a conviction that cut through the lingering tension. “We must not only find the artifact Anya spoke of, but we must understand the true essence of the Dawn Ritual. We must become the living embodiment of creation. Our unity, Lyra, our love… it’s not just a personal bond anymore. It’s our most potent weapon.” He lifted their clasped hands, holding them between them. “This,” he said, his eyes locked on hers, a promise burning in their depths, “this is our vow.”</w:t>
      </w:r>
    </w:p>
    <w:p/>
    <w:p>
      <w:r>
        <w:br/>
        <w:t>He felt the tremor of her agreement, the surge of shared purpose that flowed between them, a current of primal energy that seemed to resonate with the very air of the chamber. Their love, once a fated destiny, now felt like a chosen path, a deliberate act of defiance against the encroaching nothingness. It was a love born of shared trials, of unwavering loyalty, and of a deep, soul-binding connection that had been forged in the crucible of their shared existence. Now, it was to be their shield and their sword.</w:t>
      </w:r>
    </w:p>
    <w:p/>
    <w:p>
      <w:r>
        <w:br/>
        <w:t>“We are shifterkind,” Gareth stated, his voice resonating with the pride and power of his heritage. “We are born of the wild, of instinct, of a connection to the primal energies of life. The shadow beyond the shadow seeks to unravel that tapestry. It seeks to erase the vibrant colors of existence, to leave only a sterile, silent void. But we will not let it.”</w:t>
      </w:r>
    </w:p>
    <w:p/>
    <w:p>
      <w:r>
        <w:br/>
        <w:t>Lyra’s voice, soft yet powerful, echoed his sentiment. “We will be the defiance. We will be the affirmation. Our love is a testament to the power of creation. It is a burning ember of light that refuses to be extinguished, even in the face of absolute darkness. We will channel that light, Gareth. We will weave it into the very fabric of existence.”</w:t>
      </w:r>
    </w:p>
    <w:p/>
    <w:p>
      <w:r>
        <w:br/>
        <w:t>He could feel the truth of her words settle deep within him, a comforting warmth spreading through his chest. He was a wolf, a protector, a mate. His instinct was to defend, to fight, to conquer. But Anya’s message had unlocked a deeper understanding, a recognition that the greatest battles were not always won with fang and claw, but with the unwavering spirit of life itself.</w:t>
      </w:r>
    </w:p>
    <w:p/>
    <w:p>
      <w:r>
        <w:br/>
        <w:t>“This entity,” Gareth continued, his mind piecing together Anya’s cryptic clues and his own primal understanding, “this force that hates creation… it will seek to sow discord. It will prey on fear, on doubt, on despair. It will try to break us apart, to turn us against one another. That is where its true power lies – in isolation, in the erosion of connection.”</w:t>
      </w:r>
    </w:p>
    <w:p/>
    <w:p>
      <w:r>
        <w:br/>
        <w:t>“Then our strength must lie in the opposite,” Lyra finished, her gaze unwavering. “In unity. In unwavering faith in each other, and in the life we are fighting to preserve. We must be a single, unbroken entity, a testament to the power of what happens when souls intertwine.”</w:t>
      </w:r>
    </w:p>
    <w:p/>
    <w:p>
      <w:r>
        <w:br/>
        <w:t>Gareth pulled her closer, his arm wrapping around her waist, drawing her against his side. He could feel the steady beat of her heart against his own, a rhythmic pulse that mirrored the thrum of his own life force. It was a sound of defiance, a song of existence that the void could never silence.</w:t>
      </w:r>
    </w:p>
    <w:p/>
    <w:p>
      <w:r>
        <w:br/>
        <w:t>“We will face this threat head-on,” Gareth vowed, his voice a deep growl of unwavering resolve. “We will not cower. We will not falter. We will stand as a bulwark for all that is light, for all that is life, for all that is beautiful and vibrant in this world.” He met her gaze, his eyes reflecting the fierce protectiveness that surged within him. “Our love is not a weakness, Lyra. It is the very foundation of our strength. It is the spark that ignites the dawn, and we will use it to push back the deepest shadow.”</w:t>
      </w:r>
    </w:p>
    <w:p/>
    <w:p>
      <w:r>
        <w:br/>
        <w:t>Lyra leaned into him, her fingers tracing the line of his jaw, her touch sending ripples of warmth through him. “Our commitment to each other, and to our world, is absolute,” she whispered, her voice thick with emotion. “We will not let Anya’s sacrifice be in vain. We will carry her hope, her knowledge, and her belief in the enduring power of creation.”</w:t>
      </w:r>
    </w:p>
    <w:p/>
    <w:p>
      <w:r>
        <w:br/>
        <w:t>He inhaled deeply, the scent of her – a delicate blend of wild honeysuckle and the subtle ozone of nascent magic – filling his senses, grounding him, empowering him. “The Dawn Ritual,” he said, the words a promise on his lips. “We will find the artifact. We will understand the ritual. And we will unleash its power, not to destroy, but to reaffirm. To create. To ensure that the light always triumphs over the dark.”</w:t>
      </w:r>
    </w:p>
    <w:p/>
    <w:p>
      <w:r>
        <w:br/>
        <w:t>He could feel the collective will of their allies settling around them, a silent testament to their shared purpose. They looked to Gareth and Lyra, not just as leaders, but as the embodiment of the very thing they were fighting to protect. Their love, their bond, was no longer just a personal journey; it was a symbol, a rallying cry, a testament to the resilience of life itself.</w:t>
      </w:r>
    </w:p>
    <w:p/>
    <w:p>
      <w:r>
        <w:br/>
        <w:t xml:space="preserve">“We are bound by fate, yes,” Gareth continued, his gaze sweeping over Lyra, his heart swelling with a fierce, protective love that was now inextricably linked to their shared destiny. “But we are </w:t>
      </w:r>
    </w:p>
    <w:p>
      <w:pPr>
        <w:jc w:val="left"/>
      </w:pPr>
      <w:r>
        <w:rPr>
          <w:i/>
        </w:rPr>
        <w:t>choosing</w:t>
      </w:r>
      <w:r>
        <w:t xml:space="preserve"> this fight, Lyra. We are choosing to stand together, to face this ultimate threat not just as individuals, but as a united force, a testament to the power of creation that this entity so desperately seeks to extinguish.”</w:t>
      </w:r>
    </w:p>
    <w:p>
      <w:r>
        <w:br/>
        <w:t>Lyra’s hand, still clasped in his, tightened. “Our love has always been a powerful force, Gareth,” she said, her voice soft but firm. “It has seen us through trials and tribulations, it has strengthened our resolve, and it has made us more than we ever were alone. Now, it will be the engine of our defiance. It will be the very essence of the creation we champion.”</w:t>
      </w:r>
    </w:p>
    <w:p/>
    <w:p>
      <w:r>
        <w:br/>
        <w:t>He looked at her, his heart overflowing with a profound sense of rightness. He knew, with an unshakeable certainty, that their love was the most powerful force in existence. It was the antithesis of the void, the antidote to despair. It was the spark that could reignite hope, the warmth that could melt the deepest frost. And together, they would wield it as their greatest weapon.</w:t>
      </w:r>
    </w:p>
    <w:p/>
    <w:p>
      <w:r>
        <w:br/>
        <w:t>“We will stand together, Lyra,” Gareth vowed, his voice resonating with the primal strength of his wolf and the unwavering conviction of his mate. “Our hands will remain clasped, our hearts beating as one. We will face this shadow, and we will ensure that the light of creation, the enduring power of life, and the strength of our love, will prevail. This is our vow. This is our promise. For Anya, for our world, and for every future dawn yet to come.”</w:t>
      </w:r>
    </w:p>
    <w:p/>
    <w:p>
      <w:r>
        <w:br/>
        <w:t>The air in the chamber seemed to hum with a renewed energy, a subtle shift in its very fabric, as if the ancient stones themselves were acknowledging their solemn promise. The weight of the Unmaking still lingered, a grim shadow on the horizon, but now, a new, more potent light had been kindled. The light of their love, amplified by the desperate wisdom of Anya’s final message, and fortified by the unshakeable bond between Gareth and Lyra, stood as a beacon of hope, a testament to the enduring power of creation in the face of ultimate annihilation. Their journey had just begun, but with this vow, they were already one step closer to confronting the darkness and ensuring that the dawn would indeed break. Their promise was more than a vow; it was a sacred pact, a living testament to their strength as individuals and their even greater power as a united force, ready to face the unknown, armed with the most potent weapon of all: their unwavering love and their shared commitment to life.</w:t>
      </w:r>
    </w:p>
    <w:p/>
    <w:p>
      <w:r>
        <w:t>The first rays of dawn painted the fractured sky in hues of rose and gold, a stark and beautiful contrast to the lingering shadows of the night's desperate struggle. The mended nexus, once a gaping wound in the heart of their world, now pulsed with a steady, healing light, a testament to the combined efforts and sacrifices made. Gareth stood beside Lyra, their hands still intertwined, a silent promise passed between them with every gentle squeeze. The immediate threat of the Obsidian Hand had been pushed back, their immediate fervor for destruction momentarily quelled, leaving behind a fragile peace. But the victory, as comforting as it felt, was merely a temporary respite. Anya’s final words, the chilling revelation of the ancient entity that lurked beyond the veil of their understanding, hung heavy in the crisp morning air. It was a darkness that predated their world, a hunger that sought not conquest, but annihilation.</w:t>
      </w:r>
    </w:p>
    <w:p>
      <w:r>
        <w:br/>
        <w:t>Lyra turned her face towards the nascent sun, her eyes, usually so full of vibrant life, now held a contemplative depth. "It's beautiful, isn't it?" she murmured, her voice a soft caress against the silence. "Even after everything, the world still finds a way to bloom." A faint smile touched her lips, but it didn't quite reach her eyes. "The Obsidian Hand is a storm we weathered, Gareth. But the real tempest… that's still on the horizon." Her gaze swept across the newly healed nexus, its energy humming with a life that felt both fragile and resilient. "Anya gave us a chance to breathe, to mend. But she also showed us the abyss that lies beneath our feet."</w:t>
      </w:r>
    </w:p>
    <w:p/>
    <w:p>
      <w:r>
        <w:br/>
        <w:t>Gareth’s arm tightened around her shoulders, drawing her closer. He could feel the subtle tremor of her apprehension, a sensation that mirrored his own, yet was tempered by the unshakeable bedrock of their bond. Their path had been fraught with peril, their love a beacon that had guided them through countless storms. The Unmaking, the Obsidian Hand’s zealous pursuit of oblivion, had seemed like the ultimate threat, a force bent on erasing all that was good and vibrant. But Anya’s message had painted a far more terrifying picture. The Obsidian Hand, in its destructive fervor, was merely a pawn, a symptom of a deeper, more ancient malady. The true enemy was the shadow beyond the shadow, a void that craved not power, but nothingness.</w:t>
      </w:r>
    </w:p>
    <w:p/>
    <w:p>
      <w:r>
        <w:br/>
        <w:t xml:space="preserve">"She saw it, Lyra," Gareth said, his voice a low rumble that vibrated through her. "She saw the true enemy. And she understood that our strength isn't just in our ability to fight, but in our ability to </w:t>
      </w:r>
    </w:p>
    <w:p>
      <w:pPr>
        <w:jc w:val="left"/>
      </w:pPr>
      <w:r>
        <w:rPr>
          <w:i/>
        </w:rPr>
        <w:t>be</w:t>
      </w:r>
      <w:r>
        <w:t>. To create. To love." He looked out at the horizon, where the sun was slowly ascending, chasing away the last vestiges of night. The Obsidian Hand’s forces had been scattered, their immediate plans thwarted, but the knowledge of their existence, and the greater threat they represented, was a heavy burden. They had bought themselves time, precious time, to understand the true nature of the danger and to prepare for what was to come.</w:t>
      </w:r>
    </w:p>
    <w:p>
      <w:r>
        <w:br/>
        <w:t xml:space="preserve">He remembered Anya’s final words, the urgent plea woven into the fabric of her dying moments. </w:t>
      </w:r>
    </w:p>
    <w:p>
      <w:pPr>
        <w:jc w:val="left"/>
      </w:pPr>
      <w:r>
        <w:rPr>
          <w:i/>
        </w:rPr>
        <w:t>'The Unmaking is but a flicker of a greater darkness. The true threat is the hunger for oblivion itself. The Dawn Ritual… it is not a weapon, but a beginning. A reassertion of creation.'</w:t>
      </w:r>
      <w:r>
        <w:t xml:space="preserve"> Gareth had felt the weight of those words settle upon him, a responsibility that went far beyond the immediate safety of his pack or his mate. It was about the very fabric of existence, about the spark of life that the ancient entity sought to extinguish.</w:t>
      </w:r>
    </w:p>
    <w:p>
      <w:r>
        <w:br/>
        <w:t>"We have secured our HEA, my love," Gareth murmured, his lips brushing against Lyra’s temple. "Our bond is unbreakable. No force, no matter how ancient or terrible, can truly sever the connection we share. We have faced down the darkness together, and we have emerged stronger. But this… this is different. This is a war not for territory, or for dominance, but for the very right to exist." He felt a surge of protective instinct, a primal urge to shield Lyra from the terrifying implications of Anya’s revelation. Yet, he also knew that she was not a fragile being to be shielded, but a warrior in her own right, her spirit as fierce and unyielding as his own.</w:t>
      </w:r>
    </w:p>
    <w:p/>
    <w:p>
      <w:r>
        <w:br/>
        <w:t>Lyra leaned her head against his shoulder, her eyes still fixed on the horizon. "The world feels… different," she whispered. "Lighter, in a way. As if a great weight has been lifted, but only to reveal a deeper chasm. We can rebuild, Gareth. We can heal the land, mend the broken pathways. But how do you fight a shadow that hungers for nothingness? How do you strike at an enemy that has no form, no desire, only an insatiable craving for negation?"</w:t>
      </w:r>
    </w:p>
    <w:p/>
    <w:p>
      <w:r>
        <w:br/>
        <w:t>Gareth turned her to face him, his hands framing her face, his thumbs stroking her cheeks. Her eyes, wide and earnest, reflected the enormity of the challenge ahead. He saw not fear, but a steely resolve that mirrored his own. "We don't fight it with fang and claw, Lyra. Not in the way we fought the Obsidian Hand. Anya said it herself: the Dawn Ritual. It's about creation. It's about affirming life. It's about becoming the antithesis of what this entity represents." He saw a flicker of understanding dawn in her eyes, a connection to the primal wisdom that flowed through their shared bloodline.</w:t>
      </w:r>
    </w:p>
    <w:p/>
    <w:p>
      <w:r>
        <w:br/>
        <w:t>"The Dawn Ritual," she repeated, the words a nascent melody. "It's about channeling the very essence of life. It's about reinforcing the fundamental laws of existence that this… this shadow seeks to unravel. It's about becoming the living embodiment of creation. Our love, Gareth. Our unity. That is our weapon. It is the purest form of creation, the brightest light against the encroaching dark."</w:t>
      </w:r>
    </w:p>
    <w:p/>
    <w:p>
      <w:r>
        <w:br/>
        <w:t xml:space="preserve">Gareth’s heart swelled with a fierce, protective love for the woman beside him. She understood. She </w:t>
      </w:r>
    </w:p>
    <w:p>
      <w:pPr>
        <w:jc w:val="left"/>
      </w:pPr>
      <w:r>
        <w:rPr>
          <w:i/>
        </w:rPr>
        <w:t>felt</w:t>
      </w:r>
      <w:r>
        <w:t xml:space="preserve"> it, just as he did. Their love, once a sacred, personal bond, was now a force of cosmic significance. It was the spark that Anya had spoken of, the ember that would ignite the dawn. "Exactly," he affirmed, his voice filled with a conviction that resonated with the primal power of his wolf. "The Obsidian Hand sought to destroy. This entity seeks to unmake. To erase. And the only way to combat such a force is to stand as a testament to everything it is not. To be vibrant. To be alive. To be unified."</w:t>
      </w:r>
    </w:p>
    <w:p>
      <w:r>
        <w:br/>
        <w:t>He looked at the faces of their closest allies, who had gathered around them, their expressions a mix of relief and lingering apprehension. Bran, his old friend, offered a grim nod. Elara, her gaze sharp and intelligent, met Lyra’s eyes with a silent understanding. Even the younger shifters, who had faced unimaginable horrors, seemed to draw strength from the quiet confidence radiating from Gareth and Lyra. Anya’s sacrifice had not been in vain. Her knowledge, her hope, had been passed on, igniting a new purpose within them.</w:t>
      </w:r>
    </w:p>
    <w:p/>
    <w:p>
      <w:r>
        <w:br/>
        <w:t>"The immediate threat of the Obsidian Hand has been contained," Gareth announced, his voice carrying across the assembled group. "Their immediate ambition to plunge our world into chaos has been thwarted. But this is not the end of the battle. It is merely the beginning of a far greater war. Anya's final revelation has shown us the true enemy, a force that seeks to extinguish all light, all life. It is an enemy that thrives on negation, on the absence of existence itself."</w:t>
      </w:r>
    </w:p>
    <w:p/>
    <w:p>
      <w:r>
        <w:br/>
        <w:t>A collective hush fell over the group, the weight of his words settling upon them. The victory, so hard-won, now seemed like a fragile bloom in the face of an encroaching winter. Yet, within that hushed silence, Gareth felt a flicker of defiance, a shared resolve that strengthened his own. They were not a people who bowed to despair. They were shifterkind, creatures of instinct, of resilience, of an unbreakable connection to the wild heart of their world.</w:t>
      </w:r>
    </w:p>
    <w:p/>
    <w:p>
      <w:r>
        <w:br/>
        <w:t>"This ancient entity," Gareth continued, his gaze sweeping over their faces, "this shadow beyond the shadow, feeds on discord, on fear, on isolation. It seeks to break the bonds that hold us together, to turn us against one another, and to leave us vulnerable to its insatiable hunger for oblivion. We cannot afford to let that happen." He met Lyra’s eyes, their shared gaze a silent pact, a reaffirmation of the vow they had made.</w:t>
      </w:r>
    </w:p>
    <w:p/>
    <w:p>
      <w:r>
        <w:br/>
        <w:t>"Then our strength must lie in the opposite," Lyra's voice rang out, clear and unwavering. "In unity. In unwavering faith in each other. In the unwavering belief in the life we are fighting to protect. We must be a single, unbroken entity, a testament to the power of what happens when souls intertwine, when hearts beat as one." Her hand tightened on Gareth’s, a physical manifestation of their unbreakable bond.</w:t>
      </w:r>
    </w:p>
    <w:p/>
    <w:p>
      <w:r>
        <w:br/>
        <w:t>Gareth felt a surge of pride for his mate, for her courage and her profound understanding. She was the heart of their strength, the embodiment of the very life they sought to preserve. "Anya’s final hope," he declared, his voice resonating with the primal power of his lineage, "was not in a weapon of destruction, but in the very essence of creation. The Dawn Ritual. It is not about wielding power, but about embodying it. About channeling the primal forces of life, of renewal, of hope. It is about becoming the antithesis of the void."</w:t>
      </w:r>
    </w:p>
    <w:p/>
    <w:p>
      <w:r>
        <w:br/>
        <w:t>He looked out at the horizon, where the sun was now fully risen, its golden rays washing over the mended nexus, illuminating the path ahead. The immediate threat had been contained, the Obsidian Hand dispersed, their destructive zeal momentarily blunted. But the horizon, though bathed in sunlight, held the promise of a far more terrifying and critical phase of their struggle. The war for the fate of all shifters, and indeed, for all of existence, had just begun. Their HEA was secured, their bond forged in the fires of adversity, unbreakable and eternal. But the shadow beyond the shadow, the ancient hunger for nothingness, was a threat that loomed larger than any they had ever faced.</w:t>
      </w:r>
    </w:p>
    <w:p/>
    <w:p>
      <w:r>
        <w:br/>
        <w:t>"We have contained the immediate threat," Gareth announced, his voice resonating with a newfound authority that spoke of both victory and the daunting road ahead. "The Obsidian Hand, in their blind pursuit of destruction, has been pushed back. Their immediate designs have been thwarted. But we must not mistake this respite for an end. Anya’s final revelations have unveiled a far greater danger, a threat that existed long before our world, and one that seeks not conquest, but utter annihilation."</w:t>
      </w:r>
    </w:p>
    <w:p/>
    <w:p>
      <w:r>
        <w:br/>
        <w:t>Lyra stood beside him, her presence a calming anchor in the whirlwind of emotions that swept through the assembled shifters. The air, though still carrying the faint scent of ozone and lingering magic from the recent conflict, now also held the fresh, clean aroma of dawn. "The Obsidian Hand was a storm," she said, her voice clear and steady, "a tempest of fury and destruction. We weathered it. We endured. But the true adversary is a different kind of darkness. A void that hungers for the absence of all things. It is a threat that cannot be met with brute force alone."</w:t>
      </w:r>
    </w:p>
    <w:p/>
    <w:p>
      <w:r>
        <w:br/>
        <w:t>Gareth met her gaze, a silent acknowledgment of the immense challenge that lay before them. Their love, their unbreakable bond, had been their shield and their sword against the immediate threats. It had allowed them to persevere, to find strength in each other when all else seemed lost. But now, they faced an enemy that sought to erase the very concept of love, of connection, of existence itself.</w:t>
      </w:r>
    </w:p>
    <w:p/>
    <w:p>
      <w:r>
        <w:br/>
        <w:t>"Anya's wisdom was our salvation," Gareth stated, his voice a low growl of conviction. "She understood that the Unmaking, the Obsidian Hand's obsession with oblivion, was merely a symptom. The true disease is this ancient entity, this 'shadow beyond the shadow' that predates the stars. Its desire is not to conquer, but to erase. To unmake. To leave nothing but an endless, silent void." He squeezed Lyra’s hand, drawing strength from the warmth that flowed between them. Their happily ever after, the future they had fought so fiercely to secure, now seemed precariously balanced on the precipice of this new, terrifying reality.</w:t>
      </w:r>
    </w:p>
    <w:p/>
    <w:p>
      <w:r>
        <w:br/>
        <w:t>"And our path forward," Lyra continued, her eyes fixed on the rising sun, "lies not in destruction, but in creation. Anya’s message about the Dawn Ritual was clear. It is not about wielding a weapon, but about embodying life. It is about reaffirming the fundamental laws of existence, about pushing back against the very first stirrings of this anti-creation force. It is about becoming the living embodiment of what this entity seeks to destroy."</w:t>
      </w:r>
    </w:p>
    <w:p/>
    <w:p>
      <w:r>
        <w:br/>
        <w:t>Gareth nodded, the weight of her words settling into his bones. He felt a deep, primal understanding of what Anya had intended. Their love, their bond, the very essence of their mated connection, was not merely a personal triumph. It was a cosmic declaration, a powerful affirmation of life in the face of absolute negation. "Our unity," he said, his voice resonating with the strength of his wolf and the unwavering conviction of his mate, "our love for each other, and for our world, is our most potent weapon. It is the antithesis of the void. It cannot comprehend creation. It cannot understand the vibrant tapestry of life that we represent."</w:t>
      </w:r>
    </w:p>
    <w:p/>
    <w:p>
      <w:r>
        <w:br/>
        <w:t>He looked around at their gathered allies – Bran, Elara, and the others whose faces were etched with a mixture of relief and apprehension. They had fought valiantly against the Obsidian Hand, their courage a testament to the spirit of shifterkind. But the war, Anya had revealed, had just entered its most terrifying and critical phase. The horizon beckoned, not with the promise of an easy peace, but with the certainty of a battle for the very soul of existence.</w:t>
      </w:r>
    </w:p>
    <w:p/>
    <w:p>
      <w:r>
        <w:br/>
        <w:t>"The Obsidian Hand sought to sow chaos and destruction," Gareth explained, his voice low and steady. "They were a force of negation, a tool of the greater darkness. But their immediate threat has been contained. We have mended the nexus, and the path towards healing our world is clearer. However, we must not be lulled into a false sense of security. Anya's final revelation has unveiled a threat far more ancient, far more insidious."</w:t>
      </w:r>
    </w:p>
    <w:p/>
    <w:p>
      <w:r>
        <w:br/>
        <w:t>Lyra turned to face the assembled shifters, her gaze encompassing them all. "This entity," she began, her voice carrying a quiet authority that commanded attention, "this shadow that predates even the stars, does not seek to conquer or to rule. It seeks to unmake. To erase. To return all that is, to the void from which it sprang. The Unmaking, and the Obsidian Hand's zealous pursuit of oblivion, were merely symptoms of this deeper, more terrifying hunger."</w:t>
      </w:r>
    </w:p>
    <w:p/>
    <w:p>
      <w:r>
        <w:br/>
        <w:t>Gareth placed a reassuring hand on Lyra’s back, his presence a solid anchor. "We have secured our HEA," he stated, his voice firm. "Our bond is unbreakable, and no force can truly sever the connection we share. We have proven our strength, our resilience. But the war for the fate of all shifters, and indeed, for the very existence of life itself, has just entered its most critical phase. The horizon beckons with a new and terrifying challenge."</w:t>
      </w:r>
    </w:p>
    <w:p/>
    <w:p>
      <w:r>
        <w:br/>
        <w:t>He looked out at the rising sun, its golden rays painting the sky with a promise of a new day. The immediate threat of the Obsidian Hand had been neutralized, the immediate danger averted. The mended nexus pulsed with a steady, healing light, a testament to their victory. Yet, beneath the surface of this fragile peace, the true threat loomed, an ancient entity of pure negation, a shadow that sought to unravel the very fabric of creation.</w:t>
      </w:r>
    </w:p>
    <w:p/>
    <w:p>
      <w:r>
        <w:br/>
        <w:t>"Anya’s final message was a warning," Gareth continued, his voice a low rumble of determination. "She understood that the Obsidian Hand was merely a pawn, a tool in the hands of a far greater, more ancient darkness. This entity, this 'shadow beyond the shadow,' is not driven by malice or conquest, but by an insatiable hunger for oblivion. It seeks not to destroy, but to unmake. To erase existence itself."</w:t>
      </w:r>
    </w:p>
    <w:p/>
    <w:p>
      <w:r>
        <w:br/>
        <w:t>Lyra’s hand tightened in his. "And our fight," she added, her voice filled with a quiet strength, "is no longer simply for survival. It is for affirmation. For creation. Anya believed the Dawn Ritual was not a weapon, but a reassertion of life, a pushback against the primal void. Our love, our unity, is the antithesis of that darkness. It is the spark that can reignite hope in the face of absolute nothingness."</w:t>
      </w:r>
    </w:p>
    <w:p/>
    <w:p>
      <w:r>
        <w:br/>
        <w:t>Gareth nodded, his gaze meeting hers. The immediate threat was contained, the immediate victory secured. But the true war, the war for the soul of existence, had just begun. The horizon beckoned, not with the promise of an easy peace, but with the terrifying certainty of a battle that would test the very core of their being, and the unshakeable strength of their love. Their HEA was secure, their bond unbreakable, but the future held trials that would dwarf anything they had faced before, demanding a courage and a resilience they were only just beginning to understand.</w:t>
      </w:r>
    </w:p>
    <w:p/>
    <w:p>
      <w:r>
        <w:br w:type="page"/>
      </w:r>
    </w:p>
    <w:p>
      <w:pPr>
        <w:spacing w:before="5040"/>
        <w:jc w:val="center"/>
      </w:pPr>
      <w:r>
        <w:rPr/>
        <w:t xml:space="preserve"> Back Matter</w:t>
      </w:r>
    </w:p>
    <w:p>
      <w:pPr>
        <w:jc w:val="left"/>
      </w:pPr>
      <w:r>
        <w:rPr>
          <w:b/>
        </w:rPr>
        <w:t>Nexus:</w:t>
      </w:r>
      <w:r>
        <w:t xml:space="preserve"> A focal point of magical energy, crucial for the balance and health of the shifter world.</w:t>
      </w:r>
    </w:p>
    <w:p>
      <w:pPr>
        <w:jc w:val="left"/>
      </w:pPr>
      <w:r>
        <w:rPr>
          <w:b/>
        </w:rPr>
        <w:t>Obsidian Hand:</w:t>
      </w:r>
      <w:r>
        <w:t xml:space="preserve"> A radical faction of shifters dedicated to the "Unmaking" – the destruction of all life.</w:t>
      </w:r>
    </w:p>
    <w:p>
      <w:pPr>
        <w:jc w:val="left"/>
      </w:pPr>
      <w:r>
        <w:rPr>
          <w:b/>
        </w:rPr>
        <w:t>Unmaking:</w:t>
      </w:r>
      <w:r>
        <w:t xml:space="preserve"> The philosophical and practical pursuit of absolute annihilation, espoused by the Obsidian Hand.</w:t>
      </w:r>
    </w:p>
    <w:p>
      <w:pPr>
        <w:jc w:val="left"/>
      </w:pPr>
      <w:r>
        <w:rPr>
          <w:b/>
        </w:rPr>
        <w:t>Shadow Beyond the Shadow:</w:t>
      </w:r>
      <w:r>
        <w:t xml:space="preserve"> An ancient, primordial entity that predates existence, driven by a hunger for negation and the unmaking of all things.</w:t>
      </w:r>
    </w:p>
    <w:p>
      <w:pPr>
        <w:jc w:val="left"/>
      </w:pPr>
      <w:r>
        <w:rPr>
          <w:b/>
        </w:rPr>
        <w:t>Dawn Ritual:</w:t>
      </w:r>
      <w:r>
        <w:t xml:space="preserve"> A complex, life-affirming ritual designed to counteract the influence of the "shadow beyond the shadow" by embodying creation and existence.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i w:val="0"/>
      <w:color w:val="000000"/>
      <w:sz w:val="28"/>
      <w:szCs w:val="28"/>
      <w:u w:val="none"/>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i w:val="0"/>
      <w:color w:val="000000"/>
      <w:sz w:val="26"/>
      <w:szCs w:val="26"/>
      <w:u w:val="none"/>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i w:val="0"/>
      <w:color w:val="000000"/>
      <w:u w:val="none"/>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val="0"/>
      <w:iCs/>
      <w:color w:val="000000"/>
      <w:u w:val="none"/>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b/>
      <w:i w:val="0"/>
      <w:color w:val="000000"/>
      <w:u w:val="none"/>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b/>
      <w:i w:val="0"/>
      <w:iCs/>
      <w:color w:val="000000"/>
      <w:u w:val="none"/>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b/>
      <w:i w:val="0"/>
      <w:iCs/>
      <w:color w:val="000000"/>
      <w:u w:val="none"/>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b/>
      <w:i w:val="0"/>
      <w:color w:val="000000"/>
      <w:sz w:val="20"/>
      <w:szCs w:val="20"/>
      <w:u w:val="none"/>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b/>
      <w:i w:val="0"/>
      <w:iCs/>
      <w:color w:val="000000"/>
      <w:sz w:val="20"/>
      <w:szCs w:val="20"/>
      <w:u w: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i w:val="0"/>
      <w:color w:val="000000"/>
      <w:sz w:val="28"/>
      <w:szCs w:val="28"/>
      <w:u w:val="none"/>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i w:val="0"/>
      <w:color w:val="000000"/>
      <w:sz w:val="26"/>
      <w:szCs w:val="26"/>
      <w:u w:val="none"/>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i w:val="0"/>
      <w:color w:val="000000"/>
      <w:u w:val="none"/>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val="0"/>
      <w:iCs/>
      <w:color w:val="000000"/>
      <w:u w:val="none"/>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b/>
      <w:i w:val="0"/>
      <w:color w:val="000000"/>
      <w:u w:val="none"/>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b/>
      <w:i w:val="0"/>
      <w:iCs/>
      <w:color w:val="000000"/>
      <w:u w:val="none"/>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b/>
      <w:i w:val="0"/>
      <w:iCs/>
      <w:color w:val="000000"/>
      <w:u w:val="none"/>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b/>
      <w:i w:val="0"/>
      <w:color w:val="000000"/>
      <w:sz w:val="20"/>
      <w:szCs w:val="20"/>
      <w:u w:val="none"/>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b/>
      <w:i w:val="0"/>
      <w:iCs/>
      <w:color w:val="000000"/>
      <w:sz w:val="20"/>
      <w:szCs w:val="20"/>
      <w:u w:val="none"/>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generated by python-docx</dc:description>
  <cp:lastModifiedBy/>
  <cp:revision>1</cp:revision>
  <dcterms:created xsi:type="dcterms:W3CDTF">2026-01-16T02:56:33Z</dcterms:created>
  <dcterms:modified xsi:type="dcterms:W3CDTF">2026-01-16T02:56:33Z</dcterms:modified>
  <cp:category/>
</cp:coreProperties>
</file>