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b w:val="1"/>
          <w:bCs w:val="1"/>
          <w:sz w:val="40"/>
          <w:szCs w:val="40"/>
          <w:rtl w:val="0"/>
        </w:rPr>
        <w:t xml:space="preserve">What Love Wasn’t</w:t>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t xml:space="preserve">by Elias Carter</w:t>
      </w:r>
    </w:p>
    <w:p w:rsidR="00000000" w:rsidDel="00000000" w:rsidP="00000000" w:rsidRDefault="00000000" w:rsidRPr="00000000" w14:paraId="00000003">
      <w:pPr>
        <w:rPr/>
      </w:pPr>
      <w:r w:rsidDel="00000000" w:rsidR="00000000" w:rsidRPr="00000000">
        <w:br w:type="page"/>
      </w:r>
      <w:r w:rsidDel="00000000" w:rsidR="00000000" w:rsidRPr="00000000">
        <w:rPr>
          <w:rtl w:val="0"/>
        </w:rPr>
      </w:r>
    </w:p>
    <w:p w:rsidR="00000000" w:rsidDel="00000000" w:rsidP="00000000" w:rsidRDefault="00000000" w:rsidRPr="00000000" w14:paraId="00000004">
      <w:pPr>
        <w:jc w:val="center"/>
        <w:rPr/>
      </w:pPr>
      <w:r w:rsidDel="00000000" w:rsidR="00000000" w:rsidRPr="00000000">
        <w:rPr>
          <w:b w:val="1"/>
          <w:bCs w:val="1"/>
          <w:sz w:val="32"/>
          <w:szCs w:val="32"/>
          <w:rtl w:val="0"/>
        </w:rPr>
        <w:t xml:space="preserve">Dedication</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For anyone who has ever lost themselves trying to save a relationship.</w:t>
      </w:r>
    </w:p>
    <w:p w:rsidR="00000000" w:rsidDel="00000000" w:rsidP="00000000" w:rsidRDefault="00000000" w:rsidRPr="00000000" w14:paraId="00000006">
      <w:pPr>
        <w:rPr/>
      </w:pPr>
      <w:r w:rsidDel="00000000" w:rsidR="00000000" w:rsidRPr="00000000">
        <w:br w:type="page"/>
      </w:r>
      <w:r w:rsidDel="00000000" w:rsidR="00000000" w:rsidRPr="00000000">
        <w:rPr>
          <w:rtl w:val="0"/>
        </w:rPr>
      </w:r>
    </w:p>
    <w:p w:rsidR="00000000" w:rsidDel="00000000" w:rsidP="00000000" w:rsidRDefault="00000000" w:rsidRPr="00000000" w14:paraId="00000007">
      <w:pPr>
        <w:jc w:val="center"/>
        <w:rPr/>
      </w:pPr>
      <w:r w:rsidDel="00000000" w:rsidR="00000000" w:rsidRPr="00000000">
        <w:rPr>
          <w:b w:val="1"/>
          <w:bCs w:val="1"/>
          <w:sz w:val="32"/>
          <w:szCs w:val="32"/>
          <w:rtl w:val="0"/>
        </w:rPr>
        <w:t xml:space="preserve">Author’s Note</w:t>
      </w: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This book is not written out of anger. It’s written out of clarity.</w:t>
        <w:br w:type="textWrapping"/>
        <w:br w:type="textWrapping"/>
        <w:t xml:space="preserve">For years, I lived inside a relationship that slowly reshaped me. Not all at once, not through dramatic moments, but through a thousand small compromises that accumulated until I could no longer recognize myself. I stayed because I loved my family. I stayed because I believed commitment meant endurance. I stayed because I thought pain was proof of devotion.</w:t>
        <w:br w:type="textWrapping"/>
        <w:br w:type="textWrapping"/>
        <w:t xml:space="preserve">It wasn’t.</w:t>
        <w:br w:type="textWrapping"/>
        <w:br w:type="textWrapping"/>
        <w:t xml:space="preserve">This memoir is not an indictment of polyamory. It’s not a critique of non‑monogamy. It’s not a manifesto or a warning. It’s simply the truth of what happens when one person’s needs are honored and the other’s are dismissed. When boundaries are treated as obstacles. When love becomes a negotiation of self‑erasure.</w:t>
        <w:br w:type="textWrapping"/>
        <w:br w:type="textWrapping"/>
        <w:t xml:space="preserve">I wrote this book to reclaim my voice.</w:t>
        <w:br w:type="textWrapping"/>
        <w:t xml:space="preserve">I wrote it so my boys will one day understand the choices I made.</w:t>
        <w:br w:type="textWrapping"/>
        <w:t xml:space="preserve">I wrote it so anyone who has ever felt small inside their own relationship knows they’re not alone.</w:t>
        <w:br w:type="textWrapping"/>
        <w:br w:type="textWrapping"/>
        <w:t xml:space="preserve">If you see yourself in these pages, I hope you find the courage to listen to the parts of you that whisper when everything else is loud. I hope you learn to trust your own pain. I hope you remember that love should not require you to disappear.</w:t>
        <w:br w:type="textWrapping"/>
        <w:br w:type="textWrapping"/>
        <w:t xml:space="preserve">This is my story of leaving a life that was breaking me - and finding the version of myself I thought I had lost forever.</w:t>
        <w:br w:type="textWrapping"/>
        <w:br w:type="textWrapping"/>
        <w:t xml:space="preserve">- Elias</w:t>
      </w:r>
    </w:p>
    <w:p w:rsidR="00000000" w:rsidDel="00000000" w:rsidP="00000000" w:rsidRDefault="00000000" w:rsidRPr="00000000" w14:paraId="00000009">
      <w:pPr>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rPr/>
      </w:pPr>
      <w:bookmarkStart w:colFirst="0" w:colLast="0" w:name="_heading=h.otppzs90zsed" w:id="0"/>
      <w:bookmarkEnd w:id="0"/>
      <w:r w:rsidDel="00000000" w:rsidR="00000000" w:rsidRPr="00000000">
        <w:rPr>
          <w:rtl w:val="0"/>
        </w:rPr>
        <w:t xml:space="preserve">Prologue</w:t>
      </w:r>
    </w:p>
    <w:p w:rsidR="00000000" w:rsidDel="00000000" w:rsidP="00000000" w:rsidRDefault="00000000" w:rsidRPr="00000000" w14:paraId="0000000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wasn’t a single moment that broke me. No dramatic fight, no slammed doors, no cinematic collapse. What happened to me was quieter than that - erosion, not explosion. Small pieces of myself wearing down until one night I finally noticed how much was missing.</w:t>
      </w:r>
    </w:p>
    <w:p w:rsidR="00000000" w:rsidDel="00000000" w:rsidP="00000000" w:rsidRDefault="00000000" w:rsidRPr="00000000" w14:paraId="0000000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there </w:t>
      </w:r>
      <w:r w:rsidDel="00000000" w:rsidR="00000000" w:rsidRPr="00000000">
        <w:rPr>
          <w:rFonts w:ascii="Arial" w:cs="Arial" w:eastAsia="Arial" w:hAnsi="Arial"/>
          <w:i w:val="1"/>
          <w:iCs w:val="1"/>
          <w:sz w:val="22"/>
          <w:szCs w:val="22"/>
          <w:rtl w:val="0"/>
        </w:rPr>
        <w:t xml:space="preserve">was</w:t>
      </w:r>
      <w:r w:rsidDel="00000000" w:rsidR="00000000" w:rsidRPr="00000000">
        <w:rPr>
          <w:rFonts w:ascii="Arial" w:cs="Arial" w:eastAsia="Arial" w:hAnsi="Arial"/>
          <w:sz w:val="22"/>
          <w:szCs w:val="22"/>
          <w:rtl w:val="0"/>
        </w:rPr>
        <w:t xml:space="preserve"> a moment that captured the shape of it.</w:t>
      </w:r>
    </w:p>
    <w:p w:rsidR="00000000" w:rsidDel="00000000" w:rsidP="00000000" w:rsidRDefault="00000000" w:rsidRPr="00000000" w14:paraId="0000000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Marissa and I were in bed. The room was dim, the kind of stillness that only happens after the kids are asleep and the house finally exhales. Earlier that evening, she had told me - calmly, almost academically - that she’d made out with another man in our car. She said it like she was reporting the weather. I tried to respond the same way, but the truth caught up with me later, in the dark, when there was nothing left to distract myself with.</w:t>
      </w:r>
    </w:p>
    <w:p w:rsidR="00000000" w:rsidDel="00000000" w:rsidP="00000000" w:rsidRDefault="00000000" w:rsidRPr="00000000" w14:paraId="0000000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wasn’t sobbing. I wasn’t trying to wake her. I was just overwhelmed - the kind of quiet crying you do when you’re trying to keep your body still so the sound doesn’t escape.</w:t>
      </w:r>
    </w:p>
    <w:p w:rsidR="00000000" w:rsidDel="00000000" w:rsidP="00000000" w:rsidRDefault="00000000" w:rsidRPr="00000000" w14:paraId="0000000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Eventually, she stirred.</w:t>
      </w:r>
    </w:p>
    <w:p w:rsidR="00000000" w:rsidDel="00000000" w:rsidP="00000000" w:rsidRDefault="00000000" w:rsidRPr="00000000" w14:paraId="0000001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looked at me, not confused or concerned, but irritated. Like I was interrupting something she needed more than I needed comfort. Then she reached for her earplugs, slid them in, and turned away.</w:t>
      </w:r>
    </w:p>
    <w:p w:rsidR="00000000" w:rsidDel="00000000" w:rsidP="00000000" w:rsidRDefault="00000000" w:rsidRPr="00000000" w14:paraId="00000011">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That was it.</w:t>
        <w:br w:type="textWrapping"/>
        <w:t xml:space="preserve"> No conversation.</w:t>
        <w:br w:type="textWrapping"/>
        <w:t xml:space="preserve"> No hand on my back.</w:t>
        <w:br w:type="textWrapping"/>
        <w:t xml:space="preserve"> No acknowledgment of the pain she had caused.</w:t>
      </w:r>
    </w:p>
    <w:p w:rsidR="00000000" w:rsidDel="00000000" w:rsidP="00000000" w:rsidRDefault="00000000" w:rsidRPr="00000000" w14:paraId="00000012">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Just a small, decisive gesture that told me exactly where I stood.</w:t>
      </w:r>
    </w:p>
    <w:p w:rsidR="00000000" w:rsidDel="00000000" w:rsidP="00000000" w:rsidRDefault="00000000" w:rsidRPr="00000000" w14:paraId="00000013">
      <w:pPr>
        <w:spacing w:after="240" w:before="240" w:line="276" w:lineRule="auto"/>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I didn’t think, </w:t>
      </w:r>
      <w:r w:rsidDel="00000000" w:rsidR="00000000" w:rsidRPr="00000000">
        <w:rPr>
          <w:rFonts w:ascii="Arial" w:cs="Arial" w:eastAsia="Arial" w:hAnsi="Arial"/>
          <w:i w:val="1"/>
          <w:iCs w:val="1"/>
          <w:sz w:val="22"/>
          <w:szCs w:val="22"/>
          <w:rtl w:val="0"/>
        </w:rPr>
        <w:t xml:space="preserve">How could she?</w:t>
        <w:br w:type="textWrapping"/>
      </w:r>
      <w:r w:rsidDel="00000000" w:rsidR="00000000" w:rsidRPr="00000000">
        <w:rPr>
          <w:rFonts w:ascii="Arial" w:cs="Arial" w:eastAsia="Arial" w:hAnsi="Arial"/>
          <w:sz w:val="22"/>
          <w:szCs w:val="22"/>
          <w:rtl w:val="0"/>
        </w:rPr>
        <w:t xml:space="preserve">I didn’t think, </w:t>
      </w:r>
      <w:r w:rsidDel="00000000" w:rsidR="00000000" w:rsidRPr="00000000">
        <w:rPr>
          <w:rFonts w:ascii="Arial" w:cs="Arial" w:eastAsia="Arial" w:hAnsi="Arial"/>
          <w:i w:val="1"/>
          <w:iCs w:val="1"/>
          <w:sz w:val="22"/>
          <w:szCs w:val="22"/>
          <w:rtl w:val="0"/>
        </w:rPr>
        <w:t xml:space="preserve">Why doesn’t she care?</w:t>
      </w:r>
    </w:p>
    <w:p w:rsidR="00000000" w:rsidDel="00000000" w:rsidP="00000000" w:rsidRDefault="00000000" w:rsidRPr="00000000" w14:paraId="0000001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thought that hit me was simpler, and somehow worse:</w:t>
      </w:r>
    </w:p>
    <w:p w:rsidR="00000000" w:rsidDel="00000000" w:rsidP="00000000" w:rsidRDefault="00000000" w:rsidRPr="00000000" w14:paraId="00000015">
      <w:pPr>
        <w:spacing w:after="240" w:before="24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I’m becoming someone she doesn’t even hear anymore.</w:t>
      </w:r>
    </w:p>
    <w:p w:rsidR="00000000" w:rsidDel="00000000" w:rsidP="00000000" w:rsidRDefault="00000000" w:rsidRPr="00000000" w14:paraId="0000001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wasn’t a plea for sympathy. It was an observation. A realization. A quiet acknowledgment that something fundamental had shifted - not just in the relationship, but in me.</w:t>
      </w:r>
    </w:p>
    <w:p w:rsidR="00000000" w:rsidDel="00000000" w:rsidP="00000000" w:rsidRDefault="00000000" w:rsidRPr="00000000" w14:paraId="0000001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And once you notice you’re disappearing, you can’t unsee it.</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1"/>
        <w:rPr/>
      </w:pPr>
      <w:r w:rsidDel="00000000" w:rsidR="00000000" w:rsidRPr="00000000">
        <w:rPr>
          <w:rtl w:val="0"/>
        </w:rPr>
        <w:t xml:space="preserve">Chapter 1</w:t>
      </w:r>
    </w:p>
    <w:p w:rsidR="00000000" w:rsidDel="00000000" w:rsidP="00000000" w:rsidRDefault="00000000" w:rsidRPr="00000000" w14:paraId="0000001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Before anything shifted, our life looked like a lot of young families trying to make things work. I worked full‑time. Marissa stayed home with the kids. Most days were a rotation of work, childcare, errands, and the constant noise that comes with raising three boys. It wasn’t glamorous, but it was stable, and stability was something I valued more than I realized at the time.</w:t>
      </w:r>
    </w:p>
    <w:p w:rsidR="00000000" w:rsidDel="00000000" w:rsidP="00000000" w:rsidRDefault="00000000" w:rsidRPr="00000000" w14:paraId="0000001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 operated as a team. Decisions were shared. Responsibilities were divided in a way that made sense for our situation. We didn’t question the structure because it worked, and because neither of us had ever expressed a desire for anything different. Monogamy wasn’t a topic we discussed; it was simply the default we both lived by.</w:t>
      </w:r>
    </w:p>
    <w:p w:rsidR="00000000" w:rsidDel="00000000" w:rsidP="00000000" w:rsidRDefault="00000000" w:rsidRPr="00000000" w14:paraId="0000001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were moments of connection - movie nights after the kids went to bed, gaming sessions in the evenings, the small rituals that make a family feel like a unit. Nothing extraordinary, but consistent. Familiar. The kind of routine that becomes invisible until something disrupts it.</w:t>
      </w:r>
    </w:p>
    <w:p w:rsidR="00000000" w:rsidDel="00000000" w:rsidP="00000000" w:rsidRDefault="00000000" w:rsidRPr="00000000" w14:paraId="0000001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Underneath that stability, though, there were pressures building that didn’t have a clear outlet. Her brother’s suicide had hit the entire family hard. The grief in the house was constant, even when it wasn’t spoken aloud. Marissa was struggling, and I was trying to support her while managing my own reaction to the loss. At the same time, work was demanding, expenses were rising, and the weight of being the sole income earner was starting to show.</w:t>
      </w:r>
    </w:p>
    <w:p w:rsidR="00000000" w:rsidDel="00000000" w:rsidP="00000000" w:rsidRDefault="00000000" w:rsidRPr="00000000" w14:paraId="0000001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Still, from the outside, our life looked solid. We were raising our kids, maintaining our routines, and doing what needed to be done. There were no major conflicts, no signs that the foundation was about to shift. If anything felt off, it was subtle - the kind of thing you only recognize in hindsight.</w:t>
      </w:r>
    </w:p>
    <w:p w:rsidR="00000000" w:rsidDel="00000000" w:rsidP="00000000" w:rsidRDefault="00000000" w:rsidRPr="00000000" w14:paraId="0000001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At the time, I believed the structure we had was strong enough to withstand anything. I believed commitment was fixed, not flexible. I believed the life we’d built was secure.</w:t>
      </w:r>
    </w:p>
    <w:p w:rsidR="00000000" w:rsidDel="00000000" w:rsidP="00000000" w:rsidRDefault="00000000" w:rsidRPr="00000000" w14:paraId="0000002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That was the baseline.</w:t>
        <w:br w:type="textWrapping"/>
        <w:t xml:space="preserve">That was the world everything else would be measured against.</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pPr>
      <w:r w:rsidDel="00000000" w:rsidR="00000000" w:rsidRPr="00000000">
        <w:rPr>
          <w:rtl w:val="0"/>
        </w:rPr>
        <w:t xml:space="preserve">Chapter 2</w:t>
      </w:r>
    </w:p>
    <w:p w:rsidR="00000000" w:rsidDel="00000000" w:rsidP="00000000" w:rsidRDefault="00000000" w:rsidRPr="00000000" w14:paraId="0000002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night Marissa asked to open the relationship didn’t look like a turning point. We were in our gaming room, sitting side by side, controllers in hand, doing something we’d done hundreds of times before. It was one of the few places in the house where things still felt easy - no kids climbing on us, no chores waiting, no grief hanging in the air quite as heavily. Just the two of us, a screen, and a familiar routine.</w:t>
      </w:r>
    </w:p>
    <w:p w:rsidR="00000000" w:rsidDel="00000000" w:rsidP="00000000" w:rsidRDefault="00000000" w:rsidRPr="00000000" w14:paraId="0000002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asked the question between matches, almost as casually as asking what we should have for dinner.</w:t>
      </w:r>
    </w:p>
    <w:p w:rsidR="00000000" w:rsidDel="00000000" w:rsidP="00000000" w:rsidRDefault="00000000" w:rsidRPr="00000000" w14:paraId="0000002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 you want to try an open relationship?”</w:t>
      </w:r>
    </w:p>
    <w:p w:rsidR="00000000" w:rsidDel="00000000" w:rsidP="00000000" w:rsidRDefault="00000000" w:rsidRPr="00000000" w14:paraId="0000002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 buildup. No hesitation. Just the words, clean and simple.</w:t>
      </w:r>
    </w:p>
    <w:p w:rsidR="00000000" w:rsidDel="00000000" w:rsidP="00000000" w:rsidRDefault="00000000" w:rsidRPr="00000000" w14:paraId="00000028">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remember staring at the screen for a second, trying to process what she’d said. It didn’t match the moment. There was no tension in her voice, no emotion pushing the question forward. If anything, she sounded detached - like she’d already had the conversation in her head and was now just checking a box.</w:t>
      </w:r>
    </w:p>
    <w:p w:rsidR="00000000" w:rsidDel="00000000" w:rsidP="00000000" w:rsidRDefault="00000000" w:rsidRPr="00000000" w14:paraId="0000002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was stunned, but I didn’t show it. I said, “If that’s what you want, we can talk about it.” It was automatic - the kind of response you give when you’re trying to keep the peace without fully understanding what’s being asked of you.</w:t>
      </w:r>
    </w:p>
    <w:p w:rsidR="00000000" w:rsidDel="00000000" w:rsidP="00000000" w:rsidRDefault="00000000" w:rsidRPr="00000000" w14:paraId="0000002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explained it the way someone explains a new hobby they’ve been researching. We’d married young - twenty years old - and we’d left the Mormon church together. She said she was curious. She said she wanted more experiences, more love, more room to grow as a person. She didn’t want to feel like her entire identity was wrapped up in being a mother. She framed it as expansion, not replacement. Addition, not subtraction.</w:t>
      </w:r>
    </w:p>
    <w:p w:rsidR="00000000" w:rsidDel="00000000" w:rsidP="00000000" w:rsidRDefault="00000000" w:rsidRPr="00000000" w14:paraId="0000002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talked about it like it was something that could enrich her life, maybe even ours. She’d read things. She’d thought about it. She made it sound structured, intentional, almost safe.</w:t>
      </w:r>
    </w:p>
    <w:p w:rsidR="00000000" w:rsidDel="00000000" w:rsidP="00000000" w:rsidRDefault="00000000" w:rsidRPr="00000000" w14:paraId="0000002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felt detached from the whole conversation, like I was watching it happen from a few feet outside my own body. Part of me even thought it might be fine - that if she’d done her research, maybe she knew something I didn’t. Maybe this was just another phase of growth after leaving the church, another step in figuring out who we were outside the roles we’d been handed.</w:t>
      </w:r>
    </w:p>
    <w:p w:rsidR="00000000" w:rsidDel="00000000" w:rsidP="00000000" w:rsidRDefault="00000000" w:rsidRPr="00000000" w14:paraId="0000002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didn’t think about what I wanted.</w:t>
        <w:br w:type="textWrapping"/>
        <w:t xml:space="preserve">I didn’t think about what it would cost.</w:t>
        <w:br w:type="textWrapping"/>
        <w:t xml:space="preserve">I just heard the question and responded in the way I thought a supportive partner was supposed to.</w:t>
      </w:r>
    </w:p>
    <w:p w:rsidR="00000000" w:rsidDel="00000000" w:rsidP="00000000" w:rsidRDefault="00000000" w:rsidRPr="00000000" w14:paraId="0000002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moment didn’t feel dramatic. It didn’t feel like a fracture. It felt like a conversation we’d pick up later, something theoretical, something we could ease into or back away from depending on how it felt.</w:t>
      </w:r>
    </w:p>
    <w:p w:rsidR="00000000" w:rsidDel="00000000" w:rsidP="00000000" w:rsidRDefault="00000000" w:rsidRPr="00000000" w14:paraId="0000002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looking back, that was the moment the ground shifted - quietly, almost imperceptibly - setting everything else in motion.</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1"/>
        <w:rPr/>
      </w:pPr>
      <w:r w:rsidDel="00000000" w:rsidR="00000000" w:rsidRPr="00000000">
        <w:rPr>
          <w:rtl w:val="0"/>
        </w:rPr>
        <w:t xml:space="preserve">Chapter 3</w:t>
      </w:r>
    </w:p>
    <w:p w:rsidR="00000000" w:rsidDel="00000000" w:rsidP="00000000" w:rsidRDefault="00000000" w:rsidRPr="00000000" w14:paraId="00000033">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Once we agreed to try an open relationship, I did what I always do when I’m overwhelmed: I tried to create structure. I wrote out a set of rules - safety, boundaries, communication, limits - a list meant to keep things predictable and manageable. I wrote them alone, organized them, and presented them to Marissa. She read them, signed them, and didn’t seem to have much of a reaction either way. At the time, I took her neutrality as agreement. Now I can see it for what it was: she had already made up her mind.</w:t>
      </w:r>
    </w:p>
    <w:p w:rsidR="00000000" w:rsidDel="00000000" w:rsidP="00000000" w:rsidRDefault="00000000" w:rsidRPr="00000000" w14:paraId="0000003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few weeks later, we both had dates scheduled. Not intentionally - it just worked out that way. I matched with someone named Eve on Tinder. We’d been talking on Snapchat for a couple of weeks, mostly light flirting, nothing serious. She seemed kind, easy to talk to, and meeting her felt like the logical next step if I was going to “try” this the way Marissa wanted.</w:t>
      </w:r>
    </w:p>
    <w:p w:rsidR="00000000" w:rsidDel="00000000" w:rsidP="00000000" w:rsidRDefault="00000000" w:rsidRPr="00000000" w14:paraId="0000003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Before the date, I felt cautiously optimistic, but also guilty and unsure. I kept telling myself this was what we had agreed to, that this was part of the experiment, that I needed to give it a fair chance. We met for a drink. She was nice. The conversation was fine. But the whole time, I kept thinking about how strange it felt to be sitting across from someone who wasn’t my wife, trying to build a connection I didn’t actually want. I remember wondering why I wasn’t doing this with Marissa instead - why we weren’t out together, reconnecting, rebuilding, doing anything other than this.</w:t>
      </w:r>
    </w:p>
    <w:p w:rsidR="00000000" w:rsidDel="00000000" w:rsidP="00000000" w:rsidRDefault="00000000" w:rsidRPr="00000000" w14:paraId="0000003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By the end of the date, I felt foolish. Not because of anything Eve did, but because the whole experience felt hollow. I told Marissa about it as soon as I got home. She acted excited for me, but I told her there was no connection and I wouldn’t be seeing Eve again. She didn’t seem disappointed or relieved - just neutral, the same way she’d been when she signed the rules.</w:t>
      </w:r>
    </w:p>
    <w:p w:rsidR="00000000" w:rsidDel="00000000" w:rsidP="00000000" w:rsidRDefault="00000000" w:rsidRPr="00000000" w14:paraId="0000003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Her date was different.</w:t>
      </w:r>
    </w:p>
    <w:p w:rsidR="00000000" w:rsidDel="00000000" w:rsidP="00000000" w:rsidRDefault="00000000" w:rsidRPr="00000000" w14:paraId="00000038">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met a man - also named Elias - at a bookstore. She told me about it later that night, casually, like she was recounting a normal outing. She said she’d been nervous at first, but it went well. Then she told me she’d asked him to make out with her in the back of the car.</w:t>
      </w:r>
    </w:p>
    <w:p w:rsidR="00000000" w:rsidDel="00000000" w:rsidP="00000000" w:rsidRDefault="00000000" w:rsidRPr="00000000" w14:paraId="0000003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remember the moment she said it. The way her voice didn’t waver. The way she seemed almost energized by the experience. She said she was excited to see him again. There was no hesitation in her tone. No concern about how I might feel hearing it. Just a simple report of what had happened.</w:t>
      </w:r>
    </w:p>
    <w:p w:rsidR="00000000" w:rsidDel="00000000" w:rsidP="00000000" w:rsidRDefault="00000000" w:rsidRPr="00000000" w14:paraId="0000003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Shock hit first. Then panic.</w:t>
      </w:r>
    </w:p>
    <w:p w:rsidR="00000000" w:rsidDel="00000000" w:rsidP="00000000" w:rsidRDefault="00000000" w:rsidRPr="00000000" w14:paraId="0000003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wasn’t jealousy in the stereotypical sense. It was something deeper - a physical overwhelm that hit me so hard I couldn’t stay in the room. We were on our front porch; I walked away, down the street, trying to breathe, trying to make sense of what I’d just heard. I lost track of time. When I finally came back to myself, I was lying on a neighbor’s front lawn, staring at the sky, my heart racing.</w:t>
      </w:r>
    </w:p>
    <w:p w:rsidR="00000000" w:rsidDel="00000000" w:rsidP="00000000" w:rsidRDefault="00000000" w:rsidRPr="00000000" w14:paraId="0000003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had seen the panic starting before I walked away. She didn’t follow me. She went inside.</w:t>
      </w:r>
    </w:p>
    <w:p w:rsidR="00000000" w:rsidDel="00000000" w:rsidP="00000000" w:rsidRDefault="00000000" w:rsidRPr="00000000" w14:paraId="0000003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Later, when I could finally speak, I told her, “You did exactly what we said we’d try. I don’t feel safe with this continuing. Please stop now.” It wasn’t an accusation. It wasn’t anger. It was a simple statement of fact - that the cost was already too high, that I wasn’t built for this, that I needed it to stop.</w:t>
      </w:r>
    </w:p>
    <w:p w:rsidR="00000000" w:rsidDel="00000000" w:rsidP="00000000" w:rsidRDefault="00000000" w:rsidRPr="00000000" w14:paraId="0000003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she didn’t stop.</w:t>
      </w:r>
    </w:p>
    <w:p w:rsidR="00000000" w:rsidDel="00000000" w:rsidP="00000000" w:rsidRDefault="00000000" w:rsidRPr="00000000" w14:paraId="0000003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And that was the moment I understood something I hadn’t wanted to admit: she was enjoying this. She was getting something from it that I couldn’t compete with, couldn’t replicate, couldn’t reason with. The excitement in her voice was unmistakable. The pain in my chest was immediate.</w:t>
      </w:r>
    </w:p>
    <w:p w:rsidR="00000000" w:rsidDel="00000000" w:rsidP="00000000" w:rsidRDefault="00000000" w:rsidRPr="00000000" w14:paraId="0000004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first dates weren’t an experiment.</w:t>
        <w:br w:type="textWrapping"/>
        <w:t xml:space="preserve">They were the beginning of a shift I wasn’t prepared for - the moment where the emotional cost became undeniable.</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br w:type="page"/>
      </w:r>
      <w:r w:rsidDel="00000000" w:rsidR="00000000" w:rsidRPr="00000000">
        <w:rPr>
          <w:rtl w:val="0"/>
        </w:rPr>
      </w:r>
    </w:p>
    <w:p w:rsidR="00000000" w:rsidDel="00000000" w:rsidP="00000000" w:rsidRDefault="00000000" w:rsidRPr="00000000" w14:paraId="00000043">
      <w:pPr>
        <w:pStyle w:val="Heading1"/>
        <w:rPr/>
      </w:pPr>
      <w:r w:rsidDel="00000000" w:rsidR="00000000" w:rsidRPr="00000000">
        <w:rPr>
          <w:rtl w:val="0"/>
        </w:rPr>
        <w:t xml:space="preserve">Chapter 4</w:t>
      </w:r>
    </w:p>
    <w:p w:rsidR="00000000" w:rsidDel="00000000" w:rsidP="00000000" w:rsidRDefault="00000000" w:rsidRPr="00000000" w14:paraId="0000004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After the first dates and the panic attack, nothing really “settled.” It was more that I eventually understood she wasn’t going back. I had spent seven straight weeks asking Marissa to stop, explaining how much it was hurting me, trying to show her the impact it was having. None of it made a difference. She wasn’t reconsidering. She wasn’t slowing down. She wasn’t even conflicted.</w:t>
      </w:r>
    </w:p>
    <w:p w:rsidR="00000000" w:rsidDel="00000000" w:rsidP="00000000" w:rsidRDefault="00000000" w:rsidRPr="00000000" w14:paraId="0000004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turning point came on my birthday.</w:t>
      </w:r>
    </w:p>
    <w:p w:rsidR="00000000" w:rsidDel="00000000" w:rsidP="00000000" w:rsidRDefault="00000000" w:rsidRPr="00000000" w14:paraId="0000004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That morning, she told me she’d been sexting Elias Grant again. She said it casually, like it was a normal update. I remember walking out of the house, taking a long loop around the neighborhood, and realizing that nothing I said or did was going to change her mind. If I wanted to keep the family together, I would have to adapt. That was the calculation. Not desire. Not curiosity. Just survival.</w:t>
      </w:r>
    </w:p>
    <w:p w:rsidR="00000000" w:rsidDel="00000000" w:rsidP="00000000" w:rsidRDefault="00000000" w:rsidRPr="00000000" w14:paraId="0000004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 I decided to try again.</w:t>
      </w:r>
    </w:p>
    <w:p w:rsidR="00000000" w:rsidDel="00000000" w:rsidP="00000000" w:rsidRDefault="00000000" w:rsidRPr="00000000" w14:paraId="00000048">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texted a woman I’d matched with on OkCupid a few days earlier - Jenny - and asked if she wanted to go on a date. She said yes. It felt like a decision made from a distance, like I was watching myself do it rather than choosing it. But it was the only option that seemed available if I wanted to stop drowning.</w:t>
      </w:r>
    </w:p>
    <w:p w:rsidR="00000000" w:rsidDel="00000000" w:rsidP="00000000" w:rsidRDefault="00000000" w:rsidRPr="00000000" w14:paraId="0000004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When I tried to talk to Marissa about how I was feeling, she didn’t reassure me. She told me to “level up” and stop being insecure. She said she wasn’t going anywhere, that she was only adding more love to her life, and that if I loved her, I should feel “fission” - happiness because she was happy. It was the kind of logic that left no room for discomfort. If I struggled, it meant something was wrong with me, not with the situation.</w:t>
      </w:r>
    </w:p>
    <w:p w:rsidR="00000000" w:rsidDel="00000000" w:rsidP="00000000" w:rsidRDefault="00000000" w:rsidRPr="00000000" w14:paraId="0000004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 I pushed myself forward. Part pressure, part self‑convincing.</w:t>
      </w:r>
    </w:p>
    <w:p w:rsidR="00000000" w:rsidDel="00000000" w:rsidP="00000000" w:rsidRDefault="00000000" w:rsidRPr="00000000" w14:paraId="0000004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During this period, she was going on dates occasionally - a few times a month. I didn’t go on any until Jenny. But once I started seeing Jenny, it became a regular thing. Twice a week, sometimes more. And almost immediately, Marissa began seeing another man with the same frequency. It was like my participation gave her permission to accelerate.</w:t>
      </w:r>
    </w:p>
    <w:p w:rsidR="00000000" w:rsidDel="00000000" w:rsidP="00000000" w:rsidRDefault="00000000" w:rsidRPr="00000000" w14:paraId="0000004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Jenny was different from my first date. She was poly herself, familiar with the structure, the terminology, the expectations. She explained things to me, showed me how people made it work, gave me a sense of stability I couldn’t find at home. It wasn’t love. It wasn’t even deep connection. It was comfort - a distraction from the pain I was trying to outrun. That dynamic lasted maybe three months.</w:t>
      </w:r>
    </w:p>
    <w:p w:rsidR="00000000" w:rsidDel="00000000" w:rsidP="00000000" w:rsidRDefault="00000000" w:rsidRPr="00000000" w14:paraId="0000004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Marissa knew about her. She didn’t like it. She was jealous in ways that didn’t match the freedom she expected for herself. Once, after I went floating the river with Jenny, I came home to find that Marissa had cut up the inner tubes we’d used. She never explained why. She didn’t need to.</w:t>
      </w:r>
    </w:p>
    <w:p w:rsidR="00000000" w:rsidDel="00000000" w:rsidP="00000000" w:rsidRDefault="00000000" w:rsidRPr="00000000" w14:paraId="0000004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On the surface, it looked like we were finding a rhythm. We were both dating. We were both busy. We were both pretending this was working. But inside the house, communication had dropped off almost entirely. We weren’t talking about our feelings. We weren’t checking in. We weren’t rebuilding anything. We were just coexisting, each of us living in our own compartmentalized world.</w:t>
      </w:r>
    </w:p>
    <w:p w:rsidR="00000000" w:rsidDel="00000000" w:rsidP="00000000" w:rsidRDefault="00000000" w:rsidRPr="00000000" w14:paraId="0000004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was numb most of the time. Resigned. Trying to be supportive. Trying to survive it. I kept telling myself that if I could just adjust, if I could just get used to it, maybe this could work. And for a brief stretch, it almost felt like it might. Not because it was healthy, but because nothing was actively falling apart.</w:t>
      </w:r>
    </w:p>
    <w:p w:rsidR="00000000" w:rsidDel="00000000" w:rsidP="00000000" w:rsidRDefault="00000000" w:rsidRPr="00000000" w14:paraId="0000005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Marissa, meanwhile, was thriving. She was more confident, more energized, more affectionate in some ways, more distant in others. She seemed to be getting exactly what she wanted from the arrangement.</w:t>
      </w:r>
    </w:p>
    <w:p w:rsidR="00000000" w:rsidDel="00000000" w:rsidP="00000000" w:rsidRDefault="00000000" w:rsidRPr="00000000" w14:paraId="00000051">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first sign that the groove wasn’t sustainable came from her jealousy. She didn’t like how often I was seeing Jenny. She didn’t like the ease of that connection. And then came the breaking point: I went on a trip to Seattle with Jenny. When I came home, Marissa was throwing my things into my truck, telling me to get out.</w:t>
      </w:r>
    </w:p>
    <w:p w:rsidR="00000000" w:rsidDel="00000000" w:rsidP="00000000" w:rsidRDefault="00000000" w:rsidRPr="00000000" w14:paraId="00000052">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groove wasn’t a groove.</w:t>
        <w:br w:type="textWrapping"/>
        <w:t xml:space="preserve">It was a temporary ceasefire - one that ended the moment the dynamic no longer worked in her favor.</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1"/>
        <w:rPr/>
      </w:pPr>
      <w:r w:rsidDel="00000000" w:rsidR="00000000" w:rsidRPr="00000000">
        <w:rPr>
          <w:rtl w:val="0"/>
        </w:rPr>
        <w:t xml:space="preserve">Chapter 5</w:t>
      </w:r>
    </w:p>
    <w:p w:rsidR="00000000" w:rsidDel="00000000" w:rsidP="00000000" w:rsidRDefault="00000000" w:rsidRPr="00000000" w14:paraId="0000005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separation didn’t happen in a single moment. It unfolded in a series of decisions that felt final even before either of us said the word out loud.</w:t>
      </w:r>
    </w:p>
    <w:p w:rsidR="00000000" w:rsidDel="00000000" w:rsidP="00000000" w:rsidRDefault="00000000" w:rsidRPr="00000000" w14:paraId="0000005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started the day I came home from Seattle.</w:t>
      </w:r>
    </w:p>
    <w:p w:rsidR="00000000" w:rsidDel="00000000" w:rsidP="00000000" w:rsidRDefault="00000000" w:rsidRPr="00000000" w14:paraId="00000058">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Marissa was in the driveway, throwing my things into my truck - clothes, bags, whatever she could grab. She wasn’t yelling. She wasn’t crying. She was simply done. There was a cold efficiency to it, like she’d already rehearsed the scene in her mind. I didn’t argue. I didn’t ask her to stop. I got in the truck and left, because there was nothing left to negotiate in that moment.</w:t>
      </w:r>
    </w:p>
    <w:p w:rsidR="00000000" w:rsidDel="00000000" w:rsidP="00000000" w:rsidRDefault="00000000" w:rsidRPr="00000000" w14:paraId="0000005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stayed with a friend for a few days. The space gave me room to breathe, but not clarity. I was still trying to understand whether this was a temporary break or the beginning of something permanent.</w:t>
      </w:r>
    </w:p>
    <w:p w:rsidR="00000000" w:rsidDel="00000000" w:rsidP="00000000" w:rsidRDefault="00000000" w:rsidRPr="00000000" w14:paraId="0000005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couple of days later, Marissa came to see me. We went to a local Mexican restaurant to talk. The conversation was direct. I told her the same thing I had been saying for months: if we were going to rebuild anything, it had to be monogamous. She asked, “What about Jenny?” I told her the truth - that keeping our family together had always been my priority, and I would end things with Jenny immediately if she agreed to monogamy.</w:t>
      </w:r>
    </w:p>
    <w:p w:rsidR="00000000" w:rsidDel="00000000" w:rsidP="00000000" w:rsidRDefault="00000000" w:rsidRPr="00000000" w14:paraId="0000005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Her response was strange in its simplicity:</w:t>
        <w:br w:type="textWrapping"/>
        <w:t xml:space="preserve">“Well, that means I’ll have slept with more people than you.”</w:t>
      </w:r>
    </w:p>
    <w:p w:rsidR="00000000" w:rsidDel="00000000" w:rsidP="00000000" w:rsidRDefault="00000000" w:rsidRPr="00000000" w14:paraId="0000005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told her it didn’t matter. That we could put all of it behind us. That the only thing that mattered was rebuilding our relationship.</w:t>
      </w:r>
    </w:p>
    <w:p w:rsidR="00000000" w:rsidDel="00000000" w:rsidP="00000000" w:rsidRDefault="00000000" w:rsidRPr="00000000" w14:paraId="0000005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After the conversation, I went back to the house to spend time with the boys. We watched a movie, tried to act normal, but the dynamic was icy. Later that night, she came to me and said, “I don’t want to give up Jesse. He’s really good for me. He sees me and accepts me for who I am.”</w:t>
      </w:r>
    </w:p>
    <w:p w:rsidR="00000000" w:rsidDel="00000000" w:rsidP="00000000" w:rsidRDefault="00000000" w:rsidRPr="00000000" w14:paraId="0000005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was nothing left to discuss after that. I told her, “Then we need to move forward with the separation, because I want monogamy in my life.”</w:t>
      </w:r>
    </w:p>
    <w:p w:rsidR="00000000" w:rsidDel="00000000" w:rsidP="00000000" w:rsidRDefault="00000000" w:rsidRPr="00000000" w14:paraId="0000005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Within days, I found a two‑bedroom apartment and moved into it. While I was packing, she invited a neighbor’s adult daughter to move into the house - along with her boyfriend, his teenage daughter, and their younger child who was the boys’ age. Overnight, the home I had built felt even less like mine. I took what I needed, moved into my apartment, and started building a new routine.</w:t>
      </w:r>
    </w:p>
    <w:p w:rsidR="00000000" w:rsidDel="00000000" w:rsidP="00000000" w:rsidRDefault="00000000" w:rsidRPr="00000000" w14:paraId="0000006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the first time in months, I felt myself beginning to heal. I broke things off with Jenny cleanly. We weren’t compatible - she was poly, and I knew I wanted monogamy. It was mutual, respectful, and final.</w:t>
      </w:r>
    </w:p>
    <w:p w:rsidR="00000000" w:rsidDel="00000000" w:rsidP="00000000" w:rsidRDefault="00000000" w:rsidRPr="00000000" w14:paraId="00000061">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Then everything shifted again.</w:t>
      </w:r>
    </w:p>
    <w:p w:rsidR="00000000" w:rsidDel="00000000" w:rsidP="00000000" w:rsidRDefault="00000000" w:rsidRPr="00000000" w14:paraId="00000062">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One afternoon, Marissa came to my apartment. We talked, reconnected, and ended up sleeping together. She told Jesse about it, and he broke up with her. He wanted monogamy with her after all. He had fallen in love with her, and the situation with me was a line he couldn’t cross.</w:t>
      </w:r>
    </w:p>
    <w:p w:rsidR="00000000" w:rsidDel="00000000" w:rsidP="00000000" w:rsidRDefault="00000000" w:rsidRPr="00000000" w14:paraId="00000063">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After he ended things, she came back to my apartment again - crying, apologizing, saying she was sorry for everything, saying she would do monogamy with me if I just came home. I didn’t hesitate. I didn’t analyze it. I didn’t weigh the past against the promise. I moved back in the next day.</w:t>
      </w:r>
    </w:p>
    <w:p w:rsidR="00000000" w:rsidDel="00000000" w:rsidP="00000000" w:rsidRDefault="00000000" w:rsidRPr="00000000" w14:paraId="0000006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remember calling my parents and saying, “This might be a mistake, but I’m getting back together with Marissa.” I told them she had apologized and promised monogamy. That was enough for me at the time.</w:t>
      </w:r>
    </w:p>
    <w:p w:rsidR="00000000" w:rsidDel="00000000" w:rsidP="00000000" w:rsidRDefault="00000000" w:rsidRPr="00000000" w14:paraId="0000006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When I moved back in, the other family was still living there. The house was chaotic, crowded, and unfamiliar. But I told myself it was temporary. I told myself we were rebuilding. I told myself this was the beginning of the reconciliation I had been hoping for.</w:t>
      </w:r>
    </w:p>
    <w:p w:rsidR="00000000" w:rsidDel="00000000" w:rsidP="00000000" w:rsidRDefault="00000000" w:rsidRPr="00000000" w14:paraId="0000006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wasn’t.</w:t>
        <w:br w:type="textWrapping"/>
        <w:t xml:space="preserve">But I didn’t know that yet.</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br w:type="page"/>
      </w:r>
      <w:r w:rsidDel="00000000" w:rsidR="00000000" w:rsidRPr="00000000">
        <w:rPr>
          <w:rtl w:val="0"/>
        </w:rPr>
      </w:r>
    </w:p>
    <w:p w:rsidR="00000000" w:rsidDel="00000000" w:rsidP="00000000" w:rsidRDefault="00000000" w:rsidRPr="00000000" w14:paraId="00000069">
      <w:pPr>
        <w:pStyle w:val="Heading1"/>
        <w:rPr/>
      </w:pPr>
      <w:r w:rsidDel="00000000" w:rsidR="00000000" w:rsidRPr="00000000">
        <w:rPr>
          <w:rtl w:val="0"/>
        </w:rPr>
        <w:t xml:space="preserve">Chapter 6</w:t>
      </w:r>
    </w:p>
    <w:p w:rsidR="00000000" w:rsidDel="00000000" w:rsidP="00000000" w:rsidRDefault="00000000" w:rsidRPr="00000000" w14:paraId="0000006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When Marissa came to my apartment after Jesse ended things with her, she was crying. She apologized, said she was sorry for everything, said she wanted monogamy, said we could rebuild. I believed her. Completely. At the time, it didn’t feel complicated. It felt like the moment I had been waiting for - the moment where everything could finally go back to normal.</w:t>
      </w:r>
    </w:p>
    <w:p w:rsidR="00000000" w:rsidDel="00000000" w:rsidP="00000000" w:rsidRDefault="00000000" w:rsidRPr="00000000" w14:paraId="0000006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even agreed to couples counseling. That alone felt like a sign that she was serious, that she wanted to repair what had been broken. I didn’t question her timing. I didn’t question her motives. I didn’t think about the fact that Jesse had just broken up with her. I just heard the words I’d been begging for and held onto them.</w:t>
      </w:r>
    </w:p>
    <w:p w:rsidR="00000000" w:rsidDel="00000000" w:rsidP="00000000" w:rsidRDefault="00000000" w:rsidRPr="00000000" w14:paraId="0000006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moved back in the next day.</w:t>
      </w:r>
    </w:p>
    <w:p w:rsidR="00000000" w:rsidDel="00000000" w:rsidP="00000000" w:rsidRDefault="00000000" w:rsidRPr="00000000" w14:paraId="0000006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house didn’t feel like home anymore. The other family was still living there - Tessa, her boyfriend, his teenage daughter, and their younger child. They were loud, chaotic, constantly around. Tessa and Marissa were inseparable. Tessa would walk into our bedroom without knocking, just to hang out. I didn’t have a space of my own. I didn’t have privacy. I didn’t have a corner of the house that felt like mine. It felt like I was returning to someone else’s home, not my own.</w:t>
      </w:r>
    </w:p>
    <w:p w:rsidR="00000000" w:rsidDel="00000000" w:rsidP="00000000" w:rsidRDefault="00000000" w:rsidRPr="00000000" w14:paraId="0000006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emotional atmosphere between Marissa and me was tense from the start. She acted cold, distant, irritated by my presence. There were jabs, disrespectful comments, small digs that landed harder than she probably realized. She didn’t show affection. She didn’t reach for me. She didn’t act like someone who wanted reconciliation. But I ignored all of it. I told myself I had to weather the storm, that this was part of rebuilding, that if I just stayed steady, things would eventually soften.</w:t>
      </w:r>
    </w:p>
    <w:p w:rsidR="00000000" w:rsidDel="00000000" w:rsidP="00000000" w:rsidRDefault="00000000" w:rsidRPr="00000000" w14:paraId="0000006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tried to rebuild routines. I hung out with her every chance I got. If she was doing something, I tried to be part of it. If she wanted space, I gave it. Everything was on her terms. We slept in the same bed, but with a large pillow between us - a physical reminder of the distance she wasn’t ready to close.</w:t>
      </w:r>
    </w:p>
    <w:p w:rsidR="00000000" w:rsidDel="00000000" w:rsidP="00000000" w:rsidRDefault="00000000" w:rsidRPr="00000000" w14:paraId="0000007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boys seemed relieved I was home. They didn’t ask questions, but they felt the tension. Kids always do. Still, we did family activities, watched movies, tried to create moments of normalcy. On the surface, it looked like a family trying to reconnect. Underneath, it was more like coexisting.</w:t>
      </w:r>
    </w:p>
    <w:p w:rsidR="00000000" w:rsidDel="00000000" w:rsidP="00000000" w:rsidRDefault="00000000" w:rsidRPr="00000000" w14:paraId="00000071">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Emotionally, I was running on hope and exhaustion. Hope that this time would be different. Hope that the promise of monogamy meant something. Hope that the version of us from before all of this could still be recovered. At the same time, I was terrified of losing the family again. I shrank myself, smoked weed constantly, kept my head down, and jumped through every hoop she set in front of me. I told myself it was temporary. I told myself it was worth it.</w:t>
      </w:r>
    </w:p>
    <w:p w:rsidR="00000000" w:rsidDel="00000000" w:rsidP="00000000" w:rsidRDefault="00000000" w:rsidRPr="00000000" w14:paraId="00000072">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it never felt quite right. Not once.</w:t>
      </w:r>
    </w:p>
    <w:p w:rsidR="00000000" w:rsidDel="00000000" w:rsidP="00000000" w:rsidRDefault="00000000" w:rsidRPr="00000000" w14:paraId="00000073">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first sign that the promise wasn’t going to last came exactly one month later. She told me she “had to have poly in her life to be happy.” The way she said it was matter‑of‑fact, like it was a simple truth she had rediscovered. There was no apology, no hesitation, no acknowledgment of the promise she had made.</w:t>
      </w:r>
    </w:p>
    <w:p w:rsidR="00000000" w:rsidDel="00000000" w:rsidP="00000000" w:rsidRDefault="00000000" w:rsidRPr="00000000" w14:paraId="0000007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Just a statement.</w:t>
      </w:r>
    </w:p>
    <w:p w:rsidR="00000000" w:rsidDel="00000000" w:rsidP="00000000" w:rsidRDefault="00000000" w:rsidRPr="00000000" w14:paraId="0000007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And with that, the reconciliation - the monogamy, the counseling, the hope - collapsed as quickly as it had appeared.</w:t>
      </w:r>
    </w:p>
    <w:p w:rsidR="00000000" w:rsidDel="00000000" w:rsidP="00000000" w:rsidRDefault="00000000" w:rsidRPr="00000000" w14:paraId="0000007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promise had lasted thirty days.</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br w:type="page"/>
      </w:r>
      <w:r w:rsidDel="00000000" w:rsidR="00000000" w:rsidRPr="00000000">
        <w:rPr>
          <w:rtl w:val="0"/>
        </w:rPr>
      </w:r>
    </w:p>
    <w:p w:rsidR="00000000" w:rsidDel="00000000" w:rsidP="00000000" w:rsidRDefault="00000000" w:rsidRPr="00000000" w14:paraId="00000079">
      <w:pPr>
        <w:pStyle w:val="Heading1"/>
        <w:rPr/>
      </w:pPr>
      <w:r w:rsidDel="00000000" w:rsidR="00000000" w:rsidRPr="00000000">
        <w:rPr>
          <w:rtl w:val="0"/>
        </w:rPr>
        <w:t xml:space="preserve">Chapter 7</w:t>
      </w:r>
    </w:p>
    <w:p w:rsidR="00000000" w:rsidDel="00000000" w:rsidP="00000000" w:rsidRDefault="00000000" w:rsidRPr="00000000" w14:paraId="0000007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promise of monogamy lasted a month, but the unraveling began long before she said the words out loud.</w:t>
      </w:r>
    </w:p>
    <w:p w:rsidR="00000000" w:rsidDel="00000000" w:rsidP="00000000" w:rsidRDefault="00000000" w:rsidRPr="00000000" w14:paraId="0000007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During that month, we were spending more time together. Going on dates. Rebuilding routines. Sleeping in the same bed again. On the surface, it looked like progress. I thought we were repairing something real. I thought the distance was closing. I thought the promise meant something.</w:t>
      </w:r>
    </w:p>
    <w:p w:rsidR="00000000" w:rsidDel="00000000" w:rsidP="00000000" w:rsidRDefault="00000000" w:rsidRPr="00000000" w14:paraId="0000007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underneath, the tension never fully left. There were moments where Marissa seemed present, but they were brief. Most of the time, there was a coldness I couldn’t name. A sharpness in her tone. A heaviness in the air. I ignored it because I wanted to believe we were healing.</w:t>
      </w:r>
    </w:p>
    <w:p w:rsidR="00000000" w:rsidDel="00000000" w:rsidP="00000000" w:rsidRDefault="00000000" w:rsidRPr="00000000" w14:paraId="0000007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Then the comments started.</w:t>
      </w:r>
    </w:p>
    <w:p w:rsidR="00000000" w:rsidDel="00000000" w:rsidP="00000000" w:rsidRDefault="00000000" w:rsidRPr="00000000" w14:paraId="0000007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I asked for help with something, she’d say “yes, master” in a sarcastic voice.</w:t>
        <w:br w:type="textWrapping"/>
        <w:t xml:space="preserve">If I expressed a feeling, she’d say, “I don’t care about your feelings,” mocking the idea that my emotions mattered.</w:t>
        <w:br w:type="textWrapping"/>
        <w:t xml:space="preserve">If I tried to talk about the past, she’d roll her eyes or walk away.</w:t>
      </w:r>
    </w:p>
    <w:p w:rsidR="00000000" w:rsidDel="00000000" w:rsidP="00000000" w:rsidRDefault="00000000" w:rsidRPr="00000000" w14:paraId="0000007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wasn’t constant, but it was frequent enough that I felt myself shrinking again. Each comment chipped away at the hope I was holding onto.</w:t>
      </w:r>
    </w:p>
    <w:p w:rsidR="00000000" w:rsidDel="00000000" w:rsidP="00000000" w:rsidRDefault="00000000" w:rsidRPr="00000000" w14:paraId="0000008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never acknowledged the promise she had made. She acted like it had never happened. Like the reconciliation had no terms. Like the month of monogamy was just a pause she had tolerated.</w:t>
      </w:r>
    </w:p>
    <w:p w:rsidR="00000000" w:rsidDel="00000000" w:rsidP="00000000" w:rsidRDefault="00000000" w:rsidRPr="00000000" w14:paraId="00000081">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And all the while, she stayed in contact with the men from her poly circle. She wasn’t seeing them, but the communication never stopped. If you asked her, it was “purely platonic.” But the truth was clear: the door had never fully closed.</w:t>
      </w:r>
    </w:p>
    <w:p w:rsidR="00000000" w:rsidDel="00000000" w:rsidP="00000000" w:rsidRDefault="00000000" w:rsidRPr="00000000" w14:paraId="00000082">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moment she broke the promise happened on an ordinary day. We were sitting on our bed. No tension, no argument, no buildup. She said it calmly, detached, matter‑of‑fact:</w:t>
      </w:r>
    </w:p>
    <w:p w:rsidR="00000000" w:rsidDel="00000000" w:rsidP="00000000" w:rsidRDefault="00000000" w:rsidRPr="00000000" w14:paraId="00000083">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have to have poly in my life to be happy.”</w:t>
      </w:r>
    </w:p>
    <w:p w:rsidR="00000000" w:rsidDel="00000000" w:rsidP="00000000" w:rsidRDefault="00000000" w:rsidRPr="00000000" w14:paraId="0000008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wasn’t a question. It wasn’t a discussion. It wasn’t framed as something we could work through together. It was a decision. A declaration. A single sentence that erased the month of effort, counseling, and hope.</w:t>
      </w:r>
    </w:p>
    <w:p w:rsidR="00000000" w:rsidDel="00000000" w:rsidP="00000000" w:rsidRDefault="00000000" w:rsidRPr="00000000" w14:paraId="0000008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told her no. I told her I couldn’t do it again. She pushed. Not loudly, not angrily - just relentlessly. Over the next few weeks, she kept pressing the issue. Every time I resisted, she’d make another cutting comment. Every time I tried to hold the line, she’d push harder. It was coercion in the quietest, most persistent form.</w:t>
      </w:r>
    </w:p>
    <w:p w:rsidR="00000000" w:rsidDel="00000000" w:rsidP="00000000" w:rsidRDefault="00000000" w:rsidRPr="00000000" w14:paraId="0000008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Eventually, I broke.</w:t>
      </w:r>
    </w:p>
    <w:p w:rsidR="00000000" w:rsidDel="00000000" w:rsidP="00000000" w:rsidRDefault="00000000" w:rsidRPr="00000000" w14:paraId="0000008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One night, exhausted and worn down, I said, “I’m ready to be hurt again.” I said it hoping she would hear the pain in it. Hoping she would pause. Hoping she would reconsider.</w:t>
      </w:r>
    </w:p>
    <w:p w:rsidR="00000000" w:rsidDel="00000000" w:rsidP="00000000" w:rsidRDefault="00000000" w:rsidRPr="00000000" w14:paraId="00000088">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didn’t.</w:t>
      </w:r>
    </w:p>
    <w:p w:rsidR="00000000" w:rsidDel="00000000" w:rsidP="00000000" w:rsidRDefault="00000000" w:rsidRPr="00000000" w14:paraId="0000008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said, “Finally,” picked up her phone, and shooed me away so she could start messaging people again.</w:t>
      </w:r>
    </w:p>
    <w:p w:rsidR="00000000" w:rsidDel="00000000" w:rsidP="00000000" w:rsidRDefault="00000000" w:rsidRPr="00000000" w14:paraId="0000008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My reaction was immediate and internal: numbness, resignation, shrinking. I felt myself disappear a little more in that moment. I felt small. Unimportant. Used. Like my pain didn’t matter. Like I didn’t matter.</w:t>
      </w:r>
    </w:p>
    <w:p w:rsidR="00000000" w:rsidDel="00000000" w:rsidP="00000000" w:rsidRDefault="00000000" w:rsidRPr="00000000" w14:paraId="0000008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downloaded the apps too, trying to convince myself I could participate this time. I matched with women, flirted lightly, talked on Snapchat. But every time it came close to asking someone out, I unmatched them. Blocked them. Backed away. I was too afraid to repeat what had happened with Jenny. Too afraid of triggering another explosion. Too afraid of destabilizing the family again.</w:t>
      </w:r>
    </w:p>
    <w:p w:rsidR="00000000" w:rsidDel="00000000" w:rsidP="00000000" w:rsidRDefault="00000000" w:rsidRPr="00000000" w14:paraId="0000008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felt one‑sided because it was.</w:t>
      </w:r>
    </w:p>
    <w:p w:rsidR="00000000" w:rsidDel="00000000" w:rsidP="00000000" w:rsidRDefault="00000000" w:rsidRPr="00000000" w14:paraId="0000008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was expanding.</w:t>
        <w:br w:type="textWrapping"/>
        <w:t xml:space="preserve">I was collapsing.</w:t>
        <w:br w:type="textWrapping"/>
        <w:t xml:space="preserve">She was reclaiming something.</w:t>
        <w:br w:type="textWrapping"/>
        <w:t xml:space="preserve">I was losing myself.</w:t>
      </w:r>
    </w:p>
    <w:p w:rsidR="00000000" w:rsidDel="00000000" w:rsidP="00000000" w:rsidRDefault="00000000" w:rsidRPr="00000000" w14:paraId="0000008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promise of monogamy didn’t fade - it was overwritten. And the moment she said “Finally,” the reconciliation ended, even if the relationship didn’t.</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br w:type="page"/>
      </w:r>
      <w:r w:rsidDel="00000000" w:rsidR="00000000" w:rsidRPr="00000000">
        <w:rPr>
          <w:rtl w:val="0"/>
        </w:rPr>
      </w:r>
    </w:p>
    <w:p w:rsidR="00000000" w:rsidDel="00000000" w:rsidP="00000000" w:rsidRDefault="00000000" w:rsidRPr="00000000" w14:paraId="00000091">
      <w:pPr>
        <w:pStyle w:val="Heading1"/>
        <w:rPr/>
      </w:pPr>
      <w:r w:rsidDel="00000000" w:rsidR="00000000" w:rsidRPr="00000000">
        <w:rPr>
          <w:rtl w:val="0"/>
        </w:rPr>
        <w:t xml:space="preserve">Chapter 8</w:t>
      </w:r>
    </w:p>
    <w:p w:rsidR="00000000" w:rsidDel="00000000" w:rsidP="00000000" w:rsidRDefault="00000000" w:rsidRPr="00000000" w14:paraId="00000092">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When I finally said, “I’m ready to be hurt again,” it wasn’t acceptance. It was resignation. I said it hoping she would hear the pain in it, hoping it would make her pause, hoping it would spark even a flicker of empathy.</w:t>
      </w:r>
    </w:p>
    <w:p w:rsidR="00000000" w:rsidDel="00000000" w:rsidP="00000000" w:rsidRDefault="00000000" w:rsidRPr="00000000" w14:paraId="00000093">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Instead, Marissa said, “Finally,” picked up her phone, and started messaging people again. She waved me away so she could focus.</w:t>
      </w:r>
    </w:p>
    <w:p w:rsidR="00000000" w:rsidDel="00000000" w:rsidP="00000000" w:rsidRDefault="00000000" w:rsidRPr="00000000" w14:paraId="0000009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went back to the same men as before, and added new ones. By the following weekend, she was already out on a date. I stayed home with the boys, trying to keep things normal while fighting off panic attacks. I smoked weed just to stay functional. The anxiety was constant - a physical weight I carried through every hour of the day.</w:t>
      </w:r>
    </w:p>
    <w:p w:rsidR="00000000" w:rsidDel="00000000" w:rsidP="00000000" w:rsidRDefault="00000000" w:rsidRPr="00000000" w14:paraId="0000009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didn’t re‑enter poly right away. I waited weeks, hoping she would change her mind, hoping the pressure would ease. But it didn’t. She was happier, lighter, energized. I felt smaller. Eventually, I downloaded the apps again - not because I wanted to date, but because I felt like I had to keep up. Like if I didn’t participate, the imbalance would get even worse.</w:t>
      </w:r>
    </w:p>
    <w:p w:rsidR="00000000" w:rsidDel="00000000" w:rsidP="00000000" w:rsidRDefault="00000000" w:rsidRPr="00000000" w14:paraId="0000009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matched with a woman named Lena. She was in a situation similar to mine - married to someone who wanted an open relationship she didn’t want. We went on one date, but it quickly became clear that neither of us had the emotional capacity for anything romantic. We became friends instead, supporting each other through the same kind of pain. It was the closest thing to connection I had during that time, and it wasn’t even romantic. It was survival.</w:t>
      </w:r>
    </w:p>
    <w:p w:rsidR="00000000" w:rsidDel="00000000" w:rsidP="00000000" w:rsidRDefault="00000000" w:rsidRPr="00000000" w14:paraId="0000009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emotional atmosphere in the house shifted once poly restarted. It wasn’t tense - it was avoidant. She was happier, more affectionate, more confident. She treated me better because she was thriving. The affection wasn’t about us reconnecting; it was a byproduct of her feeling good in her own life. I felt that difference, even if I didn’t want to admit it.</w:t>
      </w:r>
    </w:p>
    <w:p w:rsidR="00000000" w:rsidDel="00000000" w:rsidP="00000000" w:rsidRDefault="00000000" w:rsidRPr="00000000" w14:paraId="00000098">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other family had moved out by then. I had convinced her it was time, and the house was quieter without them. But the quiet didn’t bring peace. It just made the contrast sharper - her excitement, my shrinking.</w:t>
      </w:r>
    </w:p>
    <w:p w:rsidR="00000000" w:rsidDel="00000000" w:rsidP="00000000" w:rsidRDefault="00000000" w:rsidRPr="00000000" w14:paraId="0000009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didn’t hide her dating life. Not really. She hid details, but not the enthusiasm. I remember Valentine’s Day clearly. She had just started seeing a paramedic named Ryan. We were driving to our date, and when we passed an ambulance, she sat up straight, excited, hoping it was him. She texted him throughout our entire date. I watched her fall in love with him in real time.</w:t>
      </w:r>
    </w:p>
    <w:p w:rsidR="00000000" w:rsidDel="00000000" w:rsidP="00000000" w:rsidRDefault="00000000" w:rsidRPr="00000000" w14:paraId="0000009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kept shrinking.</w:t>
      </w:r>
    </w:p>
    <w:p w:rsidR="00000000" w:rsidDel="00000000" w:rsidP="00000000" w:rsidRDefault="00000000" w:rsidRPr="00000000" w14:paraId="0000009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survive, I smoked weed constantly. I dissociated. I stayed busy. I avoided conflict. I tried to be supportive. I tried to be the partner she wanted, even though the situation was tearing me apart. I kept overriding my own thoughts, whispering “throw it out” to myself whenever a feeling surfaced. It became a mantra - a way to silence the parts of me that were screaming.</w:t>
      </w:r>
    </w:p>
    <w:p w:rsidR="00000000" w:rsidDel="00000000" w:rsidP="00000000" w:rsidRDefault="00000000" w:rsidRPr="00000000" w14:paraId="0000009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never got involved with another woman. I kept matching, flirting lightly, then unmatching or blocking before anything could happen. I was too afraid of triggering another explosion. Too afraid of destabilizing the family again. Too afraid of repeating the chaos of the first attempt.</w:t>
      </w:r>
    </w:p>
    <w:p w:rsidR="00000000" w:rsidDel="00000000" w:rsidP="00000000" w:rsidRDefault="00000000" w:rsidRPr="00000000" w14:paraId="0000009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Marissa’s dating life, meanwhile, was busy. And then Ryan appeared, and everything changed. She fell for him quickly - openly, intensely. They didn’t see each other often, maybe because she knew it would break me, or maybe because I wasn’t dating anyone myself and she didn’t feel she had “permission.” But she talked about him constantly. She lit up when she mentioned him. She was in love.</w:t>
      </w:r>
    </w:p>
    <w:p w:rsidR="00000000" w:rsidDel="00000000" w:rsidP="00000000" w:rsidRDefault="00000000" w:rsidRPr="00000000" w14:paraId="0000009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told myself I was protecting the family. Protecting the boys’ stability. Protecting the marriage. Protecting my identity as a father. All of it. I believed that sacrificing myself was the only way to keep the family intact.</w:t>
      </w:r>
    </w:p>
    <w:p w:rsidR="00000000" w:rsidDel="00000000" w:rsidP="00000000" w:rsidRDefault="00000000" w:rsidRPr="00000000" w14:paraId="0000009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early in that second attempt, I already knew the truth. I knew it was going to hurt worse than the first time. I could feel it in the way I kept silencing myself, in the way I kept shrinking, in the way I kept saying “throw it out” just to get through the day.</w:t>
      </w:r>
    </w:p>
    <w:p w:rsidR="00000000" w:rsidDel="00000000" w:rsidP="00000000" w:rsidRDefault="00000000" w:rsidRPr="00000000" w14:paraId="000000A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wasn’t participating in polyamory.</w:t>
        <w:br w:type="textWrapping"/>
        <w:t xml:space="preserve">I was enduring it.</w:t>
        <w:br w:type="textWrapping"/>
        <w:t xml:space="preserve">And the cost was getting higher.</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br w:type="page"/>
      </w:r>
      <w:r w:rsidDel="00000000" w:rsidR="00000000" w:rsidRPr="00000000">
        <w:rPr>
          <w:rtl w:val="0"/>
        </w:rPr>
      </w:r>
    </w:p>
    <w:p w:rsidR="00000000" w:rsidDel="00000000" w:rsidP="00000000" w:rsidRDefault="00000000" w:rsidRPr="00000000" w14:paraId="000000A3">
      <w:pPr>
        <w:pStyle w:val="Heading1"/>
        <w:rPr/>
      </w:pPr>
      <w:r w:rsidDel="00000000" w:rsidR="00000000" w:rsidRPr="00000000">
        <w:rPr>
          <w:rtl w:val="0"/>
        </w:rPr>
        <w:t xml:space="preserve">Chapter 9</w:t>
      </w:r>
    </w:p>
    <w:p w:rsidR="00000000" w:rsidDel="00000000" w:rsidP="00000000" w:rsidRDefault="00000000" w:rsidRPr="00000000" w14:paraId="000000A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During the second attempt at polyamory, I wasn’t looking for connection. I wasn’t trying to build a new relationship. I was barely holding myself together. But polyamory has a way of creating its own orbit, and even when you’re not trying, you end up meeting people who understand the language and the structure of the world you’ve been pulled into.</w:t>
      </w:r>
    </w:p>
    <w:p w:rsidR="00000000" w:rsidDel="00000000" w:rsidP="00000000" w:rsidRDefault="00000000" w:rsidRPr="00000000" w14:paraId="000000A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me, that person was Lena.</w:t>
      </w:r>
    </w:p>
    <w:p w:rsidR="00000000" w:rsidDel="00000000" w:rsidP="00000000" w:rsidRDefault="00000000" w:rsidRPr="00000000" w14:paraId="000000A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 matched on Tinder, but it never became romantic. What drew us together was our shared circumstance - both of us monogamous people trying to survive relationships with partners who wanted polyamory. She understood my pain in a way no one else in my life did. She understood why I stayed, why I kept trying, why I kept shrinking myself to preserve the family. She didn’t judge me for it. She didn’t tell me to leave. She just listened.</w:t>
      </w:r>
    </w:p>
    <w:p w:rsidR="00000000" w:rsidDel="00000000" w:rsidP="00000000" w:rsidRDefault="00000000" w:rsidRPr="00000000" w14:paraId="000000A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 talked about the same things over and over - the fear of losing our families, the guilt of not being “enlightened enough,” the exhaustion of trying to keep up with partners who seemed to thrive in a world that was suffocating us. We talked about the mental gymnastics, the emotional contortions, the constant self‑silencing. We talked about the way our partners framed our pain as insecurity, jealousy, or immaturity.</w:t>
      </w:r>
    </w:p>
    <w:p w:rsidR="00000000" w:rsidDel="00000000" w:rsidP="00000000" w:rsidRDefault="00000000" w:rsidRPr="00000000" w14:paraId="000000A8">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Lena became a lifeline - not because she fixed anything, but because she made me feel less alone in the chaos.</w:t>
      </w:r>
    </w:p>
    <w:p w:rsidR="00000000" w:rsidDel="00000000" w:rsidP="00000000" w:rsidRDefault="00000000" w:rsidRPr="00000000" w14:paraId="000000A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even with that connection, I didn’t feel safe. Not in my relationship. Not in my home. Not in my own mind.</w:t>
      </w:r>
    </w:p>
    <w:p w:rsidR="00000000" w:rsidDel="00000000" w:rsidP="00000000" w:rsidRDefault="00000000" w:rsidRPr="00000000" w14:paraId="000000A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By this point, I was smoking weed daily just to numb the anxiety. It wasn’t recreational. It was survival. I’d take a hit before bed so I could sleep. A hit in the afternoon so I could breathe. A hit before conversations with Marissa so I wouldn’t panic. It became a routine - a way to quiet the parts of me that were screaming.</w:t>
      </w:r>
    </w:p>
    <w:p w:rsidR="00000000" w:rsidDel="00000000" w:rsidP="00000000" w:rsidRDefault="00000000" w:rsidRPr="00000000" w14:paraId="000000A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was also in therapy, trying to make sense of what was happening. I explained the panic attacks, the dissociation, the constant fear of abandonment, the emotional whiplash. My therapist misdiagnosed me with bipolar disorder. I was put on medication that didn’t help - not because I was resistant, but because the diagnosis was wrong. The symptoms weren’t chemical. They were situational. They were trauma responses.</w:t>
      </w:r>
    </w:p>
    <w:p w:rsidR="00000000" w:rsidDel="00000000" w:rsidP="00000000" w:rsidRDefault="00000000" w:rsidRPr="00000000" w14:paraId="000000A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Months later, after the relationship ended, I explained everything to my psychiatrist - the coercion, the instability, the emotional neglect, the constant fear. She listened, then said gently, “You were likely misdiagnosed.” I tapered off the medication and felt myself return. I was later diagnosed with complex PTSD, with the relationship cited as the trigger.</w:t>
      </w:r>
    </w:p>
    <w:p w:rsidR="00000000" w:rsidDel="00000000" w:rsidP="00000000" w:rsidRDefault="00000000" w:rsidRPr="00000000" w14:paraId="000000A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at the time, I didn’t know any of that. I just knew I felt broken.</w:t>
      </w:r>
    </w:p>
    <w:p w:rsidR="00000000" w:rsidDel="00000000" w:rsidP="00000000" w:rsidRDefault="00000000" w:rsidRPr="00000000" w14:paraId="000000A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Meanwhile, Marissa was thriving. She was energized, confident, affectionate in ways that felt performative, distant in ways that felt permanent. She was expanding her world while mine was collapsing.</w:t>
      </w:r>
    </w:p>
    <w:p w:rsidR="00000000" w:rsidDel="00000000" w:rsidP="00000000" w:rsidRDefault="00000000" w:rsidRPr="00000000" w14:paraId="000000A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Lena and I talked often, but even that connection had limits. She couldn’t fix what was happening in my home. She couldn’t stop the panic attacks. She couldn’t make Marissa see me. She couldn’t make the situation safe.</w:t>
      </w:r>
    </w:p>
    <w:p w:rsidR="00000000" w:rsidDel="00000000" w:rsidP="00000000" w:rsidRDefault="00000000" w:rsidRPr="00000000" w14:paraId="000000B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could only witness it.</w:t>
      </w:r>
    </w:p>
    <w:p w:rsidR="00000000" w:rsidDel="00000000" w:rsidP="00000000" w:rsidRDefault="00000000" w:rsidRPr="00000000" w14:paraId="000000B1">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And sometimes, witnessing is all someone can do.</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br w:type="page"/>
      </w:r>
      <w:r w:rsidDel="00000000" w:rsidR="00000000" w:rsidRPr="00000000">
        <w:rPr>
          <w:rtl w:val="0"/>
        </w:rPr>
      </w:r>
    </w:p>
    <w:p w:rsidR="00000000" w:rsidDel="00000000" w:rsidP="00000000" w:rsidRDefault="00000000" w:rsidRPr="00000000" w14:paraId="000000B4">
      <w:pPr>
        <w:pStyle w:val="Heading1"/>
        <w:rPr/>
      </w:pPr>
      <w:r w:rsidDel="00000000" w:rsidR="00000000" w:rsidRPr="00000000">
        <w:rPr>
          <w:rtl w:val="0"/>
        </w:rPr>
        <w:t xml:space="preserve">Chapter 10</w:t>
      </w:r>
    </w:p>
    <w:p w:rsidR="00000000" w:rsidDel="00000000" w:rsidP="00000000" w:rsidRDefault="00000000" w:rsidRPr="00000000" w14:paraId="000000B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Marissa’s relationship with Ryan, the paramedic, lasted nearly a year. It wasn’t stable. It was on‑again, off‑again, the kind of dynamic she described as “avoidant” whenever she was frustrated with him. They talked constantly, but the emotional rhythm between them was unpredictable. Even now, they still talk - to what degree, I don’t know.</w:t>
      </w:r>
    </w:p>
    <w:p w:rsidR="00000000" w:rsidDel="00000000" w:rsidP="00000000" w:rsidRDefault="00000000" w:rsidRPr="00000000" w14:paraId="000000B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few months into their relationship, I woke up to her crying beside me. It was the middle of the night. She told me Ryan had broken up with her. She was devastated. She said, “Am I worthless? Am I lovable? I don’t feel very lovable.” I held her while she cried, giving her the reassurance I desperately wanted for myself. I told her she was loved, that she mattered, that I was there.</w:t>
      </w:r>
    </w:p>
    <w:p w:rsidR="00000000" w:rsidDel="00000000" w:rsidP="00000000" w:rsidRDefault="00000000" w:rsidRPr="00000000" w14:paraId="000000B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Inside, I felt like an afterthought - the person who was always there, always steady, always loving, but never enough. Still, I comforted her. And somewhere beneath the numbness, a small spark of hope flickered. Maybe now that they had broken up, we could focus on monogamy again. Maybe the chaos would settle. Maybe the family could finally stabilize.</w:t>
      </w:r>
    </w:p>
    <w:p w:rsidR="00000000" w:rsidDel="00000000" w:rsidP="00000000" w:rsidRDefault="00000000" w:rsidRPr="00000000" w14:paraId="000000B8">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didn’t bring it up. I didn’t want to make her grief about me. I just stayed by her side.</w:t>
      </w:r>
    </w:p>
    <w:p w:rsidR="00000000" w:rsidDel="00000000" w:rsidP="00000000" w:rsidRDefault="00000000" w:rsidRPr="00000000" w14:paraId="000000B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week later, they were back together. She told me casually, as if the previous week hadn’t happened. Once again, it was despite my protests. Once again, my feelings didn’t factor into the decision. Once again, I was expected to adapt.</w:t>
      </w:r>
    </w:p>
    <w:p w:rsidR="00000000" w:rsidDel="00000000" w:rsidP="00000000" w:rsidRDefault="00000000" w:rsidRPr="00000000" w14:paraId="000000B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Their relationship continued for several more months. The cycle repeated - closeness, distance, breakups, reunions. She was in love with him, and she didn’t hide it. She told me things like, “Sorry I fell in love with another man,” and “He’s enhancing my life.” She talked about him constantly. I felt replaced, even though she never said the words.</w:t>
      </w:r>
    </w:p>
    <w:p w:rsidR="00000000" w:rsidDel="00000000" w:rsidP="00000000" w:rsidRDefault="00000000" w:rsidRPr="00000000" w14:paraId="000000B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Then, eventually, they broke up for good.</w:t>
      </w:r>
    </w:p>
    <w:p w:rsidR="00000000" w:rsidDel="00000000" w:rsidP="00000000" w:rsidRDefault="00000000" w:rsidRPr="00000000" w14:paraId="000000B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When she told me, she framed it as her decision. She said she had ended things. She said she was sorry for putting me through it. She said she was ready to focus on monogamy with me again. I wanted to believe her. I wanted to believe the nightmare was ending. I wanted to believe the relationship had finally run its course.</w:t>
      </w:r>
    </w:p>
    <w:p w:rsidR="00000000" w:rsidDel="00000000" w:rsidP="00000000" w:rsidRDefault="00000000" w:rsidRPr="00000000" w14:paraId="000000B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months later, I learned the truth.</w:t>
      </w:r>
    </w:p>
    <w:p w:rsidR="00000000" w:rsidDel="00000000" w:rsidP="00000000" w:rsidRDefault="00000000" w:rsidRPr="00000000" w14:paraId="000000B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Ryan had broken up with her - not the other way around. And the reason he gave was me. He told her he couldn’t keep hurting another person. That he knew I would never be okay with their relationship. That the pain it caused me was too much for him to justify. He ended it because he couldn’t stomach the collateral damage.</w:t>
      </w:r>
    </w:p>
    <w:p w:rsidR="00000000" w:rsidDel="00000000" w:rsidP="00000000" w:rsidRDefault="00000000" w:rsidRPr="00000000" w14:paraId="000000B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was a strange kind of validation - not comforting, not relieving, just clarifying. Even he could see the harm. Even he could feel the weight of what was happening. Even he had a limit.</w:t>
      </w:r>
    </w:p>
    <w:p w:rsidR="00000000" w:rsidDel="00000000" w:rsidP="00000000" w:rsidRDefault="00000000" w:rsidRPr="00000000" w14:paraId="000000C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had reached out to him once, early in their relationship - that Valentine’s night when she spent our date texting him. I had texted him directly, begging him to stop talking to her. I told him I didn’t consent to the relationship. I told him it was tearing me apart. His response was simple and dismissive:</w:t>
      </w:r>
    </w:p>
    <w:p w:rsidR="00000000" w:rsidDel="00000000" w:rsidP="00000000" w:rsidRDefault="00000000" w:rsidRPr="00000000" w14:paraId="000000C1">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“It’s her choice. It’s hard to go back to monogamy after opening a relationship.”</w:t>
      </w:r>
    </w:p>
    <w:p w:rsidR="00000000" w:rsidDel="00000000" w:rsidP="00000000" w:rsidRDefault="00000000" w:rsidRPr="00000000" w14:paraId="000000C2">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 sympathy.</w:t>
        <w:br w:type="textWrapping"/>
        <w:t xml:space="preserve">No apology.</w:t>
        <w:br w:type="textWrapping"/>
        <w:t xml:space="preserve">No pause.</w:t>
        <w:br w:type="textWrapping"/>
        <w:t xml:space="preserve">No stopping.</w:t>
      </w:r>
    </w:p>
    <w:p w:rsidR="00000000" w:rsidDel="00000000" w:rsidP="00000000" w:rsidRDefault="00000000" w:rsidRPr="00000000" w14:paraId="000000C3">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 kept going.</w:t>
        <w:br w:type="textWrapping"/>
        <w:t xml:space="preserve">She kept going.</w:t>
        <w:br w:type="textWrapping"/>
        <w:t xml:space="preserve">And I kept shrinking.</w:t>
      </w:r>
    </w:p>
    <w:p w:rsidR="00000000" w:rsidDel="00000000" w:rsidP="00000000" w:rsidRDefault="00000000" w:rsidRPr="00000000" w14:paraId="000000C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When their relationship finally ended, it didn’t bring the relief I had imagined. It didn’t restore anything. It didn’t heal the damage. It just marked the end of one chapter of pain and the beginning of the next.</w:t>
      </w:r>
    </w:p>
    <w:p w:rsidR="00000000" w:rsidDel="00000000" w:rsidP="00000000" w:rsidRDefault="00000000" w:rsidRPr="00000000" w14:paraId="000000C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Because the truth was already clear:</w:t>
        <w:br w:type="textWrapping"/>
        <w:t xml:space="preserve">the harm wasn’t coming from him.</w:t>
        <w:br w:type="textWrapping"/>
        <w:t xml:space="preserve">It was coming from her choices.</w:t>
        <w:br w:type="textWrapping"/>
        <w:t xml:space="preserve">And those choices weren’t changing.</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br w:type="page"/>
      </w:r>
      <w:r w:rsidDel="00000000" w:rsidR="00000000" w:rsidRPr="00000000">
        <w:rPr>
          <w:rtl w:val="0"/>
        </w:rPr>
      </w:r>
    </w:p>
    <w:p w:rsidR="00000000" w:rsidDel="00000000" w:rsidP="00000000" w:rsidRDefault="00000000" w:rsidRPr="00000000" w14:paraId="000000C8">
      <w:pPr>
        <w:pStyle w:val="Heading1"/>
        <w:rPr/>
      </w:pPr>
      <w:r w:rsidDel="00000000" w:rsidR="00000000" w:rsidRPr="00000000">
        <w:rPr>
          <w:rtl w:val="0"/>
        </w:rPr>
        <w:t xml:space="preserve">Chapter 11</w:t>
      </w:r>
    </w:p>
    <w:p w:rsidR="00000000" w:rsidDel="00000000" w:rsidP="00000000" w:rsidRDefault="00000000" w:rsidRPr="00000000" w14:paraId="000000C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After Ryan ended things for good, Marissa shifted again. She told me she was done with polyamory. She said she wanted monogamy. She said she wanted to rebuild. She said she wanted us.</w:t>
      </w:r>
    </w:p>
    <w:p w:rsidR="00000000" w:rsidDel="00000000" w:rsidP="00000000" w:rsidRDefault="00000000" w:rsidRPr="00000000" w14:paraId="000000C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this time, the language was different.</w:t>
      </w:r>
    </w:p>
    <w:p w:rsidR="00000000" w:rsidDel="00000000" w:rsidP="00000000" w:rsidRDefault="00000000" w:rsidRPr="00000000" w14:paraId="000000CB">
      <w:pPr>
        <w:spacing w:after="240" w:before="240" w:line="276"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She didn’t say, “I’m monogamous now.”</w:t>
        <w:br w:type="textWrapping"/>
        <w:t xml:space="preserve">She said, </w:t>
      </w:r>
      <w:r w:rsidDel="00000000" w:rsidR="00000000" w:rsidRPr="00000000">
        <w:rPr>
          <w:rFonts w:ascii="Arial" w:cs="Arial" w:eastAsia="Arial" w:hAnsi="Arial"/>
          <w:b w:val="1"/>
          <w:bCs w:val="1"/>
          <w:sz w:val="22"/>
          <w:szCs w:val="22"/>
          <w:rtl w:val="0"/>
        </w:rPr>
        <w:t xml:space="preserve">“I’m poly, but I’ll practice monogamy for you.”</w:t>
      </w:r>
    </w:p>
    <w:p w:rsidR="00000000" w:rsidDel="00000000" w:rsidP="00000000" w:rsidRDefault="00000000" w:rsidRPr="00000000" w14:paraId="000000C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was a subtle difference, but it carried the entire truth.</w:t>
        <w:br w:type="textWrapping"/>
        <w:t xml:space="preserve">She wasn’t choosing monogamy.</w:t>
        <w:br w:type="textWrapping"/>
        <w:t xml:space="preserve">She was tolerating it.</w:t>
      </w:r>
    </w:p>
    <w:p w:rsidR="00000000" w:rsidDel="00000000" w:rsidP="00000000" w:rsidRDefault="00000000" w:rsidRPr="00000000" w14:paraId="000000C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And I felt that difference immediately.</w:t>
      </w:r>
    </w:p>
    <w:p w:rsidR="00000000" w:rsidDel="00000000" w:rsidP="00000000" w:rsidRDefault="00000000" w:rsidRPr="00000000" w14:paraId="000000C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Still, I wanted to believe her. I wanted to believe the chaos was over. I wanted to believe we could finally stabilize the family. I wanted to believe the version of us from before all of this was still possible.</w:t>
      </w:r>
    </w:p>
    <w:p w:rsidR="00000000" w:rsidDel="00000000" w:rsidP="00000000" w:rsidRDefault="00000000" w:rsidRPr="00000000" w14:paraId="000000C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 I leaned in.</w:t>
      </w:r>
    </w:p>
    <w:p w:rsidR="00000000" w:rsidDel="00000000" w:rsidP="00000000" w:rsidRDefault="00000000" w:rsidRPr="00000000" w14:paraId="000000D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 started going on dates again. We spent more time together. We tried to rebuild routines. We slept in the same bed without the pillow barrier. She was more affectionate than she had been in months. She held my hand. She kissed me. She acted like someone who wanted to reconnect.</w:t>
      </w:r>
    </w:p>
    <w:p w:rsidR="00000000" w:rsidDel="00000000" w:rsidP="00000000" w:rsidRDefault="00000000" w:rsidRPr="00000000" w14:paraId="000000D1">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underneath the surface, something was off.</w:t>
      </w:r>
    </w:p>
    <w:p w:rsidR="00000000" w:rsidDel="00000000" w:rsidP="00000000" w:rsidRDefault="00000000" w:rsidRPr="00000000" w14:paraId="000000D2">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was distant in small ways - distracted, preoccupied, emotionally unavailable at random moments. She would be affectionate one day and cold the next. She would talk about the future with me, then retreat into silence. She would say she wanted monogamy, then make comments that hinted at longing for the freedom she’d had.</w:t>
      </w:r>
    </w:p>
    <w:p w:rsidR="00000000" w:rsidDel="00000000" w:rsidP="00000000" w:rsidRDefault="00000000" w:rsidRPr="00000000" w14:paraId="000000D3">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tried to ignore it. I tried to focus on the progress. I tried to be grateful for the affection I was getting. I tried to believe the promise.</w:t>
      </w:r>
    </w:p>
    <w:p w:rsidR="00000000" w:rsidDel="00000000" w:rsidP="00000000" w:rsidRDefault="00000000" w:rsidRPr="00000000" w14:paraId="000000D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the truth was already there, quietly shaping everything:</w:t>
        <w:br w:type="textWrapping"/>
        <w:t xml:space="preserve">She wasn’t choosing me.</w:t>
        <w:br w:type="textWrapping"/>
        <w:t xml:space="preserve">She was choosing stability.</w:t>
        <w:br w:type="textWrapping"/>
        <w:t xml:space="preserve">She was choosing the family.</w:t>
        <w:br w:type="textWrapping"/>
        <w:t xml:space="preserve">She was choosing the version of life that made the most sense after the chaos.</w:t>
      </w:r>
    </w:p>
    <w:p w:rsidR="00000000" w:rsidDel="00000000" w:rsidP="00000000" w:rsidRDefault="00000000" w:rsidRPr="00000000" w14:paraId="000000D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Not me.</w:t>
      </w:r>
    </w:p>
    <w:p w:rsidR="00000000" w:rsidDel="00000000" w:rsidP="00000000" w:rsidRDefault="00000000" w:rsidRPr="00000000" w14:paraId="000000D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And then came the moment that made everything clear.</w:t>
      </w:r>
    </w:p>
    <w:p w:rsidR="00000000" w:rsidDel="00000000" w:rsidP="00000000" w:rsidRDefault="00000000" w:rsidRPr="00000000" w14:paraId="000000D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 were lying in bed one night, talking about the future. I asked her what she wanted long‑term - not in a confrontational way, just trying to understand where we stood. She paused, then said:</w:t>
      </w:r>
    </w:p>
    <w:p w:rsidR="00000000" w:rsidDel="00000000" w:rsidP="00000000" w:rsidRDefault="00000000" w:rsidRPr="00000000" w14:paraId="000000D8">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“I’ll practice monogamy for you. But I’m poly. That’s who I am.”</w:t>
      </w:r>
    </w:p>
    <w:p w:rsidR="00000000" w:rsidDel="00000000" w:rsidP="00000000" w:rsidRDefault="00000000" w:rsidRPr="00000000" w14:paraId="000000D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wasn’t a threat. It wasn’t an argument. It was a statement of identity - one that didn’t include me in the way I needed.</w:t>
      </w:r>
    </w:p>
    <w:p w:rsidR="00000000" w:rsidDel="00000000" w:rsidP="00000000" w:rsidRDefault="00000000" w:rsidRPr="00000000" w14:paraId="000000D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felt something inside me sink. Not dramatically. Not painfully. Just… quietly. Like a truth I had been avoiding had finally settled into place.</w:t>
      </w:r>
    </w:p>
    <w:p w:rsidR="00000000" w:rsidDel="00000000" w:rsidP="00000000" w:rsidRDefault="00000000" w:rsidRPr="00000000" w14:paraId="000000D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realized then that I wasn’t rebuilding a marriage.</w:t>
        <w:br w:type="textWrapping"/>
        <w:t xml:space="preserve">I was maintaining a ceasefire.</w:t>
      </w:r>
    </w:p>
    <w:p w:rsidR="00000000" w:rsidDel="00000000" w:rsidP="00000000" w:rsidRDefault="00000000" w:rsidRPr="00000000" w14:paraId="000000D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was trying to resurrect something that no longer existed.</w:t>
        <w:br w:type="textWrapping"/>
        <w:t xml:space="preserve">I was trying to hold together a version of us that had already died.</w:t>
      </w:r>
    </w:p>
    <w:p w:rsidR="00000000" w:rsidDel="00000000" w:rsidP="00000000" w:rsidRDefault="00000000" w:rsidRPr="00000000" w14:paraId="000000D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And she was trying to be someone she wasn’t - not because she wanted to, but because she felt she owed it to me after everything that had happened.</w:t>
      </w:r>
    </w:p>
    <w:p w:rsidR="00000000" w:rsidDel="00000000" w:rsidP="00000000" w:rsidRDefault="00000000" w:rsidRPr="00000000" w14:paraId="000000D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 were both pretending.</w:t>
        <w:br w:type="textWrapping"/>
        <w:t xml:space="preserve">We were both exhausted.</w:t>
        <w:br w:type="textWrapping"/>
        <w:t xml:space="preserve">We were both trying to force a shape that no longer fit.</w:t>
      </w:r>
    </w:p>
    <w:p w:rsidR="00000000" w:rsidDel="00000000" w:rsidP="00000000" w:rsidRDefault="00000000" w:rsidRPr="00000000" w14:paraId="000000D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reconciliation wasn’t real.</w:t>
        <w:br w:type="textWrapping"/>
        <w:t xml:space="preserve"> It was a performance.</w:t>
        <w:br w:type="textWrapping"/>
        <w:t xml:space="preserve"> A temporary alignment of needs.</w:t>
        <w:br w:type="textWrapping"/>
        <w:t xml:space="preserve"> A pause between storms.</w:t>
      </w:r>
    </w:p>
    <w:p w:rsidR="00000000" w:rsidDel="00000000" w:rsidP="00000000" w:rsidRDefault="00000000" w:rsidRPr="00000000" w14:paraId="000000E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And deep down, I knew it wouldn’t last.</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br w:type="page"/>
      </w:r>
      <w:r w:rsidDel="00000000" w:rsidR="00000000" w:rsidRPr="00000000">
        <w:rPr>
          <w:rtl w:val="0"/>
        </w:rPr>
      </w:r>
    </w:p>
    <w:p w:rsidR="00000000" w:rsidDel="00000000" w:rsidP="00000000" w:rsidRDefault="00000000" w:rsidRPr="00000000" w14:paraId="000000E3">
      <w:pPr>
        <w:pStyle w:val="Heading1"/>
        <w:rPr>
          <w:rFonts w:ascii="Arial" w:cs="Arial" w:eastAsia="Arial" w:hAnsi="Arial"/>
          <w:sz w:val="22"/>
          <w:szCs w:val="22"/>
        </w:rPr>
      </w:pPr>
      <w:r w:rsidDel="00000000" w:rsidR="00000000" w:rsidRPr="00000000">
        <w:rPr>
          <w:rtl w:val="0"/>
        </w:rPr>
        <w:t xml:space="preserve">Chapter 12</w:t>
      </w:r>
      <w:r w:rsidDel="00000000" w:rsidR="00000000" w:rsidRPr="00000000">
        <w:rPr>
          <w:rtl w:val="0"/>
        </w:rPr>
      </w:r>
    </w:p>
    <w:p w:rsidR="00000000" w:rsidDel="00000000" w:rsidP="00000000" w:rsidRDefault="00000000" w:rsidRPr="00000000" w14:paraId="000000E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end of the marriage did not arrive with a single, decisive moment. It arrived as a slow, stubborn unraveling that stretched on for months. Seven months, to be exact - longer than I expected, longer than I could have imagined when she first said the words. In July she asked for the divorce. The papers were not signed until January.</w:t>
      </w:r>
    </w:p>
    <w:p w:rsidR="00000000" w:rsidDel="00000000" w:rsidP="00000000" w:rsidRDefault="00000000" w:rsidRPr="00000000" w14:paraId="000000E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asked for it. I scheduled the mediator. I scheduled the mediator again. And again. Each time I thought we were moving forward, she found a reason to postpone. Sometimes it was logistics; sometimes it was emotion. Sometimes it felt like strategy. After the first mediation session I left thinking we had reached an agreement. She told me she had signed. I believed her. That belief cost us time-weeks that bled into months-because I trusted that she had followed through.</w:t>
      </w:r>
    </w:p>
    <w:p w:rsidR="00000000" w:rsidDel="00000000" w:rsidP="00000000" w:rsidRDefault="00000000" w:rsidRPr="00000000" w14:paraId="000000E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 lived together the whole time. She took the master bedroom; I slept in the office. The house became a map of small, careful detours: separate mornings, separate evenings, separate routines that pretended at normalcy. We moved through the same rooms but not the same life. The boys’ schedules stayed the same-school, bedtime rituals-because I wanted them to have continuity. That constancy felt like the only thing I could control.</w:t>
      </w:r>
    </w:p>
    <w:p w:rsidR="00000000" w:rsidDel="00000000" w:rsidP="00000000" w:rsidRDefault="00000000" w:rsidRPr="00000000" w14:paraId="000000E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said, more than once, “We can just keep this roommate thing going.” She said it like it was a practical solution, like it would spare everyone the upheaval of moving and court dates and new routines. But the roommate arrangement only benefited her. It let her keep the house, the space, the life she wanted while I shrank into corners and compromises. It let her avoid the finality of separation while I carried the anxiety of waiting for a legal end that never came.</w:t>
      </w:r>
    </w:p>
    <w:p w:rsidR="00000000" w:rsidDel="00000000" w:rsidP="00000000" w:rsidRDefault="00000000" w:rsidRPr="00000000" w14:paraId="000000E8">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pulled out all the stops. She postponed mediations. She delayed signatures. She made promises that dissolved into silence. Each delay felt like a small erasure of the progress I thought we had made. Each postponement was a reminder that the decision to end the marriage was not a single act but a drawn-out process-one she controlled in fits and starts.</w:t>
      </w:r>
    </w:p>
    <w:p w:rsidR="00000000" w:rsidDel="00000000" w:rsidP="00000000" w:rsidRDefault="00000000" w:rsidRPr="00000000" w14:paraId="000000E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were practical consequences. I scheduled mediators, gathered documents, tried to keep the boys’ lives steady. I tried to be the steady one. I tried to be the parent who could hold the line. But the emotional toll was constant. I lived with a low, persistent anxiety that never quite left me. I would go to bed thinking about court dates that might never happen, wake up to texts that promised movement and then stalled. The waiting was its own kind of violence.</w:t>
      </w:r>
    </w:p>
    <w:p w:rsidR="00000000" w:rsidDel="00000000" w:rsidP="00000000" w:rsidRDefault="00000000" w:rsidRPr="00000000" w14:paraId="000000E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were moments that felt like progress - brief, fragile, and then gone. After one mediation I left convinced we had an agreement. She told me she had signed. I believed her. Weeks later I learned she had not. That revelation felt like being pushed backward after taking a step forward. It was not just bureaucratic delay; it was a betrayal of the small trust that remained between us.</w:t>
      </w:r>
    </w:p>
    <w:p w:rsidR="00000000" w:rsidDel="00000000" w:rsidP="00000000" w:rsidRDefault="00000000" w:rsidRPr="00000000" w14:paraId="000000E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Living under the same roof while the legal process dragged on created a strange, suspended life. We were not married in any meaningful sense, but we were not separate either. We cooked in the same kitchen, passed each other in the hallway, coordinated school pickups. We were roommates in the most literal sense-two adults sharing space while the emotional work of separation remained unfinished. The house felt like a stage set where both of us performed civility while the real work happened elsewhere: in texts, in mediation calls, in the quiet places where I tried to make sense of what was happening.</w:t>
      </w:r>
    </w:p>
    <w:p w:rsidR="00000000" w:rsidDel="00000000" w:rsidP="00000000" w:rsidRDefault="00000000" w:rsidRPr="00000000" w14:paraId="000000E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boys were spared the worst of it. Their routines were preserved. They went to school, played with friends, fell asleep to the same stories. That steadiness mattered. It was the reason I tolerated the limbo for as long as I did. I wanted them to feel safe, to have a predictable world even as mine felt increasingly unpredictable.</w:t>
      </w:r>
    </w:p>
    <w:p w:rsidR="00000000" w:rsidDel="00000000" w:rsidP="00000000" w:rsidRDefault="00000000" w:rsidRPr="00000000" w14:paraId="000000E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Emotionally, those months were a grind. I cycled through hope and resignation, relief and dread. Some days I felt like I could breathe; other days the anxiety was a physical thing in my chest. I dissociated in meetings. I showed up for the boys and for work, but inside I was frayed. The waiting made everything sharper - the small slights, the casual cruelties, the ways she could be nice one day and distant the next. It made me hypervigilant for signs that the process would finally move forward.</w:t>
      </w:r>
    </w:p>
    <w:p w:rsidR="00000000" w:rsidDel="00000000" w:rsidP="00000000" w:rsidRDefault="00000000" w:rsidRPr="00000000" w14:paraId="000000E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were practical fights too-about timing, about logistics, about who would do what and when. But the larger conflict was about control. She controlled the pace. She controlled the narrative. She controlled whether the divorce would be a clean break or a slow bleed. And for seven months she chose the latter.</w:t>
      </w:r>
    </w:p>
    <w:p w:rsidR="00000000" w:rsidDel="00000000" w:rsidP="00000000" w:rsidRDefault="00000000" w:rsidRPr="00000000" w14:paraId="000000E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When the papers were finally signed in January, the relief was palpable. It clarified what had been murky for months: the marriage was over. The limbo ended. The practicalities that followed... moving, dividing assets, arranging custody, were immediate and mundane. They were also, finally, resolvable.</w:t>
      </w:r>
    </w:p>
    <w:p w:rsidR="00000000" w:rsidDel="00000000" w:rsidP="00000000" w:rsidRDefault="00000000" w:rsidRPr="00000000" w14:paraId="000000F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end did not erase the months of waiting. It did not erase the ways I had been made to feel small or the nights I lay awake rehearsing conversations that never happened. But it did create space. Space to rebuild, space to begin again in a life that was mine to shape.</w:t>
      </w:r>
    </w:p>
    <w:p w:rsidR="00000000" w:rsidDel="00000000" w:rsidP="00000000" w:rsidRDefault="00000000" w:rsidRPr="00000000" w14:paraId="000000F1">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Looking back, the seven months taught me something ugly and useful: endings can be delayed, stalled, and weaponized. They can be negotiated not just in courtrooms but in the small decisions that keep two people under the same roof. And they can be survived. The boys kept their routines. I kept showing up. I kept insisting on a path forward, even when the path was blocked at every turn.</w:t>
      </w:r>
    </w:p>
    <w:p w:rsidR="00000000" w:rsidDel="00000000" w:rsidP="00000000" w:rsidRDefault="00000000" w:rsidRPr="00000000" w14:paraId="000000F2">
      <w:pPr>
        <w:spacing w:after="240" w:before="240" w:line="276" w:lineRule="auto"/>
        <w:rPr/>
      </w:pPr>
      <w:r w:rsidDel="00000000" w:rsidR="00000000" w:rsidRPr="00000000">
        <w:rPr>
          <w:rFonts w:ascii="Arial" w:cs="Arial" w:eastAsia="Arial" w:hAnsi="Arial"/>
          <w:sz w:val="22"/>
          <w:szCs w:val="22"/>
          <w:rtl w:val="0"/>
        </w:rPr>
        <w:t xml:space="preserve">When the papers were signed, I felt like a weight was finally lifted off my chest. And  it did mark a boundary. It was the line I had been waiting for, the one that finally let me start walking away.</w:t>
      </w:r>
      <w:r w:rsidDel="00000000" w:rsidR="00000000" w:rsidRPr="00000000">
        <w:br w:type="page"/>
      </w:r>
      <w:r w:rsidDel="00000000" w:rsidR="00000000" w:rsidRPr="00000000">
        <w:rPr>
          <w:rtl w:val="0"/>
        </w:rPr>
      </w:r>
    </w:p>
    <w:p w:rsidR="00000000" w:rsidDel="00000000" w:rsidP="00000000" w:rsidRDefault="00000000" w:rsidRPr="00000000" w14:paraId="000000F3">
      <w:pPr>
        <w:pStyle w:val="Heading1"/>
        <w:rPr/>
      </w:pPr>
      <w:r w:rsidDel="00000000" w:rsidR="00000000" w:rsidRPr="00000000">
        <w:rPr>
          <w:rtl w:val="0"/>
        </w:rPr>
        <w:t xml:space="preserve">Epilogue - The Return to Myself</w:t>
      </w:r>
    </w:p>
    <w:p w:rsidR="00000000" w:rsidDel="00000000" w:rsidP="00000000" w:rsidRDefault="00000000" w:rsidRPr="00000000" w14:paraId="000000F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Healing didn’t arrive as a single moment. It didn’t come with a breakthrough, or a revelation, or a dramatic turning point. It came slowly, in small, almost invisible ways - the kind you only notice when you look back and realize you’re no longer drowning.</w:t>
      </w:r>
    </w:p>
    <w:p w:rsidR="00000000" w:rsidDel="00000000" w:rsidP="00000000" w:rsidRDefault="00000000" w:rsidRPr="00000000" w14:paraId="000000F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started with space.</w:t>
        <w:br w:type="textWrapping"/>
        <w:t xml:space="preserve">Not physical space - that’s still a week away - but emotional space.</w:t>
        <w:br w:type="textWrapping"/>
        <w:t xml:space="preserve">The space created when the relationship finally stopped demanding that I shrink.</w:t>
      </w:r>
    </w:p>
    <w:p w:rsidR="00000000" w:rsidDel="00000000" w:rsidP="00000000" w:rsidRDefault="00000000" w:rsidRPr="00000000" w14:paraId="000000F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the first time in years, I wasn’t bracing for the next shift.</w:t>
        <w:br w:type="textWrapping"/>
        <w:t xml:space="preserve">I wasn’t waiting for the next ask.</w:t>
        <w:br w:type="textWrapping"/>
        <w:t xml:space="preserve">I wasn’t trying to anticipate someone else’s needs before my own.</w:t>
        <w:br w:type="textWrapping"/>
        <w:t xml:space="preserve">I wasn’t contorting myself into shapes that didn’t fit.</w:t>
      </w:r>
    </w:p>
    <w:p w:rsidR="00000000" w:rsidDel="00000000" w:rsidP="00000000" w:rsidRDefault="00000000" w:rsidRPr="00000000" w14:paraId="000000F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house is quiet now.</w:t>
        <w:br w:type="textWrapping"/>
        <w:t xml:space="preserve">Not peaceful - just quiet.</w:t>
        <w:br w:type="textWrapping"/>
        <w:t xml:space="preserve">But inside that quiet, I can hear myself again.</w:t>
      </w:r>
    </w:p>
    <w:p w:rsidR="00000000" w:rsidDel="00000000" w:rsidP="00000000" w:rsidRDefault="00000000" w:rsidRPr="00000000" w14:paraId="000000F8">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can feel my own thoughts without immediately silencing them.</w:t>
        <w:br w:type="textWrapping"/>
        <w:t xml:space="preserve">I can feel my own emotions without apologizing for them.</w:t>
        <w:br w:type="textWrapping"/>
        <w:t xml:space="preserve">I can feel my own needs without swallowing them whole.</w:t>
      </w:r>
    </w:p>
    <w:p w:rsidR="00000000" w:rsidDel="00000000" w:rsidP="00000000" w:rsidRDefault="00000000" w:rsidRPr="00000000" w14:paraId="000000F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boys feel it too.</w:t>
        <w:br w:type="textWrapping"/>
        <w:t xml:space="preserve">They don’t have the words for it, but they feel the steadiness returning.</w:t>
        <w:br w:type="textWrapping"/>
        <w:t xml:space="preserve"> hey feel the predictability.</w:t>
        <w:br w:type="textWrapping"/>
        <w:t xml:space="preserve">They feel the safety.</w:t>
        <w:br w:type="textWrapping"/>
        <w:t xml:space="preserve">They feel the version of me that had been buried under years of chaos.</w:t>
      </w:r>
    </w:p>
    <w:p w:rsidR="00000000" w:rsidDel="00000000" w:rsidP="00000000" w:rsidRDefault="00000000" w:rsidRPr="00000000" w14:paraId="000000F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And then there’s the part of my life I never expected - the part that reminds me that love doesn’t have to hurt, that connection doesn’t have to be earned through suffering, that partnership can feel like ease instead of survival.</w:t>
      </w:r>
    </w:p>
    <w:p w:rsidR="00000000" w:rsidDel="00000000" w:rsidP="00000000" w:rsidRDefault="00000000" w:rsidRPr="00000000" w14:paraId="000000F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It’s subtle.</w:t>
        <w:br w:type="textWrapping"/>
        <w:t xml:space="preserve">It’s gentle.</w:t>
        <w:br w:type="textWrapping"/>
        <w:t xml:space="preserve">It’s real.</w:t>
      </w:r>
    </w:p>
    <w:p w:rsidR="00000000" w:rsidDel="00000000" w:rsidP="00000000" w:rsidRDefault="00000000" w:rsidRPr="00000000" w14:paraId="000000F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It’s the kind of love that doesn’t demand that I disappear.</w:t>
        <w:br w:type="textWrapping"/>
        <w:t xml:space="preserve">The kind that doesn’t require me to fracture myself.</w:t>
        <w:br w:type="textWrapping"/>
        <w:t xml:space="preserve">The kind that doesn’t punish me for having needs.</w:t>
        <w:br w:type="textWrapping"/>
        <w:t xml:space="preserve">The kind that doesn’t ask me to be less.</w:t>
      </w:r>
    </w:p>
    <w:p w:rsidR="00000000" w:rsidDel="00000000" w:rsidP="00000000" w:rsidRDefault="00000000" w:rsidRPr="00000000" w14:paraId="000000F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It’s the kind of love that feels like coming home to myself.</w:t>
      </w:r>
    </w:p>
    <w:p w:rsidR="00000000" w:rsidDel="00000000" w:rsidP="00000000" w:rsidRDefault="00000000" w:rsidRPr="00000000" w14:paraId="000000F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I’m not naïve about the road ahead.</w:t>
        <w:br w:type="textWrapping"/>
        <w:t xml:space="preserve">There’s still a move to make.</w:t>
        <w:br w:type="textWrapping"/>
        <w:t xml:space="preserve">There are still logistics to untangle.</w:t>
        <w:br w:type="textWrapping"/>
        <w:t xml:space="preserve">There’s still grief to process.</w:t>
        <w:br w:type="textWrapping"/>
        <w:t xml:space="preserve">There’s still a life to rebuild from the ground up.</w:t>
      </w:r>
    </w:p>
    <w:p w:rsidR="00000000" w:rsidDel="00000000" w:rsidP="00000000" w:rsidRDefault="00000000" w:rsidRPr="00000000" w14:paraId="000000F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for the first time in a long time, the future doesn’t feel like something I have to survive.</w:t>
        <w:br w:type="textWrapping"/>
        <w:t xml:space="preserve">It feels like something I get to build.</w:t>
      </w:r>
    </w:p>
    <w:p w:rsidR="00000000" w:rsidDel="00000000" w:rsidP="00000000" w:rsidRDefault="00000000" w:rsidRPr="00000000" w14:paraId="0000010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And I’m building it with clarity.</w:t>
        <w:br w:type="textWrapping"/>
        <w:t xml:space="preserve">With intention.</w:t>
        <w:br w:type="textWrapping"/>
        <w:t xml:space="preserve">With honesty.</w:t>
        <w:br w:type="textWrapping"/>
        <w:t xml:space="preserve">With the version of myself I fought hard to reclaim.</w:t>
      </w:r>
    </w:p>
    <w:p w:rsidR="00000000" w:rsidDel="00000000" w:rsidP="00000000" w:rsidRDefault="00000000" w:rsidRPr="00000000" w14:paraId="00000101">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marriage ended.</w:t>
        <w:br w:type="textWrapping"/>
        <w:t xml:space="preserve">The chaos ended.</w:t>
        <w:br w:type="textWrapping"/>
        <w:t xml:space="preserve">The shrinking ended.</w:t>
      </w:r>
    </w:p>
    <w:p w:rsidR="00000000" w:rsidDel="00000000" w:rsidP="00000000" w:rsidRDefault="00000000" w:rsidRPr="00000000" w14:paraId="00000102">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I didn’t end.</w:t>
      </w:r>
    </w:p>
    <w:p w:rsidR="00000000" w:rsidDel="00000000" w:rsidP="00000000" w:rsidRDefault="00000000" w:rsidRPr="00000000" w14:paraId="00000103">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I’m still here.</w:t>
        <w:br w:type="textWrapping"/>
        <w:t xml:space="preserve">Still standing.</w:t>
        <w:br w:type="textWrapping"/>
        <w:t xml:space="preserve">Still choosing myself - finally, fully, and without apology.</w:t>
      </w:r>
    </w:p>
    <w:p w:rsidR="00000000" w:rsidDel="00000000" w:rsidP="00000000" w:rsidRDefault="00000000" w:rsidRPr="00000000" w14:paraId="0000010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And that’s the real ending.</w:t>
        <w:br w:type="textWrapping"/>
        <w:t xml:space="preserve">Or maybe the beginning.</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br w:type="page"/>
      </w:r>
      <w:r w:rsidDel="00000000" w:rsidR="00000000" w:rsidRPr="00000000">
        <w:rPr>
          <w:rtl w:val="0"/>
        </w:rPr>
      </w:r>
    </w:p>
    <w:p w:rsidR="00000000" w:rsidDel="00000000" w:rsidP="00000000" w:rsidRDefault="00000000" w:rsidRPr="00000000" w14:paraId="00000107">
      <w:pPr>
        <w:pStyle w:val="Heading1"/>
        <w:rPr/>
      </w:pPr>
      <w:r w:rsidDel="00000000" w:rsidR="00000000" w:rsidRPr="00000000">
        <w:rPr>
          <w:rtl w:val="0"/>
        </w:rPr>
        <w:t xml:space="preserve">What I Wish I Had Known</w:t>
      </w:r>
    </w:p>
    <w:p w:rsidR="00000000" w:rsidDel="00000000" w:rsidP="00000000" w:rsidRDefault="00000000" w:rsidRPr="00000000" w14:paraId="00000108">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wish I had known that love isn’t proven by how much pain you can endure.</w:t>
        <w:br w:type="textWrapping"/>
        <w:t xml:space="preserve">That sacrificing yourself isn’t the same thing as being committed.</w:t>
        <w:br w:type="textWrapping"/>
        <w:t xml:space="preserve">That loyalty doesn’t mean abandoning your own needs to keep someone else comfortable.</w:t>
      </w:r>
    </w:p>
    <w:p w:rsidR="00000000" w:rsidDel="00000000" w:rsidP="00000000" w:rsidRDefault="00000000" w:rsidRPr="00000000" w14:paraId="0000010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wish I had known that “supportive” doesn’t mean silent.</w:t>
        <w:br w:type="textWrapping"/>
        <w:t xml:space="preserve">That “understanding” doesn’t mean disappearing.</w:t>
        <w:br w:type="textWrapping"/>
        <w:t xml:space="preserve">That “compromise” doesn’t mean collapsing.</w:t>
      </w:r>
    </w:p>
    <w:p w:rsidR="00000000" w:rsidDel="00000000" w:rsidP="00000000" w:rsidRDefault="00000000" w:rsidRPr="00000000" w14:paraId="0000010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wish I had known that when someone tells you who they are, you should believe them - not the version of them you hope will return, not the version you remember from before the chaos, not the version you’re trying to rebuild in your head.</w:t>
      </w:r>
    </w:p>
    <w:p w:rsidR="00000000" w:rsidDel="00000000" w:rsidP="00000000" w:rsidRDefault="00000000" w:rsidRPr="00000000" w14:paraId="0000010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wish I had known that you can’t negotiate your way into being valued.</w:t>
        <w:br w:type="textWrapping"/>
        <w:t xml:space="preserve">You can’t perform your way into being chosen.</w:t>
        <w:br w:type="textWrapping"/>
        <w:t xml:space="preserve">You can’t shrink yourself into someone else’s ideal and expect to survive it.</w:t>
      </w:r>
    </w:p>
    <w:p w:rsidR="00000000" w:rsidDel="00000000" w:rsidP="00000000" w:rsidRDefault="00000000" w:rsidRPr="00000000" w14:paraId="0000010C">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wish I had known that polyamory wasn’t the problem - coercion was.</w:t>
        <w:br w:type="textWrapping"/>
        <w:t xml:space="preserve">That the structure wasn’t what broke me - the pressure was.</w:t>
        <w:br w:type="textWrapping"/>
        <w:t xml:space="preserve">That the pain didn’t come from multiple relationships - it came from being told my feelings were obstacles instead of signals.</w:t>
      </w:r>
    </w:p>
    <w:p w:rsidR="00000000" w:rsidDel="00000000" w:rsidP="00000000" w:rsidRDefault="00000000" w:rsidRPr="00000000" w14:paraId="0000010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wish I had known that panic attacks aren’t signs of weakness.</w:t>
        <w:br w:type="textWrapping"/>
        <w:t xml:space="preserve">They’re signs of a body trying to protect itself.</w:t>
        <w:br w:type="textWrapping"/>
        <w:t xml:space="preserve">That dissociation isn’t failure - it’s survival.</w:t>
        <w:br w:type="textWrapping"/>
        <w:t xml:space="preserve">That shutting down isn’t a flaw - it’s a warning.</w:t>
      </w:r>
    </w:p>
    <w:p w:rsidR="00000000" w:rsidDel="00000000" w:rsidP="00000000" w:rsidRDefault="00000000" w:rsidRPr="00000000" w14:paraId="0000010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wish I had known that “I’ll practice monogamy for you” is not a promise.</w:t>
        <w:br w:type="textWrapping"/>
        <w:t xml:space="preserve">It’s a countdown.</w:t>
        <w:br w:type="textWrapping"/>
        <w:t xml:space="preserve">A placeholder.</w:t>
        <w:br w:type="textWrapping"/>
        <w:t xml:space="preserve">A temporary performance of something someone doesn’t actually want.</w:t>
      </w:r>
    </w:p>
    <w:p w:rsidR="00000000" w:rsidDel="00000000" w:rsidP="00000000" w:rsidRDefault="00000000" w:rsidRPr="00000000" w14:paraId="0000010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wish I had known that staying for the kids doesn’t mean staying in pain.</w:t>
        <w:br w:type="textWrapping"/>
        <w:t xml:space="preserve">That protecting the family doesn’t mean sacrificing the father.</w:t>
        <w:br w:type="textWrapping"/>
        <w:t xml:space="preserve">That stability built on self‑erasure isn’t stability - it’s slow collapse.</w:t>
      </w:r>
    </w:p>
    <w:p w:rsidR="00000000" w:rsidDel="00000000" w:rsidP="00000000" w:rsidRDefault="00000000" w:rsidRPr="00000000" w14:paraId="0000011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wish I had known that healing doesn’t require permission.</w:t>
        <w:br w:type="textWrapping"/>
        <w:t xml:space="preserve">That leaving doesn’t make you a failure.</w:t>
        <w:br w:type="textWrapping"/>
        <w:t xml:space="preserve">That choosing yourself isn’t selfish - it’s necessary.</w:t>
      </w:r>
    </w:p>
    <w:p w:rsidR="00000000" w:rsidDel="00000000" w:rsidP="00000000" w:rsidRDefault="00000000" w:rsidRPr="00000000" w14:paraId="00000111">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wish I had known that love - real love - doesn’t demand that you disappear.</w:t>
        <w:br w:type="textWrapping"/>
        <w:t xml:space="preserve">It doesn’t punish you for having needs.</w:t>
        <w:br w:type="textWrapping"/>
        <w:t xml:space="preserve">It doesn’t make you feel small.</w:t>
        <w:br w:type="textWrapping"/>
        <w:t xml:space="preserve">It doesn’t ask you to be grateful for crumbs.</w:t>
      </w:r>
    </w:p>
    <w:p w:rsidR="00000000" w:rsidDel="00000000" w:rsidP="00000000" w:rsidRDefault="00000000" w:rsidRPr="00000000" w14:paraId="00000112">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wish I had known that the version of me I kept trying to protect was already gone - buried under years of chaos, fear, and self‑silencing.</w:t>
        <w:br w:type="textWrapping"/>
        <w:t xml:space="preserve">And I wish I had known that I could get him back.</w:t>
      </w:r>
    </w:p>
    <w:p w:rsidR="00000000" w:rsidDel="00000000" w:rsidP="00000000" w:rsidRDefault="00000000" w:rsidRPr="00000000" w14:paraId="00000113">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Because I did.</w:t>
        <w:br w:type="textWrapping"/>
        <w:t xml:space="preserve">Slowly.</w:t>
        <w:br w:type="textWrapping"/>
        <w:t xml:space="preserve">Quietly.</w:t>
        <w:br w:type="textWrapping"/>
        <w:t xml:space="preserve">Piece by piece.</w:t>
      </w:r>
    </w:p>
    <w:p w:rsidR="00000000" w:rsidDel="00000000" w:rsidP="00000000" w:rsidRDefault="00000000" w:rsidRPr="00000000" w14:paraId="0000011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And now I know something I didn’t know then:</w:t>
      </w:r>
    </w:p>
    <w:p w:rsidR="00000000" w:rsidDel="00000000" w:rsidP="00000000" w:rsidRDefault="00000000" w:rsidRPr="00000000" w14:paraId="0000011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was never unlovable.</w:t>
        <w:br w:type="textWrapping"/>
        <w:t xml:space="preserve">I was never the problem.</w:t>
        <w:br w:type="textWrapping"/>
        <w:t xml:space="preserve">I was never too much.</w:t>
        <w:br w:type="textWrapping"/>
        <w:t xml:space="preserve">I was never not enough.</w:t>
      </w:r>
    </w:p>
    <w:p w:rsidR="00000000" w:rsidDel="00000000" w:rsidP="00000000" w:rsidRDefault="00000000" w:rsidRPr="00000000" w14:paraId="0000011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was just with someone who couldn’t meet me where I stood.</w:t>
      </w:r>
    </w:p>
    <w:p w:rsidR="00000000" w:rsidDel="00000000" w:rsidP="00000000" w:rsidRDefault="00000000" w:rsidRPr="00000000" w14:paraId="0000011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And now, finally, I’m standing somewhere else.</w:t>
      </w:r>
    </w:p>
    <w:p w:rsidR="00000000" w:rsidDel="00000000" w:rsidP="00000000" w:rsidRDefault="00000000" w:rsidRPr="00000000" w14:paraId="00000118">
      <w:pPr>
        <w:rPr/>
      </w:pPr>
      <w:r w:rsidDel="00000000" w:rsidR="00000000" w:rsidRPr="00000000">
        <w:rPr>
          <w:rtl w:val="0"/>
        </w:rPr>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Ds8GRu2wmD0SR9hBfBtD9Pwbiw==">CgMxLjAyDmgub3RwcHpzOTB6c2VkOAByITEyamN4QXBWQkNfcHBXWHJ0Wkk4REdYVmdPdThfa1R4eg==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