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3D111" w14:textId="77777777" w:rsidR="00D468D6" w:rsidRDefault="003576ED" w:rsidP="00C633C3">
      <w:pPr>
        <w:spacing w:after="240"/>
      </w:pPr>
      <w:r w:rsidRPr="003576ED">
        <w:rPr>
          <w:rFonts w:ascii="Segoe UI Emoji" w:hAnsi="Segoe UI Emoji" w:cs="Segoe UI Emoji"/>
        </w:rPr>
        <w:t>📖</w:t>
      </w:r>
      <w:r w:rsidRPr="003576ED">
        <w:t xml:space="preserve"> INTRODUCTION</w:t>
      </w:r>
    </w:p>
    <w:p w14:paraId="62080519" w14:textId="77777777" w:rsidR="00F63472" w:rsidRDefault="00F63472" w:rsidP="00C633C3">
      <w:pPr>
        <w:spacing w:after="240"/>
      </w:pPr>
      <w:r w:rsidRPr="00F63472">
        <w:t>Returning to God’s Original Design for Love</w:t>
      </w:r>
      <w:r>
        <w:t>:</w:t>
      </w:r>
    </w:p>
    <w:p w14:paraId="361340C6" w14:textId="6F887BF3" w:rsidR="00C633C3" w:rsidRDefault="00C633C3" w:rsidP="00C633C3">
      <w:pPr>
        <w:spacing w:after="240"/>
      </w:pPr>
      <w:r>
        <w:t>Most of us enter relationships with hope.</w:t>
      </w:r>
    </w:p>
    <w:p w14:paraId="1BA8AE52" w14:textId="77777777" w:rsidR="00C633C3" w:rsidRDefault="00C633C3" w:rsidP="00C633C3">
      <w:pPr>
        <w:spacing w:after="240"/>
      </w:pPr>
      <w:r>
        <w:t>We want connection.</w:t>
      </w:r>
    </w:p>
    <w:p w14:paraId="313430B8" w14:textId="77777777" w:rsidR="00C633C3" w:rsidRDefault="00C633C3" w:rsidP="00C633C3">
      <w:pPr>
        <w:spacing w:after="240"/>
      </w:pPr>
      <w:r>
        <w:t>We want safety.</w:t>
      </w:r>
    </w:p>
    <w:p w14:paraId="3A3DCDC6" w14:textId="77777777" w:rsidR="00C633C3" w:rsidRDefault="00C633C3" w:rsidP="00C633C3">
      <w:pPr>
        <w:spacing w:after="240"/>
      </w:pPr>
      <w:r>
        <w:t>We want intimacy.</w:t>
      </w:r>
    </w:p>
    <w:p w14:paraId="700BF0FB" w14:textId="77777777" w:rsidR="00C633C3" w:rsidRDefault="00C633C3" w:rsidP="00C633C3">
      <w:pPr>
        <w:spacing w:after="240"/>
      </w:pPr>
      <w:r>
        <w:t>We want love that lasts.</w:t>
      </w:r>
    </w:p>
    <w:p w14:paraId="1528B50A" w14:textId="77777777" w:rsidR="00C633C3" w:rsidRDefault="00C633C3" w:rsidP="00C633C3">
      <w:pPr>
        <w:spacing w:after="240"/>
      </w:pPr>
      <w:r>
        <w:t>Yet so many of us experience confusion instead of clarity.</w:t>
      </w:r>
    </w:p>
    <w:p w14:paraId="55B5EAAB" w14:textId="77777777" w:rsidR="00C633C3" w:rsidRDefault="00C633C3" w:rsidP="00C633C3">
      <w:pPr>
        <w:spacing w:after="240"/>
      </w:pPr>
      <w:r>
        <w:t>Anxiety instead of peace.</w:t>
      </w:r>
    </w:p>
    <w:p w14:paraId="3EF87824" w14:textId="77777777" w:rsidR="00C633C3" w:rsidRDefault="00C633C3" w:rsidP="00C633C3">
      <w:pPr>
        <w:spacing w:after="240"/>
      </w:pPr>
      <w:r>
        <w:t>Intensity instead of security.</w:t>
      </w:r>
    </w:p>
    <w:p w14:paraId="5D25C4A2" w14:textId="77777777" w:rsidR="00C633C3" w:rsidRDefault="00C633C3" w:rsidP="00C633C3">
      <w:pPr>
        <w:spacing w:after="240"/>
      </w:pPr>
      <w:r>
        <w:t>Heartbreak instead of healing.</w:t>
      </w:r>
    </w:p>
    <w:p w14:paraId="0CF5669A" w14:textId="77777777" w:rsidR="00C633C3" w:rsidRDefault="00C633C3" w:rsidP="00C633C3">
      <w:pPr>
        <w:spacing w:after="240"/>
      </w:pPr>
      <w:r>
        <w:t>If love was designed by God, why does it so often hurt?</w:t>
      </w:r>
    </w:p>
    <w:p w14:paraId="3D6DDD10" w14:textId="77777777" w:rsidR="00C633C3" w:rsidRDefault="00C633C3" w:rsidP="00C633C3">
      <w:pPr>
        <w:spacing w:after="240"/>
      </w:pPr>
      <w:r>
        <w:t>That question shaped my journey.</w:t>
      </w:r>
    </w:p>
    <w:p w14:paraId="3AC694B7" w14:textId="77777777" w:rsidR="00C633C3" w:rsidRDefault="00C633C3" w:rsidP="00C633C3">
      <w:pPr>
        <w:spacing w:after="240"/>
      </w:pPr>
      <w:r>
        <w:t>For years, I believed pain was just part of relationships.</w:t>
      </w:r>
    </w:p>
    <w:p w14:paraId="6F440B84" w14:textId="77777777" w:rsidR="00C633C3" w:rsidRDefault="00C633C3" w:rsidP="00C633C3">
      <w:pPr>
        <w:spacing w:after="240"/>
      </w:pPr>
      <w:r>
        <w:t>I thought love was supposed to be hard, emotional, dramatic, and uncertain.</w:t>
      </w:r>
    </w:p>
    <w:p w14:paraId="207ABB65" w14:textId="77777777" w:rsidR="00C633C3" w:rsidRDefault="00C633C3" w:rsidP="00C633C3">
      <w:pPr>
        <w:spacing w:after="240"/>
      </w:pPr>
      <w:r>
        <w:t>When affection felt strong, I thought things were healthy.</w:t>
      </w:r>
    </w:p>
    <w:p w14:paraId="1F73CF82" w14:textId="77777777" w:rsidR="00C633C3" w:rsidRDefault="00C633C3" w:rsidP="00C633C3">
      <w:pPr>
        <w:spacing w:after="240"/>
      </w:pPr>
      <w:r>
        <w:t>When conflict created distance, I tried harder.</w:t>
      </w:r>
    </w:p>
    <w:p w14:paraId="38EC8272" w14:textId="77777777" w:rsidR="00C633C3" w:rsidRDefault="00C633C3" w:rsidP="00C633C3">
      <w:pPr>
        <w:spacing w:after="240"/>
      </w:pPr>
      <w:r>
        <w:t>When intimacy came quickly, I assumed connection was deep.</w:t>
      </w:r>
    </w:p>
    <w:p w14:paraId="64552F8C" w14:textId="77777777" w:rsidR="00C633C3" w:rsidRDefault="00C633C3" w:rsidP="00C633C3">
      <w:pPr>
        <w:spacing w:after="240"/>
      </w:pPr>
      <w:r>
        <w:t>But beneath the passion was instability.</w:t>
      </w:r>
    </w:p>
    <w:p w14:paraId="330DE96C" w14:textId="77777777" w:rsidR="00C633C3" w:rsidRDefault="00C633C3" w:rsidP="00C633C3">
      <w:pPr>
        <w:spacing w:after="240"/>
      </w:pPr>
      <w:r>
        <w:t>Beneath the closeness was fear.</w:t>
      </w:r>
    </w:p>
    <w:p w14:paraId="37C0ACBA" w14:textId="77777777" w:rsidR="00C633C3" w:rsidRDefault="00C633C3" w:rsidP="00C633C3">
      <w:pPr>
        <w:spacing w:after="240"/>
      </w:pPr>
      <w:r>
        <w:t>Beneath the effort was exhaustion.</w:t>
      </w:r>
    </w:p>
    <w:p w14:paraId="75AF22E6" w14:textId="77777777" w:rsidR="00C633C3" w:rsidRDefault="00C633C3" w:rsidP="00C633C3">
      <w:pPr>
        <w:spacing w:after="240"/>
      </w:pPr>
      <w:r>
        <w:t>I didn</w:t>
      </w:r>
      <w:r>
        <w:rPr>
          <w:rFonts w:hint="eastAsia"/>
        </w:rPr>
        <w:t>’</w:t>
      </w:r>
      <w:r>
        <w:t>t realize I wasn</w:t>
      </w:r>
      <w:r>
        <w:rPr>
          <w:rFonts w:hint="eastAsia"/>
        </w:rPr>
        <w:t>’</w:t>
      </w:r>
      <w:r>
        <w:t xml:space="preserve">t failing at love </w:t>
      </w:r>
      <w:r>
        <w:rPr>
          <w:rFonts w:hint="eastAsia"/>
        </w:rPr>
        <w:t>—</w:t>
      </w:r>
      <w:r>
        <w:t xml:space="preserve"> I was building it in a broken order.</w:t>
      </w:r>
    </w:p>
    <w:p w14:paraId="5ADACEC2" w14:textId="77777777" w:rsidR="00C633C3" w:rsidRDefault="00C633C3" w:rsidP="00C633C3">
      <w:pPr>
        <w:spacing w:after="240"/>
      </w:pPr>
      <w:r>
        <w:t>God never designed intimacy to be chaotic.</w:t>
      </w:r>
    </w:p>
    <w:p w14:paraId="173AD666" w14:textId="77777777" w:rsidR="00C633C3" w:rsidRDefault="00C633C3" w:rsidP="00C633C3">
      <w:pPr>
        <w:spacing w:after="240"/>
      </w:pPr>
      <w:r>
        <w:t>He designed it to be safe.</w:t>
      </w:r>
    </w:p>
    <w:p w14:paraId="473FCC70" w14:textId="77777777" w:rsidR="00C633C3" w:rsidRDefault="00C633C3" w:rsidP="00C633C3">
      <w:pPr>
        <w:spacing w:after="240"/>
      </w:pPr>
      <w:r>
        <w:t>Mutual.</w:t>
      </w:r>
    </w:p>
    <w:p w14:paraId="7592C62B" w14:textId="77777777" w:rsidR="00C633C3" w:rsidRDefault="00C633C3" w:rsidP="00C633C3">
      <w:pPr>
        <w:spacing w:after="240"/>
      </w:pPr>
      <w:r>
        <w:t>Peaceful.</w:t>
      </w:r>
    </w:p>
    <w:p w14:paraId="1AC94587" w14:textId="77777777" w:rsidR="00C633C3" w:rsidRDefault="00C633C3" w:rsidP="00C633C3">
      <w:pPr>
        <w:spacing w:after="240"/>
      </w:pPr>
      <w:r>
        <w:t>Deep.</w:t>
      </w:r>
    </w:p>
    <w:p w14:paraId="367D00B8" w14:textId="77777777" w:rsidR="00C633C3" w:rsidRDefault="00C633C3" w:rsidP="00C633C3">
      <w:pPr>
        <w:spacing w:after="240"/>
      </w:pPr>
      <w:r>
        <w:t>And lasting.</w:t>
      </w:r>
    </w:p>
    <w:p w14:paraId="749160EB" w14:textId="77777777" w:rsidR="00C633C3" w:rsidRDefault="00C633C3" w:rsidP="00C633C3">
      <w:pPr>
        <w:spacing w:after="240"/>
      </w:pPr>
      <w:r>
        <w:t>When I discovered God</w:t>
      </w:r>
      <w:r>
        <w:rPr>
          <w:rFonts w:hint="eastAsia"/>
        </w:rPr>
        <w:t>’</w:t>
      </w:r>
      <w:r>
        <w:t>s original relational blueprint in Scripture, everything changed. Love suddenly made sense.</w:t>
      </w:r>
    </w:p>
    <w:p w14:paraId="083FFB8E" w14:textId="77777777" w:rsidR="00C633C3" w:rsidRDefault="00C633C3" w:rsidP="00C633C3">
      <w:pPr>
        <w:spacing w:after="240"/>
      </w:pPr>
      <w:r>
        <w:t>This book exists to guide you back to that design.</w:t>
      </w:r>
    </w:p>
    <w:p w14:paraId="19A22485" w14:textId="77777777" w:rsidR="00C633C3" w:rsidRDefault="00C633C3" w:rsidP="00C633C3">
      <w:pPr>
        <w:spacing w:after="240"/>
      </w:pPr>
      <w:r>
        <w:t>Not through rules.</w:t>
      </w:r>
    </w:p>
    <w:p w14:paraId="7C5FC30D" w14:textId="77777777" w:rsidR="00C633C3" w:rsidRDefault="00C633C3" w:rsidP="00C633C3">
      <w:pPr>
        <w:spacing w:after="240"/>
      </w:pPr>
      <w:r>
        <w:t>Not through shame.</w:t>
      </w:r>
    </w:p>
    <w:p w14:paraId="00CAC788" w14:textId="77777777" w:rsidR="00C633C3" w:rsidRDefault="00C633C3" w:rsidP="00C633C3">
      <w:pPr>
        <w:spacing w:after="240"/>
      </w:pPr>
      <w:r>
        <w:t>But through restoration.</w:t>
      </w:r>
    </w:p>
    <w:p w14:paraId="7E555EFB" w14:textId="77777777" w:rsidR="00C633C3" w:rsidRDefault="00C633C3" w:rsidP="00C633C3">
      <w:pPr>
        <w:spacing w:after="240"/>
      </w:pPr>
      <w:r>
        <w:t>Inside these pages, you</w:t>
      </w:r>
      <w:r>
        <w:rPr>
          <w:rFonts w:hint="eastAsia"/>
        </w:rPr>
        <w:t>’</w:t>
      </w:r>
      <w:r>
        <w:t>ll learn:</w:t>
      </w:r>
    </w:p>
    <w:p w14:paraId="2C29B454" w14:textId="77777777" w:rsidR="00C633C3" w:rsidRDefault="00C633C3" w:rsidP="00C633C3">
      <w:pPr>
        <w:spacing w:after="240"/>
      </w:pPr>
      <w:r>
        <w:rPr>
          <w:rFonts w:hint="eastAsia"/>
        </w:rPr>
        <w:t>•</w:t>
      </w:r>
      <w:r>
        <w:t xml:space="preserve"> why modern relationships hurt so much</w:t>
      </w:r>
    </w:p>
    <w:p w14:paraId="56F7C42B" w14:textId="77777777" w:rsidR="00C633C3" w:rsidRDefault="00C633C3" w:rsidP="00C633C3">
      <w:pPr>
        <w:spacing w:after="240"/>
      </w:pPr>
      <w:r>
        <w:rPr>
          <w:rFonts w:hint="eastAsia"/>
        </w:rPr>
        <w:t>•</w:t>
      </w:r>
      <w:r>
        <w:t xml:space="preserve"> how emotional safety creates real intimacy</w:t>
      </w:r>
    </w:p>
    <w:p w14:paraId="7A2D94A9" w14:textId="77777777" w:rsidR="00C633C3" w:rsidRDefault="00C633C3" w:rsidP="00C633C3">
      <w:pPr>
        <w:spacing w:after="240"/>
      </w:pPr>
      <w:r>
        <w:rPr>
          <w:rFonts w:hint="eastAsia"/>
        </w:rPr>
        <w:t>•</w:t>
      </w:r>
      <w:r>
        <w:t xml:space="preserve"> how to recognize manipulation and heal from it</w:t>
      </w:r>
    </w:p>
    <w:p w14:paraId="41AD1EF1" w14:textId="77777777" w:rsidR="00C633C3" w:rsidRDefault="00C633C3" w:rsidP="00C633C3">
      <w:pPr>
        <w:spacing w:after="240"/>
      </w:pPr>
      <w:r>
        <w:rPr>
          <w:rFonts w:hint="eastAsia"/>
        </w:rPr>
        <w:t>•</w:t>
      </w:r>
      <w:r>
        <w:t xml:space="preserve"> how to build healthy love step by step</w:t>
      </w:r>
    </w:p>
    <w:p w14:paraId="2988CDA8" w14:textId="77777777" w:rsidR="00C633C3" w:rsidRDefault="00C633C3" w:rsidP="00C633C3">
      <w:pPr>
        <w:spacing w:after="240"/>
      </w:pPr>
      <w:r>
        <w:rPr>
          <w:rFonts w:hint="eastAsia"/>
        </w:rPr>
        <w:t>•</w:t>
      </w:r>
      <w:r>
        <w:t xml:space="preserve"> how to prepare for covenant marriage wisely</w:t>
      </w:r>
    </w:p>
    <w:p w14:paraId="0046722A" w14:textId="77777777" w:rsidR="00C633C3" w:rsidRDefault="00C633C3" w:rsidP="00C633C3">
      <w:pPr>
        <w:spacing w:after="240"/>
      </w:pPr>
      <w:r>
        <w:t>Whether you</w:t>
      </w:r>
      <w:r>
        <w:rPr>
          <w:rFonts w:hint="eastAsia"/>
        </w:rPr>
        <w:t>’</w:t>
      </w:r>
      <w:r>
        <w:t>re healing from past pain, dating with intention, or preparing for marriage, this book is a roadmap back to peace-filled love.</w:t>
      </w:r>
    </w:p>
    <w:p w14:paraId="2996575A" w14:textId="77777777" w:rsidR="00C633C3" w:rsidRDefault="00C633C3" w:rsidP="00C633C3">
      <w:pPr>
        <w:spacing w:after="240"/>
      </w:pPr>
      <w:r>
        <w:t>God</w:t>
      </w:r>
      <w:r>
        <w:rPr>
          <w:rFonts w:hint="eastAsia"/>
        </w:rPr>
        <w:t>’</w:t>
      </w:r>
      <w:r>
        <w:t>s design still works.</w:t>
      </w:r>
    </w:p>
    <w:p w14:paraId="2188F667" w14:textId="77777777" w:rsidR="00BC3B8B" w:rsidRDefault="00C633C3">
      <w:pPr>
        <w:spacing w:after="240"/>
      </w:pPr>
      <w:r>
        <w:t>And you</w:t>
      </w:r>
      <w:r>
        <w:rPr>
          <w:rFonts w:hint="eastAsia"/>
        </w:rPr>
        <w:t>’</w:t>
      </w:r>
      <w:r>
        <w:t>re about to experience it.</w:t>
      </w:r>
    </w:p>
    <w:p w14:paraId="3559FBFE" w14:textId="77777777" w:rsidR="001F50A8" w:rsidRDefault="001F50A8" w:rsidP="00B82EE5">
      <w:pPr>
        <w:spacing w:after="240"/>
      </w:pPr>
    </w:p>
    <w:p w14:paraId="65F66AB1" w14:textId="77777777" w:rsidR="0081474D" w:rsidRDefault="00000000" w:rsidP="00B82EE5">
      <w:pPr>
        <w:spacing w:after="240"/>
      </w:pPr>
      <w:r>
        <w:t>CHAPTER 1 –</w:t>
      </w:r>
      <w:r w:rsidR="00B82EE5">
        <w:t xml:space="preserve">Love Before Drift: </w:t>
      </w:r>
    </w:p>
    <w:p w14:paraId="29648A99" w14:textId="42CDA316" w:rsidR="00B82EE5" w:rsidRDefault="00B82EE5" w:rsidP="00B82EE5">
      <w:pPr>
        <w:spacing w:after="240"/>
      </w:pPr>
      <w:r>
        <w:t>God</w:t>
      </w:r>
      <w:r>
        <w:rPr>
          <w:rFonts w:hint="eastAsia"/>
        </w:rPr>
        <w:t>’</w:t>
      </w:r>
      <w:r>
        <w:t>s Original Design for Intimacy</w:t>
      </w:r>
    </w:p>
    <w:p w14:paraId="1125E9F3" w14:textId="77777777" w:rsidR="00B82EE5" w:rsidRDefault="00B82EE5" w:rsidP="00B82EE5">
      <w:pPr>
        <w:spacing w:after="240"/>
      </w:pPr>
      <w:r>
        <w:t>Before love became confusing.</w:t>
      </w:r>
    </w:p>
    <w:p w14:paraId="768CC4FF" w14:textId="77777777" w:rsidR="00B82EE5" w:rsidRDefault="00B82EE5" w:rsidP="00B82EE5">
      <w:pPr>
        <w:spacing w:after="240"/>
      </w:pPr>
      <w:r>
        <w:t>Before relationships became painful.</w:t>
      </w:r>
    </w:p>
    <w:p w14:paraId="116E73E9" w14:textId="77777777" w:rsidR="00B82EE5" w:rsidRDefault="00B82EE5" w:rsidP="00B82EE5">
      <w:pPr>
        <w:spacing w:after="240"/>
      </w:pPr>
      <w:r>
        <w:t xml:space="preserve">Before desire turned into power struggles, fear, and heartbreak </w:t>
      </w:r>
      <w:r>
        <w:rPr>
          <w:rFonts w:hint="eastAsia"/>
        </w:rPr>
        <w:t>—</w:t>
      </w:r>
      <w:r>
        <w:t xml:space="preserve"> God created intimacy as something safe, joyful, and whole.</w:t>
      </w:r>
    </w:p>
    <w:p w14:paraId="55615C21" w14:textId="77777777" w:rsidR="00B82EE5" w:rsidRDefault="00B82EE5" w:rsidP="00B82EE5">
      <w:pPr>
        <w:spacing w:after="240"/>
      </w:pPr>
      <w:r>
        <w:t>In the beginning, Scripture says man and woman were naked and unashamed.</w:t>
      </w:r>
    </w:p>
    <w:p w14:paraId="13183775" w14:textId="77777777" w:rsidR="00B82EE5" w:rsidRDefault="00B82EE5" w:rsidP="00B82EE5">
      <w:pPr>
        <w:spacing w:after="240"/>
      </w:pPr>
      <w:r>
        <w:t>This wasn</w:t>
      </w:r>
      <w:r>
        <w:rPr>
          <w:rFonts w:hint="eastAsia"/>
        </w:rPr>
        <w:t>’</w:t>
      </w:r>
      <w:r>
        <w:t>t just physical openness. It was emotional, spiritual, and relational safety.</w:t>
      </w:r>
    </w:p>
    <w:p w14:paraId="23143256" w14:textId="77777777" w:rsidR="00B82EE5" w:rsidRDefault="00B82EE5" w:rsidP="00B82EE5">
      <w:pPr>
        <w:spacing w:after="240"/>
      </w:pPr>
      <w:r>
        <w:t>No hiding.</w:t>
      </w:r>
    </w:p>
    <w:p w14:paraId="58DBD4DF" w14:textId="77777777" w:rsidR="00B82EE5" w:rsidRDefault="00B82EE5" w:rsidP="00B82EE5">
      <w:pPr>
        <w:spacing w:after="240"/>
      </w:pPr>
      <w:r>
        <w:t>No manipulation.</w:t>
      </w:r>
    </w:p>
    <w:p w14:paraId="048261BB" w14:textId="77777777" w:rsidR="00B82EE5" w:rsidRDefault="00B82EE5" w:rsidP="00B82EE5">
      <w:pPr>
        <w:spacing w:after="240"/>
      </w:pPr>
      <w:r>
        <w:t>No fear.</w:t>
      </w:r>
    </w:p>
    <w:p w14:paraId="18EBF9EF" w14:textId="77777777" w:rsidR="00B82EE5" w:rsidRDefault="00B82EE5" w:rsidP="00B82EE5">
      <w:pPr>
        <w:spacing w:after="240"/>
      </w:pPr>
      <w:r>
        <w:t>Only connection.</w:t>
      </w:r>
    </w:p>
    <w:p w14:paraId="2FE005BD" w14:textId="77777777" w:rsidR="00B82EE5" w:rsidRDefault="00B82EE5" w:rsidP="00B82EE5">
      <w:pPr>
        <w:spacing w:after="240"/>
      </w:pPr>
      <w:r>
        <w:t>Love was never meant to feel like walking on eggshells.</w:t>
      </w:r>
    </w:p>
    <w:p w14:paraId="4048FB2D" w14:textId="77777777" w:rsidR="00B82EE5" w:rsidRDefault="00B82EE5" w:rsidP="00B82EE5">
      <w:pPr>
        <w:spacing w:after="240"/>
      </w:pPr>
      <w:r>
        <w:t>It wasn</w:t>
      </w:r>
      <w:r>
        <w:rPr>
          <w:rFonts w:hint="eastAsia"/>
        </w:rPr>
        <w:t>’</w:t>
      </w:r>
      <w:r>
        <w:t>t meant to create anxiety.</w:t>
      </w:r>
    </w:p>
    <w:p w14:paraId="4AD8CD2E" w14:textId="77777777" w:rsidR="00B82EE5" w:rsidRDefault="00B82EE5" w:rsidP="00B82EE5">
      <w:pPr>
        <w:spacing w:after="240"/>
      </w:pPr>
      <w:r>
        <w:t>It wasn</w:t>
      </w:r>
      <w:r>
        <w:rPr>
          <w:rFonts w:hint="eastAsia"/>
        </w:rPr>
        <w:t>’</w:t>
      </w:r>
      <w:r>
        <w:t>t meant to be earned, chased, or controlled.</w:t>
      </w:r>
    </w:p>
    <w:p w14:paraId="7A4443C3" w14:textId="77777777" w:rsidR="00B82EE5" w:rsidRDefault="00B82EE5" w:rsidP="00B82EE5">
      <w:pPr>
        <w:spacing w:after="240"/>
      </w:pPr>
      <w:r>
        <w:t>It flowed naturally from trust.</w:t>
      </w:r>
    </w:p>
    <w:p w14:paraId="27E878D1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When Intimacy Was Whole</w:t>
      </w:r>
    </w:p>
    <w:p w14:paraId="1C6FAFD6" w14:textId="77777777" w:rsidR="00B82EE5" w:rsidRDefault="00B82EE5" w:rsidP="00B82EE5">
      <w:pPr>
        <w:spacing w:after="240"/>
      </w:pPr>
      <w:r>
        <w:t>God</w:t>
      </w:r>
      <w:r>
        <w:rPr>
          <w:rFonts w:hint="eastAsia"/>
        </w:rPr>
        <w:t>’</w:t>
      </w:r>
      <w:r>
        <w:t>s original design was simple and beautiful:</w:t>
      </w:r>
    </w:p>
    <w:p w14:paraId="03B96A48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Desire strengthened the bond</w:t>
      </w:r>
    </w:p>
    <w:p w14:paraId="7B2EEED8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Vulnerability built closeness</w:t>
      </w:r>
    </w:p>
    <w:p w14:paraId="528DD87E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Presence created peace</w:t>
      </w:r>
    </w:p>
    <w:p w14:paraId="26B73590" w14:textId="77777777" w:rsidR="00B82EE5" w:rsidRDefault="00B82EE5" w:rsidP="00B82EE5">
      <w:pPr>
        <w:spacing w:after="240"/>
      </w:pPr>
      <w:r>
        <w:t>Love didn</w:t>
      </w:r>
      <w:r>
        <w:rPr>
          <w:rFonts w:hint="eastAsia"/>
        </w:rPr>
        <w:t>’</w:t>
      </w:r>
      <w:r>
        <w:t>t feel like a roller coaster.</w:t>
      </w:r>
    </w:p>
    <w:p w14:paraId="5D8E9C58" w14:textId="77777777" w:rsidR="00B82EE5" w:rsidRDefault="00B82EE5" w:rsidP="00B82EE5">
      <w:pPr>
        <w:spacing w:after="240"/>
      </w:pPr>
      <w:r>
        <w:t>It felt like home.</w:t>
      </w:r>
    </w:p>
    <w:p w14:paraId="4310BD4D" w14:textId="77777777" w:rsidR="00B82EE5" w:rsidRDefault="00B82EE5" w:rsidP="00B82EE5">
      <w:pPr>
        <w:spacing w:after="240"/>
      </w:pPr>
      <w:r>
        <w:t xml:space="preserve">This is important </w:t>
      </w:r>
      <w:r>
        <w:rPr>
          <w:rFonts w:hint="eastAsia"/>
        </w:rPr>
        <w:t>—</w:t>
      </w:r>
      <w:r>
        <w:t xml:space="preserve"> because many people today believe chaos is normal in relationships.</w:t>
      </w:r>
    </w:p>
    <w:p w14:paraId="743B0AF0" w14:textId="77777777" w:rsidR="00B82EE5" w:rsidRDefault="00B82EE5" w:rsidP="00B82EE5">
      <w:pPr>
        <w:spacing w:after="240"/>
      </w:pPr>
      <w:r>
        <w:t>It isn</w:t>
      </w:r>
      <w:r>
        <w:rPr>
          <w:rFonts w:hint="eastAsia"/>
        </w:rPr>
        <w:t>’</w:t>
      </w:r>
      <w:r>
        <w:t>t.</w:t>
      </w:r>
    </w:p>
    <w:p w14:paraId="181F7C78" w14:textId="77777777" w:rsidR="00B82EE5" w:rsidRDefault="00B82EE5" w:rsidP="00B82EE5">
      <w:pPr>
        <w:spacing w:after="240"/>
      </w:pPr>
      <w:r>
        <w:t>Chaos is drift.</w:t>
      </w:r>
    </w:p>
    <w:p w14:paraId="0AF6D500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💔</w:t>
      </w:r>
      <w:r>
        <w:t xml:space="preserve"> When Drift Entered Love</w:t>
      </w:r>
    </w:p>
    <w:p w14:paraId="3A560677" w14:textId="77777777" w:rsidR="00B82EE5" w:rsidRDefault="00B82EE5" w:rsidP="00B82EE5">
      <w:pPr>
        <w:spacing w:after="240"/>
      </w:pPr>
      <w:r>
        <w:t>When sin entered the world, it didn</w:t>
      </w:r>
      <w:r>
        <w:rPr>
          <w:rFonts w:hint="eastAsia"/>
        </w:rPr>
        <w:t>’</w:t>
      </w:r>
      <w:r>
        <w:t>t just break humanity</w:t>
      </w:r>
      <w:r>
        <w:rPr>
          <w:rFonts w:hint="eastAsia"/>
        </w:rPr>
        <w:t>’</w:t>
      </w:r>
      <w:r>
        <w:t xml:space="preserve">s relationship with God </w:t>
      </w:r>
      <w:r>
        <w:rPr>
          <w:rFonts w:hint="eastAsia"/>
        </w:rPr>
        <w:t>—</w:t>
      </w:r>
      <w:r>
        <w:t xml:space="preserve"> it distorted human relationships too.</w:t>
      </w:r>
    </w:p>
    <w:p w14:paraId="1142D62E" w14:textId="77777777" w:rsidR="00B82EE5" w:rsidRDefault="00B82EE5" w:rsidP="00B82EE5">
      <w:pPr>
        <w:spacing w:after="240"/>
      </w:pPr>
      <w:r>
        <w:t>Safety became fear.</w:t>
      </w:r>
    </w:p>
    <w:p w14:paraId="4C1F591C" w14:textId="77777777" w:rsidR="00B82EE5" w:rsidRDefault="00B82EE5" w:rsidP="00B82EE5">
      <w:pPr>
        <w:spacing w:after="240"/>
      </w:pPr>
      <w:r>
        <w:t>Trust became control.</w:t>
      </w:r>
    </w:p>
    <w:p w14:paraId="69AA5C10" w14:textId="77777777" w:rsidR="00B82EE5" w:rsidRDefault="00B82EE5" w:rsidP="00B82EE5">
      <w:pPr>
        <w:spacing w:after="240"/>
      </w:pPr>
      <w:r>
        <w:t>Desire became leverage.</w:t>
      </w:r>
    </w:p>
    <w:p w14:paraId="479ACA4C" w14:textId="77777777" w:rsidR="00B82EE5" w:rsidRDefault="00B82EE5" w:rsidP="00B82EE5">
      <w:pPr>
        <w:spacing w:after="240"/>
      </w:pPr>
      <w:r>
        <w:t>Love became something to earn.</w:t>
      </w:r>
    </w:p>
    <w:p w14:paraId="184FA273" w14:textId="77777777" w:rsidR="00B82EE5" w:rsidRDefault="00B82EE5" w:rsidP="00B82EE5">
      <w:pPr>
        <w:spacing w:after="240"/>
      </w:pPr>
      <w:r>
        <w:t>Instead of intimacy flowing from connection, people began chasing connection through intimacy.</w:t>
      </w:r>
    </w:p>
    <w:p w14:paraId="4217CB47" w14:textId="77777777" w:rsidR="00B82EE5" w:rsidRDefault="00B82EE5" w:rsidP="00B82EE5">
      <w:pPr>
        <w:spacing w:after="240"/>
      </w:pPr>
      <w:r>
        <w:t>And that reversal is the root of most modern heartbreak.</w:t>
      </w:r>
    </w:p>
    <w:p w14:paraId="25DE30CC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A Real Story of Drift (Your Voice Woven In)</w:t>
      </w:r>
    </w:p>
    <w:p w14:paraId="5802B8F5" w14:textId="77777777" w:rsidR="00B82EE5" w:rsidRDefault="00B82EE5" w:rsidP="00B82EE5">
      <w:pPr>
        <w:spacing w:after="240"/>
      </w:pPr>
      <w:r>
        <w:t>For a long time, I didn</w:t>
      </w:r>
      <w:r>
        <w:rPr>
          <w:rFonts w:hint="eastAsia"/>
        </w:rPr>
        <w:t>’</w:t>
      </w:r>
      <w:r>
        <w:t>t know what healthy love looked like.</w:t>
      </w:r>
    </w:p>
    <w:p w14:paraId="7B7E6757" w14:textId="77777777" w:rsidR="00B82EE5" w:rsidRDefault="00B82EE5" w:rsidP="00B82EE5">
      <w:pPr>
        <w:spacing w:after="240"/>
      </w:pPr>
      <w:r>
        <w:t>I confused warmth with safety.</w:t>
      </w:r>
    </w:p>
    <w:p w14:paraId="3B4F7ABA" w14:textId="77777777" w:rsidR="00B82EE5" w:rsidRDefault="00B82EE5" w:rsidP="00B82EE5">
      <w:pPr>
        <w:spacing w:after="240"/>
      </w:pPr>
      <w:r>
        <w:t>I confused intensity with intimacy.</w:t>
      </w:r>
    </w:p>
    <w:p w14:paraId="732410A7" w14:textId="77777777" w:rsidR="00B82EE5" w:rsidRDefault="00B82EE5" w:rsidP="00B82EE5">
      <w:pPr>
        <w:spacing w:after="240"/>
      </w:pPr>
      <w:r>
        <w:t>I confused closeness with commitment.</w:t>
      </w:r>
    </w:p>
    <w:p w14:paraId="499FC3C3" w14:textId="77777777" w:rsidR="00B82EE5" w:rsidRDefault="00B82EE5" w:rsidP="00B82EE5">
      <w:pPr>
        <w:spacing w:after="240"/>
      </w:pPr>
      <w:r>
        <w:t>I stayed in relationships where affection was strong but security was weak.</w:t>
      </w:r>
    </w:p>
    <w:p w14:paraId="1125FBAA" w14:textId="77777777" w:rsidR="00B82EE5" w:rsidRDefault="00B82EE5" w:rsidP="00B82EE5">
      <w:pPr>
        <w:spacing w:after="240"/>
      </w:pPr>
      <w:r>
        <w:t xml:space="preserve">Where love felt good </w:t>
      </w:r>
      <w:r>
        <w:rPr>
          <w:rFonts w:hint="eastAsia"/>
        </w:rPr>
        <w:t>—</w:t>
      </w:r>
      <w:r>
        <w:t xml:space="preserve"> until it didn</w:t>
      </w:r>
      <w:r>
        <w:rPr>
          <w:rFonts w:hint="eastAsia"/>
        </w:rPr>
        <w:t>’</w:t>
      </w:r>
      <w:r>
        <w:t>t.</w:t>
      </w:r>
    </w:p>
    <w:p w14:paraId="79346AD7" w14:textId="77777777" w:rsidR="00B82EE5" w:rsidRDefault="00B82EE5" w:rsidP="00B82EE5">
      <w:pPr>
        <w:spacing w:after="240"/>
      </w:pPr>
      <w:r>
        <w:t>Where desire was real, but peace was missing.</w:t>
      </w:r>
    </w:p>
    <w:p w14:paraId="6AF3C23F" w14:textId="77777777" w:rsidR="00B82EE5" w:rsidRDefault="00B82EE5" w:rsidP="00B82EE5">
      <w:pPr>
        <w:spacing w:after="240"/>
      </w:pPr>
      <w:r>
        <w:t>I gave my heart hoping for stability.</w:t>
      </w:r>
    </w:p>
    <w:p w14:paraId="246FECBD" w14:textId="77777777" w:rsidR="00B82EE5" w:rsidRDefault="00B82EE5" w:rsidP="00B82EE5">
      <w:pPr>
        <w:spacing w:after="240"/>
      </w:pPr>
      <w:r>
        <w:t>I gave my body hoping for connection.</w:t>
      </w:r>
    </w:p>
    <w:p w14:paraId="74D9E041" w14:textId="77777777" w:rsidR="00B82EE5" w:rsidRDefault="00B82EE5" w:rsidP="00B82EE5">
      <w:pPr>
        <w:spacing w:after="240"/>
      </w:pPr>
      <w:r>
        <w:t>I gave loyalty hoping for love to change.</w:t>
      </w:r>
    </w:p>
    <w:p w14:paraId="657D1665" w14:textId="77777777" w:rsidR="00B82EE5" w:rsidRDefault="00B82EE5" w:rsidP="00B82EE5">
      <w:pPr>
        <w:spacing w:after="240"/>
      </w:pPr>
      <w:r>
        <w:t>And each time, I walked away emptier.</w:t>
      </w:r>
    </w:p>
    <w:p w14:paraId="0AD11968" w14:textId="77777777" w:rsidR="00B82EE5" w:rsidRDefault="00B82EE5" w:rsidP="00B82EE5">
      <w:pPr>
        <w:spacing w:after="240"/>
      </w:pPr>
      <w:r>
        <w:t>What I didn</w:t>
      </w:r>
      <w:r>
        <w:rPr>
          <w:rFonts w:hint="eastAsia"/>
        </w:rPr>
        <w:t>’</w:t>
      </w:r>
      <w:r>
        <w:t>t realize then was that I wasn</w:t>
      </w:r>
      <w:r>
        <w:rPr>
          <w:rFonts w:hint="eastAsia"/>
        </w:rPr>
        <w:t>’</w:t>
      </w:r>
      <w:r>
        <w:t>t broken.</w:t>
      </w:r>
    </w:p>
    <w:p w14:paraId="12C84FCD" w14:textId="77777777" w:rsidR="00B82EE5" w:rsidRDefault="00B82EE5" w:rsidP="00B82EE5">
      <w:pPr>
        <w:spacing w:after="240"/>
      </w:pPr>
      <w:r>
        <w:t>I was trying to build love using a drifted system.</w:t>
      </w:r>
    </w:p>
    <w:p w14:paraId="29AA149C" w14:textId="77777777" w:rsidR="00B82EE5" w:rsidRDefault="00B82EE5" w:rsidP="00B82EE5">
      <w:pPr>
        <w:spacing w:after="240"/>
      </w:pPr>
      <w:r>
        <w:t xml:space="preserve">I had skipped the foundation God designed </w:t>
      </w:r>
      <w:r>
        <w:rPr>
          <w:rFonts w:hint="eastAsia"/>
        </w:rPr>
        <w:t>—</w:t>
      </w:r>
      <w:r>
        <w:t xml:space="preserve"> emotional safety, mutual pursuit, trust, and covenant.</w:t>
      </w:r>
    </w:p>
    <w:p w14:paraId="7CE573CB" w14:textId="77777777" w:rsidR="00B82EE5" w:rsidRDefault="00B82EE5" w:rsidP="00B82EE5">
      <w:pPr>
        <w:spacing w:after="240"/>
      </w:pPr>
      <w:r>
        <w:t>Once I saw God</w:t>
      </w:r>
      <w:r>
        <w:rPr>
          <w:rFonts w:hint="eastAsia"/>
        </w:rPr>
        <w:t>’</w:t>
      </w:r>
      <w:r>
        <w:t>s original blueprint, everything made sense.</w:t>
      </w:r>
    </w:p>
    <w:p w14:paraId="09982BC2" w14:textId="77777777" w:rsidR="00B82EE5" w:rsidRDefault="00B82EE5" w:rsidP="00B82EE5">
      <w:pPr>
        <w:spacing w:after="240"/>
      </w:pPr>
      <w:r>
        <w:t>Love wasn</w:t>
      </w:r>
      <w:r>
        <w:rPr>
          <w:rFonts w:hint="eastAsia"/>
        </w:rPr>
        <w:t>’</w:t>
      </w:r>
      <w:r>
        <w:t>t supposed to hurt like that.</w:t>
      </w:r>
    </w:p>
    <w:p w14:paraId="2DD37271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📜</w:t>
      </w:r>
      <w:r>
        <w:t xml:space="preserve"> God</w:t>
      </w:r>
      <w:r>
        <w:rPr>
          <w:rFonts w:hint="eastAsia"/>
        </w:rPr>
        <w:t>’</w:t>
      </w:r>
      <w:r>
        <w:t>s Blueprint Restored</w:t>
      </w:r>
    </w:p>
    <w:p w14:paraId="23DA1F09" w14:textId="77777777" w:rsidR="00B82EE5" w:rsidRDefault="00B82EE5" w:rsidP="00B82EE5">
      <w:pPr>
        <w:spacing w:after="240"/>
      </w:pPr>
      <w:r>
        <w:t>This is why Song of Solomon is so powerful.</w:t>
      </w:r>
    </w:p>
    <w:p w14:paraId="01E568C7" w14:textId="77777777" w:rsidR="00B82EE5" w:rsidRDefault="00B82EE5" w:rsidP="00B82EE5">
      <w:pPr>
        <w:spacing w:after="240"/>
      </w:pPr>
      <w:r>
        <w:t>God didn</w:t>
      </w:r>
      <w:r>
        <w:rPr>
          <w:rFonts w:hint="eastAsia"/>
        </w:rPr>
        <w:t>’</w:t>
      </w:r>
      <w:r>
        <w:t xml:space="preserve">t just tell us about healthy intimacy </w:t>
      </w:r>
      <w:r>
        <w:rPr>
          <w:rFonts w:hint="eastAsia"/>
        </w:rPr>
        <w:t>—</w:t>
      </w:r>
      <w:r>
        <w:t xml:space="preserve"> He showed us.</w:t>
      </w:r>
    </w:p>
    <w:p w14:paraId="58F138DD" w14:textId="77777777" w:rsidR="00B82EE5" w:rsidRDefault="00B82EE5" w:rsidP="00B82EE5">
      <w:pPr>
        <w:spacing w:after="240"/>
      </w:pPr>
      <w:r>
        <w:t>Two people who:</w:t>
      </w:r>
    </w:p>
    <w:p w14:paraId="391F5453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pursue each other freely</w:t>
      </w:r>
    </w:p>
    <w:p w14:paraId="01F2BD10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speak openly about desire</w:t>
      </w:r>
    </w:p>
    <w:p w14:paraId="584BB82C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feel safe and secure</w:t>
      </w:r>
    </w:p>
    <w:p w14:paraId="6BE55403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honor timing and boundaries</w:t>
      </w:r>
    </w:p>
    <w:p w14:paraId="57D4FABD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grow deeper instead of more chaotic</w:t>
      </w:r>
    </w:p>
    <w:p w14:paraId="20A4040C" w14:textId="77777777" w:rsidR="00B82EE5" w:rsidRDefault="00B82EE5" w:rsidP="00B82EE5">
      <w:pPr>
        <w:spacing w:after="240"/>
      </w:pPr>
      <w:r>
        <w:t xml:space="preserve">There is passion </w:t>
      </w:r>
      <w:r>
        <w:rPr>
          <w:rFonts w:hint="eastAsia"/>
        </w:rPr>
        <w:t>—</w:t>
      </w:r>
      <w:r>
        <w:t xml:space="preserve"> but no manipulation.</w:t>
      </w:r>
    </w:p>
    <w:p w14:paraId="4F3BFC9A" w14:textId="77777777" w:rsidR="00B82EE5" w:rsidRDefault="00B82EE5" w:rsidP="00B82EE5">
      <w:pPr>
        <w:spacing w:after="240"/>
      </w:pPr>
      <w:r>
        <w:t xml:space="preserve">Desire </w:t>
      </w:r>
      <w:r>
        <w:rPr>
          <w:rFonts w:hint="eastAsia"/>
        </w:rPr>
        <w:t>—</w:t>
      </w:r>
      <w:r>
        <w:t xml:space="preserve"> but no shame.</w:t>
      </w:r>
    </w:p>
    <w:p w14:paraId="4B567B48" w14:textId="77777777" w:rsidR="00B82EE5" w:rsidRDefault="00B82EE5" w:rsidP="00B82EE5">
      <w:pPr>
        <w:spacing w:after="240"/>
      </w:pPr>
      <w:r>
        <w:t xml:space="preserve">Closeness </w:t>
      </w:r>
      <w:r>
        <w:rPr>
          <w:rFonts w:hint="eastAsia"/>
        </w:rPr>
        <w:t>—</w:t>
      </w:r>
      <w:r>
        <w:t xml:space="preserve"> but no fear.</w:t>
      </w:r>
    </w:p>
    <w:p w14:paraId="4FC4631B" w14:textId="77777777" w:rsidR="00B82EE5" w:rsidRDefault="00B82EE5" w:rsidP="00B82EE5">
      <w:pPr>
        <w:spacing w:after="240"/>
      </w:pPr>
      <w:r>
        <w:t>This is love before drift.</w:t>
      </w:r>
    </w:p>
    <w:p w14:paraId="3C1AD681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🔥</w:t>
      </w:r>
      <w:r>
        <w:t xml:space="preserve"> Desire Was Never the Enemy</w:t>
      </w:r>
    </w:p>
    <w:p w14:paraId="6CA3E894" w14:textId="77777777" w:rsidR="00B82EE5" w:rsidRDefault="00B82EE5" w:rsidP="00B82EE5">
      <w:pPr>
        <w:spacing w:after="240"/>
      </w:pPr>
      <w:r>
        <w:t>God created attraction.</w:t>
      </w:r>
    </w:p>
    <w:p w14:paraId="671E6E2C" w14:textId="77777777" w:rsidR="00B82EE5" w:rsidRDefault="00B82EE5" w:rsidP="00B82EE5">
      <w:pPr>
        <w:spacing w:after="240"/>
      </w:pPr>
      <w:r>
        <w:t>God designed intimacy.</w:t>
      </w:r>
    </w:p>
    <w:p w14:paraId="15758A4B" w14:textId="77777777" w:rsidR="00B82EE5" w:rsidRDefault="00B82EE5" w:rsidP="00B82EE5">
      <w:pPr>
        <w:spacing w:after="240"/>
      </w:pPr>
      <w:r>
        <w:t>God blessed pleasure inside covenant.</w:t>
      </w:r>
    </w:p>
    <w:p w14:paraId="59471FD5" w14:textId="77777777" w:rsidR="00B82EE5" w:rsidRDefault="00B82EE5" w:rsidP="00B82EE5">
      <w:pPr>
        <w:spacing w:after="240"/>
      </w:pPr>
      <w:r>
        <w:t>The problem was never passion.</w:t>
      </w:r>
    </w:p>
    <w:p w14:paraId="189D1E40" w14:textId="77777777" w:rsidR="00B82EE5" w:rsidRDefault="00B82EE5" w:rsidP="00B82EE5">
      <w:pPr>
        <w:spacing w:after="240"/>
      </w:pPr>
      <w:r>
        <w:t>The problem was passion disconnected from safety and commitment.</w:t>
      </w:r>
    </w:p>
    <w:p w14:paraId="5E9E37FE" w14:textId="77777777" w:rsidR="00B82EE5" w:rsidRDefault="00B82EE5" w:rsidP="00B82EE5">
      <w:pPr>
        <w:spacing w:after="240"/>
      </w:pPr>
      <w:r>
        <w:t>When desire flows from trust and covenant, it strengthens love.</w:t>
      </w:r>
    </w:p>
    <w:p w14:paraId="76D6F4B2" w14:textId="77777777" w:rsidR="00B82EE5" w:rsidRDefault="00B82EE5" w:rsidP="00B82EE5">
      <w:pPr>
        <w:spacing w:after="240"/>
      </w:pPr>
      <w:r>
        <w:t>When desire replaces trust and covenant, it wounds hearts.</w:t>
      </w:r>
    </w:p>
    <w:p w14:paraId="2F76404F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🧱</w:t>
      </w:r>
      <w:r>
        <w:t xml:space="preserve"> God</w:t>
      </w:r>
      <w:r>
        <w:rPr>
          <w:rFonts w:hint="eastAsia"/>
        </w:rPr>
        <w:t>’</w:t>
      </w:r>
      <w:r>
        <w:t>s Order for Intimacy</w:t>
      </w:r>
    </w:p>
    <w:p w14:paraId="668DE2E6" w14:textId="77777777" w:rsidR="00B82EE5" w:rsidRDefault="00B82EE5" w:rsidP="00B82EE5">
      <w:pPr>
        <w:spacing w:after="240"/>
      </w:pPr>
      <w:r>
        <w:t>Connection → Trust → Safety → Desire → Covenant → Deepening Love</w:t>
      </w:r>
    </w:p>
    <w:p w14:paraId="6C468757" w14:textId="77777777" w:rsidR="00B82EE5" w:rsidRDefault="00B82EE5" w:rsidP="00B82EE5">
      <w:pPr>
        <w:spacing w:after="240"/>
      </w:pPr>
      <w:r>
        <w:t>Modern culture reverses it:</w:t>
      </w:r>
    </w:p>
    <w:p w14:paraId="68C3031F" w14:textId="77777777" w:rsidR="00B82EE5" w:rsidRDefault="00B82EE5" w:rsidP="00B82EE5">
      <w:pPr>
        <w:spacing w:after="240"/>
      </w:pPr>
      <w:r>
        <w:t>Desire → Physical closeness → hope for connection → anxiety → instability</w:t>
      </w:r>
    </w:p>
    <w:p w14:paraId="1C5BB978" w14:textId="77777777" w:rsidR="00B82EE5" w:rsidRDefault="00B82EE5" w:rsidP="00B82EE5">
      <w:pPr>
        <w:spacing w:after="240"/>
      </w:pPr>
      <w:r>
        <w:t>And what</w:t>
      </w:r>
      <w:r>
        <w:rPr>
          <w:rFonts w:hint="eastAsia"/>
        </w:rPr>
        <w:t>’</w:t>
      </w:r>
      <w:r>
        <w:t>s built without foundation eventually collapses.</w:t>
      </w:r>
    </w:p>
    <w:p w14:paraId="05E6F814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Section </w:t>
      </w:r>
      <w:r>
        <w:rPr>
          <w:rFonts w:hint="eastAsia"/>
        </w:rPr>
        <w:t>–</w:t>
      </w:r>
      <w:r>
        <w:t xml:space="preserve"> Restoring God</w:t>
      </w:r>
      <w:r>
        <w:rPr>
          <w:rFonts w:hint="eastAsia"/>
        </w:rPr>
        <w:t>’</w:t>
      </w:r>
      <w:r>
        <w:t>s Design</w:t>
      </w:r>
    </w:p>
    <w:p w14:paraId="08C7D5AF" w14:textId="77777777" w:rsidR="00B82EE5" w:rsidRDefault="00B82EE5" w:rsidP="00B82EE5">
      <w:pPr>
        <w:spacing w:after="240"/>
      </w:pPr>
      <w:r>
        <w:t>Read &amp; Reflect:</w:t>
      </w:r>
    </w:p>
    <w:p w14:paraId="755D59D0" w14:textId="77777777" w:rsidR="00B82EE5" w:rsidRDefault="00B82EE5" w:rsidP="00B82EE5">
      <w:pPr>
        <w:spacing w:after="240"/>
      </w:pPr>
      <w:r>
        <w:t>Genesis 2:25</w:t>
      </w:r>
    </w:p>
    <w:p w14:paraId="194B6618" w14:textId="77777777" w:rsidR="00B82EE5" w:rsidRDefault="00B82EE5" w:rsidP="00B82EE5">
      <w:pPr>
        <w:spacing w:after="240"/>
      </w:pPr>
      <w:r>
        <w:rPr>
          <w:rFonts w:hint="eastAsia"/>
        </w:rPr>
        <w:t>“</w:t>
      </w:r>
      <w:r>
        <w:t>They were naked and unashamed.</w:t>
      </w:r>
      <w:r>
        <w:rPr>
          <w:rFonts w:hint="eastAsia"/>
        </w:rPr>
        <w:t>”</w:t>
      </w:r>
    </w:p>
    <w:p w14:paraId="7C985EFD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emotional </w:t>
      </w:r>
      <w:r>
        <w:rPr>
          <w:rFonts w:hint="eastAsia"/>
        </w:rPr>
        <w:t>“</w:t>
      </w:r>
      <w:r>
        <w:t>nakedness</w:t>
      </w:r>
      <w:r>
        <w:rPr>
          <w:rFonts w:hint="eastAsia"/>
        </w:rPr>
        <w:t>”</w:t>
      </w:r>
      <w:r>
        <w:t xml:space="preserve"> look like today?</w:t>
      </w:r>
    </w:p>
    <w:p w14:paraId="7C80F98E" w14:textId="77777777" w:rsidR="00B82EE5" w:rsidRDefault="00B82EE5" w:rsidP="00B82EE5">
      <w:pPr>
        <w:spacing w:after="240"/>
      </w:pPr>
      <w:r>
        <w:t>1 John 4:18</w:t>
      </w:r>
    </w:p>
    <w:p w14:paraId="7AF2C121" w14:textId="77777777" w:rsidR="00B82EE5" w:rsidRDefault="00B82EE5" w:rsidP="00B82EE5">
      <w:pPr>
        <w:spacing w:after="240"/>
      </w:pPr>
      <w:r>
        <w:rPr>
          <w:rFonts w:hint="eastAsia"/>
        </w:rPr>
        <w:t>“</w:t>
      </w:r>
      <w:r>
        <w:t>Perfect love drives out fear.</w:t>
      </w:r>
      <w:r>
        <w:rPr>
          <w:rFonts w:hint="eastAsia"/>
        </w:rPr>
        <w:t>”</w:t>
      </w:r>
    </w:p>
    <w:p w14:paraId="4DE81BA1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Where has fear existed in past relationships?</w:t>
      </w:r>
    </w:p>
    <w:p w14:paraId="5C78C714" w14:textId="77777777" w:rsidR="00B82EE5" w:rsidRDefault="00B82EE5" w:rsidP="00B82EE5">
      <w:pPr>
        <w:spacing w:after="240"/>
      </w:pPr>
      <w:r>
        <w:t>Song of Solomon 2:16</w:t>
      </w:r>
    </w:p>
    <w:p w14:paraId="207A3112" w14:textId="77777777" w:rsidR="00B82EE5" w:rsidRDefault="00B82EE5" w:rsidP="00B82EE5">
      <w:pPr>
        <w:spacing w:after="240"/>
      </w:pPr>
      <w:r>
        <w:rPr>
          <w:rFonts w:hint="eastAsia"/>
        </w:rPr>
        <w:t>“</w:t>
      </w:r>
      <w:r>
        <w:t>My beloved is mine, and I am his.</w:t>
      </w:r>
      <w:r>
        <w:rPr>
          <w:rFonts w:hint="eastAsia"/>
        </w:rPr>
        <w:t>”</w:t>
      </w:r>
    </w:p>
    <w:p w14:paraId="0AB93B1C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security in love feel like?</w:t>
      </w:r>
    </w:p>
    <w:p w14:paraId="7F1D6427" w14:textId="77777777" w:rsidR="00B82EE5" w:rsidRDefault="00B82EE5" w:rsidP="00B82EE5">
      <w:pPr>
        <w:spacing w:after="240"/>
      </w:pPr>
      <w:r>
        <w:t>Proverbs 4:23</w:t>
      </w:r>
    </w:p>
    <w:p w14:paraId="25983B35" w14:textId="77777777" w:rsidR="00B82EE5" w:rsidRDefault="00B82EE5" w:rsidP="00B82EE5">
      <w:pPr>
        <w:spacing w:after="240"/>
      </w:pPr>
      <w:r>
        <w:rPr>
          <w:rFonts w:hint="eastAsia"/>
        </w:rPr>
        <w:t>“</w:t>
      </w:r>
      <w:r>
        <w:t>Guard your heart, for everything flows from it.</w:t>
      </w:r>
      <w:r>
        <w:rPr>
          <w:rFonts w:hint="eastAsia"/>
        </w:rPr>
        <w:t>”</w:t>
      </w:r>
    </w:p>
    <w:p w14:paraId="5C2430A7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have rushed relationships impacted your heart?</w:t>
      </w:r>
    </w:p>
    <w:p w14:paraId="736B4CAF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Workbook Space </w:t>
      </w:r>
      <w:r>
        <w:rPr>
          <w:rFonts w:hint="eastAsia"/>
        </w:rPr>
        <w:t>–</w:t>
      </w:r>
      <w:r>
        <w:t xml:space="preserve"> Chapter One Healing Work</w:t>
      </w:r>
    </w:p>
    <w:p w14:paraId="7669C37E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Personal Reflection</w:t>
      </w:r>
    </w:p>
    <w:p w14:paraId="527DA498" w14:textId="77777777" w:rsidR="00B82EE5" w:rsidRDefault="00B82EE5" w:rsidP="00B82EE5">
      <w:pPr>
        <w:spacing w:after="240"/>
      </w:pPr>
      <w:r>
        <w:t>When have you felt most peaceful in love?</w:t>
      </w:r>
    </w:p>
    <w:p w14:paraId="392043BF" w14:textId="77777777" w:rsidR="00B82EE5" w:rsidRDefault="00B82EE5" w:rsidP="00B82EE5">
      <w:pPr>
        <w:spacing w:after="240"/>
      </w:pPr>
      <w:r>
        <w:t>When have you felt anxious, controlled, or unsure?</w:t>
      </w:r>
    </w:p>
    <w:p w14:paraId="25D3B8C6" w14:textId="77777777" w:rsidR="00B82EE5" w:rsidRDefault="00B82EE5" w:rsidP="00B82EE5">
      <w:pPr>
        <w:spacing w:after="240"/>
      </w:pPr>
      <w:r>
        <w:t>What patterns keep repeating in your relationships?</w:t>
      </w:r>
    </w:p>
    <w:p w14:paraId="46645B39" w14:textId="77777777" w:rsidR="00B82EE5" w:rsidRDefault="00B82EE5" w:rsidP="00B82EE5">
      <w:pPr>
        <w:spacing w:after="240"/>
      </w:pPr>
      <w:r>
        <w:t>Where do you see drift from God</w:t>
      </w:r>
      <w:r>
        <w:rPr>
          <w:rFonts w:hint="eastAsia"/>
        </w:rPr>
        <w:t>’</w:t>
      </w:r>
      <w:r>
        <w:t>s design?</w:t>
      </w:r>
    </w:p>
    <w:p w14:paraId="130C64A3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Discussion (if reading together)</w:t>
      </w:r>
    </w:p>
    <w:p w14:paraId="5D7D8D44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What makes you feel emotionally safe?</w:t>
      </w:r>
    </w:p>
    <w:p w14:paraId="34A1518E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What makes you feel insecure?</w:t>
      </w:r>
    </w:p>
    <w:p w14:paraId="2BC284FC" w14:textId="77777777" w:rsidR="00B82EE5" w:rsidRDefault="00B82EE5" w:rsidP="00B82EE5">
      <w:pPr>
        <w:spacing w:after="240"/>
      </w:pPr>
      <w:r>
        <w:rPr>
          <w:rFonts w:hint="eastAsia"/>
        </w:rPr>
        <w:t>•</w:t>
      </w:r>
      <w:r>
        <w:t xml:space="preserve"> How can we build trust before deep passion?</w:t>
      </w:r>
    </w:p>
    <w:p w14:paraId="60748D90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Closing Prayer</w:t>
      </w:r>
    </w:p>
    <w:p w14:paraId="7267BB3B" w14:textId="77777777" w:rsidR="00B82EE5" w:rsidRDefault="00B82EE5" w:rsidP="00B82EE5">
      <w:pPr>
        <w:spacing w:after="240"/>
      </w:pPr>
      <w:r>
        <w:rPr>
          <w:rFonts w:hint="eastAsia"/>
        </w:rPr>
        <w:t>“</w:t>
      </w:r>
      <w:r>
        <w:t>God, heal what drift has broken in my understanding of love.</w:t>
      </w:r>
    </w:p>
    <w:p w14:paraId="1086B22F" w14:textId="77777777" w:rsidR="00B82EE5" w:rsidRDefault="00B82EE5" w:rsidP="00B82EE5">
      <w:pPr>
        <w:spacing w:after="240"/>
      </w:pPr>
      <w:r>
        <w:t xml:space="preserve">Teach me to build relationships on Your design </w:t>
      </w:r>
      <w:r>
        <w:rPr>
          <w:rFonts w:hint="eastAsia"/>
        </w:rPr>
        <w:t>—</w:t>
      </w:r>
      <w:r>
        <w:t xml:space="preserve"> not the world</w:t>
      </w:r>
      <w:r>
        <w:rPr>
          <w:rFonts w:hint="eastAsia"/>
        </w:rPr>
        <w:t>’</w:t>
      </w:r>
      <w:r>
        <w:t>s patterns.</w:t>
      </w:r>
    </w:p>
    <w:p w14:paraId="1A6E7032" w14:textId="77777777" w:rsidR="00B82EE5" w:rsidRDefault="00B82EE5" w:rsidP="00B82EE5">
      <w:pPr>
        <w:spacing w:after="240"/>
      </w:pPr>
      <w:r>
        <w:t>Restore safety, trust, passion, and covenant in my life.</w:t>
      </w:r>
      <w:r>
        <w:rPr>
          <w:rFonts w:hint="eastAsia"/>
        </w:rPr>
        <w:t>”</w:t>
      </w:r>
    </w:p>
    <w:p w14:paraId="19D2EDB5" w14:textId="77777777" w:rsidR="00B82EE5" w:rsidRDefault="00B82EE5" w:rsidP="00B82EE5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One Truth to Carry Forward</w:t>
      </w:r>
    </w:p>
    <w:p w14:paraId="4BF5ED6E" w14:textId="77777777" w:rsidR="00B82EE5" w:rsidRDefault="00B82EE5" w:rsidP="00B82EE5">
      <w:pPr>
        <w:spacing w:after="240"/>
      </w:pPr>
      <w:r>
        <w:t>Healthy love feels safe.</w:t>
      </w:r>
    </w:p>
    <w:p w14:paraId="34A2630A" w14:textId="77777777" w:rsidR="00B82EE5" w:rsidRDefault="00B82EE5" w:rsidP="00B82EE5">
      <w:pPr>
        <w:spacing w:after="240"/>
      </w:pPr>
      <w:r>
        <w:t>It feels mutual.</w:t>
      </w:r>
    </w:p>
    <w:p w14:paraId="54BE3473" w14:textId="77777777" w:rsidR="00B82EE5" w:rsidRDefault="00B82EE5" w:rsidP="00B82EE5">
      <w:pPr>
        <w:spacing w:after="240"/>
      </w:pPr>
      <w:r>
        <w:t>It brings peace.</w:t>
      </w:r>
    </w:p>
    <w:p w14:paraId="1FEEF400" w14:textId="77777777" w:rsidR="00B82EE5" w:rsidRDefault="00B82EE5" w:rsidP="00B82EE5">
      <w:pPr>
        <w:spacing w:after="240"/>
      </w:pPr>
      <w:r>
        <w:t>It grows deeper over time.</w:t>
      </w:r>
    </w:p>
    <w:p w14:paraId="2D135DC5" w14:textId="77777777" w:rsidR="00B82EE5" w:rsidRDefault="00B82EE5" w:rsidP="00B82EE5">
      <w:pPr>
        <w:spacing w:after="240"/>
      </w:pPr>
      <w:r>
        <w:t xml:space="preserve">If love feels chaotic, confusing, or painful </w:t>
      </w:r>
      <w:r>
        <w:rPr>
          <w:rFonts w:hint="eastAsia"/>
        </w:rPr>
        <w:t>—</w:t>
      </w:r>
      <w:r>
        <w:t xml:space="preserve"> drift is present.</w:t>
      </w:r>
    </w:p>
    <w:p w14:paraId="5B012A21" w14:textId="77777777" w:rsidR="00B82EE5" w:rsidRDefault="00B82EE5" w:rsidP="00B82EE5">
      <w:pPr>
        <w:spacing w:after="240"/>
      </w:pPr>
      <w:r>
        <w:t>And the good news?</w:t>
      </w:r>
    </w:p>
    <w:p w14:paraId="09CB534A" w14:textId="56BA0C7A" w:rsidR="00890353" w:rsidRDefault="00B82EE5">
      <w:pPr>
        <w:spacing w:after="240"/>
      </w:pPr>
      <w:r>
        <w:t>God</w:t>
      </w:r>
      <w:r>
        <w:rPr>
          <w:rFonts w:hint="eastAsia"/>
        </w:rPr>
        <w:t>’</w:t>
      </w:r>
      <w:r>
        <w:t>s original design still works</w:t>
      </w:r>
      <w:r w:rsidR="00000000">
        <w:br/>
      </w:r>
    </w:p>
    <w:p w14:paraId="05971849" w14:textId="77777777" w:rsidR="00796757" w:rsidRDefault="00000000" w:rsidP="00796757">
      <w:pPr>
        <w:spacing w:after="240"/>
      </w:pPr>
      <w:r>
        <w:t xml:space="preserve">CHAPTER 2 – </w:t>
      </w:r>
      <w:r w:rsidR="00796757">
        <w:t>When the Order Broke: How Modern Love Drifted from God</w:t>
      </w:r>
      <w:r w:rsidR="00796757">
        <w:rPr>
          <w:rFonts w:hint="eastAsia"/>
        </w:rPr>
        <w:t>’</w:t>
      </w:r>
      <w:r w:rsidR="00796757">
        <w:t>s Design</w:t>
      </w:r>
    </w:p>
    <w:p w14:paraId="108B6DFB" w14:textId="77777777" w:rsidR="00796757" w:rsidRDefault="00796757" w:rsidP="00796757">
      <w:pPr>
        <w:spacing w:after="240"/>
      </w:pPr>
      <w:r>
        <w:t>Most people don</w:t>
      </w:r>
      <w:r>
        <w:rPr>
          <w:rFonts w:hint="eastAsia"/>
        </w:rPr>
        <w:t>’</w:t>
      </w:r>
      <w:r>
        <w:t>t fail at relationships because they don</w:t>
      </w:r>
      <w:r>
        <w:rPr>
          <w:rFonts w:hint="eastAsia"/>
        </w:rPr>
        <w:t>’</w:t>
      </w:r>
      <w:r>
        <w:t>t care.</w:t>
      </w:r>
    </w:p>
    <w:p w14:paraId="5006F845" w14:textId="77777777" w:rsidR="00796757" w:rsidRDefault="00796757" w:rsidP="00796757">
      <w:pPr>
        <w:spacing w:after="240"/>
      </w:pPr>
      <w:r>
        <w:t>They fail because they were never shown how love was meant to be built.</w:t>
      </w:r>
    </w:p>
    <w:p w14:paraId="366F50D9" w14:textId="77777777" w:rsidR="00796757" w:rsidRDefault="00796757" w:rsidP="00796757">
      <w:pPr>
        <w:spacing w:after="240"/>
      </w:pPr>
      <w:r>
        <w:t xml:space="preserve">We live in a world that teaches passion first, connection later </w:t>
      </w:r>
      <w:r>
        <w:rPr>
          <w:rFonts w:hint="eastAsia"/>
        </w:rPr>
        <w:t>—</w:t>
      </w:r>
      <w:r>
        <w:t xml:space="preserve"> if it comes at all.</w:t>
      </w:r>
    </w:p>
    <w:p w14:paraId="677D703E" w14:textId="77777777" w:rsidR="00796757" w:rsidRDefault="00796757" w:rsidP="00796757">
      <w:pPr>
        <w:spacing w:after="240"/>
      </w:pPr>
      <w:r>
        <w:t>Movies call intensity love.</w:t>
      </w:r>
    </w:p>
    <w:p w14:paraId="5247EB71" w14:textId="77777777" w:rsidR="00796757" w:rsidRDefault="00796757" w:rsidP="00796757">
      <w:pPr>
        <w:spacing w:after="240"/>
      </w:pPr>
      <w:r>
        <w:t>Social media calls obsession romance.</w:t>
      </w:r>
    </w:p>
    <w:p w14:paraId="2C201DA0" w14:textId="77777777" w:rsidR="00796757" w:rsidRDefault="00796757" w:rsidP="00796757">
      <w:pPr>
        <w:spacing w:after="240"/>
      </w:pPr>
      <w:r>
        <w:t>Hookup culture calls access intimacy.</w:t>
      </w:r>
    </w:p>
    <w:p w14:paraId="671D5937" w14:textId="77777777" w:rsidR="00796757" w:rsidRDefault="00796757" w:rsidP="00796757">
      <w:pPr>
        <w:spacing w:after="240"/>
      </w:pPr>
      <w:r>
        <w:t>But anxiety is not intimacy.</w:t>
      </w:r>
    </w:p>
    <w:p w14:paraId="6BF487DE" w14:textId="77777777" w:rsidR="00796757" w:rsidRDefault="00796757" w:rsidP="00796757">
      <w:pPr>
        <w:spacing w:after="240"/>
      </w:pPr>
      <w:r>
        <w:t>Chaos is not passion.</w:t>
      </w:r>
    </w:p>
    <w:p w14:paraId="1F0D3747" w14:textId="77777777" w:rsidR="00796757" w:rsidRDefault="00796757" w:rsidP="00796757">
      <w:pPr>
        <w:spacing w:after="240"/>
      </w:pPr>
      <w:r>
        <w:t>And intensity is not connection.</w:t>
      </w:r>
    </w:p>
    <w:p w14:paraId="590E5A5C" w14:textId="77777777" w:rsidR="00796757" w:rsidRDefault="00796757" w:rsidP="00796757">
      <w:pPr>
        <w:spacing w:after="240"/>
      </w:pPr>
      <w:r>
        <w:t>What we</w:t>
      </w:r>
      <w:r>
        <w:rPr>
          <w:rFonts w:hint="eastAsia"/>
        </w:rPr>
        <w:t>’</w:t>
      </w:r>
      <w:r>
        <w:t>re seeing today isn</w:t>
      </w:r>
      <w:r>
        <w:rPr>
          <w:rFonts w:hint="eastAsia"/>
        </w:rPr>
        <w:t>’</w:t>
      </w:r>
      <w:r>
        <w:t>t normal human love.</w:t>
      </w:r>
    </w:p>
    <w:p w14:paraId="16AD64C6" w14:textId="77777777" w:rsidR="00796757" w:rsidRDefault="00796757" w:rsidP="00796757">
      <w:pPr>
        <w:spacing w:after="240"/>
      </w:pPr>
      <w:r>
        <w:t>It</w:t>
      </w:r>
      <w:r>
        <w:rPr>
          <w:rFonts w:hint="eastAsia"/>
        </w:rPr>
        <w:t>’</w:t>
      </w:r>
      <w:r>
        <w:t>s love after drift.</w:t>
      </w:r>
    </w:p>
    <w:p w14:paraId="14FFC23F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🔄</w:t>
      </w:r>
      <w:r>
        <w:t xml:space="preserve"> The Great Reversal</w:t>
      </w:r>
    </w:p>
    <w:p w14:paraId="32CB94D9" w14:textId="77777777" w:rsidR="00796757" w:rsidRDefault="00796757" w:rsidP="00796757">
      <w:pPr>
        <w:spacing w:after="240"/>
      </w:pPr>
      <w:r>
        <w:t>God</w:t>
      </w:r>
      <w:r>
        <w:rPr>
          <w:rFonts w:hint="eastAsia"/>
        </w:rPr>
        <w:t>’</w:t>
      </w:r>
      <w:r>
        <w:t>s original design:</w:t>
      </w:r>
    </w:p>
    <w:p w14:paraId="471A17E2" w14:textId="77777777" w:rsidR="00796757" w:rsidRDefault="00796757" w:rsidP="00796757">
      <w:pPr>
        <w:spacing w:after="240"/>
      </w:pPr>
      <w:r>
        <w:t>Connection → Trust → Safety → Desire → Covenant → Deepening Love</w:t>
      </w:r>
    </w:p>
    <w:p w14:paraId="4F1304C7" w14:textId="77777777" w:rsidR="00796757" w:rsidRDefault="00796757" w:rsidP="00796757">
      <w:pPr>
        <w:spacing w:after="240"/>
      </w:pPr>
      <w:r>
        <w:t>Modern culture flipped it:</w:t>
      </w:r>
    </w:p>
    <w:p w14:paraId="27AB31AB" w14:textId="77777777" w:rsidR="00796757" w:rsidRDefault="00796757" w:rsidP="00796757">
      <w:pPr>
        <w:spacing w:after="240"/>
      </w:pPr>
      <w:r>
        <w:t>Desire → Physical intimacy → hope for connection → insecurity → heartbreak</w:t>
      </w:r>
    </w:p>
    <w:p w14:paraId="6D9D2BC2" w14:textId="77777777" w:rsidR="00796757" w:rsidRDefault="00796757" w:rsidP="00796757">
      <w:pPr>
        <w:spacing w:after="240"/>
      </w:pPr>
      <w:r>
        <w:t>And when the foundation is missing, everything built on top becomes unstable.</w:t>
      </w:r>
    </w:p>
    <w:p w14:paraId="41A4ABFC" w14:textId="77777777" w:rsidR="00796757" w:rsidRDefault="00796757" w:rsidP="00796757">
      <w:pPr>
        <w:spacing w:after="240"/>
      </w:pPr>
      <w:r>
        <w:t>People now use:</w:t>
      </w:r>
    </w:p>
    <w:p w14:paraId="6566BBC9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sex to feel close</w:t>
      </w:r>
    </w:p>
    <w:p w14:paraId="313EF4AC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affection to keep peace</w:t>
      </w:r>
    </w:p>
    <w:p w14:paraId="573D3E7A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attention to feel valued</w:t>
      </w:r>
    </w:p>
    <w:p w14:paraId="6392BFE9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intensity to feel alive</w:t>
      </w:r>
    </w:p>
    <w:p w14:paraId="0FD93593" w14:textId="77777777" w:rsidR="00796757" w:rsidRDefault="00796757" w:rsidP="00796757">
      <w:pPr>
        <w:spacing w:after="240"/>
      </w:pPr>
      <w:r>
        <w:t>But none of those can replace safety and covenant.</w:t>
      </w:r>
    </w:p>
    <w:p w14:paraId="1AE8F968" w14:textId="77777777" w:rsidR="00796757" w:rsidRDefault="00796757" w:rsidP="00796757">
      <w:pPr>
        <w:spacing w:after="240"/>
      </w:pPr>
      <w:r>
        <w:t>So relationships burn fast and break hard.</w:t>
      </w:r>
    </w:p>
    <w:p w14:paraId="76B4DCAD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 (Naturally &amp; Gently)</w:t>
      </w:r>
    </w:p>
    <w:p w14:paraId="1382C725" w14:textId="77777777" w:rsidR="00796757" w:rsidRDefault="00796757" w:rsidP="00796757">
      <w:pPr>
        <w:spacing w:after="240"/>
      </w:pPr>
      <w:r>
        <w:t>For years, I lived inside this reversed system without realizing it.</w:t>
      </w:r>
    </w:p>
    <w:p w14:paraId="1B1E984E" w14:textId="77777777" w:rsidR="00796757" w:rsidRDefault="00796757" w:rsidP="00796757">
      <w:pPr>
        <w:spacing w:after="240"/>
      </w:pPr>
      <w:r>
        <w:t>When someone desired me, I felt valued.</w:t>
      </w:r>
    </w:p>
    <w:p w14:paraId="7FC5B535" w14:textId="77777777" w:rsidR="00796757" w:rsidRDefault="00796757" w:rsidP="00796757">
      <w:pPr>
        <w:spacing w:after="240"/>
      </w:pPr>
      <w:r>
        <w:t>When intimacy was strong, I thought connection was strong.</w:t>
      </w:r>
    </w:p>
    <w:p w14:paraId="5EC5C064" w14:textId="77777777" w:rsidR="00796757" w:rsidRDefault="00796757" w:rsidP="00796757">
      <w:pPr>
        <w:spacing w:after="240"/>
      </w:pPr>
      <w:r>
        <w:t>When affection was intense, I assumed love was deep.</w:t>
      </w:r>
    </w:p>
    <w:p w14:paraId="6372AC32" w14:textId="77777777" w:rsidR="00796757" w:rsidRDefault="00796757" w:rsidP="00796757">
      <w:pPr>
        <w:spacing w:after="240"/>
      </w:pPr>
      <w:r>
        <w:t>But beneath the passion was insecurity.</w:t>
      </w:r>
    </w:p>
    <w:p w14:paraId="4144DB45" w14:textId="77777777" w:rsidR="00796757" w:rsidRDefault="00796757" w:rsidP="00796757">
      <w:pPr>
        <w:spacing w:after="240"/>
      </w:pPr>
      <w:r>
        <w:t>Beneath the closeness was instability.</w:t>
      </w:r>
    </w:p>
    <w:p w14:paraId="099CCF7F" w14:textId="77777777" w:rsidR="00796757" w:rsidRDefault="00796757" w:rsidP="00796757">
      <w:pPr>
        <w:spacing w:after="240"/>
      </w:pPr>
      <w:r>
        <w:t>Beneath the warmth was fear of losing it.</w:t>
      </w:r>
    </w:p>
    <w:p w14:paraId="5FD0DE0D" w14:textId="77777777" w:rsidR="00796757" w:rsidRDefault="00796757" w:rsidP="00796757">
      <w:pPr>
        <w:spacing w:after="240"/>
      </w:pPr>
      <w:r>
        <w:t>I stayed longer than I should have.</w:t>
      </w:r>
    </w:p>
    <w:p w14:paraId="6AE38B49" w14:textId="77777777" w:rsidR="00796757" w:rsidRDefault="00796757" w:rsidP="00796757">
      <w:pPr>
        <w:spacing w:after="240"/>
      </w:pPr>
      <w:r>
        <w:t>I tried harder than I needed to.</w:t>
      </w:r>
    </w:p>
    <w:p w14:paraId="3663654F" w14:textId="77777777" w:rsidR="00796757" w:rsidRDefault="00796757" w:rsidP="00796757">
      <w:pPr>
        <w:spacing w:after="240"/>
      </w:pPr>
      <w:r>
        <w:t>I kept hoping intensity would turn into safety.</w:t>
      </w:r>
    </w:p>
    <w:p w14:paraId="1E324FDC" w14:textId="77777777" w:rsidR="00796757" w:rsidRDefault="00796757" w:rsidP="00796757">
      <w:pPr>
        <w:spacing w:after="240"/>
      </w:pPr>
      <w:r>
        <w:t>It never did.</w:t>
      </w:r>
    </w:p>
    <w:p w14:paraId="0B2E5B54" w14:textId="77777777" w:rsidR="00796757" w:rsidRDefault="00796757" w:rsidP="00796757">
      <w:pPr>
        <w:spacing w:after="240"/>
      </w:pPr>
      <w:r>
        <w:t xml:space="preserve">And each relationship ended with the same pattern </w:t>
      </w:r>
      <w:r>
        <w:rPr>
          <w:rFonts w:hint="eastAsia"/>
        </w:rPr>
        <w:t>—</w:t>
      </w:r>
      <w:r>
        <w:t xml:space="preserve"> closeness first, chaos later.</w:t>
      </w:r>
    </w:p>
    <w:p w14:paraId="0C726608" w14:textId="77777777" w:rsidR="00796757" w:rsidRDefault="00796757" w:rsidP="00796757">
      <w:pPr>
        <w:spacing w:after="240"/>
      </w:pPr>
      <w:r>
        <w:t>Once I understood God</w:t>
      </w:r>
      <w:r>
        <w:rPr>
          <w:rFonts w:hint="eastAsia"/>
        </w:rPr>
        <w:t>’</w:t>
      </w:r>
      <w:r>
        <w:t>s original order, I realized something freeing:</w:t>
      </w:r>
    </w:p>
    <w:p w14:paraId="1BC10372" w14:textId="77777777" w:rsidR="00796757" w:rsidRDefault="00796757" w:rsidP="00796757">
      <w:pPr>
        <w:spacing w:after="240"/>
      </w:pPr>
      <w:r>
        <w:t>I wasn</w:t>
      </w:r>
      <w:r>
        <w:rPr>
          <w:rFonts w:hint="eastAsia"/>
        </w:rPr>
        <w:t>’</w:t>
      </w:r>
      <w:r>
        <w:t>t bad at love.</w:t>
      </w:r>
    </w:p>
    <w:p w14:paraId="56ADEB47" w14:textId="77777777" w:rsidR="00796757" w:rsidRDefault="00796757" w:rsidP="00796757">
      <w:pPr>
        <w:spacing w:after="240"/>
      </w:pPr>
      <w:r>
        <w:t>I was building it backward.</w:t>
      </w:r>
    </w:p>
    <w:p w14:paraId="6927EBD7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📉</w:t>
      </w:r>
      <w:r>
        <w:t xml:space="preserve"> Why This Drift Hurts So Much</w:t>
      </w:r>
    </w:p>
    <w:p w14:paraId="3B8F8A45" w14:textId="77777777" w:rsidR="00796757" w:rsidRDefault="00796757" w:rsidP="00796757">
      <w:pPr>
        <w:spacing w:after="240"/>
      </w:pPr>
      <w:r>
        <w:t>When intimacy comes before safety:</w:t>
      </w:r>
    </w:p>
    <w:p w14:paraId="0CB859E1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jealousy grows</w:t>
      </w:r>
    </w:p>
    <w:p w14:paraId="175CB3EE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anxiety spikes</w:t>
      </w:r>
    </w:p>
    <w:p w14:paraId="5A6F64DC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attachment becomes desperate</w:t>
      </w:r>
    </w:p>
    <w:p w14:paraId="7E7D3CFC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boundaries collapse</w:t>
      </w:r>
    </w:p>
    <w:p w14:paraId="2599936C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control sneaks in</w:t>
      </w:r>
    </w:p>
    <w:p w14:paraId="0FB96417" w14:textId="77777777" w:rsidR="00796757" w:rsidRDefault="00796757" w:rsidP="00796757">
      <w:pPr>
        <w:spacing w:after="240"/>
      </w:pPr>
      <w:r>
        <w:t>People don</w:t>
      </w:r>
      <w:r>
        <w:rPr>
          <w:rFonts w:hint="eastAsia"/>
        </w:rPr>
        <w:t>’</w:t>
      </w:r>
      <w:r>
        <w:t>t become toxic because they</w:t>
      </w:r>
      <w:r>
        <w:rPr>
          <w:rFonts w:hint="eastAsia"/>
        </w:rPr>
        <w:t>’</w:t>
      </w:r>
      <w:r>
        <w:t>re evil.</w:t>
      </w:r>
    </w:p>
    <w:p w14:paraId="56416F44" w14:textId="77777777" w:rsidR="00796757" w:rsidRDefault="00796757" w:rsidP="00796757">
      <w:pPr>
        <w:spacing w:after="240"/>
      </w:pPr>
      <w:r>
        <w:t>They become unhealthy because they</w:t>
      </w:r>
      <w:r>
        <w:rPr>
          <w:rFonts w:hint="eastAsia"/>
        </w:rPr>
        <w:t>’</w:t>
      </w:r>
      <w:r>
        <w:t>re bonding without security.</w:t>
      </w:r>
    </w:p>
    <w:p w14:paraId="2756644A" w14:textId="77777777" w:rsidR="00796757" w:rsidRDefault="00796757" w:rsidP="00796757">
      <w:pPr>
        <w:spacing w:after="240"/>
      </w:pPr>
      <w:r>
        <w:t xml:space="preserve">The human heart attaches deeply through intimacy </w:t>
      </w:r>
      <w:r>
        <w:rPr>
          <w:rFonts w:hint="eastAsia"/>
        </w:rPr>
        <w:t>—</w:t>
      </w:r>
      <w:r>
        <w:t xml:space="preserve"> God designed it that way.</w:t>
      </w:r>
    </w:p>
    <w:p w14:paraId="38522388" w14:textId="77777777" w:rsidR="00796757" w:rsidRDefault="00796757" w:rsidP="00796757">
      <w:pPr>
        <w:spacing w:after="240"/>
      </w:pPr>
      <w:r>
        <w:t>But without covenant and trust, attachment becomes pain instead of peace.</w:t>
      </w:r>
    </w:p>
    <w:p w14:paraId="4229D82C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Healing Clarity: God</w:t>
      </w:r>
      <w:r>
        <w:rPr>
          <w:rFonts w:hint="eastAsia"/>
        </w:rPr>
        <w:t>’</w:t>
      </w:r>
      <w:r>
        <w:t>s Design Still Works</w:t>
      </w:r>
    </w:p>
    <w:p w14:paraId="5A56D990" w14:textId="77777777" w:rsidR="00796757" w:rsidRDefault="00796757" w:rsidP="00796757">
      <w:pPr>
        <w:spacing w:after="240"/>
      </w:pPr>
      <w:r>
        <w:t>Here</w:t>
      </w:r>
      <w:r>
        <w:rPr>
          <w:rFonts w:hint="eastAsia"/>
        </w:rPr>
        <w:t>’</w:t>
      </w:r>
      <w:r>
        <w:t>s the hope:</w:t>
      </w:r>
    </w:p>
    <w:p w14:paraId="50E55163" w14:textId="77777777" w:rsidR="00796757" w:rsidRDefault="00796757" w:rsidP="00796757">
      <w:pPr>
        <w:spacing w:after="240"/>
      </w:pPr>
      <w:r>
        <w:t>Nothing is broken beyond restoration.</w:t>
      </w:r>
    </w:p>
    <w:p w14:paraId="08702846" w14:textId="77777777" w:rsidR="00796757" w:rsidRDefault="00796757" w:rsidP="00796757">
      <w:pPr>
        <w:spacing w:after="240"/>
      </w:pPr>
      <w:r>
        <w:t>When couples rebuild intimacy in God</w:t>
      </w:r>
      <w:r>
        <w:rPr>
          <w:rFonts w:hint="eastAsia"/>
        </w:rPr>
        <w:t>’</w:t>
      </w:r>
      <w:r>
        <w:t>s order:</w:t>
      </w:r>
    </w:p>
    <w:p w14:paraId="51C5A8B8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anxiety decreases</w:t>
      </w:r>
    </w:p>
    <w:p w14:paraId="26E689E4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trust grows</w:t>
      </w:r>
    </w:p>
    <w:p w14:paraId="7544AAA5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passion becomes safe</w:t>
      </w:r>
    </w:p>
    <w:p w14:paraId="66536C55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love becomes steady</w:t>
      </w:r>
    </w:p>
    <w:p w14:paraId="296FE467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connection deepens naturally</w:t>
      </w:r>
    </w:p>
    <w:p w14:paraId="449A0FFF" w14:textId="77777777" w:rsidR="00796757" w:rsidRDefault="00796757" w:rsidP="00796757">
      <w:pPr>
        <w:spacing w:after="240"/>
      </w:pPr>
      <w:r>
        <w:t>You stop chasing love.</w:t>
      </w:r>
    </w:p>
    <w:p w14:paraId="6564758A" w14:textId="77777777" w:rsidR="00796757" w:rsidRDefault="00796757" w:rsidP="00796757">
      <w:pPr>
        <w:spacing w:after="240"/>
      </w:pPr>
      <w:r>
        <w:t>You start building it.</w:t>
      </w:r>
    </w:p>
    <w:p w14:paraId="59FE090C" w14:textId="77777777" w:rsidR="00796757" w:rsidRDefault="00796757" w:rsidP="00796757">
      <w:pPr>
        <w:spacing w:after="240"/>
      </w:pPr>
      <w:r>
        <w:t>And love begins to feel like peace instead of pressure.</w:t>
      </w:r>
    </w:p>
    <w:p w14:paraId="01ADEA01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Seeing the Drift Clearly</w:t>
      </w:r>
    </w:p>
    <w:p w14:paraId="07F6D746" w14:textId="77777777" w:rsidR="00796757" w:rsidRDefault="00796757" w:rsidP="00796757">
      <w:pPr>
        <w:spacing w:after="240"/>
      </w:pPr>
      <w:r>
        <w:t>Read &amp; Reflect:</w:t>
      </w:r>
    </w:p>
    <w:p w14:paraId="23AD40AC" w14:textId="77777777" w:rsidR="00796757" w:rsidRDefault="00796757" w:rsidP="00796757">
      <w:pPr>
        <w:spacing w:after="240"/>
      </w:pPr>
      <w:r>
        <w:t>Matthew 7:26</w:t>
      </w:r>
      <w:r>
        <w:rPr>
          <w:rFonts w:hint="eastAsia"/>
        </w:rPr>
        <w:t>–</w:t>
      </w:r>
      <w:r>
        <w:t>27</w:t>
      </w:r>
    </w:p>
    <w:p w14:paraId="4896BF58" w14:textId="77777777" w:rsidR="00796757" w:rsidRDefault="00796757" w:rsidP="00796757">
      <w:pPr>
        <w:spacing w:after="240"/>
      </w:pPr>
      <w:r>
        <w:rPr>
          <w:rFonts w:hint="eastAsia"/>
        </w:rPr>
        <w:t>“</w:t>
      </w:r>
      <w:r>
        <w:t>A foolish man built his house on sand</w:t>
      </w:r>
      <w:r>
        <w:rPr>
          <w:rFonts w:hint="eastAsia"/>
        </w:rPr>
        <w:t>…”</w:t>
      </w:r>
    </w:p>
    <w:p w14:paraId="5A377EC0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Where have relationships been built without foundation?</w:t>
      </w:r>
    </w:p>
    <w:p w14:paraId="1E0683F0" w14:textId="77777777" w:rsidR="00796757" w:rsidRDefault="00796757" w:rsidP="00796757">
      <w:pPr>
        <w:spacing w:after="240"/>
      </w:pPr>
      <w:r>
        <w:t>1 Corinthians 6:18</w:t>
      </w:r>
      <w:r>
        <w:rPr>
          <w:rFonts w:hint="eastAsia"/>
        </w:rPr>
        <w:t>–</w:t>
      </w:r>
      <w:r>
        <w:t>19</w:t>
      </w:r>
    </w:p>
    <w:p w14:paraId="7B004F26" w14:textId="77777777" w:rsidR="00796757" w:rsidRDefault="00796757" w:rsidP="00796757">
      <w:pPr>
        <w:spacing w:after="240"/>
      </w:pPr>
      <w:r>
        <w:t xml:space="preserve">Your body bonds deeply </w:t>
      </w:r>
      <w:r>
        <w:rPr>
          <w:rFonts w:hint="eastAsia"/>
        </w:rPr>
        <w:t>—</w:t>
      </w:r>
      <w:r>
        <w:t xml:space="preserve"> it matters spiritually and emotionally.</w:t>
      </w:r>
    </w:p>
    <w:p w14:paraId="55E95126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has intimacy impacted your heart in the past?</w:t>
      </w:r>
    </w:p>
    <w:p w14:paraId="72DB11AB" w14:textId="77777777" w:rsidR="00796757" w:rsidRDefault="00796757" w:rsidP="00796757">
      <w:pPr>
        <w:spacing w:after="240"/>
      </w:pPr>
      <w:r>
        <w:t>Song of Solomon 2:7</w:t>
      </w:r>
    </w:p>
    <w:p w14:paraId="5941B86B" w14:textId="77777777" w:rsidR="00796757" w:rsidRDefault="00796757" w:rsidP="00796757">
      <w:pPr>
        <w:spacing w:after="240"/>
      </w:pPr>
      <w:r>
        <w:rPr>
          <w:rFonts w:hint="eastAsia"/>
        </w:rPr>
        <w:t>“</w:t>
      </w:r>
      <w:r>
        <w:t>Do not awaken love before its time.</w:t>
      </w:r>
      <w:r>
        <w:rPr>
          <w:rFonts w:hint="eastAsia"/>
        </w:rPr>
        <w:t>”</w:t>
      </w:r>
    </w:p>
    <w:p w14:paraId="494CBEE8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Where has love been rushed instead of built?</w:t>
      </w:r>
    </w:p>
    <w:p w14:paraId="2044A28D" w14:textId="77777777" w:rsidR="00796757" w:rsidRDefault="00796757" w:rsidP="00796757">
      <w:pPr>
        <w:spacing w:after="240"/>
      </w:pPr>
      <w:r>
        <w:t>Proverbs 24:3</w:t>
      </w:r>
    </w:p>
    <w:p w14:paraId="041CADA7" w14:textId="77777777" w:rsidR="00796757" w:rsidRDefault="00796757" w:rsidP="00796757">
      <w:pPr>
        <w:spacing w:after="240"/>
      </w:pPr>
      <w:r>
        <w:rPr>
          <w:rFonts w:hint="eastAsia"/>
        </w:rPr>
        <w:t>“</w:t>
      </w:r>
      <w:r>
        <w:t>By wisdom a house is built</w:t>
      </w:r>
      <w:r>
        <w:rPr>
          <w:rFonts w:hint="eastAsia"/>
        </w:rPr>
        <w:t>…”</w:t>
      </w:r>
    </w:p>
    <w:p w14:paraId="5B3E9C82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wisdom look like in relationships?</w:t>
      </w:r>
    </w:p>
    <w:p w14:paraId="0C0713F3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Two</w:t>
      </w:r>
    </w:p>
    <w:p w14:paraId="06951A43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Personal Healing Reflection</w:t>
      </w:r>
    </w:p>
    <w:p w14:paraId="211D2CAC" w14:textId="77777777" w:rsidR="00796757" w:rsidRDefault="00796757" w:rsidP="00796757">
      <w:pPr>
        <w:spacing w:after="240"/>
      </w:pPr>
      <w:r>
        <w:t>Where did I learn what love was supposed to look like?</w:t>
      </w:r>
    </w:p>
    <w:p w14:paraId="77477C07" w14:textId="77777777" w:rsidR="00796757" w:rsidRDefault="00796757" w:rsidP="00796757">
      <w:pPr>
        <w:spacing w:after="240"/>
      </w:pPr>
      <w:r>
        <w:t>Which relationships started with passion but lacked safety?</w:t>
      </w:r>
    </w:p>
    <w:p w14:paraId="0C6E0591" w14:textId="77777777" w:rsidR="00796757" w:rsidRDefault="00796757" w:rsidP="00796757">
      <w:pPr>
        <w:spacing w:after="240"/>
      </w:pPr>
      <w:r>
        <w:t>How has rushing intimacy impacted my heart?</w:t>
      </w:r>
    </w:p>
    <w:p w14:paraId="73D84A3D" w14:textId="77777777" w:rsidR="00796757" w:rsidRDefault="00796757" w:rsidP="00796757">
      <w:pPr>
        <w:spacing w:after="240"/>
      </w:pPr>
      <w:r>
        <w:t>What would love built slowly and safely look like for me?</w:t>
      </w:r>
    </w:p>
    <w:p w14:paraId="4BA4F9B3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 (If Reading Together)</w:t>
      </w:r>
    </w:p>
    <w:p w14:paraId="130C2551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What messages about love did we grow up with?</w:t>
      </w:r>
    </w:p>
    <w:p w14:paraId="54004D5F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Where have we felt anxiety instead of peace?</w:t>
      </w:r>
    </w:p>
    <w:p w14:paraId="2AA51127" w14:textId="77777777" w:rsidR="00796757" w:rsidRDefault="00796757" w:rsidP="00796757">
      <w:pPr>
        <w:spacing w:after="240"/>
      </w:pPr>
      <w:r>
        <w:rPr>
          <w:rFonts w:hint="eastAsia"/>
        </w:rPr>
        <w:t>•</w:t>
      </w:r>
      <w:r>
        <w:t xml:space="preserve"> How can we intentionally rebuild God</w:t>
      </w:r>
      <w:r>
        <w:rPr>
          <w:rFonts w:hint="eastAsia"/>
        </w:rPr>
        <w:t>’</w:t>
      </w:r>
      <w:r>
        <w:t>s order?</w:t>
      </w:r>
    </w:p>
    <w:p w14:paraId="198FBE44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3A82F9EA" w14:textId="77777777" w:rsidR="00796757" w:rsidRDefault="00796757" w:rsidP="00796757">
      <w:pPr>
        <w:spacing w:after="240"/>
      </w:pPr>
      <w:r>
        <w:rPr>
          <w:rFonts w:hint="eastAsia"/>
        </w:rPr>
        <w:t>“</w:t>
      </w:r>
      <w:r>
        <w:t>Lord, reveal where I</w:t>
      </w:r>
      <w:r>
        <w:rPr>
          <w:rFonts w:hint="eastAsia"/>
        </w:rPr>
        <w:t>’</w:t>
      </w:r>
      <w:r>
        <w:t>ve built love backward.</w:t>
      </w:r>
    </w:p>
    <w:p w14:paraId="4DBA5D39" w14:textId="77777777" w:rsidR="00796757" w:rsidRDefault="00796757" w:rsidP="00796757">
      <w:pPr>
        <w:spacing w:after="240"/>
      </w:pPr>
      <w:r>
        <w:t>Heal the places intimacy created pain instead of peace.</w:t>
      </w:r>
    </w:p>
    <w:p w14:paraId="01973E09" w14:textId="77777777" w:rsidR="00796757" w:rsidRDefault="00796757" w:rsidP="00796757">
      <w:pPr>
        <w:spacing w:after="240"/>
      </w:pPr>
      <w:r>
        <w:t>Teach me to rebuild relationships on Your foundation.</w:t>
      </w:r>
      <w:r>
        <w:rPr>
          <w:rFonts w:hint="eastAsia"/>
        </w:rPr>
        <w:t>”</w:t>
      </w:r>
    </w:p>
    <w:p w14:paraId="49859F56" w14:textId="23255E2C" w:rsidR="00796757" w:rsidRDefault="00796757" w:rsidP="00796757">
      <w:pPr>
        <w:spacing w:after="240"/>
      </w:pPr>
    </w:p>
    <w:p w14:paraId="263E8FAB" w14:textId="77777777" w:rsidR="00796757" w:rsidRDefault="00796757" w:rsidP="00796757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Two Truth</w:t>
      </w:r>
    </w:p>
    <w:p w14:paraId="491A5C67" w14:textId="77777777" w:rsidR="00796757" w:rsidRDefault="00796757" w:rsidP="00796757">
      <w:pPr>
        <w:spacing w:after="240"/>
      </w:pPr>
      <w:r>
        <w:t xml:space="preserve">If love feels anxious, rushed, or unstable </w:t>
      </w:r>
      <w:r>
        <w:rPr>
          <w:rFonts w:hint="eastAsia"/>
        </w:rPr>
        <w:t>—</w:t>
      </w:r>
      <w:r>
        <w:t xml:space="preserve"> the order is broken.</w:t>
      </w:r>
    </w:p>
    <w:p w14:paraId="5846FEC5" w14:textId="1357A7A0" w:rsidR="00890353" w:rsidRDefault="00796757">
      <w:pPr>
        <w:spacing w:after="240"/>
      </w:pPr>
      <w:r>
        <w:t>Rebuild the foundation, and intimacy becomes peaceful again.</w:t>
      </w:r>
      <w:r w:rsidR="00000000">
        <w:br/>
      </w:r>
    </w:p>
    <w:p w14:paraId="194E8B7F" w14:textId="77777777" w:rsidR="00CE70D0" w:rsidRDefault="00CE70D0" w:rsidP="00B10C4D">
      <w:pPr>
        <w:spacing w:after="240"/>
        <w:rPr>
          <w:rFonts w:ascii="Segoe UI Emoji" w:hAnsi="Segoe UI Emoji" w:cs="Segoe UI Emoji"/>
        </w:rPr>
      </w:pPr>
    </w:p>
    <w:p w14:paraId="3DD66477" w14:textId="348CD184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Three</w:t>
      </w:r>
    </w:p>
    <w:p w14:paraId="64D90324" w14:textId="77777777" w:rsidR="00B10C4D" w:rsidRDefault="00B10C4D" w:rsidP="00B10C4D">
      <w:pPr>
        <w:spacing w:after="240"/>
      </w:pPr>
      <w:r>
        <w:t>God</w:t>
      </w:r>
      <w:r>
        <w:rPr>
          <w:rFonts w:hint="eastAsia"/>
        </w:rPr>
        <w:t>’</w:t>
      </w:r>
      <w:r>
        <w:t>s Living Blueprint: Intimacy the Way It Was Meant to Be</w:t>
      </w:r>
    </w:p>
    <w:p w14:paraId="745A7B14" w14:textId="77777777" w:rsidR="00B10C4D" w:rsidRDefault="00B10C4D" w:rsidP="00B10C4D">
      <w:pPr>
        <w:spacing w:after="240"/>
      </w:pPr>
      <w:r>
        <w:t>God didn</w:t>
      </w:r>
      <w:r>
        <w:rPr>
          <w:rFonts w:hint="eastAsia"/>
        </w:rPr>
        <w:t>’</w:t>
      </w:r>
      <w:r>
        <w:t>t restore His design for love through a list of rules.</w:t>
      </w:r>
    </w:p>
    <w:p w14:paraId="4E30A9E6" w14:textId="77777777" w:rsidR="00B10C4D" w:rsidRDefault="00B10C4D" w:rsidP="00B10C4D">
      <w:pPr>
        <w:spacing w:after="240"/>
      </w:pPr>
      <w:r>
        <w:t>He restored it through a relationship story.</w:t>
      </w:r>
    </w:p>
    <w:p w14:paraId="3BF2AB28" w14:textId="77777777" w:rsidR="00B10C4D" w:rsidRDefault="00B10C4D" w:rsidP="00B10C4D">
      <w:pPr>
        <w:spacing w:after="240"/>
      </w:pPr>
      <w:r>
        <w:t>In Song of Solomon, we don</w:t>
      </w:r>
      <w:r>
        <w:rPr>
          <w:rFonts w:hint="eastAsia"/>
        </w:rPr>
        <w:t>’</w:t>
      </w:r>
      <w:r>
        <w:t>t find cold commands about romance or warnings against desire.</w:t>
      </w:r>
    </w:p>
    <w:p w14:paraId="679CE5C3" w14:textId="77777777" w:rsidR="00B10C4D" w:rsidRDefault="00B10C4D" w:rsidP="00B10C4D">
      <w:pPr>
        <w:spacing w:after="240"/>
      </w:pPr>
      <w:r>
        <w:t xml:space="preserve">We find two people loving each other the way God intended from the beginning </w:t>
      </w:r>
      <w:r>
        <w:rPr>
          <w:rFonts w:hint="eastAsia"/>
        </w:rPr>
        <w:t>—</w:t>
      </w:r>
      <w:r>
        <w:t xml:space="preserve"> with safety, passion, mutual pursuit, and joy.</w:t>
      </w:r>
    </w:p>
    <w:p w14:paraId="09274794" w14:textId="77777777" w:rsidR="00B10C4D" w:rsidRDefault="00B10C4D" w:rsidP="00B10C4D">
      <w:pPr>
        <w:spacing w:after="240"/>
      </w:pPr>
      <w:r>
        <w:t>This book shows us what intimacy looks like when drift is healed.</w:t>
      </w:r>
    </w:p>
    <w:p w14:paraId="42F1B528" w14:textId="77777777" w:rsidR="00B10C4D" w:rsidRDefault="00B10C4D" w:rsidP="00B10C4D">
      <w:pPr>
        <w:spacing w:after="240"/>
      </w:pPr>
      <w:r>
        <w:t>Not perfect people.</w:t>
      </w:r>
    </w:p>
    <w:p w14:paraId="4DBFA8CE" w14:textId="77777777" w:rsidR="00B10C4D" w:rsidRDefault="00B10C4D" w:rsidP="00B10C4D">
      <w:pPr>
        <w:spacing w:after="240"/>
      </w:pPr>
      <w:r>
        <w:t>But a healthy system of love.</w:t>
      </w:r>
    </w:p>
    <w:p w14:paraId="4CBBC88B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A Relationship Without Games</w:t>
      </w:r>
    </w:p>
    <w:p w14:paraId="5B0950F0" w14:textId="77777777" w:rsidR="00B10C4D" w:rsidRDefault="00B10C4D" w:rsidP="00B10C4D">
      <w:pPr>
        <w:spacing w:after="240"/>
      </w:pPr>
      <w:r>
        <w:t>One of the first things you notice in Song of Solomon is how freely affection flows.</w:t>
      </w:r>
    </w:p>
    <w:p w14:paraId="0F72FC3B" w14:textId="77777777" w:rsidR="00B10C4D" w:rsidRDefault="00B10C4D" w:rsidP="00B10C4D">
      <w:pPr>
        <w:spacing w:after="240"/>
      </w:pPr>
      <w:r>
        <w:t>Both partners speak.</w:t>
      </w:r>
    </w:p>
    <w:p w14:paraId="49430C45" w14:textId="77777777" w:rsidR="00B10C4D" w:rsidRDefault="00B10C4D" w:rsidP="00B10C4D">
      <w:pPr>
        <w:spacing w:after="240"/>
      </w:pPr>
      <w:r>
        <w:t>Both initiate.</w:t>
      </w:r>
    </w:p>
    <w:p w14:paraId="2C3A8CAF" w14:textId="77777777" w:rsidR="00B10C4D" w:rsidRDefault="00B10C4D" w:rsidP="00B10C4D">
      <w:pPr>
        <w:spacing w:after="240"/>
      </w:pPr>
      <w:r>
        <w:t>Both pursue.</w:t>
      </w:r>
    </w:p>
    <w:p w14:paraId="5D33D257" w14:textId="77777777" w:rsidR="00B10C4D" w:rsidRDefault="00B10C4D" w:rsidP="00B10C4D">
      <w:pPr>
        <w:spacing w:after="240"/>
      </w:pPr>
      <w:r>
        <w:t>No one is chasing while the other withholds.</w:t>
      </w:r>
    </w:p>
    <w:p w14:paraId="2819395C" w14:textId="77777777" w:rsidR="00B10C4D" w:rsidRDefault="00B10C4D" w:rsidP="00B10C4D">
      <w:pPr>
        <w:spacing w:after="240"/>
      </w:pPr>
      <w:r>
        <w:t>No one is testing loyalty.</w:t>
      </w:r>
    </w:p>
    <w:p w14:paraId="6ABA4B85" w14:textId="77777777" w:rsidR="00B10C4D" w:rsidRDefault="00B10C4D" w:rsidP="00B10C4D">
      <w:pPr>
        <w:spacing w:after="240"/>
      </w:pPr>
      <w:r>
        <w:t>No one is using silence or distance as leverage.</w:t>
      </w:r>
    </w:p>
    <w:p w14:paraId="07F02A00" w14:textId="77777777" w:rsidR="00B10C4D" w:rsidRDefault="00B10C4D" w:rsidP="00B10C4D">
      <w:pPr>
        <w:spacing w:after="240"/>
      </w:pPr>
      <w:r>
        <w:t>Love is chosen openly.</w:t>
      </w:r>
    </w:p>
    <w:p w14:paraId="2387FF12" w14:textId="77777777" w:rsidR="00B10C4D" w:rsidRDefault="00B10C4D" w:rsidP="00B10C4D">
      <w:pPr>
        <w:spacing w:after="240"/>
      </w:pPr>
      <w:r>
        <w:t xml:space="preserve">This alone is healing for many readers </w:t>
      </w:r>
      <w:r>
        <w:rPr>
          <w:rFonts w:hint="eastAsia"/>
        </w:rPr>
        <w:t>—</w:t>
      </w:r>
      <w:r>
        <w:t xml:space="preserve"> because so much modern dating is built on power.</w:t>
      </w:r>
    </w:p>
    <w:p w14:paraId="33510A71" w14:textId="77777777" w:rsidR="00B10C4D" w:rsidRDefault="00B10C4D" w:rsidP="00B10C4D">
      <w:pPr>
        <w:spacing w:after="240"/>
      </w:pPr>
      <w:r>
        <w:t>Who texts first.</w:t>
      </w:r>
    </w:p>
    <w:p w14:paraId="470A4DAB" w14:textId="77777777" w:rsidR="00B10C4D" w:rsidRDefault="00B10C4D" w:rsidP="00B10C4D">
      <w:pPr>
        <w:spacing w:after="240"/>
      </w:pPr>
      <w:r>
        <w:t>Who cares less.</w:t>
      </w:r>
    </w:p>
    <w:p w14:paraId="715270EF" w14:textId="77777777" w:rsidR="00B10C4D" w:rsidRDefault="00B10C4D" w:rsidP="00B10C4D">
      <w:pPr>
        <w:spacing w:after="240"/>
      </w:pPr>
      <w:r>
        <w:t>Who has control.</w:t>
      </w:r>
    </w:p>
    <w:p w14:paraId="02C37C89" w14:textId="77777777" w:rsidR="00B10C4D" w:rsidRDefault="00B10C4D" w:rsidP="00B10C4D">
      <w:pPr>
        <w:spacing w:after="240"/>
      </w:pPr>
      <w:r>
        <w:t>God</w:t>
      </w:r>
      <w:r>
        <w:rPr>
          <w:rFonts w:hint="eastAsia"/>
        </w:rPr>
        <w:t>’</w:t>
      </w:r>
      <w:r>
        <w:t>s design has no power games.</w:t>
      </w:r>
    </w:p>
    <w:p w14:paraId="208D430D" w14:textId="77777777" w:rsidR="00B10C4D" w:rsidRDefault="00B10C4D" w:rsidP="00B10C4D">
      <w:pPr>
        <w:spacing w:after="240"/>
      </w:pPr>
      <w:r>
        <w:t>Healthy love is mutual.</w:t>
      </w:r>
    </w:p>
    <w:p w14:paraId="665214CD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🔥</w:t>
      </w:r>
      <w:r>
        <w:t xml:space="preserve"> Passion That Feels Safe</w:t>
      </w:r>
    </w:p>
    <w:p w14:paraId="75F4ED76" w14:textId="77777777" w:rsidR="00B10C4D" w:rsidRDefault="00B10C4D" w:rsidP="00B10C4D">
      <w:pPr>
        <w:spacing w:after="240"/>
      </w:pPr>
      <w:r>
        <w:t xml:space="preserve">Song of Solomon is passionate </w:t>
      </w:r>
      <w:r>
        <w:rPr>
          <w:rFonts w:hint="eastAsia"/>
        </w:rPr>
        <w:t>—</w:t>
      </w:r>
      <w:r>
        <w:t xml:space="preserve"> boldly so.</w:t>
      </w:r>
    </w:p>
    <w:p w14:paraId="5046C4C6" w14:textId="77777777" w:rsidR="00B10C4D" w:rsidRDefault="00B10C4D" w:rsidP="00B10C4D">
      <w:pPr>
        <w:spacing w:after="240"/>
      </w:pPr>
      <w:r>
        <w:t>The couple expresses desire, admiration, longing, and joy in each other</w:t>
      </w:r>
      <w:r>
        <w:rPr>
          <w:rFonts w:hint="eastAsia"/>
        </w:rPr>
        <w:t>’</w:t>
      </w:r>
      <w:r>
        <w:t>s bodies.</w:t>
      </w:r>
    </w:p>
    <w:p w14:paraId="45F7B1FA" w14:textId="77777777" w:rsidR="00B10C4D" w:rsidRDefault="00B10C4D" w:rsidP="00B10C4D">
      <w:pPr>
        <w:spacing w:after="240"/>
      </w:pPr>
      <w:r>
        <w:t>Yet none of it feels rushed, pressured, or manipulative.</w:t>
      </w:r>
    </w:p>
    <w:p w14:paraId="4A7399B0" w14:textId="77777777" w:rsidR="00B10C4D" w:rsidRDefault="00B10C4D" w:rsidP="00B10C4D">
      <w:pPr>
        <w:spacing w:after="240"/>
      </w:pPr>
      <w:r>
        <w:t>Why?</w:t>
      </w:r>
    </w:p>
    <w:p w14:paraId="4FDBD4EC" w14:textId="77777777" w:rsidR="00B10C4D" w:rsidRDefault="00B10C4D" w:rsidP="00B10C4D">
      <w:pPr>
        <w:spacing w:after="240"/>
      </w:pPr>
      <w:r>
        <w:t>Because passion flows from security.</w:t>
      </w:r>
    </w:p>
    <w:p w14:paraId="3F842F5C" w14:textId="77777777" w:rsidR="00B10C4D" w:rsidRDefault="00B10C4D" w:rsidP="00B10C4D">
      <w:pPr>
        <w:spacing w:after="240"/>
      </w:pPr>
      <w:r>
        <w:t>There is trust.</w:t>
      </w:r>
    </w:p>
    <w:p w14:paraId="4D19BD27" w14:textId="77777777" w:rsidR="00B10C4D" w:rsidRDefault="00B10C4D" w:rsidP="00B10C4D">
      <w:pPr>
        <w:spacing w:after="240"/>
      </w:pPr>
      <w:r>
        <w:t>There is belonging.</w:t>
      </w:r>
    </w:p>
    <w:p w14:paraId="6F7A6E1C" w14:textId="77777777" w:rsidR="00B10C4D" w:rsidRDefault="00B10C4D" w:rsidP="00B10C4D">
      <w:pPr>
        <w:spacing w:after="240"/>
      </w:pPr>
      <w:r>
        <w:t>There is emotional closeness.</w:t>
      </w:r>
    </w:p>
    <w:p w14:paraId="46DF2C6C" w14:textId="77777777" w:rsidR="00B10C4D" w:rsidRDefault="00B10C4D" w:rsidP="00B10C4D">
      <w:pPr>
        <w:spacing w:after="240"/>
      </w:pPr>
      <w:r>
        <w:t>Desire is not used to keep someone.</w:t>
      </w:r>
    </w:p>
    <w:p w14:paraId="7AB7F5A3" w14:textId="77777777" w:rsidR="00B10C4D" w:rsidRDefault="00B10C4D" w:rsidP="00B10C4D">
      <w:pPr>
        <w:spacing w:after="240"/>
      </w:pPr>
      <w:r>
        <w:t>It is shared because love is already secure.</w:t>
      </w:r>
    </w:p>
    <w:p w14:paraId="7E575636" w14:textId="77777777" w:rsidR="00B10C4D" w:rsidRDefault="00B10C4D" w:rsidP="00B10C4D">
      <w:pPr>
        <w:spacing w:after="240"/>
      </w:pPr>
      <w:r>
        <w:t>This is the key difference between God</w:t>
      </w:r>
      <w:r>
        <w:rPr>
          <w:rFonts w:hint="eastAsia"/>
        </w:rPr>
        <w:t>’</w:t>
      </w:r>
      <w:r>
        <w:t>s design and modern intimacy.</w:t>
      </w:r>
    </w:p>
    <w:p w14:paraId="77935A50" w14:textId="77777777" w:rsidR="00B10C4D" w:rsidRDefault="00B10C4D" w:rsidP="00B10C4D">
      <w:pPr>
        <w:spacing w:after="240"/>
      </w:pPr>
      <w:r>
        <w:t>One bonds people.</w:t>
      </w:r>
    </w:p>
    <w:p w14:paraId="6AFCA346" w14:textId="77777777" w:rsidR="00B10C4D" w:rsidRDefault="00B10C4D" w:rsidP="00B10C4D">
      <w:pPr>
        <w:spacing w:after="240"/>
      </w:pPr>
      <w:r>
        <w:t>The other often binds people.</w:t>
      </w:r>
    </w:p>
    <w:p w14:paraId="7910AA24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🔒</w:t>
      </w:r>
      <w:r>
        <w:t xml:space="preserve"> Love Protected by Wisdom</w:t>
      </w:r>
    </w:p>
    <w:p w14:paraId="0F5C0EB5" w14:textId="77777777" w:rsidR="00B10C4D" w:rsidRDefault="00B10C4D" w:rsidP="00B10C4D">
      <w:pPr>
        <w:spacing w:after="240"/>
      </w:pPr>
      <w:r>
        <w:t>Throughout the book, a phrase repeats:</w:t>
      </w:r>
    </w:p>
    <w:p w14:paraId="59ACF152" w14:textId="77777777" w:rsidR="00B10C4D" w:rsidRDefault="00B10C4D" w:rsidP="00B10C4D">
      <w:pPr>
        <w:spacing w:after="240"/>
      </w:pPr>
      <w:r>
        <w:rPr>
          <w:rFonts w:hint="eastAsia"/>
        </w:rPr>
        <w:t>“</w:t>
      </w:r>
      <w:r>
        <w:t>Do not awaken love before its time.</w:t>
      </w:r>
      <w:r>
        <w:rPr>
          <w:rFonts w:hint="eastAsia"/>
        </w:rPr>
        <w:t>”</w:t>
      </w:r>
    </w:p>
    <w:p w14:paraId="5AB2C023" w14:textId="77777777" w:rsidR="00B10C4D" w:rsidRDefault="00B10C4D" w:rsidP="00B10C4D">
      <w:pPr>
        <w:spacing w:after="240"/>
      </w:pPr>
      <w:r>
        <w:t>This isn</w:t>
      </w:r>
      <w:r>
        <w:rPr>
          <w:rFonts w:hint="eastAsia"/>
        </w:rPr>
        <w:t>’</w:t>
      </w:r>
      <w:r>
        <w:t>t about suppressing desire.</w:t>
      </w:r>
    </w:p>
    <w:p w14:paraId="1681E764" w14:textId="77777777" w:rsidR="00B10C4D" w:rsidRDefault="00B10C4D" w:rsidP="00B10C4D">
      <w:pPr>
        <w:spacing w:after="240"/>
      </w:pPr>
      <w:r>
        <w:t>It</w:t>
      </w:r>
      <w:r>
        <w:rPr>
          <w:rFonts w:hint="eastAsia"/>
        </w:rPr>
        <w:t>’</w:t>
      </w:r>
      <w:r>
        <w:t>s about protecting it.</w:t>
      </w:r>
    </w:p>
    <w:p w14:paraId="1096B7A8" w14:textId="77777777" w:rsidR="00B10C4D" w:rsidRDefault="00B10C4D" w:rsidP="00B10C4D">
      <w:pPr>
        <w:spacing w:after="240"/>
      </w:pPr>
      <w:r>
        <w:t xml:space="preserve">God treats intimacy as powerful </w:t>
      </w:r>
      <w:r>
        <w:rPr>
          <w:rFonts w:hint="eastAsia"/>
        </w:rPr>
        <w:t>—</w:t>
      </w:r>
      <w:r>
        <w:t xml:space="preserve"> something worth guarding, not rushing.</w:t>
      </w:r>
    </w:p>
    <w:p w14:paraId="011050B9" w14:textId="77777777" w:rsidR="00B10C4D" w:rsidRDefault="00B10C4D" w:rsidP="00B10C4D">
      <w:pPr>
        <w:spacing w:after="240"/>
      </w:pPr>
      <w:r>
        <w:t>In healthy love:</w:t>
      </w:r>
    </w:p>
    <w:p w14:paraId="69F56E85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timing is honored</w:t>
      </w:r>
    </w:p>
    <w:p w14:paraId="079DCFB2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boundaries are respected</w:t>
      </w:r>
    </w:p>
    <w:p w14:paraId="4C358368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trust is built patiently</w:t>
      </w:r>
    </w:p>
    <w:p w14:paraId="3BFEF8E9" w14:textId="77777777" w:rsidR="00B10C4D" w:rsidRDefault="00B10C4D" w:rsidP="00B10C4D">
      <w:pPr>
        <w:spacing w:after="240"/>
      </w:pPr>
      <w:r>
        <w:t>This creates relationships that feel peaceful instead of pressured.</w:t>
      </w:r>
    </w:p>
    <w:p w14:paraId="3F9FCB1A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703F70B8" w14:textId="77777777" w:rsidR="00B10C4D" w:rsidRDefault="00B10C4D" w:rsidP="00B10C4D">
      <w:pPr>
        <w:spacing w:after="240"/>
      </w:pPr>
      <w:r>
        <w:t>When I first read Song of Solomon with fresh eyes, something clicked.</w:t>
      </w:r>
    </w:p>
    <w:p w14:paraId="4CD43F99" w14:textId="77777777" w:rsidR="00B10C4D" w:rsidRDefault="00B10C4D" w:rsidP="00B10C4D">
      <w:pPr>
        <w:spacing w:after="240"/>
      </w:pPr>
      <w:r>
        <w:t xml:space="preserve">I had never seen a relationship in Scripture that looked like this </w:t>
      </w:r>
      <w:r>
        <w:rPr>
          <w:rFonts w:hint="eastAsia"/>
        </w:rPr>
        <w:t>—</w:t>
      </w:r>
      <w:r>
        <w:t xml:space="preserve"> warm, passionate, safe, mutual, and steady.</w:t>
      </w:r>
    </w:p>
    <w:p w14:paraId="0598BB0F" w14:textId="77777777" w:rsidR="00B10C4D" w:rsidRDefault="00B10C4D" w:rsidP="00B10C4D">
      <w:pPr>
        <w:spacing w:after="240"/>
      </w:pPr>
      <w:r>
        <w:t>Every relationship I had known felt intense but unstable.</w:t>
      </w:r>
    </w:p>
    <w:p w14:paraId="4F4CE632" w14:textId="77777777" w:rsidR="00B10C4D" w:rsidRDefault="00B10C4D" w:rsidP="00B10C4D">
      <w:pPr>
        <w:spacing w:after="240"/>
      </w:pPr>
      <w:r>
        <w:t>This one felt strong and peaceful.</w:t>
      </w:r>
    </w:p>
    <w:p w14:paraId="5427EB66" w14:textId="77777777" w:rsidR="00B10C4D" w:rsidRDefault="00B10C4D" w:rsidP="00B10C4D">
      <w:pPr>
        <w:spacing w:after="240"/>
      </w:pPr>
      <w:r>
        <w:t>For the first time, I realized:</w:t>
      </w:r>
    </w:p>
    <w:p w14:paraId="1A7E7CBA" w14:textId="77777777" w:rsidR="00B10C4D" w:rsidRDefault="00B10C4D" w:rsidP="00B10C4D">
      <w:pPr>
        <w:spacing w:after="240"/>
      </w:pPr>
      <w:r>
        <w:t>Love wasn</w:t>
      </w:r>
      <w:r>
        <w:rPr>
          <w:rFonts w:hint="eastAsia"/>
        </w:rPr>
        <w:t>’</w:t>
      </w:r>
      <w:r>
        <w:t>t supposed to feel like anxiety.</w:t>
      </w:r>
    </w:p>
    <w:p w14:paraId="0183A8CA" w14:textId="77777777" w:rsidR="00B10C4D" w:rsidRDefault="00B10C4D" w:rsidP="00B10C4D">
      <w:pPr>
        <w:spacing w:after="240"/>
      </w:pPr>
      <w:r>
        <w:t>It wasn</w:t>
      </w:r>
      <w:r>
        <w:rPr>
          <w:rFonts w:hint="eastAsia"/>
        </w:rPr>
        <w:t>’</w:t>
      </w:r>
      <w:r>
        <w:t>t supposed to swing between closeness and distance.</w:t>
      </w:r>
    </w:p>
    <w:p w14:paraId="32EF1038" w14:textId="77777777" w:rsidR="00B10C4D" w:rsidRDefault="00B10C4D" w:rsidP="00B10C4D">
      <w:pPr>
        <w:spacing w:after="240"/>
      </w:pPr>
      <w:r>
        <w:t>It wasn</w:t>
      </w:r>
      <w:r>
        <w:rPr>
          <w:rFonts w:hint="eastAsia"/>
        </w:rPr>
        <w:t>’</w:t>
      </w:r>
      <w:r>
        <w:t>t supposed to be something you constantly fight to keep.</w:t>
      </w:r>
    </w:p>
    <w:p w14:paraId="184E0F16" w14:textId="77777777" w:rsidR="00B10C4D" w:rsidRDefault="00B10C4D" w:rsidP="00B10C4D">
      <w:pPr>
        <w:spacing w:after="240"/>
      </w:pPr>
      <w:r>
        <w:t>God</w:t>
      </w:r>
      <w:r>
        <w:rPr>
          <w:rFonts w:hint="eastAsia"/>
        </w:rPr>
        <w:t>’</w:t>
      </w:r>
      <w:r>
        <w:t>s design felt like rest.</w:t>
      </w:r>
    </w:p>
    <w:p w14:paraId="05A57CB3" w14:textId="77777777" w:rsidR="00B10C4D" w:rsidRDefault="00B10C4D" w:rsidP="00B10C4D">
      <w:pPr>
        <w:spacing w:after="240"/>
      </w:pPr>
      <w:r>
        <w:t>And that</w:t>
      </w:r>
      <w:r>
        <w:rPr>
          <w:rFonts w:hint="eastAsia"/>
        </w:rPr>
        <w:t>’</w:t>
      </w:r>
      <w:r>
        <w:t>s when I understood how much drift I had accepted as normal.</w:t>
      </w:r>
    </w:p>
    <w:p w14:paraId="38AD959D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🧱</w:t>
      </w:r>
      <w:r>
        <w:t xml:space="preserve"> The Five Pillars of God</w:t>
      </w:r>
      <w:r>
        <w:rPr>
          <w:rFonts w:hint="eastAsia"/>
        </w:rPr>
        <w:t>’</w:t>
      </w:r>
      <w:r>
        <w:t>s Intimacy Blueprint</w:t>
      </w:r>
    </w:p>
    <w:p w14:paraId="76517B2A" w14:textId="77777777" w:rsidR="00B10C4D" w:rsidRDefault="00B10C4D" w:rsidP="00B10C4D">
      <w:pPr>
        <w:spacing w:after="240"/>
      </w:pPr>
      <w:r>
        <w:t>From Song of Solomon we see five consistent elements:</w:t>
      </w:r>
    </w:p>
    <w:p w14:paraId="2EEEFBA9" w14:textId="77777777" w:rsidR="00B10C4D" w:rsidRDefault="00B10C4D" w:rsidP="00B10C4D">
      <w:pPr>
        <w:spacing w:after="240"/>
      </w:pPr>
      <w:r>
        <w:t>1. Emotional Safety</w:t>
      </w:r>
    </w:p>
    <w:p w14:paraId="2139508C" w14:textId="77777777" w:rsidR="00B10C4D" w:rsidRDefault="00B10C4D" w:rsidP="00B10C4D">
      <w:pPr>
        <w:spacing w:after="240"/>
      </w:pPr>
      <w:r>
        <w:t>They feel secure with each other.</w:t>
      </w:r>
    </w:p>
    <w:p w14:paraId="2ED3CFA5" w14:textId="77777777" w:rsidR="00B10C4D" w:rsidRDefault="00B10C4D" w:rsidP="00B10C4D">
      <w:pPr>
        <w:spacing w:after="240"/>
      </w:pPr>
      <w:r>
        <w:t>2. Mutual Pursuit</w:t>
      </w:r>
    </w:p>
    <w:p w14:paraId="0ED1BD0B" w14:textId="77777777" w:rsidR="00B10C4D" w:rsidRDefault="00B10C4D" w:rsidP="00B10C4D">
      <w:pPr>
        <w:spacing w:after="240"/>
      </w:pPr>
      <w:r>
        <w:t>Both choose love daily.</w:t>
      </w:r>
    </w:p>
    <w:p w14:paraId="1F4E0925" w14:textId="77777777" w:rsidR="00B10C4D" w:rsidRDefault="00B10C4D" w:rsidP="00B10C4D">
      <w:pPr>
        <w:spacing w:after="240"/>
      </w:pPr>
      <w:r>
        <w:t>3. Honoring Desire</w:t>
      </w:r>
    </w:p>
    <w:p w14:paraId="0FC1821F" w14:textId="77777777" w:rsidR="00B10C4D" w:rsidRDefault="00B10C4D" w:rsidP="00B10C4D">
      <w:pPr>
        <w:spacing w:after="240"/>
      </w:pPr>
      <w:r>
        <w:t>Passion strengthens connection.</w:t>
      </w:r>
    </w:p>
    <w:p w14:paraId="0DA9A326" w14:textId="77777777" w:rsidR="00B10C4D" w:rsidRDefault="00B10C4D" w:rsidP="00B10C4D">
      <w:pPr>
        <w:spacing w:after="240"/>
      </w:pPr>
      <w:r>
        <w:t>4. Protected Timing</w:t>
      </w:r>
    </w:p>
    <w:p w14:paraId="3FE4B203" w14:textId="77777777" w:rsidR="00B10C4D" w:rsidRDefault="00B10C4D" w:rsidP="00B10C4D">
      <w:pPr>
        <w:spacing w:after="240"/>
      </w:pPr>
      <w:r>
        <w:t>Intimacy grows wisely.</w:t>
      </w:r>
    </w:p>
    <w:p w14:paraId="438DE253" w14:textId="77777777" w:rsidR="00B10C4D" w:rsidRDefault="00B10C4D" w:rsidP="00B10C4D">
      <w:pPr>
        <w:spacing w:after="240"/>
      </w:pPr>
      <w:r>
        <w:t>5. Deepening Bond</w:t>
      </w:r>
    </w:p>
    <w:p w14:paraId="35305DB3" w14:textId="77777777" w:rsidR="00B10C4D" w:rsidRDefault="00B10C4D" w:rsidP="00B10C4D">
      <w:pPr>
        <w:spacing w:after="240"/>
      </w:pPr>
      <w:r>
        <w:t>Love becomes stronger with time.</w:t>
      </w:r>
    </w:p>
    <w:p w14:paraId="1B8763D0" w14:textId="77777777" w:rsidR="00B10C4D" w:rsidRDefault="00B10C4D" w:rsidP="00B10C4D">
      <w:pPr>
        <w:spacing w:after="240"/>
      </w:pPr>
      <w:r>
        <w:t>When all five exist, intimacy flourishes.</w:t>
      </w:r>
    </w:p>
    <w:p w14:paraId="340CD67D" w14:textId="77777777" w:rsidR="00B10C4D" w:rsidRDefault="00B10C4D" w:rsidP="00B10C4D">
      <w:pPr>
        <w:spacing w:after="240"/>
      </w:pPr>
      <w:r>
        <w:t>When one is missing, drift begins.</w:t>
      </w:r>
    </w:p>
    <w:p w14:paraId="6B8D4E87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What Healed Intimacy Feels Like</w:t>
      </w:r>
    </w:p>
    <w:p w14:paraId="270A7812" w14:textId="77777777" w:rsidR="00B10C4D" w:rsidRDefault="00B10C4D" w:rsidP="00B10C4D">
      <w:pPr>
        <w:spacing w:after="240"/>
      </w:pPr>
      <w:r>
        <w:t>When relationships follow God</w:t>
      </w:r>
      <w:r>
        <w:rPr>
          <w:rFonts w:hint="eastAsia"/>
        </w:rPr>
        <w:t>’</w:t>
      </w:r>
      <w:r>
        <w:t>s blueprint, love feels:</w:t>
      </w:r>
    </w:p>
    <w:p w14:paraId="57AD1B16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peaceful, not anxious</w:t>
      </w:r>
    </w:p>
    <w:p w14:paraId="26F4FEF3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mutual, not one-sided</w:t>
      </w:r>
    </w:p>
    <w:p w14:paraId="1FE56F98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passionate, not chaotic</w:t>
      </w:r>
    </w:p>
    <w:p w14:paraId="3FF6E05A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secure, not fragile</w:t>
      </w:r>
    </w:p>
    <w:p w14:paraId="7D09B721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joyful, not exhausting</w:t>
      </w:r>
    </w:p>
    <w:p w14:paraId="78C37667" w14:textId="77777777" w:rsidR="00B10C4D" w:rsidRDefault="00B10C4D" w:rsidP="00B10C4D">
      <w:pPr>
        <w:spacing w:after="240"/>
      </w:pPr>
      <w:r>
        <w:t>This is the intimacy God always intended.</w:t>
      </w:r>
    </w:p>
    <w:p w14:paraId="7DA25290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Seeing God</w:t>
      </w:r>
      <w:r>
        <w:rPr>
          <w:rFonts w:hint="eastAsia"/>
        </w:rPr>
        <w:t>’</w:t>
      </w:r>
      <w:r>
        <w:t>s Design in Action</w:t>
      </w:r>
    </w:p>
    <w:p w14:paraId="574655F9" w14:textId="77777777" w:rsidR="00B10C4D" w:rsidRDefault="00B10C4D" w:rsidP="00B10C4D">
      <w:pPr>
        <w:spacing w:after="240"/>
      </w:pPr>
      <w:r>
        <w:t>Read &amp; Reflect:</w:t>
      </w:r>
    </w:p>
    <w:p w14:paraId="405D0E71" w14:textId="77777777" w:rsidR="00B10C4D" w:rsidRDefault="00B10C4D" w:rsidP="00B10C4D">
      <w:pPr>
        <w:spacing w:after="240"/>
      </w:pPr>
      <w:r>
        <w:t>Song of Solomon 1:2</w:t>
      </w:r>
      <w:r>
        <w:rPr>
          <w:rFonts w:hint="eastAsia"/>
        </w:rPr>
        <w:t>–</w:t>
      </w:r>
      <w:r>
        <w:t>4</w:t>
      </w:r>
    </w:p>
    <w:p w14:paraId="4CFFEED9" w14:textId="77777777" w:rsidR="00B10C4D" w:rsidRDefault="00B10C4D" w:rsidP="00B10C4D">
      <w:pPr>
        <w:spacing w:after="240"/>
      </w:pPr>
      <w:r>
        <w:t>Open affection and desire expressed safely.</w:t>
      </w:r>
    </w:p>
    <w:p w14:paraId="117AE6F5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healthy desire differ from rushed intimacy?</w:t>
      </w:r>
    </w:p>
    <w:p w14:paraId="32FAFC9A" w14:textId="77777777" w:rsidR="00B10C4D" w:rsidRDefault="00B10C4D" w:rsidP="00B10C4D">
      <w:pPr>
        <w:spacing w:after="240"/>
      </w:pPr>
      <w:r>
        <w:t>Song of Solomon 2:16</w:t>
      </w:r>
    </w:p>
    <w:p w14:paraId="61B9713E" w14:textId="77777777" w:rsidR="00B10C4D" w:rsidRDefault="00B10C4D" w:rsidP="00B10C4D">
      <w:pPr>
        <w:spacing w:after="240"/>
      </w:pPr>
      <w:r>
        <w:rPr>
          <w:rFonts w:hint="eastAsia"/>
        </w:rPr>
        <w:t>“</w:t>
      </w:r>
      <w:r>
        <w:t>My beloved is mine, and I am his.</w:t>
      </w:r>
      <w:r>
        <w:rPr>
          <w:rFonts w:hint="eastAsia"/>
        </w:rPr>
        <w:t>”</w:t>
      </w:r>
    </w:p>
    <w:p w14:paraId="223A3470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emotional security feel like?</w:t>
      </w:r>
    </w:p>
    <w:p w14:paraId="2DFA6928" w14:textId="77777777" w:rsidR="00B10C4D" w:rsidRDefault="00B10C4D" w:rsidP="00B10C4D">
      <w:pPr>
        <w:spacing w:after="240"/>
      </w:pPr>
      <w:r>
        <w:t>Song of Solomon 4:7</w:t>
      </w:r>
    </w:p>
    <w:p w14:paraId="7AA0ED68" w14:textId="77777777" w:rsidR="00B10C4D" w:rsidRDefault="00B10C4D" w:rsidP="00B10C4D">
      <w:pPr>
        <w:spacing w:after="240"/>
      </w:pPr>
      <w:r>
        <w:rPr>
          <w:rFonts w:hint="eastAsia"/>
        </w:rPr>
        <w:t>“</w:t>
      </w:r>
      <w:r>
        <w:t>You are altogether beautiful, my love.</w:t>
      </w:r>
      <w:r>
        <w:rPr>
          <w:rFonts w:hint="eastAsia"/>
        </w:rPr>
        <w:t>”</w:t>
      </w:r>
    </w:p>
    <w:p w14:paraId="0AC0B2BC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 words build safety and connection?</w:t>
      </w:r>
    </w:p>
    <w:p w14:paraId="1D9584D4" w14:textId="77777777" w:rsidR="00B10C4D" w:rsidRDefault="00B10C4D" w:rsidP="00B10C4D">
      <w:pPr>
        <w:spacing w:after="240"/>
      </w:pPr>
      <w:r>
        <w:t>Song of Solomon 8:7</w:t>
      </w:r>
    </w:p>
    <w:p w14:paraId="0C158B24" w14:textId="77777777" w:rsidR="00B10C4D" w:rsidRDefault="00B10C4D" w:rsidP="00B10C4D">
      <w:pPr>
        <w:spacing w:after="240"/>
      </w:pPr>
      <w:r>
        <w:rPr>
          <w:rFonts w:hint="eastAsia"/>
        </w:rPr>
        <w:t>“</w:t>
      </w:r>
      <w:r>
        <w:t>Many waters cannot quench love.</w:t>
      </w:r>
      <w:r>
        <w:rPr>
          <w:rFonts w:hint="eastAsia"/>
        </w:rPr>
        <w:t>”</w:t>
      </w:r>
    </w:p>
    <w:p w14:paraId="31879A8D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makes love strong and lasting?</w:t>
      </w:r>
    </w:p>
    <w:p w14:paraId="3A40EF16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Three</w:t>
      </w:r>
    </w:p>
    <w:p w14:paraId="6820ECFE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Personal Reflection</w:t>
      </w:r>
    </w:p>
    <w:p w14:paraId="5230A97C" w14:textId="77777777" w:rsidR="00B10C4D" w:rsidRDefault="00B10C4D" w:rsidP="00B10C4D">
      <w:pPr>
        <w:spacing w:after="240"/>
      </w:pPr>
      <w:r>
        <w:t>Which part of God</w:t>
      </w:r>
      <w:r>
        <w:rPr>
          <w:rFonts w:hint="eastAsia"/>
        </w:rPr>
        <w:t>’</w:t>
      </w:r>
      <w:r>
        <w:t>s design feels most healing to me right now?</w:t>
      </w:r>
    </w:p>
    <w:p w14:paraId="2FE2D263" w14:textId="77777777" w:rsidR="00B10C4D" w:rsidRDefault="00B10C4D" w:rsidP="00B10C4D">
      <w:pPr>
        <w:spacing w:after="240"/>
      </w:pPr>
      <w:r>
        <w:t>Which pillar has been missing in past relationships?</w:t>
      </w:r>
    </w:p>
    <w:p w14:paraId="2BADFFBA" w14:textId="77777777" w:rsidR="00B10C4D" w:rsidRDefault="00B10C4D" w:rsidP="00B10C4D">
      <w:pPr>
        <w:spacing w:after="240"/>
      </w:pPr>
      <w:r>
        <w:t>How would my life look different if love felt peaceful instead of anxious?</w:t>
      </w:r>
    </w:p>
    <w:p w14:paraId="4D383B4A" w14:textId="77777777" w:rsidR="00B10C4D" w:rsidRDefault="00B10C4D" w:rsidP="00B10C4D">
      <w:pPr>
        <w:spacing w:after="240"/>
      </w:pPr>
      <w:r>
        <w:t>What kind of intimacy do I want to build going forward?</w:t>
      </w:r>
    </w:p>
    <w:p w14:paraId="014772FC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</w:t>
      </w:r>
    </w:p>
    <w:p w14:paraId="2D12CCA5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Where do we already reflect God</w:t>
      </w:r>
      <w:r>
        <w:rPr>
          <w:rFonts w:hint="eastAsia"/>
        </w:rPr>
        <w:t>’</w:t>
      </w:r>
      <w:r>
        <w:t>s design?</w:t>
      </w:r>
    </w:p>
    <w:p w14:paraId="45419808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Where do we need to grow?</w:t>
      </w:r>
    </w:p>
    <w:p w14:paraId="007231D5" w14:textId="77777777" w:rsidR="00B10C4D" w:rsidRDefault="00B10C4D" w:rsidP="00B10C4D">
      <w:pPr>
        <w:spacing w:after="240"/>
      </w:pPr>
      <w:r>
        <w:rPr>
          <w:rFonts w:hint="eastAsia"/>
        </w:rPr>
        <w:t>•</w:t>
      </w:r>
      <w:r>
        <w:t xml:space="preserve"> How can we protect safety and trust intentionally?</w:t>
      </w:r>
    </w:p>
    <w:p w14:paraId="37EE55C0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4D5C8862" w14:textId="77777777" w:rsidR="00B10C4D" w:rsidRDefault="00B10C4D" w:rsidP="00B10C4D">
      <w:pPr>
        <w:spacing w:after="240"/>
      </w:pPr>
      <w:r>
        <w:rPr>
          <w:rFonts w:hint="eastAsia"/>
        </w:rPr>
        <w:t>“</w:t>
      </w:r>
      <w:r>
        <w:t>God, restore Your original design for intimacy in my life.</w:t>
      </w:r>
    </w:p>
    <w:p w14:paraId="71E8F08A" w14:textId="77777777" w:rsidR="00B10C4D" w:rsidRDefault="00B10C4D" w:rsidP="00B10C4D">
      <w:pPr>
        <w:spacing w:after="240"/>
      </w:pPr>
      <w:r>
        <w:t>Heal what drift distorted.</w:t>
      </w:r>
    </w:p>
    <w:p w14:paraId="1060CF47" w14:textId="77777777" w:rsidR="00B10C4D" w:rsidRDefault="00B10C4D" w:rsidP="00B10C4D">
      <w:pPr>
        <w:spacing w:after="240"/>
      </w:pPr>
      <w:r>
        <w:t>Teach me to love with wisdom, patience, passion, and peace.</w:t>
      </w:r>
      <w:r>
        <w:rPr>
          <w:rFonts w:hint="eastAsia"/>
        </w:rPr>
        <w:t>”</w:t>
      </w:r>
    </w:p>
    <w:p w14:paraId="6CFC94E8" w14:textId="77777777" w:rsidR="00B10C4D" w:rsidRDefault="00B10C4D" w:rsidP="00B10C4D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Three Truth</w:t>
      </w:r>
    </w:p>
    <w:p w14:paraId="30E97860" w14:textId="77777777" w:rsidR="00B10C4D" w:rsidRDefault="00B10C4D" w:rsidP="00B10C4D">
      <w:pPr>
        <w:spacing w:after="240"/>
      </w:pPr>
      <w:r>
        <w:t>Healthy love doesn</w:t>
      </w:r>
      <w:r>
        <w:rPr>
          <w:rFonts w:hint="eastAsia"/>
        </w:rPr>
        <w:t>’</w:t>
      </w:r>
      <w:r>
        <w:t>t feel confusing.</w:t>
      </w:r>
    </w:p>
    <w:p w14:paraId="07BBCA87" w14:textId="77777777" w:rsidR="00B10C4D" w:rsidRDefault="00B10C4D" w:rsidP="00B10C4D">
      <w:pPr>
        <w:spacing w:after="240"/>
      </w:pPr>
      <w:r>
        <w:t>It feels safe.</w:t>
      </w:r>
    </w:p>
    <w:p w14:paraId="4A5553BE" w14:textId="77777777" w:rsidR="00B10C4D" w:rsidRDefault="00B10C4D" w:rsidP="00B10C4D">
      <w:pPr>
        <w:spacing w:after="240"/>
      </w:pPr>
      <w:r>
        <w:t>It feels mutual.</w:t>
      </w:r>
    </w:p>
    <w:p w14:paraId="467A6A6D" w14:textId="77777777" w:rsidR="00B10C4D" w:rsidRDefault="00B10C4D" w:rsidP="00B10C4D">
      <w:pPr>
        <w:spacing w:after="240"/>
      </w:pPr>
      <w:r>
        <w:t>It feels strong.</w:t>
      </w:r>
    </w:p>
    <w:p w14:paraId="6151BF99" w14:textId="77777777" w:rsidR="00B10C4D" w:rsidRDefault="00B10C4D" w:rsidP="00B10C4D">
      <w:pPr>
        <w:spacing w:after="240"/>
      </w:pPr>
      <w:r>
        <w:t>It feels peaceful.</w:t>
      </w:r>
    </w:p>
    <w:p w14:paraId="36A8B0F2" w14:textId="18302EEB" w:rsidR="00890353" w:rsidRDefault="00B10C4D">
      <w:pPr>
        <w:spacing w:after="240"/>
      </w:pPr>
      <w:r>
        <w:t>That</w:t>
      </w:r>
      <w:r>
        <w:rPr>
          <w:rFonts w:hint="eastAsia"/>
        </w:rPr>
        <w:t>’</w:t>
      </w:r>
      <w:r>
        <w:t>s God</w:t>
      </w:r>
      <w:r>
        <w:rPr>
          <w:rFonts w:hint="eastAsia"/>
        </w:rPr>
        <w:t>’</w:t>
      </w:r>
      <w:r>
        <w:t>s blueprint.</w:t>
      </w:r>
      <w:r w:rsidR="00000000">
        <w:br/>
      </w:r>
    </w:p>
    <w:p w14:paraId="61F91A65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Four</w:t>
      </w:r>
    </w:p>
    <w:p w14:paraId="2C768529" w14:textId="77777777" w:rsidR="00A70F28" w:rsidRDefault="00A70F28" w:rsidP="00A70F28">
      <w:pPr>
        <w:spacing w:after="240"/>
      </w:pPr>
      <w:r>
        <w:t>Emotional Safety Before Passion: Healing the Heart Before Giving the Body</w:t>
      </w:r>
    </w:p>
    <w:p w14:paraId="59DF4205" w14:textId="77777777" w:rsidR="00A70F28" w:rsidRDefault="00A70F28" w:rsidP="00A70F28">
      <w:pPr>
        <w:spacing w:after="240"/>
      </w:pPr>
      <w:r>
        <w:t>Most people don</w:t>
      </w:r>
      <w:r>
        <w:rPr>
          <w:rFonts w:hint="eastAsia"/>
        </w:rPr>
        <w:t>’</w:t>
      </w:r>
      <w:r>
        <w:t>t enter unhealthy relationships looking for pain.</w:t>
      </w:r>
    </w:p>
    <w:p w14:paraId="64F4A8A2" w14:textId="77777777" w:rsidR="00A70F28" w:rsidRDefault="00A70F28" w:rsidP="00A70F28">
      <w:pPr>
        <w:spacing w:after="240"/>
      </w:pPr>
      <w:r>
        <w:t>They</w:t>
      </w:r>
      <w:r>
        <w:rPr>
          <w:rFonts w:hint="eastAsia"/>
        </w:rPr>
        <w:t>’</w:t>
      </w:r>
      <w:r>
        <w:t>re looking for connection.</w:t>
      </w:r>
    </w:p>
    <w:p w14:paraId="18F6417F" w14:textId="77777777" w:rsidR="00A70F28" w:rsidRDefault="00A70F28" w:rsidP="00A70F28">
      <w:pPr>
        <w:spacing w:after="240"/>
      </w:pPr>
      <w:r>
        <w:t>They want to feel chosen.</w:t>
      </w:r>
    </w:p>
    <w:p w14:paraId="3A3B552B" w14:textId="77777777" w:rsidR="00A70F28" w:rsidRDefault="00A70F28" w:rsidP="00A70F28">
      <w:pPr>
        <w:spacing w:after="240"/>
      </w:pPr>
      <w:r>
        <w:t>They want to feel secure.</w:t>
      </w:r>
    </w:p>
    <w:p w14:paraId="113F16A9" w14:textId="77777777" w:rsidR="00A70F28" w:rsidRDefault="00A70F28" w:rsidP="00A70F28">
      <w:pPr>
        <w:spacing w:after="240"/>
      </w:pPr>
      <w:r>
        <w:t>They want to feel loved.</w:t>
      </w:r>
    </w:p>
    <w:p w14:paraId="3C55022C" w14:textId="77777777" w:rsidR="00A70F28" w:rsidRDefault="00A70F28" w:rsidP="00A70F28">
      <w:pPr>
        <w:spacing w:after="240"/>
      </w:pPr>
      <w:r>
        <w:t>But when emotional safety is missing, the heart begins reaching for intimacy to fill the gap.</w:t>
      </w:r>
    </w:p>
    <w:p w14:paraId="24413557" w14:textId="77777777" w:rsidR="00A70F28" w:rsidRDefault="00A70F28" w:rsidP="00A70F28">
      <w:pPr>
        <w:spacing w:after="240"/>
      </w:pPr>
      <w:r>
        <w:t>And what was meant to deepen love becomes something we use to survive it.</w:t>
      </w:r>
    </w:p>
    <w:p w14:paraId="74A81EE6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🧱</w:t>
      </w:r>
      <w:r>
        <w:t xml:space="preserve"> Why Safety Is the Foundation of All Healthy Love</w:t>
      </w:r>
    </w:p>
    <w:p w14:paraId="70B644A7" w14:textId="77777777" w:rsidR="00A70F28" w:rsidRDefault="00A70F28" w:rsidP="00A70F28">
      <w:pPr>
        <w:spacing w:after="240"/>
      </w:pPr>
      <w:r>
        <w:t>In God</w:t>
      </w:r>
      <w:r>
        <w:rPr>
          <w:rFonts w:hint="eastAsia"/>
        </w:rPr>
        <w:t>’</w:t>
      </w:r>
      <w:r>
        <w:t>s design, intimacy flows from peace.</w:t>
      </w:r>
    </w:p>
    <w:p w14:paraId="1B74B87A" w14:textId="77777777" w:rsidR="00A70F28" w:rsidRDefault="00A70F28" w:rsidP="00A70F28">
      <w:pPr>
        <w:spacing w:after="240"/>
      </w:pPr>
      <w:r>
        <w:t>In drifted relationships, intimacy is used to create peace.</w:t>
      </w:r>
    </w:p>
    <w:p w14:paraId="67D5D2E5" w14:textId="77777777" w:rsidR="00A70F28" w:rsidRDefault="00A70F28" w:rsidP="00A70F28">
      <w:pPr>
        <w:spacing w:after="240"/>
      </w:pPr>
      <w:r>
        <w:t>That difference changes everything.</w:t>
      </w:r>
    </w:p>
    <w:p w14:paraId="11088C56" w14:textId="77777777" w:rsidR="00A70F28" w:rsidRDefault="00A70F28" w:rsidP="00A70F28">
      <w:pPr>
        <w:spacing w:after="240"/>
      </w:pPr>
      <w:r>
        <w:t>When emotional safety exists:</w:t>
      </w:r>
    </w:p>
    <w:p w14:paraId="0FFC7D5C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affection feels calming</w:t>
      </w:r>
    </w:p>
    <w:p w14:paraId="6461FC26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closeness feels secure</w:t>
      </w:r>
    </w:p>
    <w:p w14:paraId="1E1333D2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love feels steady</w:t>
      </w:r>
    </w:p>
    <w:p w14:paraId="61B7B5FC" w14:textId="77777777" w:rsidR="00A70F28" w:rsidRDefault="00A70F28" w:rsidP="00A70F28">
      <w:pPr>
        <w:spacing w:after="240"/>
      </w:pPr>
      <w:r>
        <w:t>When emotional safety is missing:</w:t>
      </w:r>
    </w:p>
    <w:p w14:paraId="5FCD7550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affection feels addictive</w:t>
      </w:r>
    </w:p>
    <w:p w14:paraId="681A6610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closeness feels urgent</w:t>
      </w:r>
    </w:p>
    <w:p w14:paraId="57CA5225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love feels unstable</w:t>
      </w:r>
    </w:p>
    <w:p w14:paraId="07BE4996" w14:textId="77777777" w:rsidR="00A70F28" w:rsidRDefault="00A70F28" w:rsidP="00A70F28">
      <w:pPr>
        <w:spacing w:after="240"/>
      </w:pPr>
      <w:r>
        <w:t>Many people mistake emotional intensity for emotional connection.</w:t>
      </w:r>
    </w:p>
    <w:p w14:paraId="2A19A170" w14:textId="77777777" w:rsidR="00A70F28" w:rsidRDefault="00A70F28" w:rsidP="00A70F28">
      <w:pPr>
        <w:spacing w:after="240"/>
      </w:pPr>
      <w:r>
        <w:t>But intensity is often anxiety.</w:t>
      </w:r>
    </w:p>
    <w:p w14:paraId="34530407" w14:textId="77777777" w:rsidR="00A70F28" w:rsidRDefault="00A70F28" w:rsidP="00A70F28">
      <w:pPr>
        <w:spacing w:after="240"/>
      </w:pPr>
      <w:r>
        <w:t>God never designed love to feel like fear.</w:t>
      </w:r>
    </w:p>
    <w:p w14:paraId="6FCE5F2D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What Emotional Safety Actually Looks Like</w:t>
      </w:r>
    </w:p>
    <w:p w14:paraId="5B262AFF" w14:textId="77777777" w:rsidR="00A70F28" w:rsidRDefault="00A70F28" w:rsidP="00A70F28">
      <w:pPr>
        <w:spacing w:after="240"/>
      </w:pPr>
      <w:r>
        <w:t>Emotional safety means:</w:t>
      </w:r>
    </w:p>
    <w:p w14:paraId="624C56D2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you can be honest without punishment</w:t>
      </w:r>
    </w:p>
    <w:p w14:paraId="25AB9C7E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you can express needs without manipulation</w:t>
      </w:r>
    </w:p>
    <w:p w14:paraId="439F5E52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you don</w:t>
      </w:r>
      <w:r>
        <w:rPr>
          <w:rFonts w:hint="eastAsia"/>
        </w:rPr>
        <w:t>’</w:t>
      </w:r>
      <w:r>
        <w:t>t fear abandonment during conflict</w:t>
      </w:r>
    </w:p>
    <w:p w14:paraId="53F253BE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affection isn</w:t>
      </w:r>
      <w:r>
        <w:rPr>
          <w:rFonts w:hint="eastAsia"/>
        </w:rPr>
        <w:t>’</w:t>
      </w:r>
      <w:r>
        <w:t>t withdrawn to control behavior</w:t>
      </w:r>
    </w:p>
    <w:p w14:paraId="128385B4" w14:textId="77777777" w:rsidR="00A70F28" w:rsidRDefault="00A70F28" w:rsidP="00A70F28">
      <w:pPr>
        <w:spacing w:after="240"/>
      </w:pPr>
      <w:r>
        <w:t>It feels like:</w:t>
      </w:r>
    </w:p>
    <w:p w14:paraId="5AAD1086" w14:textId="77777777" w:rsidR="00A70F28" w:rsidRDefault="00A70F28" w:rsidP="00A70F28">
      <w:pPr>
        <w:spacing w:after="240"/>
      </w:pPr>
      <w:r>
        <w:t>peace instead of pressure</w:t>
      </w:r>
    </w:p>
    <w:p w14:paraId="3C5FBF1E" w14:textId="77777777" w:rsidR="00A70F28" w:rsidRDefault="00A70F28" w:rsidP="00A70F28">
      <w:pPr>
        <w:spacing w:after="240"/>
      </w:pPr>
      <w:r>
        <w:t>clarity instead of confusion</w:t>
      </w:r>
    </w:p>
    <w:p w14:paraId="4033C4F4" w14:textId="77777777" w:rsidR="00A70F28" w:rsidRDefault="00A70F28" w:rsidP="00A70F28">
      <w:pPr>
        <w:spacing w:after="240"/>
      </w:pPr>
      <w:r>
        <w:t>security instead of chasing</w:t>
      </w:r>
    </w:p>
    <w:p w14:paraId="1D17A36D" w14:textId="77777777" w:rsidR="00A70F28" w:rsidRDefault="00A70F28" w:rsidP="00A70F28">
      <w:pPr>
        <w:spacing w:after="240"/>
      </w:pPr>
      <w:r>
        <w:t xml:space="preserve">This is what we see in Song of Solomon </w:t>
      </w:r>
      <w:r>
        <w:rPr>
          <w:rFonts w:hint="eastAsia"/>
        </w:rPr>
        <w:t>—</w:t>
      </w:r>
      <w:r>
        <w:t xml:space="preserve"> two people who rest in each other, not worry about losing each other.</w:t>
      </w:r>
    </w:p>
    <w:p w14:paraId="2EE55DD2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💔</w:t>
      </w:r>
      <w:r>
        <w:t xml:space="preserve"> When Manipulation Replaces Safety</w:t>
      </w:r>
    </w:p>
    <w:p w14:paraId="304D173C" w14:textId="77777777" w:rsidR="00A70F28" w:rsidRDefault="00A70F28" w:rsidP="00A70F28">
      <w:pPr>
        <w:spacing w:after="240"/>
      </w:pPr>
      <w:r>
        <w:t>Manipulation often isn</w:t>
      </w:r>
      <w:r>
        <w:rPr>
          <w:rFonts w:hint="eastAsia"/>
        </w:rPr>
        <w:t>’</w:t>
      </w:r>
      <w:r>
        <w:t>t obvious at first.</w:t>
      </w:r>
    </w:p>
    <w:p w14:paraId="18811963" w14:textId="77777777" w:rsidR="00A70F28" w:rsidRDefault="00A70F28" w:rsidP="00A70F28">
      <w:pPr>
        <w:spacing w:after="240"/>
      </w:pPr>
      <w:r>
        <w:t>It usually starts as intense affection.</w:t>
      </w:r>
    </w:p>
    <w:p w14:paraId="2BB7B479" w14:textId="77777777" w:rsidR="00A70F28" w:rsidRDefault="00A70F28" w:rsidP="00A70F28">
      <w:pPr>
        <w:spacing w:after="240"/>
      </w:pPr>
      <w:r>
        <w:t>Deep connection.</w:t>
      </w:r>
    </w:p>
    <w:p w14:paraId="419340B3" w14:textId="77777777" w:rsidR="00A70F28" w:rsidRDefault="00A70F28" w:rsidP="00A70F28">
      <w:pPr>
        <w:spacing w:after="240"/>
      </w:pPr>
      <w:r>
        <w:t>Strong desire.</w:t>
      </w:r>
    </w:p>
    <w:p w14:paraId="4925FC74" w14:textId="77777777" w:rsidR="00A70F28" w:rsidRDefault="00A70F28" w:rsidP="00A70F28">
      <w:pPr>
        <w:spacing w:after="240"/>
      </w:pPr>
      <w:r>
        <w:t>Big emotions.</w:t>
      </w:r>
    </w:p>
    <w:p w14:paraId="5152B76B" w14:textId="77777777" w:rsidR="00A70F28" w:rsidRDefault="00A70F28" w:rsidP="00A70F28">
      <w:pPr>
        <w:spacing w:after="240"/>
      </w:pPr>
      <w:r>
        <w:t>But over time, patterns appear:</w:t>
      </w:r>
    </w:p>
    <w:p w14:paraId="6D53766F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love becomes conditional</w:t>
      </w:r>
    </w:p>
    <w:p w14:paraId="35F3761D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affection comes and goes</w:t>
      </w:r>
    </w:p>
    <w:p w14:paraId="5806FEB1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conflict brings distance instead of repair</w:t>
      </w:r>
    </w:p>
    <w:p w14:paraId="1F65A312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one person holds emotional power</w:t>
      </w:r>
    </w:p>
    <w:p w14:paraId="192DAA0E" w14:textId="77777777" w:rsidR="00A70F28" w:rsidRDefault="00A70F28" w:rsidP="00A70F28">
      <w:pPr>
        <w:spacing w:after="240"/>
      </w:pPr>
      <w:r>
        <w:t xml:space="preserve">This creates a trauma bond </w:t>
      </w:r>
      <w:r>
        <w:rPr>
          <w:rFonts w:hint="eastAsia"/>
        </w:rPr>
        <w:t>—</w:t>
      </w:r>
      <w:r>
        <w:t xml:space="preserve"> where the heart clings harder the more love feels uncertain.</w:t>
      </w:r>
    </w:p>
    <w:p w14:paraId="07E19DA0" w14:textId="77777777" w:rsidR="00A70F28" w:rsidRDefault="00A70F28" w:rsidP="00A70F28">
      <w:pPr>
        <w:spacing w:after="240"/>
      </w:pPr>
      <w:r>
        <w:t>The brain releases bonding chemicals during intimacy, while fear heightens attachment.</w:t>
      </w:r>
    </w:p>
    <w:p w14:paraId="7568C1FD" w14:textId="77777777" w:rsidR="00A70F28" w:rsidRDefault="00A70F28" w:rsidP="00A70F28">
      <w:pPr>
        <w:spacing w:after="240"/>
      </w:pPr>
      <w:r>
        <w:t>The result?</w:t>
      </w:r>
    </w:p>
    <w:p w14:paraId="4EE6EFF6" w14:textId="77777777" w:rsidR="00A70F28" w:rsidRDefault="00A70F28" w:rsidP="00A70F28">
      <w:pPr>
        <w:spacing w:after="240"/>
      </w:pPr>
      <w:r>
        <w:t>The deeper the pain, the harder it feels to leave.</w:t>
      </w:r>
    </w:p>
    <w:p w14:paraId="0C907D2C" w14:textId="77777777" w:rsidR="00A70F28" w:rsidRDefault="00A70F28" w:rsidP="00A70F28">
      <w:pPr>
        <w:spacing w:after="240"/>
      </w:pPr>
      <w:r>
        <w:t xml:space="preserve">This is why manipulative relationships feel impossible to walk away from </w:t>
      </w:r>
      <w:r>
        <w:rPr>
          <w:rFonts w:hint="eastAsia"/>
        </w:rPr>
        <w:t>—</w:t>
      </w:r>
      <w:r>
        <w:t xml:space="preserve"> even when they hurt.</w:t>
      </w:r>
    </w:p>
    <w:p w14:paraId="1E1EBB6E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1C093884" w14:textId="77777777" w:rsidR="00A70F28" w:rsidRDefault="00A70F28" w:rsidP="00A70F28">
      <w:pPr>
        <w:spacing w:after="240"/>
      </w:pPr>
      <w:r>
        <w:t>Looking back, I can see how often I confused closeness with safety.</w:t>
      </w:r>
    </w:p>
    <w:p w14:paraId="28C9D35B" w14:textId="77777777" w:rsidR="00A70F28" w:rsidRDefault="00A70F28" w:rsidP="00A70F28">
      <w:pPr>
        <w:spacing w:after="240"/>
      </w:pPr>
      <w:r>
        <w:t xml:space="preserve">When affection was strong, I felt secure </w:t>
      </w:r>
      <w:r>
        <w:rPr>
          <w:rFonts w:hint="eastAsia"/>
        </w:rPr>
        <w:t>—</w:t>
      </w:r>
      <w:r>
        <w:t xml:space="preserve"> even when trust wasn</w:t>
      </w:r>
      <w:r>
        <w:rPr>
          <w:rFonts w:hint="eastAsia"/>
        </w:rPr>
        <w:t>’</w:t>
      </w:r>
      <w:r>
        <w:t>t.</w:t>
      </w:r>
    </w:p>
    <w:p w14:paraId="61BE14C3" w14:textId="77777777" w:rsidR="00A70F28" w:rsidRDefault="00A70F28" w:rsidP="00A70F28">
      <w:pPr>
        <w:spacing w:after="240"/>
      </w:pPr>
      <w:r>
        <w:t xml:space="preserve">When intimacy was intense, I believed love was deep </w:t>
      </w:r>
      <w:r>
        <w:rPr>
          <w:rFonts w:hint="eastAsia"/>
        </w:rPr>
        <w:t>—</w:t>
      </w:r>
      <w:r>
        <w:t xml:space="preserve"> even when stability was missing.</w:t>
      </w:r>
    </w:p>
    <w:p w14:paraId="542F5A59" w14:textId="77777777" w:rsidR="00A70F28" w:rsidRDefault="00A70F28" w:rsidP="00A70F28">
      <w:pPr>
        <w:spacing w:after="240"/>
      </w:pPr>
      <w:r>
        <w:t>I stayed through emotional ups and downs because the good moments felt so good.</w:t>
      </w:r>
    </w:p>
    <w:p w14:paraId="37A9FC8C" w14:textId="77777777" w:rsidR="00A70F28" w:rsidRDefault="00A70F28" w:rsidP="00A70F28">
      <w:pPr>
        <w:spacing w:after="240"/>
      </w:pPr>
      <w:r>
        <w:t>But the peace never lasted.</w:t>
      </w:r>
    </w:p>
    <w:p w14:paraId="0F4A5623" w14:textId="77777777" w:rsidR="00A70F28" w:rsidRDefault="00A70F28" w:rsidP="00A70F28">
      <w:pPr>
        <w:spacing w:after="240"/>
      </w:pPr>
      <w:r>
        <w:t>I wasn</w:t>
      </w:r>
      <w:r>
        <w:rPr>
          <w:rFonts w:hint="eastAsia"/>
        </w:rPr>
        <w:t>’</w:t>
      </w:r>
      <w:r>
        <w:t>t addicted to the person.</w:t>
      </w:r>
    </w:p>
    <w:p w14:paraId="31D736EF" w14:textId="77777777" w:rsidR="00A70F28" w:rsidRDefault="00A70F28" w:rsidP="00A70F28">
      <w:pPr>
        <w:spacing w:after="240"/>
      </w:pPr>
      <w:r>
        <w:t>I was attached to the emotional highs that came when affection returned.</w:t>
      </w:r>
    </w:p>
    <w:p w14:paraId="28634DD6" w14:textId="77777777" w:rsidR="00A70F28" w:rsidRDefault="00A70F28" w:rsidP="00A70F28">
      <w:pPr>
        <w:spacing w:after="240"/>
      </w:pPr>
      <w:r>
        <w:t>Once I learned about emotional safety, I finally understood:</w:t>
      </w:r>
    </w:p>
    <w:p w14:paraId="04ADCA83" w14:textId="77777777" w:rsidR="00A70F28" w:rsidRDefault="00A70F28" w:rsidP="00A70F28">
      <w:pPr>
        <w:spacing w:after="240"/>
      </w:pPr>
      <w:r>
        <w:t>I wasn</w:t>
      </w:r>
      <w:r>
        <w:rPr>
          <w:rFonts w:hint="eastAsia"/>
        </w:rPr>
        <w:t>’</w:t>
      </w:r>
      <w:r>
        <w:t>t weak.</w:t>
      </w:r>
    </w:p>
    <w:p w14:paraId="1A3EA6CF" w14:textId="77777777" w:rsidR="00A70F28" w:rsidRDefault="00A70F28" w:rsidP="00A70F28">
      <w:pPr>
        <w:spacing w:after="240"/>
      </w:pPr>
      <w:r>
        <w:t>I was bonding without security.</w:t>
      </w:r>
    </w:p>
    <w:p w14:paraId="709214E9" w14:textId="77777777" w:rsidR="00A70F28" w:rsidRDefault="00A70F28" w:rsidP="00A70F28">
      <w:pPr>
        <w:spacing w:after="240"/>
      </w:pPr>
      <w:r>
        <w:t>And God</w:t>
      </w:r>
      <w:r>
        <w:rPr>
          <w:rFonts w:hint="eastAsia"/>
        </w:rPr>
        <w:t>’</w:t>
      </w:r>
      <w:r>
        <w:t>s design had always offered something better.</w:t>
      </w:r>
    </w:p>
    <w:p w14:paraId="2F3913F3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🧠</w:t>
      </w:r>
      <w:r>
        <w:t xml:space="preserve"> Attachment Styles Through a Biblical Lens</w:t>
      </w:r>
    </w:p>
    <w:p w14:paraId="3BBF1AEF" w14:textId="77777777" w:rsidR="00A70F28" w:rsidRDefault="00A70F28" w:rsidP="00A70F28">
      <w:pPr>
        <w:spacing w:after="240"/>
      </w:pPr>
      <w:r>
        <w:t>God</w:t>
      </w:r>
      <w:r>
        <w:rPr>
          <w:rFonts w:hint="eastAsia"/>
        </w:rPr>
        <w:t>’</w:t>
      </w:r>
      <w:r>
        <w:t xml:space="preserve">s design reflects what modern psychology now confirms </w:t>
      </w:r>
      <w:r>
        <w:rPr>
          <w:rFonts w:hint="eastAsia"/>
        </w:rPr>
        <w:t>—</w:t>
      </w:r>
      <w:r>
        <w:t xml:space="preserve"> hearts are wired for secure connection.</w:t>
      </w:r>
    </w:p>
    <w:p w14:paraId="2D790B82" w14:textId="77777777" w:rsidR="00A70F28" w:rsidRDefault="00A70F28" w:rsidP="00A70F28">
      <w:pPr>
        <w:spacing w:after="240"/>
      </w:pPr>
      <w:r>
        <w:t>Let</w:t>
      </w:r>
      <w:r>
        <w:rPr>
          <w:rFonts w:hint="eastAsia"/>
        </w:rPr>
        <w:t>’</w:t>
      </w:r>
      <w:r>
        <w:t>s look at common attachment patterns:</w:t>
      </w:r>
    </w:p>
    <w:p w14:paraId="17BB350C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Secure Attachment (God</w:t>
      </w:r>
      <w:r>
        <w:rPr>
          <w:rFonts w:hint="eastAsia"/>
        </w:rPr>
        <w:t>’</w:t>
      </w:r>
      <w:r>
        <w:t>s Design)</w:t>
      </w:r>
    </w:p>
    <w:p w14:paraId="03EED764" w14:textId="77777777" w:rsidR="00A70F28" w:rsidRDefault="00A70F28" w:rsidP="00A70F28">
      <w:pPr>
        <w:spacing w:after="240"/>
      </w:pPr>
      <w:r>
        <w:t>Feels safe in love</w:t>
      </w:r>
    </w:p>
    <w:p w14:paraId="7CC9DC7C" w14:textId="77777777" w:rsidR="00A70F28" w:rsidRDefault="00A70F28" w:rsidP="00A70F28">
      <w:pPr>
        <w:spacing w:after="240"/>
      </w:pPr>
      <w:r>
        <w:t>Communicates openly</w:t>
      </w:r>
    </w:p>
    <w:p w14:paraId="671C73FC" w14:textId="77777777" w:rsidR="00A70F28" w:rsidRDefault="00A70F28" w:rsidP="00A70F28">
      <w:pPr>
        <w:spacing w:after="240"/>
      </w:pPr>
      <w:r>
        <w:t>Trusts consistently</w:t>
      </w:r>
    </w:p>
    <w:p w14:paraId="499A7CD0" w14:textId="77777777" w:rsidR="00A70F28" w:rsidRDefault="00A70F28" w:rsidP="00A70F28">
      <w:pPr>
        <w:spacing w:after="240"/>
      </w:pPr>
      <w:r>
        <w:t>Handles conflict calmly</w:t>
      </w:r>
    </w:p>
    <w:p w14:paraId="46B3117A" w14:textId="77777777" w:rsidR="00A70F28" w:rsidRDefault="00A70F28" w:rsidP="00A70F28">
      <w:pPr>
        <w:spacing w:after="240"/>
      </w:pPr>
      <w:r>
        <w:t>This mirrors Song of Solomon intimacy.</w:t>
      </w:r>
    </w:p>
    <w:p w14:paraId="5EB24DF5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🌪</w:t>
      </w:r>
      <w:r>
        <w:t xml:space="preserve"> Anxious Attachment (Fear-Based Love)</w:t>
      </w:r>
    </w:p>
    <w:p w14:paraId="7965ABA2" w14:textId="77777777" w:rsidR="00A70F28" w:rsidRDefault="00A70F28" w:rsidP="00A70F28">
      <w:pPr>
        <w:spacing w:after="240"/>
      </w:pPr>
      <w:r>
        <w:t>Fears abandonment</w:t>
      </w:r>
    </w:p>
    <w:p w14:paraId="4C765AD0" w14:textId="77777777" w:rsidR="00A70F28" w:rsidRDefault="00A70F28" w:rsidP="00A70F28">
      <w:pPr>
        <w:spacing w:after="240"/>
      </w:pPr>
      <w:proofErr w:type="spellStart"/>
      <w:r>
        <w:t>Overpursues</w:t>
      </w:r>
      <w:proofErr w:type="spellEnd"/>
      <w:r>
        <w:t xml:space="preserve"> closeness</w:t>
      </w:r>
    </w:p>
    <w:p w14:paraId="7386CC3B" w14:textId="77777777" w:rsidR="00A70F28" w:rsidRDefault="00A70F28" w:rsidP="00A70F28">
      <w:pPr>
        <w:spacing w:after="240"/>
      </w:pPr>
      <w:r>
        <w:t>Needs constant reassurance</w:t>
      </w:r>
    </w:p>
    <w:p w14:paraId="1555D824" w14:textId="77777777" w:rsidR="00A70F28" w:rsidRDefault="00A70F28" w:rsidP="00A70F28">
      <w:pPr>
        <w:spacing w:after="240"/>
      </w:pPr>
      <w:r>
        <w:t>Feels emotional highs and lows</w:t>
      </w:r>
    </w:p>
    <w:p w14:paraId="1951955A" w14:textId="77777777" w:rsidR="00A70F28" w:rsidRDefault="00A70F28" w:rsidP="00A70F28">
      <w:pPr>
        <w:spacing w:after="240"/>
      </w:pPr>
      <w:r>
        <w:t>Often formed when love was inconsistent.</w:t>
      </w:r>
    </w:p>
    <w:p w14:paraId="69DB60FB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🧊</w:t>
      </w:r>
      <w:r>
        <w:t xml:space="preserve"> Avoidant Attachment (Guarded Love)</w:t>
      </w:r>
    </w:p>
    <w:p w14:paraId="20245B5F" w14:textId="77777777" w:rsidR="00A70F28" w:rsidRDefault="00A70F28" w:rsidP="00A70F28">
      <w:pPr>
        <w:spacing w:after="240"/>
      </w:pPr>
      <w:r>
        <w:t>Fears dependence</w:t>
      </w:r>
    </w:p>
    <w:p w14:paraId="2DD20B5A" w14:textId="77777777" w:rsidR="00A70F28" w:rsidRDefault="00A70F28" w:rsidP="00A70F28">
      <w:pPr>
        <w:spacing w:after="240"/>
      </w:pPr>
      <w:r>
        <w:t>Pulls away during closeness</w:t>
      </w:r>
    </w:p>
    <w:p w14:paraId="6E0A4C3E" w14:textId="77777777" w:rsidR="00A70F28" w:rsidRDefault="00A70F28" w:rsidP="00A70F28">
      <w:pPr>
        <w:spacing w:after="240"/>
      </w:pPr>
      <w:r>
        <w:t>Struggles with vulnerability</w:t>
      </w:r>
    </w:p>
    <w:p w14:paraId="1C1BCA7B" w14:textId="77777777" w:rsidR="00A70F28" w:rsidRDefault="00A70F28" w:rsidP="00A70F28">
      <w:pPr>
        <w:spacing w:after="240"/>
      </w:pPr>
      <w:r>
        <w:t>Keeps emotional distance</w:t>
      </w:r>
    </w:p>
    <w:p w14:paraId="71338FFF" w14:textId="77777777" w:rsidR="00A70F28" w:rsidRDefault="00A70F28" w:rsidP="00A70F28">
      <w:pPr>
        <w:spacing w:after="240"/>
      </w:pPr>
      <w:r>
        <w:t>Often formed when vulnerability felt unsafe.</w:t>
      </w:r>
    </w:p>
    <w:p w14:paraId="62281622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🔄</w:t>
      </w:r>
      <w:r>
        <w:t xml:space="preserve"> Trauma Bonding (Manipulated Love)</w:t>
      </w:r>
    </w:p>
    <w:p w14:paraId="36E5F0CA" w14:textId="77777777" w:rsidR="00A70F28" w:rsidRDefault="00A70F28" w:rsidP="00A70F28">
      <w:pPr>
        <w:spacing w:after="240"/>
      </w:pPr>
      <w:r>
        <w:t>Strong attachment to unstable affection</w:t>
      </w:r>
    </w:p>
    <w:p w14:paraId="2E535870" w14:textId="77777777" w:rsidR="00A70F28" w:rsidRDefault="00A70F28" w:rsidP="00A70F28">
      <w:pPr>
        <w:spacing w:after="240"/>
      </w:pPr>
      <w:r>
        <w:t>Feels addicted to emotional cycles</w:t>
      </w:r>
    </w:p>
    <w:p w14:paraId="4E749F79" w14:textId="77777777" w:rsidR="00A70F28" w:rsidRDefault="00A70F28" w:rsidP="00A70F28">
      <w:pPr>
        <w:spacing w:after="240"/>
      </w:pPr>
      <w:r>
        <w:t>Mistakes intensity for intimacy</w:t>
      </w:r>
    </w:p>
    <w:p w14:paraId="6B16B62D" w14:textId="77777777" w:rsidR="00A70F28" w:rsidRDefault="00A70F28" w:rsidP="00A70F28">
      <w:pPr>
        <w:spacing w:after="240"/>
      </w:pPr>
      <w:r>
        <w:t>Formed in relationships where love was unpredictable.</w:t>
      </w:r>
    </w:p>
    <w:p w14:paraId="6157D8A7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The Good News: God Restores Secure Love</w:t>
      </w:r>
    </w:p>
    <w:p w14:paraId="021F65B3" w14:textId="77777777" w:rsidR="00A70F28" w:rsidRDefault="00A70F28" w:rsidP="00A70F28">
      <w:pPr>
        <w:spacing w:after="240"/>
      </w:pPr>
      <w:r>
        <w:t>No matter your attachment history, healing is possible.</w:t>
      </w:r>
    </w:p>
    <w:p w14:paraId="098D2E24" w14:textId="77777777" w:rsidR="00A70F28" w:rsidRDefault="00A70F28" w:rsidP="00A70F28">
      <w:pPr>
        <w:spacing w:after="240"/>
      </w:pPr>
      <w:r>
        <w:t>As emotional safety increases:</w:t>
      </w:r>
    </w:p>
    <w:p w14:paraId="082FD1B5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anxiety decreases</w:t>
      </w:r>
    </w:p>
    <w:p w14:paraId="2D8CC0D2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trust grows</w:t>
      </w:r>
    </w:p>
    <w:p w14:paraId="0BCE0C17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boundaries strengthen</w:t>
      </w:r>
    </w:p>
    <w:p w14:paraId="7AB28C18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love stabilizes</w:t>
      </w:r>
    </w:p>
    <w:p w14:paraId="2EB56856" w14:textId="77777777" w:rsidR="00A70F28" w:rsidRDefault="00A70F28" w:rsidP="00A70F28">
      <w:pPr>
        <w:spacing w:after="240"/>
      </w:pPr>
      <w:r>
        <w:t>God gently rewires the heart through:</w:t>
      </w:r>
    </w:p>
    <w:p w14:paraId="00706936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healthy relationships</w:t>
      </w:r>
    </w:p>
    <w:p w14:paraId="7380F868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truth</w:t>
      </w:r>
    </w:p>
    <w:p w14:paraId="35C6AC0A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time</w:t>
      </w:r>
    </w:p>
    <w:p w14:paraId="21C2BD0C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consistency</w:t>
      </w:r>
    </w:p>
    <w:p w14:paraId="46DB3ECA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His presence</w:t>
      </w:r>
    </w:p>
    <w:p w14:paraId="6404A585" w14:textId="77777777" w:rsidR="00A70F28" w:rsidRDefault="00A70F28" w:rsidP="00A70F28">
      <w:pPr>
        <w:spacing w:after="240"/>
      </w:pPr>
      <w:r>
        <w:t>Secure love can be learned.</w:t>
      </w:r>
    </w:p>
    <w:p w14:paraId="214ECCDD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God</w:t>
      </w:r>
      <w:r>
        <w:rPr>
          <w:rFonts w:hint="eastAsia"/>
        </w:rPr>
        <w:t>’</w:t>
      </w:r>
      <w:r>
        <w:t>s Heart for Safe Love</w:t>
      </w:r>
    </w:p>
    <w:p w14:paraId="67160330" w14:textId="77777777" w:rsidR="00A70F28" w:rsidRDefault="00A70F28" w:rsidP="00A70F28">
      <w:pPr>
        <w:spacing w:after="240"/>
      </w:pPr>
      <w:r>
        <w:t>Read &amp; Reflect:</w:t>
      </w:r>
    </w:p>
    <w:p w14:paraId="52853E86" w14:textId="77777777" w:rsidR="00A70F28" w:rsidRDefault="00A70F28" w:rsidP="00A70F28">
      <w:pPr>
        <w:spacing w:after="240"/>
      </w:pPr>
      <w:r>
        <w:t>1 John 4:18</w:t>
      </w:r>
    </w:p>
    <w:p w14:paraId="5CBC7EB5" w14:textId="77777777" w:rsidR="00A70F28" w:rsidRDefault="00A70F28" w:rsidP="00A70F28">
      <w:pPr>
        <w:spacing w:after="240"/>
      </w:pPr>
      <w:r>
        <w:rPr>
          <w:rFonts w:hint="eastAsia"/>
        </w:rPr>
        <w:t>“</w:t>
      </w:r>
      <w:r>
        <w:t>Perfect love drives out fear.</w:t>
      </w:r>
      <w:r>
        <w:rPr>
          <w:rFonts w:hint="eastAsia"/>
        </w:rPr>
        <w:t>”</w:t>
      </w:r>
    </w:p>
    <w:p w14:paraId="4655D266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Where has fear existed in love?</w:t>
      </w:r>
    </w:p>
    <w:p w14:paraId="65757B6E" w14:textId="77777777" w:rsidR="00A70F28" w:rsidRDefault="00A70F28" w:rsidP="00A70F28">
      <w:pPr>
        <w:spacing w:after="240"/>
      </w:pPr>
      <w:r>
        <w:t>Psalm 4:8</w:t>
      </w:r>
    </w:p>
    <w:p w14:paraId="670D05C6" w14:textId="77777777" w:rsidR="00A70F28" w:rsidRDefault="00A70F28" w:rsidP="00A70F28">
      <w:pPr>
        <w:spacing w:after="240"/>
      </w:pPr>
      <w:r>
        <w:rPr>
          <w:rFonts w:hint="eastAsia"/>
        </w:rPr>
        <w:t>“</w:t>
      </w:r>
      <w:r>
        <w:t>In peace I will lie down and sleep</w:t>
      </w:r>
      <w:r>
        <w:rPr>
          <w:rFonts w:hint="eastAsia"/>
        </w:rPr>
        <w:t>…”</w:t>
      </w:r>
    </w:p>
    <w:p w14:paraId="79A35C76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peaceful connection feel like?</w:t>
      </w:r>
    </w:p>
    <w:p w14:paraId="0B1F0B6A" w14:textId="77777777" w:rsidR="00A70F28" w:rsidRDefault="00A70F28" w:rsidP="00A70F28">
      <w:pPr>
        <w:spacing w:after="240"/>
      </w:pPr>
      <w:r>
        <w:t>Proverbs 3:3</w:t>
      </w:r>
      <w:r>
        <w:rPr>
          <w:rFonts w:hint="eastAsia"/>
        </w:rPr>
        <w:t>–</w:t>
      </w:r>
      <w:r>
        <w:t>4</w:t>
      </w:r>
    </w:p>
    <w:p w14:paraId="41058E3E" w14:textId="77777777" w:rsidR="00A70F28" w:rsidRDefault="00A70F28" w:rsidP="00A70F28">
      <w:pPr>
        <w:spacing w:after="240"/>
      </w:pPr>
      <w:r>
        <w:rPr>
          <w:rFonts w:hint="eastAsia"/>
        </w:rPr>
        <w:t>“</w:t>
      </w:r>
      <w:r>
        <w:t>Let love and faithfulness never leave you.</w:t>
      </w:r>
      <w:r>
        <w:rPr>
          <w:rFonts w:hint="eastAsia"/>
        </w:rPr>
        <w:t>”</w:t>
      </w:r>
    </w:p>
    <w:p w14:paraId="0D2EA4DD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 consistency and trust build safety?</w:t>
      </w:r>
    </w:p>
    <w:p w14:paraId="51775893" w14:textId="77777777" w:rsidR="00A70F28" w:rsidRDefault="00A70F28" w:rsidP="00A70F28">
      <w:pPr>
        <w:spacing w:after="240"/>
      </w:pPr>
      <w:r>
        <w:t>Song of Solomon 2:16</w:t>
      </w:r>
    </w:p>
    <w:p w14:paraId="6A8DD245" w14:textId="77777777" w:rsidR="00A70F28" w:rsidRDefault="00A70F28" w:rsidP="00A70F28">
      <w:pPr>
        <w:spacing w:after="240"/>
      </w:pPr>
      <w:r>
        <w:rPr>
          <w:rFonts w:hint="eastAsia"/>
        </w:rPr>
        <w:t>“</w:t>
      </w:r>
      <w:r>
        <w:t>My beloved is mine, and I am his.</w:t>
      </w:r>
      <w:r>
        <w:rPr>
          <w:rFonts w:hint="eastAsia"/>
        </w:rPr>
        <w:t>”</w:t>
      </w:r>
    </w:p>
    <w:p w14:paraId="5DC89D39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secure belonging look like?</w:t>
      </w:r>
    </w:p>
    <w:p w14:paraId="74446CB8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Four</w:t>
      </w:r>
    </w:p>
    <w:p w14:paraId="000BC6F5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Healing Reflection</w:t>
      </w:r>
    </w:p>
    <w:p w14:paraId="5EDC5F12" w14:textId="77777777" w:rsidR="00A70F28" w:rsidRDefault="00A70F28" w:rsidP="00A70F28">
      <w:pPr>
        <w:spacing w:after="240"/>
      </w:pPr>
      <w:r>
        <w:t>When have I felt most emotionally safe in a relationship?</w:t>
      </w:r>
    </w:p>
    <w:p w14:paraId="47382CFA" w14:textId="77777777" w:rsidR="00A70F28" w:rsidRDefault="00A70F28" w:rsidP="00A70F28">
      <w:pPr>
        <w:spacing w:after="240"/>
      </w:pPr>
      <w:r>
        <w:t>When have I felt anxious, unsure, or afraid of losing love?</w:t>
      </w:r>
    </w:p>
    <w:p w14:paraId="51224876" w14:textId="77777777" w:rsidR="00A70F28" w:rsidRDefault="00A70F28" w:rsidP="00A70F28">
      <w:pPr>
        <w:spacing w:after="240"/>
      </w:pPr>
      <w:r>
        <w:t>Do I recognize any attachment patterns in myself?</w:t>
      </w:r>
    </w:p>
    <w:p w14:paraId="2B42C84F" w14:textId="77777777" w:rsidR="00A70F28" w:rsidRDefault="00A70F28" w:rsidP="00A70F28">
      <w:pPr>
        <w:spacing w:after="240"/>
      </w:pPr>
      <w:r>
        <w:t>What would love built on safety feel like for me?</w:t>
      </w:r>
    </w:p>
    <w:p w14:paraId="3C0B58B0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</w:t>
      </w:r>
    </w:p>
    <w:p w14:paraId="1A56378C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What helps each of us feel emotionally safe?</w:t>
      </w:r>
    </w:p>
    <w:p w14:paraId="789DC701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What triggers insecurity?</w:t>
      </w:r>
    </w:p>
    <w:p w14:paraId="57E866B3" w14:textId="77777777" w:rsidR="00A70F28" w:rsidRDefault="00A70F28" w:rsidP="00A70F28">
      <w:pPr>
        <w:spacing w:after="240"/>
      </w:pPr>
      <w:r>
        <w:rPr>
          <w:rFonts w:hint="eastAsia"/>
        </w:rPr>
        <w:t>•</w:t>
      </w:r>
      <w:r>
        <w:t xml:space="preserve"> How can we build consistency and trust daily?</w:t>
      </w:r>
    </w:p>
    <w:p w14:paraId="09B8CC1A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117ACA94" w14:textId="77777777" w:rsidR="00A70F28" w:rsidRDefault="00A70F28" w:rsidP="00A70F28">
      <w:pPr>
        <w:spacing w:after="240"/>
      </w:pPr>
      <w:r>
        <w:rPr>
          <w:rFonts w:hint="eastAsia"/>
        </w:rPr>
        <w:t>“</w:t>
      </w:r>
      <w:r>
        <w:t>God, heal the places where love has felt unsafe.</w:t>
      </w:r>
    </w:p>
    <w:p w14:paraId="2EBA4E08" w14:textId="77777777" w:rsidR="00A70F28" w:rsidRDefault="00A70F28" w:rsidP="00A70F28">
      <w:pPr>
        <w:spacing w:after="240"/>
      </w:pPr>
      <w:r>
        <w:t>Break unhealthy attachment patterns.</w:t>
      </w:r>
    </w:p>
    <w:p w14:paraId="3C506093" w14:textId="77777777" w:rsidR="00A70F28" w:rsidRDefault="00A70F28" w:rsidP="00A70F28">
      <w:pPr>
        <w:spacing w:after="240"/>
      </w:pPr>
      <w:r>
        <w:t>Teach me to receive and give love that brings peace.</w:t>
      </w:r>
      <w:r>
        <w:rPr>
          <w:rFonts w:hint="eastAsia"/>
        </w:rPr>
        <w:t>”</w:t>
      </w:r>
    </w:p>
    <w:p w14:paraId="7295AECE" w14:textId="77777777" w:rsidR="00A70F28" w:rsidRDefault="00A70F28" w:rsidP="00A70F28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Four Truth</w:t>
      </w:r>
    </w:p>
    <w:p w14:paraId="73601902" w14:textId="77777777" w:rsidR="00A70F28" w:rsidRDefault="00A70F28" w:rsidP="00A70F28">
      <w:pPr>
        <w:spacing w:after="240"/>
      </w:pPr>
      <w:r>
        <w:t xml:space="preserve">If love feels anxious, rushed, or unstable </w:t>
      </w:r>
      <w:r>
        <w:rPr>
          <w:rFonts w:hint="eastAsia"/>
        </w:rPr>
        <w:t>—</w:t>
      </w:r>
      <w:r>
        <w:t xml:space="preserve"> safety is missing.</w:t>
      </w:r>
    </w:p>
    <w:p w14:paraId="0099048B" w14:textId="48AC4B73" w:rsidR="00890353" w:rsidRDefault="00A70F28">
      <w:pPr>
        <w:spacing w:after="240"/>
      </w:pPr>
      <w:r>
        <w:t>And where safety grows, healing follows.</w:t>
      </w:r>
      <w:r w:rsidR="00000000">
        <w:br/>
      </w:r>
    </w:p>
    <w:p w14:paraId="2C594272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Five</w:t>
      </w:r>
    </w:p>
    <w:p w14:paraId="7756E4E7" w14:textId="77777777" w:rsidR="00FC7011" w:rsidRDefault="00FC7011" w:rsidP="00FC7011">
      <w:pPr>
        <w:spacing w:after="240"/>
      </w:pPr>
      <w:r>
        <w:t>Mutual Pursuit Without Power Games: Love That Is Chosen, Not Controlled</w:t>
      </w:r>
    </w:p>
    <w:p w14:paraId="5B987BC9" w14:textId="77777777" w:rsidR="00FC7011" w:rsidRDefault="00FC7011" w:rsidP="00FC7011">
      <w:pPr>
        <w:spacing w:after="240"/>
      </w:pPr>
      <w:r>
        <w:t>One of the clearest signs of a healthy relationship is simple:</w:t>
      </w:r>
    </w:p>
    <w:p w14:paraId="03D1B041" w14:textId="77777777" w:rsidR="00FC7011" w:rsidRDefault="00FC7011" w:rsidP="00FC7011">
      <w:pPr>
        <w:spacing w:after="240"/>
      </w:pPr>
      <w:r>
        <w:t>Both people choose each other freely.</w:t>
      </w:r>
    </w:p>
    <w:p w14:paraId="1E63661D" w14:textId="77777777" w:rsidR="00FC7011" w:rsidRDefault="00FC7011" w:rsidP="00FC7011">
      <w:pPr>
        <w:spacing w:after="240"/>
      </w:pPr>
      <w:r>
        <w:t>Not out of fear.</w:t>
      </w:r>
    </w:p>
    <w:p w14:paraId="6651185C" w14:textId="77777777" w:rsidR="00FC7011" w:rsidRDefault="00FC7011" w:rsidP="00FC7011">
      <w:pPr>
        <w:spacing w:after="240"/>
      </w:pPr>
      <w:r>
        <w:t>Not out of pressure.</w:t>
      </w:r>
    </w:p>
    <w:p w14:paraId="5020799B" w14:textId="77777777" w:rsidR="00FC7011" w:rsidRDefault="00FC7011" w:rsidP="00FC7011">
      <w:pPr>
        <w:spacing w:after="240"/>
      </w:pPr>
      <w:r>
        <w:t>Not out of emotional dependency.</w:t>
      </w:r>
    </w:p>
    <w:p w14:paraId="08E616A3" w14:textId="77777777" w:rsidR="00FC7011" w:rsidRDefault="00FC7011" w:rsidP="00FC7011">
      <w:pPr>
        <w:spacing w:after="240"/>
      </w:pPr>
      <w:r>
        <w:t>But out of love.</w:t>
      </w:r>
    </w:p>
    <w:p w14:paraId="7DFF3132" w14:textId="77777777" w:rsidR="00FC7011" w:rsidRDefault="00FC7011" w:rsidP="00FC7011">
      <w:pPr>
        <w:spacing w:after="240"/>
      </w:pPr>
      <w:r>
        <w:t>In God</w:t>
      </w:r>
      <w:r>
        <w:rPr>
          <w:rFonts w:hint="eastAsia"/>
        </w:rPr>
        <w:t>’</w:t>
      </w:r>
      <w:r>
        <w:t xml:space="preserve">s design, pursuit is mutual </w:t>
      </w:r>
      <w:r>
        <w:rPr>
          <w:rFonts w:hint="eastAsia"/>
        </w:rPr>
        <w:t>—</w:t>
      </w:r>
      <w:r>
        <w:t xml:space="preserve"> not one-sided.</w:t>
      </w:r>
    </w:p>
    <w:p w14:paraId="420F3E08" w14:textId="77777777" w:rsidR="00FC7011" w:rsidRDefault="00FC7011" w:rsidP="00FC7011">
      <w:pPr>
        <w:spacing w:after="240"/>
      </w:pPr>
      <w:r>
        <w:t>In drifted relationships, pursuit becomes a power struggle.</w:t>
      </w:r>
    </w:p>
    <w:p w14:paraId="5DCB7DEA" w14:textId="77777777" w:rsidR="00FC7011" w:rsidRDefault="00FC7011" w:rsidP="00FC7011">
      <w:pPr>
        <w:spacing w:after="240"/>
      </w:pPr>
      <w:r>
        <w:t>And where power replaces love, intimacy begins to break down.</w:t>
      </w:r>
    </w:p>
    <w:p w14:paraId="62AA5F02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🔄</w:t>
      </w:r>
      <w:r>
        <w:t xml:space="preserve"> How Power Games Enter Relationships</w:t>
      </w:r>
    </w:p>
    <w:p w14:paraId="3D0BCA3C" w14:textId="77777777" w:rsidR="00FC7011" w:rsidRDefault="00FC7011" w:rsidP="00FC7011">
      <w:pPr>
        <w:spacing w:after="240"/>
      </w:pPr>
      <w:r>
        <w:t>Power games don</w:t>
      </w:r>
      <w:r>
        <w:rPr>
          <w:rFonts w:hint="eastAsia"/>
        </w:rPr>
        <w:t>’</w:t>
      </w:r>
      <w:r>
        <w:t>t always look cruel.</w:t>
      </w:r>
    </w:p>
    <w:p w14:paraId="085A38F7" w14:textId="77777777" w:rsidR="00FC7011" w:rsidRDefault="00FC7011" w:rsidP="00FC7011">
      <w:pPr>
        <w:spacing w:after="240"/>
      </w:pPr>
      <w:r>
        <w:t>They often look like:</w:t>
      </w:r>
    </w:p>
    <w:p w14:paraId="0848150E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pulling away to see if the other chases</w:t>
      </w:r>
    </w:p>
    <w:p w14:paraId="505C6BD6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withholding affection after conflict</w:t>
      </w:r>
    </w:p>
    <w:p w14:paraId="04A1E1F6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using silence as punishment</w:t>
      </w:r>
    </w:p>
    <w:p w14:paraId="51665F73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giving love when things go well and removing it when they don</w:t>
      </w:r>
      <w:r>
        <w:rPr>
          <w:rFonts w:hint="eastAsia"/>
        </w:rPr>
        <w:t>’</w:t>
      </w:r>
      <w:r>
        <w:t>t</w:t>
      </w:r>
    </w:p>
    <w:p w14:paraId="5F68AABF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keeping someone emotionally unsure to maintain control</w:t>
      </w:r>
    </w:p>
    <w:p w14:paraId="4D6B57C6" w14:textId="77777777" w:rsidR="00FC7011" w:rsidRDefault="00FC7011" w:rsidP="00FC7011">
      <w:pPr>
        <w:spacing w:after="240"/>
      </w:pPr>
      <w:r>
        <w:t>Over time, one person becomes the pursuer.</w:t>
      </w:r>
    </w:p>
    <w:p w14:paraId="2A132078" w14:textId="77777777" w:rsidR="00FC7011" w:rsidRDefault="00FC7011" w:rsidP="00FC7011">
      <w:pPr>
        <w:spacing w:after="240"/>
      </w:pPr>
      <w:r>
        <w:t>The other becomes the gatekeeper of affection.</w:t>
      </w:r>
    </w:p>
    <w:p w14:paraId="3AD177C2" w14:textId="77777777" w:rsidR="00FC7011" w:rsidRDefault="00FC7011" w:rsidP="00FC7011">
      <w:pPr>
        <w:spacing w:after="240"/>
      </w:pPr>
      <w:r>
        <w:t>This creates anxiety instead of security.</w:t>
      </w:r>
    </w:p>
    <w:p w14:paraId="10EC10FD" w14:textId="77777777" w:rsidR="00FC7011" w:rsidRDefault="00FC7011" w:rsidP="00FC7011">
      <w:pPr>
        <w:spacing w:after="240"/>
      </w:pPr>
      <w:r>
        <w:t>And anxiety is not intimacy.</w:t>
      </w:r>
    </w:p>
    <w:p w14:paraId="4B5486A3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God</w:t>
      </w:r>
      <w:r>
        <w:rPr>
          <w:rFonts w:hint="eastAsia"/>
        </w:rPr>
        <w:t>’</w:t>
      </w:r>
      <w:r>
        <w:t>s Design: Mutual Desire &amp; Open Love</w:t>
      </w:r>
    </w:p>
    <w:p w14:paraId="04BDF50F" w14:textId="77777777" w:rsidR="00FC7011" w:rsidRDefault="00FC7011" w:rsidP="00FC7011">
      <w:pPr>
        <w:spacing w:after="240"/>
      </w:pPr>
      <w:r>
        <w:t>In Song of Solomon, both partners:</w:t>
      </w:r>
    </w:p>
    <w:p w14:paraId="066EEBC3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initiate affection</w:t>
      </w:r>
    </w:p>
    <w:p w14:paraId="68574ADD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express longing</w:t>
      </w:r>
    </w:p>
    <w:p w14:paraId="77DFF4DF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invite closeness</w:t>
      </w:r>
    </w:p>
    <w:p w14:paraId="65C20120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speak love freely</w:t>
      </w:r>
    </w:p>
    <w:p w14:paraId="5EB21B0A" w14:textId="77777777" w:rsidR="00FC7011" w:rsidRDefault="00FC7011" w:rsidP="00FC7011">
      <w:pPr>
        <w:spacing w:after="240"/>
      </w:pPr>
      <w:r>
        <w:t>No one is testing commitment.</w:t>
      </w:r>
    </w:p>
    <w:p w14:paraId="71C4367B" w14:textId="77777777" w:rsidR="00FC7011" w:rsidRDefault="00FC7011" w:rsidP="00FC7011">
      <w:pPr>
        <w:spacing w:after="240"/>
      </w:pPr>
      <w:r>
        <w:t xml:space="preserve">No one is trying to stay emotionally </w:t>
      </w:r>
      <w:r>
        <w:rPr>
          <w:rFonts w:hint="eastAsia"/>
        </w:rPr>
        <w:t>“</w:t>
      </w:r>
      <w:r>
        <w:t>on top.</w:t>
      </w:r>
      <w:r>
        <w:rPr>
          <w:rFonts w:hint="eastAsia"/>
        </w:rPr>
        <w:t>”</w:t>
      </w:r>
    </w:p>
    <w:p w14:paraId="0F6B0373" w14:textId="77777777" w:rsidR="00FC7011" w:rsidRDefault="00FC7011" w:rsidP="00FC7011">
      <w:pPr>
        <w:spacing w:after="240"/>
      </w:pPr>
      <w:r>
        <w:t>No one is manipulating distance.</w:t>
      </w:r>
    </w:p>
    <w:p w14:paraId="17700282" w14:textId="77777777" w:rsidR="00FC7011" w:rsidRDefault="00FC7011" w:rsidP="00FC7011">
      <w:pPr>
        <w:spacing w:after="240"/>
      </w:pPr>
      <w:r>
        <w:t>Love flows naturally in both directions.</w:t>
      </w:r>
    </w:p>
    <w:p w14:paraId="3F1D03C0" w14:textId="77777777" w:rsidR="00FC7011" w:rsidRDefault="00FC7011" w:rsidP="00FC7011">
      <w:pPr>
        <w:spacing w:after="240"/>
      </w:pPr>
      <w:r>
        <w:t>This is what healed intimacy looks like.</w:t>
      </w:r>
    </w:p>
    <w:p w14:paraId="5725C460" w14:textId="77777777" w:rsidR="00FC7011" w:rsidRDefault="00FC7011" w:rsidP="00FC7011">
      <w:pPr>
        <w:spacing w:after="240"/>
      </w:pPr>
      <w:r>
        <w:t>Not chasing.</w:t>
      </w:r>
    </w:p>
    <w:p w14:paraId="5EEB78BB" w14:textId="77777777" w:rsidR="00FC7011" w:rsidRDefault="00FC7011" w:rsidP="00FC7011">
      <w:pPr>
        <w:spacing w:after="240"/>
      </w:pPr>
      <w:r>
        <w:t>Not controlling.</w:t>
      </w:r>
    </w:p>
    <w:p w14:paraId="0A838051" w14:textId="77777777" w:rsidR="00FC7011" w:rsidRDefault="00FC7011" w:rsidP="00FC7011">
      <w:pPr>
        <w:spacing w:after="240"/>
      </w:pPr>
      <w:r>
        <w:t>Choosing.</w:t>
      </w:r>
    </w:p>
    <w:p w14:paraId="71DE69DB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7C8FECDE" w14:textId="77777777" w:rsidR="00FC7011" w:rsidRDefault="00FC7011" w:rsidP="00FC7011">
      <w:pPr>
        <w:spacing w:after="240"/>
      </w:pPr>
      <w:r>
        <w:t>Looking back, I can see how often I played the pursuer.</w:t>
      </w:r>
    </w:p>
    <w:p w14:paraId="387EF9A9" w14:textId="77777777" w:rsidR="00FC7011" w:rsidRDefault="00FC7011" w:rsidP="00FC7011">
      <w:pPr>
        <w:spacing w:after="240"/>
      </w:pPr>
      <w:r>
        <w:t>When affection pulled away, I tried harder.</w:t>
      </w:r>
    </w:p>
    <w:p w14:paraId="7A3C895B" w14:textId="77777777" w:rsidR="00FC7011" w:rsidRDefault="00FC7011" w:rsidP="00FC7011">
      <w:pPr>
        <w:spacing w:after="240"/>
      </w:pPr>
      <w:r>
        <w:t>When distance appeared, I worked to fix it.</w:t>
      </w:r>
    </w:p>
    <w:p w14:paraId="7F6E5467" w14:textId="77777777" w:rsidR="00FC7011" w:rsidRDefault="00FC7011" w:rsidP="00FC7011">
      <w:pPr>
        <w:spacing w:after="240"/>
      </w:pPr>
      <w:r>
        <w:t xml:space="preserve">When love felt uncertain, I </w:t>
      </w:r>
      <w:proofErr w:type="spellStart"/>
      <w:r>
        <w:t>overgave</w:t>
      </w:r>
      <w:proofErr w:type="spellEnd"/>
      <w:r>
        <w:t>.</w:t>
      </w:r>
    </w:p>
    <w:p w14:paraId="46A8E648" w14:textId="77777777" w:rsidR="00FC7011" w:rsidRDefault="00FC7011" w:rsidP="00FC7011">
      <w:pPr>
        <w:spacing w:after="240"/>
      </w:pPr>
      <w:r>
        <w:t>I thought effort meant love.</w:t>
      </w:r>
    </w:p>
    <w:p w14:paraId="58974387" w14:textId="77777777" w:rsidR="00FC7011" w:rsidRDefault="00FC7011" w:rsidP="00FC7011">
      <w:pPr>
        <w:spacing w:after="240"/>
      </w:pPr>
      <w:r>
        <w:t>But healthy love doesn</w:t>
      </w:r>
      <w:r>
        <w:rPr>
          <w:rFonts w:hint="eastAsia"/>
        </w:rPr>
        <w:t>’</w:t>
      </w:r>
      <w:r>
        <w:t>t require chasing to survive.</w:t>
      </w:r>
    </w:p>
    <w:p w14:paraId="3E06770C" w14:textId="77777777" w:rsidR="00FC7011" w:rsidRDefault="00FC7011" w:rsidP="00FC7011">
      <w:pPr>
        <w:spacing w:after="240"/>
      </w:pPr>
      <w:r>
        <w:t xml:space="preserve">When I finally experienced relationships built on mutual pursuit </w:t>
      </w:r>
      <w:r>
        <w:rPr>
          <w:rFonts w:hint="eastAsia"/>
        </w:rPr>
        <w:t>—</w:t>
      </w:r>
      <w:r>
        <w:t xml:space="preserve"> where effort flowed both ways </w:t>
      </w:r>
      <w:r>
        <w:rPr>
          <w:rFonts w:hint="eastAsia"/>
        </w:rPr>
        <w:t>—</w:t>
      </w:r>
      <w:r>
        <w:t xml:space="preserve"> something felt completely different.</w:t>
      </w:r>
    </w:p>
    <w:p w14:paraId="1911DB82" w14:textId="77777777" w:rsidR="00FC7011" w:rsidRDefault="00FC7011" w:rsidP="00FC7011">
      <w:pPr>
        <w:spacing w:after="240"/>
      </w:pPr>
      <w:r>
        <w:t>There was peace.</w:t>
      </w:r>
    </w:p>
    <w:p w14:paraId="5D1EBD07" w14:textId="77777777" w:rsidR="00FC7011" w:rsidRDefault="00FC7011" w:rsidP="00FC7011">
      <w:pPr>
        <w:spacing w:after="240"/>
      </w:pPr>
      <w:r>
        <w:t>I wasn</w:t>
      </w:r>
      <w:r>
        <w:rPr>
          <w:rFonts w:hint="eastAsia"/>
        </w:rPr>
        <w:t>’</w:t>
      </w:r>
      <w:r>
        <w:t>t trying to earn love anymore.</w:t>
      </w:r>
    </w:p>
    <w:p w14:paraId="7F469539" w14:textId="77777777" w:rsidR="00FC7011" w:rsidRDefault="00FC7011" w:rsidP="00FC7011">
      <w:pPr>
        <w:spacing w:after="240"/>
      </w:pPr>
      <w:r>
        <w:t>I was simply receiving it.</w:t>
      </w:r>
    </w:p>
    <w:p w14:paraId="51D7AA2F" w14:textId="77777777" w:rsidR="00FC7011" w:rsidRDefault="00FC7011" w:rsidP="00FC7011">
      <w:pPr>
        <w:spacing w:after="240"/>
      </w:pPr>
      <w:r>
        <w:t>And that</w:t>
      </w:r>
      <w:r>
        <w:rPr>
          <w:rFonts w:hint="eastAsia"/>
        </w:rPr>
        <w:t>’</w:t>
      </w:r>
      <w:r>
        <w:t>s when I realized how much power imbalance had shaped my past relationships.</w:t>
      </w:r>
    </w:p>
    <w:p w14:paraId="59A8BE4A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⚖️</w:t>
      </w:r>
      <w:r>
        <w:t xml:space="preserve"> Why Mutual Pursuit Creates Emotional Safety</w:t>
      </w:r>
    </w:p>
    <w:p w14:paraId="39990855" w14:textId="77777777" w:rsidR="00FC7011" w:rsidRDefault="00FC7011" w:rsidP="00FC7011">
      <w:pPr>
        <w:spacing w:after="240"/>
      </w:pPr>
      <w:r>
        <w:t>When both people pursue:</w:t>
      </w:r>
    </w:p>
    <w:p w14:paraId="3EE16A7D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trust increases</w:t>
      </w:r>
    </w:p>
    <w:p w14:paraId="68BF0D6E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anxiety decreases</w:t>
      </w:r>
    </w:p>
    <w:p w14:paraId="047334DE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affection feels genuine</w:t>
      </w:r>
    </w:p>
    <w:p w14:paraId="52BFDE72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conflict repairs faster</w:t>
      </w:r>
    </w:p>
    <w:p w14:paraId="25C5A54A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love stabilizes</w:t>
      </w:r>
    </w:p>
    <w:p w14:paraId="2A62D49C" w14:textId="77777777" w:rsidR="00FC7011" w:rsidRDefault="00FC7011" w:rsidP="00FC7011">
      <w:pPr>
        <w:spacing w:after="240"/>
      </w:pPr>
      <w:r>
        <w:t>No one fears losing the other constantly.</w:t>
      </w:r>
    </w:p>
    <w:p w14:paraId="2C833E83" w14:textId="77777777" w:rsidR="00FC7011" w:rsidRDefault="00FC7011" w:rsidP="00FC7011">
      <w:pPr>
        <w:spacing w:after="240"/>
      </w:pPr>
      <w:r>
        <w:t>No one feels they must perform for love.</w:t>
      </w:r>
    </w:p>
    <w:p w14:paraId="4201F943" w14:textId="77777777" w:rsidR="00FC7011" w:rsidRDefault="00FC7011" w:rsidP="00FC7011">
      <w:pPr>
        <w:spacing w:after="240"/>
      </w:pPr>
      <w:r>
        <w:t>This is what Scripture means by love being steady and faithful.</w:t>
      </w:r>
    </w:p>
    <w:p w14:paraId="60C458BA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🧱</w:t>
      </w:r>
      <w:r>
        <w:t xml:space="preserve"> Boundary-Setting Scripts (Real-Life Tools)</w:t>
      </w:r>
    </w:p>
    <w:p w14:paraId="678CCC28" w14:textId="77777777" w:rsidR="00FC7011" w:rsidRDefault="00FC7011" w:rsidP="00FC7011">
      <w:pPr>
        <w:spacing w:after="240"/>
      </w:pPr>
      <w:r>
        <w:t>Boundaries aren</w:t>
      </w:r>
      <w:r>
        <w:rPr>
          <w:rFonts w:hint="eastAsia"/>
        </w:rPr>
        <w:t>’</w:t>
      </w:r>
      <w:r>
        <w:t>t about controlling others.</w:t>
      </w:r>
    </w:p>
    <w:p w14:paraId="1F810CA6" w14:textId="77777777" w:rsidR="00FC7011" w:rsidRDefault="00FC7011" w:rsidP="00FC7011">
      <w:pPr>
        <w:spacing w:after="240"/>
      </w:pPr>
      <w:r>
        <w:t>They</w:t>
      </w:r>
      <w:r>
        <w:rPr>
          <w:rFonts w:hint="eastAsia"/>
        </w:rPr>
        <w:t>’</w:t>
      </w:r>
      <w:r>
        <w:t>re about protecting healthy love.</w:t>
      </w:r>
    </w:p>
    <w:p w14:paraId="34CF0848" w14:textId="77777777" w:rsidR="00FC7011" w:rsidRDefault="00FC7011" w:rsidP="00FC7011">
      <w:pPr>
        <w:spacing w:after="240"/>
      </w:pPr>
      <w:r>
        <w:t>Here are gentle but firm scripts readers can actually use:</w:t>
      </w:r>
    </w:p>
    <w:p w14:paraId="057D930B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🛑</w:t>
      </w:r>
      <w:r>
        <w:t xml:space="preserve"> When Affection Is Used as Punishment</w:t>
      </w:r>
    </w:p>
    <w:p w14:paraId="3D7EBB27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I want to work through conflict, but withdrawing love hurts me.</w:t>
      </w:r>
    </w:p>
    <w:p w14:paraId="41DE9CD0" w14:textId="77777777" w:rsidR="00FC7011" w:rsidRDefault="00FC7011" w:rsidP="00FC7011">
      <w:pPr>
        <w:spacing w:after="240"/>
      </w:pPr>
      <w:r>
        <w:t>I need us to talk things through instead of pulling away.</w:t>
      </w:r>
      <w:r>
        <w:rPr>
          <w:rFonts w:hint="eastAsia"/>
        </w:rPr>
        <w:t>”</w:t>
      </w:r>
    </w:p>
    <w:p w14:paraId="1432A2A5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🛑</w:t>
      </w:r>
      <w:r>
        <w:t xml:space="preserve"> When You</w:t>
      </w:r>
      <w:r>
        <w:rPr>
          <w:rFonts w:hint="eastAsia"/>
        </w:rPr>
        <w:t>’</w:t>
      </w:r>
      <w:r>
        <w:t>re Always the One Chasing</w:t>
      </w:r>
    </w:p>
    <w:p w14:paraId="75964790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I</w:t>
      </w:r>
      <w:r>
        <w:rPr>
          <w:rFonts w:hint="eastAsia"/>
        </w:rPr>
        <w:t>’</w:t>
      </w:r>
      <w:r>
        <w:t>ve noticed I initiate most of our connection.</w:t>
      </w:r>
    </w:p>
    <w:p w14:paraId="21446549" w14:textId="77777777" w:rsidR="00FC7011" w:rsidRDefault="00FC7011" w:rsidP="00FC7011">
      <w:pPr>
        <w:spacing w:after="240"/>
      </w:pPr>
      <w:r>
        <w:t>I need a relationship where effort goes both ways.</w:t>
      </w:r>
      <w:r>
        <w:rPr>
          <w:rFonts w:hint="eastAsia"/>
        </w:rPr>
        <w:t>”</w:t>
      </w:r>
    </w:p>
    <w:p w14:paraId="57EE72AA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🛑</w:t>
      </w:r>
      <w:r>
        <w:t xml:space="preserve"> When Intimacy Is Rushed</w:t>
      </w:r>
    </w:p>
    <w:p w14:paraId="71B1D918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I care about you deeply, and I want to build emotional closeness before physical closeness.</w:t>
      </w:r>
      <w:r>
        <w:rPr>
          <w:rFonts w:hint="eastAsia"/>
        </w:rPr>
        <w:t>”</w:t>
      </w:r>
    </w:p>
    <w:p w14:paraId="4EE258CA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🛑</w:t>
      </w:r>
      <w:r>
        <w:t xml:space="preserve"> When Silence Is Used to Control</w:t>
      </w:r>
    </w:p>
    <w:p w14:paraId="5C752CF3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When you go quiet instead of communicating, it makes me feel unsafe.</w:t>
      </w:r>
    </w:p>
    <w:p w14:paraId="164A51E1" w14:textId="77777777" w:rsidR="00FC7011" w:rsidRDefault="00FC7011" w:rsidP="00FC7011">
      <w:pPr>
        <w:spacing w:after="240"/>
      </w:pPr>
      <w:r>
        <w:t>I need open conversation to feel close.</w:t>
      </w:r>
      <w:r>
        <w:rPr>
          <w:rFonts w:hint="eastAsia"/>
        </w:rPr>
        <w:t>”</w:t>
      </w:r>
    </w:p>
    <w:p w14:paraId="3C33D1EC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🛑</w:t>
      </w:r>
      <w:r>
        <w:t xml:space="preserve"> When Love Feels Conditional</w:t>
      </w:r>
    </w:p>
    <w:p w14:paraId="2B091284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I want love that stays steady even when we disagree.</w:t>
      </w:r>
    </w:p>
    <w:p w14:paraId="16182C3F" w14:textId="77777777" w:rsidR="00FC7011" w:rsidRDefault="00FC7011" w:rsidP="00FC7011">
      <w:pPr>
        <w:spacing w:after="240"/>
      </w:pPr>
      <w:r>
        <w:t>Pulling away makes it hard for me to trust.</w:t>
      </w:r>
      <w:r>
        <w:rPr>
          <w:rFonts w:hint="eastAsia"/>
        </w:rPr>
        <w:t>”</w:t>
      </w:r>
    </w:p>
    <w:p w14:paraId="38661BA5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Healthy Response vs Unhealthy Response</w:t>
      </w:r>
    </w:p>
    <w:p w14:paraId="403F499B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Healthy love says:</w:t>
      </w:r>
    </w:p>
    <w:p w14:paraId="56F78FC8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I understand. Let</w:t>
      </w:r>
      <w:r>
        <w:rPr>
          <w:rFonts w:hint="eastAsia"/>
        </w:rPr>
        <w:t>’</w:t>
      </w:r>
      <w:r>
        <w:t>s work on that.</w:t>
      </w:r>
      <w:r>
        <w:rPr>
          <w:rFonts w:hint="eastAsia"/>
        </w:rPr>
        <w:t>”</w:t>
      </w:r>
    </w:p>
    <w:p w14:paraId="7253C8A4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🚩</w:t>
      </w:r>
      <w:r>
        <w:t xml:space="preserve"> Unhealthy love says:</w:t>
      </w:r>
    </w:p>
    <w:p w14:paraId="13452561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You</w:t>
      </w:r>
      <w:r>
        <w:rPr>
          <w:rFonts w:hint="eastAsia"/>
        </w:rPr>
        <w:t>’</w:t>
      </w:r>
      <w:r>
        <w:t>re too sensitive.</w:t>
      </w:r>
      <w:r>
        <w:rPr>
          <w:rFonts w:hint="eastAsia"/>
        </w:rPr>
        <w:t>”</w:t>
      </w:r>
    </w:p>
    <w:p w14:paraId="5EB7BFFF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You</w:t>
      </w:r>
      <w:r>
        <w:rPr>
          <w:rFonts w:hint="eastAsia"/>
        </w:rPr>
        <w:t>’</w:t>
      </w:r>
      <w:r>
        <w:t>re asking too much.</w:t>
      </w:r>
      <w:r>
        <w:rPr>
          <w:rFonts w:hint="eastAsia"/>
        </w:rPr>
        <w:t>”</w:t>
      </w:r>
    </w:p>
    <w:p w14:paraId="4A4D7799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This is just how I am.</w:t>
      </w:r>
      <w:r>
        <w:rPr>
          <w:rFonts w:hint="eastAsia"/>
        </w:rPr>
        <w:t>”</w:t>
      </w:r>
    </w:p>
    <w:p w14:paraId="18F1F9E2" w14:textId="77777777" w:rsidR="00FC7011" w:rsidRDefault="00FC7011" w:rsidP="00FC7011">
      <w:pPr>
        <w:spacing w:after="240"/>
      </w:pPr>
      <w:r>
        <w:t>Dismissal is often a sign of drift.</w:t>
      </w:r>
    </w:p>
    <w:p w14:paraId="160C09A7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Love Without Control</w:t>
      </w:r>
    </w:p>
    <w:p w14:paraId="66DB0822" w14:textId="77777777" w:rsidR="00FC7011" w:rsidRDefault="00FC7011" w:rsidP="00FC7011">
      <w:pPr>
        <w:spacing w:after="240"/>
      </w:pPr>
      <w:r>
        <w:t>Read &amp; Reflect:</w:t>
      </w:r>
    </w:p>
    <w:p w14:paraId="7BD3F097" w14:textId="77777777" w:rsidR="00FC7011" w:rsidRDefault="00FC7011" w:rsidP="00FC7011">
      <w:pPr>
        <w:spacing w:after="240"/>
      </w:pPr>
      <w:r>
        <w:t>Song of Solomon 1:2</w:t>
      </w:r>
      <w:r>
        <w:rPr>
          <w:rFonts w:hint="eastAsia"/>
        </w:rPr>
        <w:t>–</w:t>
      </w:r>
      <w:r>
        <w:t>4</w:t>
      </w:r>
    </w:p>
    <w:p w14:paraId="0CC1D4CF" w14:textId="77777777" w:rsidR="00FC7011" w:rsidRDefault="00FC7011" w:rsidP="00FC7011">
      <w:pPr>
        <w:spacing w:after="240"/>
      </w:pPr>
      <w:r>
        <w:t>Mutual desire expressed freely.</w:t>
      </w:r>
    </w:p>
    <w:p w14:paraId="030DB7BC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Where do you see balance in love?</w:t>
      </w:r>
    </w:p>
    <w:p w14:paraId="404E530E" w14:textId="77777777" w:rsidR="00FC7011" w:rsidRDefault="00FC7011" w:rsidP="00FC7011">
      <w:pPr>
        <w:spacing w:after="240"/>
      </w:pPr>
      <w:r>
        <w:t>Ephesians 5:21</w:t>
      </w:r>
    </w:p>
    <w:p w14:paraId="17D51CED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Submit to one another</w:t>
      </w:r>
      <w:r>
        <w:rPr>
          <w:rFonts w:hint="eastAsia"/>
        </w:rPr>
        <w:t>…”</w:t>
      </w:r>
    </w:p>
    <w:p w14:paraId="65C37C99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mutuality remove power struggles?</w:t>
      </w:r>
    </w:p>
    <w:p w14:paraId="178FE4E2" w14:textId="77777777" w:rsidR="00FC7011" w:rsidRDefault="00FC7011" w:rsidP="00FC7011">
      <w:pPr>
        <w:spacing w:after="240"/>
      </w:pPr>
      <w:r>
        <w:t>1 Corinthians 13:5</w:t>
      </w:r>
    </w:p>
    <w:p w14:paraId="064C69C7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Love does not insist on its own way.</w:t>
      </w:r>
      <w:r>
        <w:rPr>
          <w:rFonts w:hint="eastAsia"/>
        </w:rPr>
        <w:t>”</w:t>
      </w:r>
    </w:p>
    <w:p w14:paraId="3C82A932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Where have power dynamics appeared in past relationships?</w:t>
      </w:r>
    </w:p>
    <w:p w14:paraId="7BA1BBF3" w14:textId="77777777" w:rsidR="00FC7011" w:rsidRDefault="00FC7011" w:rsidP="00FC7011">
      <w:pPr>
        <w:spacing w:after="240"/>
      </w:pPr>
      <w:r>
        <w:t>Philippians 2:3</w:t>
      </w:r>
      <w:r>
        <w:rPr>
          <w:rFonts w:hint="eastAsia"/>
        </w:rPr>
        <w:t>–</w:t>
      </w:r>
      <w:r>
        <w:t>4</w:t>
      </w:r>
    </w:p>
    <w:p w14:paraId="06B462D9" w14:textId="77777777" w:rsidR="00FC7011" w:rsidRDefault="00FC7011" w:rsidP="00FC7011">
      <w:pPr>
        <w:spacing w:after="240"/>
      </w:pPr>
      <w:r>
        <w:t>Looking to the interests of others.</w:t>
      </w:r>
    </w:p>
    <w:p w14:paraId="5140E530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serving love feel different from controlling love?</w:t>
      </w:r>
    </w:p>
    <w:p w14:paraId="41A551C8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Five</w:t>
      </w:r>
    </w:p>
    <w:p w14:paraId="7E3F3C58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Personal Reflection</w:t>
      </w:r>
    </w:p>
    <w:p w14:paraId="5AFB023D" w14:textId="77777777" w:rsidR="00FC7011" w:rsidRDefault="00FC7011" w:rsidP="00FC7011">
      <w:pPr>
        <w:spacing w:after="240"/>
      </w:pPr>
      <w:r>
        <w:t>Have I been the pursuer, the withdrawer, or both?</w:t>
      </w:r>
    </w:p>
    <w:p w14:paraId="6A91CB2E" w14:textId="77777777" w:rsidR="00FC7011" w:rsidRDefault="00FC7011" w:rsidP="00FC7011">
      <w:pPr>
        <w:spacing w:after="240"/>
      </w:pPr>
      <w:r>
        <w:t>Where have power games appeared in past relationships?</w:t>
      </w:r>
    </w:p>
    <w:p w14:paraId="762C8890" w14:textId="77777777" w:rsidR="00FC7011" w:rsidRDefault="00FC7011" w:rsidP="00FC7011">
      <w:pPr>
        <w:spacing w:after="240"/>
      </w:pPr>
      <w:r>
        <w:t>How did those dynamics make me feel emotionally?</w:t>
      </w:r>
    </w:p>
    <w:p w14:paraId="257FE8E3" w14:textId="77777777" w:rsidR="00FC7011" w:rsidRDefault="00FC7011" w:rsidP="00FC7011">
      <w:pPr>
        <w:spacing w:after="240"/>
      </w:pPr>
      <w:r>
        <w:t>What would mutual pursuit look like for me?</w:t>
      </w:r>
    </w:p>
    <w:p w14:paraId="37160796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</w:t>
      </w:r>
    </w:p>
    <w:p w14:paraId="632DC508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Do we both initiate connection?</w:t>
      </w:r>
    </w:p>
    <w:p w14:paraId="6DEC9EF1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How do we handle conflict </w:t>
      </w:r>
      <w:r>
        <w:rPr>
          <w:rFonts w:hint="eastAsia"/>
        </w:rPr>
        <w:t>—</w:t>
      </w:r>
      <w:r>
        <w:t xml:space="preserve"> closeness or distance?</w:t>
      </w:r>
    </w:p>
    <w:p w14:paraId="299A77FE" w14:textId="77777777" w:rsidR="00FC7011" w:rsidRDefault="00FC7011" w:rsidP="00FC7011">
      <w:pPr>
        <w:spacing w:after="240"/>
      </w:pPr>
      <w:r>
        <w:rPr>
          <w:rFonts w:hint="eastAsia"/>
        </w:rPr>
        <w:t>•</w:t>
      </w:r>
      <w:r>
        <w:t xml:space="preserve"> Where can we improve balance?</w:t>
      </w:r>
    </w:p>
    <w:p w14:paraId="25FA0917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043B8B94" w14:textId="77777777" w:rsidR="00FC7011" w:rsidRDefault="00FC7011" w:rsidP="00FC7011">
      <w:pPr>
        <w:spacing w:after="240"/>
      </w:pPr>
      <w:r>
        <w:rPr>
          <w:rFonts w:hint="eastAsia"/>
        </w:rPr>
        <w:t>“</w:t>
      </w:r>
      <w:r>
        <w:t>God, remove unhealthy power dynamics from my relationships.</w:t>
      </w:r>
    </w:p>
    <w:p w14:paraId="7B666688" w14:textId="77777777" w:rsidR="00FC7011" w:rsidRDefault="00FC7011" w:rsidP="00FC7011">
      <w:pPr>
        <w:spacing w:after="240"/>
      </w:pPr>
      <w:r>
        <w:t>Teach me to love and be loved freely, not through control or fear.</w:t>
      </w:r>
      <w:r>
        <w:rPr>
          <w:rFonts w:hint="eastAsia"/>
        </w:rPr>
        <w:t>”</w:t>
      </w:r>
    </w:p>
    <w:p w14:paraId="22787156" w14:textId="77777777" w:rsidR="00FC7011" w:rsidRDefault="00FC7011" w:rsidP="00FC7011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Five Truth</w:t>
      </w:r>
    </w:p>
    <w:p w14:paraId="01A0A260" w14:textId="77777777" w:rsidR="00FC7011" w:rsidRDefault="00FC7011" w:rsidP="00FC7011">
      <w:pPr>
        <w:spacing w:after="240"/>
      </w:pPr>
      <w:r>
        <w:t>Healthy love doesn</w:t>
      </w:r>
      <w:r>
        <w:rPr>
          <w:rFonts w:hint="eastAsia"/>
        </w:rPr>
        <w:t>’</w:t>
      </w:r>
      <w:r>
        <w:t>t need chasing.</w:t>
      </w:r>
    </w:p>
    <w:p w14:paraId="0A81DDD9" w14:textId="77777777" w:rsidR="00FC7011" w:rsidRDefault="00FC7011" w:rsidP="00FC7011">
      <w:pPr>
        <w:spacing w:after="240"/>
      </w:pPr>
      <w:r>
        <w:t>It doesn</w:t>
      </w:r>
      <w:r>
        <w:rPr>
          <w:rFonts w:hint="eastAsia"/>
        </w:rPr>
        <w:t>’</w:t>
      </w:r>
      <w:r>
        <w:t>t survive on control.</w:t>
      </w:r>
    </w:p>
    <w:p w14:paraId="094FE6B2" w14:textId="33287E50" w:rsidR="00890353" w:rsidRDefault="00FC7011">
      <w:pPr>
        <w:spacing w:after="240"/>
      </w:pPr>
      <w:r>
        <w:t>It thrives on mutual choice.</w:t>
      </w:r>
      <w:r w:rsidR="00000000">
        <w:br/>
      </w:r>
    </w:p>
    <w:p w14:paraId="36F2C385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Six</w:t>
      </w:r>
    </w:p>
    <w:p w14:paraId="1A43878E" w14:textId="77777777" w:rsidR="009E7AAB" w:rsidRDefault="009E7AAB" w:rsidP="009E7AAB">
      <w:pPr>
        <w:spacing w:after="240"/>
      </w:pPr>
      <w:r>
        <w:t>Desire With Honor: Passion That Strengthens Love Instead of Wounding It</w:t>
      </w:r>
    </w:p>
    <w:p w14:paraId="2BB41BF1" w14:textId="77777777" w:rsidR="009E7AAB" w:rsidRDefault="009E7AAB" w:rsidP="009E7AAB">
      <w:pPr>
        <w:spacing w:after="240"/>
      </w:pPr>
      <w:r>
        <w:t>Somewhere along the way, desire became confusing.</w:t>
      </w:r>
    </w:p>
    <w:p w14:paraId="37A0BFB9" w14:textId="77777777" w:rsidR="009E7AAB" w:rsidRDefault="009E7AAB" w:rsidP="009E7AAB">
      <w:pPr>
        <w:spacing w:after="240"/>
      </w:pPr>
      <w:r>
        <w:t>In some spaces it was treated as dangerous.</w:t>
      </w:r>
    </w:p>
    <w:p w14:paraId="2CE7E783" w14:textId="77777777" w:rsidR="009E7AAB" w:rsidRDefault="009E7AAB" w:rsidP="009E7AAB">
      <w:pPr>
        <w:spacing w:after="240"/>
      </w:pPr>
      <w:r>
        <w:t>In others it was treated as everything.</w:t>
      </w:r>
    </w:p>
    <w:p w14:paraId="57A9551F" w14:textId="77777777" w:rsidR="009E7AAB" w:rsidRDefault="009E7AAB" w:rsidP="009E7AAB">
      <w:pPr>
        <w:spacing w:after="240"/>
      </w:pPr>
      <w:r>
        <w:t>But in God</w:t>
      </w:r>
      <w:r>
        <w:rPr>
          <w:rFonts w:hint="eastAsia"/>
        </w:rPr>
        <w:t>’</w:t>
      </w:r>
      <w:r>
        <w:t xml:space="preserve">s design, desire was never meant to be feared </w:t>
      </w:r>
      <w:r>
        <w:rPr>
          <w:rFonts w:hint="eastAsia"/>
        </w:rPr>
        <w:t>—</w:t>
      </w:r>
      <w:r>
        <w:t xml:space="preserve"> and never meant to rule.</w:t>
      </w:r>
    </w:p>
    <w:p w14:paraId="16335983" w14:textId="77777777" w:rsidR="009E7AAB" w:rsidRDefault="009E7AAB" w:rsidP="009E7AAB">
      <w:pPr>
        <w:spacing w:after="240"/>
      </w:pPr>
      <w:r>
        <w:t>It was meant to bond.</w:t>
      </w:r>
    </w:p>
    <w:p w14:paraId="4AFDA27F" w14:textId="77777777" w:rsidR="009E7AAB" w:rsidRDefault="009E7AAB" w:rsidP="009E7AAB">
      <w:pPr>
        <w:spacing w:after="240"/>
      </w:pPr>
      <w:r>
        <w:t>When passion flows inside emotional safety, mutual pursuit, and commitment, it becomes one of the most powerful forces for connection God created.</w:t>
      </w:r>
    </w:p>
    <w:p w14:paraId="7F4FCCE8" w14:textId="77777777" w:rsidR="009E7AAB" w:rsidRDefault="009E7AAB" w:rsidP="009E7AAB">
      <w:pPr>
        <w:spacing w:after="240"/>
      </w:pPr>
      <w:r>
        <w:t>When passion is separated from those foundations, it often becomes the source of heartbreak.</w:t>
      </w:r>
    </w:p>
    <w:p w14:paraId="3374DA44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🔥</w:t>
      </w:r>
      <w:r>
        <w:t xml:space="preserve"> God Created Desire on Purpose</w:t>
      </w:r>
    </w:p>
    <w:p w14:paraId="24E63174" w14:textId="77777777" w:rsidR="009E7AAB" w:rsidRDefault="009E7AAB" w:rsidP="009E7AAB">
      <w:pPr>
        <w:spacing w:after="240"/>
      </w:pPr>
      <w:r>
        <w:t>Attraction is not an accident.</w:t>
      </w:r>
    </w:p>
    <w:p w14:paraId="2E04054F" w14:textId="77777777" w:rsidR="009E7AAB" w:rsidRDefault="009E7AAB" w:rsidP="009E7AAB">
      <w:pPr>
        <w:spacing w:after="240"/>
      </w:pPr>
      <w:r>
        <w:t>Longing is not a flaw.</w:t>
      </w:r>
    </w:p>
    <w:p w14:paraId="6B4C7D31" w14:textId="77777777" w:rsidR="009E7AAB" w:rsidRDefault="009E7AAB" w:rsidP="009E7AAB">
      <w:pPr>
        <w:spacing w:after="240"/>
      </w:pPr>
      <w:r>
        <w:t>Pleasure is not sinful in itself.</w:t>
      </w:r>
    </w:p>
    <w:p w14:paraId="706BA44E" w14:textId="77777777" w:rsidR="009E7AAB" w:rsidRDefault="009E7AAB" w:rsidP="009E7AAB">
      <w:pPr>
        <w:spacing w:after="240"/>
      </w:pPr>
      <w:r>
        <w:t>God invented all of it.</w:t>
      </w:r>
    </w:p>
    <w:p w14:paraId="6C8B2691" w14:textId="77777777" w:rsidR="009E7AAB" w:rsidRDefault="009E7AAB" w:rsidP="009E7AAB">
      <w:pPr>
        <w:spacing w:after="240"/>
      </w:pPr>
      <w:r>
        <w:t>Song of Solomon is filled with admiration, yearning, touch, and delight.</w:t>
      </w:r>
    </w:p>
    <w:p w14:paraId="3153679C" w14:textId="77777777" w:rsidR="009E7AAB" w:rsidRDefault="009E7AAB" w:rsidP="009E7AAB">
      <w:pPr>
        <w:spacing w:after="240"/>
      </w:pPr>
      <w:r>
        <w:t>The Bible doesn</w:t>
      </w:r>
      <w:r>
        <w:rPr>
          <w:rFonts w:hint="eastAsia"/>
        </w:rPr>
        <w:t>’</w:t>
      </w:r>
      <w:r>
        <w:t>t blush when describing love between a man and a woman.</w:t>
      </w:r>
    </w:p>
    <w:p w14:paraId="67BAAAE7" w14:textId="77777777" w:rsidR="009E7AAB" w:rsidRDefault="009E7AAB" w:rsidP="009E7AAB">
      <w:pPr>
        <w:spacing w:after="240"/>
      </w:pPr>
      <w:r>
        <w:t>What makes desire holy isn</w:t>
      </w:r>
      <w:r>
        <w:rPr>
          <w:rFonts w:hint="eastAsia"/>
        </w:rPr>
        <w:t>’</w:t>
      </w:r>
      <w:r>
        <w:t xml:space="preserve">t the absence of passion </w:t>
      </w:r>
      <w:r>
        <w:rPr>
          <w:rFonts w:hint="eastAsia"/>
        </w:rPr>
        <w:t>—</w:t>
      </w:r>
    </w:p>
    <w:p w14:paraId="7F3B5AF2" w14:textId="77777777" w:rsidR="009E7AAB" w:rsidRDefault="009E7AAB" w:rsidP="009E7AAB">
      <w:pPr>
        <w:spacing w:after="240"/>
      </w:pPr>
      <w:r>
        <w:t>it</w:t>
      </w:r>
      <w:r>
        <w:rPr>
          <w:rFonts w:hint="eastAsia"/>
        </w:rPr>
        <w:t>’</w:t>
      </w:r>
      <w:r>
        <w:t>s the presence of love, safety, and covenant.</w:t>
      </w:r>
    </w:p>
    <w:p w14:paraId="231CFFDC" w14:textId="77777777" w:rsidR="009E7AAB" w:rsidRDefault="009E7AAB" w:rsidP="009E7AAB">
      <w:pPr>
        <w:spacing w:after="240"/>
      </w:pPr>
      <w:r>
        <w:t>Desire is a gift.</w:t>
      </w:r>
    </w:p>
    <w:p w14:paraId="2A905DD6" w14:textId="77777777" w:rsidR="009E7AAB" w:rsidRDefault="009E7AAB" w:rsidP="009E7AAB">
      <w:pPr>
        <w:spacing w:after="240"/>
      </w:pPr>
      <w:r>
        <w:t>Direction is what makes it life-giving.</w:t>
      </w:r>
    </w:p>
    <w:p w14:paraId="7F6C9615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Desire That Builds vs Desire That Breaks</w:t>
      </w:r>
    </w:p>
    <w:p w14:paraId="03C69E71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Healthy Desire (God</w:t>
      </w:r>
      <w:r>
        <w:rPr>
          <w:rFonts w:hint="eastAsia"/>
        </w:rPr>
        <w:t>’</w:t>
      </w:r>
      <w:r>
        <w:t>s Design)</w:t>
      </w:r>
    </w:p>
    <w:p w14:paraId="75B8FD6F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flows from emotional closeness</w:t>
      </w:r>
    </w:p>
    <w:p w14:paraId="54DF87DB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increases trust</w:t>
      </w:r>
    </w:p>
    <w:p w14:paraId="1E6BB20E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deepens connection</w:t>
      </w:r>
    </w:p>
    <w:p w14:paraId="249A803B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feels safe and peaceful</w:t>
      </w:r>
    </w:p>
    <w:p w14:paraId="5636134D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honors the other person</w:t>
      </w:r>
    </w:p>
    <w:p w14:paraId="738F4FD4" w14:textId="77777777" w:rsidR="009E7AAB" w:rsidRDefault="009E7AAB" w:rsidP="009E7AAB">
      <w:pPr>
        <w:spacing w:after="240"/>
      </w:pPr>
      <w:r>
        <w:t>It leaves both people feeling closer, calmer, and more secure.</w:t>
      </w:r>
    </w:p>
    <w:p w14:paraId="5BF67691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🔥</w:t>
      </w:r>
      <w:r>
        <w:t xml:space="preserve"> Drifted Desire (Cultural Pattern)</w:t>
      </w:r>
    </w:p>
    <w:p w14:paraId="192F90F0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rushes intimacy</w:t>
      </w:r>
    </w:p>
    <w:p w14:paraId="50D80F1E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replaces emotional bonding</w:t>
      </w:r>
    </w:p>
    <w:p w14:paraId="0BC8DA21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creates attachment without trust</w:t>
      </w:r>
    </w:p>
    <w:p w14:paraId="3364CA81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fuels anxiety and jealousy</w:t>
      </w:r>
    </w:p>
    <w:p w14:paraId="3CB97847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often leaves emptiness</w:t>
      </w:r>
    </w:p>
    <w:p w14:paraId="32480539" w14:textId="77777777" w:rsidR="009E7AAB" w:rsidRDefault="009E7AAB" w:rsidP="009E7AAB">
      <w:pPr>
        <w:spacing w:after="240"/>
      </w:pPr>
      <w:r>
        <w:t>It bonds chemically but not relationally.</w:t>
      </w:r>
    </w:p>
    <w:p w14:paraId="0FFD35D9" w14:textId="77777777" w:rsidR="009E7AAB" w:rsidRDefault="009E7AAB" w:rsidP="009E7AAB">
      <w:pPr>
        <w:spacing w:after="240"/>
      </w:pPr>
      <w:r>
        <w:t>This is why many people feel deeply attached yet deeply unsafe at the same time.</w:t>
      </w:r>
    </w:p>
    <w:p w14:paraId="00078D05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3CB99B5C" w14:textId="77777777" w:rsidR="009E7AAB" w:rsidRDefault="009E7AAB" w:rsidP="009E7AAB">
      <w:pPr>
        <w:spacing w:after="240"/>
      </w:pPr>
      <w:r>
        <w:t>For a long time, I thought strong desire meant strong love.</w:t>
      </w:r>
    </w:p>
    <w:p w14:paraId="3789E826" w14:textId="77777777" w:rsidR="009E7AAB" w:rsidRDefault="009E7AAB" w:rsidP="009E7AAB">
      <w:pPr>
        <w:spacing w:after="240"/>
      </w:pPr>
      <w:r>
        <w:t>If the attraction was intense, I assumed the relationship was deep.</w:t>
      </w:r>
    </w:p>
    <w:p w14:paraId="409BC51C" w14:textId="77777777" w:rsidR="009E7AAB" w:rsidRDefault="009E7AAB" w:rsidP="009E7AAB">
      <w:pPr>
        <w:spacing w:after="240"/>
      </w:pPr>
      <w:r>
        <w:t>But what I eventually realized was this:</w:t>
      </w:r>
    </w:p>
    <w:p w14:paraId="32E58BB4" w14:textId="77777777" w:rsidR="009E7AAB" w:rsidRDefault="009E7AAB" w:rsidP="009E7AAB">
      <w:pPr>
        <w:spacing w:after="240"/>
      </w:pPr>
      <w:r>
        <w:t>Passion can exist without safety.</w:t>
      </w:r>
    </w:p>
    <w:p w14:paraId="2B2D4BA3" w14:textId="77777777" w:rsidR="009E7AAB" w:rsidRDefault="009E7AAB" w:rsidP="009E7AAB">
      <w:pPr>
        <w:spacing w:after="240"/>
      </w:pPr>
      <w:r>
        <w:t>Desire can exist without commitment.</w:t>
      </w:r>
    </w:p>
    <w:p w14:paraId="03BB7E7D" w14:textId="77777777" w:rsidR="009E7AAB" w:rsidRDefault="009E7AAB" w:rsidP="009E7AAB">
      <w:pPr>
        <w:spacing w:after="240"/>
      </w:pPr>
      <w:r>
        <w:t>Intensity can exist without stability.</w:t>
      </w:r>
    </w:p>
    <w:p w14:paraId="4AF045D2" w14:textId="77777777" w:rsidR="009E7AAB" w:rsidRDefault="009E7AAB" w:rsidP="009E7AAB">
      <w:pPr>
        <w:spacing w:after="240"/>
      </w:pPr>
      <w:r>
        <w:t>Some of the most painful relationships I experienced were also the most passionate.</w:t>
      </w:r>
    </w:p>
    <w:p w14:paraId="7EB35CE8" w14:textId="77777777" w:rsidR="009E7AAB" w:rsidRDefault="009E7AAB" w:rsidP="009E7AAB">
      <w:pPr>
        <w:spacing w:after="240"/>
      </w:pPr>
      <w:r>
        <w:t xml:space="preserve">And some of the healthiest connections I later felt were quieter </w:t>
      </w:r>
      <w:r>
        <w:rPr>
          <w:rFonts w:hint="eastAsia"/>
        </w:rPr>
        <w:t>—</w:t>
      </w:r>
      <w:r>
        <w:t xml:space="preserve"> but far more secure.</w:t>
      </w:r>
    </w:p>
    <w:p w14:paraId="42002565" w14:textId="77777777" w:rsidR="009E7AAB" w:rsidRDefault="009E7AAB" w:rsidP="009E7AAB">
      <w:pPr>
        <w:spacing w:after="240"/>
      </w:pPr>
      <w:r>
        <w:t>That</w:t>
      </w:r>
      <w:r>
        <w:rPr>
          <w:rFonts w:hint="eastAsia"/>
        </w:rPr>
        <w:t>’</w:t>
      </w:r>
      <w:r>
        <w:t>s when I understood:</w:t>
      </w:r>
    </w:p>
    <w:p w14:paraId="1AA769F0" w14:textId="77777777" w:rsidR="009E7AAB" w:rsidRDefault="009E7AAB" w:rsidP="009E7AAB">
      <w:pPr>
        <w:spacing w:after="240"/>
      </w:pPr>
      <w:r>
        <w:t>Desire is powerful, but it</w:t>
      </w:r>
      <w:r>
        <w:rPr>
          <w:rFonts w:hint="eastAsia"/>
        </w:rPr>
        <w:t>’</w:t>
      </w:r>
      <w:r>
        <w:t>s not the foundation.</w:t>
      </w:r>
    </w:p>
    <w:p w14:paraId="2397D24A" w14:textId="77777777" w:rsidR="009E7AAB" w:rsidRDefault="009E7AAB" w:rsidP="009E7AAB">
      <w:pPr>
        <w:spacing w:after="240"/>
      </w:pPr>
      <w:r>
        <w:t>It</w:t>
      </w:r>
      <w:r>
        <w:rPr>
          <w:rFonts w:hint="eastAsia"/>
        </w:rPr>
        <w:t>’</w:t>
      </w:r>
      <w:r>
        <w:t>s meant to rest on one.</w:t>
      </w:r>
    </w:p>
    <w:p w14:paraId="126B19E8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💞</w:t>
      </w:r>
      <w:r>
        <w:t xml:space="preserve"> How Honor Transforms Passion</w:t>
      </w:r>
    </w:p>
    <w:p w14:paraId="31CD9586" w14:textId="77777777" w:rsidR="009E7AAB" w:rsidRDefault="009E7AAB" w:rsidP="009E7AAB">
      <w:pPr>
        <w:spacing w:after="240"/>
      </w:pPr>
      <w:r>
        <w:t>In God</w:t>
      </w:r>
      <w:r>
        <w:rPr>
          <w:rFonts w:hint="eastAsia"/>
        </w:rPr>
        <w:t>’</w:t>
      </w:r>
      <w:r>
        <w:t>s design, desire is wrapped in honor.</w:t>
      </w:r>
    </w:p>
    <w:p w14:paraId="36EE1105" w14:textId="77777777" w:rsidR="009E7AAB" w:rsidRDefault="009E7AAB" w:rsidP="009E7AAB">
      <w:pPr>
        <w:spacing w:after="240"/>
      </w:pPr>
      <w:r>
        <w:t>Honor looks like:</w:t>
      </w:r>
    </w:p>
    <w:p w14:paraId="660FB066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seeing the other person as valuable, not consumable</w:t>
      </w:r>
    </w:p>
    <w:p w14:paraId="02EF331E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protecting their heart, not just enjoying their body</w:t>
      </w:r>
    </w:p>
    <w:p w14:paraId="2D88B541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communicating affection respectfully</w:t>
      </w:r>
    </w:p>
    <w:p w14:paraId="709E50A9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caring about their peace, not just your pleasure</w:t>
      </w:r>
    </w:p>
    <w:p w14:paraId="04895045" w14:textId="77777777" w:rsidR="009E7AAB" w:rsidRDefault="009E7AAB" w:rsidP="009E7AAB">
      <w:pPr>
        <w:spacing w:after="240"/>
      </w:pPr>
      <w:r>
        <w:t>Honor turns passion into bonding.</w:t>
      </w:r>
    </w:p>
    <w:p w14:paraId="22D917B2" w14:textId="77777777" w:rsidR="009E7AAB" w:rsidRDefault="009E7AAB" w:rsidP="009E7AAB">
      <w:pPr>
        <w:spacing w:after="240"/>
      </w:pPr>
      <w:r>
        <w:t xml:space="preserve">Without honor, passion often becomes using </w:t>
      </w:r>
      <w:r>
        <w:rPr>
          <w:rFonts w:hint="eastAsia"/>
        </w:rPr>
        <w:t>—</w:t>
      </w:r>
      <w:r>
        <w:t xml:space="preserve"> even unintentionally.</w:t>
      </w:r>
    </w:p>
    <w:p w14:paraId="7D6EDD14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🔒</w:t>
      </w:r>
      <w:r>
        <w:t xml:space="preserve"> Why Boundaries Actually Protect Desire</w:t>
      </w:r>
    </w:p>
    <w:p w14:paraId="21244B2B" w14:textId="77777777" w:rsidR="009E7AAB" w:rsidRDefault="009E7AAB" w:rsidP="009E7AAB">
      <w:pPr>
        <w:spacing w:after="240"/>
      </w:pPr>
      <w:r>
        <w:t>Many people think boundaries kill passion.</w:t>
      </w:r>
    </w:p>
    <w:p w14:paraId="086470B0" w14:textId="77777777" w:rsidR="009E7AAB" w:rsidRDefault="009E7AAB" w:rsidP="009E7AAB">
      <w:pPr>
        <w:spacing w:after="240"/>
      </w:pPr>
      <w:r>
        <w:t>In reality, boundaries protect it.</w:t>
      </w:r>
    </w:p>
    <w:p w14:paraId="1043CF08" w14:textId="77777777" w:rsidR="009E7AAB" w:rsidRDefault="009E7AAB" w:rsidP="009E7AAB">
      <w:pPr>
        <w:spacing w:after="240"/>
      </w:pPr>
      <w:r>
        <w:t>When intimacy is rushed:</w:t>
      </w:r>
    </w:p>
    <w:p w14:paraId="146A1723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trust struggles to keep up</w:t>
      </w:r>
    </w:p>
    <w:p w14:paraId="45065A27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fear sneaks in</w:t>
      </w:r>
    </w:p>
    <w:p w14:paraId="1FBD6C1A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attachment forms before security</w:t>
      </w:r>
    </w:p>
    <w:p w14:paraId="40E8E46E" w14:textId="77777777" w:rsidR="009E7AAB" w:rsidRDefault="009E7AAB" w:rsidP="009E7AAB">
      <w:pPr>
        <w:spacing w:after="240"/>
      </w:pPr>
      <w:r>
        <w:t>When intimacy is paced wisely:</w:t>
      </w:r>
    </w:p>
    <w:p w14:paraId="419038A3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anticipation grows</w:t>
      </w:r>
    </w:p>
    <w:p w14:paraId="54D99589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safety deepens</w:t>
      </w:r>
    </w:p>
    <w:p w14:paraId="3A4A9E2F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connection strengthens</w:t>
      </w:r>
    </w:p>
    <w:p w14:paraId="5BA33CC0" w14:textId="77777777" w:rsidR="009E7AAB" w:rsidRDefault="009E7AAB" w:rsidP="009E7AAB">
      <w:pPr>
        <w:spacing w:after="240"/>
      </w:pPr>
      <w:r>
        <w:t>This is why Scripture repeats:</w:t>
      </w:r>
    </w:p>
    <w:p w14:paraId="205E7D20" w14:textId="77777777" w:rsidR="009E7AAB" w:rsidRDefault="009E7AAB" w:rsidP="009E7AAB">
      <w:pPr>
        <w:spacing w:after="240"/>
      </w:pPr>
      <w:r>
        <w:rPr>
          <w:rFonts w:hint="eastAsia"/>
        </w:rPr>
        <w:t>“</w:t>
      </w:r>
      <w:r>
        <w:t>Do not awaken love before its time.</w:t>
      </w:r>
      <w:r>
        <w:rPr>
          <w:rFonts w:hint="eastAsia"/>
        </w:rPr>
        <w:t>”</w:t>
      </w:r>
    </w:p>
    <w:p w14:paraId="63F2F343" w14:textId="77777777" w:rsidR="009E7AAB" w:rsidRDefault="009E7AAB" w:rsidP="009E7AAB">
      <w:pPr>
        <w:spacing w:after="240"/>
      </w:pPr>
      <w:r>
        <w:t xml:space="preserve">Not to deny desire </w:t>
      </w:r>
      <w:r>
        <w:rPr>
          <w:rFonts w:hint="eastAsia"/>
        </w:rPr>
        <w:t>—</w:t>
      </w:r>
      <w:r>
        <w:t xml:space="preserve"> but to guard it.</w:t>
      </w:r>
    </w:p>
    <w:p w14:paraId="7A6B4BD8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What Honoring Passion Feels Like</w:t>
      </w:r>
    </w:p>
    <w:p w14:paraId="01499D00" w14:textId="77777777" w:rsidR="009E7AAB" w:rsidRDefault="009E7AAB" w:rsidP="009E7AAB">
      <w:pPr>
        <w:spacing w:after="240"/>
      </w:pPr>
      <w:r>
        <w:t>When desire flows God</w:t>
      </w:r>
      <w:r>
        <w:rPr>
          <w:rFonts w:hint="eastAsia"/>
        </w:rPr>
        <w:t>’</w:t>
      </w:r>
      <w:r>
        <w:t>s way, it feels:</w:t>
      </w:r>
    </w:p>
    <w:p w14:paraId="0018C253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exciting but peaceful</w:t>
      </w:r>
    </w:p>
    <w:p w14:paraId="50E39BE8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intense but safe</w:t>
      </w:r>
    </w:p>
    <w:p w14:paraId="46E0E9A2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close but not consuming</w:t>
      </w:r>
    </w:p>
    <w:p w14:paraId="3D6FD115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joyful but not anxious</w:t>
      </w:r>
    </w:p>
    <w:p w14:paraId="05B4D552" w14:textId="77777777" w:rsidR="009E7AAB" w:rsidRDefault="009E7AAB" w:rsidP="009E7AAB">
      <w:pPr>
        <w:spacing w:after="240"/>
      </w:pPr>
      <w:r>
        <w:t xml:space="preserve">It draws people together </w:t>
      </w:r>
      <w:r>
        <w:rPr>
          <w:rFonts w:hint="eastAsia"/>
        </w:rPr>
        <w:t>—</w:t>
      </w:r>
      <w:r>
        <w:t xml:space="preserve"> not into chaos.</w:t>
      </w:r>
    </w:p>
    <w:p w14:paraId="0568513B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Desire in God</w:t>
      </w:r>
      <w:r>
        <w:rPr>
          <w:rFonts w:hint="eastAsia"/>
        </w:rPr>
        <w:t>’</w:t>
      </w:r>
      <w:r>
        <w:t>s Design</w:t>
      </w:r>
    </w:p>
    <w:p w14:paraId="0E00FEE2" w14:textId="77777777" w:rsidR="009E7AAB" w:rsidRDefault="009E7AAB" w:rsidP="009E7AAB">
      <w:pPr>
        <w:spacing w:after="240"/>
      </w:pPr>
      <w:r>
        <w:t>Read &amp; Reflect:</w:t>
      </w:r>
    </w:p>
    <w:p w14:paraId="573ECB4A" w14:textId="77777777" w:rsidR="009E7AAB" w:rsidRDefault="009E7AAB" w:rsidP="009E7AAB">
      <w:pPr>
        <w:spacing w:after="240"/>
      </w:pPr>
      <w:r>
        <w:t>Song of Solomon 4:7</w:t>
      </w:r>
    </w:p>
    <w:p w14:paraId="1F09AFA6" w14:textId="77777777" w:rsidR="009E7AAB" w:rsidRDefault="009E7AAB" w:rsidP="009E7AAB">
      <w:pPr>
        <w:spacing w:after="240"/>
      </w:pPr>
      <w:r>
        <w:rPr>
          <w:rFonts w:hint="eastAsia"/>
        </w:rPr>
        <w:t>“</w:t>
      </w:r>
      <w:r>
        <w:t>You are altogether beautiful, my love.</w:t>
      </w:r>
      <w:r>
        <w:rPr>
          <w:rFonts w:hint="eastAsia"/>
        </w:rPr>
        <w:t>”</w:t>
      </w:r>
    </w:p>
    <w:p w14:paraId="51A43E02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 words of honor build safety and closeness?</w:t>
      </w:r>
    </w:p>
    <w:p w14:paraId="24EBB03D" w14:textId="77777777" w:rsidR="009E7AAB" w:rsidRDefault="009E7AAB" w:rsidP="009E7AAB">
      <w:pPr>
        <w:spacing w:after="240"/>
      </w:pPr>
      <w:r>
        <w:t>1 Corinthians 13:4</w:t>
      </w:r>
      <w:r>
        <w:rPr>
          <w:rFonts w:hint="eastAsia"/>
        </w:rPr>
        <w:t>–</w:t>
      </w:r>
      <w:r>
        <w:t>7</w:t>
      </w:r>
    </w:p>
    <w:p w14:paraId="00D4E204" w14:textId="77777777" w:rsidR="009E7AAB" w:rsidRDefault="009E7AAB" w:rsidP="009E7AAB">
      <w:pPr>
        <w:spacing w:after="240"/>
      </w:pPr>
      <w:r>
        <w:t>Love is patient, kind, and not self-seeking.</w:t>
      </w:r>
    </w:p>
    <w:p w14:paraId="01EF5C5E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love guide desire?</w:t>
      </w:r>
    </w:p>
    <w:p w14:paraId="56B73C5E" w14:textId="77777777" w:rsidR="009E7AAB" w:rsidRDefault="009E7AAB" w:rsidP="009E7AAB">
      <w:pPr>
        <w:spacing w:after="240"/>
      </w:pPr>
      <w:r>
        <w:t>1 Thessalonians 4:3</w:t>
      </w:r>
      <w:r>
        <w:rPr>
          <w:rFonts w:hint="eastAsia"/>
        </w:rPr>
        <w:t>–</w:t>
      </w:r>
      <w:r>
        <w:t>5</w:t>
      </w:r>
    </w:p>
    <w:p w14:paraId="4E93CCA8" w14:textId="77777777" w:rsidR="009E7AAB" w:rsidRDefault="009E7AAB" w:rsidP="009E7AAB">
      <w:pPr>
        <w:spacing w:after="240"/>
      </w:pPr>
      <w:r>
        <w:t>Control your body in holiness and honor.</w:t>
      </w:r>
    </w:p>
    <w:p w14:paraId="171F26D8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honoring desire look like practically?</w:t>
      </w:r>
    </w:p>
    <w:p w14:paraId="2121EFD5" w14:textId="77777777" w:rsidR="009E7AAB" w:rsidRDefault="009E7AAB" w:rsidP="009E7AAB">
      <w:pPr>
        <w:spacing w:after="240"/>
      </w:pPr>
      <w:r>
        <w:t>Proverbs 5:18</w:t>
      </w:r>
      <w:r>
        <w:rPr>
          <w:rFonts w:hint="eastAsia"/>
        </w:rPr>
        <w:t>–</w:t>
      </w:r>
      <w:r>
        <w:t>19</w:t>
      </w:r>
    </w:p>
    <w:p w14:paraId="2DFA7D2C" w14:textId="77777777" w:rsidR="009E7AAB" w:rsidRDefault="009E7AAB" w:rsidP="009E7AAB">
      <w:pPr>
        <w:spacing w:after="240"/>
      </w:pPr>
      <w:r>
        <w:t>Rejoicing in love within covenant.</w:t>
      </w:r>
    </w:p>
    <w:p w14:paraId="7DA0BCB3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God celebrate intimacy when protected?</w:t>
      </w:r>
    </w:p>
    <w:p w14:paraId="1A741651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Six</w:t>
      </w:r>
    </w:p>
    <w:p w14:paraId="7288DB7E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Personal Reflection</w:t>
      </w:r>
    </w:p>
    <w:p w14:paraId="07596837" w14:textId="77777777" w:rsidR="009E7AAB" w:rsidRDefault="009E7AAB" w:rsidP="009E7AAB">
      <w:pPr>
        <w:spacing w:after="240"/>
      </w:pPr>
      <w:r>
        <w:t>Have I ever confused passion with love?</w:t>
      </w:r>
    </w:p>
    <w:p w14:paraId="0BFFA7A0" w14:textId="77777777" w:rsidR="009E7AAB" w:rsidRDefault="009E7AAB" w:rsidP="009E7AAB">
      <w:pPr>
        <w:spacing w:after="240"/>
      </w:pPr>
      <w:r>
        <w:t>Where has desire strengthened relationships in my life?</w:t>
      </w:r>
    </w:p>
    <w:p w14:paraId="69CE6DF4" w14:textId="77777777" w:rsidR="009E7AAB" w:rsidRDefault="009E7AAB" w:rsidP="009E7AAB">
      <w:pPr>
        <w:spacing w:after="240"/>
      </w:pPr>
      <w:r>
        <w:t>Where has rushed intimacy caused pain?</w:t>
      </w:r>
    </w:p>
    <w:p w14:paraId="2F5D18C3" w14:textId="77777777" w:rsidR="009E7AAB" w:rsidRDefault="009E7AAB" w:rsidP="009E7AAB">
      <w:pPr>
        <w:spacing w:after="240"/>
      </w:pPr>
      <w:r>
        <w:t>What would honoring passion look like going forward?</w:t>
      </w:r>
    </w:p>
    <w:p w14:paraId="218BB2A1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</w:t>
      </w:r>
    </w:p>
    <w:p w14:paraId="07509066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What makes each of us feel desired and respected?</w:t>
      </w:r>
    </w:p>
    <w:p w14:paraId="38C05E97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How can we express affection that builds closeness?</w:t>
      </w:r>
    </w:p>
    <w:p w14:paraId="46F98FE9" w14:textId="77777777" w:rsidR="009E7AAB" w:rsidRDefault="009E7AAB" w:rsidP="009E7AAB">
      <w:pPr>
        <w:spacing w:after="240"/>
      </w:pPr>
      <w:r>
        <w:rPr>
          <w:rFonts w:hint="eastAsia"/>
        </w:rPr>
        <w:t>•</w:t>
      </w:r>
      <w:r>
        <w:t xml:space="preserve"> Where should we protect boundaries together?</w:t>
      </w:r>
    </w:p>
    <w:p w14:paraId="6F12BB4D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3CA87B20" w14:textId="77777777" w:rsidR="009E7AAB" w:rsidRDefault="009E7AAB" w:rsidP="009E7AAB">
      <w:pPr>
        <w:spacing w:after="240"/>
      </w:pPr>
      <w:r>
        <w:rPr>
          <w:rFonts w:hint="eastAsia"/>
        </w:rPr>
        <w:t>“</w:t>
      </w:r>
      <w:r>
        <w:t>God, teach me to desire with honor.</w:t>
      </w:r>
    </w:p>
    <w:p w14:paraId="268841BC" w14:textId="77777777" w:rsidR="009E7AAB" w:rsidRDefault="009E7AAB" w:rsidP="009E7AAB">
      <w:pPr>
        <w:spacing w:after="240"/>
      </w:pPr>
      <w:r>
        <w:t>Heal the places where passion brought pain.</w:t>
      </w:r>
    </w:p>
    <w:p w14:paraId="544E8B3C" w14:textId="77777777" w:rsidR="009E7AAB" w:rsidRDefault="009E7AAB" w:rsidP="009E7AAB">
      <w:pPr>
        <w:spacing w:after="240"/>
      </w:pPr>
      <w:r>
        <w:t xml:space="preserve">Help me experience intimacy the way You designed it </w:t>
      </w:r>
      <w:r>
        <w:rPr>
          <w:rFonts w:hint="eastAsia"/>
        </w:rPr>
        <w:t>—</w:t>
      </w:r>
      <w:r>
        <w:t xml:space="preserve"> safe, joyful, and deep.</w:t>
      </w:r>
      <w:r>
        <w:rPr>
          <w:rFonts w:hint="eastAsia"/>
        </w:rPr>
        <w:t>”</w:t>
      </w:r>
    </w:p>
    <w:p w14:paraId="644050A4" w14:textId="77777777" w:rsidR="009E7AAB" w:rsidRDefault="009E7AAB" w:rsidP="009E7AAB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Six Truth</w:t>
      </w:r>
    </w:p>
    <w:p w14:paraId="1262873C" w14:textId="77777777" w:rsidR="009E7AAB" w:rsidRDefault="009E7AAB" w:rsidP="009E7AAB">
      <w:pPr>
        <w:spacing w:after="240"/>
      </w:pPr>
      <w:r>
        <w:t>Desire is not the enemy.</w:t>
      </w:r>
    </w:p>
    <w:p w14:paraId="68EAD299" w14:textId="77777777" w:rsidR="009E7AAB" w:rsidRDefault="009E7AAB" w:rsidP="009E7AAB">
      <w:pPr>
        <w:spacing w:after="240"/>
      </w:pPr>
      <w:r>
        <w:t>Desire without foundation is.</w:t>
      </w:r>
    </w:p>
    <w:p w14:paraId="5951F5DB" w14:textId="139E3491" w:rsidR="00890353" w:rsidRDefault="009E7AAB">
      <w:pPr>
        <w:spacing w:after="240"/>
      </w:pPr>
      <w:r>
        <w:t>When wrapped in love, safety, and honor, passion becomes one of God</w:t>
      </w:r>
      <w:r>
        <w:rPr>
          <w:rFonts w:hint="eastAsia"/>
        </w:rPr>
        <w:t>’</w:t>
      </w:r>
      <w:r>
        <w:t>s greatest gifts.</w:t>
      </w:r>
      <w:r w:rsidR="00000000">
        <w:br/>
      </w:r>
    </w:p>
    <w:p w14:paraId="223F91BF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Seven</w:t>
      </w:r>
    </w:p>
    <w:p w14:paraId="7BC711C5" w14:textId="77777777" w:rsidR="006A4C96" w:rsidRDefault="006A4C96" w:rsidP="006A4C96">
      <w:pPr>
        <w:spacing w:after="240"/>
      </w:pPr>
      <w:r>
        <w:t>Boundaries That Protect Love: Guarding What God Is Building</w:t>
      </w:r>
    </w:p>
    <w:p w14:paraId="1F01A270" w14:textId="77777777" w:rsidR="006A4C96" w:rsidRDefault="006A4C96" w:rsidP="006A4C96">
      <w:pPr>
        <w:spacing w:after="240"/>
      </w:pPr>
      <w:r>
        <w:t>Most people hear the word boundaries and think distance.</w:t>
      </w:r>
    </w:p>
    <w:p w14:paraId="1CC15D82" w14:textId="77777777" w:rsidR="006A4C96" w:rsidRDefault="006A4C96" w:rsidP="006A4C96">
      <w:pPr>
        <w:spacing w:after="240"/>
      </w:pPr>
      <w:r>
        <w:t>God thinks protection.</w:t>
      </w:r>
    </w:p>
    <w:p w14:paraId="412D0E42" w14:textId="77777777" w:rsidR="006A4C96" w:rsidRDefault="006A4C96" w:rsidP="006A4C96">
      <w:pPr>
        <w:spacing w:after="240"/>
      </w:pPr>
      <w:r>
        <w:t>Boundaries are not walls to keep love out.</w:t>
      </w:r>
    </w:p>
    <w:p w14:paraId="7888BF22" w14:textId="77777777" w:rsidR="006A4C96" w:rsidRDefault="006A4C96" w:rsidP="006A4C96">
      <w:pPr>
        <w:spacing w:after="240"/>
      </w:pPr>
      <w:r>
        <w:t>They are fences that keep what</w:t>
      </w:r>
      <w:r>
        <w:rPr>
          <w:rFonts w:hint="eastAsia"/>
        </w:rPr>
        <w:t>’</w:t>
      </w:r>
      <w:r>
        <w:t>s precious safe.</w:t>
      </w:r>
    </w:p>
    <w:p w14:paraId="31196E4B" w14:textId="77777777" w:rsidR="006A4C96" w:rsidRDefault="006A4C96" w:rsidP="006A4C96">
      <w:pPr>
        <w:spacing w:after="240"/>
      </w:pPr>
      <w:r>
        <w:t xml:space="preserve">In every healthy relationship God designed, love is free </w:t>
      </w:r>
      <w:r>
        <w:rPr>
          <w:rFonts w:hint="eastAsia"/>
        </w:rPr>
        <w:t>—</w:t>
      </w:r>
      <w:r>
        <w:t xml:space="preserve"> but not careless.</w:t>
      </w:r>
    </w:p>
    <w:p w14:paraId="37A8FF26" w14:textId="77777777" w:rsidR="006A4C96" w:rsidRDefault="006A4C96" w:rsidP="006A4C96">
      <w:pPr>
        <w:spacing w:after="240"/>
      </w:pPr>
      <w:r>
        <w:t xml:space="preserve">Open </w:t>
      </w:r>
      <w:r>
        <w:rPr>
          <w:rFonts w:hint="eastAsia"/>
        </w:rPr>
        <w:t>—</w:t>
      </w:r>
      <w:r>
        <w:t xml:space="preserve"> but not unguarded.</w:t>
      </w:r>
    </w:p>
    <w:p w14:paraId="69512EB7" w14:textId="77777777" w:rsidR="006A4C96" w:rsidRDefault="006A4C96" w:rsidP="006A4C96">
      <w:pPr>
        <w:spacing w:after="240"/>
      </w:pPr>
      <w:r>
        <w:t xml:space="preserve">Passionate </w:t>
      </w:r>
      <w:r>
        <w:rPr>
          <w:rFonts w:hint="eastAsia"/>
        </w:rPr>
        <w:t>—</w:t>
      </w:r>
      <w:r>
        <w:t xml:space="preserve"> but not rushed.</w:t>
      </w:r>
    </w:p>
    <w:p w14:paraId="6A7A217B" w14:textId="77777777" w:rsidR="006A4C96" w:rsidRDefault="006A4C96" w:rsidP="006A4C96">
      <w:pPr>
        <w:spacing w:after="240"/>
      </w:pPr>
      <w:r>
        <w:t>Where boundaries are missing, drift always follows.</w:t>
      </w:r>
    </w:p>
    <w:p w14:paraId="6A636750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🛡️</w:t>
      </w:r>
      <w:r>
        <w:t xml:space="preserve"> Why God Always Protects What Matters</w:t>
      </w:r>
    </w:p>
    <w:p w14:paraId="027F5D08" w14:textId="77777777" w:rsidR="006A4C96" w:rsidRDefault="006A4C96" w:rsidP="006A4C96">
      <w:pPr>
        <w:spacing w:after="240"/>
      </w:pPr>
      <w:r>
        <w:t>Anything valuable is guarded.</w:t>
      </w:r>
    </w:p>
    <w:p w14:paraId="6B209DC6" w14:textId="77777777" w:rsidR="006A4C96" w:rsidRDefault="006A4C96" w:rsidP="006A4C96">
      <w:pPr>
        <w:spacing w:after="240"/>
      </w:pPr>
      <w:r>
        <w:t>Homes have locks.</w:t>
      </w:r>
    </w:p>
    <w:p w14:paraId="5D5192AA" w14:textId="77777777" w:rsidR="006A4C96" w:rsidRDefault="006A4C96" w:rsidP="006A4C96">
      <w:pPr>
        <w:spacing w:after="240"/>
      </w:pPr>
      <w:r>
        <w:t>Fields have fences.</w:t>
      </w:r>
    </w:p>
    <w:p w14:paraId="1D747D85" w14:textId="77777777" w:rsidR="006A4C96" w:rsidRDefault="006A4C96" w:rsidP="006A4C96">
      <w:pPr>
        <w:spacing w:after="240"/>
      </w:pPr>
      <w:r>
        <w:t>Hearts need wisdom.</w:t>
      </w:r>
    </w:p>
    <w:p w14:paraId="1900112A" w14:textId="77777777" w:rsidR="006A4C96" w:rsidRDefault="006A4C96" w:rsidP="006A4C96">
      <w:pPr>
        <w:spacing w:after="240"/>
      </w:pPr>
      <w:r>
        <w:t xml:space="preserve">Scripture tells us to guard our hearts because everything flows from them </w:t>
      </w:r>
      <w:r>
        <w:rPr>
          <w:rFonts w:hint="eastAsia"/>
        </w:rPr>
        <w:t>—</w:t>
      </w:r>
      <w:r>
        <w:t xml:space="preserve"> including how we love, trust, and attach.</w:t>
      </w:r>
    </w:p>
    <w:p w14:paraId="329F346D" w14:textId="77777777" w:rsidR="006A4C96" w:rsidRDefault="006A4C96" w:rsidP="006A4C96">
      <w:pPr>
        <w:spacing w:after="240"/>
      </w:pPr>
      <w:r>
        <w:t>Boundaries don</w:t>
      </w:r>
      <w:r>
        <w:rPr>
          <w:rFonts w:hint="eastAsia"/>
        </w:rPr>
        <w:t>’</w:t>
      </w:r>
      <w:r>
        <w:t>t block intimacy.</w:t>
      </w:r>
    </w:p>
    <w:p w14:paraId="20AB0DF8" w14:textId="77777777" w:rsidR="006A4C96" w:rsidRDefault="006A4C96" w:rsidP="006A4C96">
      <w:pPr>
        <w:spacing w:after="240"/>
      </w:pPr>
      <w:r>
        <w:t>They preserve it.</w:t>
      </w:r>
    </w:p>
    <w:p w14:paraId="5D43AACC" w14:textId="77777777" w:rsidR="006A4C96" w:rsidRDefault="006A4C96" w:rsidP="006A4C96">
      <w:pPr>
        <w:spacing w:after="240"/>
      </w:pPr>
      <w:r>
        <w:t>They keep love from being rushed, misused, or wounded.</w:t>
      </w:r>
    </w:p>
    <w:p w14:paraId="07FC4DCC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Boundaries in God</w:t>
      </w:r>
      <w:r>
        <w:rPr>
          <w:rFonts w:hint="eastAsia"/>
        </w:rPr>
        <w:t>’</w:t>
      </w:r>
      <w:r>
        <w:t>s Design</w:t>
      </w:r>
    </w:p>
    <w:p w14:paraId="75413DFC" w14:textId="77777777" w:rsidR="006A4C96" w:rsidRDefault="006A4C96" w:rsidP="006A4C96">
      <w:pPr>
        <w:spacing w:after="240"/>
      </w:pPr>
      <w:r>
        <w:t xml:space="preserve">In Song of Solomon, desire is strong </w:t>
      </w:r>
      <w:r>
        <w:rPr>
          <w:rFonts w:hint="eastAsia"/>
        </w:rPr>
        <w:t>—</w:t>
      </w:r>
      <w:r>
        <w:t xml:space="preserve"> but timing is honored.</w:t>
      </w:r>
    </w:p>
    <w:p w14:paraId="62F3D332" w14:textId="77777777" w:rsidR="006A4C96" w:rsidRDefault="006A4C96" w:rsidP="006A4C96">
      <w:pPr>
        <w:spacing w:after="240"/>
      </w:pPr>
      <w:r>
        <w:t>The repeated call:</w:t>
      </w:r>
    </w:p>
    <w:p w14:paraId="3EFA1F86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Do not awaken love before its time.</w:t>
      </w:r>
      <w:r>
        <w:rPr>
          <w:rFonts w:hint="eastAsia"/>
        </w:rPr>
        <w:t>”</w:t>
      </w:r>
    </w:p>
    <w:p w14:paraId="1C9822E9" w14:textId="77777777" w:rsidR="006A4C96" w:rsidRDefault="006A4C96" w:rsidP="006A4C96">
      <w:pPr>
        <w:spacing w:after="240"/>
      </w:pPr>
      <w:r>
        <w:t>This isn</w:t>
      </w:r>
      <w:r>
        <w:rPr>
          <w:rFonts w:hint="eastAsia"/>
        </w:rPr>
        <w:t>’</w:t>
      </w:r>
      <w:r>
        <w:t>t about denying passion.</w:t>
      </w:r>
    </w:p>
    <w:p w14:paraId="13800636" w14:textId="77777777" w:rsidR="006A4C96" w:rsidRDefault="006A4C96" w:rsidP="006A4C96">
      <w:pPr>
        <w:spacing w:after="240"/>
      </w:pPr>
      <w:r>
        <w:t>It</w:t>
      </w:r>
      <w:r>
        <w:rPr>
          <w:rFonts w:hint="eastAsia"/>
        </w:rPr>
        <w:t>’</w:t>
      </w:r>
      <w:r>
        <w:t>s about allowing connection, trust, and safety to mature before intimacy deepens.</w:t>
      </w:r>
    </w:p>
    <w:p w14:paraId="317AF69F" w14:textId="77777777" w:rsidR="006A4C96" w:rsidRDefault="006A4C96" w:rsidP="006A4C96">
      <w:pPr>
        <w:spacing w:after="240"/>
      </w:pPr>
      <w:r>
        <w:t>God knows the heart bonds powerfully through closeness.</w:t>
      </w:r>
    </w:p>
    <w:p w14:paraId="555403A8" w14:textId="77777777" w:rsidR="006A4C96" w:rsidRDefault="006A4C96" w:rsidP="006A4C96">
      <w:pPr>
        <w:spacing w:after="240"/>
      </w:pPr>
      <w:r>
        <w:t>So He protects the order.</w:t>
      </w:r>
    </w:p>
    <w:p w14:paraId="131D3254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💔</w:t>
      </w:r>
      <w:r>
        <w:t xml:space="preserve"> What Happens When Boundaries Are Broken</w:t>
      </w:r>
    </w:p>
    <w:p w14:paraId="62208260" w14:textId="77777777" w:rsidR="006A4C96" w:rsidRDefault="006A4C96" w:rsidP="006A4C96">
      <w:pPr>
        <w:spacing w:after="240"/>
      </w:pPr>
      <w:r>
        <w:t>When intimacy moves faster than trust:</w:t>
      </w:r>
    </w:p>
    <w:p w14:paraId="1436901E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attachment forms before security</w:t>
      </w:r>
    </w:p>
    <w:p w14:paraId="0C439050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fear grows alongside closeness</w:t>
      </w:r>
    </w:p>
    <w:p w14:paraId="1704167F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jealousy increases</w:t>
      </w:r>
    </w:p>
    <w:p w14:paraId="12DFB9EA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anxiety rises</w:t>
      </w:r>
    </w:p>
    <w:p w14:paraId="2BEC0D31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people bond deeply to unstable relationships</w:t>
      </w:r>
    </w:p>
    <w:p w14:paraId="19C2D9B5" w14:textId="77777777" w:rsidR="006A4C96" w:rsidRDefault="006A4C96" w:rsidP="006A4C96">
      <w:pPr>
        <w:spacing w:after="240"/>
      </w:pPr>
      <w:r>
        <w:t>This is why rushed love often feels intense but painful.</w:t>
      </w:r>
    </w:p>
    <w:p w14:paraId="6326C47A" w14:textId="77777777" w:rsidR="006A4C96" w:rsidRDefault="006A4C96" w:rsidP="006A4C96">
      <w:pPr>
        <w:spacing w:after="240"/>
      </w:pPr>
      <w:r>
        <w:t>The heart attaches faster than the relationship can safely support.</w:t>
      </w:r>
    </w:p>
    <w:p w14:paraId="614C6059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4A1922FA" w14:textId="77777777" w:rsidR="006A4C96" w:rsidRDefault="006A4C96" w:rsidP="006A4C96">
      <w:pPr>
        <w:spacing w:after="240"/>
      </w:pPr>
      <w:r>
        <w:t>Looking back, I can see how often I crossed emotional and physical boundaries hoping it would create closeness.</w:t>
      </w:r>
    </w:p>
    <w:p w14:paraId="415FB932" w14:textId="77777777" w:rsidR="006A4C96" w:rsidRDefault="006A4C96" w:rsidP="006A4C96">
      <w:pPr>
        <w:spacing w:after="240"/>
      </w:pPr>
      <w:r>
        <w:t>I thought vulnerability would build safety.</w:t>
      </w:r>
    </w:p>
    <w:p w14:paraId="10508DFB" w14:textId="77777777" w:rsidR="006A4C96" w:rsidRDefault="006A4C96" w:rsidP="006A4C96">
      <w:pPr>
        <w:spacing w:after="240"/>
      </w:pPr>
      <w:r>
        <w:t>I thought intimacy would build security.</w:t>
      </w:r>
    </w:p>
    <w:p w14:paraId="7D638F5A" w14:textId="77777777" w:rsidR="006A4C96" w:rsidRDefault="006A4C96" w:rsidP="006A4C96">
      <w:pPr>
        <w:spacing w:after="240"/>
      </w:pPr>
      <w:r>
        <w:t>I thought giving more would fix instability.</w:t>
      </w:r>
    </w:p>
    <w:p w14:paraId="6F7F603C" w14:textId="77777777" w:rsidR="006A4C96" w:rsidRDefault="006A4C96" w:rsidP="006A4C96">
      <w:pPr>
        <w:spacing w:after="240"/>
      </w:pPr>
      <w:r>
        <w:t>But instead, it created deeper attachment to relationships that weren</w:t>
      </w:r>
      <w:r>
        <w:rPr>
          <w:rFonts w:hint="eastAsia"/>
        </w:rPr>
        <w:t>’</w:t>
      </w:r>
      <w:r>
        <w:t>t healthy.</w:t>
      </w:r>
    </w:p>
    <w:p w14:paraId="049BD742" w14:textId="77777777" w:rsidR="006A4C96" w:rsidRDefault="006A4C96" w:rsidP="006A4C96">
      <w:pPr>
        <w:spacing w:after="240"/>
      </w:pPr>
      <w:r>
        <w:t>I wasn</w:t>
      </w:r>
      <w:r>
        <w:rPr>
          <w:rFonts w:hint="eastAsia"/>
        </w:rPr>
        <w:t>’</w:t>
      </w:r>
      <w:r>
        <w:t>t wrong for wanting connection.</w:t>
      </w:r>
    </w:p>
    <w:p w14:paraId="699DC362" w14:textId="77777777" w:rsidR="006A4C96" w:rsidRDefault="006A4C96" w:rsidP="006A4C96">
      <w:pPr>
        <w:spacing w:after="240"/>
      </w:pPr>
      <w:r>
        <w:t>I just didn</w:t>
      </w:r>
      <w:r>
        <w:rPr>
          <w:rFonts w:hint="eastAsia"/>
        </w:rPr>
        <w:t>’</w:t>
      </w:r>
      <w:r>
        <w:t>t know God</w:t>
      </w:r>
      <w:r>
        <w:rPr>
          <w:rFonts w:hint="eastAsia"/>
        </w:rPr>
        <w:t>’</w:t>
      </w:r>
      <w:r>
        <w:t>s design protected it first.</w:t>
      </w:r>
    </w:p>
    <w:p w14:paraId="645D8095" w14:textId="77777777" w:rsidR="006A4C96" w:rsidRDefault="006A4C96" w:rsidP="006A4C96">
      <w:pPr>
        <w:spacing w:after="240"/>
      </w:pPr>
      <w:r>
        <w:t>Once I learned that boundaries weren</w:t>
      </w:r>
      <w:r>
        <w:rPr>
          <w:rFonts w:hint="eastAsia"/>
        </w:rPr>
        <w:t>’</w:t>
      </w:r>
      <w:r>
        <w:t xml:space="preserve">t rejection </w:t>
      </w:r>
      <w:r>
        <w:rPr>
          <w:rFonts w:hint="eastAsia"/>
        </w:rPr>
        <w:t>—</w:t>
      </w:r>
      <w:r>
        <w:t xml:space="preserve"> they were wisdom </w:t>
      </w:r>
      <w:r>
        <w:rPr>
          <w:rFonts w:hint="eastAsia"/>
        </w:rPr>
        <w:t>—</w:t>
      </w:r>
      <w:r>
        <w:t xml:space="preserve"> everything changed.</w:t>
      </w:r>
    </w:p>
    <w:p w14:paraId="721AC93D" w14:textId="77777777" w:rsidR="006A4C96" w:rsidRDefault="006A4C96" w:rsidP="006A4C96">
      <w:pPr>
        <w:spacing w:after="240"/>
      </w:pPr>
      <w:r>
        <w:t>Love felt calmer.</w:t>
      </w:r>
    </w:p>
    <w:p w14:paraId="08A725B2" w14:textId="77777777" w:rsidR="006A4C96" w:rsidRDefault="006A4C96" w:rsidP="006A4C96">
      <w:pPr>
        <w:spacing w:after="240"/>
      </w:pPr>
      <w:r>
        <w:t>Trust grew stronger.</w:t>
      </w:r>
    </w:p>
    <w:p w14:paraId="0F5DCCCC" w14:textId="77777777" w:rsidR="006A4C96" w:rsidRDefault="006A4C96" w:rsidP="006A4C96">
      <w:pPr>
        <w:spacing w:after="240"/>
      </w:pPr>
      <w:r>
        <w:t>Relationships became healthier.</w:t>
      </w:r>
    </w:p>
    <w:p w14:paraId="1C866B41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What Healthy Boundaries Actually Look Like</w:t>
      </w:r>
    </w:p>
    <w:p w14:paraId="6BCD587B" w14:textId="77777777" w:rsidR="006A4C96" w:rsidRDefault="006A4C96" w:rsidP="006A4C96">
      <w:pPr>
        <w:spacing w:after="240"/>
      </w:pPr>
      <w:r>
        <w:t>Healthy boundaries sound like:</w:t>
      </w:r>
    </w:p>
    <w:p w14:paraId="3FC8458B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</w:t>
      </w:r>
      <w:r>
        <w:rPr>
          <w:rFonts w:hint="eastAsia"/>
        </w:rPr>
        <w:t>“</w:t>
      </w:r>
      <w:r>
        <w:t>Let</w:t>
      </w:r>
      <w:r>
        <w:rPr>
          <w:rFonts w:hint="eastAsia"/>
        </w:rPr>
        <w:t>’</w:t>
      </w:r>
      <w:r>
        <w:t>s grow emotionally before growing physically.</w:t>
      </w:r>
      <w:r>
        <w:rPr>
          <w:rFonts w:hint="eastAsia"/>
        </w:rPr>
        <w:t>”</w:t>
      </w:r>
    </w:p>
    <w:p w14:paraId="0120BDB1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</w:t>
      </w:r>
      <w:r>
        <w:rPr>
          <w:rFonts w:hint="eastAsia"/>
        </w:rPr>
        <w:t>“</w:t>
      </w:r>
      <w:r>
        <w:t>I need consistency to feel safe.</w:t>
      </w:r>
      <w:r>
        <w:rPr>
          <w:rFonts w:hint="eastAsia"/>
        </w:rPr>
        <w:t>”</w:t>
      </w:r>
    </w:p>
    <w:p w14:paraId="6019DAC2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</w:t>
      </w:r>
      <w:r>
        <w:rPr>
          <w:rFonts w:hint="eastAsia"/>
        </w:rPr>
        <w:t>“</w:t>
      </w:r>
      <w:r>
        <w:t>I won</w:t>
      </w:r>
      <w:r>
        <w:rPr>
          <w:rFonts w:hint="eastAsia"/>
        </w:rPr>
        <w:t>’</w:t>
      </w:r>
      <w:r>
        <w:t>t accept love that comes and goes.</w:t>
      </w:r>
      <w:r>
        <w:rPr>
          <w:rFonts w:hint="eastAsia"/>
        </w:rPr>
        <w:t>”</w:t>
      </w:r>
    </w:p>
    <w:p w14:paraId="5AEA2BCD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</w:t>
      </w:r>
      <w:r>
        <w:rPr>
          <w:rFonts w:hint="eastAsia"/>
        </w:rPr>
        <w:t>“</w:t>
      </w:r>
      <w:r>
        <w:t>Let</w:t>
      </w:r>
      <w:r>
        <w:rPr>
          <w:rFonts w:hint="eastAsia"/>
        </w:rPr>
        <w:t>’</w:t>
      </w:r>
      <w:r>
        <w:t>s talk through conflict instead of pulling away.</w:t>
      </w:r>
      <w:r>
        <w:rPr>
          <w:rFonts w:hint="eastAsia"/>
        </w:rPr>
        <w:t>”</w:t>
      </w:r>
    </w:p>
    <w:p w14:paraId="649F4F48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</w:t>
      </w:r>
      <w:r>
        <w:rPr>
          <w:rFonts w:hint="eastAsia"/>
        </w:rPr>
        <w:t>“</w:t>
      </w:r>
      <w:r>
        <w:t>I care about you too much to rush this.</w:t>
      </w:r>
      <w:r>
        <w:rPr>
          <w:rFonts w:hint="eastAsia"/>
        </w:rPr>
        <w:t>”</w:t>
      </w:r>
    </w:p>
    <w:p w14:paraId="4EB16801" w14:textId="77777777" w:rsidR="006A4C96" w:rsidRDefault="006A4C96" w:rsidP="006A4C96">
      <w:pPr>
        <w:spacing w:after="240"/>
      </w:pPr>
      <w:r>
        <w:t xml:space="preserve">They feel respectful </w:t>
      </w:r>
      <w:r>
        <w:rPr>
          <w:rFonts w:hint="eastAsia"/>
        </w:rPr>
        <w:t>—</w:t>
      </w:r>
      <w:r>
        <w:t xml:space="preserve"> not harsh.</w:t>
      </w:r>
    </w:p>
    <w:p w14:paraId="06EFC8F5" w14:textId="77777777" w:rsidR="006A4C96" w:rsidRDefault="006A4C96" w:rsidP="006A4C96">
      <w:pPr>
        <w:spacing w:after="240"/>
      </w:pPr>
      <w:r>
        <w:t xml:space="preserve">They protect hearts </w:t>
      </w:r>
      <w:r>
        <w:rPr>
          <w:rFonts w:hint="eastAsia"/>
        </w:rPr>
        <w:t>—</w:t>
      </w:r>
      <w:r>
        <w:t xml:space="preserve"> not punish people.</w:t>
      </w:r>
    </w:p>
    <w:p w14:paraId="37FD0345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🧱</w:t>
      </w:r>
      <w:r>
        <w:t xml:space="preserve"> Practical Boundary Scripts (Loving &amp; Firm)</w:t>
      </w:r>
    </w:p>
    <w:p w14:paraId="0073449D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🛑</w:t>
      </w:r>
      <w:r>
        <w:t xml:space="preserve"> When intimacy is moving too fast</w:t>
      </w:r>
    </w:p>
    <w:p w14:paraId="611BE6A4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I care about you deeply, and I want to build something healthy.</w:t>
      </w:r>
    </w:p>
    <w:p w14:paraId="066C16D9" w14:textId="77777777" w:rsidR="006A4C96" w:rsidRDefault="006A4C96" w:rsidP="006A4C96">
      <w:pPr>
        <w:spacing w:after="240"/>
      </w:pPr>
      <w:r>
        <w:t>Let</w:t>
      </w:r>
      <w:r>
        <w:rPr>
          <w:rFonts w:hint="eastAsia"/>
        </w:rPr>
        <w:t>’</w:t>
      </w:r>
      <w:r>
        <w:t>s slow down so trust and connection can grow.</w:t>
      </w:r>
      <w:r>
        <w:rPr>
          <w:rFonts w:hint="eastAsia"/>
        </w:rPr>
        <w:t>”</w:t>
      </w:r>
    </w:p>
    <w:p w14:paraId="7BB525AC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🛑</w:t>
      </w:r>
      <w:r>
        <w:t xml:space="preserve"> When affection is inconsistent</w:t>
      </w:r>
    </w:p>
    <w:p w14:paraId="6F732314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I need consistency to feel safe in a relationship.</w:t>
      </w:r>
    </w:p>
    <w:p w14:paraId="2F15B02D" w14:textId="77777777" w:rsidR="006A4C96" w:rsidRDefault="006A4C96" w:rsidP="006A4C96">
      <w:pPr>
        <w:spacing w:after="240"/>
      </w:pPr>
      <w:r>
        <w:t>Hot-and-cold closeness is hard for me.</w:t>
      </w:r>
      <w:r>
        <w:rPr>
          <w:rFonts w:hint="eastAsia"/>
        </w:rPr>
        <w:t>”</w:t>
      </w:r>
    </w:p>
    <w:p w14:paraId="6E147634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🛑</w:t>
      </w:r>
      <w:r>
        <w:t xml:space="preserve"> When emotional dumping replaces healthy bonding</w:t>
      </w:r>
    </w:p>
    <w:p w14:paraId="22078A26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I want to support you, but I also need balance so our connection stays healthy.</w:t>
      </w:r>
      <w:r>
        <w:rPr>
          <w:rFonts w:hint="eastAsia"/>
        </w:rPr>
        <w:t>”</w:t>
      </w:r>
    </w:p>
    <w:p w14:paraId="164BA4CE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🛑</w:t>
      </w:r>
      <w:r>
        <w:t xml:space="preserve"> When pressure appears</w:t>
      </w:r>
    </w:p>
    <w:p w14:paraId="6EFE33DF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I</w:t>
      </w:r>
      <w:r>
        <w:rPr>
          <w:rFonts w:hint="eastAsia"/>
        </w:rPr>
        <w:t>’</w:t>
      </w:r>
      <w:r>
        <w:t>m not comfortable rushing this.</w:t>
      </w:r>
    </w:p>
    <w:p w14:paraId="2918E554" w14:textId="77777777" w:rsidR="006A4C96" w:rsidRDefault="006A4C96" w:rsidP="006A4C96">
      <w:pPr>
        <w:spacing w:after="240"/>
      </w:pPr>
      <w:r>
        <w:t>If we</w:t>
      </w:r>
      <w:r>
        <w:rPr>
          <w:rFonts w:hint="eastAsia"/>
        </w:rPr>
        <w:t>’</w:t>
      </w:r>
      <w:r>
        <w:t>re building something real, it</w:t>
      </w:r>
      <w:r>
        <w:rPr>
          <w:rFonts w:hint="eastAsia"/>
        </w:rPr>
        <w:t>’</w:t>
      </w:r>
      <w:r>
        <w:t>s worth protecting.</w:t>
      </w:r>
      <w:r>
        <w:rPr>
          <w:rFonts w:hint="eastAsia"/>
        </w:rPr>
        <w:t>”</w:t>
      </w:r>
    </w:p>
    <w:p w14:paraId="3B228FF9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🚦</w:t>
      </w:r>
      <w:r>
        <w:t xml:space="preserve"> How to Tell If a Boundary Is Healthy or Drifted</w:t>
      </w:r>
    </w:p>
    <w:p w14:paraId="37FA0FBC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Healthy response:</w:t>
      </w:r>
    </w:p>
    <w:p w14:paraId="0F3A75B1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I understand. Thank you for being honest.</w:t>
      </w:r>
      <w:r>
        <w:rPr>
          <w:rFonts w:hint="eastAsia"/>
        </w:rPr>
        <w:t>”</w:t>
      </w:r>
    </w:p>
    <w:p w14:paraId="50C1CB56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🚩</w:t>
      </w:r>
      <w:r>
        <w:t xml:space="preserve"> Drifted response:</w:t>
      </w:r>
    </w:p>
    <w:p w14:paraId="35A27962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You</w:t>
      </w:r>
      <w:r>
        <w:rPr>
          <w:rFonts w:hint="eastAsia"/>
        </w:rPr>
        <w:t>’</w:t>
      </w:r>
      <w:r>
        <w:t>re overreacting.</w:t>
      </w:r>
      <w:r>
        <w:rPr>
          <w:rFonts w:hint="eastAsia"/>
        </w:rPr>
        <w:t>”</w:t>
      </w:r>
    </w:p>
    <w:p w14:paraId="351787F5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If you loved me you would</w:t>
      </w:r>
      <w:r>
        <w:rPr>
          <w:rFonts w:hint="eastAsia"/>
        </w:rPr>
        <w:t>…”</w:t>
      </w:r>
    </w:p>
    <w:p w14:paraId="62C7964C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Why are you making this difficult?</w:t>
      </w:r>
      <w:r>
        <w:rPr>
          <w:rFonts w:hint="eastAsia"/>
        </w:rPr>
        <w:t>”</w:t>
      </w:r>
    </w:p>
    <w:p w14:paraId="1DDDC8B7" w14:textId="77777777" w:rsidR="006A4C96" w:rsidRDefault="006A4C96" w:rsidP="006A4C96">
      <w:pPr>
        <w:spacing w:after="240"/>
      </w:pPr>
      <w:r>
        <w:t>Pressure is a sign of broken design.</w:t>
      </w:r>
    </w:p>
    <w:p w14:paraId="6069C58F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Boundaries Create the Peace We</w:t>
      </w:r>
      <w:r>
        <w:rPr>
          <w:rFonts w:hint="eastAsia"/>
        </w:rPr>
        <w:t>’</w:t>
      </w:r>
      <w:r>
        <w:t>re All Looking For</w:t>
      </w:r>
    </w:p>
    <w:p w14:paraId="54CCD7D0" w14:textId="77777777" w:rsidR="006A4C96" w:rsidRDefault="006A4C96" w:rsidP="006A4C96">
      <w:pPr>
        <w:spacing w:after="240"/>
      </w:pPr>
      <w:r>
        <w:t>When boundaries exist:</w:t>
      </w:r>
    </w:p>
    <w:p w14:paraId="518030BC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trust grows</w:t>
      </w:r>
    </w:p>
    <w:p w14:paraId="3DDA84E6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anxiety fades</w:t>
      </w:r>
    </w:p>
    <w:p w14:paraId="032934EA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love stabilizes</w:t>
      </w:r>
    </w:p>
    <w:p w14:paraId="5EDFA1D0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passion feels safe</w:t>
      </w:r>
    </w:p>
    <w:p w14:paraId="444F9A3B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connection deepens naturally</w:t>
      </w:r>
    </w:p>
    <w:p w14:paraId="3CDCA8F8" w14:textId="77777777" w:rsidR="006A4C96" w:rsidRDefault="006A4C96" w:rsidP="006A4C96">
      <w:pPr>
        <w:spacing w:after="240"/>
      </w:pPr>
      <w:r>
        <w:t>Instead of burning fast and crashing, love builds strong and steady.</w:t>
      </w:r>
    </w:p>
    <w:p w14:paraId="784AFC45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Protection Is Love</w:t>
      </w:r>
    </w:p>
    <w:p w14:paraId="6FBCDC86" w14:textId="77777777" w:rsidR="006A4C96" w:rsidRDefault="006A4C96" w:rsidP="006A4C96">
      <w:pPr>
        <w:spacing w:after="240"/>
      </w:pPr>
      <w:r>
        <w:t>Read &amp; Reflect:</w:t>
      </w:r>
    </w:p>
    <w:p w14:paraId="3B64EB74" w14:textId="77777777" w:rsidR="006A4C96" w:rsidRDefault="006A4C96" w:rsidP="006A4C96">
      <w:pPr>
        <w:spacing w:after="240"/>
      </w:pPr>
      <w:r>
        <w:t>Proverbs 4:23</w:t>
      </w:r>
    </w:p>
    <w:p w14:paraId="29A994D6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Guard your heart, for everything flows from it.</w:t>
      </w:r>
      <w:r>
        <w:rPr>
          <w:rFonts w:hint="eastAsia"/>
        </w:rPr>
        <w:t>”</w:t>
      </w:r>
    </w:p>
    <w:p w14:paraId="69BFAB75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boundaries protect your heart?</w:t>
      </w:r>
    </w:p>
    <w:p w14:paraId="79219FE9" w14:textId="77777777" w:rsidR="006A4C96" w:rsidRDefault="006A4C96" w:rsidP="006A4C96">
      <w:pPr>
        <w:spacing w:after="240"/>
      </w:pPr>
      <w:r>
        <w:t>Song of Solomon 2:7</w:t>
      </w:r>
    </w:p>
    <w:p w14:paraId="1A00A9E1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Do not awaken love before its time.</w:t>
      </w:r>
      <w:r>
        <w:rPr>
          <w:rFonts w:hint="eastAsia"/>
        </w:rPr>
        <w:t>”</w:t>
      </w:r>
    </w:p>
    <w:p w14:paraId="2681D65C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Where has love been rushed before?</w:t>
      </w:r>
    </w:p>
    <w:p w14:paraId="5E09550C" w14:textId="77777777" w:rsidR="006A4C96" w:rsidRDefault="006A4C96" w:rsidP="006A4C96">
      <w:pPr>
        <w:spacing w:after="240"/>
      </w:pPr>
      <w:r>
        <w:t>1 Corinthians 13:7</w:t>
      </w:r>
    </w:p>
    <w:p w14:paraId="27108E18" w14:textId="77777777" w:rsidR="006A4C96" w:rsidRDefault="006A4C96" w:rsidP="006A4C96">
      <w:pPr>
        <w:spacing w:after="240"/>
      </w:pPr>
      <w:r>
        <w:t>Love always protects.</w:t>
      </w:r>
    </w:p>
    <w:p w14:paraId="4127F54D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 boundaries reflect protection?</w:t>
      </w:r>
    </w:p>
    <w:p w14:paraId="34FA68DC" w14:textId="77777777" w:rsidR="006A4C96" w:rsidRDefault="006A4C96" w:rsidP="006A4C96">
      <w:pPr>
        <w:spacing w:after="240"/>
      </w:pPr>
      <w:r>
        <w:t>Galatians 5:13</w:t>
      </w:r>
    </w:p>
    <w:p w14:paraId="05958A41" w14:textId="77777777" w:rsidR="006A4C96" w:rsidRDefault="006A4C96" w:rsidP="006A4C96">
      <w:pPr>
        <w:spacing w:after="240"/>
      </w:pPr>
      <w:r>
        <w:t>Use freedom to serve in love.</w:t>
      </w:r>
    </w:p>
    <w:p w14:paraId="54E59A48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wisdom guide freedom?</w:t>
      </w:r>
    </w:p>
    <w:p w14:paraId="075C9E9E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Seven</w:t>
      </w:r>
    </w:p>
    <w:p w14:paraId="073DBA71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Personal Reflection</w:t>
      </w:r>
    </w:p>
    <w:p w14:paraId="66262683" w14:textId="77777777" w:rsidR="006A4C96" w:rsidRDefault="006A4C96" w:rsidP="006A4C96">
      <w:pPr>
        <w:spacing w:after="240"/>
      </w:pPr>
      <w:r>
        <w:t>Where have I rushed intimacy in the past?</w:t>
      </w:r>
    </w:p>
    <w:p w14:paraId="60A068E6" w14:textId="77777777" w:rsidR="006A4C96" w:rsidRDefault="006A4C96" w:rsidP="006A4C96">
      <w:pPr>
        <w:spacing w:after="240"/>
      </w:pPr>
      <w:r>
        <w:t>What boundaries would have protected my heart?</w:t>
      </w:r>
    </w:p>
    <w:p w14:paraId="04E51C52" w14:textId="77777777" w:rsidR="006A4C96" w:rsidRDefault="006A4C96" w:rsidP="006A4C96">
      <w:pPr>
        <w:spacing w:after="240"/>
      </w:pPr>
      <w:r>
        <w:t>Which boundaries feel hardest for me to keep?</w:t>
      </w:r>
    </w:p>
    <w:p w14:paraId="647C2451" w14:textId="77777777" w:rsidR="006A4C96" w:rsidRDefault="006A4C96" w:rsidP="006A4C96">
      <w:pPr>
        <w:spacing w:after="240"/>
      </w:pPr>
      <w:r>
        <w:t>How can boundaries create healthier love going forward?</w:t>
      </w:r>
    </w:p>
    <w:p w14:paraId="098A2FEA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</w:t>
      </w:r>
    </w:p>
    <w:p w14:paraId="155CDA7C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What boundaries help us feel safe and respected?</w:t>
      </w:r>
    </w:p>
    <w:p w14:paraId="26367C8C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Where do we need to slow down or grow trust?</w:t>
      </w:r>
    </w:p>
    <w:p w14:paraId="1354D4DD" w14:textId="77777777" w:rsidR="006A4C96" w:rsidRDefault="006A4C96" w:rsidP="006A4C96">
      <w:pPr>
        <w:spacing w:after="240"/>
      </w:pPr>
      <w:r>
        <w:rPr>
          <w:rFonts w:hint="eastAsia"/>
        </w:rPr>
        <w:t>•</w:t>
      </w:r>
      <w:r>
        <w:t xml:space="preserve"> How can we protect our future together?</w:t>
      </w:r>
    </w:p>
    <w:p w14:paraId="3876D922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4274C5B1" w14:textId="77777777" w:rsidR="006A4C96" w:rsidRDefault="006A4C96" w:rsidP="006A4C96">
      <w:pPr>
        <w:spacing w:after="240"/>
      </w:pPr>
      <w:r>
        <w:rPr>
          <w:rFonts w:hint="eastAsia"/>
        </w:rPr>
        <w:t>“</w:t>
      </w:r>
      <w:r>
        <w:t>God, teach me to guard love wisely.</w:t>
      </w:r>
    </w:p>
    <w:p w14:paraId="14D0F710" w14:textId="77777777" w:rsidR="006A4C96" w:rsidRDefault="006A4C96" w:rsidP="006A4C96">
      <w:pPr>
        <w:spacing w:after="240"/>
      </w:pPr>
      <w:r>
        <w:t>Help me set boundaries that protect my heart and honor others.</w:t>
      </w:r>
    </w:p>
    <w:p w14:paraId="2FA2D989" w14:textId="77777777" w:rsidR="006A4C96" w:rsidRDefault="006A4C96" w:rsidP="006A4C96">
      <w:pPr>
        <w:spacing w:after="240"/>
      </w:pPr>
      <w:r>
        <w:t>Build relationships in Your order, not the world</w:t>
      </w:r>
      <w:r>
        <w:rPr>
          <w:rFonts w:hint="eastAsia"/>
        </w:rPr>
        <w:t>’</w:t>
      </w:r>
      <w:r>
        <w:t>s rush.</w:t>
      </w:r>
      <w:r>
        <w:rPr>
          <w:rFonts w:hint="eastAsia"/>
        </w:rPr>
        <w:t>”</w:t>
      </w:r>
    </w:p>
    <w:p w14:paraId="15802381" w14:textId="77777777" w:rsidR="006A4C96" w:rsidRDefault="006A4C96" w:rsidP="006A4C96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Seven Truth</w:t>
      </w:r>
    </w:p>
    <w:p w14:paraId="6FDED152" w14:textId="77777777" w:rsidR="006A4C96" w:rsidRDefault="006A4C96" w:rsidP="006A4C96">
      <w:pPr>
        <w:spacing w:after="240"/>
      </w:pPr>
      <w:r>
        <w:t>Boundaries don</w:t>
      </w:r>
      <w:r>
        <w:rPr>
          <w:rFonts w:hint="eastAsia"/>
        </w:rPr>
        <w:t>’</w:t>
      </w:r>
      <w:r>
        <w:t>t block love.</w:t>
      </w:r>
    </w:p>
    <w:p w14:paraId="52111F3D" w14:textId="77777777" w:rsidR="006A4C96" w:rsidRDefault="006A4C96" w:rsidP="006A4C96">
      <w:pPr>
        <w:spacing w:after="240"/>
      </w:pPr>
      <w:r>
        <w:t>They build it.</w:t>
      </w:r>
    </w:p>
    <w:p w14:paraId="3851CAEF" w14:textId="75E848F0" w:rsidR="00890353" w:rsidRDefault="006A4C96">
      <w:pPr>
        <w:spacing w:after="240"/>
      </w:pPr>
      <w:r>
        <w:t>What</w:t>
      </w:r>
      <w:r>
        <w:rPr>
          <w:rFonts w:hint="eastAsia"/>
        </w:rPr>
        <w:t>’</w:t>
      </w:r>
      <w:r>
        <w:t>s protected grows stronger.</w:t>
      </w:r>
      <w:r w:rsidR="00000000">
        <w:br/>
      </w:r>
    </w:p>
    <w:p w14:paraId="323B44AF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Eight</w:t>
      </w:r>
    </w:p>
    <w:p w14:paraId="26C6C4F1" w14:textId="77777777" w:rsidR="00434E24" w:rsidRDefault="00434E24" w:rsidP="00434E24">
      <w:pPr>
        <w:spacing w:after="240"/>
      </w:pPr>
      <w:r>
        <w:t>Growing Deeper Over Time: Love That Matures Instead of Burning Out</w:t>
      </w:r>
    </w:p>
    <w:p w14:paraId="327E2373" w14:textId="77777777" w:rsidR="00434E24" w:rsidRDefault="00434E24" w:rsidP="00434E24">
      <w:pPr>
        <w:spacing w:after="240"/>
      </w:pPr>
      <w:r>
        <w:t>Many relationships begin with excitement.</w:t>
      </w:r>
    </w:p>
    <w:p w14:paraId="2C22BAB6" w14:textId="77777777" w:rsidR="00434E24" w:rsidRDefault="00434E24" w:rsidP="00434E24">
      <w:pPr>
        <w:spacing w:after="240"/>
      </w:pPr>
      <w:r>
        <w:t>Few grow into strength.</w:t>
      </w:r>
    </w:p>
    <w:p w14:paraId="4B6199FB" w14:textId="77777777" w:rsidR="00434E24" w:rsidRDefault="00434E24" w:rsidP="00434E24">
      <w:pPr>
        <w:spacing w:after="240"/>
      </w:pPr>
      <w:r>
        <w:t>Modern culture teaches that love is something you feel.</w:t>
      </w:r>
    </w:p>
    <w:p w14:paraId="7A5CFF0F" w14:textId="77777777" w:rsidR="00434E24" w:rsidRDefault="00434E24" w:rsidP="00434E24">
      <w:pPr>
        <w:spacing w:after="240"/>
      </w:pPr>
      <w:r>
        <w:t>God teaches that love is something you build.</w:t>
      </w:r>
    </w:p>
    <w:p w14:paraId="5CB1CA39" w14:textId="77777777" w:rsidR="00434E24" w:rsidRDefault="00434E24" w:rsidP="00434E24">
      <w:pPr>
        <w:spacing w:after="240"/>
      </w:pPr>
      <w:r>
        <w:t>Feelings spark connection.</w:t>
      </w:r>
    </w:p>
    <w:p w14:paraId="2BA7DC94" w14:textId="77777777" w:rsidR="00434E24" w:rsidRDefault="00434E24" w:rsidP="00434E24">
      <w:pPr>
        <w:spacing w:after="240"/>
      </w:pPr>
      <w:r>
        <w:t>Consistency creates intimacy.</w:t>
      </w:r>
    </w:p>
    <w:p w14:paraId="61C5D482" w14:textId="77777777" w:rsidR="00434E24" w:rsidRDefault="00434E24" w:rsidP="00434E24">
      <w:pPr>
        <w:spacing w:after="240"/>
      </w:pPr>
      <w:r>
        <w:t>Faithfulness grows depth.</w:t>
      </w:r>
    </w:p>
    <w:p w14:paraId="7D7668A6" w14:textId="77777777" w:rsidR="00434E24" w:rsidRDefault="00434E24" w:rsidP="00434E24">
      <w:pPr>
        <w:spacing w:after="240"/>
      </w:pPr>
      <w:r>
        <w:t>In God</w:t>
      </w:r>
      <w:r>
        <w:rPr>
          <w:rFonts w:hint="eastAsia"/>
        </w:rPr>
        <w:t>’</w:t>
      </w:r>
      <w:r>
        <w:t>s design, love doesn</w:t>
      </w:r>
      <w:r>
        <w:rPr>
          <w:rFonts w:hint="eastAsia"/>
        </w:rPr>
        <w:t>’</w:t>
      </w:r>
      <w:r>
        <w:t xml:space="preserve">t fade </w:t>
      </w:r>
      <w:r>
        <w:rPr>
          <w:rFonts w:hint="eastAsia"/>
        </w:rPr>
        <w:t>—</w:t>
      </w:r>
      <w:r>
        <w:t xml:space="preserve"> it deepens.</w:t>
      </w:r>
    </w:p>
    <w:p w14:paraId="429997F3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The Difference Between Chemistry and Covenant Love</w:t>
      </w:r>
    </w:p>
    <w:p w14:paraId="1967117B" w14:textId="77777777" w:rsidR="00434E24" w:rsidRDefault="00434E24" w:rsidP="00434E24">
      <w:pPr>
        <w:spacing w:after="240"/>
      </w:pPr>
      <w:r>
        <w:t>Chemistry feels intense.</w:t>
      </w:r>
    </w:p>
    <w:p w14:paraId="22166B1C" w14:textId="77777777" w:rsidR="00434E24" w:rsidRDefault="00434E24" w:rsidP="00434E24">
      <w:pPr>
        <w:spacing w:after="240"/>
      </w:pPr>
      <w:r>
        <w:t>Covenant love feels secure.</w:t>
      </w:r>
    </w:p>
    <w:p w14:paraId="5117D954" w14:textId="77777777" w:rsidR="00434E24" w:rsidRDefault="00434E24" w:rsidP="00434E24">
      <w:pPr>
        <w:spacing w:after="240"/>
      </w:pPr>
      <w:r>
        <w:t>Chemistry thrives on novelty.</w:t>
      </w:r>
    </w:p>
    <w:p w14:paraId="1AF94249" w14:textId="77777777" w:rsidR="00434E24" w:rsidRDefault="00434E24" w:rsidP="00434E24">
      <w:pPr>
        <w:spacing w:after="240"/>
      </w:pPr>
      <w:r>
        <w:t>Covenant love thrives on trust.</w:t>
      </w:r>
    </w:p>
    <w:p w14:paraId="6770AB08" w14:textId="77777777" w:rsidR="00434E24" w:rsidRDefault="00434E24" w:rsidP="00434E24">
      <w:pPr>
        <w:spacing w:after="240"/>
      </w:pPr>
      <w:r>
        <w:t>Chemistry rises and falls with emotion.</w:t>
      </w:r>
    </w:p>
    <w:p w14:paraId="685E3ACE" w14:textId="77777777" w:rsidR="00434E24" w:rsidRDefault="00434E24" w:rsidP="00434E24">
      <w:pPr>
        <w:spacing w:after="240"/>
      </w:pPr>
      <w:r>
        <w:t>Covenant love grows stronger with time.</w:t>
      </w:r>
    </w:p>
    <w:p w14:paraId="0202D611" w14:textId="77777777" w:rsidR="00434E24" w:rsidRDefault="00434E24" w:rsidP="00434E24">
      <w:pPr>
        <w:spacing w:after="240"/>
      </w:pPr>
      <w:r>
        <w:t xml:space="preserve">Song of Solomon shows love moving from excitement into deep devotion </w:t>
      </w:r>
      <w:r>
        <w:rPr>
          <w:rFonts w:hint="eastAsia"/>
        </w:rPr>
        <w:t>—</w:t>
      </w:r>
      <w:r>
        <w:t xml:space="preserve"> not cooling off, but becoming more powerful and resilient.</w:t>
      </w:r>
    </w:p>
    <w:p w14:paraId="41DB0CDD" w14:textId="77777777" w:rsidR="00434E24" w:rsidRDefault="00434E24" w:rsidP="00434E24">
      <w:pPr>
        <w:spacing w:after="240"/>
      </w:pPr>
      <w:r>
        <w:t>This is what healthy intimacy does.</w:t>
      </w:r>
    </w:p>
    <w:p w14:paraId="0B894718" w14:textId="77777777" w:rsidR="00434E24" w:rsidRDefault="00434E24" w:rsidP="00434E24">
      <w:pPr>
        <w:spacing w:after="240"/>
      </w:pPr>
      <w:r>
        <w:t>It matures.</w:t>
      </w:r>
    </w:p>
    <w:p w14:paraId="2C790ECE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🔥</w:t>
      </w:r>
      <w:r>
        <w:t xml:space="preserve"> Why Many Relationships Burn Out</w:t>
      </w:r>
    </w:p>
    <w:p w14:paraId="3B39B952" w14:textId="77777777" w:rsidR="00434E24" w:rsidRDefault="00434E24" w:rsidP="00434E24">
      <w:pPr>
        <w:spacing w:after="240"/>
      </w:pPr>
      <w:r>
        <w:t>Burnout usually isn</w:t>
      </w:r>
      <w:r>
        <w:rPr>
          <w:rFonts w:hint="eastAsia"/>
        </w:rPr>
        <w:t>’</w:t>
      </w:r>
      <w:r>
        <w:t>t from lack of passion.</w:t>
      </w:r>
    </w:p>
    <w:p w14:paraId="30875961" w14:textId="77777777" w:rsidR="00434E24" w:rsidRDefault="00434E24" w:rsidP="00434E24">
      <w:pPr>
        <w:spacing w:after="240"/>
      </w:pPr>
      <w:r>
        <w:t>It</w:t>
      </w:r>
      <w:r>
        <w:rPr>
          <w:rFonts w:hint="eastAsia"/>
        </w:rPr>
        <w:t>’</w:t>
      </w:r>
      <w:r>
        <w:t>s from lack of foundation.</w:t>
      </w:r>
    </w:p>
    <w:p w14:paraId="537CA8DE" w14:textId="77777777" w:rsidR="00434E24" w:rsidRDefault="00434E24" w:rsidP="00434E24">
      <w:pPr>
        <w:spacing w:after="240"/>
      </w:pPr>
      <w:r>
        <w:t>When relationships are built on:</w:t>
      </w:r>
    </w:p>
    <w:p w14:paraId="70672330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intensity</w:t>
      </w:r>
    </w:p>
    <w:p w14:paraId="3FBDE0C6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constant highs</w:t>
      </w:r>
    </w:p>
    <w:p w14:paraId="7264DAD4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emotional drama</w:t>
      </w:r>
    </w:p>
    <w:p w14:paraId="222BDB1F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physical closeness alone</w:t>
      </w:r>
    </w:p>
    <w:p w14:paraId="07820184" w14:textId="77777777" w:rsidR="00434E24" w:rsidRDefault="00434E24" w:rsidP="00434E24">
      <w:pPr>
        <w:spacing w:after="240"/>
      </w:pPr>
      <w:r>
        <w:t>They require chaos to feel alive.</w:t>
      </w:r>
    </w:p>
    <w:p w14:paraId="2180E2D9" w14:textId="77777777" w:rsidR="00434E24" w:rsidRDefault="00434E24" w:rsidP="00434E24">
      <w:pPr>
        <w:spacing w:after="240"/>
      </w:pPr>
      <w:r>
        <w:t xml:space="preserve">When peace replaces drama, people think love is gone </w:t>
      </w:r>
      <w:r>
        <w:rPr>
          <w:rFonts w:hint="eastAsia"/>
        </w:rPr>
        <w:t>—</w:t>
      </w:r>
      <w:r>
        <w:t xml:space="preserve"> when in reality, love is finally healthy.</w:t>
      </w:r>
    </w:p>
    <w:p w14:paraId="688B53A8" w14:textId="77777777" w:rsidR="00434E24" w:rsidRDefault="00434E24" w:rsidP="00434E24">
      <w:pPr>
        <w:spacing w:after="240"/>
      </w:pPr>
      <w:r>
        <w:t>Peace feels unfamiliar to hearts trained on intensity.</w:t>
      </w:r>
    </w:p>
    <w:p w14:paraId="4415300B" w14:textId="77777777" w:rsidR="00434E24" w:rsidRDefault="00434E24" w:rsidP="00434E24">
      <w:pPr>
        <w:spacing w:after="240"/>
      </w:pPr>
      <w:r>
        <w:t>But peace is the sign of secure love.</w:t>
      </w:r>
    </w:p>
    <w:p w14:paraId="7BE0F1EE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What Maturing Love Looks Like</w:t>
      </w:r>
    </w:p>
    <w:p w14:paraId="7FAE32CA" w14:textId="77777777" w:rsidR="00434E24" w:rsidRDefault="00434E24" w:rsidP="00434E24">
      <w:pPr>
        <w:spacing w:after="240"/>
      </w:pPr>
      <w:r>
        <w:t>As intimacy grows God</w:t>
      </w:r>
      <w:r>
        <w:rPr>
          <w:rFonts w:hint="eastAsia"/>
        </w:rPr>
        <w:t>’</w:t>
      </w:r>
      <w:r>
        <w:t>s way, you</w:t>
      </w:r>
      <w:r>
        <w:rPr>
          <w:rFonts w:hint="eastAsia"/>
        </w:rPr>
        <w:t>’</w:t>
      </w:r>
      <w:r>
        <w:t>ll notice:</w:t>
      </w:r>
    </w:p>
    <w:p w14:paraId="58DF6ED6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less anxiety</w:t>
      </w:r>
    </w:p>
    <w:p w14:paraId="0EABE089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fewer emotional swings</w:t>
      </w:r>
    </w:p>
    <w:p w14:paraId="72D1A49C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deeper trust</w:t>
      </w:r>
    </w:p>
    <w:p w14:paraId="6FA4E164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easier conflict repair</w:t>
      </w:r>
    </w:p>
    <w:p w14:paraId="2367A8C0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stronger commitment</w:t>
      </w:r>
    </w:p>
    <w:p w14:paraId="5AC1851F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calmer affection</w:t>
      </w:r>
    </w:p>
    <w:p w14:paraId="4D1CD904" w14:textId="77777777" w:rsidR="00434E24" w:rsidRDefault="00434E24" w:rsidP="00434E24">
      <w:pPr>
        <w:spacing w:after="240"/>
      </w:pPr>
      <w:r>
        <w:t>Love becomes a place of rest.</w:t>
      </w:r>
    </w:p>
    <w:p w14:paraId="66BE57BA" w14:textId="77777777" w:rsidR="00434E24" w:rsidRDefault="00434E24" w:rsidP="00434E24">
      <w:pPr>
        <w:spacing w:after="240"/>
      </w:pPr>
      <w:r>
        <w:t>Not something you fight to keep.</w:t>
      </w:r>
    </w:p>
    <w:p w14:paraId="2F385C47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2038E43D" w14:textId="77777777" w:rsidR="00434E24" w:rsidRDefault="00434E24" w:rsidP="00434E24">
      <w:pPr>
        <w:spacing w:after="240"/>
      </w:pPr>
      <w:r>
        <w:t>For years, I thought love was supposed to feel like a rush.</w:t>
      </w:r>
    </w:p>
    <w:p w14:paraId="4198C6D6" w14:textId="77777777" w:rsidR="00434E24" w:rsidRDefault="00434E24" w:rsidP="00434E24">
      <w:pPr>
        <w:spacing w:after="240"/>
      </w:pPr>
      <w:r>
        <w:t>When emotions were high, I felt close.</w:t>
      </w:r>
    </w:p>
    <w:p w14:paraId="1D10CEF2" w14:textId="77777777" w:rsidR="00434E24" w:rsidRDefault="00434E24" w:rsidP="00434E24">
      <w:pPr>
        <w:spacing w:after="240"/>
      </w:pPr>
      <w:r>
        <w:t xml:space="preserve">When things were calm, I felt uneasy </w:t>
      </w:r>
      <w:r>
        <w:rPr>
          <w:rFonts w:hint="eastAsia"/>
        </w:rPr>
        <w:t>—</w:t>
      </w:r>
      <w:r>
        <w:t xml:space="preserve"> like something was wrong.</w:t>
      </w:r>
    </w:p>
    <w:p w14:paraId="28DFCD2B" w14:textId="77777777" w:rsidR="00434E24" w:rsidRDefault="00434E24" w:rsidP="00434E24">
      <w:pPr>
        <w:spacing w:after="240"/>
      </w:pPr>
      <w:r>
        <w:t>I didn</w:t>
      </w:r>
      <w:r>
        <w:rPr>
          <w:rFonts w:hint="eastAsia"/>
        </w:rPr>
        <w:t>’</w:t>
      </w:r>
      <w:r>
        <w:t>t realize my heart had learned chaos instead of consistency.</w:t>
      </w:r>
    </w:p>
    <w:p w14:paraId="2CCEA764" w14:textId="77777777" w:rsidR="00434E24" w:rsidRDefault="00434E24" w:rsidP="00434E24">
      <w:pPr>
        <w:spacing w:after="240"/>
      </w:pPr>
      <w:r>
        <w:t>When I finally experienced relationships built on safety and mutual effort, the peace felt strange at first.</w:t>
      </w:r>
    </w:p>
    <w:p w14:paraId="0EF866B9" w14:textId="77777777" w:rsidR="00434E24" w:rsidRDefault="00434E24" w:rsidP="00434E24">
      <w:pPr>
        <w:spacing w:after="240"/>
      </w:pPr>
      <w:r>
        <w:t>But over time, I realized something beautiful:</w:t>
      </w:r>
    </w:p>
    <w:p w14:paraId="6A896DF1" w14:textId="77777777" w:rsidR="00434E24" w:rsidRDefault="00434E24" w:rsidP="00434E24">
      <w:pPr>
        <w:spacing w:after="240"/>
      </w:pPr>
      <w:r>
        <w:t>I wasn</w:t>
      </w:r>
      <w:r>
        <w:rPr>
          <w:rFonts w:hint="eastAsia"/>
        </w:rPr>
        <w:t>’</w:t>
      </w:r>
      <w:r>
        <w:t>t losing passion.</w:t>
      </w:r>
    </w:p>
    <w:p w14:paraId="354BB33C" w14:textId="77777777" w:rsidR="00434E24" w:rsidRDefault="00434E24" w:rsidP="00434E24">
      <w:pPr>
        <w:spacing w:after="240"/>
      </w:pPr>
      <w:r>
        <w:t>I was gaining security.</w:t>
      </w:r>
    </w:p>
    <w:p w14:paraId="3427C1DD" w14:textId="77777777" w:rsidR="00434E24" w:rsidRDefault="00434E24" w:rsidP="00434E24">
      <w:pPr>
        <w:spacing w:after="240"/>
      </w:pPr>
      <w:r>
        <w:t>And that security allowed intimacy to grow deeper than intensity ever could.</w:t>
      </w:r>
    </w:p>
    <w:p w14:paraId="7445168C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🌳</w:t>
      </w:r>
      <w:r>
        <w:t xml:space="preserve"> Why Time Strengthens Healthy Love</w:t>
      </w:r>
    </w:p>
    <w:p w14:paraId="197EDBD8" w14:textId="77777777" w:rsidR="00434E24" w:rsidRDefault="00434E24" w:rsidP="00434E24">
      <w:pPr>
        <w:spacing w:after="240"/>
      </w:pPr>
      <w:r>
        <w:t>In God</w:t>
      </w:r>
      <w:r>
        <w:rPr>
          <w:rFonts w:hint="eastAsia"/>
        </w:rPr>
        <w:t>’</w:t>
      </w:r>
      <w:r>
        <w:t xml:space="preserve">s design, time does not weaken intimacy </w:t>
      </w:r>
      <w:r>
        <w:rPr>
          <w:rFonts w:hint="eastAsia"/>
        </w:rPr>
        <w:t>—</w:t>
      </w:r>
      <w:r>
        <w:t xml:space="preserve"> it strengthens it.</w:t>
      </w:r>
    </w:p>
    <w:p w14:paraId="32C49EFF" w14:textId="77777777" w:rsidR="00434E24" w:rsidRDefault="00434E24" w:rsidP="00434E24">
      <w:pPr>
        <w:spacing w:after="240"/>
      </w:pPr>
      <w:r>
        <w:t>Because over time:</w:t>
      </w:r>
    </w:p>
    <w:p w14:paraId="3C1478F3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trust accumulates</w:t>
      </w:r>
    </w:p>
    <w:p w14:paraId="7870D3B9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memories deepen bond</w:t>
      </w:r>
    </w:p>
    <w:p w14:paraId="1B774B0F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consistency builds safety</w:t>
      </w:r>
    </w:p>
    <w:p w14:paraId="4A8732AD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loyalty proves love</w:t>
      </w:r>
    </w:p>
    <w:p w14:paraId="3FAFE17A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vulnerability becomes easier</w:t>
      </w:r>
    </w:p>
    <w:p w14:paraId="5969DBDC" w14:textId="77777777" w:rsidR="00434E24" w:rsidRDefault="00434E24" w:rsidP="00434E24">
      <w:pPr>
        <w:spacing w:after="240"/>
      </w:pPr>
      <w:r>
        <w:t xml:space="preserve">This is why Scripture describes love as unquenchable </w:t>
      </w:r>
      <w:r>
        <w:rPr>
          <w:rFonts w:hint="eastAsia"/>
        </w:rPr>
        <w:t>—</w:t>
      </w:r>
      <w:r>
        <w:t xml:space="preserve"> not because it stays intense, but because it becomes strong.</w:t>
      </w:r>
    </w:p>
    <w:p w14:paraId="4D247F42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💞</w:t>
      </w:r>
      <w:r>
        <w:t xml:space="preserve"> From Excitement to Devotion</w:t>
      </w:r>
    </w:p>
    <w:p w14:paraId="0C32D5E1" w14:textId="77777777" w:rsidR="00434E24" w:rsidRDefault="00434E24" w:rsidP="00434E24">
      <w:pPr>
        <w:spacing w:after="240"/>
      </w:pPr>
      <w:r>
        <w:t>Early love often feels like:</w:t>
      </w:r>
    </w:p>
    <w:p w14:paraId="1543D67B" w14:textId="77777777" w:rsidR="00434E24" w:rsidRDefault="00434E24" w:rsidP="00434E24">
      <w:pPr>
        <w:spacing w:after="240"/>
      </w:pPr>
      <w:r>
        <w:rPr>
          <w:rFonts w:hint="eastAsia"/>
        </w:rPr>
        <w:t>“</w:t>
      </w:r>
      <w:r>
        <w:t>I can</w:t>
      </w:r>
      <w:r>
        <w:rPr>
          <w:rFonts w:hint="eastAsia"/>
        </w:rPr>
        <w:t>’</w:t>
      </w:r>
      <w:r>
        <w:t>t get enough of you.</w:t>
      </w:r>
      <w:r>
        <w:rPr>
          <w:rFonts w:hint="eastAsia"/>
        </w:rPr>
        <w:t>”</w:t>
      </w:r>
    </w:p>
    <w:p w14:paraId="6687F9EF" w14:textId="77777777" w:rsidR="00434E24" w:rsidRDefault="00434E24" w:rsidP="00434E24">
      <w:pPr>
        <w:spacing w:after="240"/>
      </w:pPr>
      <w:r>
        <w:t>Mature love feels like:</w:t>
      </w:r>
    </w:p>
    <w:p w14:paraId="098C2A15" w14:textId="77777777" w:rsidR="00434E24" w:rsidRDefault="00434E24" w:rsidP="00434E24">
      <w:pPr>
        <w:spacing w:after="240"/>
      </w:pPr>
      <w:r>
        <w:rPr>
          <w:rFonts w:hint="eastAsia"/>
        </w:rPr>
        <w:t>“</w:t>
      </w:r>
      <w:r>
        <w:t xml:space="preserve">I choose you </w:t>
      </w:r>
      <w:r>
        <w:rPr>
          <w:rFonts w:hint="eastAsia"/>
        </w:rPr>
        <w:t>—</w:t>
      </w:r>
      <w:r>
        <w:t xml:space="preserve"> every day.</w:t>
      </w:r>
      <w:r>
        <w:rPr>
          <w:rFonts w:hint="eastAsia"/>
        </w:rPr>
        <w:t>”</w:t>
      </w:r>
    </w:p>
    <w:p w14:paraId="61371C74" w14:textId="77777777" w:rsidR="00434E24" w:rsidRDefault="00434E24" w:rsidP="00434E24">
      <w:pPr>
        <w:spacing w:after="240"/>
      </w:pPr>
      <w:r>
        <w:t>Both are beautiful.</w:t>
      </w:r>
    </w:p>
    <w:p w14:paraId="1A4B6A28" w14:textId="77777777" w:rsidR="00434E24" w:rsidRDefault="00434E24" w:rsidP="00434E24">
      <w:pPr>
        <w:spacing w:after="240"/>
      </w:pPr>
      <w:r>
        <w:t>But only one lasts through storms.</w:t>
      </w:r>
    </w:p>
    <w:p w14:paraId="5A34361B" w14:textId="77777777" w:rsidR="00434E24" w:rsidRDefault="00434E24" w:rsidP="00434E24">
      <w:pPr>
        <w:spacing w:after="240"/>
      </w:pPr>
      <w:r>
        <w:t>Devotion turns attraction into partnership.</w:t>
      </w:r>
    </w:p>
    <w:p w14:paraId="200C7EC8" w14:textId="77777777" w:rsidR="00434E24" w:rsidRDefault="00434E24" w:rsidP="00434E24">
      <w:pPr>
        <w:spacing w:after="240"/>
      </w:pPr>
      <w:r>
        <w:t>Passion into permanence.</w:t>
      </w:r>
    </w:p>
    <w:p w14:paraId="1A687163" w14:textId="77777777" w:rsidR="00434E24" w:rsidRDefault="00434E24" w:rsidP="00434E24">
      <w:pPr>
        <w:spacing w:after="240"/>
      </w:pPr>
      <w:r>
        <w:t>Connection into covenant.</w:t>
      </w:r>
    </w:p>
    <w:p w14:paraId="33D29551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Love That Grows Strong</w:t>
      </w:r>
    </w:p>
    <w:p w14:paraId="30B720AA" w14:textId="77777777" w:rsidR="00434E24" w:rsidRDefault="00434E24" w:rsidP="00434E24">
      <w:pPr>
        <w:spacing w:after="240"/>
      </w:pPr>
      <w:r>
        <w:t>Read &amp; Reflect:</w:t>
      </w:r>
    </w:p>
    <w:p w14:paraId="7C6CE43C" w14:textId="77777777" w:rsidR="00434E24" w:rsidRDefault="00434E24" w:rsidP="00434E24">
      <w:pPr>
        <w:spacing w:after="240"/>
      </w:pPr>
      <w:r>
        <w:t>Song of Solomon 8:7</w:t>
      </w:r>
    </w:p>
    <w:p w14:paraId="787CC0C3" w14:textId="77777777" w:rsidR="00434E24" w:rsidRDefault="00434E24" w:rsidP="00434E24">
      <w:pPr>
        <w:spacing w:after="240"/>
      </w:pPr>
      <w:r>
        <w:rPr>
          <w:rFonts w:hint="eastAsia"/>
        </w:rPr>
        <w:t>“</w:t>
      </w:r>
      <w:r>
        <w:t>Many waters cannot quench love</w:t>
      </w:r>
      <w:r>
        <w:rPr>
          <w:rFonts w:hint="eastAsia"/>
        </w:rPr>
        <w:t>…”</w:t>
      </w:r>
    </w:p>
    <w:p w14:paraId="64FBF97D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makes love resilient over time?</w:t>
      </w:r>
    </w:p>
    <w:p w14:paraId="319F2BF8" w14:textId="77777777" w:rsidR="00434E24" w:rsidRDefault="00434E24" w:rsidP="00434E24">
      <w:pPr>
        <w:spacing w:after="240"/>
      </w:pPr>
      <w:r>
        <w:t>1 Corinthians 13:8</w:t>
      </w:r>
    </w:p>
    <w:p w14:paraId="426690BA" w14:textId="77777777" w:rsidR="00434E24" w:rsidRDefault="00434E24" w:rsidP="00434E24">
      <w:pPr>
        <w:spacing w:after="240"/>
      </w:pPr>
      <w:r>
        <w:rPr>
          <w:rFonts w:hint="eastAsia"/>
        </w:rPr>
        <w:t>“</w:t>
      </w:r>
      <w:r>
        <w:t>Love never fails.</w:t>
      </w:r>
      <w:r>
        <w:rPr>
          <w:rFonts w:hint="eastAsia"/>
        </w:rPr>
        <w:t>”</w:t>
      </w:r>
    </w:p>
    <w:p w14:paraId="73CAFBEB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consistency strengthen love?</w:t>
      </w:r>
    </w:p>
    <w:p w14:paraId="4D2F6A18" w14:textId="77777777" w:rsidR="00434E24" w:rsidRDefault="00434E24" w:rsidP="00434E24">
      <w:pPr>
        <w:spacing w:after="240"/>
      </w:pPr>
      <w:r>
        <w:t>Ecclesiastes 4:12</w:t>
      </w:r>
    </w:p>
    <w:p w14:paraId="2F0600FF" w14:textId="77777777" w:rsidR="00434E24" w:rsidRDefault="00434E24" w:rsidP="00434E24">
      <w:pPr>
        <w:spacing w:after="240"/>
      </w:pPr>
      <w:r>
        <w:t>A cord of three strands is not quickly broken.</w:t>
      </w:r>
    </w:p>
    <w:p w14:paraId="14610E28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God strengthen relationship bonds?</w:t>
      </w:r>
    </w:p>
    <w:p w14:paraId="6A68CE00" w14:textId="77777777" w:rsidR="00434E24" w:rsidRDefault="00434E24" w:rsidP="00434E24">
      <w:pPr>
        <w:spacing w:after="240"/>
      </w:pPr>
      <w:r>
        <w:t>Proverbs 17:17</w:t>
      </w:r>
    </w:p>
    <w:p w14:paraId="51B3BC0D" w14:textId="77777777" w:rsidR="00434E24" w:rsidRDefault="00434E24" w:rsidP="00434E24">
      <w:pPr>
        <w:spacing w:after="240"/>
      </w:pPr>
      <w:r>
        <w:t>A friend loves at all times.</w:t>
      </w:r>
    </w:p>
    <w:p w14:paraId="774227B2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steady presence reflect real love?</w:t>
      </w:r>
    </w:p>
    <w:p w14:paraId="3FF9C3DC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Eight</w:t>
      </w:r>
    </w:p>
    <w:p w14:paraId="6BDBB3D9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Personal Reflection</w:t>
      </w:r>
    </w:p>
    <w:p w14:paraId="668F7F5F" w14:textId="77777777" w:rsidR="00434E24" w:rsidRDefault="00434E24" w:rsidP="00434E24">
      <w:pPr>
        <w:spacing w:after="240"/>
      </w:pPr>
      <w:r>
        <w:t xml:space="preserve">What has love felt like in my past </w:t>
      </w:r>
      <w:r>
        <w:rPr>
          <w:rFonts w:hint="eastAsia"/>
        </w:rPr>
        <w:t>—</w:t>
      </w:r>
      <w:r>
        <w:t xml:space="preserve"> intense, chaotic, peaceful, steady?</w:t>
      </w:r>
    </w:p>
    <w:p w14:paraId="2A163CCD" w14:textId="77777777" w:rsidR="00434E24" w:rsidRDefault="00434E24" w:rsidP="00434E24">
      <w:pPr>
        <w:spacing w:after="240"/>
      </w:pPr>
      <w:r>
        <w:t>Do I associate peace with boredom or security?</w:t>
      </w:r>
    </w:p>
    <w:p w14:paraId="32273D6B" w14:textId="77777777" w:rsidR="00434E24" w:rsidRDefault="00434E24" w:rsidP="00434E24">
      <w:pPr>
        <w:spacing w:after="240"/>
      </w:pPr>
      <w:r>
        <w:t>What kind of love do I want to build long-term?</w:t>
      </w:r>
    </w:p>
    <w:p w14:paraId="266C0D83" w14:textId="77777777" w:rsidR="00434E24" w:rsidRDefault="00434E24" w:rsidP="00434E24">
      <w:pPr>
        <w:spacing w:after="240"/>
      </w:pPr>
      <w:r>
        <w:t>How can I practice consistency in relationships now?</w:t>
      </w:r>
    </w:p>
    <w:p w14:paraId="1A4F13B0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</w:t>
      </w:r>
    </w:p>
    <w:p w14:paraId="66B30A25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How has our trust grown over time?</w:t>
      </w:r>
    </w:p>
    <w:p w14:paraId="7D992B05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How do we handle conflict better now than before?</w:t>
      </w:r>
    </w:p>
    <w:p w14:paraId="78144923" w14:textId="77777777" w:rsidR="00434E24" w:rsidRDefault="00434E24" w:rsidP="00434E24">
      <w:pPr>
        <w:spacing w:after="240"/>
      </w:pPr>
      <w:r>
        <w:rPr>
          <w:rFonts w:hint="eastAsia"/>
        </w:rPr>
        <w:t>•</w:t>
      </w:r>
      <w:r>
        <w:t xml:space="preserve"> What daily choices strengthen our bond?</w:t>
      </w:r>
    </w:p>
    <w:p w14:paraId="3D46BA54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5D66F0AC" w14:textId="77777777" w:rsidR="00434E24" w:rsidRDefault="00434E24" w:rsidP="00434E24">
      <w:pPr>
        <w:spacing w:after="240"/>
      </w:pPr>
      <w:r>
        <w:rPr>
          <w:rFonts w:hint="eastAsia"/>
        </w:rPr>
        <w:t>“</w:t>
      </w:r>
      <w:r>
        <w:t>God, teach me to build love that lasts.</w:t>
      </w:r>
    </w:p>
    <w:p w14:paraId="512BCD40" w14:textId="77777777" w:rsidR="00434E24" w:rsidRDefault="00434E24" w:rsidP="00434E24">
      <w:pPr>
        <w:spacing w:after="240"/>
      </w:pPr>
      <w:r>
        <w:t>Help me value consistency over chaos and devotion over intensity.</w:t>
      </w:r>
    </w:p>
    <w:p w14:paraId="186DF721" w14:textId="77777777" w:rsidR="00434E24" w:rsidRDefault="00434E24" w:rsidP="00434E24">
      <w:pPr>
        <w:spacing w:after="240"/>
      </w:pPr>
      <w:r>
        <w:t>Grow my relationships deeper with time.</w:t>
      </w:r>
      <w:r>
        <w:rPr>
          <w:rFonts w:hint="eastAsia"/>
        </w:rPr>
        <w:t>”</w:t>
      </w:r>
    </w:p>
    <w:p w14:paraId="4DAE6F86" w14:textId="77777777" w:rsidR="00434E24" w:rsidRDefault="00434E24" w:rsidP="00434E24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Eight Truth</w:t>
      </w:r>
    </w:p>
    <w:p w14:paraId="37F94CE9" w14:textId="77777777" w:rsidR="00434E24" w:rsidRDefault="00434E24" w:rsidP="00434E24">
      <w:pPr>
        <w:spacing w:after="240"/>
      </w:pPr>
      <w:r>
        <w:t>Healthy love doesn</w:t>
      </w:r>
      <w:r>
        <w:rPr>
          <w:rFonts w:hint="eastAsia"/>
        </w:rPr>
        <w:t>’</w:t>
      </w:r>
      <w:r>
        <w:t>t fade.</w:t>
      </w:r>
    </w:p>
    <w:p w14:paraId="72084954" w14:textId="77777777" w:rsidR="00434E24" w:rsidRDefault="00434E24" w:rsidP="00434E24">
      <w:pPr>
        <w:spacing w:after="240"/>
      </w:pPr>
      <w:r>
        <w:t>It roots.</w:t>
      </w:r>
    </w:p>
    <w:p w14:paraId="42F20EAE" w14:textId="77777777" w:rsidR="00434E24" w:rsidRDefault="00434E24" w:rsidP="00434E24">
      <w:pPr>
        <w:spacing w:after="240"/>
      </w:pPr>
      <w:r>
        <w:t>It strengthens.</w:t>
      </w:r>
    </w:p>
    <w:p w14:paraId="34E2F211" w14:textId="5B2A0A18" w:rsidR="00890353" w:rsidRDefault="00434E24">
      <w:pPr>
        <w:spacing w:after="240"/>
      </w:pPr>
      <w:r>
        <w:t>It becomes unshakeable.</w:t>
      </w:r>
      <w:r w:rsidR="00000000">
        <w:br/>
      </w:r>
    </w:p>
    <w:p w14:paraId="257A3D03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Nine</w:t>
      </w:r>
    </w:p>
    <w:p w14:paraId="5D837135" w14:textId="77777777" w:rsidR="002D248D" w:rsidRDefault="002D248D" w:rsidP="002D248D">
      <w:pPr>
        <w:spacing w:after="240"/>
      </w:pPr>
      <w:r>
        <w:t>Recognizing Emotional Manipulation: When Love Is Used as Control</w:t>
      </w:r>
    </w:p>
    <w:p w14:paraId="169AE548" w14:textId="77777777" w:rsidR="002D248D" w:rsidRDefault="002D248D" w:rsidP="002D248D">
      <w:pPr>
        <w:spacing w:after="240"/>
      </w:pPr>
      <w:r>
        <w:t>Not every painful relationship begins painfully.</w:t>
      </w:r>
    </w:p>
    <w:p w14:paraId="4F5ACBA1" w14:textId="77777777" w:rsidR="002D248D" w:rsidRDefault="002D248D" w:rsidP="002D248D">
      <w:pPr>
        <w:spacing w:after="240"/>
      </w:pPr>
      <w:r>
        <w:t>Most begin with connection.</w:t>
      </w:r>
    </w:p>
    <w:p w14:paraId="6942BC79" w14:textId="77777777" w:rsidR="002D248D" w:rsidRDefault="002D248D" w:rsidP="002D248D">
      <w:pPr>
        <w:spacing w:after="240"/>
      </w:pPr>
      <w:r>
        <w:t>Affection.</w:t>
      </w:r>
    </w:p>
    <w:p w14:paraId="404557C2" w14:textId="77777777" w:rsidR="002D248D" w:rsidRDefault="002D248D" w:rsidP="002D248D">
      <w:pPr>
        <w:spacing w:after="240"/>
      </w:pPr>
      <w:r>
        <w:t>Passion.</w:t>
      </w:r>
    </w:p>
    <w:p w14:paraId="3F44733C" w14:textId="77777777" w:rsidR="002D248D" w:rsidRDefault="002D248D" w:rsidP="002D248D">
      <w:pPr>
        <w:spacing w:after="240"/>
      </w:pPr>
      <w:r>
        <w:t>Hope.</w:t>
      </w:r>
    </w:p>
    <w:p w14:paraId="4005A2C2" w14:textId="77777777" w:rsidR="002D248D" w:rsidRDefault="002D248D" w:rsidP="002D248D">
      <w:pPr>
        <w:spacing w:after="240"/>
      </w:pPr>
      <w:r>
        <w:t>Emotional manipulation rarely shows up as cruelty at first.</w:t>
      </w:r>
    </w:p>
    <w:p w14:paraId="3341BDC6" w14:textId="77777777" w:rsidR="002D248D" w:rsidRDefault="002D248D" w:rsidP="002D248D">
      <w:pPr>
        <w:spacing w:after="240"/>
      </w:pPr>
      <w:r>
        <w:t>It often shows up as intensity.</w:t>
      </w:r>
    </w:p>
    <w:p w14:paraId="7C1A31D6" w14:textId="77777777" w:rsidR="002D248D" w:rsidRDefault="002D248D" w:rsidP="002D248D">
      <w:pPr>
        <w:spacing w:after="240"/>
      </w:pPr>
      <w:r>
        <w:t>Deep conversations.</w:t>
      </w:r>
    </w:p>
    <w:p w14:paraId="13F6E7F0" w14:textId="77777777" w:rsidR="002D248D" w:rsidRDefault="002D248D" w:rsidP="002D248D">
      <w:pPr>
        <w:spacing w:after="240"/>
      </w:pPr>
      <w:r>
        <w:t>Strong chemistry.</w:t>
      </w:r>
    </w:p>
    <w:p w14:paraId="022CAC25" w14:textId="77777777" w:rsidR="002D248D" w:rsidRDefault="002D248D" w:rsidP="002D248D">
      <w:pPr>
        <w:spacing w:after="240"/>
      </w:pPr>
      <w:r>
        <w:t>Fast attachment.</w:t>
      </w:r>
    </w:p>
    <w:p w14:paraId="06D4C5A3" w14:textId="77777777" w:rsidR="002D248D" w:rsidRDefault="002D248D" w:rsidP="002D248D">
      <w:pPr>
        <w:spacing w:after="240"/>
      </w:pPr>
      <w:r>
        <w:t>Big emotions.</w:t>
      </w:r>
    </w:p>
    <w:p w14:paraId="2BAEA88E" w14:textId="77777777" w:rsidR="002D248D" w:rsidRDefault="002D248D" w:rsidP="002D248D">
      <w:pPr>
        <w:spacing w:after="240"/>
      </w:pPr>
      <w:r>
        <w:t>But over time, something shifts.</w:t>
      </w:r>
    </w:p>
    <w:p w14:paraId="66850BBE" w14:textId="77777777" w:rsidR="002D248D" w:rsidRDefault="002D248D" w:rsidP="002D248D">
      <w:pPr>
        <w:spacing w:after="240"/>
      </w:pPr>
      <w:r>
        <w:t>Love begins to feel uncertain.</w:t>
      </w:r>
    </w:p>
    <w:p w14:paraId="19206383" w14:textId="77777777" w:rsidR="002D248D" w:rsidRDefault="002D248D" w:rsidP="002D248D">
      <w:pPr>
        <w:spacing w:after="240"/>
      </w:pPr>
      <w:r>
        <w:t>Affection becomes inconsistent.</w:t>
      </w:r>
    </w:p>
    <w:p w14:paraId="0A964E8B" w14:textId="77777777" w:rsidR="002D248D" w:rsidRDefault="002D248D" w:rsidP="002D248D">
      <w:pPr>
        <w:spacing w:after="240"/>
      </w:pPr>
      <w:r>
        <w:t>Peace turns into anxiety.</w:t>
      </w:r>
    </w:p>
    <w:p w14:paraId="434FD594" w14:textId="77777777" w:rsidR="002D248D" w:rsidRDefault="002D248D" w:rsidP="002D248D">
      <w:pPr>
        <w:spacing w:after="240"/>
      </w:pPr>
      <w:r>
        <w:t>And the heart starts working harder to keep what once felt easy.</w:t>
      </w:r>
    </w:p>
    <w:p w14:paraId="68C1799C" w14:textId="77777777" w:rsidR="002D248D" w:rsidRDefault="002D248D" w:rsidP="002D248D">
      <w:pPr>
        <w:spacing w:after="240"/>
      </w:pPr>
      <w:r>
        <w:t>This is how manipulation quietly takes root.</w:t>
      </w:r>
    </w:p>
    <w:p w14:paraId="6163569F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What Healthy Love Feels Like (God</w:t>
      </w:r>
      <w:r>
        <w:rPr>
          <w:rFonts w:hint="eastAsia"/>
        </w:rPr>
        <w:t>’</w:t>
      </w:r>
      <w:r>
        <w:t>s Design)</w:t>
      </w:r>
    </w:p>
    <w:p w14:paraId="3AFF02C1" w14:textId="77777777" w:rsidR="002D248D" w:rsidRDefault="002D248D" w:rsidP="002D248D">
      <w:pPr>
        <w:spacing w:after="240"/>
      </w:pPr>
      <w:r>
        <w:t>Before understanding manipulation, it helps to remember what healthy intimacy looks like.</w:t>
      </w:r>
    </w:p>
    <w:p w14:paraId="64197CA7" w14:textId="77777777" w:rsidR="002D248D" w:rsidRDefault="002D248D" w:rsidP="002D248D">
      <w:pPr>
        <w:spacing w:after="240"/>
      </w:pPr>
      <w:r>
        <w:t>In God</w:t>
      </w:r>
      <w:r>
        <w:rPr>
          <w:rFonts w:hint="eastAsia"/>
        </w:rPr>
        <w:t>’</w:t>
      </w:r>
      <w:r>
        <w:t>s blueprint:</w:t>
      </w:r>
    </w:p>
    <w:p w14:paraId="40D00B01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affection is steady</w:t>
      </w:r>
    </w:p>
    <w:p w14:paraId="0842F444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communication is open</w:t>
      </w:r>
    </w:p>
    <w:p w14:paraId="0BA19273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conflict leads to repair</w:t>
      </w:r>
    </w:p>
    <w:p w14:paraId="507BECAA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love feels safe</w:t>
      </w:r>
    </w:p>
    <w:p w14:paraId="3D331A03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effort is mutual</w:t>
      </w:r>
    </w:p>
    <w:p w14:paraId="6C79C046" w14:textId="77777777" w:rsidR="002D248D" w:rsidRDefault="002D248D" w:rsidP="002D248D">
      <w:pPr>
        <w:spacing w:after="240"/>
      </w:pPr>
      <w:r>
        <w:t>There is no fear of losing love during disagreement.</w:t>
      </w:r>
    </w:p>
    <w:p w14:paraId="15D23FCF" w14:textId="77777777" w:rsidR="002D248D" w:rsidRDefault="002D248D" w:rsidP="002D248D">
      <w:pPr>
        <w:spacing w:after="240"/>
      </w:pPr>
      <w:r>
        <w:t>No emotional punishment.</w:t>
      </w:r>
    </w:p>
    <w:p w14:paraId="3DE69DC6" w14:textId="77777777" w:rsidR="002D248D" w:rsidRDefault="002D248D" w:rsidP="002D248D">
      <w:pPr>
        <w:spacing w:after="240"/>
      </w:pPr>
      <w:r>
        <w:t>No guessing where you stand.</w:t>
      </w:r>
    </w:p>
    <w:p w14:paraId="533F89E6" w14:textId="77777777" w:rsidR="002D248D" w:rsidRDefault="002D248D" w:rsidP="002D248D">
      <w:pPr>
        <w:spacing w:after="240"/>
      </w:pPr>
      <w:r>
        <w:t>Love is secure.</w:t>
      </w:r>
    </w:p>
    <w:p w14:paraId="479A15A5" w14:textId="77777777" w:rsidR="002D248D" w:rsidRDefault="002D248D" w:rsidP="002D248D">
      <w:pPr>
        <w:spacing w:after="240"/>
      </w:pPr>
      <w:r>
        <w:t>When love is secure, manipulation has no power.</w:t>
      </w:r>
    </w:p>
    <w:p w14:paraId="7D3D33A7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🚩</w:t>
      </w:r>
      <w:r>
        <w:t xml:space="preserve"> The Core of Manipulation</w:t>
      </w:r>
    </w:p>
    <w:p w14:paraId="2FF39045" w14:textId="77777777" w:rsidR="002D248D" w:rsidRDefault="002D248D" w:rsidP="002D248D">
      <w:pPr>
        <w:spacing w:after="240"/>
      </w:pPr>
      <w:r>
        <w:t>Manipulation uses instability to create attachment.</w:t>
      </w:r>
    </w:p>
    <w:p w14:paraId="2DF2719F" w14:textId="77777777" w:rsidR="002D248D" w:rsidRDefault="002D248D" w:rsidP="002D248D">
      <w:pPr>
        <w:spacing w:after="240"/>
      </w:pPr>
      <w:r>
        <w:t>Instead of consistency, it creates cycles:</w:t>
      </w:r>
    </w:p>
    <w:p w14:paraId="48FDB056" w14:textId="77777777" w:rsidR="002D248D" w:rsidRDefault="002D248D" w:rsidP="002D248D">
      <w:pPr>
        <w:spacing w:after="240"/>
      </w:pPr>
      <w:r>
        <w:t>Closeness → distance → affection → withdrawal → reconciliation → repeat</w:t>
      </w:r>
    </w:p>
    <w:p w14:paraId="4762A956" w14:textId="77777777" w:rsidR="002D248D" w:rsidRDefault="002D248D" w:rsidP="002D248D">
      <w:pPr>
        <w:spacing w:after="240"/>
      </w:pPr>
      <w:r>
        <w:t>These emotional highs and lows release powerful bonding chemicals in the brain.</w:t>
      </w:r>
    </w:p>
    <w:p w14:paraId="2F0716C5" w14:textId="77777777" w:rsidR="002D248D" w:rsidRDefault="002D248D" w:rsidP="002D248D">
      <w:pPr>
        <w:spacing w:after="240"/>
      </w:pPr>
      <w:r>
        <w:t xml:space="preserve">The heart becomes attached not to peace </w:t>
      </w:r>
      <w:r>
        <w:rPr>
          <w:rFonts w:hint="eastAsia"/>
        </w:rPr>
        <w:t>—</w:t>
      </w:r>
      <w:r>
        <w:t xml:space="preserve"> but to relief.</w:t>
      </w:r>
    </w:p>
    <w:p w14:paraId="3E0144D4" w14:textId="77777777" w:rsidR="002D248D" w:rsidRDefault="002D248D" w:rsidP="002D248D">
      <w:pPr>
        <w:spacing w:after="240"/>
      </w:pPr>
      <w:r>
        <w:t>Relief when affection returns.</w:t>
      </w:r>
    </w:p>
    <w:p w14:paraId="51BA5ADF" w14:textId="77777777" w:rsidR="002D248D" w:rsidRDefault="002D248D" w:rsidP="002D248D">
      <w:pPr>
        <w:spacing w:after="240"/>
      </w:pPr>
      <w:r>
        <w:t>Relief when conflict ends.</w:t>
      </w:r>
    </w:p>
    <w:p w14:paraId="753CFF64" w14:textId="77777777" w:rsidR="002D248D" w:rsidRDefault="002D248D" w:rsidP="002D248D">
      <w:pPr>
        <w:spacing w:after="240"/>
      </w:pPr>
      <w:r>
        <w:t>Relief when love feels warm again.</w:t>
      </w:r>
    </w:p>
    <w:p w14:paraId="401E8C20" w14:textId="77777777" w:rsidR="002D248D" w:rsidRDefault="002D248D" w:rsidP="002D248D">
      <w:pPr>
        <w:spacing w:after="240"/>
      </w:pPr>
      <w:r>
        <w:t>This is why manipulated relationships feel addictive.</w:t>
      </w:r>
    </w:p>
    <w:p w14:paraId="6EF27792" w14:textId="77777777" w:rsidR="002D248D" w:rsidRDefault="002D248D" w:rsidP="002D248D">
      <w:pPr>
        <w:spacing w:after="240"/>
      </w:pPr>
      <w:r>
        <w:t>The pain makes the good moments feel stronger.</w:t>
      </w:r>
    </w:p>
    <w:p w14:paraId="66E214F9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⚠️</w:t>
      </w:r>
      <w:r>
        <w:t xml:space="preserve"> Common Signs of Emotional Manipulation</w:t>
      </w:r>
    </w:p>
    <w:p w14:paraId="0A4B74BE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🎭</w:t>
      </w:r>
      <w:r>
        <w:t xml:space="preserve"> Inconsistent Affection</w:t>
      </w:r>
    </w:p>
    <w:p w14:paraId="0BCA602A" w14:textId="77777777" w:rsidR="002D248D" w:rsidRDefault="002D248D" w:rsidP="002D248D">
      <w:pPr>
        <w:spacing w:after="240"/>
      </w:pPr>
      <w:r>
        <w:t>Love feels strong one day and cold the next.</w:t>
      </w:r>
    </w:p>
    <w:p w14:paraId="6DD7D524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🔕</w:t>
      </w:r>
      <w:r>
        <w:t xml:space="preserve"> Silent Treatment</w:t>
      </w:r>
    </w:p>
    <w:p w14:paraId="0C18B487" w14:textId="77777777" w:rsidR="002D248D" w:rsidRDefault="002D248D" w:rsidP="002D248D">
      <w:pPr>
        <w:spacing w:after="240"/>
      </w:pPr>
      <w:r>
        <w:t>Distance is used to punish instead of resolve conflict.</w:t>
      </w:r>
    </w:p>
    <w:p w14:paraId="2AD2487B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🎢</w:t>
      </w:r>
      <w:r>
        <w:t xml:space="preserve"> Emotional Highs and Lows</w:t>
      </w:r>
    </w:p>
    <w:p w14:paraId="60335B51" w14:textId="77777777" w:rsidR="002D248D" w:rsidRDefault="002D248D" w:rsidP="002D248D">
      <w:pPr>
        <w:spacing w:after="240"/>
      </w:pPr>
      <w:r>
        <w:t>Extreme closeness followed by sudden withdrawal.</w:t>
      </w:r>
    </w:p>
    <w:p w14:paraId="2D431AF4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🧲</w:t>
      </w:r>
      <w:r>
        <w:t xml:space="preserve"> Guilt-Based Control</w:t>
      </w:r>
    </w:p>
    <w:p w14:paraId="026DC508" w14:textId="77777777" w:rsidR="002D248D" w:rsidRDefault="002D248D" w:rsidP="002D248D">
      <w:pPr>
        <w:spacing w:after="240"/>
      </w:pPr>
      <w:r>
        <w:rPr>
          <w:rFonts w:hint="eastAsia"/>
        </w:rPr>
        <w:t>“</w:t>
      </w:r>
      <w:r>
        <w:t>If you loved me, you would</w:t>
      </w:r>
      <w:r>
        <w:rPr>
          <w:rFonts w:hint="eastAsia"/>
        </w:rPr>
        <w:t>…”</w:t>
      </w:r>
    </w:p>
    <w:p w14:paraId="482C74D6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🔄</w:t>
      </w:r>
      <w:r>
        <w:t xml:space="preserve"> Blame Shifting</w:t>
      </w:r>
    </w:p>
    <w:p w14:paraId="6C8B00AC" w14:textId="77777777" w:rsidR="002D248D" w:rsidRDefault="002D248D" w:rsidP="002D248D">
      <w:pPr>
        <w:spacing w:after="240"/>
      </w:pPr>
      <w:r>
        <w:t>Problems are always your fault.</w:t>
      </w:r>
    </w:p>
    <w:p w14:paraId="2BA5A98B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🕶</w:t>
      </w:r>
      <w:r>
        <w:t xml:space="preserve"> Unclear Commitment</w:t>
      </w:r>
    </w:p>
    <w:p w14:paraId="0D65F1EC" w14:textId="77777777" w:rsidR="002D248D" w:rsidRDefault="002D248D" w:rsidP="002D248D">
      <w:pPr>
        <w:spacing w:after="240"/>
      </w:pPr>
      <w:r>
        <w:t>Big emotions but no stability.</w:t>
      </w:r>
    </w:p>
    <w:p w14:paraId="1AFE9599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33BDBE2A" w14:textId="77777777" w:rsidR="002D248D" w:rsidRDefault="002D248D" w:rsidP="002D248D">
      <w:pPr>
        <w:spacing w:after="240"/>
      </w:pPr>
      <w:r>
        <w:t>Looking back, I can see how often I lived inside emotional cycles.</w:t>
      </w:r>
    </w:p>
    <w:p w14:paraId="113511D9" w14:textId="77777777" w:rsidR="002D248D" w:rsidRDefault="002D248D" w:rsidP="002D248D">
      <w:pPr>
        <w:spacing w:after="240"/>
      </w:pPr>
      <w:r>
        <w:t>When love felt warm, everything felt right.</w:t>
      </w:r>
    </w:p>
    <w:p w14:paraId="3BFA7B56" w14:textId="77777777" w:rsidR="002D248D" w:rsidRDefault="002D248D" w:rsidP="002D248D">
      <w:pPr>
        <w:spacing w:after="240"/>
      </w:pPr>
      <w:r>
        <w:t>When affection pulled away, I felt anxious and tried harder.</w:t>
      </w:r>
    </w:p>
    <w:p w14:paraId="135A735A" w14:textId="77777777" w:rsidR="002D248D" w:rsidRDefault="002D248D" w:rsidP="002D248D">
      <w:pPr>
        <w:spacing w:after="240"/>
      </w:pPr>
      <w:r>
        <w:t>I apologized more.</w:t>
      </w:r>
    </w:p>
    <w:p w14:paraId="100806C2" w14:textId="77777777" w:rsidR="002D248D" w:rsidRDefault="002D248D" w:rsidP="002D248D">
      <w:pPr>
        <w:spacing w:after="240"/>
      </w:pPr>
      <w:r>
        <w:t>I gave more.</w:t>
      </w:r>
    </w:p>
    <w:p w14:paraId="1EF809C2" w14:textId="77777777" w:rsidR="002D248D" w:rsidRDefault="002D248D" w:rsidP="002D248D">
      <w:pPr>
        <w:spacing w:after="240"/>
      </w:pPr>
      <w:r>
        <w:t>I chased peace.</w:t>
      </w:r>
    </w:p>
    <w:p w14:paraId="2C9B23AE" w14:textId="77777777" w:rsidR="002D248D" w:rsidRDefault="002D248D" w:rsidP="002D248D">
      <w:pPr>
        <w:spacing w:after="240"/>
      </w:pPr>
      <w:r>
        <w:t>Not realizing peace shouldn</w:t>
      </w:r>
      <w:r>
        <w:rPr>
          <w:rFonts w:hint="eastAsia"/>
        </w:rPr>
        <w:t>’</w:t>
      </w:r>
      <w:r>
        <w:t>t need chasing.</w:t>
      </w:r>
    </w:p>
    <w:p w14:paraId="56B499A2" w14:textId="77777777" w:rsidR="002D248D" w:rsidRDefault="002D248D" w:rsidP="002D248D">
      <w:pPr>
        <w:spacing w:after="240"/>
      </w:pPr>
      <w:r>
        <w:t>I thought the depth of pain meant the depth of love.</w:t>
      </w:r>
    </w:p>
    <w:p w14:paraId="6976CA5E" w14:textId="77777777" w:rsidR="002D248D" w:rsidRDefault="002D248D" w:rsidP="002D248D">
      <w:pPr>
        <w:spacing w:after="240"/>
      </w:pPr>
      <w:r>
        <w:t>But in reality, I was bonded to instability.</w:t>
      </w:r>
    </w:p>
    <w:p w14:paraId="0D3E7548" w14:textId="77777777" w:rsidR="002D248D" w:rsidRDefault="002D248D" w:rsidP="002D248D">
      <w:pPr>
        <w:spacing w:after="240"/>
      </w:pPr>
      <w:r>
        <w:t>Once I learned what manipulation looked like, everything changed.</w:t>
      </w:r>
    </w:p>
    <w:p w14:paraId="30260BAC" w14:textId="77777777" w:rsidR="002D248D" w:rsidRDefault="002D248D" w:rsidP="002D248D">
      <w:pPr>
        <w:spacing w:after="240"/>
      </w:pPr>
      <w:r>
        <w:t>I wasn</w:t>
      </w:r>
      <w:r>
        <w:rPr>
          <w:rFonts w:hint="eastAsia"/>
        </w:rPr>
        <w:t>’</w:t>
      </w:r>
      <w:r>
        <w:t>t crazy.</w:t>
      </w:r>
    </w:p>
    <w:p w14:paraId="3E9A8805" w14:textId="77777777" w:rsidR="002D248D" w:rsidRDefault="002D248D" w:rsidP="002D248D">
      <w:pPr>
        <w:spacing w:after="240"/>
      </w:pPr>
      <w:r>
        <w:t>I wasn</w:t>
      </w:r>
      <w:r>
        <w:rPr>
          <w:rFonts w:hint="eastAsia"/>
        </w:rPr>
        <w:t>’</w:t>
      </w:r>
      <w:r>
        <w:t>t too sensitive.</w:t>
      </w:r>
    </w:p>
    <w:p w14:paraId="49610D0B" w14:textId="77777777" w:rsidR="002D248D" w:rsidRDefault="002D248D" w:rsidP="002D248D">
      <w:pPr>
        <w:spacing w:after="240"/>
      </w:pPr>
      <w:r>
        <w:t>I wasn</w:t>
      </w:r>
      <w:r>
        <w:rPr>
          <w:rFonts w:hint="eastAsia"/>
        </w:rPr>
        <w:t>’</w:t>
      </w:r>
      <w:r>
        <w:t>t failing at love.</w:t>
      </w:r>
    </w:p>
    <w:p w14:paraId="2B3E480C" w14:textId="77777777" w:rsidR="002D248D" w:rsidRDefault="002D248D" w:rsidP="002D248D">
      <w:pPr>
        <w:spacing w:after="240"/>
      </w:pPr>
      <w:r>
        <w:t>I was responding normally to an unhealthy system.</w:t>
      </w:r>
    </w:p>
    <w:p w14:paraId="0F5EC12A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🧠</w:t>
      </w:r>
      <w:r>
        <w:t xml:space="preserve"> Why Manipulation Feels So Powerful</w:t>
      </w:r>
    </w:p>
    <w:p w14:paraId="412522B4" w14:textId="77777777" w:rsidR="002D248D" w:rsidRDefault="002D248D" w:rsidP="002D248D">
      <w:pPr>
        <w:spacing w:after="240"/>
      </w:pPr>
      <w:r>
        <w:t>God designed the heart to bond deeply through closeness.</w:t>
      </w:r>
    </w:p>
    <w:p w14:paraId="48B120F1" w14:textId="77777777" w:rsidR="002D248D" w:rsidRDefault="002D248D" w:rsidP="002D248D">
      <w:pPr>
        <w:spacing w:after="240"/>
      </w:pPr>
      <w:r>
        <w:t>Manipulation hijacks that design.</w:t>
      </w:r>
    </w:p>
    <w:p w14:paraId="4E499750" w14:textId="77777777" w:rsidR="002D248D" w:rsidRDefault="002D248D" w:rsidP="002D248D">
      <w:pPr>
        <w:spacing w:after="240"/>
      </w:pPr>
      <w:r>
        <w:t>It mixes:</w:t>
      </w:r>
    </w:p>
    <w:p w14:paraId="783EC920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affection with fear</w:t>
      </w:r>
    </w:p>
    <w:p w14:paraId="1BB6D480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closeness with instability</w:t>
      </w:r>
    </w:p>
    <w:p w14:paraId="5003005A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love with anxiety</w:t>
      </w:r>
    </w:p>
    <w:p w14:paraId="1E314BF9" w14:textId="77777777" w:rsidR="002D248D" w:rsidRDefault="002D248D" w:rsidP="002D248D">
      <w:pPr>
        <w:spacing w:after="240"/>
      </w:pPr>
      <w:r>
        <w:t xml:space="preserve">This creates a trauma bond </w:t>
      </w:r>
      <w:r>
        <w:rPr>
          <w:rFonts w:hint="eastAsia"/>
        </w:rPr>
        <w:t>—</w:t>
      </w:r>
      <w:r>
        <w:t xml:space="preserve"> a powerful attachment formed through emotional cycles.</w:t>
      </w:r>
    </w:p>
    <w:p w14:paraId="643C49AD" w14:textId="77777777" w:rsidR="002D248D" w:rsidRDefault="002D248D" w:rsidP="002D248D">
      <w:pPr>
        <w:spacing w:after="240"/>
      </w:pPr>
      <w:r>
        <w:t>The stronger the pain, the stronger the craving for closeness.</w:t>
      </w:r>
    </w:p>
    <w:p w14:paraId="77E350DB" w14:textId="77777777" w:rsidR="002D248D" w:rsidRDefault="002D248D" w:rsidP="002D248D">
      <w:pPr>
        <w:spacing w:after="240"/>
      </w:pPr>
      <w:r>
        <w:t>That</w:t>
      </w:r>
      <w:r>
        <w:rPr>
          <w:rFonts w:hint="eastAsia"/>
        </w:rPr>
        <w:t>’</w:t>
      </w:r>
      <w:r>
        <w:t xml:space="preserve">s why walking away feels physically hard </w:t>
      </w:r>
      <w:r>
        <w:rPr>
          <w:rFonts w:hint="eastAsia"/>
        </w:rPr>
        <w:t>—</w:t>
      </w:r>
      <w:r>
        <w:t xml:space="preserve"> not just emotionally hard.</w:t>
      </w:r>
    </w:p>
    <w:p w14:paraId="66A1C7AF" w14:textId="77777777" w:rsidR="002D248D" w:rsidRDefault="002D248D" w:rsidP="002D248D">
      <w:pPr>
        <w:spacing w:after="240"/>
      </w:pPr>
      <w:r>
        <w:t>It</w:t>
      </w:r>
      <w:r>
        <w:rPr>
          <w:rFonts w:hint="eastAsia"/>
        </w:rPr>
        <w:t>’</w:t>
      </w:r>
      <w:r>
        <w:t>s not weakness.</w:t>
      </w:r>
    </w:p>
    <w:p w14:paraId="67767497" w14:textId="77777777" w:rsidR="002D248D" w:rsidRDefault="002D248D" w:rsidP="002D248D">
      <w:pPr>
        <w:spacing w:after="240"/>
      </w:pPr>
      <w:r>
        <w:t>It</w:t>
      </w:r>
      <w:r>
        <w:rPr>
          <w:rFonts w:hint="eastAsia"/>
        </w:rPr>
        <w:t>’</w:t>
      </w:r>
      <w:r>
        <w:t>s biology mixed with broken relational patterns.</w:t>
      </w:r>
    </w:p>
    <w:p w14:paraId="4663B3E6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The Healing Shift: From Chaos to Consistency</w:t>
      </w:r>
    </w:p>
    <w:p w14:paraId="79F95FBC" w14:textId="77777777" w:rsidR="002D248D" w:rsidRDefault="002D248D" w:rsidP="002D248D">
      <w:pPr>
        <w:spacing w:after="240"/>
      </w:pPr>
      <w:r>
        <w:t>Healthy love doesn</w:t>
      </w:r>
      <w:r>
        <w:rPr>
          <w:rFonts w:hint="eastAsia"/>
        </w:rPr>
        <w:t>’</w:t>
      </w:r>
      <w:r>
        <w:t>t create emotional roller coasters.</w:t>
      </w:r>
    </w:p>
    <w:p w14:paraId="6EDA9FB0" w14:textId="77777777" w:rsidR="002D248D" w:rsidRDefault="002D248D" w:rsidP="002D248D">
      <w:pPr>
        <w:spacing w:after="240"/>
      </w:pPr>
      <w:r>
        <w:t>It creates peace.</w:t>
      </w:r>
    </w:p>
    <w:p w14:paraId="542D0E75" w14:textId="77777777" w:rsidR="002D248D" w:rsidRDefault="002D248D" w:rsidP="002D248D">
      <w:pPr>
        <w:spacing w:after="240"/>
      </w:pPr>
      <w:r>
        <w:t>Consistency replaces cycles.</w:t>
      </w:r>
    </w:p>
    <w:p w14:paraId="5F909184" w14:textId="77777777" w:rsidR="002D248D" w:rsidRDefault="002D248D" w:rsidP="002D248D">
      <w:pPr>
        <w:spacing w:after="240"/>
      </w:pPr>
      <w:r>
        <w:t>Trust replaces fear.</w:t>
      </w:r>
    </w:p>
    <w:p w14:paraId="482B6E30" w14:textId="77777777" w:rsidR="002D248D" w:rsidRDefault="002D248D" w:rsidP="002D248D">
      <w:pPr>
        <w:spacing w:after="240"/>
      </w:pPr>
      <w:r>
        <w:t>Security replaces anxiety.</w:t>
      </w:r>
    </w:p>
    <w:p w14:paraId="452EFD3B" w14:textId="77777777" w:rsidR="002D248D" w:rsidRDefault="002D248D" w:rsidP="002D248D">
      <w:pPr>
        <w:spacing w:after="240"/>
      </w:pPr>
      <w:r>
        <w:t xml:space="preserve">At first, healthy love can feel unfamiliar </w:t>
      </w:r>
      <w:r>
        <w:rPr>
          <w:rFonts w:hint="eastAsia"/>
        </w:rPr>
        <w:t>—</w:t>
      </w:r>
      <w:r>
        <w:t xml:space="preserve"> even boring </w:t>
      </w:r>
      <w:r>
        <w:rPr>
          <w:rFonts w:hint="eastAsia"/>
        </w:rPr>
        <w:t>—</w:t>
      </w:r>
      <w:r>
        <w:t xml:space="preserve"> to hearts trained on chaos.</w:t>
      </w:r>
    </w:p>
    <w:p w14:paraId="36B59973" w14:textId="77777777" w:rsidR="002D248D" w:rsidRDefault="002D248D" w:rsidP="002D248D">
      <w:pPr>
        <w:spacing w:after="240"/>
      </w:pPr>
      <w:r>
        <w:t>But over time, peace becomes freedom.</w:t>
      </w:r>
    </w:p>
    <w:p w14:paraId="6FCCA286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God</w:t>
      </w:r>
      <w:r>
        <w:rPr>
          <w:rFonts w:hint="eastAsia"/>
        </w:rPr>
        <w:t>’</w:t>
      </w:r>
      <w:r>
        <w:t>s Heart for Honest, Safe Love</w:t>
      </w:r>
    </w:p>
    <w:p w14:paraId="1883CF0A" w14:textId="77777777" w:rsidR="002D248D" w:rsidRDefault="002D248D" w:rsidP="002D248D">
      <w:pPr>
        <w:spacing w:after="240"/>
      </w:pPr>
      <w:r>
        <w:t>Read &amp; Reflect:</w:t>
      </w:r>
    </w:p>
    <w:p w14:paraId="13AA7CBD" w14:textId="77777777" w:rsidR="002D248D" w:rsidRDefault="002D248D" w:rsidP="002D248D">
      <w:pPr>
        <w:spacing w:after="240"/>
      </w:pPr>
      <w:r>
        <w:t>1 Corinthians 13:4</w:t>
      </w:r>
      <w:r>
        <w:rPr>
          <w:rFonts w:hint="eastAsia"/>
        </w:rPr>
        <w:t>–</w:t>
      </w:r>
      <w:r>
        <w:t>6</w:t>
      </w:r>
    </w:p>
    <w:p w14:paraId="0E802ACA" w14:textId="77777777" w:rsidR="002D248D" w:rsidRDefault="002D248D" w:rsidP="002D248D">
      <w:pPr>
        <w:spacing w:after="240"/>
      </w:pPr>
      <w:r>
        <w:t>Love is patient, kind, and not self-seeking.</w:t>
      </w:r>
    </w:p>
    <w:p w14:paraId="65F64FD6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manipulation violate love</w:t>
      </w:r>
      <w:r>
        <w:rPr>
          <w:rFonts w:hint="eastAsia"/>
        </w:rPr>
        <w:t>’</w:t>
      </w:r>
      <w:r>
        <w:t>s nature?</w:t>
      </w:r>
    </w:p>
    <w:p w14:paraId="3561B762" w14:textId="77777777" w:rsidR="002D248D" w:rsidRDefault="002D248D" w:rsidP="002D248D">
      <w:pPr>
        <w:spacing w:after="240"/>
      </w:pPr>
      <w:r>
        <w:t>James 3:16</w:t>
      </w:r>
    </w:p>
    <w:p w14:paraId="00C50100" w14:textId="77777777" w:rsidR="002D248D" w:rsidRDefault="002D248D" w:rsidP="002D248D">
      <w:pPr>
        <w:spacing w:after="240"/>
      </w:pPr>
      <w:r>
        <w:t>Where jealousy and selfish ambition exist, there is disorder.</w:t>
      </w:r>
    </w:p>
    <w:p w14:paraId="20C3FAAD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Where has disorder existed in relationships?</w:t>
      </w:r>
    </w:p>
    <w:p w14:paraId="19746FA1" w14:textId="77777777" w:rsidR="002D248D" w:rsidRDefault="002D248D" w:rsidP="002D248D">
      <w:pPr>
        <w:spacing w:after="240"/>
      </w:pPr>
      <w:r>
        <w:t>Proverbs 12:22</w:t>
      </w:r>
    </w:p>
    <w:p w14:paraId="22EB3BFC" w14:textId="77777777" w:rsidR="002D248D" w:rsidRDefault="002D248D" w:rsidP="002D248D">
      <w:pPr>
        <w:spacing w:after="240"/>
      </w:pPr>
      <w:r>
        <w:t>The Lord delights in faithfulness.</w:t>
      </w:r>
    </w:p>
    <w:p w14:paraId="3568EF21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Why does consistency build trust?</w:t>
      </w:r>
    </w:p>
    <w:p w14:paraId="15AA8624" w14:textId="77777777" w:rsidR="002D248D" w:rsidRDefault="002D248D" w:rsidP="002D248D">
      <w:pPr>
        <w:spacing w:after="240"/>
      </w:pPr>
      <w:r>
        <w:t>Song of Solomon 2:16</w:t>
      </w:r>
    </w:p>
    <w:p w14:paraId="49E8D756" w14:textId="77777777" w:rsidR="002D248D" w:rsidRDefault="002D248D" w:rsidP="002D248D">
      <w:pPr>
        <w:spacing w:after="240"/>
      </w:pPr>
      <w:r>
        <w:rPr>
          <w:rFonts w:hint="eastAsia"/>
        </w:rPr>
        <w:t>“</w:t>
      </w:r>
      <w:r>
        <w:t>My beloved is mine, and I am his.</w:t>
      </w:r>
      <w:r>
        <w:rPr>
          <w:rFonts w:hint="eastAsia"/>
        </w:rPr>
        <w:t>”</w:t>
      </w:r>
    </w:p>
    <w:p w14:paraId="0499EA4B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secure love feel like?</w:t>
      </w:r>
    </w:p>
    <w:p w14:paraId="1FBDEFE0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Nine</w:t>
      </w:r>
    </w:p>
    <w:p w14:paraId="54A839CB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Healing Reflection</w:t>
      </w:r>
    </w:p>
    <w:p w14:paraId="54BDFD48" w14:textId="77777777" w:rsidR="002D248D" w:rsidRDefault="002D248D" w:rsidP="002D248D">
      <w:pPr>
        <w:spacing w:after="240"/>
      </w:pPr>
      <w:r>
        <w:t>Have I experienced emotional highs and lows in relationships?</w:t>
      </w:r>
    </w:p>
    <w:p w14:paraId="17AA9983" w14:textId="77777777" w:rsidR="002D248D" w:rsidRDefault="002D248D" w:rsidP="002D248D">
      <w:pPr>
        <w:spacing w:after="240"/>
      </w:pPr>
      <w:r>
        <w:t>Which manipulation signs do I recognize now?</w:t>
      </w:r>
    </w:p>
    <w:p w14:paraId="06CFEEB7" w14:textId="77777777" w:rsidR="002D248D" w:rsidRDefault="002D248D" w:rsidP="002D248D">
      <w:pPr>
        <w:spacing w:after="240"/>
      </w:pPr>
      <w:r>
        <w:t>How did instability affect my emotions and choices?</w:t>
      </w:r>
    </w:p>
    <w:p w14:paraId="720597D4" w14:textId="77777777" w:rsidR="002D248D" w:rsidRDefault="002D248D" w:rsidP="002D248D">
      <w:pPr>
        <w:spacing w:after="240"/>
      </w:pPr>
      <w:r>
        <w:t>What would consistent love feel like in my life?</w:t>
      </w:r>
    </w:p>
    <w:p w14:paraId="5B9E8671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</w:t>
      </w:r>
    </w:p>
    <w:p w14:paraId="6B988294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Do we communicate through closeness or distance?</w:t>
      </w:r>
    </w:p>
    <w:p w14:paraId="54D64653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How do we repair conflict </w:t>
      </w:r>
      <w:r>
        <w:rPr>
          <w:rFonts w:hint="eastAsia"/>
        </w:rPr>
        <w:t>—</w:t>
      </w:r>
      <w:r>
        <w:t xml:space="preserve"> quickly or with withdrawal?</w:t>
      </w:r>
    </w:p>
    <w:p w14:paraId="3B54C0D5" w14:textId="77777777" w:rsidR="002D248D" w:rsidRDefault="002D248D" w:rsidP="002D248D">
      <w:pPr>
        <w:spacing w:after="240"/>
      </w:pPr>
      <w:r>
        <w:rPr>
          <w:rFonts w:hint="eastAsia"/>
        </w:rPr>
        <w:t>•</w:t>
      </w:r>
      <w:r>
        <w:t xml:space="preserve"> How can we strengthen consistency together?</w:t>
      </w:r>
    </w:p>
    <w:p w14:paraId="3D768DAF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08265868" w14:textId="77777777" w:rsidR="002D248D" w:rsidRDefault="002D248D" w:rsidP="002D248D">
      <w:pPr>
        <w:spacing w:after="240"/>
      </w:pPr>
      <w:r>
        <w:rPr>
          <w:rFonts w:hint="eastAsia"/>
        </w:rPr>
        <w:t>“</w:t>
      </w:r>
      <w:r>
        <w:t>God, reveal unhealthy patterns I may not have seen.</w:t>
      </w:r>
    </w:p>
    <w:p w14:paraId="421A3B7D" w14:textId="77777777" w:rsidR="002D248D" w:rsidRDefault="002D248D" w:rsidP="002D248D">
      <w:pPr>
        <w:spacing w:after="240"/>
      </w:pPr>
      <w:r>
        <w:t>Heal the bonds formed through fear and instability.</w:t>
      </w:r>
    </w:p>
    <w:p w14:paraId="0368FC9C" w14:textId="77777777" w:rsidR="002D248D" w:rsidRDefault="002D248D" w:rsidP="002D248D">
      <w:pPr>
        <w:spacing w:after="240"/>
      </w:pPr>
      <w:r>
        <w:t>Teach me to recognize and build love rooted in peace.</w:t>
      </w:r>
      <w:r>
        <w:rPr>
          <w:rFonts w:hint="eastAsia"/>
        </w:rPr>
        <w:t>”</w:t>
      </w:r>
    </w:p>
    <w:p w14:paraId="6DAFAA1C" w14:textId="77777777" w:rsidR="002D248D" w:rsidRDefault="002D248D" w:rsidP="002D248D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Nine Truth</w:t>
      </w:r>
    </w:p>
    <w:p w14:paraId="071DF248" w14:textId="77777777" w:rsidR="002D248D" w:rsidRDefault="002D248D" w:rsidP="002D248D">
      <w:pPr>
        <w:spacing w:after="240"/>
      </w:pPr>
      <w:r>
        <w:t>Love does not control through fear.</w:t>
      </w:r>
    </w:p>
    <w:p w14:paraId="22E45C3F" w14:textId="77777777" w:rsidR="002D248D" w:rsidRDefault="002D248D" w:rsidP="002D248D">
      <w:pPr>
        <w:spacing w:after="240"/>
      </w:pPr>
      <w:r>
        <w:t>Love builds through consistency.</w:t>
      </w:r>
    </w:p>
    <w:p w14:paraId="016D3558" w14:textId="2DB3972F" w:rsidR="00890353" w:rsidRDefault="002D248D">
      <w:pPr>
        <w:spacing w:after="240"/>
      </w:pPr>
      <w:r>
        <w:t>Where peace grows, manipulation loses power.</w:t>
      </w:r>
      <w:r w:rsidR="00000000">
        <w:br/>
      </w:r>
    </w:p>
    <w:p w14:paraId="5D0AAAF2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Ten</w:t>
      </w:r>
    </w:p>
    <w:p w14:paraId="7D4CFA80" w14:textId="77777777" w:rsidR="002C67CA" w:rsidRDefault="002C67CA" w:rsidP="002C67CA">
      <w:pPr>
        <w:spacing w:after="240"/>
      </w:pPr>
      <w:r>
        <w:t>Healing After Toxic Relationships: Rebuilding the Heart God</w:t>
      </w:r>
      <w:r>
        <w:rPr>
          <w:rFonts w:hint="eastAsia"/>
        </w:rPr>
        <w:t>’</w:t>
      </w:r>
      <w:r>
        <w:t>s Way</w:t>
      </w:r>
    </w:p>
    <w:p w14:paraId="0D32F29F" w14:textId="77777777" w:rsidR="002C67CA" w:rsidRDefault="002C67CA" w:rsidP="002C67CA">
      <w:pPr>
        <w:spacing w:after="240"/>
      </w:pPr>
      <w:r>
        <w:t>Leaving an unhealthy relationship doesn</w:t>
      </w:r>
      <w:r>
        <w:rPr>
          <w:rFonts w:hint="eastAsia"/>
        </w:rPr>
        <w:t>’</w:t>
      </w:r>
      <w:r>
        <w:t>t immediately heal the heart.</w:t>
      </w:r>
    </w:p>
    <w:p w14:paraId="76926373" w14:textId="77777777" w:rsidR="002C67CA" w:rsidRDefault="002C67CA" w:rsidP="002C67CA">
      <w:pPr>
        <w:spacing w:after="240"/>
      </w:pPr>
      <w:r>
        <w:t>Often, the hardest part begins after it ends.</w:t>
      </w:r>
    </w:p>
    <w:p w14:paraId="68FE1AA0" w14:textId="77777777" w:rsidR="002C67CA" w:rsidRDefault="002C67CA" w:rsidP="002C67CA">
      <w:pPr>
        <w:spacing w:after="240"/>
      </w:pPr>
      <w:r>
        <w:t xml:space="preserve">The chaos may stop </w:t>
      </w:r>
      <w:r>
        <w:rPr>
          <w:rFonts w:hint="eastAsia"/>
        </w:rPr>
        <w:t>—</w:t>
      </w:r>
      <w:r>
        <w:t xml:space="preserve"> but the emotions linger.</w:t>
      </w:r>
    </w:p>
    <w:p w14:paraId="775062E2" w14:textId="77777777" w:rsidR="002C67CA" w:rsidRDefault="002C67CA" w:rsidP="002C67CA">
      <w:pPr>
        <w:spacing w:after="240"/>
      </w:pPr>
      <w:r>
        <w:t>Memories resurface.</w:t>
      </w:r>
    </w:p>
    <w:p w14:paraId="61EE747B" w14:textId="77777777" w:rsidR="002C67CA" w:rsidRDefault="002C67CA" w:rsidP="002C67CA">
      <w:pPr>
        <w:spacing w:after="240"/>
      </w:pPr>
      <w:r>
        <w:t>Longing returns.</w:t>
      </w:r>
    </w:p>
    <w:p w14:paraId="13F7809B" w14:textId="77777777" w:rsidR="002C67CA" w:rsidRDefault="002C67CA" w:rsidP="002C67CA">
      <w:pPr>
        <w:spacing w:after="240"/>
      </w:pPr>
      <w:r>
        <w:t>Doubt creeps in.</w:t>
      </w:r>
    </w:p>
    <w:p w14:paraId="190D7FB2" w14:textId="77777777" w:rsidR="002C67CA" w:rsidRDefault="002C67CA" w:rsidP="002C67CA">
      <w:pPr>
        <w:spacing w:after="240"/>
      </w:pPr>
      <w:r>
        <w:t>Attachment feels slow to release.</w:t>
      </w:r>
    </w:p>
    <w:p w14:paraId="35E88AC9" w14:textId="77777777" w:rsidR="002C67CA" w:rsidRDefault="002C67CA" w:rsidP="002C67CA">
      <w:pPr>
        <w:spacing w:after="240"/>
      </w:pPr>
      <w:r>
        <w:t>This is normal.</w:t>
      </w:r>
    </w:p>
    <w:p w14:paraId="3521008F" w14:textId="77777777" w:rsidR="002C67CA" w:rsidRDefault="002C67CA" w:rsidP="002C67CA">
      <w:pPr>
        <w:spacing w:after="240"/>
      </w:pPr>
      <w:r>
        <w:t xml:space="preserve">When love has been mixed with pain, the heart needs time </w:t>
      </w:r>
      <w:r>
        <w:rPr>
          <w:rFonts w:hint="eastAsia"/>
        </w:rPr>
        <w:t>—</w:t>
      </w:r>
      <w:r>
        <w:t xml:space="preserve"> and truth </w:t>
      </w:r>
      <w:r>
        <w:rPr>
          <w:rFonts w:hint="eastAsia"/>
        </w:rPr>
        <w:t>—</w:t>
      </w:r>
      <w:r>
        <w:t xml:space="preserve"> to heal.</w:t>
      </w:r>
    </w:p>
    <w:p w14:paraId="4E1F48FD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Why Healing Takes Time</w:t>
      </w:r>
    </w:p>
    <w:p w14:paraId="213FDFFD" w14:textId="77777777" w:rsidR="002C67CA" w:rsidRDefault="002C67CA" w:rsidP="002C67CA">
      <w:pPr>
        <w:spacing w:after="240"/>
      </w:pPr>
      <w:r>
        <w:t>Toxic relationships create deep emotional bonds through intensity and instability.</w:t>
      </w:r>
    </w:p>
    <w:p w14:paraId="2A80AABA" w14:textId="77777777" w:rsidR="002C67CA" w:rsidRDefault="002C67CA" w:rsidP="002C67CA">
      <w:pPr>
        <w:spacing w:after="240"/>
      </w:pPr>
      <w:r>
        <w:t>The heart doesn</w:t>
      </w:r>
      <w:r>
        <w:rPr>
          <w:rFonts w:hint="eastAsia"/>
        </w:rPr>
        <w:t>’</w:t>
      </w:r>
      <w:r>
        <w:t>t detach instantly just because the mind understands the truth.</w:t>
      </w:r>
    </w:p>
    <w:p w14:paraId="252275CB" w14:textId="77777777" w:rsidR="002C67CA" w:rsidRDefault="002C67CA" w:rsidP="002C67CA">
      <w:pPr>
        <w:spacing w:after="240"/>
      </w:pPr>
      <w:r>
        <w:t>Healing is the process of:</w:t>
      </w:r>
    </w:p>
    <w:p w14:paraId="360DA684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retraining the nervous system to feel safe again</w:t>
      </w:r>
    </w:p>
    <w:p w14:paraId="44B9F184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relearning what healthy love looks like</w:t>
      </w:r>
    </w:p>
    <w:p w14:paraId="2C732D72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breaking trauma bonds</w:t>
      </w:r>
    </w:p>
    <w:p w14:paraId="59A335BF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restoring trust </w:t>
      </w:r>
      <w:r>
        <w:rPr>
          <w:rFonts w:hint="eastAsia"/>
        </w:rPr>
        <w:t>—</w:t>
      </w:r>
      <w:r>
        <w:t xml:space="preserve"> in others and yourself</w:t>
      </w:r>
    </w:p>
    <w:p w14:paraId="6551B73A" w14:textId="77777777" w:rsidR="002C67CA" w:rsidRDefault="002C67CA" w:rsidP="002C67CA">
      <w:pPr>
        <w:spacing w:after="240"/>
      </w:pPr>
      <w:r>
        <w:t xml:space="preserve">God works gently </w:t>
      </w:r>
      <w:r>
        <w:rPr>
          <w:rFonts w:hint="eastAsia"/>
        </w:rPr>
        <w:t>—</w:t>
      </w:r>
      <w:r>
        <w:t xml:space="preserve"> not instantly.</w:t>
      </w:r>
    </w:p>
    <w:p w14:paraId="0AEF19EB" w14:textId="77777777" w:rsidR="002C67CA" w:rsidRDefault="002C67CA" w:rsidP="002C67CA">
      <w:pPr>
        <w:spacing w:after="240"/>
      </w:pPr>
      <w:r>
        <w:t>And that gentleness is love.</w:t>
      </w:r>
    </w:p>
    <w:p w14:paraId="11C20ACA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💔</w:t>
      </w:r>
      <w:r>
        <w:t xml:space="preserve"> Common Feelings After Toxic Love</w:t>
      </w:r>
    </w:p>
    <w:p w14:paraId="5C24A69F" w14:textId="77777777" w:rsidR="002C67CA" w:rsidRDefault="002C67CA" w:rsidP="002C67CA">
      <w:pPr>
        <w:spacing w:after="240"/>
      </w:pPr>
      <w:r>
        <w:t>Many people experience:</w:t>
      </w:r>
    </w:p>
    <w:p w14:paraId="0519074B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missing the good moments</w:t>
      </w:r>
    </w:p>
    <w:p w14:paraId="2C398072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questioning their decision to leave</w:t>
      </w:r>
    </w:p>
    <w:p w14:paraId="350151BB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feeling lonely or empty</w:t>
      </w:r>
    </w:p>
    <w:p w14:paraId="0EA9553E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craving the emotional highs</w:t>
      </w:r>
    </w:p>
    <w:p w14:paraId="1137EAFE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fearing they won</w:t>
      </w:r>
      <w:r>
        <w:rPr>
          <w:rFonts w:hint="eastAsia"/>
        </w:rPr>
        <w:t>’</w:t>
      </w:r>
      <w:r>
        <w:t>t love again</w:t>
      </w:r>
    </w:p>
    <w:p w14:paraId="293EBFFB" w14:textId="77777777" w:rsidR="002C67CA" w:rsidRDefault="002C67CA" w:rsidP="002C67CA">
      <w:pPr>
        <w:spacing w:after="240"/>
      </w:pPr>
      <w:r>
        <w:t>None of this means you made the wrong choice.</w:t>
      </w:r>
    </w:p>
    <w:p w14:paraId="6757D261" w14:textId="77777777" w:rsidR="002C67CA" w:rsidRDefault="002C67CA" w:rsidP="002C67CA">
      <w:pPr>
        <w:spacing w:after="240"/>
      </w:pPr>
      <w:r>
        <w:t>It means your heart is detoxing from instability.</w:t>
      </w:r>
    </w:p>
    <w:p w14:paraId="2F2EB70B" w14:textId="77777777" w:rsidR="002C67CA" w:rsidRDefault="002C67CA" w:rsidP="002C67CA">
      <w:pPr>
        <w:spacing w:after="240"/>
      </w:pPr>
      <w:r>
        <w:t>Just like the body withdraws from harmful substances, the heart withdraws from emotional chaos.</w:t>
      </w:r>
    </w:p>
    <w:p w14:paraId="2E30F8BD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27C33909" w14:textId="77777777" w:rsidR="002C67CA" w:rsidRDefault="002C67CA" w:rsidP="002C67CA">
      <w:pPr>
        <w:spacing w:after="240"/>
      </w:pPr>
      <w:r>
        <w:t>After I walked away from unhealthy relationships, I expected peace immediately.</w:t>
      </w:r>
    </w:p>
    <w:p w14:paraId="076FE7F6" w14:textId="77777777" w:rsidR="002C67CA" w:rsidRDefault="002C67CA" w:rsidP="002C67CA">
      <w:pPr>
        <w:spacing w:after="240"/>
      </w:pPr>
      <w:r>
        <w:t>Instead, I felt waves of emotion.</w:t>
      </w:r>
    </w:p>
    <w:p w14:paraId="6B228C1A" w14:textId="77777777" w:rsidR="002C67CA" w:rsidRDefault="002C67CA" w:rsidP="002C67CA">
      <w:pPr>
        <w:spacing w:after="240"/>
      </w:pPr>
      <w:r>
        <w:t>Some days I felt free.</w:t>
      </w:r>
    </w:p>
    <w:p w14:paraId="2765A314" w14:textId="77777777" w:rsidR="002C67CA" w:rsidRDefault="002C67CA" w:rsidP="002C67CA">
      <w:pPr>
        <w:spacing w:after="240"/>
      </w:pPr>
      <w:r>
        <w:t>Other days I felt lonely.</w:t>
      </w:r>
    </w:p>
    <w:p w14:paraId="012E03D2" w14:textId="77777777" w:rsidR="002C67CA" w:rsidRDefault="002C67CA" w:rsidP="002C67CA">
      <w:pPr>
        <w:spacing w:after="240"/>
      </w:pPr>
      <w:r>
        <w:t>Some days I missed the person.</w:t>
      </w:r>
    </w:p>
    <w:p w14:paraId="5D5542B0" w14:textId="77777777" w:rsidR="002C67CA" w:rsidRDefault="002C67CA" w:rsidP="002C67CA">
      <w:pPr>
        <w:spacing w:after="240"/>
      </w:pPr>
      <w:r>
        <w:t>Other days I remembered the pain.</w:t>
      </w:r>
    </w:p>
    <w:p w14:paraId="2AEC4B02" w14:textId="77777777" w:rsidR="002C67CA" w:rsidRDefault="002C67CA" w:rsidP="002C67CA">
      <w:pPr>
        <w:spacing w:after="240"/>
      </w:pPr>
      <w:r>
        <w:t>It confused me.</w:t>
      </w:r>
    </w:p>
    <w:p w14:paraId="46064E56" w14:textId="77777777" w:rsidR="002C67CA" w:rsidRDefault="002C67CA" w:rsidP="002C67CA">
      <w:pPr>
        <w:spacing w:after="240"/>
      </w:pPr>
      <w:r>
        <w:t>But over time, as I chose healing over chasing familiarity, something incredible happened.</w:t>
      </w:r>
    </w:p>
    <w:p w14:paraId="7AF8256F" w14:textId="77777777" w:rsidR="002C67CA" w:rsidRDefault="002C67CA" w:rsidP="002C67CA">
      <w:pPr>
        <w:spacing w:after="240"/>
      </w:pPr>
      <w:r>
        <w:t>Peace slowly replaced anxiety.</w:t>
      </w:r>
    </w:p>
    <w:p w14:paraId="1CC11E9E" w14:textId="77777777" w:rsidR="002C67CA" w:rsidRDefault="002C67CA" w:rsidP="002C67CA">
      <w:pPr>
        <w:spacing w:after="240"/>
      </w:pPr>
      <w:r>
        <w:t>Clarity replaced confusion.</w:t>
      </w:r>
    </w:p>
    <w:p w14:paraId="37C060A6" w14:textId="77777777" w:rsidR="002C67CA" w:rsidRDefault="002C67CA" w:rsidP="002C67CA">
      <w:pPr>
        <w:spacing w:after="240"/>
      </w:pPr>
      <w:r>
        <w:t>Security replaced longing.</w:t>
      </w:r>
    </w:p>
    <w:p w14:paraId="6A48A48E" w14:textId="77777777" w:rsidR="002C67CA" w:rsidRDefault="002C67CA" w:rsidP="002C67CA">
      <w:pPr>
        <w:spacing w:after="240"/>
      </w:pPr>
      <w:r>
        <w:t>And I realized:</w:t>
      </w:r>
    </w:p>
    <w:p w14:paraId="7FDDDD22" w14:textId="77777777" w:rsidR="002C67CA" w:rsidRDefault="002C67CA" w:rsidP="002C67CA">
      <w:pPr>
        <w:spacing w:after="240"/>
      </w:pPr>
      <w:r>
        <w:t>I wasn</w:t>
      </w:r>
      <w:r>
        <w:rPr>
          <w:rFonts w:hint="eastAsia"/>
        </w:rPr>
        <w:t>’</w:t>
      </w:r>
      <w:r>
        <w:t>t losing love.</w:t>
      </w:r>
    </w:p>
    <w:p w14:paraId="7D7963B9" w14:textId="77777777" w:rsidR="002C67CA" w:rsidRDefault="002C67CA" w:rsidP="002C67CA">
      <w:pPr>
        <w:spacing w:after="240"/>
      </w:pPr>
      <w:r>
        <w:t>I was gaining health.</w:t>
      </w:r>
    </w:p>
    <w:p w14:paraId="34F3B282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🧠</w:t>
      </w:r>
      <w:r>
        <w:t xml:space="preserve"> The Healing Process (What Restoration Looks Like)</w:t>
      </w:r>
    </w:p>
    <w:p w14:paraId="0413FA46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Step 1 </w:t>
      </w:r>
      <w:r>
        <w:rPr>
          <w:rFonts w:hint="eastAsia"/>
        </w:rPr>
        <w:t>—</w:t>
      </w:r>
      <w:r>
        <w:t xml:space="preserve"> Create Safety</w:t>
      </w:r>
    </w:p>
    <w:p w14:paraId="0D750921" w14:textId="77777777" w:rsidR="002C67CA" w:rsidRDefault="002C67CA" w:rsidP="002C67CA">
      <w:pPr>
        <w:spacing w:after="240"/>
      </w:pPr>
      <w:r>
        <w:t>Distance from manipulation allows the nervous system to calm.</w:t>
      </w:r>
    </w:p>
    <w:p w14:paraId="5DEBE538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Step 2 </w:t>
      </w:r>
      <w:r>
        <w:rPr>
          <w:rFonts w:hint="eastAsia"/>
        </w:rPr>
        <w:t>—</w:t>
      </w:r>
      <w:r>
        <w:t xml:space="preserve"> Speak Truth</w:t>
      </w:r>
    </w:p>
    <w:p w14:paraId="3DC571F5" w14:textId="77777777" w:rsidR="002C67CA" w:rsidRDefault="002C67CA" w:rsidP="002C67CA">
      <w:pPr>
        <w:spacing w:after="240"/>
      </w:pPr>
      <w:r>
        <w:t>Recognize what was unhealthy without romanticizing the good moments.</w:t>
      </w:r>
    </w:p>
    <w:p w14:paraId="5AB18AF6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🌳</w:t>
      </w:r>
      <w:r>
        <w:t xml:space="preserve"> Step 3 </w:t>
      </w:r>
      <w:r>
        <w:rPr>
          <w:rFonts w:hint="eastAsia"/>
        </w:rPr>
        <w:t>—</w:t>
      </w:r>
      <w:r>
        <w:t xml:space="preserve"> Grieve</w:t>
      </w:r>
    </w:p>
    <w:p w14:paraId="682CD9BB" w14:textId="77777777" w:rsidR="002C67CA" w:rsidRDefault="002C67CA" w:rsidP="002C67CA">
      <w:pPr>
        <w:spacing w:after="240"/>
      </w:pPr>
      <w:r>
        <w:t>Mourn what you hoped the relationship would be.</w:t>
      </w:r>
    </w:p>
    <w:p w14:paraId="1BA9B706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🌼</w:t>
      </w:r>
      <w:r>
        <w:t xml:space="preserve"> Step 4 </w:t>
      </w:r>
      <w:r>
        <w:rPr>
          <w:rFonts w:hint="eastAsia"/>
        </w:rPr>
        <w:t>—</w:t>
      </w:r>
      <w:r>
        <w:t xml:space="preserve"> Rebuild Identity</w:t>
      </w:r>
    </w:p>
    <w:p w14:paraId="58DF1DB8" w14:textId="77777777" w:rsidR="002C67CA" w:rsidRDefault="002C67CA" w:rsidP="002C67CA">
      <w:pPr>
        <w:spacing w:after="240"/>
      </w:pPr>
      <w:r>
        <w:t>Rediscover who you are outside emotional chaos.</w:t>
      </w:r>
    </w:p>
    <w:p w14:paraId="0284130F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🌺</w:t>
      </w:r>
      <w:r>
        <w:t xml:space="preserve"> Step 5 </w:t>
      </w:r>
      <w:r>
        <w:rPr>
          <w:rFonts w:hint="eastAsia"/>
        </w:rPr>
        <w:t>—</w:t>
      </w:r>
      <w:r>
        <w:t xml:space="preserve"> Learn Healthy Patterns</w:t>
      </w:r>
    </w:p>
    <w:p w14:paraId="1FDBD98D" w14:textId="77777777" w:rsidR="002C67CA" w:rsidRDefault="002C67CA" w:rsidP="002C67CA">
      <w:pPr>
        <w:spacing w:after="240"/>
      </w:pPr>
      <w:r>
        <w:t>Practice boundaries, consistency, and safe connection.</w:t>
      </w:r>
    </w:p>
    <w:p w14:paraId="5035CB6B" w14:textId="77777777" w:rsidR="002C67CA" w:rsidRDefault="002C67CA" w:rsidP="002C67CA">
      <w:pPr>
        <w:spacing w:after="240"/>
      </w:pPr>
      <w:r>
        <w:t xml:space="preserve">Healing is layered </w:t>
      </w:r>
      <w:r>
        <w:rPr>
          <w:rFonts w:hint="eastAsia"/>
        </w:rPr>
        <w:t>—</w:t>
      </w:r>
      <w:r>
        <w:t xml:space="preserve"> not linear.</w:t>
      </w:r>
    </w:p>
    <w:p w14:paraId="3AC9A682" w14:textId="77777777" w:rsidR="002C67CA" w:rsidRDefault="002C67CA" w:rsidP="002C67CA">
      <w:pPr>
        <w:spacing w:after="240"/>
      </w:pPr>
      <w:r>
        <w:t>Some days feel strong.</w:t>
      </w:r>
    </w:p>
    <w:p w14:paraId="65058C83" w14:textId="77777777" w:rsidR="002C67CA" w:rsidRDefault="002C67CA" w:rsidP="002C67CA">
      <w:pPr>
        <w:spacing w:after="240"/>
      </w:pPr>
      <w:r>
        <w:t>Some days feel tender.</w:t>
      </w:r>
    </w:p>
    <w:p w14:paraId="20EC5BC7" w14:textId="77777777" w:rsidR="002C67CA" w:rsidRDefault="002C67CA" w:rsidP="002C67CA">
      <w:pPr>
        <w:spacing w:after="240"/>
      </w:pPr>
      <w:r>
        <w:t>Both are progress.</w:t>
      </w:r>
    </w:p>
    <w:p w14:paraId="2689A122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What Healthy Love Feels Like After Healing</w:t>
      </w:r>
    </w:p>
    <w:p w14:paraId="08F765E7" w14:textId="77777777" w:rsidR="002C67CA" w:rsidRDefault="002C67CA" w:rsidP="002C67CA">
      <w:pPr>
        <w:spacing w:after="240"/>
      </w:pPr>
      <w:r>
        <w:t>Once healing takes root, love begins to feel different:</w:t>
      </w:r>
    </w:p>
    <w:p w14:paraId="160D0C83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calmer</w:t>
      </w:r>
    </w:p>
    <w:p w14:paraId="0DA5BCE8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safer</w:t>
      </w:r>
    </w:p>
    <w:p w14:paraId="2A4CD66A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steadier</w:t>
      </w:r>
    </w:p>
    <w:p w14:paraId="60CA7AF2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clearer</w:t>
      </w:r>
    </w:p>
    <w:p w14:paraId="52DB78F8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deeper</w:t>
      </w:r>
    </w:p>
    <w:p w14:paraId="48BCA0E1" w14:textId="77777777" w:rsidR="002C67CA" w:rsidRDefault="002C67CA" w:rsidP="002C67CA">
      <w:pPr>
        <w:spacing w:after="240"/>
      </w:pPr>
      <w:r>
        <w:t>Instead of craving emotional highs, you begin valuing peace.</w:t>
      </w:r>
    </w:p>
    <w:p w14:paraId="0774A8F7" w14:textId="77777777" w:rsidR="002C67CA" w:rsidRDefault="002C67CA" w:rsidP="002C67CA">
      <w:pPr>
        <w:spacing w:after="240"/>
      </w:pPr>
      <w:r>
        <w:t>Instead of fearing loss, you begin trusting connection.</w:t>
      </w:r>
    </w:p>
    <w:p w14:paraId="2182BB50" w14:textId="77777777" w:rsidR="002C67CA" w:rsidRDefault="002C67CA" w:rsidP="002C67CA">
      <w:pPr>
        <w:spacing w:after="240"/>
      </w:pPr>
      <w:r>
        <w:t>This is God restoring intimacy the way He designed it.</w:t>
      </w:r>
    </w:p>
    <w:p w14:paraId="2F58ACA7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God Restores the Brokenhearted</w:t>
      </w:r>
    </w:p>
    <w:p w14:paraId="77E44C2B" w14:textId="77777777" w:rsidR="002C67CA" w:rsidRDefault="002C67CA" w:rsidP="002C67CA">
      <w:pPr>
        <w:spacing w:after="240"/>
      </w:pPr>
      <w:r>
        <w:t>Read &amp; Reflect:</w:t>
      </w:r>
    </w:p>
    <w:p w14:paraId="0C4B1518" w14:textId="77777777" w:rsidR="002C67CA" w:rsidRDefault="002C67CA" w:rsidP="002C67CA">
      <w:pPr>
        <w:spacing w:after="240"/>
      </w:pPr>
      <w:r>
        <w:t>Psalm 147:3</w:t>
      </w:r>
    </w:p>
    <w:p w14:paraId="3774FCC8" w14:textId="77777777" w:rsidR="002C67CA" w:rsidRDefault="002C67CA" w:rsidP="002C67CA">
      <w:pPr>
        <w:spacing w:after="240"/>
      </w:pPr>
      <w:r>
        <w:rPr>
          <w:rFonts w:hint="eastAsia"/>
        </w:rPr>
        <w:t>“</w:t>
      </w:r>
      <w:r>
        <w:t>He heals the brokenhearted and binds up their wounds.</w:t>
      </w:r>
      <w:r>
        <w:rPr>
          <w:rFonts w:hint="eastAsia"/>
        </w:rPr>
        <w:t>”</w:t>
      </w:r>
    </w:p>
    <w:p w14:paraId="1E124DF0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wounds need God</w:t>
      </w:r>
      <w:r>
        <w:rPr>
          <w:rFonts w:hint="eastAsia"/>
        </w:rPr>
        <w:t>’</w:t>
      </w:r>
      <w:r>
        <w:t>s healing?</w:t>
      </w:r>
    </w:p>
    <w:p w14:paraId="3F44BC64" w14:textId="77777777" w:rsidR="002C67CA" w:rsidRDefault="002C67CA" w:rsidP="002C67CA">
      <w:pPr>
        <w:spacing w:after="240"/>
      </w:pPr>
      <w:r>
        <w:t>Isaiah 61:3</w:t>
      </w:r>
    </w:p>
    <w:p w14:paraId="4AFC17C0" w14:textId="77777777" w:rsidR="002C67CA" w:rsidRDefault="002C67CA" w:rsidP="002C67CA">
      <w:pPr>
        <w:spacing w:after="240"/>
      </w:pPr>
      <w:r>
        <w:t>Beauty for ashes.</w:t>
      </w:r>
    </w:p>
    <w:p w14:paraId="44280F45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can pain become restoration?</w:t>
      </w:r>
    </w:p>
    <w:p w14:paraId="4FDEA0D5" w14:textId="77777777" w:rsidR="002C67CA" w:rsidRDefault="002C67CA" w:rsidP="002C67CA">
      <w:pPr>
        <w:spacing w:after="240"/>
      </w:pPr>
      <w:r>
        <w:t>2 Corinthians 5:17</w:t>
      </w:r>
    </w:p>
    <w:p w14:paraId="2ACCF242" w14:textId="77777777" w:rsidR="002C67CA" w:rsidRDefault="002C67CA" w:rsidP="002C67CA">
      <w:pPr>
        <w:spacing w:after="240"/>
      </w:pPr>
      <w:r>
        <w:t>New creation in Christ.</w:t>
      </w:r>
    </w:p>
    <w:p w14:paraId="13769084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renewal look like emotionally?</w:t>
      </w:r>
    </w:p>
    <w:p w14:paraId="4692D6D1" w14:textId="77777777" w:rsidR="002C67CA" w:rsidRDefault="002C67CA" w:rsidP="002C67CA">
      <w:pPr>
        <w:spacing w:after="240"/>
      </w:pPr>
      <w:r>
        <w:t>Song of Solomon 8:6</w:t>
      </w:r>
      <w:r>
        <w:rPr>
          <w:rFonts w:hint="eastAsia"/>
        </w:rPr>
        <w:t>–</w:t>
      </w:r>
      <w:r>
        <w:t>7</w:t>
      </w:r>
    </w:p>
    <w:p w14:paraId="0A47F8FB" w14:textId="77777777" w:rsidR="002C67CA" w:rsidRDefault="002C67CA" w:rsidP="002C67CA">
      <w:pPr>
        <w:spacing w:after="240"/>
      </w:pPr>
      <w:r>
        <w:t>Love made strong again.</w:t>
      </w:r>
    </w:p>
    <w:p w14:paraId="06275BA0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healed love differ from broken love?</w:t>
      </w:r>
    </w:p>
    <w:p w14:paraId="2EF2C392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Ten</w:t>
      </w:r>
    </w:p>
    <w:p w14:paraId="32458597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Healing Reflection</w:t>
      </w:r>
    </w:p>
    <w:p w14:paraId="3022CB9F" w14:textId="77777777" w:rsidR="002C67CA" w:rsidRDefault="002C67CA" w:rsidP="002C67CA">
      <w:pPr>
        <w:spacing w:after="240"/>
      </w:pPr>
      <w:r>
        <w:t>What emotions still surface from past relationships?</w:t>
      </w:r>
    </w:p>
    <w:p w14:paraId="41EA5D77" w14:textId="77777777" w:rsidR="002C67CA" w:rsidRDefault="002C67CA" w:rsidP="002C67CA">
      <w:pPr>
        <w:spacing w:after="240"/>
      </w:pPr>
      <w:r>
        <w:t>What truth do I need to remind myself of when longing appears?</w:t>
      </w:r>
    </w:p>
    <w:p w14:paraId="57107BBD" w14:textId="77777777" w:rsidR="002C67CA" w:rsidRDefault="002C67CA" w:rsidP="002C67CA">
      <w:pPr>
        <w:spacing w:after="240"/>
      </w:pPr>
      <w:r>
        <w:t>Where do I see God already restoring peace?</w:t>
      </w:r>
    </w:p>
    <w:p w14:paraId="2E67F5E0" w14:textId="77777777" w:rsidR="002C67CA" w:rsidRDefault="002C67CA" w:rsidP="002C67CA">
      <w:pPr>
        <w:spacing w:after="240"/>
      </w:pPr>
      <w:r>
        <w:t>What healthy patterns do I want to build next?</w:t>
      </w:r>
    </w:p>
    <w:p w14:paraId="655061A6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 (for those rebuilding trust)</w:t>
      </w:r>
    </w:p>
    <w:p w14:paraId="57BEFDE3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What helps us feel emotionally safe now?</w:t>
      </w:r>
    </w:p>
    <w:p w14:paraId="551ECC79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How can we communicate without fear?</w:t>
      </w:r>
    </w:p>
    <w:p w14:paraId="19972416" w14:textId="77777777" w:rsidR="002C67CA" w:rsidRDefault="002C67CA" w:rsidP="002C67CA">
      <w:pPr>
        <w:spacing w:after="240"/>
      </w:pPr>
      <w:r>
        <w:rPr>
          <w:rFonts w:hint="eastAsia"/>
        </w:rPr>
        <w:t>•</w:t>
      </w:r>
      <w:r>
        <w:t xml:space="preserve"> What habits strengthen trust daily?</w:t>
      </w:r>
    </w:p>
    <w:p w14:paraId="56502992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5C57AE1D" w14:textId="77777777" w:rsidR="002C67CA" w:rsidRDefault="002C67CA" w:rsidP="002C67CA">
      <w:pPr>
        <w:spacing w:after="240"/>
      </w:pPr>
      <w:r>
        <w:rPr>
          <w:rFonts w:hint="eastAsia"/>
        </w:rPr>
        <w:t>“</w:t>
      </w:r>
      <w:r>
        <w:t>God, heal the places where love was mixed with pain.</w:t>
      </w:r>
    </w:p>
    <w:p w14:paraId="2ABF73D7" w14:textId="77777777" w:rsidR="002C67CA" w:rsidRDefault="002C67CA" w:rsidP="002C67CA">
      <w:pPr>
        <w:spacing w:after="240"/>
      </w:pPr>
      <w:r>
        <w:t>Restore peace to my heart.</w:t>
      </w:r>
    </w:p>
    <w:p w14:paraId="0DCBC8C3" w14:textId="77777777" w:rsidR="002C67CA" w:rsidRDefault="002C67CA" w:rsidP="002C67CA">
      <w:pPr>
        <w:spacing w:after="240"/>
      </w:pPr>
      <w:r>
        <w:t>Teach me to love again in Your design.</w:t>
      </w:r>
      <w:r>
        <w:rPr>
          <w:rFonts w:hint="eastAsia"/>
        </w:rPr>
        <w:t>”</w:t>
      </w:r>
    </w:p>
    <w:p w14:paraId="5DE1A985" w14:textId="77777777" w:rsidR="002C67CA" w:rsidRDefault="002C67CA" w:rsidP="002C67CA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Ten Truth</w:t>
      </w:r>
    </w:p>
    <w:p w14:paraId="35313480" w14:textId="77777777" w:rsidR="002C67CA" w:rsidRDefault="002C67CA" w:rsidP="002C67CA">
      <w:pPr>
        <w:spacing w:after="240"/>
      </w:pPr>
      <w:r>
        <w:t>Healing doesn</w:t>
      </w:r>
      <w:r>
        <w:rPr>
          <w:rFonts w:hint="eastAsia"/>
        </w:rPr>
        <w:t>’</w:t>
      </w:r>
      <w:r>
        <w:t>t erase the past.</w:t>
      </w:r>
    </w:p>
    <w:p w14:paraId="3BB7DC88" w14:textId="77777777" w:rsidR="002C67CA" w:rsidRDefault="002C67CA" w:rsidP="002C67CA">
      <w:pPr>
        <w:spacing w:after="240"/>
      </w:pPr>
      <w:r>
        <w:t>It transforms it.</w:t>
      </w:r>
    </w:p>
    <w:p w14:paraId="55A4292A" w14:textId="17941291" w:rsidR="00890353" w:rsidRDefault="002C67CA">
      <w:pPr>
        <w:spacing w:after="240"/>
      </w:pPr>
      <w:r>
        <w:t xml:space="preserve">And God never wastes pain </w:t>
      </w:r>
      <w:r>
        <w:rPr>
          <w:rFonts w:hint="eastAsia"/>
        </w:rPr>
        <w:t>—</w:t>
      </w:r>
      <w:r>
        <w:t xml:space="preserve"> He restores hearts stronger than before.</w:t>
      </w:r>
      <w:r w:rsidR="00000000">
        <w:br/>
      </w:r>
    </w:p>
    <w:p w14:paraId="6327277E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Eleven</w:t>
      </w:r>
    </w:p>
    <w:p w14:paraId="7022EE07" w14:textId="77777777" w:rsidR="009F02B3" w:rsidRDefault="009F02B3" w:rsidP="009F02B3">
      <w:pPr>
        <w:spacing w:after="240"/>
      </w:pPr>
      <w:r>
        <w:t>Rebuilding God</w:t>
      </w:r>
      <w:r>
        <w:rPr>
          <w:rFonts w:hint="eastAsia"/>
        </w:rPr>
        <w:t>’</w:t>
      </w:r>
      <w:r>
        <w:t>s Design: Creating Healthy Love Going Forward</w:t>
      </w:r>
    </w:p>
    <w:p w14:paraId="071279E8" w14:textId="77777777" w:rsidR="009F02B3" w:rsidRDefault="009F02B3" w:rsidP="009F02B3">
      <w:pPr>
        <w:spacing w:after="240"/>
      </w:pPr>
      <w:r>
        <w:t>Healing restores the heart.</w:t>
      </w:r>
    </w:p>
    <w:p w14:paraId="6ADB7A64" w14:textId="77777777" w:rsidR="009F02B3" w:rsidRDefault="009F02B3" w:rsidP="009F02B3">
      <w:pPr>
        <w:spacing w:after="240"/>
      </w:pPr>
      <w:r>
        <w:t>Rebuilding restores the future.</w:t>
      </w:r>
    </w:p>
    <w:p w14:paraId="00F3489E" w14:textId="77777777" w:rsidR="009F02B3" w:rsidRDefault="009F02B3" w:rsidP="009F02B3">
      <w:pPr>
        <w:spacing w:after="240"/>
      </w:pPr>
      <w:r>
        <w:t xml:space="preserve">Once pain has been acknowledged and wounds begin to close, God invites us into something powerful </w:t>
      </w:r>
      <w:r>
        <w:rPr>
          <w:rFonts w:hint="eastAsia"/>
        </w:rPr>
        <w:t>—</w:t>
      </w:r>
      <w:r>
        <w:t xml:space="preserve"> not just recovery, but renewal.</w:t>
      </w:r>
    </w:p>
    <w:p w14:paraId="1035734C" w14:textId="77777777" w:rsidR="009F02B3" w:rsidRDefault="009F02B3" w:rsidP="009F02B3">
      <w:pPr>
        <w:spacing w:after="240"/>
      </w:pPr>
      <w:r>
        <w:t>Not simply avoiding toxic relationships.</w:t>
      </w:r>
    </w:p>
    <w:p w14:paraId="6D94F04B" w14:textId="77777777" w:rsidR="009F02B3" w:rsidRDefault="009F02B3" w:rsidP="009F02B3">
      <w:pPr>
        <w:spacing w:after="240"/>
      </w:pPr>
      <w:r>
        <w:t>But intentionally building healthy ones.</w:t>
      </w:r>
    </w:p>
    <w:p w14:paraId="05D34FBE" w14:textId="77777777" w:rsidR="009F02B3" w:rsidRDefault="009F02B3" w:rsidP="009F02B3">
      <w:pPr>
        <w:spacing w:after="240"/>
      </w:pPr>
      <w:r>
        <w:t>God never heals you just to send you back into the same patterns.</w:t>
      </w:r>
    </w:p>
    <w:p w14:paraId="16A6E9B1" w14:textId="77777777" w:rsidR="009F02B3" w:rsidRDefault="009F02B3" w:rsidP="009F02B3">
      <w:pPr>
        <w:spacing w:after="240"/>
      </w:pPr>
      <w:r>
        <w:t>He heals you to walk in wisdom.</w:t>
      </w:r>
    </w:p>
    <w:p w14:paraId="1C5FF196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From Survival to Stability</w:t>
      </w:r>
    </w:p>
    <w:p w14:paraId="27C3C981" w14:textId="77777777" w:rsidR="009F02B3" w:rsidRDefault="009F02B3" w:rsidP="009F02B3">
      <w:pPr>
        <w:spacing w:after="240"/>
      </w:pPr>
      <w:r>
        <w:t>Toxic relationships teach the heart to survive.</w:t>
      </w:r>
    </w:p>
    <w:p w14:paraId="1D1634AE" w14:textId="77777777" w:rsidR="009F02B3" w:rsidRDefault="009F02B3" w:rsidP="009F02B3">
      <w:pPr>
        <w:spacing w:after="240"/>
      </w:pPr>
      <w:r>
        <w:t>Healthy relationships teach the heart to rest.</w:t>
      </w:r>
    </w:p>
    <w:p w14:paraId="77EFB061" w14:textId="77777777" w:rsidR="009F02B3" w:rsidRDefault="009F02B3" w:rsidP="009F02B3">
      <w:pPr>
        <w:spacing w:after="240"/>
      </w:pPr>
      <w:r>
        <w:t>Survival looks like:</w:t>
      </w:r>
    </w:p>
    <w:p w14:paraId="414E69C8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scanning for emotional danger</w:t>
      </w:r>
    </w:p>
    <w:p w14:paraId="783CF0C0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fearing abandonment</w:t>
      </w:r>
    </w:p>
    <w:p w14:paraId="54ECE072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</w:t>
      </w:r>
      <w:proofErr w:type="spellStart"/>
      <w:r>
        <w:t>overgiving</w:t>
      </w:r>
      <w:proofErr w:type="spellEnd"/>
      <w:r>
        <w:t xml:space="preserve"> to keep peace</w:t>
      </w:r>
    </w:p>
    <w:p w14:paraId="1E6B686E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staying quiet to avoid conflict</w:t>
      </w:r>
    </w:p>
    <w:p w14:paraId="199216D6" w14:textId="77777777" w:rsidR="009F02B3" w:rsidRDefault="009F02B3" w:rsidP="009F02B3">
      <w:pPr>
        <w:spacing w:after="240"/>
      </w:pPr>
      <w:r>
        <w:t>Stability looks like:</w:t>
      </w:r>
    </w:p>
    <w:p w14:paraId="1482BF2D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trusting consistency</w:t>
      </w:r>
    </w:p>
    <w:p w14:paraId="76ECD3FF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communicating openly</w:t>
      </w:r>
    </w:p>
    <w:p w14:paraId="768DD5BE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holding boundaries confidently</w:t>
      </w:r>
    </w:p>
    <w:p w14:paraId="3A4DE0D2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receiving love freely</w:t>
      </w:r>
    </w:p>
    <w:p w14:paraId="58B6A96F" w14:textId="77777777" w:rsidR="009F02B3" w:rsidRDefault="009F02B3" w:rsidP="009F02B3">
      <w:pPr>
        <w:spacing w:after="240"/>
      </w:pPr>
      <w:r>
        <w:t>Healing is learning to shift from survival mode into secure connection.</w:t>
      </w:r>
    </w:p>
    <w:p w14:paraId="728EFCA9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🧱</w:t>
      </w:r>
      <w:r>
        <w:t xml:space="preserve"> Building Love on God</w:t>
      </w:r>
      <w:r>
        <w:rPr>
          <w:rFonts w:hint="eastAsia"/>
        </w:rPr>
        <w:t>’</w:t>
      </w:r>
      <w:r>
        <w:t>s Foundation</w:t>
      </w:r>
    </w:p>
    <w:p w14:paraId="727FCA77" w14:textId="77777777" w:rsidR="009F02B3" w:rsidRDefault="009F02B3" w:rsidP="009F02B3">
      <w:pPr>
        <w:spacing w:after="240"/>
      </w:pPr>
      <w:r>
        <w:t>Let</w:t>
      </w:r>
      <w:r>
        <w:rPr>
          <w:rFonts w:hint="eastAsia"/>
        </w:rPr>
        <w:t>’</w:t>
      </w:r>
      <w:r>
        <w:t>s return to God</w:t>
      </w:r>
      <w:r>
        <w:rPr>
          <w:rFonts w:hint="eastAsia"/>
        </w:rPr>
        <w:t>’</w:t>
      </w:r>
      <w:r>
        <w:t>s original order:</w:t>
      </w:r>
    </w:p>
    <w:p w14:paraId="2B8726CD" w14:textId="77777777" w:rsidR="009F02B3" w:rsidRDefault="009F02B3" w:rsidP="009F02B3">
      <w:pPr>
        <w:spacing w:after="240"/>
      </w:pPr>
      <w:r>
        <w:t>Connection → Trust → Safety → Desire → Covenant → Deepening Love</w:t>
      </w:r>
    </w:p>
    <w:p w14:paraId="7AE84BC7" w14:textId="77777777" w:rsidR="009F02B3" w:rsidRDefault="009F02B3" w:rsidP="009F02B3">
      <w:pPr>
        <w:spacing w:after="240"/>
      </w:pPr>
      <w:r>
        <w:t>When this order guides relationships:</w:t>
      </w:r>
    </w:p>
    <w:p w14:paraId="3CB0122C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intimacy grows naturally</w:t>
      </w:r>
    </w:p>
    <w:p w14:paraId="49B5E5A5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anxiety fades</w:t>
      </w:r>
    </w:p>
    <w:p w14:paraId="6237C59A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love stabilizes</w:t>
      </w:r>
    </w:p>
    <w:p w14:paraId="10A49CE9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passion becomes safe</w:t>
      </w:r>
    </w:p>
    <w:p w14:paraId="162442B5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commitment becomes joyful</w:t>
      </w:r>
    </w:p>
    <w:p w14:paraId="081FC5BE" w14:textId="77777777" w:rsidR="009F02B3" w:rsidRDefault="009F02B3" w:rsidP="009F02B3">
      <w:pPr>
        <w:spacing w:after="240"/>
      </w:pPr>
      <w:r>
        <w:t>You no longer rush love.</w:t>
      </w:r>
    </w:p>
    <w:p w14:paraId="45F1AF0A" w14:textId="77777777" w:rsidR="009F02B3" w:rsidRDefault="009F02B3" w:rsidP="009F02B3">
      <w:pPr>
        <w:spacing w:after="240"/>
      </w:pPr>
      <w:r>
        <w:t>You build it.</w:t>
      </w:r>
    </w:p>
    <w:p w14:paraId="63D4E221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78F40179" w14:textId="77777777" w:rsidR="009F02B3" w:rsidRDefault="009F02B3" w:rsidP="009F02B3">
      <w:pPr>
        <w:spacing w:after="240"/>
      </w:pPr>
      <w:r>
        <w:t>After healing, I realized something surprising.</w:t>
      </w:r>
    </w:p>
    <w:p w14:paraId="43E977F7" w14:textId="77777777" w:rsidR="009F02B3" w:rsidRDefault="009F02B3" w:rsidP="009F02B3">
      <w:pPr>
        <w:spacing w:after="240"/>
      </w:pPr>
      <w:r>
        <w:t>I wasn</w:t>
      </w:r>
      <w:r>
        <w:rPr>
          <w:rFonts w:hint="eastAsia"/>
        </w:rPr>
        <w:t>’</w:t>
      </w:r>
      <w:r>
        <w:t>t drawn to chaos anymore.</w:t>
      </w:r>
    </w:p>
    <w:p w14:paraId="6EAC260E" w14:textId="77777777" w:rsidR="009F02B3" w:rsidRDefault="009F02B3" w:rsidP="009F02B3">
      <w:pPr>
        <w:spacing w:after="240"/>
      </w:pPr>
      <w:r>
        <w:t>The intense relationships that once felt exciting now felt exhausting.</w:t>
      </w:r>
    </w:p>
    <w:p w14:paraId="5D3CD36E" w14:textId="77777777" w:rsidR="009F02B3" w:rsidRDefault="009F02B3" w:rsidP="009F02B3">
      <w:pPr>
        <w:spacing w:after="240"/>
      </w:pPr>
      <w:r>
        <w:t>What I began longing for was peace.</w:t>
      </w:r>
    </w:p>
    <w:p w14:paraId="018815D5" w14:textId="77777777" w:rsidR="009F02B3" w:rsidRDefault="009F02B3" w:rsidP="009F02B3">
      <w:pPr>
        <w:spacing w:after="240"/>
      </w:pPr>
      <w:r>
        <w:t>Consistency.</w:t>
      </w:r>
    </w:p>
    <w:p w14:paraId="5CBA2AF3" w14:textId="77777777" w:rsidR="009F02B3" w:rsidRDefault="009F02B3" w:rsidP="009F02B3">
      <w:pPr>
        <w:spacing w:after="240"/>
      </w:pPr>
      <w:r>
        <w:t>Honesty.</w:t>
      </w:r>
    </w:p>
    <w:p w14:paraId="6D0E8A50" w14:textId="77777777" w:rsidR="009F02B3" w:rsidRDefault="009F02B3" w:rsidP="009F02B3">
      <w:pPr>
        <w:spacing w:after="240"/>
      </w:pPr>
      <w:r>
        <w:t>Mutual effort.</w:t>
      </w:r>
    </w:p>
    <w:p w14:paraId="61DD02CA" w14:textId="77777777" w:rsidR="009F02B3" w:rsidRDefault="009F02B3" w:rsidP="009F02B3">
      <w:pPr>
        <w:spacing w:after="240"/>
      </w:pPr>
      <w:r>
        <w:t>Emotional safety.</w:t>
      </w:r>
    </w:p>
    <w:p w14:paraId="76C0F697" w14:textId="77777777" w:rsidR="009F02B3" w:rsidRDefault="009F02B3" w:rsidP="009F02B3">
      <w:pPr>
        <w:spacing w:after="240"/>
      </w:pPr>
      <w:r>
        <w:t>And as I practiced boundaries and wisdom, I found that healthy love wasn</w:t>
      </w:r>
      <w:r>
        <w:rPr>
          <w:rFonts w:hint="eastAsia"/>
        </w:rPr>
        <w:t>’</w:t>
      </w:r>
      <w:r>
        <w:t>t boring.</w:t>
      </w:r>
    </w:p>
    <w:p w14:paraId="63C0FEAE" w14:textId="77777777" w:rsidR="009F02B3" w:rsidRDefault="009F02B3" w:rsidP="009F02B3">
      <w:pPr>
        <w:spacing w:after="240"/>
      </w:pPr>
      <w:r>
        <w:t>It was freeing.</w:t>
      </w:r>
    </w:p>
    <w:p w14:paraId="7DF754C4" w14:textId="77777777" w:rsidR="009F02B3" w:rsidRDefault="009F02B3" w:rsidP="009F02B3">
      <w:pPr>
        <w:spacing w:after="240"/>
      </w:pPr>
      <w:r>
        <w:t>It felt like being able to breathe again.</w:t>
      </w:r>
    </w:p>
    <w:p w14:paraId="147BD133" w14:textId="77777777" w:rsidR="009F02B3" w:rsidRDefault="009F02B3" w:rsidP="009F02B3">
      <w:pPr>
        <w:spacing w:after="240"/>
      </w:pPr>
      <w:r>
        <w:t>That</w:t>
      </w:r>
      <w:r>
        <w:rPr>
          <w:rFonts w:hint="eastAsia"/>
        </w:rPr>
        <w:t>’</w:t>
      </w:r>
      <w:r>
        <w:t>s when I knew God was rebuilding my heart the right way.</w:t>
      </w:r>
    </w:p>
    <w:p w14:paraId="6D155DE0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Practical Steps to Build Healthy Relationships</w:t>
      </w:r>
    </w:p>
    <w:p w14:paraId="67BF5E19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1. Choose Peace Over Intensity</w:t>
      </w:r>
    </w:p>
    <w:p w14:paraId="3389CB5C" w14:textId="77777777" w:rsidR="009F02B3" w:rsidRDefault="009F02B3" w:rsidP="009F02B3">
      <w:pPr>
        <w:spacing w:after="240"/>
      </w:pPr>
      <w:r>
        <w:t>Strong emotions don</w:t>
      </w:r>
      <w:r>
        <w:rPr>
          <w:rFonts w:hint="eastAsia"/>
        </w:rPr>
        <w:t>’</w:t>
      </w:r>
      <w:r>
        <w:t>t equal strong love.</w:t>
      </w:r>
    </w:p>
    <w:p w14:paraId="484B5FF0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2. Watch for Consistency</w:t>
      </w:r>
    </w:p>
    <w:p w14:paraId="0EAC5A06" w14:textId="77777777" w:rsidR="009F02B3" w:rsidRDefault="009F02B3" w:rsidP="009F02B3">
      <w:pPr>
        <w:spacing w:after="240"/>
      </w:pPr>
      <w:r>
        <w:t>Actions matter more than words.</w:t>
      </w:r>
    </w:p>
    <w:p w14:paraId="050657DF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3. Communicate Early and Clearly</w:t>
      </w:r>
    </w:p>
    <w:p w14:paraId="5F65C89F" w14:textId="77777777" w:rsidR="009F02B3" w:rsidRDefault="009F02B3" w:rsidP="009F02B3">
      <w:pPr>
        <w:spacing w:after="240"/>
      </w:pPr>
      <w:r>
        <w:t>Small issues resolved early prevent big pain later.</w:t>
      </w:r>
    </w:p>
    <w:p w14:paraId="5ECE67F5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4. Maintain Boundaries</w:t>
      </w:r>
    </w:p>
    <w:p w14:paraId="2F7706EF" w14:textId="77777777" w:rsidR="009F02B3" w:rsidRDefault="009F02B3" w:rsidP="009F02B3">
      <w:pPr>
        <w:spacing w:after="240"/>
      </w:pPr>
      <w:r>
        <w:t>Healthy love respects limits.</w:t>
      </w:r>
    </w:p>
    <w:p w14:paraId="0451CC01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5. Grow Connection Before Intimacy</w:t>
      </w:r>
    </w:p>
    <w:p w14:paraId="510BF949" w14:textId="77777777" w:rsidR="009F02B3" w:rsidRDefault="009F02B3" w:rsidP="009F02B3">
      <w:pPr>
        <w:spacing w:after="240"/>
      </w:pPr>
      <w:r>
        <w:t>Bond first. Then deepen physically.</w:t>
      </w:r>
    </w:p>
    <w:p w14:paraId="536744D4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6. Seek Mutual Effort</w:t>
      </w:r>
    </w:p>
    <w:p w14:paraId="3BC854A7" w14:textId="77777777" w:rsidR="009F02B3" w:rsidRDefault="009F02B3" w:rsidP="009F02B3">
      <w:pPr>
        <w:spacing w:after="240"/>
      </w:pPr>
      <w:r>
        <w:t>Love should flow both ways.</w:t>
      </w:r>
    </w:p>
    <w:p w14:paraId="0F646A21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🚦</w:t>
      </w:r>
      <w:r>
        <w:t xml:space="preserve"> Green Flags of God</w:t>
      </w:r>
      <w:r>
        <w:rPr>
          <w:rFonts w:hint="eastAsia"/>
        </w:rPr>
        <w:t>’</w:t>
      </w:r>
      <w:r>
        <w:t>s Design in Action</w:t>
      </w:r>
    </w:p>
    <w:p w14:paraId="1A483734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steady affection</w:t>
      </w:r>
    </w:p>
    <w:p w14:paraId="5F7A76BE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honest communication</w:t>
      </w:r>
    </w:p>
    <w:p w14:paraId="782A4158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respect for boundaries</w:t>
      </w:r>
    </w:p>
    <w:p w14:paraId="0819C382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emotional safety</w:t>
      </w:r>
    </w:p>
    <w:p w14:paraId="5F6E1356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shared effort</w:t>
      </w:r>
    </w:p>
    <w:p w14:paraId="1CE8C487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clear commitment</w:t>
      </w:r>
    </w:p>
    <w:p w14:paraId="28C8334E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peaceful conflict resolution</w:t>
      </w:r>
    </w:p>
    <w:p w14:paraId="2364FD05" w14:textId="77777777" w:rsidR="009F02B3" w:rsidRDefault="009F02B3" w:rsidP="009F02B3">
      <w:pPr>
        <w:spacing w:after="240"/>
      </w:pPr>
      <w:r>
        <w:t>These are signs of healed intimacy.</w:t>
      </w:r>
    </w:p>
    <w:p w14:paraId="744B7FCE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⚠️</w:t>
      </w:r>
      <w:r>
        <w:t xml:space="preserve"> Red Flags to Watch For</w:t>
      </w:r>
    </w:p>
    <w:p w14:paraId="0F72FD9F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rushing closeness</w:t>
      </w:r>
    </w:p>
    <w:p w14:paraId="497872EF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inconsistent affection</w:t>
      </w:r>
    </w:p>
    <w:p w14:paraId="2CDE212E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pressure against boundaries</w:t>
      </w:r>
    </w:p>
    <w:p w14:paraId="60AB99D5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emotional withdrawal during conflict</w:t>
      </w:r>
    </w:p>
    <w:p w14:paraId="32395C18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unclear commitment</w:t>
      </w:r>
    </w:p>
    <w:p w14:paraId="5D8EC4C8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manipulation or guilt</w:t>
      </w:r>
    </w:p>
    <w:p w14:paraId="4920121C" w14:textId="77777777" w:rsidR="009F02B3" w:rsidRDefault="009F02B3" w:rsidP="009F02B3">
      <w:pPr>
        <w:spacing w:after="240"/>
      </w:pPr>
      <w:r>
        <w:t>Recognizing these early protects your heart.</w:t>
      </w:r>
    </w:p>
    <w:p w14:paraId="6E6393C3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Building Love Wisely</w:t>
      </w:r>
    </w:p>
    <w:p w14:paraId="7D2886A3" w14:textId="77777777" w:rsidR="009F02B3" w:rsidRDefault="009F02B3" w:rsidP="009F02B3">
      <w:pPr>
        <w:spacing w:after="240"/>
      </w:pPr>
      <w:r>
        <w:t>Read &amp; Reflect:</w:t>
      </w:r>
    </w:p>
    <w:p w14:paraId="16C22383" w14:textId="77777777" w:rsidR="009F02B3" w:rsidRDefault="009F02B3" w:rsidP="009F02B3">
      <w:pPr>
        <w:spacing w:after="240"/>
      </w:pPr>
      <w:r>
        <w:t>Matthew 7:24</w:t>
      </w:r>
      <w:r>
        <w:rPr>
          <w:rFonts w:hint="eastAsia"/>
        </w:rPr>
        <w:t>–</w:t>
      </w:r>
      <w:r>
        <w:t>25</w:t>
      </w:r>
    </w:p>
    <w:p w14:paraId="30D91BA7" w14:textId="77777777" w:rsidR="009F02B3" w:rsidRDefault="009F02B3" w:rsidP="009F02B3">
      <w:pPr>
        <w:spacing w:after="240"/>
      </w:pPr>
      <w:r>
        <w:t>Build on the rock.</w:t>
      </w:r>
    </w:p>
    <w:p w14:paraId="14069EF3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a solid relationship foundation look like?</w:t>
      </w:r>
    </w:p>
    <w:p w14:paraId="5D0C9C7A" w14:textId="77777777" w:rsidR="009F02B3" w:rsidRDefault="009F02B3" w:rsidP="009F02B3">
      <w:pPr>
        <w:spacing w:after="240"/>
      </w:pPr>
      <w:r>
        <w:t>Proverbs 19:20</w:t>
      </w:r>
    </w:p>
    <w:p w14:paraId="47DBEA1C" w14:textId="77777777" w:rsidR="009F02B3" w:rsidRDefault="009F02B3" w:rsidP="009F02B3">
      <w:pPr>
        <w:spacing w:after="240"/>
      </w:pPr>
      <w:r>
        <w:t>Listen to wisdom.</w:t>
      </w:r>
    </w:p>
    <w:p w14:paraId="5AB0FC54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can discernment guide dating choices?</w:t>
      </w:r>
    </w:p>
    <w:p w14:paraId="52CCF948" w14:textId="77777777" w:rsidR="009F02B3" w:rsidRDefault="009F02B3" w:rsidP="009F02B3">
      <w:pPr>
        <w:spacing w:after="240"/>
      </w:pPr>
      <w:r>
        <w:t>Song of Solomon 2:16</w:t>
      </w:r>
    </w:p>
    <w:p w14:paraId="1C842609" w14:textId="77777777" w:rsidR="009F02B3" w:rsidRDefault="009F02B3" w:rsidP="009F02B3">
      <w:pPr>
        <w:spacing w:after="240"/>
      </w:pPr>
      <w:r>
        <w:t>Secure belonging.</w:t>
      </w:r>
    </w:p>
    <w:p w14:paraId="14B3E9CF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emotional safety reflect God</w:t>
      </w:r>
      <w:r>
        <w:rPr>
          <w:rFonts w:hint="eastAsia"/>
        </w:rPr>
        <w:t>’</w:t>
      </w:r>
      <w:r>
        <w:t>s design?</w:t>
      </w:r>
    </w:p>
    <w:p w14:paraId="551D6910" w14:textId="77777777" w:rsidR="009F02B3" w:rsidRDefault="009F02B3" w:rsidP="009F02B3">
      <w:pPr>
        <w:spacing w:after="240"/>
      </w:pPr>
      <w:r>
        <w:t>Philippians 1:9</w:t>
      </w:r>
      <w:r>
        <w:rPr>
          <w:rFonts w:hint="eastAsia"/>
        </w:rPr>
        <w:t>–</w:t>
      </w:r>
      <w:r>
        <w:t>10</w:t>
      </w:r>
    </w:p>
    <w:p w14:paraId="645473DC" w14:textId="77777777" w:rsidR="009F02B3" w:rsidRDefault="009F02B3" w:rsidP="009F02B3">
      <w:pPr>
        <w:spacing w:after="240"/>
      </w:pPr>
      <w:r>
        <w:t>Love guided by knowledge and depth of insight.</w:t>
      </w:r>
    </w:p>
    <w:p w14:paraId="16EDB217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wisdom strengthen intimacy?</w:t>
      </w:r>
    </w:p>
    <w:p w14:paraId="37D5D6CD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Eleven</w:t>
      </w:r>
    </w:p>
    <w:p w14:paraId="219E4407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Rebuilding Reflection</w:t>
      </w:r>
    </w:p>
    <w:p w14:paraId="4FA473F1" w14:textId="77777777" w:rsidR="009F02B3" w:rsidRDefault="009F02B3" w:rsidP="009F02B3">
      <w:pPr>
        <w:spacing w:after="240"/>
      </w:pPr>
      <w:r>
        <w:t>What qualities matter most in a healthy relationship now?</w:t>
      </w:r>
    </w:p>
    <w:p w14:paraId="7300D59D" w14:textId="77777777" w:rsidR="009F02B3" w:rsidRDefault="009F02B3" w:rsidP="009F02B3">
      <w:pPr>
        <w:spacing w:after="240"/>
      </w:pPr>
      <w:r>
        <w:t>Which old patterns do I want to leave behind?</w:t>
      </w:r>
    </w:p>
    <w:p w14:paraId="020FEBEA" w14:textId="77777777" w:rsidR="009F02B3" w:rsidRDefault="009F02B3" w:rsidP="009F02B3">
      <w:pPr>
        <w:spacing w:after="240"/>
      </w:pPr>
      <w:r>
        <w:t>What boundaries will I keep moving forward?</w:t>
      </w:r>
    </w:p>
    <w:p w14:paraId="37DA177F" w14:textId="77777777" w:rsidR="009F02B3" w:rsidRDefault="009F02B3" w:rsidP="009F02B3">
      <w:pPr>
        <w:spacing w:after="240"/>
      </w:pPr>
      <w:r>
        <w:t>What does peaceful love look like for me?</w:t>
      </w:r>
    </w:p>
    <w:p w14:paraId="44C4326A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</w:t>
      </w:r>
    </w:p>
    <w:p w14:paraId="35CEDDBB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How do we practice consistency daily?</w:t>
      </w:r>
    </w:p>
    <w:p w14:paraId="5C1D24E0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How do we communicate before conflict grows?</w:t>
      </w:r>
    </w:p>
    <w:p w14:paraId="651C8C53" w14:textId="77777777" w:rsidR="009F02B3" w:rsidRDefault="009F02B3" w:rsidP="009F02B3">
      <w:pPr>
        <w:spacing w:after="240"/>
      </w:pPr>
      <w:r>
        <w:rPr>
          <w:rFonts w:hint="eastAsia"/>
        </w:rPr>
        <w:t>•</w:t>
      </w:r>
      <w:r>
        <w:t xml:space="preserve"> How can we protect safety and trust?</w:t>
      </w:r>
    </w:p>
    <w:p w14:paraId="13403C06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224B6CED" w14:textId="77777777" w:rsidR="009F02B3" w:rsidRDefault="009F02B3" w:rsidP="009F02B3">
      <w:pPr>
        <w:spacing w:after="240"/>
      </w:pPr>
      <w:r>
        <w:rPr>
          <w:rFonts w:hint="eastAsia"/>
        </w:rPr>
        <w:t>“</w:t>
      </w:r>
      <w:r>
        <w:t>God, help me build love on Your foundation.</w:t>
      </w:r>
    </w:p>
    <w:p w14:paraId="429E8329" w14:textId="77777777" w:rsidR="009F02B3" w:rsidRDefault="009F02B3" w:rsidP="009F02B3">
      <w:pPr>
        <w:spacing w:after="240"/>
      </w:pPr>
      <w:r>
        <w:t>Give me wisdom to choose healthy connection.</w:t>
      </w:r>
    </w:p>
    <w:p w14:paraId="561A852C" w14:textId="77777777" w:rsidR="009F02B3" w:rsidRDefault="009F02B3" w:rsidP="009F02B3">
      <w:pPr>
        <w:spacing w:after="240"/>
      </w:pPr>
      <w:r>
        <w:t>Restore intimacy the way You designed it.</w:t>
      </w:r>
      <w:r>
        <w:rPr>
          <w:rFonts w:hint="eastAsia"/>
        </w:rPr>
        <w:t>”</w:t>
      </w:r>
    </w:p>
    <w:p w14:paraId="5273DB8D" w14:textId="77777777" w:rsidR="009F02B3" w:rsidRDefault="009F02B3" w:rsidP="009F02B3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Eleven Truth</w:t>
      </w:r>
    </w:p>
    <w:p w14:paraId="41BA7FA6" w14:textId="77777777" w:rsidR="009F02B3" w:rsidRDefault="009F02B3" w:rsidP="009F02B3">
      <w:pPr>
        <w:spacing w:after="240"/>
      </w:pPr>
      <w:r>
        <w:t>Healing ends cycles.</w:t>
      </w:r>
    </w:p>
    <w:p w14:paraId="2ABFCB76" w14:textId="77777777" w:rsidR="009F02B3" w:rsidRDefault="009F02B3" w:rsidP="009F02B3">
      <w:pPr>
        <w:spacing w:after="240"/>
      </w:pPr>
      <w:r>
        <w:t>Wisdom builds futures.</w:t>
      </w:r>
    </w:p>
    <w:p w14:paraId="15CC12F1" w14:textId="1AED44A3" w:rsidR="00890353" w:rsidRDefault="009F02B3">
      <w:pPr>
        <w:spacing w:after="240"/>
      </w:pPr>
      <w:r>
        <w:t>God</w:t>
      </w:r>
      <w:r>
        <w:rPr>
          <w:rFonts w:hint="eastAsia"/>
        </w:rPr>
        <w:t>’</w:t>
      </w:r>
      <w:r>
        <w:t>s design leads to love that lasts.</w:t>
      </w:r>
      <w:r w:rsidR="00000000">
        <w:br/>
      </w:r>
    </w:p>
    <w:p w14:paraId="02BD697F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📖</w:t>
      </w:r>
      <w:r>
        <w:t xml:space="preserve"> Chapter Twelve</w:t>
      </w:r>
    </w:p>
    <w:p w14:paraId="3784D6CC" w14:textId="77777777" w:rsidR="00555DF7" w:rsidRDefault="00555DF7" w:rsidP="00555DF7">
      <w:pPr>
        <w:spacing w:after="240"/>
      </w:pPr>
      <w:r>
        <w:t>Preparing for Covenant Marriage: Turning Healthy Love Into a Lifelong Union</w:t>
      </w:r>
    </w:p>
    <w:p w14:paraId="7E3129A6" w14:textId="77777777" w:rsidR="00555DF7" w:rsidRDefault="00555DF7" w:rsidP="00555DF7">
      <w:pPr>
        <w:spacing w:after="240"/>
      </w:pPr>
      <w:r>
        <w:t>Healthy relationships are not meant to stay in the dating stage forever.</w:t>
      </w:r>
    </w:p>
    <w:p w14:paraId="3F17B878" w14:textId="77777777" w:rsidR="00555DF7" w:rsidRDefault="00555DF7" w:rsidP="00555DF7">
      <w:pPr>
        <w:spacing w:after="240"/>
      </w:pPr>
      <w:r>
        <w:t>God</w:t>
      </w:r>
      <w:r>
        <w:rPr>
          <w:rFonts w:hint="eastAsia"/>
        </w:rPr>
        <w:t>’</w:t>
      </w:r>
      <w:r>
        <w:t>s design always points toward covenant.</w:t>
      </w:r>
    </w:p>
    <w:p w14:paraId="0C0CB47B" w14:textId="77777777" w:rsidR="00555DF7" w:rsidRDefault="00555DF7" w:rsidP="00555DF7">
      <w:pPr>
        <w:spacing w:after="240"/>
      </w:pPr>
      <w:r>
        <w:t>Not a contract based on feelings.</w:t>
      </w:r>
    </w:p>
    <w:p w14:paraId="5E7480D7" w14:textId="77777777" w:rsidR="00555DF7" w:rsidRDefault="00555DF7" w:rsidP="00555DF7">
      <w:pPr>
        <w:spacing w:after="240"/>
      </w:pPr>
      <w:r>
        <w:t>Not a convenience based on circumstances.</w:t>
      </w:r>
    </w:p>
    <w:p w14:paraId="367F8DC0" w14:textId="77777777" w:rsidR="00555DF7" w:rsidRDefault="00555DF7" w:rsidP="00555DF7">
      <w:pPr>
        <w:spacing w:after="240"/>
      </w:pPr>
      <w:r>
        <w:t>But a sacred commitment built on love, faithfulness, and partnership.</w:t>
      </w:r>
    </w:p>
    <w:p w14:paraId="566DC9D4" w14:textId="77777777" w:rsidR="00555DF7" w:rsidRDefault="00555DF7" w:rsidP="00555DF7">
      <w:pPr>
        <w:spacing w:after="240"/>
      </w:pPr>
      <w:r>
        <w:t>Dating builds connection.</w:t>
      </w:r>
    </w:p>
    <w:p w14:paraId="4CE4A401" w14:textId="77777777" w:rsidR="00555DF7" w:rsidRDefault="00555DF7" w:rsidP="00555DF7">
      <w:pPr>
        <w:spacing w:after="240"/>
      </w:pPr>
      <w:r>
        <w:t>Engagement clarifies direction.</w:t>
      </w:r>
    </w:p>
    <w:p w14:paraId="7A7499F8" w14:textId="77777777" w:rsidR="00555DF7" w:rsidRDefault="00555DF7" w:rsidP="00555DF7">
      <w:pPr>
        <w:spacing w:after="240"/>
      </w:pPr>
      <w:r>
        <w:t>Marriage establishes security.</w:t>
      </w:r>
    </w:p>
    <w:p w14:paraId="6643B69A" w14:textId="77777777" w:rsidR="00555DF7" w:rsidRDefault="00555DF7" w:rsidP="00555DF7">
      <w:pPr>
        <w:spacing w:after="240"/>
      </w:pPr>
      <w:r>
        <w:t>When intimacy grows without covenant, instability often follows.</w:t>
      </w:r>
    </w:p>
    <w:p w14:paraId="4EC1275B" w14:textId="77777777" w:rsidR="00555DF7" w:rsidRDefault="00555DF7" w:rsidP="00555DF7">
      <w:pPr>
        <w:spacing w:after="240"/>
      </w:pPr>
      <w:r>
        <w:t>When intimacy grows toward covenant, love finds its fullest strength.</w:t>
      </w:r>
    </w:p>
    <w:p w14:paraId="630FC019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💍</w:t>
      </w:r>
      <w:r>
        <w:t xml:space="preserve"> What Covenant Really Means</w:t>
      </w:r>
    </w:p>
    <w:p w14:paraId="6E496A74" w14:textId="77777777" w:rsidR="00555DF7" w:rsidRDefault="00555DF7" w:rsidP="00555DF7">
      <w:pPr>
        <w:spacing w:after="240"/>
      </w:pPr>
      <w:r>
        <w:t>Covenant isn</w:t>
      </w:r>
      <w:r>
        <w:rPr>
          <w:rFonts w:hint="eastAsia"/>
        </w:rPr>
        <w:t>’</w:t>
      </w:r>
      <w:r>
        <w:t>t just staying together.</w:t>
      </w:r>
    </w:p>
    <w:p w14:paraId="1185C926" w14:textId="77777777" w:rsidR="00555DF7" w:rsidRDefault="00555DF7" w:rsidP="00555DF7">
      <w:pPr>
        <w:spacing w:after="240"/>
      </w:pPr>
      <w:r>
        <w:t>It</w:t>
      </w:r>
      <w:r>
        <w:rPr>
          <w:rFonts w:hint="eastAsia"/>
        </w:rPr>
        <w:t>’</w:t>
      </w:r>
      <w:r>
        <w:t>s choosing one another daily with loyalty and protection.</w:t>
      </w:r>
    </w:p>
    <w:p w14:paraId="54826496" w14:textId="77777777" w:rsidR="00555DF7" w:rsidRDefault="00555DF7" w:rsidP="00555DF7">
      <w:pPr>
        <w:spacing w:after="240"/>
      </w:pPr>
      <w:r>
        <w:t>Covenant love says:</w:t>
      </w:r>
    </w:p>
    <w:p w14:paraId="2959A7A9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</w:t>
      </w:r>
      <w:r>
        <w:rPr>
          <w:rFonts w:hint="eastAsia"/>
        </w:rPr>
        <w:t>“</w:t>
      </w:r>
      <w:r>
        <w:t>I</w:t>
      </w:r>
      <w:r>
        <w:rPr>
          <w:rFonts w:hint="eastAsia"/>
        </w:rPr>
        <w:t>’</w:t>
      </w:r>
      <w:r>
        <w:t>m here when things are hard.</w:t>
      </w:r>
      <w:r>
        <w:rPr>
          <w:rFonts w:hint="eastAsia"/>
        </w:rPr>
        <w:t>”</w:t>
      </w:r>
    </w:p>
    <w:p w14:paraId="6F81B7B6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</w:t>
      </w:r>
      <w:r>
        <w:rPr>
          <w:rFonts w:hint="eastAsia"/>
        </w:rPr>
        <w:t>“</w:t>
      </w:r>
      <w:r>
        <w:t>I</w:t>
      </w:r>
      <w:r>
        <w:rPr>
          <w:rFonts w:hint="eastAsia"/>
        </w:rPr>
        <w:t>’</w:t>
      </w:r>
      <w:r>
        <w:t>m committed when feelings fluctuate.</w:t>
      </w:r>
      <w:r>
        <w:rPr>
          <w:rFonts w:hint="eastAsia"/>
        </w:rPr>
        <w:t>”</w:t>
      </w:r>
    </w:p>
    <w:p w14:paraId="5E71BF98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</w:t>
      </w:r>
      <w:r>
        <w:rPr>
          <w:rFonts w:hint="eastAsia"/>
        </w:rPr>
        <w:t>“</w:t>
      </w:r>
      <w:r>
        <w:t>I</w:t>
      </w:r>
      <w:r>
        <w:rPr>
          <w:rFonts w:hint="eastAsia"/>
        </w:rPr>
        <w:t>’</w:t>
      </w:r>
      <w:r>
        <w:t>m choosing you in every season.</w:t>
      </w:r>
      <w:r>
        <w:rPr>
          <w:rFonts w:hint="eastAsia"/>
        </w:rPr>
        <w:t>”</w:t>
      </w:r>
    </w:p>
    <w:p w14:paraId="4CD01B6F" w14:textId="77777777" w:rsidR="00555DF7" w:rsidRDefault="00555DF7" w:rsidP="00555DF7">
      <w:pPr>
        <w:spacing w:after="240"/>
      </w:pPr>
      <w:r>
        <w:t>It creates the deepest emotional safety possible.</w:t>
      </w:r>
    </w:p>
    <w:p w14:paraId="66B95CC5" w14:textId="77777777" w:rsidR="00555DF7" w:rsidRDefault="00555DF7" w:rsidP="00555DF7">
      <w:pPr>
        <w:spacing w:after="240"/>
      </w:pPr>
      <w:r>
        <w:t>Because love is no longer something you fear losing during conflict.</w:t>
      </w:r>
    </w:p>
    <w:p w14:paraId="7028DD89" w14:textId="77777777" w:rsidR="00555DF7" w:rsidRDefault="00555DF7" w:rsidP="00555DF7">
      <w:pPr>
        <w:spacing w:after="240"/>
      </w:pPr>
      <w:r>
        <w:t>It becomes something secure.</w:t>
      </w:r>
    </w:p>
    <w:p w14:paraId="6AC7C727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Why Marriage Strengthens Intimacy</w:t>
      </w:r>
    </w:p>
    <w:p w14:paraId="0D302313" w14:textId="77777777" w:rsidR="00555DF7" w:rsidRDefault="00555DF7" w:rsidP="00555DF7">
      <w:pPr>
        <w:spacing w:after="240"/>
      </w:pPr>
      <w:r>
        <w:t>Marriage isn</w:t>
      </w:r>
      <w:r>
        <w:rPr>
          <w:rFonts w:hint="eastAsia"/>
        </w:rPr>
        <w:t>’</w:t>
      </w:r>
      <w:r>
        <w:t>t meant to trap love.</w:t>
      </w:r>
    </w:p>
    <w:p w14:paraId="0ABE45C8" w14:textId="77777777" w:rsidR="00555DF7" w:rsidRDefault="00555DF7" w:rsidP="00555DF7">
      <w:pPr>
        <w:spacing w:after="240"/>
      </w:pPr>
      <w:r>
        <w:t>It</w:t>
      </w:r>
      <w:r>
        <w:rPr>
          <w:rFonts w:hint="eastAsia"/>
        </w:rPr>
        <w:t>’</w:t>
      </w:r>
      <w:r>
        <w:t>s meant to protect it.</w:t>
      </w:r>
    </w:p>
    <w:p w14:paraId="4087ADC6" w14:textId="77777777" w:rsidR="00555DF7" w:rsidRDefault="00555DF7" w:rsidP="00555DF7">
      <w:pPr>
        <w:spacing w:after="240"/>
      </w:pPr>
      <w:r>
        <w:t>When covenant exists:</w:t>
      </w:r>
    </w:p>
    <w:p w14:paraId="30224D89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trust deepens</w:t>
      </w:r>
    </w:p>
    <w:p w14:paraId="2F055AFC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vulnerability increases</w:t>
      </w:r>
    </w:p>
    <w:p w14:paraId="7B8043B2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fear decreases</w:t>
      </w:r>
    </w:p>
    <w:p w14:paraId="02B1EED1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passion becomes safer</w:t>
      </w:r>
    </w:p>
    <w:p w14:paraId="7F2371A8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conflict becomes repair instead of threat</w:t>
      </w:r>
    </w:p>
    <w:p w14:paraId="0DCC40E8" w14:textId="77777777" w:rsidR="00555DF7" w:rsidRDefault="00555DF7" w:rsidP="00555DF7">
      <w:pPr>
        <w:spacing w:after="240"/>
      </w:pPr>
      <w:r>
        <w:t>Marriage provides the container where intimacy can fully flourish.</w:t>
      </w:r>
    </w:p>
    <w:p w14:paraId="6FE2CCE2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🌾</w:t>
      </w:r>
      <w:r>
        <w:t xml:space="preserve"> Your Story Woven In</w:t>
      </w:r>
    </w:p>
    <w:p w14:paraId="6ADAFAAD" w14:textId="77777777" w:rsidR="00555DF7" w:rsidRDefault="00555DF7" w:rsidP="00555DF7">
      <w:pPr>
        <w:spacing w:after="240"/>
      </w:pPr>
      <w:r>
        <w:t>For a long time, I was afraid of commitment.</w:t>
      </w:r>
    </w:p>
    <w:p w14:paraId="6DCFB35C" w14:textId="77777777" w:rsidR="00555DF7" w:rsidRDefault="00555DF7" w:rsidP="00555DF7">
      <w:pPr>
        <w:spacing w:after="240"/>
      </w:pPr>
      <w:r>
        <w:t>Not because I didn</w:t>
      </w:r>
      <w:r>
        <w:rPr>
          <w:rFonts w:hint="eastAsia"/>
        </w:rPr>
        <w:t>’</w:t>
      </w:r>
      <w:r>
        <w:t xml:space="preserve">t want love </w:t>
      </w:r>
      <w:r>
        <w:rPr>
          <w:rFonts w:hint="eastAsia"/>
        </w:rPr>
        <w:t>—</w:t>
      </w:r>
    </w:p>
    <w:p w14:paraId="5420BBA5" w14:textId="77777777" w:rsidR="00555DF7" w:rsidRDefault="00555DF7" w:rsidP="00555DF7">
      <w:pPr>
        <w:spacing w:after="240"/>
      </w:pPr>
      <w:r>
        <w:t>but because love had always felt unstable.</w:t>
      </w:r>
    </w:p>
    <w:p w14:paraId="06CB8016" w14:textId="77777777" w:rsidR="00555DF7" w:rsidRDefault="00555DF7" w:rsidP="00555DF7">
      <w:pPr>
        <w:spacing w:after="240"/>
      </w:pPr>
      <w:r>
        <w:t>Once God healed my heart and showed me His design, something shifted.</w:t>
      </w:r>
    </w:p>
    <w:p w14:paraId="47FD88FC" w14:textId="77777777" w:rsidR="00555DF7" w:rsidRDefault="00555DF7" w:rsidP="00555DF7">
      <w:pPr>
        <w:spacing w:after="240"/>
      </w:pPr>
      <w:r>
        <w:t>Commitment no longer felt scary.</w:t>
      </w:r>
    </w:p>
    <w:p w14:paraId="647CFFD7" w14:textId="77777777" w:rsidR="00555DF7" w:rsidRDefault="00555DF7" w:rsidP="00555DF7">
      <w:pPr>
        <w:spacing w:after="240"/>
      </w:pPr>
      <w:r>
        <w:t>It felt safe.</w:t>
      </w:r>
    </w:p>
    <w:p w14:paraId="2A6FC235" w14:textId="77777777" w:rsidR="00555DF7" w:rsidRDefault="00555DF7" w:rsidP="00555DF7">
      <w:pPr>
        <w:spacing w:after="240"/>
      </w:pPr>
      <w:r>
        <w:t>I stopped fearing being tied down and started desiring being rooted.</w:t>
      </w:r>
    </w:p>
    <w:p w14:paraId="1C7A42B3" w14:textId="77777777" w:rsidR="00555DF7" w:rsidRDefault="00555DF7" w:rsidP="00555DF7">
      <w:pPr>
        <w:spacing w:after="240"/>
      </w:pPr>
      <w:r>
        <w:t>That</w:t>
      </w:r>
      <w:r>
        <w:rPr>
          <w:rFonts w:hint="eastAsia"/>
        </w:rPr>
        <w:t>’</w:t>
      </w:r>
      <w:r>
        <w:t>s when I realized:</w:t>
      </w:r>
    </w:p>
    <w:p w14:paraId="195D7F88" w14:textId="77777777" w:rsidR="00555DF7" w:rsidRDefault="00555DF7" w:rsidP="00555DF7">
      <w:pPr>
        <w:spacing w:after="240"/>
      </w:pPr>
      <w:r>
        <w:t>Covenant isn</w:t>
      </w:r>
      <w:r>
        <w:rPr>
          <w:rFonts w:hint="eastAsia"/>
        </w:rPr>
        <w:t>’</w:t>
      </w:r>
      <w:r>
        <w:t>t a loss of freedom.</w:t>
      </w:r>
    </w:p>
    <w:p w14:paraId="32F24838" w14:textId="77777777" w:rsidR="00555DF7" w:rsidRDefault="00555DF7" w:rsidP="00555DF7">
      <w:pPr>
        <w:spacing w:after="240"/>
      </w:pPr>
      <w:r>
        <w:t>It</w:t>
      </w:r>
      <w:r>
        <w:rPr>
          <w:rFonts w:hint="eastAsia"/>
        </w:rPr>
        <w:t>’</w:t>
      </w:r>
      <w:r>
        <w:t>s the foundation of peace.</w:t>
      </w:r>
    </w:p>
    <w:p w14:paraId="13C94E95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🧱</w:t>
      </w:r>
      <w:r>
        <w:t xml:space="preserve"> Building Toward Marriage the Healthy Way</w:t>
      </w:r>
    </w:p>
    <w:p w14:paraId="2CD8737C" w14:textId="77777777" w:rsidR="00555DF7" w:rsidRDefault="00555DF7" w:rsidP="00555DF7">
      <w:pPr>
        <w:spacing w:after="240"/>
      </w:pPr>
      <w:r>
        <w:t>Here</w:t>
      </w:r>
      <w:r>
        <w:rPr>
          <w:rFonts w:hint="eastAsia"/>
        </w:rPr>
        <w:t>’</w:t>
      </w:r>
      <w:r>
        <w:t>s what wise preparation looks like:</w:t>
      </w:r>
    </w:p>
    <w:p w14:paraId="06D32F39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Emotional safety first</w:t>
      </w:r>
    </w:p>
    <w:p w14:paraId="6EC742A5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Mutual pursuit always</w:t>
      </w:r>
    </w:p>
    <w:p w14:paraId="6D54A2D5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Honor in desire</w:t>
      </w:r>
    </w:p>
    <w:p w14:paraId="62F7BEFC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Strong boundaries</w:t>
      </w:r>
    </w:p>
    <w:p w14:paraId="5566C241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Growing trust</w:t>
      </w:r>
    </w:p>
    <w:p w14:paraId="6237295A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✅</w:t>
      </w:r>
      <w:r>
        <w:t xml:space="preserve"> Clear future direction</w:t>
      </w:r>
    </w:p>
    <w:p w14:paraId="793A578E" w14:textId="77777777" w:rsidR="00555DF7" w:rsidRDefault="00555DF7" w:rsidP="00555DF7">
      <w:pPr>
        <w:spacing w:after="240"/>
      </w:pPr>
      <w:r>
        <w:t>When these are present, marriage isn</w:t>
      </w:r>
      <w:r>
        <w:rPr>
          <w:rFonts w:hint="eastAsia"/>
        </w:rPr>
        <w:t>’</w:t>
      </w:r>
      <w:r>
        <w:t xml:space="preserve">t rushed </w:t>
      </w:r>
      <w:r>
        <w:rPr>
          <w:rFonts w:hint="eastAsia"/>
        </w:rPr>
        <w:t>—</w:t>
      </w:r>
      <w:r>
        <w:t xml:space="preserve"> it</w:t>
      </w:r>
      <w:r>
        <w:rPr>
          <w:rFonts w:hint="eastAsia"/>
        </w:rPr>
        <w:t>’</w:t>
      </w:r>
      <w:r>
        <w:t>s ready.</w:t>
      </w:r>
    </w:p>
    <w:p w14:paraId="4E3DD813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📋</w:t>
      </w:r>
      <w:r>
        <w:t xml:space="preserve"> Questions Every Couple Should Ask Before Marriage</w:t>
      </w:r>
    </w:p>
    <w:p w14:paraId="3597238D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Do we resolve conflict with closeness or distance?</w:t>
      </w:r>
    </w:p>
    <w:p w14:paraId="023B991D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Do we feel emotionally safe together?</w:t>
      </w:r>
    </w:p>
    <w:p w14:paraId="436DAC8D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Are boundaries respected consistently?</w:t>
      </w:r>
    </w:p>
    <w:p w14:paraId="61816DD9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Do we share values and faith direction?</w:t>
      </w:r>
    </w:p>
    <w:p w14:paraId="3D5FF965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Do we handle stress as a team?</w:t>
      </w:r>
    </w:p>
    <w:p w14:paraId="25EF702F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Are we both choosing this commitment freely?</w:t>
      </w:r>
    </w:p>
    <w:p w14:paraId="6DAF8267" w14:textId="77777777" w:rsidR="00555DF7" w:rsidRDefault="00555DF7" w:rsidP="00555DF7">
      <w:pPr>
        <w:spacing w:after="240"/>
      </w:pPr>
      <w:r>
        <w:t xml:space="preserve">Healthy </w:t>
      </w:r>
      <w:r>
        <w:rPr>
          <w:rFonts w:hint="eastAsia"/>
        </w:rPr>
        <w:t>“</w:t>
      </w:r>
      <w:r>
        <w:t>yes</w:t>
      </w:r>
      <w:r>
        <w:rPr>
          <w:rFonts w:hint="eastAsia"/>
        </w:rPr>
        <w:t>”</w:t>
      </w:r>
      <w:r>
        <w:t xml:space="preserve"> answers lead to healthy covenant.</w:t>
      </w:r>
    </w:p>
    <w:p w14:paraId="012AA6A1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🌿</w:t>
      </w:r>
      <w:r>
        <w:t xml:space="preserve"> What a God-Centered Marriage Feels Like</w:t>
      </w:r>
    </w:p>
    <w:p w14:paraId="5C470FAE" w14:textId="77777777" w:rsidR="00555DF7" w:rsidRDefault="00555DF7" w:rsidP="00555DF7">
      <w:pPr>
        <w:spacing w:after="240"/>
      </w:pPr>
      <w:r>
        <w:t>Instead of:</w:t>
      </w:r>
    </w:p>
    <w:p w14:paraId="2D3171F6" w14:textId="77777777" w:rsidR="00555DF7" w:rsidRDefault="00555DF7" w:rsidP="00555DF7">
      <w:pPr>
        <w:spacing w:after="240"/>
      </w:pPr>
      <w:r>
        <w:t>fear of loss → you feel security</w:t>
      </w:r>
    </w:p>
    <w:p w14:paraId="5CEDB0F3" w14:textId="77777777" w:rsidR="00555DF7" w:rsidRDefault="00555DF7" w:rsidP="00555DF7">
      <w:pPr>
        <w:spacing w:after="240"/>
      </w:pPr>
      <w:r>
        <w:t>power struggles → you feel partnership</w:t>
      </w:r>
    </w:p>
    <w:p w14:paraId="25AA382A" w14:textId="77777777" w:rsidR="00555DF7" w:rsidRDefault="00555DF7" w:rsidP="00555DF7">
      <w:pPr>
        <w:spacing w:after="240"/>
      </w:pPr>
      <w:r>
        <w:t>chaos → you feel peace</w:t>
      </w:r>
    </w:p>
    <w:p w14:paraId="0E396D97" w14:textId="77777777" w:rsidR="00555DF7" w:rsidRDefault="00555DF7" w:rsidP="00555DF7">
      <w:pPr>
        <w:spacing w:after="240"/>
      </w:pPr>
      <w:r>
        <w:t>uncertainty → you feel clarity</w:t>
      </w:r>
    </w:p>
    <w:p w14:paraId="4C2DF486" w14:textId="77777777" w:rsidR="00555DF7" w:rsidRDefault="00555DF7" w:rsidP="00555DF7">
      <w:pPr>
        <w:spacing w:after="240"/>
      </w:pPr>
      <w:r>
        <w:t>Marriage becomes a place of rest, growth, and deep joy.</w:t>
      </w:r>
    </w:p>
    <w:p w14:paraId="1A0A9B23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📚</w:t>
      </w:r>
      <w:r>
        <w:t xml:space="preserve"> Scripture Study </w:t>
      </w:r>
      <w:r>
        <w:rPr>
          <w:rFonts w:hint="eastAsia"/>
        </w:rPr>
        <w:t>—</w:t>
      </w:r>
      <w:r>
        <w:t xml:space="preserve"> Covenant That Lasts</w:t>
      </w:r>
    </w:p>
    <w:p w14:paraId="23EE5B1E" w14:textId="77777777" w:rsidR="00555DF7" w:rsidRDefault="00555DF7" w:rsidP="00555DF7">
      <w:pPr>
        <w:spacing w:after="240"/>
      </w:pPr>
      <w:r>
        <w:t>Read &amp; Reflect:</w:t>
      </w:r>
    </w:p>
    <w:p w14:paraId="0A2A59BB" w14:textId="77777777" w:rsidR="00555DF7" w:rsidRDefault="00555DF7" w:rsidP="00555DF7">
      <w:pPr>
        <w:spacing w:after="240"/>
      </w:pPr>
      <w:r>
        <w:t>Genesis 2:24</w:t>
      </w:r>
    </w:p>
    <w:p w14:paraId="15C10785" w14:textId="77777777" w:rsidR="00555DF7" w:rsidRDefault="00555DF7" w:rsidP="00555DF7">
      <w:pPr>
        <w:spacing w:after="240"/>
      </w:pPr>
      <w:r>
        <w:t>Two become one.</w:t>
      </w:r>
    </w:p>
    <w:p w14:paraId="294A2FB7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What does unity mean emotionally and spiritually?</w:t>
      </w:r>
    </w:p>
    <w:p w14:paraId="1E155460" w14:textId="77777777" w:rsidR="00555DF7" w:rsidRDefault="00555DF7" w:rsidP="00555DF7">
      <w:pPr>
        <w:spacing w:after="240"/>
      </w:pPr>
      <w:r>
        <w:t>Ecclesiastes 4:9</w:t>
      </w:r>
      <w:r>
        <w:rPr>
          <w:rFonts w:hint="eastAsia"/>
        </w:rPr>
        <w:t>–</w:t>
      </w:r>
      <w:r>
        <w:t>12</w:t>
      </w:r>
    </w:p>
    <w:p w14:paraId="3352B8FF" w14:textId="77777777" w:rsidR="00555DF7" w:rsidRDefault="00555DF7" w:rsidP="00555DF7">
      <w:pPr>
        <w:spacing w:after="240"/>
      </w:pPr>
      <w:r>
        <w:t>Stronger together.</w:t>
      </w:r>
    </w:p>
    <w:p w14:paraId="078FEB7A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partnership protect love?</w:t>
      </w:r>
    </w:p>
    <w:p w14:paraId="37495CD2" w14:textId="77777777" w:rsidR="00555DF7" w:rsidRDefault="00555DF7" w:rsidP="00555DF7">
      <w:pPr>
        <w:spacing w:after="240"/>
      </w:pPr>
      <w:r>
        <w:t>Ephesians 5:25</w:t>
      </w:r>
    </w:p>
    <w:p w14:paraId="147AB24B" w14:textId="77777777" w:rsidR="00555DF7" w:rsidRDefault="00555DF7" w:rsidP="00555DF7">
      <w:pPr>
        <w:spacing w:after="240"/>
      </w:pPr>
      <w:r>
        <w:t>Love as sacrifice and care.</w:t>
      </w:r>
    </w:p>
    <w:p w14:paraId="42169E18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serving love strengthen marriage?</w:t>
      </w:r>
    </w:p>
    <w:p w14:paraId="78BBD70E" w14:textId="77777777" w:rsidR="00555DF7" w:rsidRDefault="00555DF7" w:rsidP="00555DF7">
      <w:pPr>
        <w:spacing w:after="240"/>
      </w:pPr>
      <w:r>
        <w:t>Proverbs 18:22</w:t>
      </w:r>
    </w:p>
    <w:p w14:paraId="59363A35" w14:textId="77777777" w:rsidR="00555DF7" w:rsidRDefault="00555DF7" w:rsidP="00555DF7">
      <w:pPr>
        <w:spacing w:after="240"/>
      </w:pPr>
      <w:r>
        <w:t>Marriage as blessing.</w:t>
      </w:r>
    </w:p>
    <w:p w14:paraId="1063E257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➡</w:t>
      </w:r>
      <w:r>
        <w:t xml:space="preserve"> How does God view covenant relationships?</w:t>
      </w:r>
    </w:p>
    <w:p w14:paraId="62EEEA56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📝</w:t>
      </w:r>
      <w:r>
        <w:t xml:space="preserve"> Journal Pages </w:t>
      </w:r>
      <w:r>
        <w:rPr>
          <w:rFonts w:hint="eastAsia"/>
        </w:rPr>
        <w:t>—</w:t>
      </w:r>
      <w:r>
        <w:t xml:space="preserve"> Chapter Twelve</w:t>
      </w:r>
    </w:p>
    <w:p w14:paraId="02A0D111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✍</w:t>
      </w:r>
      <w:r>
        <w:t xml:space="preserve"> Covenant Readiness Reflection</w:t>
      </w:r>
    </w:p>
    <w:p w14:paraId="6E813B43" w14:textId="77777777" w:rsidR="00555DF7" w:rsidRDefault="00555DF7" w:rsidP="00555DF7">
      <w:pPr>
        <w:spacing w:after="240"/>
      </w:pPr>
      <w:r>
        <w:t>Do I feel emotionally healed enough to build a lifelong partnership?</w:t>
      </w:r>
    </w:p>
    <w:p w14:paraId="6ECB5B1F" w14:textId="77777777" w:rsidR="00555DF7" w:rsidRDefault="00555DF7" w:rsidP="00555DF7">
      <w:pPr>
        <w:spacing w:after="240"/>
      </w:pPr>
      <w:r>
        <w:t>What qualities do I want to bring into marriage?</w:t>
      </w:r>
    </w:p>
    <w:p w14:paraId="0A73A6AE" w14:textId="77777777" w:rsidR="00555DF7" w:rsidRDefault="00555DF7" w:rsidP="00555DF7">
      <w:pPr>
        <w:spacing w:after="240"/>
      </w:pPr>
      <w:r>
        <w:t>What kind of spouse do I want to be?</w:t>
      </w:r>
    </w:p>
    <w:p w14:paraId="11CE22C7" w14:textId="77777777" w:rsidR="00555DF7" w:rsidRDefault="00555DF7" w:rsidP="00555DF7">
      <w:pPr>
        <w:spacing w:after="240"/>
      </w:pPr>
      <w:r>
        <w:t>How will I protect intimacy and trust long-term?</w:t>
      </w:r>
    </w:p>
    <w:p w14:paraId="2C18DD4C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💬</w:t>
      </w:r>
      <w:r>
        <w:t xml:space="preserve"> Couple Workbook</w:t>
      </w:r>
    </w:p>
    <w:p w14:paraId="50EE7E81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What does marriage mean to each of us?</w:t>
      </w:r>
    </w:p>
    <w:p w14:paraId="68780928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How will we handle conflict together?</w:t>
      </w:r>
    </w:p>
    <w:p w14:paraId="60042BC1" w14:textId="77777777" w:rsidR="00555DF7" w:rsidRDefault="00555DF7" w:rsidP="00555DF7">
      <w:pPr>
        <w:spacing w:after="240"/>
      </w:pPr>
      <w:r>
        <w:rPr>
          <w:rFonts w:hint="eastAsia"/>
        </w:rPr>
        <w:t>•</w:t>
      </w:r>
      <w:r>
        <w:t xml:space="preserve"> What habits will strengthen our bond daily?</w:t>
      </w:r>
    </w:p>
    <w:p w14:paraId="1B0F7E5B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🙏</w:t>
      </w:r>
      <w:r>
        <w:t xml:space="preserve"> Prayer</w:t>
      </w:r>
    </w:p>
    <w:p w14:paraId="3C6F2A79" w14:textId="77777777" w:rsidR="00555DF7" w:rsidRDefault="00555DF7" w:rsidP="00555DF7">
      <w:pPr>
        <w:spacing w:after="240"/>
      </w:pPr>
      <w:r>
        <w:rPr>
          <w:rFonts w:hint="eastAsia"/>
        </w:rPr>
        <w:t>“</w:t>
      </w:r>
      <w:r>
        <w:t>God, prepare my heart for covenant love.</w:t>
      </w:r>
    </w:p>
    <w:p w14:paraId="0FBD2D64" w14:textId="77777777" w:rsidR="00555DF7" w:rsidRDefault="00555DF7" w:rsidP="00555DF7">
      <w:pPr>
        <w:spacing w:after="240"/>
      </w:pPr>
      <w:r>
        <w:t xml:space="preserve">Teach me to build marriage on Your design </w:t>
      </w:r>
      <w:r>
        <w:rPr>
          <w:rFonts w:hint="eastAsia"/>
        </w:rPr>
        <w:t>—</w:t>
      </w:r>
      <w:r>
        <w:t xml:space="preserve"> not fear or past wounds.</w:t>
      </w:r>
    </w:p>
    <w:p w14:paraId="6783091A" w14:textId="77777777" w:rsidR="00555DF7" w:rsidRDefault="00555DF7" w:rsidP="00555DF7">
      <w:pPr>
        <w:spacing w:after="240"/>
      </w:pPr>
      <w:r>
        <w:t>Grow intimacy that lasts a lifetime.</w:t>
      </w:r>
      <w:r>
        <w:rPr>
          <w:rFonts w:hint="eastAsia"/>
        </w:rPr>
        <w:t>”</w:t>
      </w:r>
    </w:p>
    <w:p w14:paraId="290117FE" w14:textId="77777777" w:rsidR="00555DF7" w:rsidRDefault="00555DF7" w:rsidP="00555DF7">
      <w:pPr>
        <w:spacing w:after="240"/>
      </w:pPr>
      <w:r>
        <w:rPr>
          <w:rFonts w:ascii="Segoe UI Emoji" w:hAnsi="Segoe UI Emoji" w:cs="Segoe UI Emoji"/>
        </w:rPr>
        <w:t>🌱</w:t>
      </w:r>
      <w:r>
        <w:t xml:space="preserve"> Chapter Twelve Truth</w:t>
      </w:r>
    </w:p>
    <w:p w14:paraId="2A02342E" w14:textId="77777777" w:rsidR="00555DF7" w:rsidRDefault="00555DF7" w:rsidP="00555DF7">
      <w:pPr>
        <w:spacing w:after="240"/>
      </w:pPr>
      <w:r>
        <w:t>Healthy dating builds connection.</w:t>
      </w:r>
    </w:p>
    <w:p w14:paraId="31989870" w14:textId="77777777" w:rsidR="00555DF7" w:rsidRDefault="00555DF7" w:rsidP="00555DF7">
      <w:pPr>
        <w:spacing w:after="240"/>
      </w:pPr>
      <w:r>
        <w:t>Wise boundaries protect love.</w:t>
      </w:r>
    </w:p>
    <w:p w14:paraId="461CBE5A" w14:textId="77777777" w:rsidR="00555DF7" w:rsidRDefault="00555DF7" w:rsidP="00555DF7">
      <w:pPr>
        <w:spacing w:after="240"/>
      </w:pPr>
      <w:r>
        <w:t>Covenant makes intimacy unshakable.</w:t>
      </w:r>
    </w:p>
    <w:p w14:paraId="50FF6EF5" w14:textId="57BF6F57" w:rsidR="00890353" w:rsidRDefault="00555DF7">
      <w:pPr>
        <w:spacing w:after="240"/>
      </w:pPr>
      <w:r>
        <w:t>God</w:t>
      </w:r>
      <w:r>
        <w:rPr>
          <w:rFonts w:hint="eastAsia"/>
        </w:rPr>
        <w:t>’</w:t>
      </w:r>
      <w:r>
        <w:t>s design leads to marriages that don</w:t>
      </w:r>
      <w:r>
        <w:rPr>
          <w:rFonts w:hint="eastAsia"/>
        </w:rPr>
        <w:t>’</w:t>
      </w:r>
      <w:r>
        <w:t xml:space="preserve">t just survive </w:t>
      </w:r>
      <w:r>
        <w:rPr>
          <w:rFonts w:hint="eastAsia"/>
        </w:rPr>
        <w:t>—</w:t>
      </w:r>
      <w:r>
        <w:t xml:space="preserve"> they thrive.</w:t>
      </w:r>
      <w:r w:rsidR="00000000">
        <w:br/>
      </w:r>
    </w:p>
    <w:p w14:paraId="73D379C3" w14:textId="77777777" w:rsidR="00B41FA9" w:rsidRDefault="00B41FA9" w:rsidP="00B41FA9">
      <w:pPr>
        <w:spacing w:after="240"/>
      </w:pPr>
      <w:r>
        <w:rPr>
          <w:rFonts w:ascii="Segoe UI Emoji" w:hAnsi="Segoe UI Emoji" w:cs="Segoe UI Emoji"/>
        </w:rPr>
        <w:t>📕</w:t>
      </w:r>
      <w:r>
        <w:t xml:space="preserve"> CONCLUSION</w:t>
      </w:r>
    </w:p>
    <w:p w14:paraId="12F32AAC" w14:textId="77777777" w:rsidR="00B41FA9" w:rsidRDefault="00B41FA9" w:rsidP="00B41FA9">
      <w:pPr>
        <w:spacing w:after="240"/>
      </w:pPr>
      <w:r>
        <w:t>Building Love That Reflects God</w:t>
      </w:r>
      <w:r>
        <w:rPr>
          <w:rFonts w:hint="eastAsia"/>
        </w:rPr>
        <w:t>’</w:t>
      </w:r>
      <w:r>
        <w:t>s Heart</w:t>
      </w:r>
    </w:p>
    <w:p w14:paraId="15B8D37E" w14:textId="77777777" w:rsidR="00B41FA9" w:rsidRDefault="00B41FA9" w:rsidP="00B41FA9">
      <w:pPr>
        <w:spacing w:after="240"/>
      </w:pPr>
      <w:r>
        <w:t>If there is one truth I hope you carry from this book, it</w:t>
      </w:r>
      <w:r>
        <w:rPr>
          <w:rFonts w:hint="eastAsia"/>
        </w:rPr>
        <w:t>’</w:t>
      </w:r>
      <w:r>
        <w:t>s this:</w:t>
      </w:r>
    </w:p>
    <w:p w14:paraId="6E96356E" w14:textId="77777777" w:rsidR="00B41FA9" w:rsidRDefault="00B41FA9" w:rsidP="00B41FA9">
      <w:pPr>
        <w:spacing w:after="240"/>
      </w:pPr>
      <w:r>
        <w:t>Healthy love is not chaotic.</w:t>
      </w:r>
    </w:p>
    <w:p w14:paraId="138CA0B2" w14:textId="77777777" w:rsidR="00B41FA9" w:rsidRDefault="00B41FA9" w:rsidP="00B41FA9">
      <w:pPr>
        <w:spacing w:after="240"/>
      </w:pPr>
      <w:r>
        <w:t>It is calm.</w:t>
      </w:r>
    </w:p>
    <w:p w14:paraId="14FD7727" w14:textId="77777777" w:rsidR="00B41FA9" w:rsidRDefault="00B41FA9" w:rsidP="00B41FA9">
      <w:pPr>
        <w:spacing w:after="240"/>
      </w:pPr>
      <w:r>
        <w:t>It is secure.</w:t>
      </w:r>
    </w:p>
    <w:p w14:paraId="5AD0C645" w14:textId="77777777" w:rsidR="00B41FA9" w:rsidRDefault="00B41FA9" w:rsidP="00B41FA9">
      <w:pPr>
        <w:spacing w:after="240"/>
      </w:pPr>
      <w:r>
        <w:t>It is mutual.</w:t>
      </w:r>
    </w:p>
    <w:p w14:paraId="16531A43" w14:textId="77777777" w:rsidR="00B41FA9" w:rsidRDefault="00B41FA9" w:rsidP="00B41FA9">
      <w:pPr>
        <w:spacing w:after="240"/>
      </w:pPr>
      <w:r>
        <w:t>It is protected.</w:t>
      </w:r>
    </w:p>
    <w:p w14:paraId="0D2343FA" w14:textId="77777777" w:rsidR="00B41FA9" w:rsidRDefault="00B41FA9" w:rsidP="00B41FA9">
      <w:pPr>
        <w:spacing w:after="240"/>
      </w:pPr>
      <w:r>
        <w:t>It grows stronger with time.</w:t>
      </w:r>
    </w:p>
    <w:p w14:paraId="1CF373D0" w14:textId="77777777" w:rsidR="00B41FA9" w:rsidRDefault="00B41FA9" w:rsidP="00B41FA9">
      <w:pPr>
        <w:spacing w:after="240"/>
      </w:pPr>
      <w:r>
        <w:t>Painful relationships are not proof you are broken.</w:t>
      </w:r>
    </w:p>
    <w:p w14:paraId="42AEA98F" w14:textId="77777777" w:rsidR="00B41FA9" w:rsidRDefault="00B41FA9" w:rsidP="00B41FA9">
      <w:pPr>
        <w:spacing w:after="240"/>
      </w:pPr>
      <w:r>
        <w:t>They are evidence of drift from God</w:t>
      </w:r>
      <w:r>
        <w:rPr>
          <w:rFonts w:hint="eastAsia"/>
        </w:rPr>
        <w:t>’</w:t>
      </w:r>
      <w:r>
        <w:t>s design.</w:t>
      </w:r>
    </w:p>
    <w:p w14:paraId="41ABB93A" w14:textId="77777777" w:rsidR="00B41FA9" w:rsidRDefault="00B41FA9" w:rsidP="00B41FA9">
      <w:pPr>
        <w:spacing w:after="240"/>
      </w:pPr>
      <w:r>
        <w:t>And drift can be healed.</w:t>
      </w:r>
    </w:p>
    <w:p w14:paraId="73EDBD95" w14:textId="77777777" w:rsidR="00B41FA9" w:rsidRDefault="00B41FA9" w:rsidP="00B41FA9">
      <w:pPr>
        <w:spacing w:after="240"/>
      </w:pPr>
      <w:r>
        <w:t>Throughout this journey, you</w:t>
      </w:r>
      <w:r>
        <w:rPr>
          <w:rFonts w:hint="eastAsia"/>
        </w:rPr>
        <w:t>’</w:t>
      </w:r>
      <w:r>
        <w:t>ve seen how intimacy was meant to flow:</w:t>
      </w:r>
    </w:p>
    <w:p w14:paraId="028F0354" w14:textId="77777777" w:rsidR="00B41FA9" w:rsidRDefault="00B41FA9" w:rsidP="00B41FA9">
      <w:pPr>
        <w:spacing w:after="240"/>
      </w:pPr>
      <w:r>
        <w:t>Connection before closeness</w:t>
      </w:r>
    </w:p>
    <w:p w14:paraId="437F6D48" w14:textId="77777777" w:rsidR="00B41FA9" w:rsidRDefault="00B41FA9" w:rsidP="00B41FA9">
      <w:pPr>
        <w:spacing w:after="240"/>
      </w:pPr>
      <w:r>
        <w:t>Safety before passion</w:t>
      </w:r>
    </w:p>
    <w:p w14:paraId="0A902CBE" w14:textId="77777777" w:rsidR="00B41FA9" w:rsidRDefault="00B41FA9" w:rsidP="00B41FA9">
      <w:pPr>
        <w:spacing w:after="240"/>
      </w:pPr>
      <w:r>
        <w:t>Mutual pursuit before attachment</w:t>
      </w:r>
    </w:p>
    <w:p w14:paraId="58112760" w14:textId="77777777" w:rsidR="00B41FA9" w:rsidRDefault="00B41FA9" w:rsidP="00B41FA9">
      <w:pPr>
        <w:spacing w:after="240"/>
      </w:pPr>
      <w:r>
        <w:t>Boundaries before deep vulnerability</w:t>
      </w:r>
    </w:p>
    <w:p w14:paraId="25206A1D" w14:textId="77777777" w:rsidR="00B41FA9" w:rsidRDefault="00B41FA9" w:rsidP="00B41FA9">
      <w:pPr>
        <w:spacing w:after="240"/>
      </w:pPr>
      <w:r>
        <w:t>Covenant before full union</w:t>
      </w:r>
    </w:p>
    <w:p w14:paraId="6793A503" w14:textId="77777777" w:rsidR="00B41FA9" w:rsidRDefault="00B41FA9" w:rsidP="00B41FA9">
      <w:pPr>
        <w:spacing w:after="240"/>
      </w:pPr>
      <w:r>
        <w:t>This order isn</w:t>
      </w:r>
      <w:r>
        <w:rPr>
          <w:rFonts w:hint="eastAsia"/>
        </w:rPr>
        <w:t>’</w:t>
      </w:r>
      <w:r>
        <w:t>t restrictive.</w:t>
      </w:r>
    </w:p>
    <w:p w14:paraId="262E530F" w14:textId="77777777" w:rsidR="00B41FA9" w:rsidRDefault="00B41FA9" w:rsidP="00B41FA9">
      <w:pPr>
        <w:spacing w:after="240"/>
      </w:pPr>
      <w:r>
        <w:t>It</w:t>
      </w:r>
      <w:r>
        <w:rPr>
          <w:rFonts w:hint="eastAsia"/>
        </w:rPr>
        <w:t>’</w:t>
      </w:r>
      <w:r>
        <w:t>s freeing.</w:t>
      </w:r>
    </w:p>
    <w:p w14:paraId="5A3540A9" w14:textId="77777777" w:rsidR="00B41FA9" w:rsidRDefault="00B41FA9" w:rsidP="00B41FA9">
      <w:pPr>
        <w:spacing w:after="240"/>
      </w:pPr>
      <w:r>
        <w:t>It creates relationships where love feels like peace instead of pressure.</w:t>
      </w:r>
    </w:p>
    <w:p w14:paraId="47FE87E8" w14:textId="77777777" w:rsidR="00B41FA9" w:rsidRDefault="00B41FA9" w:rsidP="00B41FA9">
      <w:pPr>
        <w:spacing w:after="240"/>
      </w:pPr>
      <w:r>
        <w:t>You</w:t>
      </w:r>
      <w:r>
        <w:rPr>
          <w:rFonts w:hint="eastAsia"/>
        </w:rPr>
        <w:t>’</w:t>
      </w:r>
      <w:r>
        <w:t>ve learned how to recognize unhealthy patterns.</w:t>
      </w:r>
    </w:p>
    <w:p w14:paraId="0AB0BA6F" w14:textId="77777777" w:rsidR="00B41FA9" w:rsidRDefault="00B41FA9" w:rsidP="00B41FA9">
      <w:pPr>
        <w:spacing w:after="240"/>
      </w:pPr>
      <w:r>
        <w:t>You</w:t>
      </w:r>
      <w:r>
        <w:rPr>
          <w:rFonts w:hint="eastAsia"/>
        </w:rPr>
        <w:t>’</w:t>
      </w:r>
      <w:r>
        <w:t>ve learned how to heal from manipulation.</w:t>
      </w:r>
    </w:p>
    <w:p w14:paraId="38ECDE0F" w14:textId="77777777" w:rsidR="00B41FA9" w:rsidRDefault="00B41FA9" w:rsidP="00B41FA9">
      <w:pPr>
        <w:spacing w:after="240"/>
      </w:pPr>
      <w:r>
        <w:t>You</w:t>
      </w:r>
      <w:r>
        <w:rPr>
          <w:rFonts w:hint="eastAsia"/>
        </w:rPr>
        <w:t>’</w:t>
      </w:r>
      <w:r>
        <w:t>ve learned how to build emotional safety.</w:t>
      </w:r>
    </w:p>
    <w:p w14:paraId="720FC5F4" w14:textId="77777777" w:rsidR="00B41FA9" w:rsidRDefault="00B41FA9" w:rsidP="00B41FA9">
      <w:pPr>
        <w:spacing w:after="240"/>
      </w:pPr>
      <w:r>
        <w:t>You</w:t>
      </w:r>
      <w:r>
        <w:rPr>
          <w:rFonts w:hint="eastAsia"/>
        </w:rPr>
        <w:t>’</w:t>
      </w:r>
      <w:r>
        <w:t>ve learned how to honor desire wisely.</w:t>
      </w:r>
    </w:p>
    <w:p w14:paraId="622A200B" w14:textId="77777777" w:rsidR="00B41FA9" w:rsidRDefault="00B41FA9" w:rsidP="00B41FA9">
      <w:pPr>
        <w:spacing w:after="240"/>
      </w:pPr>
      <w:r>
        <w:t>You</w:t>
      </w:r>
      <w:r>
        <w:rPr>
          <w:rFonts w:hint="eastAsia"/>
        </w:rPr>
        <w:t>’</w:t>
      </w:r>
      <w:r>
        <w:t>ve learned how to prepare for lifelong covenant love.</w:t>
      </w:r>
    </w:p>
    <w:p w14:paraId="051C3053" w14:textId="77777777" w:rsidR="00B41FA9" w:rsidRDefault="00B41FA9" w:rsidP="00B41FA9">
      <w:pPr>
        <w:spacing w:after="240"/>
      </w:pPr>
      <w:r>
        <w:t>But knowledge alone doesn</w:t>
      </w:r>
      <w:r>
        <w:rPr>
          <w:rFonts w:hint="eastAsia"/>
        </w:rPr>
        <w:t>’</w:t>
      </w:r>
      <w:r>
        <w:t>t transform relationships.</w:t>
      </w:r>
    </w:p>
    <w:p w14:paraId="257689F7" w14:textId="77777777" w:rsidR="00B41FA9" w:rsidRDefault="00B41FA9" w:rsidP="00B41FA9">
      <w:pPr>
        <w:spacing w:after="240"/>
      </w:pPr>
      <w:r>
        <w:t>Daily choices do.</w:t>
      </w:r>
    </w:p>
    <w:p w14:paraId="4F9789D8" w14:textId="77777777" w:rsidR="00B41FA9" w:rsidRDefault="00B41FA9" w:rsidP="00B41FA9">
      <w:pPr>
        <w:spacing w:after="240"/>
      </w:pPr>
      <w:r>
        <w:t>Choosing peace over intensity.</w:t>
      </w:r>
    </w:p>
    <w:p w14:paraId="038FF764" w14:textId="77777777" w:rsidR="00B41FA9" w:rsidRDefault="00B41FA9" w:rsidP="00B41FA9">
      <w:pPr>
        <w:spacing w:after="240"/>
      </w:pPr>
      <w:r>
        <w:t>Choosing boundaries over rushing.</w:t>
      </w:r>
    </w:p>
    <w:p w14:paraId="45127B96" w14:textId="77777777" w:rsidR="00B41FA9" w:rsidRDefault="00B41FA9" w:rsidP="00B41FA9">
      <w:pPr>
        <w:spacing w:after="240"/>
      </w:pPr>
      <w:r>
        <w:t>Choosing consistency over chaos.</w:t>
      </w:r>
    </w:p>
    <w:p w14:paraId="711C1589" w14:textId="77777777" w:rsidR="00B41FA9" w:rsidRDefault="00B41FA9" w:rsidP="00B41FA9">
      <w:pPr>
        <w:spacing w:after="240"/>
      </w:pPr>
      <w:r>
        <w:t>Choosing honesty over fear.</w:t>
      </w:r>
    </w:p>
    <w:p w14:paraId="5D732620" w14:textId="77777777" w:rsidR="00B41FA9" w:rsidRDefault="00B41FA9" w:rsidP="00B41FA9">
      <w:pPr>
        <w:spacing w:after="240"/>
      </w:pPr>
      <w:r>
        <w:t>Choosing God</w:t>
      </w:r>
      <w:r>
        <w:rPr>
          <w:rFonts w:hint="eastAsia"/>
        </w:rPr>
        <w:t>’</w:t>
      </w:r>
      <w:r>
        <w:t>s design over the world</w:t>
      </w:r>
      <w:r>
        <w:rPr>
          <w:rFonts w:hint="eastAsia"/>
        </w:rPr>
        <w:t>’</w:t>
      </w:r>
      <w:r>
        <w:t>s patterns.</w:t>
      </w:r>
    </w:p>
    <w:p w14:paraId="258A6F1F" w14:textId="77777777" w:rsidR="00B41FA9" w:rsidRDefault="00B41FA9" w:rsidP="00B41FA9">
      <w:pPr>
        <w:spacing w:after="240"/>
      </w:pPr>
      <w:r>
        <w:t>As you walk forward, remember:</w:t>
      </w:r>
    </w:p>
    <w:p w14:paraId="4AD5B567" w14:textId="77777777" w:rsidR="00B41FA9" w:rsidRDefault="00B41FA9" w:rsidP="00B41FA9">
      <w:pPr>
        <w:spacing w:after="240"/>
      </w:pPr>
      <w:r>
        <w:t>Healthy love doesn</w:t>
      </w:r>
      <w:r>
        <w:rPr>
          <w:rFonts w:hint="eastAsia"/>
        </w:rPr>
        <w:t>’</w:t>
      </w:r>
      <w:r>
        <w:t>t need chasing.</w:t>
      </w:r>
    </w:p>
    <w:p w14:paraId="039D12A7" w14:textId="77777777" w:rsidR="00B41FA9" w:rsidRDefault="00B41FA9" w:rsidP="00B41FA9">
      <w:pPr>
        <w:spacing w:after="240"/>
      </w:pPr>
      <w:r>
        <w:t>It doesn</w:t>
      </w:r>
      <w:r>
        <w:rPr>
          <w:rFonts w:hint="eastAsia"/>
        </w:rPr>
        <w:t>’</w:t>
      </w:r>
      <w:r>
        <w:t>t survive on emotional highs.</w:t>
      </w:r>
    </w:p>
    <w:p w14:paraId="3BE1492A" w14:textId="77777777" w:rsidR="00B41FA9" w:rsidRDefault="00B41FA9" w:rsidP="00B41FA9">
      <w:pPr>
        <w:spacing w:after="240"/>
      </w:pPr>
      <w:r>
        <w:t>It doesn</w:t>
      </w:r>
      <w:r>
        <w:rPr>
          <w:rFonts w:hint="eastAsia"/>
        </w:rPr>
        <w:t>’</w:t>
      </w:r>
      <w:r>
        <w:t>t grow through pressure.</w:t>
      </w:r>
    </w:p>
    <w:p w14:paraId="4CC0A873" w14:textId="77777777" w:rsidR="00B41FA9" w:rsidRDefault="00B41FA9" w:rsidP="00B41FA9">
      <w:pPr>
        <w:spacing w:after="240"/>
      </w:pPr>
      <w:r>
        <w:t>It grows through trust.</w:t>
      </w:r>
    </w:p>
    <w:p w14:paraId="160B159A" w14:textId="77777777" w:rsidR="00B41FA9" w:rsidRDefault="00B41FA9" w:rsidP="00B41FA9">
      <w:pPr>
        <w:spacing w:after="240"/>
      </w:pPr>
      <w:r>
        <w:t>Through patience.</w:t>
      </w:r>
    </w:p>
    <w:p w14:paraId="424875E9" w14:textId="77777777" w:rsidR="00B41FA9" w:rsidRDefault="00B41FA9" w:rsidP="00B41FA9">
      <w:pPr>
        <w:spacing w:after="240"/>
      </w:pPr>
      <w:r>
        <w:t>Through faithfulness.</w:t>
      </w:r>
    </w:p>
    <w:p w14:paraId="70E031A0" w14:textId="77777777" w:rsidR="00B41FA9" w:rsidRDefault="00B41FA9" w:rsidP="00B41FA9">
      <w:pPr>
        <w:spacing w:after="240"/>
      </w:pPr>
      <w:r>
        <w:t>Through mutual choice.</w:t>
      </w:r>
    </w:p>
    <w:p w14:paraId="63DCB9FD" w14:textId="77777777" w:rsidR="00B41FA9" w:rsidRDefault="00B41FA9" w:rsidP="00B41FA9">
      <w:pPr>
        <w:spacing w:after="240"/>
      </w:pPr>
      <w:r>
        <w:t>And when love is built God</w:t>
      </w:r>
      <w:r>
        <w:rPr>
          <w:rFonts w:hint="eastAsia"/>
        </w:rPr>
        <w:t>’</w:t>
      </w:r>
      <w:r>
        <w:t>s way, it becomes one of life</w:t>
      </w:r>
      <w:r>
        <w:rPr>
          <w:rFonts w:hint="eastAsia"/>
        </w:rPr>
        <w:t>’</w:t>
      </w:r>
      <w:r>
        <w:t>s greatest blessings.</w:t>
      </w:r>
    </w:p>
    <w:p w14:paraId="25D80A49" w14:textId="77777777" w:rsidR="00B41FA9" w:rsidRDefault="00B41FA9" w:rsidP="00B41FA9">
      <w:pPr>
        <w:spacing w:after="240"/>
      </w:pPr>
      <w:r>
        <w:t>If your past has been painful, healing is possible.</w:t>
      </w:r>
    </w:p>
    <w:p w14:paraId="6C0F5128" w14:textId="77777777" w:rsidR="00B41FA9" w:rsidRDefault="00B41FA9" w:rsidP="00B41FA9">
      <w:pPr>
        <w:spacing w:after="240"/>
      </w:pPr>
      <w:r>
        <w:t>If your heart has been broken, restoration is coming.</w:t>
      </w:r>
    </w:p>
    <w:p w14:paraId="22A9660B" w14:textId="77777777" w:rsidR="00B41FA9" w:rsidRDefault="00B41FA9" w:rsidP="00B41FA9">
      <w:pPr>
        <w:spacing w:after="240"/>
      </w:pPr>
      <w:r>
        <w:t xml:space="preserve">If you desire a love that feels safe, joyful, and lasting </w:t>
      </w:r>
      <w:r>
        <w:rPr>
          <w:rFonts w:hint="eastAsia"/>
        </w:rPr>
        <w:t>—</w:t>
      </w:r>
      <w:r>
        <w:t xml:space="preserve"> God is already leading you toward it.</w:t>
      </w:r>
    </w:p>
    <w:p w14:paraId="57BC66DF" w14:textId="77777777" w:rsidR="00B41FA9" w:rsidRDefault="00B41FA9" w:rsidP="00B41FA9">
      <w:pPr>
        <w:spacing w:after="240"/>
      </w:pPr>
      <w:r>
        <w:t>Build wisely.</w:t>
      </w:r>
    </w:p>
    <w:p w14:paraId="71C35FA9" w14:textId="77777777" w:rsidR="00B41FA9" w:rsidRDefault="00B41FA9" w:rsidP="00B41FA9">
      <w:pPr>
        <w:spacing w:after="240"/>
      </w:pPr>
      <w:r>
        <w:t>Love intentionally.</w:t>
      </w:r>
    </w:p>
    <w:p w14:paraId="6F39D0C0" w14:textId="77777777" w:rsidR="00B41FA9" w:rsidRDefault="00B41FA9" w:rsidP="00B41FA9">
      <w:pPr>
        <w:spacing w:after="240"/>
      </w:pPr>
      <w:r>
        <w:t>Trust God</w:t>
      </w:r>
      <w:r>
        <w:rPr>
          <w:rFonts w:hint="eastAsia"/>
        </w:rPr>
        <w:t>’</w:t>
      </w:r>
      <w:r>
        <w:t>s design.</w:t>
      </w:r>
    </w:p>
    <w:p w14:paraId="72508AD0" w14:textId="180A476B" w:rsidR="00890353" w:rsidRDefault="00B41FA9">
      <w:pPr>
        <w:spacing w:after="240"/>
      </w:pPr>
      <w:r>
        <w:t>And watch intimacy become the beautiful gift it was always meant to be.</w:t>
      </w:r>
    </w:p>
    <w:sectPr w:rsidR="00890353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99135121">
    <w:abstractNumId w:val="8"/>
  </w:num>
  <w:num w:numId="2" w16cid:durableId="240260711">
    <w:abstractNumId w:val="6"/>
  </w:num>
  <w:num w:numId="3" w16cid:durableId="1565484498">
    <w:abstractNumId w:val="5"/>
  </w:num>
  <w:num w:numId="4" w16cid:durableId="387925221">
    <w:abstractNumId w:val="4"/>
  </w:num>
  <w:num w:numId="5" w16cid:durableId="2086294576">
    <w:abstractNumId w:val="7"/>
  </w:num>
  <w:num w:numId="6" w16cid:durableId="929891591">
    <w:abstractNumId w:val="3"/>
  </w:num>
  <w:num w:numId="7" w16cid:durableId="275721047">
    <w:abstractNumId w:val="2"/>
  </w:num>
  <w:num w:numId="8" w16cid:durableId="1208450292">
    <w:abstractNumId w:val="1"/>
  </w:num>
  <w:num w:numId="9" w16cid:durableId="789396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65CA"/>
    <w:rsid w:val="0006063C"/>
    <w:rsid w:val="0015074B"/>
    <w:rsid w:val="001F50A8"/>
    <w:rsid w:val="0029639D"/>
    <w:rsid w:val="002C67CA"/>
    <w:rsid w:val="002D248D"/>
    <w:rsid w:val="00326F90"/>
    <w:rsid w:val="003576ED"/>
    <w:rsid w:val="003E2618"/>
    <w:rsid w:val="00434E24"/>
    <w:rsid w:val="00555DF7"/>
    <w:rsid w:val="006A4C96"/>
    <w:rsid w:val="00796757"/>
    <w:rsid w:val="0081474D"/>
    <w:rsid w:val="0087521E"/>
    <w:rsid w:val="00890353"/>
    <w:rsid w:val="009E7AAB"/>
    <w:rsid w:val="009F02B3"/>
    <w:rsid w:val="00A70F28"/>
    <w:rsid w:val="00AA1D8D"/>
    <w:rsid w:val="00AB5304"/>
    <w:rsid w:val="00B10C4D"/>
    <w:rsid w:val="00B41FA9"/>
    <w:rsid w:val="00B47730"/>
    <w:rsid w:val="00B82EE5"/>
    <w:rsid w:val="00BC3B8B"/>
    <w:rsid w:val="00C633C3"/>
    <w:rsid w:val="00CB0664"/>
    <w:rsid w:val="00CE70D0"/>
    <w:rsid w:val="00D468D6"/>
    <w:rsid w:val="00EB3B1E"/>
    <w:rsid w:val="00F63472"/>
    <w:rsid w:val="00FC693F"/>
    <w:rsid w:val="00FC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135ED8"/>
  <w14:defaultImageDpi w14:val="300"/>
  <w15:docId w15:val="{40372CAA-B562-2547-ABBB-B6879101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8155</Words>
  <Characters>46485</Characters>
  <Application>Microsoft Office Word</Application>
  <DocSecurity>0</DocSecurity>
  <Lines>387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54531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Richard Muller</cp:lastModifiedBy>
  <cp:revision>26</cp:revision>
  <dcterms:created xsi:type="dcterms:W3CDTF">2026-01-31T13:33:00Z</dcterms:created>
  <dcterms:modified xsi:type="dcterms:W3CDTF">2026-01-31T14:21:00Z</dcterms:modified>
  <cp:category/>
</cp:coreProperties>
</file>