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898AC" w14:textId="40938544" w:rsidR="00BF0725" w:rsidRDefault="00BF0725" w:rsidP="00BF0725">
      <w:pPr>
        <w:jc w:val="center"/>
        <w:rPr>
          <w:rFonts w:asciiTheme="majorHAnsi" w:eastAsiaTheme="majorEastAsia" w:hAnsiTheme="majorHAnsi" w:cstheme="majorBidi"/>
          <w:b/>
          <w:bCs/>
          <w:color w:val="365F91" w:themeColor="accent1" w:themeShade="BF"/>
          <w:spacing w:val="5"/>
          <w:kern w:val="28"/>
          <w:sz w:val="48"/>
          <w:szCs w:val="48"/>
        </w:rPr>
      </w:pPr>
      <w:r>
        <w:rPr>
          <w:rFonts w:asciiTheme="majorHAnsi" w:eastAsiaTheme="majorEastAsia" w:hAnsiTheme="majorHAnsi" w:cstheme="majorBidi"/>
          <w:b/>
          <w:bCs/>
          <w:noProof/>
          <w:color w:val="365F91" w:themeColor="accent1" w:themeShade="BF"/>
          <w:spacing w:val="5"/>
          <w:kern w:val="28"/>
          <w:sz w:val="48"/>
          <w:szCs w:val="48"/>
        </w:rPr>
        <w:drawing>
          <wp:inline distT="0" distB="0" distL="0" distR="0" wp14:anchorId="766C5B3D" wp14:editId="3AEE96F1">
            <wp:extent cx="5486400" cy="5486400"/>
            <wp:effectExtent l="0" t="0" r="0" b="0"/>
            <wp:docPr id="1355512126" name="Picture 1" descr="A chess board with a high heel and chess pie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512126" name="Picture 1" descr="A chess board with a high heel and chess pieces&#10;&#10;AI-generated content may be incorrect."/>
                    <pic:cNvPicPr/>
                  </pic:nvPicPr>
                  <pic:blipFill>
                    <a:blip r:embed="rId8"/>
                    <a:stretch>
                      <a:fillRect/>
                    </a:stretch>
                  </pic:blipFill>
                  <pic:spPr>
                    <a:xfrm>
                      <a:off x="0" y="0"/>
                      <a:ext cx="5486400" cy="5486400"/>
                    </a:xfrm>
                    <a:prstGeom prst="rect">
                      <a:avLst/>
                    </a:prstGeom>
                  </pic:spPr>
                </pic:pic>
              </a:graphicData>
            </a:graphic>
          </wp:inline>
        </w:drawing>
      </w:r>
      <w:r>
        <w:rPr>
          <w:rFonts w:asciiTheme="majorHAnsi" w:eastAsiaTheme="majorEastAsia" w:hAnsiTheme="majorHAnsi" w:cstheme="majorBidi"/>
          <w:b/>
          <w:bCs/>
          <w:color w:val="365F91" w:themeColor="accent1" w:themeShade="BF"/>
          <w:spacing w:val="5"/>
          <w:kern w:val="28"/>
          <w:sz w:val="48"/>
          <w:szCs w:val="48"/>
        </w:rPr>
        <w:br w:type="page"/>
      </w:r>
    </w:p>
    <w:p w14:paraId="66B9A654" w14:textId="24EB8C0D" w:rsidR="0080549C" w:rsidRDefault="004E6239" w:rsidP="0080549C">
      <w:pPr>
        <w:spacing w:line="288" w:lineRule="auto"/>
        <w:jc w:val="center"/>
        <w:rPr>
          <w:rFonts w:asciiTheme="majorHAnsi" w:eastAsiaTheme="majorEastAsia" w:hAnsiTheme="majorHAnsi" w:cstheme="majorBidi"/>
          <w:b/>
          <w:bCs/>
          <w:color w:val="365F91" w:themeColor="accent1" w:themeShade="BF"/>
          <w:spacing w:val="5"/>
          <w:kern w:val="28"/>
          <w:sz w:val="48"/>
          <w:szCs w:val="48"/>
        </w:rPr>
      </w:pPr>
      <w:r w:rsidRPr="004E6239">
        <w:rPr>
          <w:rFonts w:asciiTheme="majorHAnsi" w:eastAsiaTheme="majorEastAsia" w:hAnsiTheme="majorHAnsi" w:cstheme="majorBidi"/>
          <w:b/>
          <w:bCs/>
          <w:color w:val="365F91" w:themeColor="accent1" w:themeShade="BF"/>
          <w:spacing w:val="5"/>
          <w:kern w:val="28"/>
          <w:sz w:val="48"/>
          <w:szCs w:val="48"/>
        </w:rPr>
        <w:lastRenderedPageBreak/>
        <w:t>Silicone Solutions: Lies, Lust, and Latex</w:t>
      </w:r>
    </w:p>
    <w:p w14:paraId="6C0E34CD" w14:textId="77777777" w:rsidR="0080549C" w:rsidRDefault="004E6239" w:rsidP="0080549C">
      <w:pPr>
        <w:spacing w:line="288" w:lineRule="auto"/>
        <w:jc w:val="center"/>
        <w:rPr>
          <w:rFonts w:asciiTheme="majorHAnsi" w:eastAsiaTheme="majorEastAsia" w:hAnsiTheme="majorHAnsi" w:cstheme="majorBidi"/>
          <w:b/>
          <w:bCs/>
          <w:i/>
          <w:iCs/>
          <w:color w:val="365F91" w:themeColor="accent1" w:themeShade="BF"/>
          <w:spacing w:val="5"/>
          <w:kern w:val="28"/>
          <w:sz w:val="48"/>
          <w:szCs w:val="48"/>
        </w:rPr>
      </w:pPr>
      <w:r w:rsidRPr="004E6239">
        <w:rPr>
          <w:rFonts w:asciiTheme="majorHAnsi" w:eastAsiaTheme="majorEastAsia" w:hAnsiTheme="majorHAnsi" w:cstheme="majorBidi"/>
          <w:b/>
          <w:bCs/>
          <w:i/>
          <w:iCs/>
          <w:color w:val="365F91" w:themeColor="accent1" w:themeShade="BF"/>
          <w:spacing w:val="5"/>
          <w:kern w:val="28"/>
          <w:sz w:val="48"/>
          <w:szCs w:val="48"/>
        </w:rPr>
        <w:t>A Novel by</w:t>
      </w:r>
    </w:p>
    <w:p w14:paraId="6D180943" w14:textId="4F402D14" w:rsidR="004E6239" w:rsidRPr="004E6239" w:rsidRDefault="004E6239" w:rsidP="0080549C">
      <w:pPr>
        <w:spacing w:line="288" w:lineRule="auto"/>
        <w:jc w:val="center"/>
        <w:rPr>
          <w:rFonts w:asciiTheme="majorHAnsi" w:eastAsiaTheme="majorEastAsia" w:hAnsiTheme="majorHAnsi" w:cstheme="majorBidi"/>
          <w:b/>
          <w:bCs/>
          <w:color w:val="365F91" w:themeColor="accent1" w:themeShade="BF"/>
          <w:spacing w:val="5"/>
          <w:kern w:val="28"/>
          <w:sz w:val="48"/>
          <w:szCs w:val="48"/>
        </w:rPr>
      </w:pPr>
      <w:r w:rsidRPr="004E6239">
        <w:rPr>
          <w:rFonts w:asciiTheme="majorHAnsi" w:eastAsiaTheme="majorEastAsia" w:hAnsiTheme="majorHAnsi" w:cstheme="majorBidi"/>
          <w:b/>
          <w:bCs/>
          <w:color w:val="365F91" w:themeColor="accent1" w:themeShade="BF"/>
          <w:spacing w:val="5"/>
          <w:kern w:val="28"/>
          <w:sz w:val="48"/>
          <w:szCs w:val="48"/>
        </w:rPr>
        <w:t>Bryan J. Pesta</w:t>
      </w:r>
    </w:p>
    <w:p w14:paraId="780706A7" w14:textId="77777777" w:rsidR="004E6239" w:rsidRDefault="004E6239">
      <w:pPr>
        <w:rPr>
          <w:rFonts w:asciiTheme="majorHAnsi" w:eastAsiaTheme="majorEastAsia" w:hAnsiTheme="majorHAnsi" w:cstheme="majorBidi"/>
          <w:b/>
          <w:bCs/>
          <w:color w:val="365F91" w:themeColor="accent1" w:themeShade="BF"/>
          <w:spacing w:val="5"/>
          <w:kern w:val="28"/>
          <w:sz w:val="52"/>
          <w:szCs w:val="52"/>
        </w:rPr>
      </w:pPr>
      <w:r>
        <w:rPr>
          <w:rFonts w:asciiTheme="majorHAnsi" w:eastAsiaTheme="majorEastAsia" w:hAnsiTheme="majorHAnsi" w:cstheme="majorBidi"/>
          <w:b/>
          <w:bCs/>
          <w:color w:val="365F91" w:themeColor="accent1" w:themeShade="BF"/>
          <w:spacing w:val="5"/>
          <w:kern w:val="28"/>
          <w:sz w:val="52"/>
          <w:szCs w:val="52"/>
        </w:rPr>
        <w:br w:type="page"/>
      </w:r>
    </w:p>
    <w:p w14:paraId="26F5CC8F" w14:textId="0310A98F" w:rsidR="003946CF" w:rsidRPr="003946CF" w:rsidRDefault="003946CF" w:rsidP="0080549C">
      <w:r w:rsidRPr="003946CF">
        <w:rPr>
          <w:b/>
          <w:bCs/>
        </w:rPr>
        <w:lastRenderedPageBreak/>
        <w:t>Silicone Solutions: Lies, Lust, and Latex</w:t>
      </w:r>
      <w:r w:rsidRPr="003946CF">
        <w:br/>
        <w:t>© 202</w:t>
      </w:r>
      <w:r w:rsidR="004E6239">
        <w:t>5</w:t>
      </w:r>
      <w:r w:rsidRPr="003946CF">
        <w:t xml:space="preserve"> Bryan J. Pesta</w:t>
      </w:r>
      <w:r w:rsidRPr="003946CF">
        <w:br/>
        <w:t>All rights reserved. No part of this book may be reproduced, stored, or transmitted in any form without prior written permission from the author, except in the case of brief excerpts used for review purposes.</w:t>
      </w:r>
    </w:p>
    <w:p w14:paraId="248A9337" w14:textId="0856F6C3" w:rsidR="003946CF" w:rsidRDefault="003946CF" w:rsidP="003946CF">
      <w:r w:rsidRPr="003946CF">
        <w:rPr>
          <w:b/>
          <w:bCs/>
        </w:rPr>
        <w:t>ISBN:</w:t>
      </w:r>
      <w:r w:rsidRPr="003946CF">
        <w:t xml:space="preserve"> 979-8-218-60790-6</w:t>
      </w:r>
      <w:r w:rsidRPr="003946CF">
        <w:br/>
        <w:t xml:space="preserve">Cover design by </w:t>
      </w:r>
      <w:r>
        <w:t>Bryan J. Pesta</w:t>
      </w:r>
    </w:p>
    <w:p w14:paraId="3EB559D3" w14:textId="65951D1B" w:rsidR="003946CF" w:rsidRPr="003946CF" w:rsidRDefault="003946CF" w:rsidP="003946CF">
      <w:r w:rsidRPr="003946CF">
        <w:t>Printed in the United States of America</w:t>
      </w:r>
    </w:p>
    <w:p w14:paraId="4E43BF41" w14:textId="77777777" w:rsidR="003946CF" w:rsidRPr="003946CF" w:rsidRDefault="003946CF" w:rsidP="003946CF">
      <w:r w:rsidRPr="003946CF">
        <w:t>This is a work of fiction. Names, characters, businesses, places, and incidents either are the product of the author’s imagination or are used fictitiously. Any resemblance to actual events, locales, or persons, living or dead, is purely coincidental.</w:t>
      </w:r>
    </w:p>
    <w:p w14:paraId="36B0175A" w14:textId="77777777" w:rsidR="003946CF" w:rsidRDefault="003946CF" w:rsidP="005130F1"/>
    <w:p w14:paraId="00653B70" w14:textId="77777777" w:rsidR="00EE0B36" w:rsidRDefault="00EE0B36">
      <w:r>
        <w:br w:type="page"/>
      </w:r>
    </w:p>
    <w:sdt>
      <w:sdtPr>
        <w:rPr>
          <w:b/>
          <w:bCs/>
        </w:rPr>
        <w:id w:val="-1589772872"/>
        <w:docPartObj>
          <w:docPartGallery w:val="Table of Contents"/>
          <w:docPartUnique/>
        </w:docPartObj>
      </w:sdtPr>
      <w:sdtEndPr>
        <w:rPr>
          <w:b w:val="0"/>
          <w:bCs w:val="0"/>
          <w:noProof/>
          <w:color w:val="365F91" w:themeColor="accent1" w:themeShade="BF"/>
        </w:rPr>
      </w:sdtEndPr>
      <w:sdtContent>
        <w:p w14:paraId="2E5E8FFB" w14:textId="531E96B7" w:rsidR="00972A08" w:rsidRPr="003A25E9" w:rsidRDefault="005130F1" w:rsidP="00A75A1E">
          <w:pPr>
            <w:rPr>
              <w:b/>
              <w:bCs/>
              <w:color w:val="365F91" w:themeColor="accent1" w:themeShade="BF"/>
              <w:sz w:val="32"/>
              <w:szCs w:val="32"/>
            </w:rPr>
          </w:pPr>
          <w:r w:rsidRPr="003A25E9">
            <w:rPr>
              <w:b/>
              <w:bCs/>
              <w:color w:val="365F91" w:themeColor="accent1" w:themeShade="BF"/>
              <w:sz w:val="32"/>
              <w:szCs w:val="32"/>
            </w:rPr>
            <w:t xml:space="preserve">Table of </w:t>
          </w:r>
          <w:r w:rsidR="00972A08" w:rsidRPr="003A25E9">
            <w:rPr>
              <w:b/>
              <w:bCs/>
              <w:color w:val="365F91" w:themeColor="accent1" w:themeShade="BF"/>
              <w:sz w:val="32"/>
              <w:szCs w:val="32"/>
            </w:rPr>
            <w:t>Contents</w:t>
          </w:r>
        </w:p>
        <w:p w14:paraId="5300D639" w14:textId="32639850" w:rsidR="003A25E9" w:rsidRPr="003A25E9" w:rsidRDefault="003A25E9">
          <w:pPr>
            <w:pStyle w:val="TOC1"/>
            <w:rPr>
              <w:rFonts w:asciiTheme="minorHAnsi" w:hAnsiTheme="minorHAnsi"/>
              <w:color w:val="auto"/>
              <w:kern w:val="2"/>
              <w:szCs w:val="24"/>
              <w14:ligatures w14:val="standardContextual"/>
            </w:rPr>
          </w:pPr>
          <w:r w:rsidRPr="003A25E9">
            <w:rPr>
              <w:b/>
              <w:bCs/>
            </w:rPr>
            <w:t>*</w:t>
          </w:r>
          <w:r w:rsidR="00972A08" w:rsidRPr="003A25E9">
            <w:rPr>
              <w:b/>
              <w:bCs/>
            </w:rPr>
            <w:fldChar w:fldCharType="begin"/>
          </w:r>
          <w:r w:rsidR="00972A08" w:rsidRPr="003A25E9">
            <w:rPr>
              <w:b/>
              <w:bCs/>
            </w:rPr>
            <w:instrText xml:space="preserve"> TOC \o "1-3" \h \z \u </w:instrText>
          </w:r>
          <w:r w:rsidR="00972A08" w:rsidRPr="003A25E9">
            <w:rPr>
              <w:b/>
              <w:bCs/>
            </w:rPr>
            <w:fldChar w:fldCharType="separate"/>
          </w:r>
          <w:hyperlink w:anchor="_Toc189281293" w:history="1">
            <w:r w:rsidRPr="003A25E9">
              <w:rPr>
                <w:rStyle w:val="Hyperlink"/>
                <w:u w:val="none"/>
              </w:rPr>
              <w:t>Chapter 1: Will Power</w:t>
            </w:r>
            <w:r w:rsidRPr="003A25E9">
              <w:rPr>
                <w:webHidden/>
              </w:rPr>
              <w:tab/>
            </w:r>
            <w:r w:rsidRPr="003A25E9">
              <w:rPr>
                <w:webHidden/>
              </w:rPr>
              <w:fldChar w:fldCharType="begin"/>
            </w:r>
            <w:r w:rsidRPr="003A25E9">
              <w:rPr>
                <w:webHidden/>
              </w:rPr>
              <w:instrText xml:space="preserve"> PAGEREF _Toc189281293 \h </w:instrText>
            </w:r>
            <w:r w:rsidRPr="003A25E9">
              <w:rPr>
                <w:webHidden/>
              </w:rPr>
            </w:r>
            <w:r w:rsidRPr="003A25E9">
              <w:rPr>
                <w:webHidden/>
              </w:rPr>
              <w:fldChar w:fldCharType="separate"/>
            </w:r>
            <w:r w:rsidR="00C403B4">
              <w:rPr>
                <w:webHidden/>
              </w:rPr>
              <w:t>1</w:t>
            </w:r>
            <w:r w:rsidRPr="003A25E9">
              <w:rPr>
                <w:webHidden/>
              </w:rPr>
              <w:fldChar w:fldCharType="end"/>
            </w:r>
          </w:hyperlink>
        </w:p>
        <w:p w14:paraId="62272099" w14:textId="1E9DB10C" w:rsidR="003A25E9" w:rsidRPr="003A25E9" w:rsidRDefault="003A25E9">
          <w:pPr>
            <w:pStyle w:val="TOC2"/>
            <w:rPr>
              <w:rFonts w:asciiTheme="minorHAnsi" w:hAnsiTheme="minorHAnsi"/>
              <w:color w:val="auto"/>
              <w:kern w:val="2"/>
              <w:szCs w:val="24"/>
              <w14:ligatures w14:val="standardContextual"/>
            </w:rPr>
          </w:pPr>
          <w:r w:rsidRPr="003A25E9">
            <w:rPr>
              <w:rStyle w:val="Hyperlink"/>
              <w:u w:val="none"/>
            </w:rPr>
            <w:t xml:space="preserve">    </w:t>
          </w:r>
          <w:hyperlink w:anchor="_Toc189281294" w:history="1">
            <w:r w:rsidRPr="003A25E9">
              <w:rPr>
                <w:rStyle w:val="Hyperlink"/>
                <w:u w:val="none"/>
              </w:rPr>
              <w:t>Filling the Gaps</w:t>
            </w:r>
            <w:r w:rsidRPr="003A25E9">
              <w:rPr>
                <w:webHidden/>
              </w:rPr>
              <w:tab/>
            </w:r>
            <w:r w:rsidRPr="003A25E9">
              <w:rPr>
                <w:webHidden/>
              </w:rPr>
              <w:fldChar w:fldCharType="begin"/>
            </w:r>
            <w:r w:rsidRPr="003A25E9">
              <w:rPr>
                <w:webHidden/>
              </w:rPr>
              <w:instrText xml:space="preserve"> PAGEREF _Toc189281294 \h </w:instrText>
            </w:r>
            <w:r w:rsidRPr="003A25E9">
              <w:rPr>
                <w:webHidden/>
              </w:rPr>
            </w:r>
            <w:r w:rsidRPr="003A25E9">
              <w:rPr>
                <w:webHidden/>
              </w:rPr>
              <w:fldChar w:fldCharType="separate"/>
            </w:r>
            <w:r w:rsidR="00C403B4">
              <w:rPr>
                <w:webHidden/>
              </w:rPr>
              <w:t>2</w:t>
            </w:r>
            <w:r w:rsidRPr="003A25E9">
              <w:rPr>
                <w:webHidden/>
              </w:rPr>
              <w:fldChar w:fldCharType="end"/>
            </w:r>
          </w:hyperlink>
        </w:p>
        <w:p w14:paraId="121A69E6" w14:textId="1B40B9FC" w:rsidR="003A25E9" w:rsidRPr="003A25E9" w:rsidRDefault="003A25E9">
          <w:pPr>
            <w:pStyle w:val="TOC2"/>
            <w:rPr>
              <w:rFonts w:asciiTheme="minorHAnsi" w:hAnsiTheme="minorHAnsi"/>
              <w:color w:val="auto"/>
              <w:kern w:val="2"/>
              <w:szCs w:val="24"/>
              <w14:ligatures w14:val="standardContextual"/>
            </w:rPr>
          </w:pPr>
          <w:r w:rsidRPr="003A25E9">
            <w:rPr>
              <w:rStyle w:val="Hyperlink"/>
              <w:u w:val="none"/>
            </w:rPr>
            <w:t xml:space="preserve">    </w:t>
          </w:r>
          <w:hyperlink w:anchor="_Toc189281295" w:history="1">
            <w:r w:rsidRPr="003A25E9">
              <w:rPr>
                <w:rStyle w:val="Hyperlink"/>
                <w:u w:val="none"/>
              </w:rPr>
              <w:t>Decluttering</w:t>
            </w:r>
            <w:r w:rsidRPr="003A25E9">
              <w:rPr>
                <w:webHidden/>
              </w:rPr>
              <w:tab/>
            </w:r>
            <w:r w:rsidRPr="003A25E9">
              <w:rPr>
                <w:webHidden/>
              </w:rPr>
              <w:fldChar w:fldCharType="begin"/>
            </w:r>
            <w:r w:rsidRPr="003A25E9">
              <w:rPr>
                <w:webHidden/>
              </w:rPr>
              <w:instrText xml:space="preserve"> PAGEREF _Toc189281295 \h </w:instrText>
            </w:r>
            <w:r w:rsidRPr="003A25E9">
              <w:rPr>
                <w:webHidden/>
              </w:rPr>
            </w:r>
            <w:r w:rsidRPr="003A25E9">
              <w:rPr>
                <w:webHidden/>
              </w:rPr>
              <w:fldChar w:fldCharType="separate"/>
            </w:r>
            <w:r w:rsidR="00C403B4">
              <w:rPr>
                <w:webHidden/>
              </w:rPr>
              <w:t>2</w:t>
            </w:r>
            <w:r w:rsidRPr="003A25E9">
              <w:rPr>
                <w:webHidden/>
              </w:rPr>
              <w:fldChar w:fldCharType="end"/>
            </w:r>
          </w:hyperlink>
        </w:p>
        <w:p w14:paraId="1A5D47A4" w14:textId="3230944C" w:rsidR="003A25E9" w:rsidRPr="003A25E9" w:rsidRDefault="003A25E9">
          <w:pPr>
            <w:pStyle w:val="TOC2"/>
            <w:rPr>
              <w:rFonts w:asciiTheme="minorHAnsi" w:hAnsiTheme="minorHAnsi"/>
              <w:color w:val="auto"/>
              <w:kern w:val="2"/>
              <w:szCs w:val="24"/>
              <w14:ligatures w14:val="standardContextual"/>
            </w:rPr>
          </w:pPr>
          <w:r w:rsidRPr="003A25E9">
            <w:rPr>
              <w:rStyle w:val="Hyperlink"/>
              <w:u w:val="none"/>
            </w:rPr>
            <w:t xml:space="preserve">    </w:t>
          </w:r>
          <w:hyperlink w:anchor="_Toc189281296" w:history="1">
            <w:r w:rsidRPr="003A25E9">
              <w:rPr>
                <w:rStyle w:val="Hyperlink"/>
                <w:u w:val="none"/>
              </w:rPr>
              <w:t>Rebranding</w:t>
            </w:r>
            <w:r w:rsidRPr="003A25E9">
              <w:rPr>
                <w:webHidden/>
              </w:rPr>
              <w:tab/>
            </w:r>
            <w:r w:rsidRPr="003A25E9">
              <w:rPr>
                <w:webHidden/>
              </w:rPr>
              <w:fldChar w:fldCharType="begin"/>
            </w:r>
            <w:r w:rsidRPr="003A25E9">
              <w:rPr>
                <w:webHidden/>
              </w:rPr>
              <w:instrText xml:space="preserve"> PAGEREF _Toc189281296 \h </w:instrText>
            </w:r>
            <w:r w:rsidRPr="003A25E9">
              <w:rPr>
                <w:webHidden/>
              </w:rPr>
            </w:r>
            <w:r w:rsidRPr="003A25E9">
              <w:rPr>
                <w:webHidden/>
              </w:rPr>
              <w:fldChar w:fldCharType="separate"/>
            </w:r>
            <w:r w:rsidR="00C403B4">
              <w:rPr>
                <w:webHidden/>
              </w:rPr>
              <w:t>3</w:t>
            </w:r>
            <w:r w:rsidRPr="003A25E9">
              <w:rPr>
                <w:webHidden/>
              </w:rPr>
              <w:fldChar w:fldCharType="end"/>
            </w:r>
          </w:hyperlink>
        </w:p>
        <w:p w14:paraId="07922311" w14:textId="3C1AB931" w:rsidR="003A25E9" w:rsidRPr="003A25E9" w:rsidRDefault="003A25E9">
          <w:pPr>
            <w:pStyle w:val="TOC2"/>
            <w:rPr>
              <w:rFonts w:asciiTheme="minorHAnsi" w:hAnsiTheme="minorHAnsi"/>
              <w:color w:val="auto"/>
              <w:kern w:val="2"/>
              <w:szCs w:val="24"/>
              <w14:ligatures w14:val="standardContextual"/>
            </w:rPr>
          </w:pPr>
          <w:r w:rsidRPr="003A25E9">
            <w:rPr>
              <w:rStyle w:val="Hyperlink"/>
              <w:u w:val="none"/>
            </w:rPr>
            <w:t>*</w:t>
          </w:r>
          <w:hyperlink w:anchor="_Toc189281297" w:history="1">
            <w:r w:rsidRPr="003A25E9">
              <w:rPr>
                <w:rStyle w:val="Hyperlink"/>
                <w:u w:val="none"/>
              </w:rPr>
              <w:t>Chapter 2: Fake It Till You Make It</w:t>
            </w:r>
            <w:r w:rsidRPr="003A25E9">
              <w:rPr>
                <w:webHidden/>
              </w:rPr>
              <w:tab/>
            </w:r>
            <w:r w:rsidRPr="003A25E9">
              <w:rPr>
                <w:webHidden/>
              </w:rPr>
              <w:fldChar w:fldCharType="begin"/>
            </w:r>
            <w:r w:rsidRPr="003A25E9">
              <w:rPr>
                <w:webHidden/>
              </w:rPr>
              <w:instrText xml:space="preserve"> PAGEREF _Toc189281297 \h </w:instrText>
            </w:r>
            <w:r w:rsidRPr="003A25E9">
              <w:rPr>
                <w:webHidden/>
              </w:rPr>
            </w:r>
            <w:r w:rsidRPr="003A25E9">
              <w:rPr>
                <w:webHidden/>
              </w:rPr>
              <w:fldChar w:fldCharType="separate"/>
            </w:r>
            <w:r w:rsidR="00C403B4">
              <w:rPr>
                <w:webHidden/>
              </w:rPr>
              <w:t>4</w:t>
            </w:r>
            <w:r w:rsidRPr="003A25E9">
              <w:rPr>
                <w:webHidden/>
              </w:rPr>
              <w:fldChar w:fldCharType="end"/>
            </w:r>
          </w:hyperlink>
        </w:p>
        <w:p w14:paraId="0C57F767" w14:textId="64AA63BB" w:rsidR="003A25E9" w:rsidRPr="003A25E9" w:rsidRDefault="003A25E9">
          <w:pPr>
            <w:pStyle w:val="TOC2"/>
            <w:rPr>
              <w:rFonts w:asciiTheme="minorHAnsi" w:hAnsiTheme="minorHAnsi"/>
              <w:color w:val="auto"/>
              <w:kern w:val="2"/>
              <w:szCs w:val="24"/>
              <w14:ligatures w14:val="standardContextual"/>
            </w:rPr>
          </w:pPr>
          <w:r w:rsidRPr="003A25E9">
            <w:rPr>
              <w:rStyle w:val="Hyperlink"/>
              <w:u w:val="none"/>
            </w:rPr>
            <w:t xml:space="preserve">    </w:t>
          </w:r>
          <w:hyperlink w:anchor="_Toc189281298" w:history="1">
            <w:r w:rsidRPr="003A25E9">
              <w:rPr>
                <w:rStyle w:val="Hyperlink"/>
                <w:u w:val="none"/>
              </w:rPr>
              <w:t>Melanie: First Impressions</w:t>
            </w:r>
            <w:r w:rsidRPr="003A25E9">
              <w:rPr>
                <w:webHidden/>
              </w:rPr>
              <w:tab/>
            </w:r>
            <w:r w:rsidRPr="003A25E9">
              <w:rPr>
                <w:webHidden/>
              </w:rPr>
              <w:fldChar w:fldCharType="begin"/>
            </w:r>
            <w:r w:rsidRPr="003A25E9">
              <w:rPr>
                <w:webHidden/>
              </w:rPr>
              <w:instrText xml:space="preserve"> PAGEREF _Toc189281298 \h </w:instrText>
            </w:r>
            <w:r w:rsidRPr="003A25E9">
              <w:rPr>
                <w:webHidden/>
              </w:rPr>
            </w:r>
            <w:r w:rsidRPr="003A25E9">
              <w:rPr>
                <w:webHidden/>
              </w:rPr>
              <w:fldChar w:fldCharType="separate"/>
            </w:r>
            <w:r w:rsidR="00C403B4">
              <w:rPr>
                <w:webHidden/>
              </w:rPr>
              <w:t>5</w:t>
            </w:r>
            <w:r w:rsidRPr="003A25E9">
              <w:rPr>
                <w:webHidden/>
              </w:rPr>
              <w:fldChar w:fldCharType="end"/>
            </w:r>
          </w:hyperlink>
        </w:p>
        <w:p w14:paraId="25BAF50C" w14:textId="3C8BF523" w:rsidR="003A25E9" w:rsidRPr="003A25E9" w:rsidRDefault="003A4B4D">
          <w:pPr>
            <w:pStyle w:val="TOC1"/>
            <w:rPr>
              <w:rFonts w:asciiTheme="minorHAnsi" w:hAnsiTheme="minorHAnsi"/>
              <w:color w:val="auto"/>
              <w:kern w:val="2"/>
              <w:szCs w:val="24"/>
              <w14:ligatures w14:val="standardContextual"/>
            </w:rPr>
          </w:pPr>
          <w:r>
            <w:rPr>
              <w:rStyle w:val="Hyperlink"/>
              <w:u w:val="none"/>
            </w:rPr>
            <w:t>*</w:t>
          </w:r>
          <w:hyperlink w:anchor="_Toc189281299" w:history="1">
            <w:r w:rsidR="003A25E9" w:rsidRPr="003A25E9">
              <w:rPr>
                <w:rStyle w:val="Hyperlink"/>
                <w:u w:val="none"/>
              </w:rPr>
              <w:t>Chapter 3: Cast of Characters</w:t>
            </w:r>
            <w:r w:rsidR="003A25E9" w:rsidRPr="003A25E9">
              <w:rPr>
                <w:webHidden/>
              </w:rPr>
              <w:tab/>
            </w:r>
            <w:r w:rsidR="003A25E9" w:rsidRPr="003A25E9">
              <w:rPr>
                <w:webHidden/>
              </w:rPr>
              <w:fldChar w:fldCharType="begin"/>
            </w:r>
            <w:r w:rsidR="003A25E9" w:rsidRPr="003A25E9">
              <w:rPr>
                <w:webHidden/>
              </w:rPr>
              <w:instrText xml:space="preserve"> PAGEREF _Toc189281299 \h </w:instrText>
            </w:r>
            <w:r w:rsidR="003A25E9" w:rsidRPr="003A25E9">
              <w:rPr>
                <w:webHidden/>
              </w:rPr>
            </w:r>
            <w:r w:rsidR="003A25E9" w:rsidRPr="003A25E9">
              <w:rPr>
                <w:webHidden/>
              </w:rPr>
              <w:fldChar w:fldCharType="separate"/>
            </w:r>
            <w:r w:rsidR="00C403B4">
              <w:rPr>
                <w:webHidden/>
              </w:rPr>
              <w:t>6</w:t>
            </w:r>
            <w:r w:rsidR="003A25E9" w:rsidRPr="003A25E9">
              <w:rPr>
                <w:webHidden/>
              </w:rPr>
              <w:fldChar w:fldCharType="end"/>
            </w:r>
          </w:hyperlink>
        </w:p>
        <w:p w14:paraId="1057A3E8" w14:textId="46D5C79B" w:rsidR="003A25E9" w:rsidRPr="003A25E9" w:rsidRDefault="003A4B4D">
          <w:pPr>
            <w:pStyle w:val="TOC2"/>
            <w:rPr>
              <w:rFonts w:asciiTheme="minorHAnsi" w:hAnsiTheme="minorHAnsi"/>
              <w:color w:val="auto"/>
              <w:kern w:val="2"/>
              <w:szCs w:val="24"/>
              <w14:ligatures w14:val="standardContextual"/>
            </w:rPr>
          </w:pPr>
          <w:r>
            <w:rPr>
              <w:rStyle w:val="Hyperlink"/>
              <w:u w:val="none"/>
            </w:rPr>
            <w:t xml:space="preserve">    </w:t>
          </w:r>
          <w:hyperlink w:anchor="_Toc189281300" w:history="1">
            <w:r w:rsidR="003A25E9" w:rsidRPr="003A25E9">
              <w:rPr>
                <w:rStyle w:val="Hyperlink"/>
                <w:u w:val="none"/>
              </w:rPr>
              <w:t>Uncle Pete</w:t>
            </w:r>
            <w:r w:rsidR="003A25E9" w:rsidRPr="003A25E9">
              <w:rPr>
                <w:webHidden/>
              </w:rPr>
              <w:tab/>
            </w:r>
            <w:r w:rsidR="003A25E9" w:rsidRPr="003A25E9">
              <w:rPr>
                <w:webHidden/>
              </w:rPr>
              <w:fldChar w:fldCharType="begin"/>
            </w:r>
            <w:r w:rsidR="003A25E9" w:rsidRPr="003A25E9">
              <w:rPr>
                <w:webHidden/>
              </w:rPr>
              <w:instrText xml:space="preserve"> PAGEREF _Toc189281300 \h </w:instrText>
            </w:r>
            <w:r w:rsidR="003A25E9" w:rsidRPr="003A25E9">
              <w:rPr>
                <w:webHidden/>
              </w:rPr>
            </w:r>
            <w:r w:rsidR="003A25E9" w:rsidRPr="003A25E9">
              <w:rPr>
                <w:webHidden/>
              </w:rPr>
              <w:fldChar w:fldCharType="separate"/>
            </w:r>
            <w:r w:rsidR="00C403B4">
              <w:rPr>
                <w:webHidden/>
              </w:rPr>
              <w:t>6</w:t>
            </w:r>
            <w:r w:rsidR="003A25E9" w:rsidRPr="003A25E9">
              <w:rPr>
                <w:webHidden/>
              </w:rPr>
              <w:fldChar w:fldCharType="end"/>
            </w:r>
          </w:hyperlink>
        </w:p>
        <w:p w14:paraId="0D37A6E5" w14:textId="3D2943A2" w:rsidR="003A25E9" w:rsidRPr="003A25E9" w:rsidRDefault="003A4B4D">
          <w:pPr>
            <w:pStyle w:val="TOC2"/>
            <w:rPr>
              <w:rFonts w:asciiTheme="minorHAnsi" w:hAnsiTheme="minorHAnsi"/>
              <w:color w:val="auto"/>
              <w:kern w:val="2"/>
              <w:szCs w:val="24"/>
              <w14:ligatures w14:val="standardContextual"/>
            </w:rPr>
          </w:pPr>
          <w:r>
            <w:rPr>
              <w:rStyle w:val="Hyperlink"/>
              <w:u w:val="none"/>
            </w:rPr>
            <w:t xml:space="preserve">    </w:t>
          </w:r>
          <w:hyperlink w:anchor="_Toc189281301" w:history="1">
            <w:r w:rsidR="003A25E9" w:rsidRPr="003A25E9">
              <w:rPr>
                <w:rStyle w:val="Hyperlink"/>
                <w:u w:val="none"/>
              </w:rPr>
              <w:t>The Toolis Twins</w:t>
            </w:r>
            <w:r w:rsidR="003A25E9" w:rsidRPr="003A25E9">
              <w:rPr>
                <w:webHidden/>
              </w:rPr>
              <w:tab/>
            </w:r>
            <w:r w:rsidR="003A25E9" w:rsidRPr="003A25E9">
              <w:rPr>
                <w:webHidden/>
              </w:rPr>
              <w:fldChar w:fldCharType="begin"/>
            </w:r>
            <w:r w:rsidR="003A25E9" w:rsidRPr="003A25E9">
              <w:rPr>
                <w:webHidden/>
              </w:rPr>
              <w:instrText xml:space="preserve"> PAGEREF _Toc189281301 \h </w:instrText>
            </w:r>
            <w:r w:rsidR="003A25E9" w:rsidRPr="003A25E9">
              <w:rPr>
                <w:webHidden/>
              </w:rPr>
            </w:r>
            <w:r w:rsidR="003A25E9" w:rsidRPr="003A25E9">
              <w:rPr>
                <w:webHidden/>
              </w:rPr>
              <w:fldChar w:fldCharType="separate"/>
            </w:r>
            <w:r w:rsidR="00C403B4">
              <w:rPr>
                <w:webHidden/>
              </w:rPr>
              <w:t>7</w:t>
            </w:r>
            <w:r w:rsidR="003A25E9" w:rsidRPr="003A25E9">
              <w:rPr>
                <w:webHidden/>
              </w:rPr>
              <w:fldChar w:fldCharType="end"/>
            </w:r>
          </w:hyperlink>
        </w:p>
        <w:p w14:paraId="2B0A47BB" w14:textId="7118ABCD" w:rsidR="003A25E9" w:rsidRPr="003A25E9" w:rsidRDefault="003A4B4D">
          <w:pPr>
            <w:pStyle w:val="TOC2"/>
            <w:rPr>
              <w:rFonts w:asciiTheme="minorHAnsi" w:hAnsiTheme="minorHAnsi"/>
              <w:color w:val="auto"/>
              <w:kern w:val="2"/>
              <w:szCs w:val="24"/>
              <w14:ligatures w14:val="standardContextual"/>
            </w:rPr>
          </w:pPr>
          <w:r>
            <w:rPr>
              <w:rStyle w:val="Hyperlink"/>
              <w:u w:val="none"/>
            </w:rPr>
            <w:t xml:space="preserve">    </w:t>
          </w:r>
          <w:hyperlink w:anchor="_Toc189281302" w:history="1">
            <w:r w:rsidR="003A25E9" w:rsidRPr="003A25E9">
              <w:rPr>
                <w:rStyle w:val="Hyperlink"/>
                <w:u w:val="none"/>
              </w:rPr>
              <w:t>Fisherman John</w:t>
            </w:r>
            <w:r w:rsidR="003A25E9" w:rsidRPr="003A25E9">
              <w:rPr>
                <w:webHidden/>
              </w:rPr>
              <w:tab/>
            </w:r>
            <w:r w:rsidR="003A25E9" w:rsidRPr="003A25E9">
              <w:rPr>
                <w:webHidden/>
              </w:rPr>
              <w:fldChar w:fldCharType="begin"/>
            </w:r>
            <w:r w:rsidR="003A25E9" w:rsidRPr="003A25E9">
              <w:rPr>
                <w:webHidden/>
              </w:rPr>
              <w:instrText xml:space="preserve"> PAGEREF _Toc189281302 \h </w:instrText>
            </w:r>
            <w:r w:rsidR="003A25E9" w:rsidRPr="003A25E9">
              <w:rPr>
                <w:webHidden/>
              </w:rPr>
            </w:r>
            <w:r w:rsidR="003A25E9" w:rsidRPr="003A25E9">
              <w:rPr>
                <w:webHidden/>
              </w:rPr>
              <w:fldChar w:fldCharType="separate"/>
            </w:r>
            <w:r w:rsidR="00C403B4">
              <w:rPr>
                <w:webHidden/>
              </w:rPr>
              <w:t>7</w:t>
            </w:r>
            <w:r w:rsidR="003A25E9" w:rsidRPr="003A25E9">
              <w:rPr>
                <w:webHidden/>
              </w:rPr>
              <w:fldChar w:fldCharType="end"/>
            </w:r>
          </w:hyperlink>
        </w:p>
        <w:p w14:paraId="446E8EAD" w14:textId="0CC272F2" w:rsidR="003A25E9" w:rsidRPr="003A25E9" w:rsidRDefault="003A4B4D">
          <w:pPr>
            <w:pStyle w:val="TOC2"/>
            <w:rPr>
              <w:rFonts w:asciiTheme="minorHAnsi" w:hAnsiTheme="minorHAnsi"/>
              <w:color w:val="auto"/>
              <w:kern w:val="2"/>
              <w:szCs w:val="24"/>
              <w14:ligatures w14:val="standardContextual"/>
            </w:rPr>
          </w:pPr>
          <w:r>
            <w:rPr>
              <w:rStyle w:val="Hyperlink"/>
              <w:u w:val="none"/>
            </w:rPr>
            <w:t xml:space="preserve">    </w:t>
          </w:r>
          <w:hyperlink w:anchor="_Toc189281303" w:history="1">
            <w:r w:rsidR="003A25E9" w:rsidRPr="003A25E9">
              <w:rPr>
                <w:rStyle w:val="Hyperlink"/>
                <w:u w:val="none"/>
              </w:rPr>
              <w:t>Candice Jones</w:t>
            </w:r>
            <w:r w:rsidR="003A25E9" w:rsidRPr="003A25E9">
              <w:rPr>
                <w:webHidden/>
              </w:rPr>
              <w:tab/>
            </w:r>
            <w:r w:rsidR="003A25E9" w:rsidRPr="003A25E9">
              <w:rPr>
                <w:webHidden/>
              </w:rPr>
              <w:fldChar w:fldCharType="begin"/>
            </w:r>
            <w:r w:rsidR="003A25E9" w:rsidRPr="003A25E9">
              <w:rPr>
                <w:webHidden/>
              </w:rPr>
              <w:instrText xml:space="preserve"> PAGEREF _Toc189281303 \h </w:instrText>
            </w:r>
            <w:r w:rsidR="003A25E9" w:rsidRPr="003A25E9">
              <w:rPr>
                <w:webHidden/>
              </w:rPr>
            </w:r>
            <w:r w:rsidR="003A25E9" w:rsidRPr="003A25E9">
              <w:rPr>
                <w:webHidden/>
              </w:rPr>
              <w:fldChar w:fldCharType="separate"/>
            </w:r>
            <w:r w:rsidR="00C403B4">
              <w:rPr>
                <w:webHidden/>
              </w:rPr>
              <w:t>8</w:t>
            </w:r>
            <w:r w:rsidR="003A25E9" w:rsidRPr="003A25E9">
              <w:rPr>
                <w:webHidden/>
              </w:rPr>
              <w:fldChar w:fldCharType="end"/>
            </w:r>
          </w:hyperlink>
        </w:p>
        <w:p w14:paraId="60645019" w14:textId="62AF9C20" w:rsidR="003A25E9" w:rsidRPr="003A25E9" w:rsidRDefault="003A4B4D">
          <w:pPr>
            <w:pStyle w:val="TOC2"/>
            <w:rPr>
              <w:rFonts w:asciiTheme="minorHAnsi" w:hAnsiTheme="minorHAnsi"/>
              <w:color w:val="auto"/>
              <w:kern w:val="2"/>
              <w:szCs w:val="24"/>
              <w14:ligatures w14:val="standardContextual"/>
            </w:rPr>
          </w:pPr>
          <w:r>
            <w:rPr>
              <w:rStyle w:val="Hyperlink"/>
              <w:u w:val="none"/>
            </w:rPr>
            <w:t xml:space="preserve">    </w:t>
          </w:r>
          <w:hyperlink w:anchor="_Toc189281304" w:history="1">
            <w:r w:rsidR="003A25E9" w:rsidRPr="003A25E9">
              <w:rPr>
                <w:rStyle w:val="Hyperlink"/>
                <w:u w:val="none"/>
              </w:rPr>
              <w:t>Miguel Cohones</w:t>
            </w:r>
            <w:r w:rsidR="003A25E9" w:rsidRPr="003A25E9">
              <w:rPr>
                <w:webHidden/>
              </w:rPr>
              <w:tab/>
            </w:r>
            <w:r w:rsidR="003A25E9" w:rsidRPr="003A25E9">
              <w:rPr>
                <w:webHidden/>
              </w:rPr>
              <w:fldChar w:fldCharType="begin"/>
            </w:r>
            <w:r w:rsidR="003A25E9" w:rsidRPr="003A25E9">
              <w:rPr>
                <w:webHidden/>
              </w:rPr>
              <w:instrText xml:space="preserve"> PAGEREF _Toc189281304 \h </w:instrText>
            </w:r>
            <w:r w:rsidR="003A25E9" w:rsidRPr="003A25E9">
              <w:rPr>
                <w:webHidden/>
              </w:rPr>
            </w:r>
            <w:r w:rsidR="003A25E9" w:rsidRPr="003A25E9">
              <w:rPr>
                <w:webHidden/>
              </w:rPr>
              <w:fldChar w:fldCharType="separate"/>
            </w:r>
            <w:r w:rsidR="00C403B4">
              <w:rPr>
                <w:webHidden/>
              </w:rPr>
              <w:t>8</w:t>
            </w:r>
            <w:r w:rsidR="003A25E9" w:rsidRPr="003A25E9">
              <w:rPr>
                <w:webHidden/>
              </w:rPr>
              <w:fldChar w:fldCharType="end"/>
            </w:r>
          </w:hyperlink>
        </w:p>
        <w:p w14:paraId="0361B357" w14:textId="18B949E0" w:rsidR="003A25E9" w:rsidRPr="003A25E9" w:rsidRDefault="003A4B4D">
          <w:pPr>
            <w:pStyle w:val="TOC2"/>
            <w:rPr>
              <w:rFonts w:asciiTheme="minorHAnsi" w:hAnsiTheme="minorHAnsi"/>
              <w:color w:val="auto"/>
              <w:kern w:val="2"/>
              <w:szCs w:val="24"/>
              <w14:ligatures w14:val="standardContextual"/>
            </w:rPr>
          </w:pPr>
          <w:r>
            <w:rPr>
              <w:rStyle w:val="Hyperlink"/>
              <w:u w:val="none"/>
            </w:rPr>
            <w:t xml:space="preserve">    </w:t>
          </w:r>
          <w:hyperlink w:anchor="_Toc189281305" w:history="1">
            <w:r w:rsidR="003A25E9" w:rsidRPr="003A25E9">
              <w:rPr>
                <w:rStyle w:val="Hyperlink"/>
                <w:u w:val="none"/>
              </w:rPr>
              <w:t>Jumping Jimbo</w:t>
            </w:r>
            <w:r w:rsidR="003A25E9" w:rsidRPr="003A25E9">
              <w:rPr>
                <w:webHidden/>
              </w:rPr>
              <w:tab/>
            </w:r>
            <w:r w:rsidR="003A25E9" w:rsidRPr="003A25E9">
              <w:rPr>
                <w:webHidden/>
              </w:rPr>
              <w:fldChar w:fldCharType="begin"/>
            </w:r>
            <w:r w:rsidR="003A25E9" w:rsidRPr="003A25E9">
              <w:rPr>
                <w:webHidden/>
              </w:rPr>
              <w:instrText xml:space="preserve"> PAGEREF _Toc189281305 \h </w:instrText>
            </w:r>
            <w:r w:rsidR="003A25E9" w:rsidRPr="003A25E9">
              <w:rPr>
                <w:webHidden/>
              </w:rPr>
            </w:r>
            <w:r w:rsidR="003A25E9" w:rsidRPr="003A25E9">
              <w:rPr>
                <w:webHidden/>
              </w:rPr>
              <w:fldChar w:fldCharType="separate"/>
            </w:r>
            <w:r w:rsidR="00C403B4">
              <w:rPr>
                <w:webHidden/>
              </w:rPr>
              <w:t>9</w:t>
            </w:r>
            <w:r w:rsidR="003A25E9" w:rsidRPr="003A25E9">
              <w:rPr>
                <w:webHidden/>
              </w:rPr>
              <w:fldChar w:fldCharType="end"/>
            </w:r>
          </w:hyperlink>
        </w:p>
        <w:p w14:paraId="5629C56E" w14:textId="04E39CD4" w:rsidR="003A25E9" w:rsidRPr="003A25E9" w:rsidRDefault="003A4B4D">
          <w:pPr>
            <w:pStyle w:val="TOC2"/>
            <w:rPr>
              <w:rFonts w:asciiTheme="minorHAnsi" w:hAnsiTheme="minorHAnsi"/>
              <w:color w:val="auto"/>
              <w:kern w:val="2"/>
              <w:szCs w:val="24"/>
              <w14:ligatures w14:val="standardContextual"/>
            </w:rPr>
          </w:pPr>
          <w:r>
            <w:rPr>
              <w:rStyle w:val="Hyperlink"/>
              <w:u w:val="none"/>
            </w:rPr>
            <w:t xml:space="preserve">    </w:t>
          </w:r>
          <w:hyperlink w:anchor="_Toc189281306" w:history="1">
            <w:r w:rsidR="003A25E9" w:rsidRPr="003A25E9">
              <w:rPr>
                <w:rStyle w:val="Hyperlink"/>
                <w:u w:val="none"/>
              </w:rPr>
              <w:t>Nurse Jacqueline</w:t>
            </w:r>
            <w:r w:rsidR="003A25E9" w:rsidRPr="003A25E9">
              <w:rPr>
                <w:webHidden/>
              </w:rPr>
              <w:tab/>
            </w:r>
            <w:r w:rsidR="003A25E9" w:rsidRPr="003A25E9">
              <w:rPr>
                <w:webHidden/>
              </w:rPr>
              <w:fldChar w:fldCharType="begin"/>
            </w:r>
            <w:r w:rsidR="003A25E9" w:rsidRPr="003A25E9">
              <w:rPr>
                <w:webHidden/>
              </w:rPr>
              <w:instrText xml:space="preserve"> PAGEREF _Toc189281306 \h </w:instrText>
            </w:r>
            <w:r w:rsidR="003A25E9" w:rsidRPr="003A25E9">
              <w:rPr>
                <w:webHidden/>
              </w:rPr>
            </w:r>
            <w:r w:rsidR="003A25E9" w:rsidRPr="003A25E9">
              <w:rPr>
                <w:webHidden/>
              </w:rPr>
              <w:fldChar w:fldCharType="separate"/>
            </w:r>
            <w:r w:rsidR="00C403B4">
              <w:rPr>
                <w:webHidden/>
              </w:rPr>
              <w:t>9</w:t>
            </w:r>
            <w:r w:rsidR="003A25E9" w:rsidRPr="003A25E9">
              <w:rPr>
                <w:webHidden/>
              </w:rPr>
              <w:fldChar w:fldCharType="end"/>
            </w:r>
          </w:hyperlink>
        </w:p>
        <w:p w14:paraId="1B87E8FA" w14:textId="57D0B4C4" w:rsidR="003A25E9" w:rsidRPr="003A25E9" w:rsidRDefault="003A4B4D">
          <w:pPr>
            <w:pStyle w:val="TOC2"/>
            <w:rPr>
              <w:rFonts w:asciiTheme="minorHAnsi" w:hAnsiTheme="minorHAnsi"/>
              <w:color w:val="auto"/>
              <w:kern w:val="2"/>
              <w:szCs w:val="24"/>
              <w14:ligatures w14:val="standardContextual"/>
            </w:rPr>
          </w:pPr>
          <w:r>
            <w:rPr>
              <w:rStyle w:val="Hyperlink"/>
              <w:u w:val="none"/>
            </w:rPr>
            <w:t xml:space="preserve">    </w:t>
          </w:r>
          <w:hyperlink w:anchor="_Toc189281307" w:history="1">
            <w:r w:rsidR="003A25E9" w:rsidRPr="003A25E9">
              <w:rPr>
                <w:rStyle w:val="Hyperlink"/>
                <w:u w:val="none"/>
              </w:rPr>
              <w:t>Mobster Tony</w:t>
            </w:r>
            <w:r w:rsidR="003A25E9" w:rsidRPr="003A25E9">
              <w:rPr>
                <w:webHidden/>
              </w:rPr>
              <w:tab/>
            </w:r>
            <w:r w:rsidR="003A25E9" w:rsidRPr="003A25E9">
              <w:rPr>
                <w:webHidden/>
              </w:rPr>
              <w:fldChar w:fldCharType="begin"/>
            </w:r>
            <w:r w:rsidR="003A25E9" w:rsidRPr="003A25E9">
              <w:rPr>
                <w:webHidden/>
              </w:rPr>
              <w:instrText xml:space="preserve"> PAGEREF _Toc189281307 \h </w:instrText>
            </w:r>
            <w:r w:rsidR="003A25E9" w:rsidRPr="003A25E9">
              <w:rPr>
                <w:webHidden/>
              </w:rPr>
            </w:r>
            <w:r w:rsidR="003A25E9" w:rsidRPr="003A25E9">
              <w:rPr>
                <w:webHidden/>
              </w:rPr>
              <w:fldChar w:fldCharType="separate"/>
            </w:r>
            <w:r w:rsidR="00C403B4">
              <w:rPr>
                <w:webHidden/>
              </w:rPr>
              <w:t>10</w:t>
            </w:r>
            <w:r w:rsidR="003A25E9" w:rsidRPr="003A25E9">
              <w:rPr>
                <w:webHidden/>
              </w:rPr>
              <w:fldChar w:fldCharType="end"/>
            </w:r>
          </w:hyperlink>
        </w:p>
        <w:p w14:paraId="48017465" w14:textId="11EA1D2E" w:rsidR="003A25E9" w:rsidRPr="003A25E9" w:rsidRDefault="003A4B4D">
          <w:pPr>
            <w:pStyle w:val="TOC2"/>
            <w:rPr>
              <w:rFonts w:asciiTheme="minorHAnsi" w:hAnsiTheme="minorHAnsi"/>
              <w:color w:val="auto"/>
              <w:kern w:val="2"/>
              <w:szCs w:val="24"/>
              <w14:ligatures w14:val="standardContextual"/>
            </w:rPr>
          </w:pPr>
          <w:r>
            <w:rPr>
              <w:rStyle w:val="Hyperlink"/>
              <w:u w:val="none"/>
            </w:rPr>
            <w:t xml:space="preserve">    </w:t>
          </w:r>
          <w:hyperlink w:anchor="_Toc189281308" w:history="1">
            <w:r w:rsidR="003A25E9" w:rsidRPr="003A25E9">
              <w:rPr>
                <w:rStyle w:val="Hyperlink"/>
                <w:u w:val="none"/>
              </w:rPr>
              <w:t>Final Thoughts</w:t>
            </w:r>
            <w:r w:rsidR="003A25E9" w:rsidRPr="003A25E9">
              <w:rPr>
                <w:webHidden/>
              </w:rPr>
              <w:tab/>
            </w:r>
            <w:r w:rsidR="003A25E9" w:rsidRPr="003A25E9">
              <w:rPr>
                <w:webHidden/>
              </w:rPr>
              <w:fldChar w:fldCharType="begin"/>
            </w:r>
            <w:r w:rsidR="003A25E9" w:rsidRPr="003A25E9">
              <w:rPr>
                <w:webHidden/>
              </w:rPr>
              <w:instrText xml:space="preserve"> PAGEREF _Toc189281308 \h </w:instrText>
            </w:r>
            <w:r w:rsidR="003A25E9" w:rsidRPr="003A25E9">
              <w:rPr>
                <w:webHidden/>
              </w:rPr>
            </w:r>
            <w:r w:rsidR="003A25E9" w:rsidRPr="003A25E9">
              <w:rPr>
                <w:webHidden/>
              </w:rPr>
              <w:fldChar w:fldCharType="separate"/>
            </w:r>
            <w:r w:rsidR="00C403B4">
              <w:rPr>
                <w:webHidden/>
              </w:rPr>
              <w:t>10</w:t>
            </w:r>
            <w:r w:rsidR="003A25E9" w:rsidRPr="003A25E9">
              <w:rPr>
                <w:webHidden/>
              </w:rPr>
              <w:fldChar w:fldCharType="end"/>
            </w:r>
          </w:hyperlink>
        </w:p>
        <w:p w14:paraId="7ADB1BA8" w14:textId="65803A29" w:rsidR="003A25E9" w:rsidRPr="003A25E9" w:rsidRDefault="003A4B4D">
          <w:pPr>
            <w:pStyle w:val="TOC1"/>
            <w:rPr>
              <w:rFonts w:asciiTheme="minorHAnsi" w:hAnsiTheme="minorHAnsi"/>
              <w:color w:val="auto"/>
              <w:kern w:val="2"/>
              <w:szCs w:val="24"/>
              <w14:ligatures w14:val="standardContextual"/>
            </w:rPr>
          </w:pPr>
          <w:r>
            <w:rPr>
              <w:rStyle w:val="Hyperlink"/>
              <w:u w:val="none"/>
            </w:rPr>
            <w:t>*</w:t>
          </w:r>
          <w:hyperlink w:anchor="_Toc189281309" w:history="1">
            <w:r w:rsidR="003A25E9" w:rsidRPr="003A25E9">
              <w:rPr>
                <w:rStyle w:val="Hyperlink"/>
                <w:u w:val="none"/>
              </w:rPr>
              <w:t>Chapter 4: Lust &amp; Logistics</w:t>
            </w:r>
            <w:r w:rsidR="003A25E9" w:rsidRPr="003A25E9">
              <w:rPr>
                <w:webHidden/>
              </w:rPr>
              <w:tab/>
            </w:r>
            <w:r w:rsidR="003A25E9" w:rsidRPr="003A25E9">
              <w:rPr>
                <w:webHidden/>
              </w:rPr>
              <w:fldChar w:fldCharType="begin"/>
            </w:r>
            <w:r w:rsidR="003A25E9" w:rsidRPr="003A25E9">
              <w:rPr>
                <w:webHidden/>
              </w:rPr>
              <w:instrText xml:space="preserve"> PAGEREF _Toc189281309 \h </w:instrText>
            </w:r>
            <w:r w:rsidR="003A25E9" w:rsidRPr="003A25E9">
              <w:rPr>
                <w:webHidden/>
              </w:rPr>
            </w:r>
            <w:r w:rsidR="003A25E9" w:rsidRPr="003A25E9">
              <w:rPr>
                <w:webHidden/>
              </w:rPr>
              <w:fldChar w:fldCharType="separate"/>
            </w:r>
            <w:r w:rsidR="00C403B4">
              <w:rPr>
                <w:webHidden/>
              </w:rPr>
              <w:t>10</w:t>
            </w:r>
            <w:r w:rsidR="003A25E9" w:rsidRPr="003A25E9">
              <w:rPr>
                <w:webHidden/>
              </w:rPr>
              <w:fldChar w:fldCharType="end"/>
            </w:r>
          </w:hyperlink>
        </w:p>
        <w:p w14:paraId="42C0FB7C" w14:textId="6587CADD" w:rsidR="003A25E9" w:rsidRPr="003A25E9" w:rsidRDefault="003A4B4D">
          <w:pPr>
            <w:pStyle w:val="TOC2"/>
            <w:rPr>
              <w:rFonts w:asciiTheme="minorHAnsi" w:hAnsiTheme="minorHAnsi"/>
              <w:color w:val="auto"/>
              <w:kern w:val="2"/>
              <w:szCs w:val="24"/>
              <w14:ligatures w14:val="standardContextual"/>
            </w:rPr>
          </w:pPr>
          <w:r>
            <w:rPr>
              <w:rStyle w:val="Hyperlink"/>
              <w:u w:val="none"/>
            </w:rPr>
            <w:t xml:space="preserve">    </w:t>
          </w:r>
          <w:hyperlink w:anchor="_Toc189281310" w:history="1">
            <w:r w:rsidR="003A25E9" w:rsidRPr="003A25E9">
              <w:rPr>
                <w:rStyle w:val="Hyperlink"/>
                <w:u w:val="none"/>
              </w:rPr>
              <w:t>Mission Statement</w:t>
            </w:r>
            <w:r w:rsidR="003A25E9" w:rsidRPr="003A25E9">
              <w:rPr>
                <w:webHidden/>
              </w:rPr>
              <w:tab/>
            </w:r>
            <w:r w:rsidR="003A25E9" w:rsidRPr="003A25E9">
              <w:rPr>
                <w:webHidden/>
              </w:rPr>
              <w:fldChar w:fldCharType="begin"/>
            </w:r>
            <w:r w:rsidR="003A25E9" w:rsidRPr="003A25E9">
              <w:rPr>
                <w:webHidden/>
              </w:rPr>
              <w:instrText xml:space="preserve"> PAGEREF _Toc189281310 \h </w:instrText>
            </w:r>
            <w:r w:rsidR="003A25E9" w:rsidRPr="003A25E9">
              <w:rPr>
                <w:webHidden/>
              </w:rPr>
            </w:r>
            <w:r w:rsidR="003A25E9" w:rsidRPr="003A25E9">
              <w:rPr>
                <w:webHidden/>
              </w:rPr>
              <w:fldChar w:fldCharType="separate"/>
            </w:r>
            <w:r w:rsidR="00C403B4">
              <w:rPr>
                <w:webHidden/>
              </w:rPr>
              <w:t>12</w:t>
            </w:r>
            <w:r w:rsidR="003A25E9" w:rsidRPr="003A25E9">
              <w:rPr>
                <w:webHidden/>
              </w:rPr>
              <w:fldChar w:fldCharType="end"/>
            </w:r>
          </w:hyperlink>
        </w:p>
        <w:p w14:paraId="007C9CD7" w14:textId="7DB00B23" w:rsidR="003A25E9" w:rsidRPr="003A25E9" w:rsidRDefault="003A4B4D">
          <w:pPr>
            <w:pStyle w:val="TOC2"/>
            <w:rPr>
              <w:rFonts w:asciiTheme="minorHAnsi" w:hAnsiTheme="minorHAnsi"/>
              <w:color w:val="auto"/>
              <w:kern w:val="2"/>
              <w:szCs w:val="24"/>
              <w14:ligatures w14:val="standardContextual"/>
            </w:rPr>
          </w:pPr>
          <w:r>
            <w:rPr>
              <w:rStyle w:val="Hyperlink"/>
              <w:u w:val="none"/>
            </w:rPr>
            <w:t xml:space="preserve">    </w:t>
          </w:r>
          <w:hyperlink w:anchor="_Toc189281311" w:history="1">
            <w:r w:rsidR="003A25E9" w:rsidRPr="003A25E9">
              <w:rPr>
                <w:rStyle w:val="Hyperlink"/>
                <w:u w:val="none"/>
              </w:rPr>
              <w:t>Final Thoughts</w:t>
            </w:r>
            <w:r w:rsidR="003A25E9" w:rsidRPr="003A25E9">
              <w:rPr>
                <w:webHidden/>
              </w:rPr>
              <w:tab/>
            </w:r>
            <w:r w:rsidR="003A25E9" w:rsidRPr="003A25E9">
              <w:rPr>
                <w:webHidden/>
              </w:rPr>
              <w:fldChar w:fldCharType="begin"/>
            </w:r>
            <w:r w:rsidR="003A25E9" w:rsidRPr="003A25E9">
              <w:rPr>
                <w:webHidden/>
              </w:rPr>
              <w:instrText xml:space="preserve"> PAGEREF _Toc189281311 \h </w:instrText>
            </w:r>
            <w:r w:rsidR="003A25E9" w:rsidRPr="003A25E9">
              <w:rPr>
                <w:webHidden/>
              </w:rPr>
            </w:r>
            <w:r w:rsidR="003A25E9" w:rsidRPr="003A25E9">
              <w:rPr>
                <w:webHidden/>
              </w:rPr>
              <w:fldChar w:fldCharType="separate"/>
            </w:r>
            <w:r w:rsidR="00C403B4">
              <w:rPr>
                <w:webHidden/>
              </w:rPr>
              <w:t>12</w:t>
            </w:r>
            <w:r w:rsidR="003A25E9" w:rsidRPr="003A25E9">
              <w:rPr>
                <w:webHidden/>
              </w:rPr>
              <w:fldChar w:fldCharType="end"/>
            </w:r>
          </w:hyperlink>
        </w:p>
        <w:p w14:paraId="4799A0F2" w14:textId="0378C565" w:rsidR="003A25E9" w:rsidRPr="003A25E9" w:rsidRDefault="003A4B4D">
          <w:pPr>
            <w:pStyle w:val="TOC1"/>
            <w:rPr>
              <w:rFonts w:asciiTheme="minorHAnsi" w:hAnsiTheme="minorHAnsi"/>
              <w:color w:val="auto"/>
              <w:kern w:val="2"/>
              <w:szCs w:val="24"/>
              <w14:ligatures w14:val="standardContextual"/>
            </w:rPr>
          </w:pPr>
          <w:r>
            <w:rPr>
              <w:rStyle w:val="Hyperlink"/>
              <w:u w:val="none"/>
            </w:rPr>
            <w:t>*</w:t>
          </w:r>
          <w:hyperlink w:anchor="_Toc189281312" w:history="1">
            <w:r w:rsidR="003A25E9" w:rsidRPr="003A25E9">
              <w:rPr>
                <w:rStyle w:val="Hyperlink"/>
                <w:u w:val="none"/>
              </w:rPr>
              <w:t>Chapter 5: Chaffed Ass Guy</w:t>
            </w:r>
            <w:r w:rsidR="003A25E9" w:rsidRPr="003A25E9">
              <w:rPr>
                <w:webHidden/>
              </w:rPr>
              <w:tab/>
            </w:r>
            <w:r w:rsidR="003A25E9" w:rsidRPr="003A25E9">
              <w:rPr>
                <w:webHidden/>
              </w:rPr>
              <w:fldChar w:fldCharType="begin"/>
            </w:r>
            <w:r w:rsidR="003A25E9" w:rsidRPr="003A25E9">
              <w:rPr>
                <w:webHidden/>
              </w:rPr>
              <w:instrText xml:space="preserve"> PAGEREF _Toc189281312 \h </w:instrText>
            </w:r>
            <w:r w:rsidR="003A25E9" w:rsidRPr="003A25E9">
              <w:rPr>
                <w:webHidden/>
              </w:rPr>
            </w:r>
            <w:r w:rsidR="003A25E9" w:rsidRPr="003A25E9">
              <w:rPr>
                <w:webHidden/>
              </w:rPr>
              <w:fldChar w:fldCharType="separate"/>
            </w:r>
            <w:r w:rsidR="00C403B4">
              <w:rPr>
                <w:webHidden/>
              </w:rPr>
              <w:t>13</w:t>
            </w:r>
            <w:r w:rsidR="003A25E9" w:rsidRPr="003A25E9">
              <w:rPr>
                <w:webHidden/>
              </w:rPr>
              <w:fldChar w:fldCharType="end"/>
            </w:r>
          </w:hyperlink>
        </w:p>
        <w:p w14:paraId="6BC050A2" w14:textId="7296E10B" w:rsidR="003A25E9" w:rsidRPr="003A25E9" w:rsidRDefault="003A4B4D">
          <w:pPr>
            <w:pStyle w:val="TOC2"/>
            <w:rPr>
              <w:rFonts w:asciiTheme="minorHAnsi" w:hAnsiTheme="minorHAnsi"/>
              <w:color w:val="auto"/>
              <w:kern w:val="2"/>
              <w:szCs w:val="24"/>
              <w14:ligatures w14:val="standardContextual"/>
            </w:rPr>
          </w:pPr>
          <w:r>
            <w:rPr>
              <w:rStyle w:val="Hyperlink"/>
              <w:u w:val="none"/>
            </w:rPr>
            <w:t xml:space="preserve">    </w:t>
          </w:r>
          <w:hyperlink w:anchor="_Toc189281313" w:history="1">
            <w:r w:rsidR="003A25E9" w:rsidRPr="003A25E9">
              <w:rPr>
                <w:rStyle w:val="Hyperlink"/>
                <w:u w:val="none"/>
              </w:rPr>
              <w:t>Pre-Game Jitters</w:t>
            </w:r>
            <w:r w:rsidR="003A25E9" w:rsidRPr="003A25E9">
              <w:rPr>
                <w:webHidden/>
              </w:rPr>
              <w:tab/>
            </w:r>
            <w:r w:rsidR="003A25E9" w:rsidRPr="003A25E9">
              <w:rPr>
                <w:webHidden/>
              </w:rPr>
              <w:fldChar w:fldCharType="begin"/>
            </w:r>
            <w:r w:rsidR="003A25E9" w:rsidRPr="003A25E9">
              <w:rPr>
                <w:webHidden/>
              </w:rPr>
              <w:instrText xml:space="preserve"> PAGEREF _Toc189281313 \h </w:instrText>
            </w:r>
            <w:r w:rsidR="003A25E9" w:rsidRPr="003A25E9">
              <w:rPr>
                <w:webHidden/>
              </w:rPr>
            </w:r>
            <w:r w:rsidR="003A25E9" w:rsidRPr="003A25E9">
              <w:rPr>
                <w:webHidden/>
              </w:rPr>
              <w:fldChar w:fldCharType="separate"/>
            </w:r>
            <w:r w:rsidR="00C403B4">
              <w:rPr>
                <w:webHidden/>
              </w:rPr>
              <w:t>14</w:t>
            </w:r>
            <w:r w:rsidR="003A25E9" w:rsidRPr="003A25E9">
              <w:rPr>
                <w:webHidden/>
              </w:rPr>
              <w:fldChar w:fldCharType="end"/>
            </w:r>
          </w:hyperlink>
        </w:p>
        <w:p w14:paraId="4BE251A9" w14:textId="551D6A0A" w:rsidR="003A25E9" w:rsidRPr="003A25E9" w:rsidRDefault="003A4B4D">
          <w:pPr>
            <w:pStyle w:val="TOC1"/>
            <w:rPr>
              <w:rFonts w:asciiTheme="minorHAnsi" w:hAnsiTheme="minorHAnsi"/>
              <w:color w:val="auto"/>
              <w:kern w:val="2"/>
              <w:szCs w:val="24"/>
              <w14:ligatures w14:val="standardContextual"/>
            </w:rPr>
          </w:pPr>
          <w:r>
            <w:rPr>
              <w:rStyle w:val="Hyperlink"/>
              <w:u w:val="none"/>
            </w:rPr>
            <w:t>*</w:t>
          </w:r>
          <w:hyperlink w:anchor="_Toc189281314" w:history="1">
            <w:r w:rsidR="003A25E9" w:rsidRPr="003A25E9">
              <w:rPr>
                <w:rStyle w:val="Hyperlink"/>
                <w:u w:val="none"/>
              </w:rPr>
              <w:t>Chapter 6: Flirting with Disaster</w:t>
            </w:r>
            <w:r w:rsidR="003A25E9" w:rsidRPr="003A25E9">
              <w:rPr>
                <w:webHidden/>
              </w:rPr>
              <w:tab/>
            </w:r>
            <w:r w:rsidR="003A25E9" w:rsidRPr="003A25E9">
              <w:rPr>
                <w:webHidden/>
              </w:rPr>
              <w:fldChar w:fldCharType="begin"/>
            </w:r>
            <w:r w:rsidR="003A25E9" w:rsidRPr="003A25E9">
              <w:rPr>
                <w:webHidden/>
              </w:rPr>
              <w:instrText xml:space="preserve"> PAGEREF _Toc189281314 \h </w:instrText>
            </w:r>
            <w:r w:rsidR="003A25E9" w:rsidRPr="003A25E9">
              <w:rPr>
                <w:webHidden/>
              </w:rPr>
            </w:r>
            <w:r w:rsidR="003A25E9" w:rsidRPr="003A25E9">
              <w:rPr>
                <w:webHidden/>
              </w:rPr>
              <w:fldChar w:fldCharType="separate"/>
            </w:r>
            <w:r w:rsidR="00C403B4">
              <w:rPr>
                <w:webHidden/>
              </w:rPr>
              <w:t>15</w:t>
            </w:r>
            <w:r w:rsidR="003A25E9" w:rsidRPr="003A25E9">
              <w:rPr>
                <w:webHidden/>
              </w:rPr>
              <w:fldChar w:fldCharType="end"/>
            </w:r>
          </w:hyperlink>
        </w:p>
        <w:p w14:paraId="44638F25" w14:textId="31922661" w:rsidR="003A25E9" w:rsidRPr="003A25E9" w:rsidRDefault="003A4B4D">
          <w:pPr>
            <w:pStyle w:val="TOC2"/>
            <w:rPr>
              <w:rFonts w:asciiTheme="minorHAnsi" w:hAnsiTheme="minorHAnsi"/>
              <w:color w:val="auto"/>
              <w:kern w:val="2"/>
              <w:szCs w:val="24"/>
              <w14:ligatures w14:val="standardContextual"/>
            </w:rPr>
          </w:pPr>
          <w:r>
            <w:rPr>
              <w:rStyle w:val="Hyperlink"/>
              <w:u w:val="none"/>
            </w:rPr>
            <w:t xml:space="preserve">    </w:t>
          </w:r>
          <w:hyperlink w:anchor="_Toc189281315" w:history="1">
            <w:r w:rsidR="003A25E9" w:rsidRPr="003A25E9">
              <w:rPr>
                <w:rStyle w:val="Hyperlink"/>
                <w:u w:val="none"/>
              </w:rPr>
              <w:t>Aftermath</w:t>
            </w:r>
            <w:r w:rsidR="003A25E9" w:rsidRPr="003A25E9">
              <w:rPr>
                <w:webHidden/>
              </w:rPr>
              <w:tab/>
            </w:r>
            <w:r w:rsidR="003A25E9" w:rsidRPr="003A25E9">
              <w:rPr>
                <w:webHidden/>
              </w:rPr>
              <w:fldChar w:fldCharType="begin"/>
            </w:r>
            <w:r w:rsidR="003A25E9" w:rsidRPr="003A25E9">
              <w:rPr>
                <w:webHidden/>
              </w:rPr>
              <w:instrText xml:space="preserve"> PAGEREF _Toc189281315 \h </w:instrText>
            </w:r>
            <w:r w:rsidR="003A25E9" w:rsidRPr="003A25E9">
              <w:rPr>
                <w:webHidden/>
              </w:rPr>
            </w:r>
            <w:r w:rsidR="003A25E9" w:rsidRPr="003A25E9">
              <w:rPr>
                <w:webHidden/>
              </w:rPr>
              <w:fldChar w:fldCharType="separate"/>
            </w:r>
            <w:r w:rsidR="00C403B4">
              <w:rPr>
                <w:webHidden/>
              </w:rPr>
              <w:t>18</w:t>
            </w:r>
            <w:r w:rsidR="003A25E9" w:rsidRPr="003A25E9">
              <w:rPr>
                <w:webHidden/>
              </w:rPr>
              <w:fldChar w:fldCharType="end"/>
            </w:r>
          </w:hyperlink>
        </w:p>
        <w:p w14:paraId="3A77549C" w14:textId="311AF716" w:rsidR="003A25E9" w:rsidRPr="003A25E9" w:rsidRDefault="003A4B4D">
          <w:pPr>
            <w:pStyle w:val="TOC1"/>
            <w:rPr>
              <w:rFonts w:asciiTheme="minorHAnsi" w:hAnsiTheme="minorHAnsi"/>
              <w:color w:val="auto"/>
              <w:kern w:val="2"/>
              <w:szCs w:val="24"/>
              <w14:ligatures w14:val="standardContextual"/>
            </w:rPr>
          </w:pPr>
          <w:r>
            <w:rPr>
              <w:rStyle w:val="Hyperlink"/>
              <w:u w:val="none"/>
            </w:rPr>
            <w:t>*</w:t>
          </w:r>
          <w:hyperlink w:anchor="_Toc189281316" w:history="1">
            <w:r w:rsidR="003A25E9" w:rsidRPr="003A25E9">
              <w:rPr>
                <w:rStyle w:val="Hyperlink"/>
                <w:u w:val="none"/>
              </w:rPr>
              <w:t>Chapter 7: Desire &amp; Duty</w:t>
            </w:r>
            <w:r w:rsidR="003A25E9" w:rsidRPr="003A25E9">
              <w:rPr>
                <w:webHidden/>
              </w:rPr>
              <w:tab/>
            </w:r>
            <w:r w:rsidR="003A25E9" w:rsidRPr="003A25E9">
              <w:rPr>
                <w:webHidden/>
              </w:rPr>
              <w:fldChar w:fldCharType="begin"/>
            </w:r>
            <w:r w:rsidR="003A25E9" w:rsidRPr="003A25E9">
              <w:rPr>
                <w:webHidden/>
              </w:rPr>
              <w:instrText xml:space="preserve"> PAGEREF _Toc189281316 \h </w:instrText>
            </w:r>
            <w:r w:rsidR="003A25E9" w:rsidRPr="003A25E9">
              <w:rPr>
                <w:webHidden/>
              </w:rPr>
            </w:r>
            <w:r w:rsidR="003A25E9" w:rsidRPr="003A25E9">
              <w:rPr>
                <w:webHidden/>
              </w:rPr>
              <w:fldChar w:fldCharType="separate"/>
            </w:r>
            <w:r w:rsidR="00C403B4">
              <w:rPr>
                <w:webHidden/>
              </w:rPr>
              <w:t>18</w:t>
            </w:r>
            <w:r w:rsidR="003A25E9" w:rsidRPr="003A25E9">
              <w:rPr>
                <w:webHidden/>
              </w:rPr>
              <w:fldChar w:fldCharType="end"/>
            </w:r>
          </w:hyperlink>
        </w:p>
        <w:p w14:paraId="0EF5BA2B" w14:textId="11016BBE" w:rsidR="003A25E9" w:rsidRPr="003A25E9" w:rsidRDefault="003A4B4D">
          <w:pPr>
            <w:pStyle w:val="TOC1"/>
            <w:rPr>
              <w:rFonts w:asciiTheme="minorHAnsi" w:hAnsiTheme="minorHAnsi"/>
              <w:color w:val="auto"/>
              <w:kern w:val="2"/>
              <w:szCs w:val="24"/>
              <w14:ligatures w14:val="standardContextual"/>
            </w:rPr>
          </w:pPr>
          <w:r>
            <w:rPr>
              <w:rStyle w:val="Hyperlink"/>
              <w:u w:val="none"/>
            </w:rPr>
            <w:t>*</w:t>
          </w:r>
          <w:hyperlink w:anchor="_Toc189281317" w:history="1">
            <w:r w:rsidR="003A25E9" w:rsidRPr="003A25E9">
              <w:rPr>
                <w:rStyle w:val="Hyperlink"/>
                <w:u w:val="none"/>
              </w:rPr>
              <w:t>Chapter 8: Owning It</w:t>
            </w:r>
            <w:r w:rsidR="003A25E9" w:rsidRPr="003A25E9">
              <w:rPr>
                <w:webHidden/>
              </w:rPr>
              <w:tab/>
            </w:r>
            <w:r w:rsidR="003A25E9" w:rsidRPr="003A25E9">
              <w:rPr>
                <w:webHidden/>
              </w:rPr>
              <w:fldChar w:fldCharType="begin"/>
            </w:r>
            <w:r w:rsidR="003A25E9" w:rsidRPr="003A25E9">
              <w:rPr>
                <w:webHidden/>
              </w:rPr>
              <w:instrText xml:space="preserve"> PAGEREF _Toc189281317 \h </w:instrText>
            </w:r>
            <w:r w:rsidR="003A25E9" w:rsidRPr="003A25E9">
              <w:rPr>
                <w:webHidden/>
              </w:rPr>
            </w:r>
            <w:r w:rsidR="003A25E9" w:rsidRPr="003A25E9">
              <w:rPr>
                <w:webHidden/>
              </w:rPr>
              <w:fldChar w:fldCharType="separate"/>
            </w:r>
            <w:r w:rsidR="00C403B4">
              <w:rPr>
                <w:webHidden/>
              </w:rPr>
              <w:t>20</w:t>
            </w:r>
            <w:r w:rsidR="003A25E9" w:rsidRPr="003A25E9">
              <w:rPr>
                <w:webHidden/>
              </w:rPr>
              <w:fldChar w:fldCharType="end"/>
            </w:r>
          </w:hyperlink>
        </w:p>
        <w:p w14:paraId="03F3C0C4" w14:textId="4F65CE6F" w:rsidR="003A25E9" w:rsidRPr="003A25E9" w:rsidRDefault="003A4B4D">
          <w:pPr>
            <w:pStyle w:val="TOC1"/>
            <w:rPr>
              <w:rFonts w:asciiTheme="minorHAnsi" w:hAnsiTheme="minorHAnsi"/>
              <w:color w:val="auto"/>
              <w:kern w:val="2"/>
              <w:szCs w:val="24"/>
              <w14:ligatures w14:val="standardContextual"/>
            </w:rPr>
          </w:pPr>
          <w:r>
            <w:rPr>
              <w:rStyle w:val="Hyperlink"/>
              <w:u w:val="none"/>
            </w:rPr>
            <w:t>*</w:t>
          </w:r>
          <w:hyperlink w:anchor="_Toc189281318" w:history="1">
            <w:r w:rsidR="003A25E9" w:rsidRPr="003A25E9">
              <w:rPr>
                <w:rStyle w:val="Hyperlink"/>
                <w:u w:val="none"/>
              </w:rPr>
              <w:t>Chapter 9: Occupado</w:t>
            </w:r>
            <w:r w:rsidR="003A25E9" w:rsidRPr="003A25E9">
              <w:rPr>
                <w:webHidden/>
              </w:rPr>
              <w:tab/>
            </w:r>
            <w:r w:rsidR="003A25E9" w:rsidRPr="003A25E9">
              <w:rPr>
                <w:webHidden/>
              </w:rPr>
              <w:fldChar w:fldCharType="begin"/>
            </w:r>
            <w:r w:rsidR="003A25E9" w:rsidRPr="003A25E9">
              <w:rPr>
                <w:webHidden/>
              </w:rPr>
              <w:instrText xml:space="preserve"> PAGEREF _Toc189281318 \h </w:instrText>
            </w:r>
            <w:r w:rsidR="003A25E9" w:rsidRPr="003A25E9">
              <w:rPr>
                <w:webHidden/>
              </w:rPr>
            </w:r>
            <w:r w:rsidR="003A25E9" w:rsidRPr="003A25E9">
              <w:rPr>
                <w:webHidden/>
              </w:rPr>
              <w:fldChar w:fldCharType="separate"/>
            </w:r>
            <w:r w:rsidR="00C403B4">
              <w:rPr>
                <w:webHidden/>
              </w:rPr>
              <w:t>23</w:t>
            </w:r>
            <w:r w:rsidR="003A25E9" w:rsidRPr="003A25E9">
              <w:rPr>
                <w:webHidden/>
              </w:rPr>
              <w:fldChar w:fldCharType="end"/>
            </w:r>
          </w:hyperlink>
        </w:p>
        <w:p w14:paraId="3936DB12" w14:textId="05477D2D" w:rsidR="003A25E9" w:rsidRPr="003A25E9" w:rsidRDefault="003A4B4D">
          <w:pPr>
            <w:pStyle w:val="TOC1"/>
            <w:rPr>
              <w:rFonts w:asciiTheme="minorHAnsi" w:hAnsiTheme="minorHAnsi"/>
              <w:color w:val="auto"/>
              <w:kern w:val="2"/>
              <w:szCs w:val="24"/>
              <w14:ligatures w14:val="standardContextual"/>
            </w:rPr>
          </w:pPr>
          <w:r>
            <w:rPr>
              <w:rStyle w:val="Hyperlink"/>
              <w:u w:val="none"/>
            </w:rPr>
            <w:t>*</w:t>
          </w:r>
          <w:hyperlink w:anchor="_Toc189281319" w:history="1">
            <w:r w:rsidR="003A25E9" w:rsidRPr="003A25E9">
              <w:rPr>
                <w:rStyle w:val="Hyperlink"/>
                <w:u w:val="none"/>
              </w:rPr>
              <w:t>Chapter 10: Smoke and Mirrors</w:t>
            </w:r>
            <w:r w:rsidR="003A25E9" w:rsidRPr="003A25E9">
              <w:rPr>
                <w:webHidden/>
              </w:rPr>
              <w:tab/>
            </w:r>
            <w:r w:rsidR="003A25E9" w:rsidRPr="003A25E9">
              <w:rPr>
                <w:webHidden/>
              </w:rPr>
              <w:fldChar w:fldCharType="begin"/>
            </w:r>
            <w:r w:rsidR="003A25E9" w:rsidRPr="003A25E9">
              <w:rPr>
                <w:webHidden/>
              </w:rPr>
              <w:instrText xml:space="preserve"> PAGEREF _Toc189281319 \h </w:instrText>
            </w:r>
            <w:r w:rsidR="003A25E9" w:rsidRPr="003A25E9">
              <w:rPr>
                <w:webHidden/>
              </w:rPr>
            </w:r>
            <w:r w:rsidR="003A25E9" w:rsidRPr="003A25E9">
              <w:rPr>
                <w:webHidden/>
              </w:rPr>
              <w:fldChar w:fldCharType="separate"/>
            </w:r>
            <w:r w:rsidR="00C403B4">
              <w:rPr>
                <w:webHidden/>
              </w:rPr>
              <w:t>26</w:t>
            </w:r>
            <w:r w:rsidR="003A25E9" w:rsidRPr="003A25E9">
              <w:rPr>
                <w:webHidden/>
              </w:rPr>
              <w:fldChar w:fldCharType="end"/>
            </w:r>
          </w:hyperlink>
        </w:p>
        <w:p w14:paraId="087F2067" w14:textId="0618C38C" w:rsidR="003A25E9" w:rsidRPr="003A25E9" w:rsidRDefault="003A4B4D">
          <w:pPr>
            <w:pStyle w:val="TOC2"/>
            <w:rPr>
              <w:rFonts w:asciiTheme="minorHAnsi" w:hAnsiTheme="minorHAnsi"/>
              <w:color w:val="auto"/>
              <w:kern w:val="2"/>
              <w:szCs w:val="24"/>
              <w14:ligatures w14:val="standardContextual"/>
            </w:rPr>
          </w:pPr>
          <w:r>
            <w:rPr>
              <w:rStyle w:val="Hyperlink"/>
              <w:u w:val="none"/>
            </w:rPr>
            <w:t xml:space="preserve">    </w:t>
          </w:r>
          <w:hyperlink w:anchor="_Toc189281320" w:history="1">
            <w:r w:rsidR="003A25E9" w:rsidRPr="003A25E9">
              <w:rPr>
                <w:rStyle w:val="Hyperlink"/>
                <w:u w:val="none"/>
              </w:rPr>
              <w:t>Final Thoughts</w:t>
            </w:r>
            <w:r w:rsidR="003A25E9" w:rsidRPr="003A25E9">
              <w:rPr>
                <w:webHidden/>
              </w:rPr>
              <w:tab/>
            </w:r>
            <w:r w:rsidR="003A25E9" w:rsidRPr="003A25E9">
              <w:rPr>
                <w:webHidden/>
              </w:rPr>
              <w:fldChar w:fldCharType="begin"/>
            </w:r>
            <w:r w:rsidR="003A25E9" w:rsidRPr="003A25E9">
              <w:rPr>
                <w:webHidden/>
              </w:rPr>
              <w:instrText xml:space="preserve"> PAGEREF _Toc189281320 \h </w:instrText>
            </w:r>
            <w:r w:rsidR="003A25E9" w:rsidRPr="003A25E9">
              <w:rPr>
                <w:webHidden/>
              </w:rPr>
            </w:r>
            <w:r w:rsidR="003A25E9" w:rsidRPr="003A25E9">
              <w:rPr>
                <w:webHidden/>
              </w:rPr>
              <w:fldChar w:fldCharType="separate"/>
            </w:r>
            <w:r w:rsidR="00C403B4">
              <w:rPr>
                <w:webHidden/>
              </w:rPr>
              <w:t>28</w:t>
            </w:r>
            <w:r w:rsidR="003A25E9" w:rsidRPr="003A25E9">
              <w:rPr>
                <w:webHidden/>
              </w:rPr>
              <w:fldChar w:fldCharType="end"/>
            </w:r>
          </w:hyperlink>
        </w:p>
        <w:p w14:paraId="100AC140" w14:textId="06FEE9FC" w:rsidR="003A25E9" w:rsidRPr="003A25E9" w:rsidRDefault="003A4B4D">
          <w:pPr>
            <w:pStyle w:val="TOC1"/>
            <w:rPr>
              <w:rFonts w:asciiTheme="minorHAnsi" w:hAnsiTheme="minorHAnsi"/>
              <w:color w:val="auto"/>
              <w:kern w:val="2"/>
              <w:szCs w:val="24"/>
              <w14:ligatures w14:val="standardContextual"/>
            </w:rPr>
          </w:pPr>
          <w:r>
            <w:rPr>
              <w:rStyle w:val="Hyperlink"/>
              <w:u w:val="none"/>
            </w:rPr>
            <w:lastRenderedPageBreak/>
            <w:t>*</w:t>
          </w:r>
          <w:hyperlink w:anchor="_Toc189281321" w:history="1">
            <w:r w:rsidR="003A25E9" w:rsidRPr="003A25E9">
              <w:rPr>
                <w:rStyle w:val="Hyperlink"/>
                <w:u w:val="none"/>
              </w:rPr>
              <w:t>Chapter 11: Storm Brewing</w:t>
            </w:r>
            <w:r w:rsidR="003A25E9" w:rsidRPr="003A25E9">
              <w:rPr>
                <w:webHidden/>
              </w:rPr>
              <w:tab/>
            </w:r>
            <w:r w:rsidR="003A25E9" w:rsidRPr="003A25E9">
              <w:rPr>
                <w:webHidden/>
              </w:rPr>
              <w:fldChar w:fldCharType="begin"/>
            </w:r>
            <w:r w:rsidR="003A25E9" w:rsidRPr="003A25E9">
              <w:rPr>
                <w:webHidden/>
              </w:rPr>
              <w:instrText xml:space="preserve"> PAGEREF _Toc189281321 \h </w:instrText>
            </w:r>
            <w:r w:rsidR="003A25E9" w:rsidRPr="003A25E9">
              <w:rPr>
                <w:webHidden/>
              </w:rPr>
            </w:r>
            <w:r w:rsidR="003A25E9" w:rsidRPr="003A25E9">
              <w:rPr>
                <w:webHidden/>
              </w:rPr>
              <w:fldChar w:fldCharType="separate"/>
            </w:r>
            <w:r w:rsidR="00C403B4">
              <w:rPr>
                <w:webHidden/>
              </w:rPr>
              <w:t>29</w:t>
            </w:r>
            <w:r w:rsidR="003A25E9" w:rsidRPr="003A25E9">
              <w:rPr>
                <w:webHidden/>
              </w:rPr>
              <w:fldChar w:fldCharType="end"/>
            </w:r>
          </w:hyperlink>
        </w:p>
        <w:p w14:paraId="07A45FB6" w14:textId="000071D3"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22" w:history="1">
            <w:r w:rsidR="003A25E9" w:rsidRPr="003A25E9">
              <w:rPr>
                <w:rStyle w:val="Hyperlink"/>
                <w:u w:val="none"/>
              </w:rPr>
              <w:t>Chapter 12: Corporate Cockblock</w:t>
            </w:r>
            <w:r w:rsidR="003A25E9" w:rsidRPr="003A25E9">
              <w:rPr>
                <w:webHidden/>
              </w:rPr>
              <w:tab/>
            </w:r>
            <w:r w:rsidR="003A25E9" w:rsidRPr="003A25E9">
              <w:rPr>
                <w:webHidden/>
              </w:rPr>
              <w:fldChar w:fldCharType="begin"/>
            </w:r>
            <w:r w:rsidR="003A25E9" w:rsidRPr="003A25E9">
              <w:rPr>
                <w:webHidden/>
              </w:rPr>
              <w:instrText xml:space="preserve"> PAGEREF _Toc189281322 \h </w:instrText>
            </w:r>
            <w:r w:rsidR="003A25E9" w:rsidRPr="003A25E9">
              <w:rPr>
                <w:webHidden/>
              </w:rPr>
            </w:r>
            <w:r w:rsidR="003A25E9" w:rsidRPr="003A25E9">
              <w:rPr>
                <w:webHidden/>
              </w:rPr>
              <w:fldChar w:fldCharType="separate"/>
            </w:r>
            <w:r w:rsidR="00C403B4">
              <w:rPr>
                <w:webHidden/>
              </w:rPr>
              <w:t>31</w:t>
            </w:r>
            <w:r w:rsidR="003A25E9" w:rsidRPr="003A25E9">
              <w:rPr>
                <w:webHidden/>
              </w:rPr>
              <w:fldChar w:fldCharType="end"/>
            </w:r>
          </w:hyperlink>
        </w:p>
        <w:p w14:paraId="47F88A14" w14:textId="2EC76190" w:rsidR="003A25E9" w:rsidRPr="003A25E9" w:rsidRDefault="00406427">
          <w:pPr>
            <w:pStyle w:val="TOC2"/>
            <w:rPr>
              <w:rFonts w:asciiTheme="minorHAnsi" w:hAnsiTheme="minorHAnsi"/>
              <w:color w:val="auto"/>
              <w:kern w:val="2"/>
              <w:szCs w:val="24"/>
              <w14:ligatures w14:val="standardContextual"/>
            </w:rPr>
          </w:pPr>
          <w:r>
            <w:rPr>
              <w:rStyle w:val="Hyperlink"/>
              <w:u w:val="none"/>
            </w:rPr>
            <w:t xml:space="preserve">    </w:t>
          </w:r>
          <w:hyperlink w:anchor="_Toc189281323" w:history="1">
            <w:r w:rsidR="003A25E9" w:rsidRPr="003A25E9">
              <w:rPr>
                <w:rStyle w:val="Hyperlink"/>
                <w:u w:val="none"/>
              </w:rPr>
              <w:t>Final Thoughts</w:t>
            </w:r>
            <w:r w:rsidR="003A25E9" w:rsidRPr="003A25E9">
              <w:rPr>
                <w:webHidden/>
              </w:rPr>
              <w:tab/>
            </w:r>
            <w:r w:rsidR="003A25E9" w:rsidRPr="003A25E9">
              <w:rPr>
                <w:webHidden/>
              </w:rPr>
              <w:fldChar w:fldCharType="begin"/>
            </w:r>
            <w:r w:rsidR="003A25E9" w:rsidRPr="003A25E9">
              <w:rPr>
                <w:webHidden/>
              </w:rPr>
              <w:instrText xml:space="preserve"> PAGEREF _Toc189281323 \h </w:instrText>
            </w:r>
            <w:r w:rsidR="003A25E9" w:rsidRPr="003A25E9">
              <w:rPr>
                <w:webHidden/>
              </w:rPr>
            </w:r>
            <w:r w:rsidR="003A25E9" w:rsidRPr="003A25E9">
              <w:rPr>
                <w:webHidden/>
              </w:rPr>
              <w:fldChar w:fldCharType="separate"/>
            </w:r>
            <w:r w:rsidR="00C403B4">
              <w:rPr>
                <w:webHidden/>
              </w:rPr>
              <w:t>33</w:t>
            </w:r>
            <w:r w:rsidR="003A25E9" w:rsidRPr="003A25E9">
              <w:rPr>
                <w:webHidden/>
              </w:rPr>
              <w:fldChar w:fldCharType="end"/>
            </w:r>
          </w:hyperlink>
        </w:p>
        <w:p w14:paraId="24D60D9D" w14:textId="5D4A9D46"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24" w:history="1">
            <w:r w:rsidR="003A25E9" w:rsidRPr="003A25E9">
              <w:rPr>
                <w:rStyle w:val="Hyperlink"/>
                <w:u w:val="none"/>
              </w:rPr>
              <w:t>Chapter 13: Flirting in Triplicate</w:t>
            </w:r>
            <w:r w:rsidR="003A25E9" w:rsidRPr="003A25E9">
              <w:rPr>
                <w:webHidden/>
              </w:rPr>
              <w:tab/>
            </w:r>
            <w:r w:rsidR="003A25E9" w:rsidRPr="003A25E9">
              <w:rPr>
                <w:webHidden/>
              </w:rPr>
              <w:fldChar w:fldCharType="begin"/>
            </w:r>
            <w:r w:rsidR="003A25E9" w:rsidRPr="003A25E9">
              <w:rPr>
                <w:webHidden/>
              </w:rPr>
              <w:instrText xml:space="preserve"> PAGEREF _Toc189281324 \h </w:instrText>
            </w:r>
            <w:r w:rsidR="003A25E9" w:rsidRPr="003A25E9">
              <w:rPr>
                <w:webHidden/>
              </w:rPr>
            </w:r>
            <w:r w:rsidR="003A25E9" w:rsidRPr="003A25E9">
              <w:rPr>
                <w:webHidden/>
              </w:rPr>
              <w:fldChar w:fldCharType="separate"/>
            </w:r>
            <w:r w:rsidR="00C403B4">
              <w:rPr>
                <w:webHidden/>
              </w:rPr>
              <w:t>34</w:t>
            </w:r>
            <w:r w:rsidR="003A25E9" w:rsidRPr="003A25E9">
              <w:rPr>
                <w:webHidden/>
              </w:rPr>
              <w:fldChar w:fldCharType="end"/>
            </w:r>
          </w:hyperlink>
        </w:p>
        <w:p w14:paraId="42D50C89" w14:textId="61C08B53"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25" w:history="1">
            <w:r w:rsidR="003A25E9" w:rsidRPr="003A25E9">
              <w:rPr>
                <w:rStyle w:val="Hyperlink"/>
                <w:u w:val="none"/>
              </w:rPr>
              <w:t>Chapter 14: Savor Me</w:t>
            </w:r>
            <w:r w:rsidR="003A25E9" w:rsidRPr="003A25E9">
              <w:rPr>
                <w:webHidden/>
              </w:rPr>
              <w:tab/>
            </w:r>
            <w:r w:rsidR="003A25E9" w:rsidRPr="003A25E9">
              <w:rPr>
                <w:webHidden/>
              </w:rPr>
              <w:fldChar w:fldCharType="begin"/>
            </w:r>
            <w:r w:rsidR="003A25E9" w:rsidRPr="003A25E9">
              <w:rPr>
                <w:webHidden/>
              </w:rPr>
              <w:instrText xml:space="preserve"> PAGEREF _Toc189281325 \h </w:instrText>
            </w:r>
            <w:r w:rsidR="003A25E9" w:rsidRPr="003A25E9">
              <w:rPr>
                <w:webHidden/>
              </w:rPr>
            </w:r>
            <w:r w:rsidR="003A25E9" w:rsidRPr="003A25E9">
              <w:rPr>
                <w:webHidden/>
              </w:rPr>
              <w:fldChar w:fldCharType="separate"/>
            </w:r>
            <w:r w:rsidR="00C403B4">
              <w:rPr>
                <w:webHidden/>
              </w:rPr>
              <w:t>35</w:t>
            </w:r>
            <w:r w:rsidR="003A25E9" w:rsidRPr="003A25E9">
              <w:rPr>
                <w:webHidden/>
              </w:rPr>
              <w:fldChar w:fldCharType="end"/>
            </w:r>
          </w:hyperlink>
        </w:p>
        <w:p w14:paraId="024ECF12" w14:textId="50CDC0E4"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26" w:history="1">
            <w:r w:rsidR="003A25E9" w:rsidRPr="003A25E9">
              <w:rPr>
                <w:rStyle w:val="Hyperlink"/>
                <w:u w:val="none"/>
              </w:rPr>
              <w:t>Chapter 15: Afterglow</w:t>
            </w:r>
            <w:r w:rsidR="003A25E9" w:rsidRPr="003A25E9">
              <w:rPr>
                <w:webHidden/>
              </w:rPr>
              <w:tab/>
            </w:r>
            <w:r w:rsidR="003A25E9" w:rsidRPr="003A25E9">
              <w:rPr>
                <w:webHidden/>
              </w:rPr>
              <w:fldChar w:fldCharType="begin"/>
            </w:r>
            <w:r w:rsidR="003A25E9" w:rsidRPr="003A25E9">
              <w:rPr>
                <w:webHidden/>
              </w:rPr>
              <w:instrText xml:space="preserve"> PAGEREF _Toc189281326 \h </w:instrText>
            </w:r>
            <w:r w:rsidR="003A25E9" w:rsidRPr="003A25E9">
              <w:rPr>
                <w:webHidden/>
              </w:rPr>
            </w:r>
            <w:r w:rsidR="003A25E9" w:rsidRPr="003A25E9">
              <w:rPr>
                <w:webHidden/>
              </w:rPr>
              <w:fldChar w:fldCharType="separate"/>
            </w:r>
            <w:r w:rsidR="00C403B4">
              <w:rPr>
                <w:webHidden/>
              </w:rPr>
              <w:t>38</w:t>
            </w:r>
            <w:r w:rsidR="003A25E9" w:rsidRPr="003A25E9">
              <w:rPr>
                <w:webHidden/>
              </w:rPr>
              <w:fldChar w:fldCharType="end"/>
            </w:r>
          </w:hyperlink>
        </w:p>
        <w:p w14:paraId="246A9D36" w14:textId="10D086C2"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27" w:history="1">
            <w:r w:rsidR="003A25E9" w:rsidRPr="003A25E9">
              <w:rPr>
                <w:rStyle w:val="Hyperlink"/>
                <w:u w:val="none"/>
              </w:rPr>
              <w:t>Chapter 16: Ante Up</w:t>
            </w:r>
            <w:r w:rsidR="003A25E9" w:rsidRPr="003A25E9">
              <w:rPr>
                <w:webHidden/>
              </w:rPr>
              <w:tab/>
            </w:r>
            <w:r w:rsidR="003A25E9" w:rsidRPr="003A25E9">
              <w:rPr>
                <w:webHidden/>
              </w:rPr>
              <w:fldChar w:fldCharType="begin"/>
            </w:r>
            <w:r w:rsidR="003A25E9" w:rsidRPr="003A25E9">
              <w:rPr>
                <w:webHidden/>
              </w:rPr>
              <w:instrText xml:space="preserve"> PAGEREF _Toc189281327 \h </w:instrText>
            </w:r>
            <w:r w:rsidR="003A25E9" w:rsidRPr="003A25E9">
              <w:rPr>
                <w:webHidden/>
              </w:rPr>
            </w:r>
            <w:r w:rsidR="003A25E9" w:rsidRPr="003A25E9">
              <w:rPr>
                <w:webHidden/>
              </w:rPr>
              <w:fldChar w:fldCharType="separate"/>
            </w:r>
            <w:r w:rsidR="00C403B4">
              <w:rPr>
                <w:webHidden/>
              </w:rPr>
              <w:t>41</w:t>
            </w:r>
            <w:r w:rsidR="003A25E9" w:rsidRPr="003A25E9">
              <w:rPr>
                <w:webHidden/>
              </w:rPr>
              <w:fldChar w:fldCharType="end"/>
            </w:r>
          </w:hyperlink>
        </w:p>
        <w:p w14:paraId="291DF8E3" w14:textId="4E73E71B" w:rsidR="003A25E9" w:rsidRPr="003A25E9" w:rsidRDefault="00406427">
          <w:pPr>
            <w:pStyle w:val="TOC2"/>
            <w:rPr>
              <w:rFonts w:asciiTheme="minorHAnsi" w:hAnsiTheme="minorHAnsi"/>
              <w:color w:val="auto"/>
              <w:kern w:val="2"/>
              <w:szCs w:val="24"/>
              <w14:ligatures w14:val="standardContextual"/>
            </w:rPr>
          </w:pPr>
          <w:r>
            <w:rPr>
              <w:rStyle w:val="Hyperlink"/>
              <w:u w:val="none"/>
            </w:rPr>
            <w:t xml:space="preserve">    </w:t>
          </w:r>
          <w:hyperlink w:anchor="_Toc189281328" w:history="1">
            <w:r w:rsidR="003A25E9" w:rsidRPr="003A25E9">
              <w:rPr>
                <w:rStyle w:val="Hyperlink"/>
                <w:u w:val="none"/>
              </w:rPr>
              <w:t>Final Thoughts</w:t>
            </w:r>
            <w:r w:rsidR="003A25E9" w:rsidRPr="003A25E9">
              <w:rPr>
                <w:webHidden/>
              </w:rPr>
              <w:tab/>
            </w:r>
            <w:r w:rsidR="003A25E9" w:rsidRPr="003A25E9">
              <w:rPr>
                <w:webHidden/>
              </w:rPr>
              <w:fldChar w:fldCharType="begin"/>
            </w:r>
            <w:r w:rsidR="003A25E9" w:rsidRPr="003A25E9">
              <w:rPr>
                <w:webHidden/>
              </w:rPr>
              <w:instrText xml:space="preserve"> PAGEREF _Toc189281328 \h </w:instrText>
            </w:r>
            <w:r w:rsidR="003A25E9" w:rsidRPr="003A25E9">
              <w:rPr>
                <w:webHidden/>
              </w:rPr>
            </w:r>
            <w:r w:rsidR="003A25E9" w:rsidRPr="003A25E9">
              <w:rPr>
                <w:webHidden/>
              </w:rPr>
              <w:fldChar w:fldCharType="separate"/>
            </w:r>
            <w:r w:rsidR="00C403B4">
              <w:rPr>
                <w:webHidden/>
              </w:rPr>
              <w:t>44</w:t>
            </w:r>
            <w:r w:rsidR="003A25E9" w:rsidRPr="003A25E9">
              <w:rPr>
                <w:webHidden/>
              </w:rPr>
              <w:fldChar w:fldCharType="end"/>
            </w:r>
          </w:hyperlink>
        </w:p>
        <w:p w14:paraId="7DE1E5E4" w14:textId="75B9D31C"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29" w:history="1">
            <w:r w:rsidR="003A25E9" w:rsidRPr="003A25E9">
              <w:rPr>
                <w:rStyle w:val="Hyperlink"/>
                <w:u w:val="none"/>
              </w:rPr>
              <w:t xml:space="preserve">Chapter 17: Clockwork </w:t>
            </w:r>
            <w:r w:rsidR="00400041">
              <w:rPr>
                <w:rStyle w:val="Hyperlink"/>
                <w:u w:val="none"/>
              </w:rPr>
              <w:t>Candice</w:t>
            </w:r>
            <w:r w:rsidR="003A25E9" w:rsidRPr="003A25E9">
              <w:rPr>
                <w:webHidden/>
              </w:rPr>
              <w:tab/>
            </w:r>
            <w:r w:rsidR="003A25E9" w:rsidRPr="003A25E9">
              <w:rPr>
                <w:webHidden/>
              </w:rPr>
              <w:fldChar w:fldCharType="begin"/>
            </w:r>
            <w:r w:rsidR="003A25E9" w:rsidRPr="003A25E9">
              <w:rPr>
                <w:webHidden/>
              </w:rPr>
              <w:instrText xml:space="preserve"> PAGEREF _Toc189281329 \h </w:instrText>
            </w:r>
            <w:r w:rsidR="003A25E9" w:rsidRPr="003A25E9">
              <w:rPr>
                <w:webHidden/>
              </w:rPr>
            </w:r>
            <w:r w:rsidR="003A25E9" w:rsidRPr="003A25E9">
              <w:rPr>
                <w:webHidden/>
              </w:rPr>
              <w:fldChar w:fldCharType="separate"/>
            </w:r>
            <w:r w:rsidR="00C403B4">
              <w:rPr>
                <w:webHidden/>
              </w:rPr>
              <w:t>44</w:t>
            </w:r>
            <w:r w:rsidR="003A25E9" w:rsidRPr="003A25E9">
              <w:rPr>
                <w:webHidden/>
              </w:rPr>
              <w:fldChar w:fldCharType="end"/>
            </w:r>
          </w:hyperlink>
        </w:p>
        <w:p w14:paraId="5E3D5C54" w14:textId="0A688A25"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30" w:history="1">
            <w:r w:rsidR="003A25E9" w:rsidRPr="003A25E9">
              <w:rPr>
                <w:rStyle w:val="Hyperlink"/>
                <w:u w:val="none"/>
              </w:rPr>
              <w:t>Chapter 18: Candid Cameras</w:t>
            </w:r>
            <w:r w:rsidR="003A25E9" w:rsidRPr="003A25E9">
              <w:rPr>
                <w:webHidden/>
              </w:rPr>
              <w:tab/>
            </w:r>
            <w:r w:rsidR="003A25E9" w:rsidRPr="003A25E9">
              <w:rPr>
                <w:webHidden/>
              </w:rPr>
              <w:fldChar w:fldCharType="begin"/>
            </w:r>
            <w:r w:rsidR="003A25E9" w:rsidRPr="003A25E9">
              <w:rPr>
                <w:webHidden/>
              </w:rPr>
              <w:instrText xml:space="preserve"> PAGEREF _Toc189281330 \h </w:instrText>
            </w:r>
            <w:r w:rsidR="003A25E9" w:rsidRPr="003A25E9">
              <w:rPr>
                <w:webHidden/>
              </w:rPr>
            </w:r>
            <w:r w:rsidR="003A25E9" w:rsidRPr="003A25E9">
              <w:rPr>
                <w:webHidden/>
              </w:rPr>
              <w:fldChar w:fldCharType="separate"/>
            </w:r>
            <w:r w:rsidR="00C403B4">
              <w:rPr>
                <w:webHidden/>
              </w:rPr>
              <w:t>48</w:t>
            </w:r>
            <w:r w:rsidR="003A25E9" w:rsidRPr="003A25E9">
              <w:rPr>
                <w:webHidden/>
              </w:rPr>
              <w:fldChar w:fldCharType="end"/>
            </w:r>
          </w:hyperlink>
        </w:p>
        <w:p w14:paraId="730BF022" w14:textId="73B0836C"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31" w:history="1">
            <w:r w:rsidR="003A25E9" w:rsidRPr="003A25E9">
              <w:rPr>
                <w:rStyle w:val="Hyperlink"/>
                <w:u w:val="none"/>
              </w:rPr>
              <w:t>Chapter 19: Eyes I Dare Not Meet in Dreams</w:t>
            </w:r>
            <w:r w:rsidR="003A25E9" w:rsidRPr="003A25E9">
              <w:rPr>
                <w:webHidden/>
              </w:rPr>
              <w:tab/>
            </w:r>
            <w:r w:rsidR="003A25E9" w:rsidRPr="003A25E9">
              <w:rPr>
                <w:webHidden/>
              </w:rPr>
              <w:fldChar w:fldCharType="begin"/>
            </w:r>
            <w:r w:rsidR="003A25E9" w:rsidRPr="003A25E9">
              <w:rPr>
                <w:webHidden/>
              </w:rPr>
              <w:instrText xml:space="preserve"> PAGEREF _Toc189281331 \h </w:instrText>
            </w:r>
            <w:r w:rsidR="003A25E9" w:rsidRPr="003A25E9">
              <w:rPr>
                <w:webHidden/>
              </w:rPr>
            </w:r>
            <w:r w:rsidR="003A25E9" w:rsidRPr="003A25E9">
              <w:rPr>
                <w:webHidden/>
              </w:rPr>
              <w:fldChar w:fldCharType="separate"/>
            </w:r>
            <w:r w:rsidR="00C403B4">
              <w:rPr>
                <w:webHidden/>
              </w:rPr>
              <w:t>51</w:t>
            </w:r>
            <w:r w:rsidR="003A25E9" w:rsidRPr="003A25E9">
              <w:rPr>
                <w:webHidden/>
              </w:rPr>
              <w:fldChar w:fldCharType="end"/>
            </w:r>
          </w:hyperlink>
        </w:p>
        <w:p w14:paraId="2C083E97" w14:textId="2C6FCEE7" w:rsidR="003A25E9" w:rsidRPr="003A25E9" w:rsidRDefault="00406427">
          <w:pPr>
            <w:pStyle w:val="TOC2"/>
            <w:rPr>
              <w:rFonts w:asciiTheme="minorHAnsi" w:hAnsiTheme="minorHAnsi"/>
              <w:color w:val="auto"/>
              <w:kern w:val="2"/>
              <w:szCs w:val="24"/>
              <w14:ligatures w14:val="standardContextual"/>
            </w:rPr>
          </w:pPr>
          <w:r>
            <w:rPr>
              <w:rStyle w:val="Hyperlink"/>
              <w:u w:val="none"/>
            </w:rPr>
            <w:t xml:space="preserve">    </w:t>
          </w:r>
          <w:hyperlink w:anchor="_Toc189281332" w:history="1">
            <w:r w:rsidR="003A25E9" w:rsidRPr="003A25E9">
              <w:rPr>
                <w:rStyle w:val="Hyperlink"/>
                <w:u w:val="none"/>
              </w:rPr>
              <w:t>The Station</w:t>
            </w:r>
            <w:r w:rsidR="003A25E9" w:rsidRPr="003A25E9">
              <w:rPr>
                <w:webHidden/>
              </w:rPr>
              <w:tab/>
            </w:r>
            <w:r w:rsidR="003A25E9" w:rsidRPr="003A25E9">
              <w:rPr>
                <w:webHidden/>
              </w:rPr>
              <w:fldChar w:fldCharType="begin"/>
            </w:r>
            <w:r w:rsidR="003A25E9" w:rsidRPr="003A25E9">
              <w:rPr>
                <w:webHidden/>
              </w:rPr>
              <w:instrText xml:space="preserve"> PAGEREF _Toc189281332 \h </w:instrText>
            </w:r>
            <w:r w:rsidR="003A25E9" w:rsidRPr="003A25E9">
              <w:rPr>
                <w:webHidden/>
              </w:rPr>
            </w:r>
            <w:r w:rsidR="003A25E9" w:rsidRPr="003A25E9">
              <w:rPr>
                <w:webHidden/>
              </w:rPr>
              <w:fldChar w:fldCharType="separate"/>
            </w:r>
            <w:r w:rsidR="00C403B4">
              <w:rPr>
                <w:webHidden/>
              </w:rPr>
              <w:t>53</w:t>
            </w:r>
            <w:r w:rsidR="003A25E9" w:rsidRPr="003A25E9">
              <w:rPr>
                <w:webHidden/>
              </w:rPr>
              <w:fldChar w:fldCharType="end"/>
            </w:r>
          </w:hyperlink>
        </w:p>
        <w:p w14:paraId="5355F29B" w14:textId="254D5B8B"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33" w:history="1">
            <w:r w:rsidR="003A25E9" w:rsidRPr="003A25E9">
              <w:rPr>
                <w:rStyle w:val="Hyperlink"/>
                <w:u w:val="none"/>
              </w:rPr>
              <w:t>Chapter 20: Bacon and Betrayal</w:t>
            </w:r>
            <w:r w:rsidR="003A25E9" w:rsidRPr="003A25E9">
              <w:rPr>
                <w:webHidden/>
              </w:rPr>
              <w:tab/>
            </w:r>
            <w:r w:rsidR="003A25E9" w:rsidRPr="003A25E9">
              <w:rPr>
                <w:webHidden/>
              </w:rPr>
              <w:fldChar w:fldCharType="begin"/>
            </w:r>
            <w:r w:rsidR="003A25E9" w:rsidRPr="003A25E9">
              <w:rPr>
                <w:webHidden/>
              </w:rPr>
              <w:instrText xml:space="preserve"> PAGEREF _Toc189281333 \h </w:instrText>
            </w:r>
            <w:r w:rsidR="003A25E9" w:rsidRPr="003A25E9">
              <w:rPr>
                <w:webHidden/>
              </w:rPr>
            </w:r>
            <w:r w:rsidR="003A25E9" w:rsidRPr="003A25E9">
              <w:rPr>
                <w:webHidden/>
              </w:rPr>
              <w:fldChar w:fldCharType="separate"/>
            </w:r>
            <w:r w:rsidR="00C403B4">
              <w:rPr>
                <w:webHidden/>
              </w:rPr>
              <w:t>55</w:t>
            </w:r>
            <w:r w:rsidR="003A25E9" w:rsidRPr="003A25E9">
              <w:rPr>
                <w:webHidden/>
              </w:rPr>
              <w:fldChar w:fldCharType="end"/>
            </w:r>
          </w:hyperlink>
        </w:p>
        <w:p w14:paraId="234916A7" w14:textId="3CABB0BD"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34" w:history="1">
            <w:r w:rsidR="003A25E9" w:rsidRPr="003A25E9">
              <w:rPr>
                <w:rStyle w:val="Hyperlink"/>
                <w:u w:val="none"/>
              </w:rPr>
              <w:t>Chapter 21: Sex, Lies, and Videotape</w:t>
            </w:r>
            <w:r w:rsidR="003A25E9" w:rsidRPr="003A25E9">
              <w:rPr>
                <w:webHidden/>
              </w:rPr>
              <w:tab/>
            </w:r>
            <w:r w:rsidR="003A25E9" w:rsidRPr="003A25E9">
              <w:rPr>
                <w:webHidden/>
              </w:rPr>
              <w:fldChar w:fldCharType="begin"/>
            </w:r>
            <w:r w:rsidR="003A25E9" w:rsidRPr="003A25E9">
              <w:rPr>
                <w:webHidden/>
              </w:rPr>
              <w:instrText xml:space="preserve"> PAGEREF _Toc189281334 \h </w:instrText>
            </w:r>
            <w:r w:rsidR="003A25E9" w:rsidRPr="003A25E9">
              <w:rPr>
                <w:webHidden/>
              </w:rPr>
            </w:r>
            <w:r w:rsidR="003A25E9" w:rsidRPr="003A25E9">
              <w:rPr>
                <w:webHidden/>
              </w:rPr>
              <w:fldChar w:fldCharType="separate"/>
            </w:r>
            <w:r w:rsidR="00C403B4">
              <w:rPr>
                <w:webHidden/>
              </w:rPr>
              <w:t>58</w:t>
            </w:r>
            <w:r w:rsidR="003A25E9" w:rsidRPr="003A25E9">
              <w:rPr>
                <w:webHidden/>
              </w:rPr>
              <w:fldChar w:fldCharType="end"/>
            </w:r>
          </w:hyperlink>
        </w:p>
        <w:p w14:paraId="45F6BF30" w14:textId="4A87FE98" w:rsidR="003A25E9" w:rsidRPr="003A25E9" w:rsidRDefault="00406427">
          <w:pPr>
            <w:pStyle w:val="TOC2"/>
            <w:rPr>
              <w:rFonts w:asciiTheme="minorHAnsi" w:hAnsiTheme="minorHAnsi"/>
              <w:color w:val="auto"/>
              <w:kern w:val="2"/>
              <w:szCs w:val="24"/>
              <w14:ligatures w14:val="standardContextual"/>
            </w:rPr>
          </w:pPr>
          <w:r>
            <w:rPr>
              <w:rStyle w:val="Hyperlink"/>
              <w:u w:val="none"/>
            </w:rPr>
            <w:t xml:space="preserve">    </w:t>
          </w:r>
          <w:hyperlink w:anchor="_Toc189281335" w:history="1">
            <w:r w:rsidR="003A25E9" w:rsidRPr="003A25E9">
              <w:rPr>
                <w:rStyle w:val="Hyperlink"/>
                <w:u w:val="none"/>
              </w:rPr>
              <w:t>Afterward</w:t>
            </w:r>
            <w:r w:rsidR="003A25E9" w:rsidRPr="003A25E9">
              <w:rPr>
                <w:webHidden/>
              </w:rPr>
              <w:tab/>
            </w:r>
            <w:r w:rsidR="003A25E9" w:rsidRPr="003A25E9">
              <w:rPr>
                <w:webHidden/>
              </w:rPr>
              <w:fldChar w:fldCharType="begin"/>
            </w:r>
            <w:r w:rsidR="003A25E9" w:rsidRPr="003A25E9">
              <w:rPr>
                <w:webHidden/>
              </w:rPr>
              <w:instrText xml:space="preserve"> PAGEREF _Toc189281335 \h </w:instrText>
            </w:r>
            <w:r w:rsidR="003A25E9" w:rsidRPr="003A25E9">
              <w:rPr>
                <w:webHidden/>
              </w:rPr>
            </w:r>
            <w:r w:rsidR="003A25E9" w:rsidRPr="003A25E9">
              <w:rPr>
                <w:webHidden/>
              </w:rPr>
              <w:fldChar w:fldCharType="separate"/>
            </w:r>
            <w:r w:rsidR="00C403B4">
              <w:rPr>
                <w:webHidden/>
              </w:rPr>
              <w:t>61</w:t>
            </w:r>
            <w:r w:rsidR="003A25E9" w:rsidRPr="003A25E9">
              <w:rPr>
                <w:webHidden/>
              </w:rPr>
              <w:fldChar w:fldCharType="end"/>
            </w:r>
          </w:hyperlink>
        </w:p>
        <w:p w14:paraId="261168F5" w14:textId="2C86AF64"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36" w:history="1">
            <w:r w:rsidR="003A25E9" w:rsidRPr="003A25E9">
              <w:rPr>
                <w:rStyle w:val="Hyperlink"/>
                <w:u w:val="none"/>
              </w:rPr>
              <w:t>Chapter 22: Breathless</w:t>
            </w:r>
            <w:r w:rsidR="003A25E9" w:rsidRPr="003A25E9">
              <w:rPr>
                <w:webHidden/>
              </w:rPr>
              <w:tab/>
            </w:r>
            <w:r w:rsidR="003A25E9" w:rsidRPr="003A25E9">
              <w:rPr>
                <w:webHidden/>
              </w:rPr>
              <w:fldChar w:fldCharType="begin"/>
            </w:r>
            <w:r w:rsidR="003A25E9" w:rsidRPr="003A25E9">
              <w:rPr>
                <w:webHidden/>
              </w:rPr>
              <w:instrText xml:space="preserve"> PAGEREF _Toc189281336 \h </w:instrText>
            </w:r>
            <w:r w:rsidR="003A25E9" w:rsidRPr="003A25E9">
              <w:rPr>
                <w:webHidden/>
              </w:rPr>
            </w:r>
            <w:r w:rsidR="003A25E9" w:rsidRPr="003A25E9">
              <w:rPr>
                <w:webHidden/>
              </w:rPr>
              <w:fldChar w:fldCharType="separate"/>
            </w:r>
            <w:r w:rsidR="00C403B4">
              <w:rPr>
                <w:webHidden/>
              </w:rPr>
              <w:t>61</w:t>
            </w:r>
            <w:r w:rsidR="003A25E9" w:rsidRPr="003A25E9">
              <w:rPr>
                <w:webHidden/>
              </w:rPr>
              <w:fldChar w:fldCharType="end"/>
            </w:r>
          </w:hyperlink>
        </w:p>
        <w:p w14:paraId="04F454A7" w14:textId="0BDDC8AF"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37" w:history="1">
            <w:r w:rsidR="003A25E9" w:rsidRPr="003A25E9">
              <w:rPr>
                <w:rStyle w:val="Hyperlink"/>
                <w:u w:val="none"/>
              </w:rPr>
              <w:t>Chapter 23: Dirty Laundry</w:t>
            </w:r>
            <w:r w:rsidR="003A25E9" w:rsidRPr="003A25E9">
              <w:rPr>
                <w:webHidden/>
              </w:rPr>
              <w:tab/>
            </w:r>
            <w:r w:rsidR="003A25E9" w:rsidRPr="003A25E9">
              <w:rPr>
                <w:webHidden/>
              </w:rPr>
              <w:fldChar w:fldCharType="begin"/>
            </w:r>
            <w:r w:rsidR="003A25E9" w:rsidRPr="003A25E9">
              <w:rPr>
                <w:webHidden/>
              </w:rPr>
              <w:instrText xml:space="preserve"> PAGEREF _Toc189281337 \h </w:instrText>
            </w:r>
            <w:r w:rsidR="003A25E9" w:rsidRPr="003A25E9">
              <w:rPr>
                <w:webHidden/>
              </w:rPr>
            </w:r>
            <w:r w:rsidR="003A25E9" w:rsidRPr="003A25E9">
              <w:rPr>
                <w:webHidden/>
              </w:rPr>
              <w:fldChar w:fldCharType="separate"/>
            </w:r>
            <w:r w:rsidR="00C403B4">
              <w:rPr>
                <w:webHidden/>
              </w:rPr>
              <w:t>64</w:t>
            </w:r>
            <w:r w:rsidR="003A25E9" w:rsidRPr="003A25E9">
              <w:rPr>
                <w:webHidden/>
              </w:rPr>
              <w:fldChar w:fldCharType="end"/>
            </w:r>
          </w:hyperlink>
        </w:p>
        <w:p w14:paraId="2C602F62" w14:textId="06F3F0D6"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38" w:history="1">
            <w:r w:rsidR="003A25E9" w:rsidRPr="003A25E9">
              <w:rPr>
                <w:rStyle w:val="Hyperlink"/>
                <w:u w:val="none"/>
              </w:rPr>
              <w:t>Chapter 24: Cloud Burst</w:t>
            </w:r>
            <w:r w:rsidR="003A25E9" w:rsidRPr="003A25E9">
              <w:rPr>
                <w:webHidden/>
              </w:rPr>
              <w:tab/>
            </w:r>
            <w:r w:rsidR="003A25E9" w:rsidRPr="003A25E9">
              <w:rPr>
                <w:webHidden/>
              </w:rPr>
              <w:fldChar w:fldCharType="begin"/>
            </w:r>
            <w:r w:rsidR="003A25E9" w:rsidRPr="003A25E9">
              <w:rPr>
                <w:webHidden/>
              </w:rPr>
              <w:instrText xml:space="preserve"> PAGEREF _Toc189281338 \h </w:instrText>
            </w:r>
            <w:r w:rsidR="003A25E9" w:rsidRPr="003A25E9">
              <w:rPr>
                <w:webHidden/>
              </w:rPr>
            </w:r>
            <w:r w:rsidR="003A25E9" w:rsidRPr="003A25E9">
              <w:rPr>
                <w:webHidden/>
              </w:rPr>
              <w:fldChar w:fldCharType="separate"/>
            </w:r>
            <w:r w:rsidR="00C403B4">
              <w:rPr>
                <w:webHidden/>
              </w:rPr>
              <w:t>67</w:t>
            </w:r>
            <w:r w:rsidR="003A25E9" w:rsidRPr="003A25E9">
              <w:rPr>
                <w:webHidden/>
              </w:rPr>
              <w:fldChar w:fldCharType="end"/>
            </w:r>
          </w:hyperlink>
        </w:p>
        <w:p w14:paraId="01069C98" w14:textId="3CC71D18"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39" w:history="1">
            <w:r w:rsidR="003A25E9" w:rsidRPr="003A25E9">
              <w:rPr>
                <w:rStyle w:val="Hyperlink"/>
                <w:u w:val="none"/>
              </w:rPr>
              <w:t>Chapter 25: The Judas Hour</w:t>
            </w:r>
            <w:r w:rsidR="003A25E9" w:rsidRPr="003A25E9">
              <w:rPr>
                <w:webHidden/>
              </w:rPr>
              <w:tab/>
            </w:r>
            <w:r w:rsidR="003A25E9" w:rsidRPr="003A25E9">
              <w:rPr>
                <w:webHidden/>
              </w:rPr>
              <w:fldChar w:fldCharType="begin"/>
            </w:r>
            <w:r w:rsidR="003A25E9" w:rsidRPr="003A25E9">
              <w:rPr>
                <w:webHidden/>
              </w:rPr>
              <w:instrText xml:space="preserve"> PAGEREF _Toc189281339 \h </w:instrText>
            </w:r>
            <w:r w:rsidR="003A25E9" w:rsidRPr="003A25E9">
              <w:rPr>
                <w:webHidden/>
              </w:rPr>
            </w:r>
            <w:r w:rsidR="003A25E9" w:rsidRPr="003A25E9">
              <w:rPr>
                <w:webHidden/>
              </w:rPr>
              <w:fldChar w:fldCharType="separate"/>
            </w:r>
            <w:r w:rsidR="00C403B4">
              <w:rPr>
                <w:webHidden/>
              </w:rPr>
              <w:t>69</w:t>
            </w:r>
            <w:r w:rsidR="003A25E9" w:rsidRPr="003A25E9">
              <w:rPr>
                <w:webHidden/>
              </w:rPr>
              <w:fldChar w:fldCharType="end"/>
            </w:r>
          </w:hyperlink>
        </w:p>
        <w:p w14:paraId="75B22C76" w14:textId="3CFD0C2A"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40" w:history="1">
            <w:r w:rsidR="003A25E9" w:rsidRPr="003A25E9">
              <w:rPr>
                <w:rStyle w:val="Hyperlink"/>
                <w:u w:val="none"/>
              </w:rPr>
              <w:t>Chapter 26: Tension And Tequila</w:t>
            </w:r>
            <w:r w:rsidR="003A25E9" w:rsidRPr="003A25E9">
              <w:rPr>
                <w:webHidden/>
              </w:rPr>
              <w:tab/>
            </w:r>
            <w:r w:rsidR="003A25E9" w:rsidRPr="003A25E9">
              <w:rPr>
                <w:webHidden/>
              </w:rPr>
              <w:fldChar w:fldCharType="begin"/>
            </w:r>
            <w:r w:rsidR="003A25E9" w:rsidRPr="003A25E9">
              <w:rPr>
                <w:webHidden/>
              </w:rPr>
              <w:instrText xml:space="preserve"> PAGEREF _Toc189281340 \h </w:instrText>
            </w:r>
            <w:r w:rsidR="003A25E9" w:rsidRPr="003A25E9">
              <w:rPr>
                <w:webHidden/>
              </w:rPr>
            </w:r>
            <w:r w:rsidR="003A25E9" w:rsidRPr="003A25E9">
              <w:rPr>
                <w:webHidden/>
              </w:rPr>
              <w:fldChar w:fldCharType="separate"/>
            </w:r>
            <w:r w:rsidR="00C403B4">
              <w:rPr>
                <w:webHidden/>
              </w:rPr>
              <w:t>71</w:t>
            </w:r>
            <w:r w:rsidR="003A25E9" w:rsidRPr="003A25E9">
              <w:rPr>
                <w:webHidden/>
              </w:rPr>
              <w:fldChar w:fldCharType="end"/>
            </w:r>
          </w:hyperlink>
        </w:p>
        <w:p w14:paraId="4F60A261" w14:textId="70BFD13E"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41" w:history="1">
            <w:r w:rsidR="003A25E9" w:rsidRPr="003A25E9">
              <w:rPr>
                <w:rStyle w:val="Hyperlink"/>
                <w:u w:val="none"/>
              </w:rPr>
              <w:t>Chapter 27: Queen’s Gambit</w:t>
            </w:r>
            <w:r w:rsidR="003A25E9" w:rsidRPr="003A25E9">
              <w:rPr>
                <w:webHidden/>
              </w:rPr>
              <w:tab/>
            </w:r>
            <w:r w:rsidR="003A25E9" w:rsidRPr="003A25E9">
              <w:rPr>
                <w:webHidden/>
              </w:rPr>
              <w:fldChar w:fldCharType="begin"/>
            </w:r>
            <w:r w:rsidR="003A25E9" w:rsidRPr="003A25E9">
              <w:rPr>
                <w:webHidden/>
              </w:rPr>
              <w:instrText xml:space="preserve"> PAGEREF _Toc189281341 \h </w:instrText>
            </w:r>
            <w:r w:rsidR="003A25E9" w:rsidRPr="003A25E9">
              <w:rPr>
                <w:webHidden/>
              </w:rPr>
            </w:r>
            <w:r w:rsidR="003A25E9" w:rsidRPr="003A25E9">
              <w:rPr>
                <w:webHidden/>
              </w:rPr>
              <w:fldChar w:fldCharType="separate"/>
            </w:r>
            <w:r w:rsidR="00C403B4">
              <w:rPr>
                <w:webHidden/>
              </w:rPr>
              <w:t>73</w:t>
            </w:r>
            <w:r w:rsidR="003A25E9" w:rsidRPr="003A25E9">
              <w:rPr>
                <w:webHidden/>
              </w:rPr>
              <w:fldChar w:fldCharType="end"/>
            </w:r>
          </w:hyperlink>
        </w:p>
        <w:p w14:paraId="49423DD4" w14:textId="5381D3C3"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42" w:history="1">
            <w:r w:rsidR="003A25E9" w:rsidRPr="003A25E9">
              <w:rPr>
                <w:rStyle w:val="Hyperlink"/>
                <w:u w:val="none"/>
              </w:rPr>
              <w:t>Chapter 28: Neon Secrets</w:t>
            </w:r>
            <w:r w:rsidR="003A25E9" w:rsidRPr="003A25E9">
              <w:rPr>
                <w:webHidden/>
              </w:rPr>
              <w:tab/>
            </w:r>
            <w:r w:rsidR="003A25E9" w:rsidRPr="003A25E9">
              <w:rPr>
                <w:webHidden/>
              </w:rPr>
              <w:fldChar w:fldCharType="begin"/>
            </w:r>
            <w:r w:rsidR="003A25E9" w:rsidRPr="003A25E9">
              <w:rPr>
                <w:webHidden/>
              </w:rPr>
              <w:instrText xml:space="preserve"> PAGEREF _Toc189281342 \h </w:instrText>
            </w:r>
            <w:r w:rsidR="003A25E9" w:rsidRPr="003A25E9">
              <w:rPr>
                <w:webHidden/>
              </w:rPr>
            </w:r>
            <w:r w:rsidR="003A25E9" w:rsidRPr="003A25E9">
              <w:rPr>
                <w:webHidden/>
              </w:rPr>
              <w:fldChar w:fldCharType="separate"/>
            </w:r>
            <w:r w:rsidR="00C403B4">
              <w:rPr>
                <w:webHidden/>
              </w:rPr>
              <w:t>76</w:t>
            </w:r>
            <w:r w:rsidR="003A25E9" w:rsidRPr="003A25E9">
              <w:rPr>
                <w:webHidden/>
              </w:rPr>
              <w:fldChar w:fldCharType="end"/>
            </w:r>
          </w:hyperlink>
        </w:p>
        <w:p w14:paraId="0D4AB8A6" w14:textId="118B9A76"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43" w:history="1">
            <w:r w:rsidR="003A25E9" w:rsidRPr="003A25E9">
              <w:rPr>
                <w:rStyle w:val="Hyperlink"/>
                <w:u w:val="none"/>
              </w:rPr>
              <w:t>Chapter 29: Reckless and Ravished</w:t>
            </w:r>
            <w:r w:rsidR="003A25E9" w:rsidRPr="003A25E9">
              <w:rPr>
                <w:webHidden/>
              </w:rPr>
              <w:tab/>
            </w:r>
            <w:r w:rsidR="003A25E9" w:rsidRPr="003A25E9">
              <w:rPr>
                <w:webHidden/>
              </w:rPr>
              <w:fldChar w:fldCharType="begin"/>
            </w:r>
            <w:r w:rsidR="003A25E9" w:rsidRPr="003A25E9">
              <w:rPr>
                <w:webHidden/>
              </w:rPr>
              <w:instrText xml:space="preserve"> PAGEREF _Toc189281343 \h </w:instrText>
            </w:r>
            <w:r w:rsidR="003A25E9" w:rsidRPr="003A25E9">
              <w:rPr>
                <w:webHidden/>
              </w:rPr>
            </w:r>
            <w:r w:rsidR="003A25E9" w:rsidRPr="003A25E9">
              <w:rPr>
                <w:webHidden/>
              </w:rPr>
              <w:fldChar w:fldCharType="separate"/>
            </w:r>
            <w:r w:rsidR="00C403B4">
              <w:rPr>
                <w:webHidden/>
              </w:rPr>
              <w:t>81</w:t>
            </w:r>
            <w:r w:rsidR="003A25E9" w:rsidRPr="003A25E9">
              <w:rPr>
                <w:webHidden/>
              </w:rPr>
              <w:fldChar w:fldCharType="end"/>
            </w:r>
          </w:hyperlink>
        </w:p>
        <w:p w14:paraId="069A687D" w14:textId="3453ED46"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44" w:history="1">
            <w:r w:rsidR="003A25E9" w:rsidRPr="003A25E9">
              <w:rPr>
                <w:rStyle w:val="Hyperlink"/>
                <w:u w:val="none"/>
              </w:rPr>
              <w:t>Chapter 30: Fire Hazard</w:t>
            </w:r>
            <w:r w:rsidR="003A25E9" w:rsidRPr="003A25E9">
              <w:rPr>
                <w:webHidden/>
              </w:rPr>
              <w:tab/>
            </w:r>
            <w:r w:rsidR="003A25E9" w:rsidRPr="003A25E9">
              <w:rPr>
                <w:webHidden/>
              </w:rPr>
              <w:fldChar w:fldCharType="begin"/>
            </w:r>
            <w:r w:rsidR="003A25E9" w:rsidRPr="003A25E9">
              <w:rPr>
                <w:webHidden/>
              </w:rPr>
              <w:instrText xml:space="preserve"> PAGEREF _Toc189281344 \h </w:instrText>
            </w:r>
            <w:r w:rsidR="003A25E9" w:rsidRPr="003A25E9">
              <w:rPr>
                <w:webHidden/>
              </w:rPr>
            </w:r>
            <w:r w:rsidR="003A25E9" w:rsidRPr="003A25E9">
              <w:rPr>
                <w:webHidden/>
              </w:rPr>
              <w:fldChar w:fldCharType="separate"/>
            </w:r>
            <w:r w:rsidR="00C403B4">
              <w:rPr>
                <w:webHidden/>
              </w:rPr>
              <w:t>86</w:t>
            </w:r>
            <w:r w:rsidR="003A25E9" w:rsidRPr="003A25E9">
              <w:rPr>
                <w:webHidden/>
              </w:rPr>
              <w:fldChar w:fldCharType="end"/>
            </w:r>
          </w:hyperlink>
        </w:p>
        <w:p w14:paraId="6CA72F04" w14:textId="447A255B"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45" w:history="1">
            <w:r w:rsidR="003A25E9" w:rsidRPr="003A25E9">
              <w:rPr>
                <w:rStyle w:val="Hyperlink"/>
                <w:u w:val="none"/>
              </w:rPr>
              <w:t>Chapter 31: Smoke &amp; Mirrors</w:t>
            </w:r>
            <w:r w:rsidR="003A25E9" w:rsidRPr="003A25E9">
              <w:rPr>
                <w:webHidden/>
              </w:rPr>
              <w:tab/>
            </w:r>
            <w:r w:rsidR="003A25E9" w:rsidRPr="003A25E9">
              <w:rPr>
                <w:webHidden/>
              </w:rPr>
              <w:fldChar w:fldCharType="begin"/>
            </w:r>
            <w:r w:rsidR="003A25E9" w:rsidRPr="003A25E9">
              <w:rPr>
                <w:webHidden/>
              </w:rPr>
              <w:instrText xml:space="preserve"> PAGEREF _Toc189281345 \h </w:instrText>
            </w:r>
            <w:r w:rsidR="003A25E9" w:rsidRPr="003A25E9">
              <w:rPr>
                <w:webHidden/>
              </w:rPr>
            </w:r>
            <w:r w:rsidR="003A25E9" w:rsidRPr="003A25E9">
              <w:rPr>
                <w:webHidden/>
              </w:rPr>
              <w:fldChar w:fldCharType="separate"/>
            </w:r>
            <w:r w:rsidR="00C403B4">
              <w:rPr>
                <w:webHidden/>
              </w:rPr>
              <w:t>90</w:t>
            </w:r>
            <w:r w:rsidR="003A25E9" w:rsidRPr="003A25E9">
              <w:rPr>
                <w:webHidden/>
              </w:rPr>
              <w:fldChar w:fldCharType="end"/>
            </w:r>
          </w:hyperlink>
        </w:p>
        <w:p w14:paraId="64C3A1B7" w14:textId="6EB63EFE"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46" w:history="1">
            <w:r w:rsidR="003A25E9" w:rsidRPr="003A25E9">
              <w:rPr>
                <w:rStyle w:val="Hyperlink"/>
                <w:u w:val="none"/>
              </w:rPr>
              <w:t>Chapter 32: The Illusion of Control</w:t>
            </w:r>
            <w:r w:rsidR="003A25E9" w:rsidRPr="003A25E9">
              <w:rPr>
                <w:webHidden/>
              </w:rPr>
              <w:tab/>
            </w:r>
            <w:r w:rsidR="003A25E9" w:rsidRPr="003A25E9">
              <w:rPr>
                <w:webHidden/>
              </w:rPr>
              <w:fldChar w:fldCharType="begin"/>
            </w:r>
            <w:r w:rsidR="003A25E9" w:rsidRPr="003A25E9">
              <w:rPr>
                <w:webHidden/>
              </w:rPr>
              <w:instrText xml:space="preserve"> PAGEREF _Toc189281346 \h </w:instrText>
            </w:r>
            <w:r w:rsidR="003A25E9" w:rsidRPr="003A25E9">
              <w:rPr>
                <w:webHidden/>
              </w:rPr>
            </w:r>
            <w:r w:rsidR="003A25E9" w:rsidRPr="003A25E9">
              <w:rPr>
                <w:webHidden/>
              </w:rPr>
              <w:fldChar w:fldCharType="separate"/>
            </w:r>
            <w:r w:rsidR="00C403B4">
              <w:rPr>
                <w:webHidden/>
              </w:rPr>
              <w:t>92</w:t>
            </w:r>
            <w:r w:rsidR="003A25E9" w:rsidRPr="003A25E9">
              <w:rPr>
                <w:webHidden/>
              </w:rPr>
              <w:fldChar w:fldCharType="end"/>
            </w:r>
          </w:hyperlink>
        </w:p>
        <w:p w14:paraId="401FCDA9" w14:textId="47E66650"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47" w:history="1">
            <w:r w:rsidR="003A25E9" w:rsidRPr="003A25E9">
              <w:rPr>
                <w:rStyle w:val="Hyperlink"/>
                <w:u w:val="none"/>
              </w:rPr>
              <w:t>Chapter 33: The Sting</w:t>
            </w:r>
            <w:r w:rsidR="003A25E9" w:rsidRPr="003A25E9">
              <w:rPr>
                <w:webHidden/>
              </w:rPr>
              <w:tab/>
            </w:r>
            <w:r w:rsidR="003A25E9" w:rsidRPr="003A25E9">
              <w:rPr>
                <w:webHidden/>
              </w:rPr>
              <w:fldChar w:fldCharType="begin"/>
            </w:r>
            <w:r w:rsidR="003A25E9" w:rsidRPr="003A25E9">
              <w:rPr>
                <w:webHidden/>
              </w:rPr>
              <w:instrText xml:space="preserve"> PAGEREF _Toc189281347 \h </w:instrText>
            </w:r>
            <w:r w:rsidR="003A25E9" w:rsidRPr="003A25E9">
              <w:rPr>
                <w:webHidden/>
              </w:rPr>
            </w:r>
            <w:r w:rsidR="003A25E9" w:rsidRPr="003A25E9">
              <w:rPr>
                <w:webHidden/>
              </w:rPr>
              <w:fldChar w:fldCharType="separate"/>
            </w:r>
            <w:r w:rsidR="00C403B4">
              <w:rPr>
                <w:webHidden/>
              </w:rPr>
              <w:t>96</w:t>
            </w:r>
            <w:r w:rsidR="003A25E9" w:rsidRPr="003A25E9">
              <w:rPr>
                <w:webHidden/>
              </w:rPr>
              <w:fldChar w:fldCharType="end"/>
            </w:r>
          </w:hyperlink>
        </w:p>
        <w:p w14:paraId="1F21A09E" w14:textId="48757760"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48" w:history="1">
            <w:r w:rsidR="003A25E9" w:rsidRPr="003A25E9">
              <w:rPr>
                <w:rStyle w:val="Hyperlink"/>
                <w:u w:val="none"/>
              </w:rPr>
              <w:t>Chapter 34: Sword Fighting and Soap Operas</w:t>
            </w:r>
            <w:r w:rsidR="003A25E9" w:rsidRPr="003A25E9">
              <w:rPr>
                <w:webHidden/>
              </w:rPr>
              <w:tab/>
            </w:r>
            <w:r w:rsidR="003A25E9" w:rsidRPr="003A25E9">
              <w:rPr>
                <w:webHidden/>
              </w:rPr>
              <w:fldChar w:fldCharType="begin"/>
            </w:r>
            <w:r w:rsidR="003A25E9" w:rsidRPr="003A25E9">
              <w:rPr>
                <w:webHidden/>
              </w:rPr>
              <w:instrText xml:space="preserve"> PAGEREF _Toc189281348 \h </w:instrText>
            </w:r>
            <w:r w:rsidR="003A25E9" w:rsidRPr="003A25E9">
              <w:rPr>
                <w:webHidden/>
              </w:rPr>
            </w:r>
            <w:r w:rsidR="003A25E9" w:rsidRPr="003A25E9">
              <w:rPr>
                <w:webHidden/>
              </w:rPr>
              <w:fldChar w:fldCharType="separate"/>
            </w:r>
            <w:r w:rsidR="00C403B4">
              <w:rPr>
                <w:webHidden/>
              </w:rPr>
              <w:t>99</w:t>
            </w:r>
            <w:r w:rsidR="003A25E9" w:rsidRPr="003A25E9">
              <w:rPr>
                <w:webHidden/>
              </w:rPr>
              <w:fldChar w:fldCharType="end"/>
            </w:r>
          </w:hyperlink>
        </w:p>
        <w:p w14:paraId="681B872B" w14:textId="677D1CF5"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49" w:history="1">
            <w:r w:rsidR="003A25E9" w:rsidRPr="003A25E9">
              <w:rPr>
                <w:rStyle w:val="Hyperlink"/>
                <w:u w:val="none"/>
              </w:rPr>
              <w:t>Chapter 35: Check, Please!</w:t>
            </w:r>
            <w:r w:rsidR="003A25E9" w:rsidRPr="003A25E9">
              <w:rPr>
                <w:webHidden/>
              </w:rPr>
              <w:tab/>
            </w:r>
            <w:r w:rsidR="003A25E9" w:rsidRPr="003A25E9">
              <w:rPr>
                <w:webHidden/>
              </w:rPr>
              <w:fldChar w:fldCharType="begin"/>
            </w:r>
            <w:r w:rsidR="003A25E9" w:rsidRPr="003A25E9">
              <w:rPr>
                <w:webHidden/>
              </w:rPr>
              <w:instrText xml:space="preserve"> PAGEREF _Toc189281349 \h </w:instrText>
            </w:r>
            <w:r w:rsidR="003A25E9" w:rsidRPr="003A25E9">
              <w:rPr>
                <w:webHidden/>
              </w:rPr>
            </w:r>
            <w:r w:rsidR="003A25E9" w:rsidRPr="003A25E9">
              <w:rPr>
                <w:webHidden/>
              </w:rPr>
              <w:fldChar w:fldCharType="separate"/>
            </w:r>
            <w:r w:rsidR="00C403B4">
              <w:rPr>
                <w:webHidden/>
              </w:rPr>
              <w:t>105</w:t>
            </w:r>
            <w:r w:rsidR="003A25E9" w:rsidRPr="003A25E9">
              <w:rPr>
                <w:webHidden/>
              </w:rPr>
              <w:fldChar w:fldCharType="end"/>
            </w:r>
          </w:hyperlink>
        </w:p>
        <w:p w14:paraId="031D5830" w14:textId="5DBCD660" w:rsidR="003A25E9" w:rsidRPr="003A25E9" w:rsidRDefault="00406427">
          <w:pPr>
            <w:pStyle w:val="TOC1"/>
            <w:rPr>
              <w:rFonts w:asciiTheme="minorHAnsi" w:hAnsiTheme="minorHAnsi"/>
              <w:color w:val="auto"/>
              <w:kern w:val="2"/>
              <w:szCs w:val="24"/>
              <w14:ligatures w14:val="standardContextual"/>
            </w:rPr>
          </w:pPr>
          <w:r>
            <w:rPr>
              <w:rStyle w:val="Hyperlink"/>
              <w:u w:val="none"/>
            </w:rPr>
            <w:lastRenderedPageBreak/>
            <w:t>*</w:t>
          </w:r>
          <w:hyperlink w:anchor="_Toc189281350" w:history="1">
            <w:r w:rsidR="003A25E9" w:rsidRPr="003A25E9">
              <w:rPr>
                <w:rStyle w:val="Hyperlink"/>
                <w:u w:val="none"/>
              </w:rPr>
              <w:t>Chapter 36: Checkmate</w:t>
            </w:r>
            <w:r w:rsidR="003A25E9" w:rsidRPr="003A25E9">
              <w:rPr>
                <w:webHidden/>
              </w:rPr>
              <w:tab/>
            </w:r>
            <w:r w:rsidR="003A25E9" w:rsidRPr="003A25E9">
              <w:rPr>
                <w:webHidden/>
              </w:rPr>
              <w:fldChar w:fldCharType="begin"/>
            </w:r>
            <w:r w:rsidR="003A25E9" w:rsidRPr="003A25E9">
              <w:rPr>
                <w:webHidden/>
              </w:rPr>
              <w:instrText xml:space="preserve"> PAGEREF _Toc189281350 \h </w:instrText>
            </w:r>
            <w:r w:rsidR="003A25E9" w:rsidRPr="003A25E9">
              <w:rPr>
                <w:webHidden/>
              </w:rPr>
            </w:r>
            <w:r w:rsidR="003A25E9" w:rsidRPr="003A25E9">
              <w:rPr>
                <w:webHidden/>
              </w:rPr>
              <w:fldChar w:fldCharType="separate"/>
            </w:r>
            <w:r w:rsidR="00C403B4">
              <w:rPr>
                <w:webHidden/>
              </w:rPr>
              <w:t>110</w:t>
            </w:r>
            <w:r w:rsidR="003A25E9" w:rsidRPr="003A25E9">
              <w:rPr>
                <w:webHidden/>
              </w:rPr>
              <w:fldChar w:fldCharType="end"/>
            </w:r>
          </w:hyperlink>
        </w:p>
        <w:p w14:paraId="17CCDB91" w14:textId="2FC92707"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51" w:history="1">
            <w:r w:rsidR="003A25E9" w:rsidRPr="003A25E9">
              <w:rPr>
                <w:rStyle w:val="Hyperlink"/>
                <w:u w:val="none"/>
              </w:rPr>
              <w:t>Chapter 37: Old Flames</w:t>
            </w:r>
            <w:r w:rsidR="003A25E9" w:rsidRPr="003A25E9">
              <w:rPr>
                <w:webHidden/>
              </w:rPr>
              <w:tab/>
            </w:r>
            <w:r w:rsidR="003A25E9" w:rsidRPr="003A25E9">
              <w:rPr>
                <w:webHidden/>
              </w:rPr>
              <w:fldChar w:fldCharType="begin"/>
            </w:r>
            <w:r w:rsidR="003A25E9" w:rsidRPr="003A25E9">
              <w:rPr>
                <w:webHidden/>
              </w:rPr>
              <w:instrText xml:space="preserve"> PAGEREF _Toc189281351 \h </w:instrText>
            </w:r>
            <w:r w:rsidR="003A25E9" w:rsidRPr="003A25E9">
              <w:rPr>
                <w:webHidden/>
              </w:rPr>
            </w:r>
            <w:r w:rsidR="003A25E9" w:rsidRPr="003A25E9">
              <w:rPr>
                <w:webHidden/>
              </w:rPr>
              <w:fldChar w:fldCharType="separate"/>
            </w:r>
            <w:r w:rsidR="00C403B4">
              <w:rPr>
                <w:webHidden/>
              </w:rPr>
              <w:t>113</w:t>
            </w:r>
            <w:r w:rsidR="003A25E9" w:rsidRPr="003A25E9">
              <w:rPr>
                <w:webHidden/>
              </w:rPr>
              <w:fldChar w:fldCharType="end"/>
            </w:r>
          </w:hyperlink>
        </w:p>
        <w:p w14:paraId="29101103" w14:textId="1E09B9A8"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52" w:history="1">
            <w:r w:rsidR="003A25E9" w:rsidRPr="003A25E9">
              <w:rPr>
                <w:rStyle w:val="Hyperlink"/>
                <w:u w:val="none"/>
              </w:rPr>
              <w:t>Chapter 38: The Devil You Know</w:t>
            </w:r>
            <w:r w:rsidR="003A25E9" w:rsidRPr="003A25E9">
              <w:rPr>
                <w:webHidden/>
              </w:rPr>
              <w:tab/>
            </w:r>
            <w:r w:rsidR="003A25E9" w:rsidRPr="003A25E9">
              <w:rPr>
                <w:webHidden/>
              </w:rPr>
              <w:fldChar w:fldCharType="begin"/>
            </w:r>
            <w:r w:rsidR="003A25E9" w:rsidRPr="003A25E9">
              <w:rPr>
                <w:webHidden/>
              </w:rPr>
              <w:instrText xml:space="preserve"> PAGEREF _Toc189281352 \h </w:instrText>
            </w:r>
            <w:r w:rsidR="003A25E9" w:rsidRPr="003A25E9">
              <w:rPr>
                <w:webHidden/>
              </w:rPr>
            </w:r>
            <w:r w:rsidR="003A25E9" w:rsidRPr="003A25E9">
              <w:rPr>
                <w:webHidden/>
              </w:rPr>
              <w:fldChar w:fldCharType="separate"/>
            </w:r>
            <w:r w:rsidR="00C403B4">
              <w:rPr>
                <w:webHidden/>
              </w:rPr>
              <w:t>117</w:t>
            </w:r>
            <w:r w:rsidR="003A25E9" w:rsidRPr="003A25E9">
              <w:rPr>
                <w:webHidden/>
              </w:rPr>
              <w:fldChar w:fldCharType="end"/>
            </w:r>
          </w:hyperlink>
        </w:p>
        <w:p w14:paraId="68696792" w14:textId="63E390AB"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53" w:history="1">
            <w:r w:rsidR="003A25E9" w:rsidRPr="003A25E9">
              <w:rPr>
                <w:rStyle w:val="Hyperlink"/>
                <w:u w:val="none"/>
              </w:rPr>
              <w:t>Chapter 39: Firestarter</w:t>
            </w:r>
            <w:r w:rsidR="003A25E9" w:rsidRPr="003A25E9">
              <w:rPr>
                <w:webHidden/>
              </w:rPr>
              <w:tab/>
            </w:r>
            <w:r w:rsidR="003A25E9" w:rsidRPr="003A25E9">
              <w:rPr>
                <w:webHidden/>
              </w:rPr>
              <w:fldChar w:fldCharType="begin"/>
            </w:r>
            <w:r w:rsidR="003A25E9" w:rsidRPr="003A25E9">
              <w:rPr>
                <w:webHidden/>
              </w:rPr>
              <w:instrText xml:space="preserve"> PAGEREF _Toc189281353 \h </w:instrText>
            </w:r>
            <w:r w:rsidR="003A25E9" w:rsidRPr="003A25E9">
              <w:rPr>
                <w:webHidden/>
              </w:rPr>
            </w:r>
            <w:r w:rsidR="003A25E9" w:rsidRPr="003A25E9">
              <w:rPr>
                <w:webHidden/>
              </w:rPr>
              <w:fldChar w:fldCharType="separate"/>
            </w:r>
            <w:r w:rsidR="00C403B4">
              <w:rPr>
                <w:webHidden/>
              </w:rPr>
              <w:t>119</w:t>
            </w:r>
            <w:r w:rsidR="003A25E9" w:rsidRPr="003A25E9">
              <w:rPr>
                <w:webHidden/>
              </w:rPr>
              <w:fldChar w:fldCharType="end"/>
            </w:r>
          </w:hyperlink>
        </w:p>
        <w:p w14:paraId="2EB730D2" w14:textId="113404F8"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54" w:history="1">
            <w:r w:rsidR="003A25E9" w:rsidRPr="003A25E9">
              <w:rPr>
                <w:rStyle w:val="Hyperlink"/>
                <w:u w:val="none"/>
              </w:rPr>
              <w:t>Chapter 40: Twisting the Knife</w:t>
            </w:r>
            <w:r w:rsidR="003A25E9" w:rsidRPr="003A25E9">
              <w:rPr>
                <w:webHidden/>
              </w:rPr>
              <w:tab/>
            </w:r>
            <w:r w:rsidR="003A25E9" w:rsidRPr="003A25E9">
              <w:rPr>
                <w:webHidden/>
              </w:rPr>
              <w:fldChar w:fldCharType="begin"/>
            </w:r>
            <w:r w:rsidR="003A25E9" w:rsidRPr="003A25E9">
              <w:rPr>
                <w:webHidden/>
              </w:rPr>
              <w:instrText xml:space="preserve"> PAGEREF _Toc189281354 \h </w:instrText>
            </w:r>
            <w:r w:rsidR="003A25E9" w:rsidRPr="003A25E9">
              <w:rPr>
                <w:webHidden/>
              </w:rPr>
            </w:r>
            <w:r w:rsidR="003A25E9" w:rsidRPr="003A25E9">
              <w:rPr>
                <w:webHidden/>
              </w:rPr>
              <w:fldChar w:fldCharType="separate"/>
            </w:r>
            <w:r w:rsidR="00C403B4">
              <w:rPr>
                <w:webHidden/>
              </w:rPr>
              <w:t>121</w:t>
            </w:r>
            <w:r w:rsidR="003A25E9" w:rsidRPr="003A25E9">
              <w:rPr>
                <w:webHidden/>
              </w:rPr>
              <w:fldChar w:fldCharType="end"/>
            </w:r>
          </w:hyperlink>
        </w:p>
        <w:p w14:paraId="44D8A787" w14:textId="47326736"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55" w:history="1">
            <w:r w:rsidR="003A25E9" w:rsidRPr="003A25E9">
              <w:rPr>
                <w:rStyle w:val="Hyperlink"/>
                <w:u w:val="none"/>
              </w:rPr>
              <w:t>Chapter 41: Ghost in the Machine</w:t>
            </w:r>
            <w:r w:rsidR="003A25E9" w:rsidRPr="003A25E9">
              <w:rPr>
                <w:webHidden/>
              </w:rPr>
              <w:tab/>
            </w:r>
            <w:r w:rsidR="003A25E9" w:rsidRPr="003A25E9">
              <w:rPr>
                <w:webHidden/>
              </w:rPr>
              <w:fldChar w:fldCharType="begin"/>
            </w:r>
            <w:r w:rsidR="003A25E9" w:rsidRPr="003A25E9">
              <w:rPr>
                <w:webHidden/>
              </w:rPr>
              <w:instrText xml:space="preserve"> PAGEREF _Toc189281355 \h </w:instrText>
            </w:r>
            <w:r w:rsidR="003A25E9" w:rsidRPr="003A25E9">
              <w:rPr>
                <w:webHidden/>
              </w:rPr>
            </w:r>
            <w:r w:rsidR="003A25E9" w:rsidRPr="003A25E9">
              <w:rPr>
                <w:webHidden/>
              </w:rPr>
              <w:fldChar w:fldCharType="separate"/>
            </w:r>
            <w:r w:rsidR="00C403B4">
              <w:rPr>
                <w:webHidden/>
              </w:rPr>
              <w:t>123</w:t>
            </w:r>
            <w:r w:rsidR="003A25E9" w:rsidRPr="003A25E9">
              <w:rPr>
                <w:webHidden/>
              </w:rPr>
              <w:fldChar w:fldCharType="end"/>
            </w:r>
          </w:hyperlink>
        </w:p>
        <w:p w14:paraId="469FCB92" w14:textId="045FB7B2"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56" w:history="1">
            <w:r w:rsidR="003A25E9" w:rsidRPr="003A25E9">
              <w:rPr>
                <w:rStyle w:val="Hyperlink"/>
                <w:u w:val="none"/>
              </w:rPr>
              <w:t>Chapter 42: Patient Predator</w:t>
            </w:r>
            <w:r w:rsidR="003A25E9" w:rsidRPr="003A25E9">
              <w:rPr>
                <w:webHidden/>
              </w:rPr>
              <w:tab/>
            </w:r>
            <w:r w:rsidR="003A25E9" w:rsidRPr="003A25E9">
              <w:rPr>
                <w:webHidden/>
              </w:rPr>
              <w:fldChar w:fldCharType="begin"/>
            </w:r>
            <w:r w:rsidR="003A25E9" w:rsidRPr="003A25E9">
              <w:rPr>
                <w:webHidden/>
              </w:rPr>
              <w:instrText xml:space="preserve"> PAGEREF _Toc189281356 \h </w:instrText>
            </w:r>
            <w:r w:rsidR="003A25E9" w:rsidRPr="003A25E9">
              <w:rPr>
                <w:webHidden/>
              </w:rPr>
            </w:r>
            <w:r w:rsidR="003A25E9" w:rsidRPr="003A25E9">
              <w:rPr>
                <w:webHidden/>
              </w:rPr>
              <w:fldChar w:fldCharType="separate"/>
            </w:r>
            <w:r w:rsidR="00C403B4">
              <w:rPr>
                <w:webHidden/>
              </w:rPr>
              <w:t>124</w:t>
            </w:r>
            <w:r w:rsidR="003A25E9" w:rsidRPr="003A25E9">
              <w:rPr>
                <w:webHidden/>
              </w:rPr>
              <w:fldChar w:fldCharType="end"/>
            </w:r>
          </w:hyperlink>
        </w:p>
        <w:p w14:paraId="7B517E98" w14:textId="72A84855"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57" w:history="1">
            <w:r w:rsidR="003A25E9" w:rsidRPr="003A25E9">
              <w:rPr>
                <w:rStyle w:val="Hyperlink"/>
                <w:u w:val="none"/>
              </w:rPr>
              <w:t>Chapter 43: Lazarus Man</w:t>
            </w:r>
            <w:r w:rsidR="003A25E9" w:rsidRPr="003A25E9">
              <w:rPr>
                <w:webHidden/>
              </w:rPr>
              <w:tab/>
            </w:r>
            <w:r w:rsidR="003A25E9" w:rsidRPr="003A25E9">
              <w:rPr>
                <w:webHidden/>
              </w:rPr>
              <w:fldChar w:fldCharType="begin"/>
            </w:r>
            <w:r w:rsidR="003A25E9" w:rsidRPr="003A25E9">
              <w:rPr>
                <w:webHidden/>
              </w:rPr>
              <w:instrText xml:space="preserve"> PAGEREF _Toc189281357 \h </w:instrText>
            </w:r>
            <w:r w:rsidR="003A25E9" w:rsidRPr="003A25E9">
              <w:rPr>
                <w:webHidden/>
              </w:rPr>
            </w:r>
            <w:r w:rsidR="003A25E9" w:rsidRPr="003A25E9">
              <w:rPr>
                <w:webHidden/>
              </w:rPr>
              <w:fldChar w:fldCharType="separate"/>
            </w:r>
            <w:r w:rsidR="00C403B4">
              <w:rPr>
                <w:webHidden/>
              </w:rPr>
              <w:t>126</w:t>
            </w:r>
            <w:r w:rsidR="003A25E9" w:rsidRPr="003A25E9">
              <w:rPr>
                <w:webHidden/>
              </w:rPr>
              <w:fldChar w:fldCharType="end"/>
            </w:r>
          </w:hyperlink>
        </w:p>
        <w:p w14:paraId="00729644" w14:textId="41895F53"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58" w:history="1">
            <w:r w:rsidR="003A25E9" w:rsidRPr="003A25E9">
              <w:rPr>
                <w:rStyle w:val="Hyperlink"/>
                <w:u w:val="none"/>
              </w:rPr>
              <w:t>Chapter 44: Debt Collector</w:t>
            </w:r>
            <w:r w:rsidR="003A25E9" w:rsidRPr="003A25E9">
              <w:rPr>
                <w:webHidden/>
              </w:rPr>
              <w:tab/>
            </w:r>
            <w:r w:rsidR="003A25E9" w:rsidRPr="003A25E9">
              <w:rPr>
                <w:webHidden/>
              </w:rPr>
              <w:fldChar w:fldCharType="begin"/>
            </w:r>
            <w:r w:rsidR="003A25E9" w:rsidRPr="003A25E9">
              <w:rPr>
                <w:webHidden/>
              </w:rPr>
              <w:instrText xml:space="preserve"> PAGEREF _Toc189281358 \h </w:instrText>
            </w:r>
            <w:r w:rsidR="003A25E9" w:rsidRPr="003A25E9">
              <w:rPr>
                <w:webHidden/>
              </w:rPr>
            </w:r>
            <w:r w:rsidR="003A25E9" w:rsidRPr="003A25E9">
              <w:rPr>
                <w:webHidden/>
              </w:rPr>
              <w:fldChar w:fldCharType="separate"/>
            </w:r>
            <w:r w:rsidR="00C403B4">
              <w:rPr>
                <w:webHidden/>
              </w:rPr>
              <w:t>127</w:t>
            </w:r>
            <w:r w:rsidR="003A25E9" w:rsidRPr="003A25E9">
              <w:rPr>
                <w:webHidden/>
              </w:rPr>
              <w:fldChar w:fldCharType="end"/>
            </w:r>
          </w:hyperlink>
        </w:p>
        <w:p w14:paraId="46FB6AB8" w14:textId="73347518"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59" w:history="1">
            <w:r w:rsidR="003A25E9" w:rsidRPr="003A25E9">
              <w:rPr>
                <w:rStyle w:val="Hyperlink"/>
                <w:u w:val="none"/>
              </w:rPr>
              <w:t>Chapter 45: The Shepherd</w:t>
            </w:r>
            <w:r w:rsidR="003A25E9" w:rsidRPr="003A25E9">
              <w:rPr>
                <w:webHidden/>
              </w:rPr>
              <w:tab/>
            </w:r>
            <w:r w:rsidR="003A25E9" w:rsidRPr="003A25E9">
              <w:rPr>
                <w:webHidden/>
              </w:rPr>
              <w:fldChar w:fldCharType="begin"/>
            </w:r>
            <w:r w:rsidR="003A25E9" w:rsidRPr="003A25E9">
              <w:rPr>
                <w:webHidden/>
              </w:rPr>
              <w:instrText xml:space="preserve"> PAGEREF _Toc189281359 \h </w:instrText>
            </w:r>
            <w:r w:rsidR="003A25E9" w:rsidRPr="003A25E9">
              <w:rPr>
                <w:webHidden/>
              </w:rPr>
            </w:r>
            <w:r w:rsidR="003A25E9" w:rsidRPr="003A25E9">
              <w:rPr>
                <w:webHidden/>
              </w:rPr>
              <w:fldChar w:fldCharType="separate"/>
            </w:r>
            <w:r w:rsidR="00C403B4">
              <w:rPr>
                <w:webHidden/>
              </w:rPr>
              <w:t>130</w:t>
            </w:r>
            <w:r w:rsidR="003A25E9" w:rsidRPr="003A25E9">
              <w:rPr>
                <w:webHidden/>
              </w:rPr>
              <w:fldChar w:fldCharType="end"/>
            </w:r>
          </w:hyperlink>
        </w:p>
        <w:p w14:paraId="363A01A4" w14:textId="5BD7986A"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60" w:history="1">
            <w:r w:rsidR="003A25E9" w:rsidRPr="003A25E9">
              <w:rPr>
                <w:rStyle w:val="Hyperlink"/>
                <w:u w:val="none"/>
              </w:rPr>
              <w:t>Chapter 46: Happiness is a Warm Shotgun</w:t>
            </w:r>
            <w:r w:rsidR="003A25E9" w:rsidRPr="003A25E9">
              <w:rPr>
                <w:webHidden/>
              </w:rPr>
              <w:tab/>
            </w:r>
            <w:r w:rsidR="003A25E9" w:rsidRPr="003A25E9">
              <w:rPr>
                <w:webHidden/>
              </w:rPr>
              <w:fldChar w:fldCharType="begin"/>
            </w:r>
            <w:r w:rsidR="003A25E9" w:rsidRPr="003A25E9">
              <w:rPr>
                <w:webHidden/>
              </w:rPr>
              <w:instrText xml:space="preserve"> PAGEREF _Toc189281360 \h </w:instrText>
            </w:r>
            <w:r w:rsidR="003A25E9" w:rsidRPr="003A25E9">
              <w:rPr>
                <w:webHidden/>
              </w:rPr>
            </w:r>
            <w:r w:rsidR="003A25E9" w:rsidRPr="003A25E9">
              <w:rPr>
                <w:webHidden/>
              </w:rPr>
              <w:fldChar w:fldCharType="separate"/>
            </w:r>
            <w:r w:rsidR="00C403B4">
              <w:rPr>
                <w:webHidden/>
              </w:rPr>
              <w:t>132</w:t>
            </w:r>
            <w:r w:rsidR="003A25E9" w:rsidRPr="003A25E9">
              <w:rPr>
                <w:webHidden/>
              </w:rPr>
              <w:fldChar w:fldCharType="end"/>
            </w:r>
          </w:hyperlink>
        </w:p>
        <w:p w14:paraId="6A5DCBFD" w14:textId="6A664FAE"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61" w:history="1">
            <w:r w:rsidR="003A25E9" w:rsidRPr="003A25E9">
              <w:rPr>
                <w:rStyle w:val="Hyperlink"/>
                <w:u w:val="none"/>
              </w:rPr>
              <w:t>Chapter 47: This Round’s On Me</w:t>
            </w:r>
            <w:r w:rsidR="003A25E9" w:rsidRPr="003A25E9">
              <w:rPr>
                <w:webHidden/>
              </w:rPr>
              <w:tab/>
            </w:r>
            <w:r w:rsidR="003A25E9" w:rsidRPr="003A25E9">
              <w:rPr>
                <w:webHidden/>
              </w:rPr>
              <w:fldChar w:fldCharType="begin"/>
            </w:r>
            <w:r w:rsidR="003A25E9" w:rsidRPr="003A25E9">
              <w:rPr>
                <w:webHidden/>
              </w:rPr>
              <w:instrText xml:space="preserve"> PAGEREF _Toc189281361 \h </w:instrText>
            </w:r>
            <w:r w:rsidR="003A25E9" w:rsidRPr="003A25E9">
              <w:rPr>
                <w:webHidden/>
              </w:rPr>
            </w:r>
            <w:r w:rsidR="003A25E9" w:rsidRPr="003A25E9">
              <w:rPr>
                <w:webHidden/>
              </w:rPr>
              <w:fldChar w:fldCharType="separate"/>
            </w:r>
            <w:r w:rsidR="00C403B4">
              <w:rPr>
                <w:webHidden/>
              </w:rPr>
              <w:t>134</w:t>
            </w:r>
            <w:r w:rsidR="003A25E9" w:rsidRPr="003A25E9">
              <w:rPr>
                <w:webHidden/>
              </w:rPr>
              <w:fldChar w:fldCharType="end"/>
            </w:r>
          </w:hyperlink>
        </w:p>
        <w:p w14:paraId="2B6799D4" w14:textId="45B4059D"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62" w:history="1">
            <w:r w:rsidR="003A25E9" w:rsidRPr="003A25E9">
              <w:rPr>
                <w:rStyle w:val="Hyperlink"/>
                <w:u w:val="none"/>
              </w:rPr>
              <w:t>Chapter 48: Trigger Discipline</w:t>
            </w:r>
            <w:r w:rsidR="003A25E9" w:rsidRPr="003A25E9">
              <w:rPr>
                <w:webHidden/>
              </w:rPr>
              <w:tab/>
            </w:r>
            <w:r w:rsidR="003A25E9" w:rsidRPr="003A25E9">
              <w:rPr>
                <w:webHidden/>
              </w:rPr>
              <w:fldChar w:fldCharType="begin"/>
            </w:r>
            <w:r w:rsidR="003A25E9" w:rsidRPr="003A25E9">
              <w:rPr>
                <w:webHidden/>
              </w:rPr>
              <w:instrText xml:space="preserve"> PAGEREF _Toc189281362 \h </w:instrText>
            </w:r>
            <w:r w:rsidR="003A25E9" w:rsidRPr="003A25E9">
              <w:rPr>
                <w:webHidden/>
              </w:rPr>
            </w:r>
            <w:r w:rsidR="003A25E9" w:rsidRPr="003A25E9">
              <w:rPr>
                <w:webHidden/>
              </w:rPr>
              <w:fldChar w:fldCharType="separate"/>
            </w:r>
            <w:r w:rsidR="00C403B4">
              <w:rPr>
                <w:webHidden/>
              </w:rPr>
              <w:t>136</w:t>
            </w:r>
            <w:r w:rsidR="003A25E9" w:rsidRPr="003A25E9">
              <w:rPr>
                <w:webHidden/>
              </w:rPr>
              <w:fldChar w:fldCharType="end"/>
            </w:r>
          </w:hyperlink>
        </w:p>
        <w:p w14:paraId="40852997" w14:textId="3D1B141D"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63" w:history="1">
            <w:r w:rsidR="003A25E9" w:rsidRPr="003A25E9">
              <w:rPr>
                <w:rStyle w:val="Hyperlink"/>
                <w:u w:val="none"/>
              </w:rPr>
              <w:t>Chapter 49: Red Redemption</w:t>
            </w:r>
            <w:r w:rsidR="003A25E9" w:rsidRPr="003A25E9">
              <w:rPr>
                <w:webHidden/>
              </w:rPr>
              <w:tab/>
            </w:r>
            <w:r w:rsidR="003A25E9" w:rsidRPr="003A25E9">
              <w:rPr>
                <w:webHidden/>
              </w:rPr>
              <w:fldChar w:fldCharType="begin"/>
            </w:r>
            <w:r w:rsidR="003A25E9" w:rsidRPr="003A25E9">
              <w:rPr>
                <w:webHidden/>
              </w:rPr>
              <w:instrText xml:space="preserve"> PAGEREF _Toc189281363 \h </w:instrText>
            </w:r>
            <w:r w:rsidR="003A25E9" w:rsidRPr="003A25E9">
              <w:rPr>
                <w:webHidden/>
              </w:rPr>
            </w:r>
            <w:r w:rsidR="003A25E9" w:rsidRPr="003A25E9">
              <w:rPr>
                <w:webHidden/>
              </w:rPr>
              <w:fldChar w:fldCharType="separate"/>
            </w:r>
            <w:r w:rsidR="00C403B4">
              <w:rPr>
                <w:webHidden/>
              </w:rPr>
              <w:t>138</w:t>
            </w:r>
            <w:r w:rsidR="003A25E9" w:rsidRPr="003A25E9">
              <w:rPr>
                <w:webHidden/>
              </w:rPr>
              <w:fldChar w:fldCharType="end"/>
            </w:r>
          </w:hyperlink>
        </w:p>
        <w:p w14:paraId="4F995BF3" w14:textId="6090E0C5"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64" w:history="1">
            <w:r w:rsidR="003A25E9" w:rsidRPr="003A25E9">
              <w:rPr>
                <w:rStyle w:val="Hyperlink"/>
                <w:u w:val="none"/>
              </w:rPr>
              <w:t>Chapter 50: Sic Semper Tyrannis</w:t>
            </w:r>
            <w:r w:rsidR="003A25E9" w:rsidRPr="003A25E9">
              <w:rPr>
                <w:webHidden/>
              </w:rPr>
              <w:tab/>
            </w:r>
            <w:r w:rsidR="003A25E9" w:rsidRPr="003A25E9">
              <w:rPr>
                <w:webHidden/>
              </w:rPr>
              <w:fldChar w:fldCharType="begin"/>
            </w:r>
            <w:r w:rsidR="003A25E9" w:rsidRPr="003A25E9">
              <w:rPr>
                <w:webHidden/>
              </w:rPr>
              <w:instrText xml:space="preserve"> PAGEREF _Toc189281364 \h </w:instrText>
            </w:r>
            <w:r w:rsidR="003A25E9" w:rsidRPr="003A25E9">
              <w:rPr>
                <w:webHidden/>
              </w:rPr>
            </w:r>
            <w:r w:rsidR="003A25E9" w:rsidRPr="003A25E9">
              <w:rPr>
                <w:webHidden/>
              </w:rPr>
              <w:fldChar w:fldCharType="separate"/>
            </w:r>
            <w:r w:rsidR="00C403B4">
              <w:rPr>
                <w:webHidden/>
              </w:rPr>
              <w:t>139</w:t>
            </w:r>
            <w:r w:rsidR="003A25E9" w:rsidRPr="003A25E9">
              <w:rPr>
                <w:webHidden/>
              </w:rPr>
              <w:fldChar w:fldCharType="end"/>
            </w:r>
          </w:hyperlink>
        </w:p>
        <w:p w14:paraId="496947CD" w14:textId="2F5B152C"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65" w:history="1">
            <w:r w:rsidR="003A25E9" w:rsidRPr="003A25E9">
              <w:rPr>
                <w:rStyle w:val="Hyperlink"/>
                <w:u w:val="none"/>
              </w:rPr>
              <w:t>Chapter 51: Me and Tonya McGee</w:t>
            </w:r>
            <w:r w:rsidR="003A25E9" w:rsidRPr="003A25E9">
              <w:rPr>
                <w:webHidden/>
              </w:rPr>
              <w:tab/>
            </w:r>
            <w:r w:rsidR="003A25E9" w:rsidRPr="003A25E9">
              <w:rPr>
                <w:webHidden/>
              </w:rPr>
              <w:fldChar w:fldCharType="begin"/>
            </w:r>
            <w:r w:rsidR="003A25E9" w:rsidRPr="003A25E9">
              <w:rPr>
                <w:webHidden/>
              </w:rPr>
              <w:instrText xml:space="preserve"> PAGEREF _Toc189281365 \h </w:instrText>
            </w:r>
            <w:r w:rsidR="003A25E9" w:rsidRPr="003A25E9">
              <w:rPr>
                <w:webHidden/>
              </w:rPr>
            </w:r>
            <w:r w:rsidR="003A25E9" w:rsidRPr="003A25E9">
              <w:rPr>
                <w:webHidden/>
              </w:rPr>
              <w:fldChar w:fldCharType="separate"/>
            </w:r>
            <w:r w:rsidR="00C403B4">
              <w:rPr>
                <w:webHidden/>
              </w:rPr>
              <w:t>141</w:t>
            </w:r>
            <w:r w:rsidR="003A25E9" w:rsidRPr="003A25E9">
              <w:rPr>
                <w:webHidden/>
              </w:rPr>
              <w:fldChar w:fldCharType="end"/>
            </w:r>
          </w:hyperlink>
        </w:p>
        <w:p w14:paraId="66F46B19" w14:textId="6A7A4C2B"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66" w:history="1">
            <w:r w:rsidR="003A25E9" w:rsidRPr="003A25E9">
              <w:rPr>
                <w:rStyle w:val="Hyperlink"/>
                <w:u w:val="none"/>
              </w:rPr>
              <w:t>Chapter 52: A Second Shadow</w:t>
            </w:r>
            <w:r w:rsidR="003A25E9" w:rsidRPr="003A25E9">
              <w:rPr>
                <w:webHidden/>
              </w:rPr>
              <w:tab/>
            </w:r>
            <w:r w:rsidR="003A25E9" w:rsidRPr="003A25E9">
              <w:rPr>
                <w:webHidden/>
              </w:rPr>
              <w:fldChar w:fldCharType="begin"/>
            </w:r>
            <w:r w:rsidR="003A25E9" w:rsidRPr="003A25E9">
              <w:rPr>
                <w:webHidden/>
              </w:rPr>
              <w:instrText xml:space="preserve"> PAGEREF _Toc189281366 \h </w:instrText>
            </w:r>
            <w:r w:rsidR="003A25E9" w:rsidRPr="003A25E9">
              <w:rPr>
                <w:webHidden/>
              </w:rPr>
            </w:r>
            <w:r w:rsidR="003A25E9" w:rsidRPr="003A25E9">
              <w:rPr>
                <w:webHidden/>
              </w:rPr>
              <w:fldChar w:fldCharType="separate"/>
            </w:r>
            <w:r w:rsidR="00C403B4">
              <w:rPr>
                <w:webHidden/>
              </w:rPr>
              <w:t>144</w:t>
            </w:r>
            <w:r w:rsidR="003A25E9" w:rsidRPr="003A25E9">
              <w:rPr>
                <w:webHidden/>
              </w:rPr>
              <w:fldChar w:fldCharType="end"/>
            </w:r>
          </w:hyperlink>
        </w:p>
        <w:p w14:paraId="49BD7FF0" w14:textId="6B1035BD"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67" w:history="1">
            <w:r w:rsidR="003A25E9" w:rsidRPr="003A25E9">
              <w:rPr>
                <w:rStyle w:val="Hyperlink"/>
                <w:u w:val="none"/>
              </w:rPr>
              <w:t>Chapter 53: Penance &amp; Pleasure</w:t>
            </w:r>
            <w:r w:rsidR="003A25E9" w:rsidRPr="003A25E9">
              <w:rPr>
                <w:webHidden/>
              </w:rPr>
              <w:tab/>
            </w:r>
            <w:r w:rsidR="003A25E9" w:rsidRPr="003A25E9">
              <w:rPr>
                <w:webHidden/>
              </w:rPr>
              <w:fldChar w:fldCharType="begin"/>
            </w:r>
            <w:r w:rsidR="003A25E9" w:rsidRPr="003A25E9">
              <w:rPr>
                <w:webHidden/>
              </w:rPr>
              <w:instrText xml:space="preserve"> PAGEREF _Toc189281367 \h </w:instrText>
            </w:r>
            <w:r w:rsidR="003A25E9" w:rsidRPr="003A25E9">
              <w:rPr>
                <w:webHidden/>
              </w:rPr>
            </w:r>
            <w:r w:rsidR="003A25E9" w:rsidRPr="003A25E9">
              <w:rPr>
                <w:webHidden/>
              </w:rPr>
              <w:fldChar w:fldCharType="separate"/>
            </w:r>
            <w:r w:rsidR="00C403B4">
              <w:rPr>
                <w:webHidden/>
              </w:rPr>
              <w:t>147</w:t>
            </w:r>
            <w:r w:rsidR="003A25E9" w:rsidRPr="003A25E9">
              <w:rPr>
                <w:webHidden/>
              </w:rPr>
              <w:fldChar w:fldCharType="end"/>
            </w:r>
          </w:hyperlink>
        </w:p>
        <w:p w14:paraId="05E1FC92" w14:textId="29380513"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68" w:history="1">
            <w:r w:rsidR="003A25E9" w:rsidRPr="003A25E9">
              <w:rPr>
                <w:rStyle w:val="Hyperlink"/>
                <w:u w:val="none"/>
              </w:rPr>
              <w:t>Chapter 54: Peep Show</w:t>
            </w:r>
            <w:r w:rsidR="003A25E9" w:rsidRPr="003A25E9">
              <w:rPr>
                <w:webHidden/>
              </w:rPr>
              <w:tab/>
            </w:r>
            <w:r w:rsidR="003A25E9" w:rsidRPr="003A25E9">
              <w:rPr>
                <w:webHidden/>
              </w:rPr>
              <w:fldChar w:fldCharType="begin"/>
            </w:r>
            <w:r w:rsidR="003A25E9" w:rsidRPr="003A25E9">
              <w:rPr>
                <w:webHidden/>
              </w:rPr>
              <w:instrText xml:space="preserve"> PAGEREF _Toc189281368 \h </w:instrText>
            </w:r>
            <w:r w:rsidR="003A25E9" w:rsidRPr="003A25E9">
              <w:rPr>
                <w:webHidden/>
              </w:rPr>
            </w:r>
            <w:r w:rsidR="003A25E9" w:rsidRPr="003A25E9">
              <w:rPr>
                <w:webHidden/>
              </w:rPr>
              <w:fldChar w:fldCharType="separate"/>
            </w:r>
            <w:r w:rsidR="00C403B4">
              <w:rPr>
                <w:webHidden/>
              </w:rPr>
              <w:t>152</w:t>
            </w:r>
            <w:r w:rsidR="003A25E9" w:rsidRPr="003A25E9">
              <w:rPr>
                <w:webHidden/>
              </w:rPr>
              <w:fldChar w:fldCharType="end"/>
            </w:r>
          </w:hyperlink>
        </w:p>
        <w:p w14:paraId="49A33379" w14:textId="3494A8A0"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69" w:history="1">
            <w:r w:rsidR="003A25E9" w:rsidRPr="003A25E9">
              <w:rPr>
                <w:rStyle w:val="Hyperlink"/>
                <w:u w:val="none"/>
              </w:rPr>
              <w:t>Chapter 55: No More Secrets</w:t>
            </w:r>
            <w:r w:rsidR="003A25E9" w:rsidRPr="003A25E9">
              <w:rPr>
                <w:webHidden/>
              </w:rPr>
              <w:tab/>
            </w:r>
            <w:r w:rsidR="003A25E9" w:rsidRPr="003A25E9">
              <w:rPr>
                <w:webHidden/>
              </w:rPr>
              <w:fldChar w:fldCharType="begin"/>
            </w:r>
            <w:r w:rsidR="003A25E9" w:rsidRPr="003A25E9">
              <w:rPr>
                <w:webHidden/>
              </w:rPr>
              <w:instrText xml:space="preserve"> PAGEREF _Toc189281369 \h </w:instrText>
            </w:r>
            <w:r w:rsidR="003A25E9" w:rsidRPr="003A25E9">
              <w:rPr>
                <w:webHidden/>
              </w:rPr>
            </w:r>
            <w:r w:rsidR="003A25E9" w:rsidRPr="003A25E9">
              <w:rPr>
                <w:webHidden/>
              </w:rPr>
              <w:fldChar w:fldCharType="separate"/>
            </w:r>
            <w:r w:rsidR="00C403B4">
              <w:rPr>
                <w:webHidden/>
              </w:rPr>
              <w:t>155</w:t>
            </w:r>
            <w:r w:rsidR="003A25E9" w:rsidRPr="003A25E9">
              <w:rPr>
                <w:webHidden/>
              </w:rPr>
              <w:fldChar w:fldCharType="end"/>
            </w:r>
          </w:hyperlink>
        </w:p>
        <w:p w14:paraId="14FA78E9" w14:textId="4BBEF147"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70" w:history="1">
            <w:r w:rsidR="003A25E9" w:rsidRPr="003A25E9">
              <w:rPr>
                <w:rStyle w:val="Hyperlink"/>
                <w:u w:val="none"/>
              </w:rPr>
              <w:t>Chapter 56: The Store Must Go On</w:t>
            </w:r>
            <w:r w:rsidR="003A25E9" w:rsidRPr="003A25E9">
              <w:rPr>
                <w:webHidden/>
              </w:rPr>
              <w:tab/>
            </w:r>
            <w:r w:rsidR="003A25E9" w:rsidRPr="003A25E9">
              <w:rPr>
                <w:webHidden/>
              </w:rPr>
              <w:fldChar w:fldCharType="begin"/>
            </w:r>
            <w:r w:rsidR="003A25E9" w:rsidRPr="003A25E9">
              <w:rPr>
                <w:webHidden/>
              </w:rPr>
              <w:instrText xml:space="preserve"> PAGEREF _Toc189281370 \h </w:instrText>
            </w:r>
            <w:r w:rsidR="003A25E9" w:rsidRPr="003A25E9">
              <w:rPr>
                <w:webHidden/>
              </w:rPr>
            </w:r>
            <w:r w:rsidR="003A25E9" w:rsidRPr="003A25E9">
              <w:rPr>
                <w:webHidden/>
              </w:rPr>
              <w:fldChar w:fldCharType="separate"/>
            </w:r>
            <w:r w:rsidR="00C403B4">
              <w:rPr>
                <w:webHidden/>
              </w:rPr>
              <w:t>159</w:t>
            </w:r>
            <w:r w:rsidR="003A25E9" w:rsidRPr="003A25E9">
              <w:rPr>
                <w:webHidden/>
              </w:rPr>
              <w:fldChar w:fldCharType="end"/>
            </w:r>
          </w:hyperlink>
        </w:p>
        <w:p w14:paraId="67FD2EDA" w14:textId="3097C911"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71" w:history="1">
            <w:r w:rsidR="003A25E9" w:rsidRPr="003A25E9">
              <w:rPr>
                <w:rStyle w:val="Hyperlink"/>
                <w:u w:val="none"/>
              </w:rPr>
              <w:t>Chapter 57: Baking Bad</w:t>
            </w:r>
            <w:r w:rsidR="003A25E9" w:rsidRPr="003A25E9">
              <w:rPr>
                <w:webHidden/>
              </w:rPr>
              <w:tab/>
            </w:r>
            <w:r w:rsidR="003A25E9" w:rsidRPr="003A25E9">
              <w:rPr>
                <w:webHidden/>
              </w:rPr>
              <w:fldChar w:fldCharType="begin"/>
            </w:r>
            <w:r w:rsidR="003A25E9" w:rsidRPr="003A25E9">
              <w:rPr>
                <w:webHidden/>
              </w:rPr>
              <w:instrText xml:space="preserve"> PAGEREF _Toc189281371 \h </w:instrText>
            </w:r>
            <w:r w:rsidR="003A25E9" w:rsidRPr="003A25E9">
              <w:rPr>
                <w:webHidden/>
              </w:rPr>
            </w:r>
            <w:r w:rsidR="003A25E9" w:rsidRPr="003A25E9">
              <w:rPr>
                <w:webHidden/>
              </w:rPr>
              <w:fldChar w:fldCharType="separate"/>
            </w:r>
            <w:r w:rsidR="00C403B4">
              <w:rPr>
                <w:webHidden/>
              </w:rPr>
              <w:t>162</w:t>
            </w:r>
            <w:r w:rsidR="003A25E9" w:rsidRPr="003A25E9">
              <w:rPr>
                <w:webHidden/>
              </w:rPr>
              <w:fldChar w:fldCharType="end"/>
            </w:r>
          </w:hyperlink>
        </w:p>
        <w:p w14:paraId="76FB417A" w14:textId="636A2C02"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72" w:history="1">
            <w:r w:rsidR="003A25E9" w:rsidRPr="003A25E9">
              <w:rPr>
                <w:rStyle w:val="Hyperlink"/>
                <w:u w:val="none"/>
              </w:rPr>
              <w:t>Chapter 58: The Problem with Peter</w:t>
            </w:r>
            <w:r w:rsidR="003A25E9" w:rsidRPr="003A25E9">
              <w:rPr>
                <w:webHidden/>
              </w:rPr>
              <w:tab/>
            </w:r>
            <w:r w:rsidR="003A25E9" w:rsidRPr="003A25E9">
              <w:rPr>
                <w:webHidden/>
              </w:rPr>
              <w:fldChar w:fldCharType="begin"/>
            </w:r>
            <w:r w:rsidR="003A25E9" w:rsidRPr="003A25E9">
              <w:rPr>
                <w:webHidden/>
              </w:rPr>
              <w:instrText xml:space="preserve"> PAGEREF _Toc189281372 \h </w:instrText>
            </w:r>
            <w:r w:rsidR="003A25E9" w:rsidRPr="003A25E9">
              <w:rPr>
                <w:webHidden/>
              </w:rPr>
            </w:r>
            <w:r w:rsidR="003A25E9" w:rsidRPr="003A25E9">
              <w:rPr>
                <w:webHidden/>
              </w:rPr>
              <w:fldChar w:fldCharType="separate"/>
            </w:r>
            <w:r w:rsidR="00C403B4">
              <w:rPr>
                <w:webHidden/>
              </w:rPr>
              <w:t>164</w:t>
            </w:r>
            <w:r w:rsidR="003A25E9" w:rsidRPr="003A25E9">
              <w:rPr>
                <w:webHidden/>
              </w:rPr>
              <w:fldChar w:fldCharType="end"/>
            </w:r>
          </w:hyperlink>
        </w:p>
        <w:p w14:paraId="200BCED2" w14:textId="28295D8E"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73" w:history="1">
            <w:r w:rsidR="003A25E9" w:rsidRPr="003A25E9">
              <w:rPr>
                <w:rStyle w:val="Hyperlink"/>
                <w:u w:val="none"/>
              </w:rPr>
              <w:t>Chapter 59: The King is Dead. Long Live the King</w:t>
            </w:r>
            <w:r w:rsidR="003A25E9" w:rsidRPr="003A25E9">
              <w:rPr>
                <w:webHidden/>
              </w:rPr>
              <w:tab/>
            </w:r>
            <w:r w:rsidR="003A25E9" w:rsidRPr="003A25E9">
              <w:rPr>
                <w:webHidden/>
              </w:rPr>
              <w:fldChar w:fldCharType="begin"/>
            </w:r>
            <w:r w:rsidR="003A25E9" w:rsidRPr="003A25E9">
              <w:rPr>
                <w:webHidden/>
              </w:rPr>
              <w:instrText xml:space="preserve"> PAGEREF _Toc189281373 \h </w:instrText>
            </w:r>
            <w:r w:rsidR="003A25E9" w:rsidRPr="003A25E9">
              <w:rPr>
                <w:webHidden/>
              </w:rPr>
            </w:r>
            <w:r w:rsidR="003A25E9" w:rsidRPr="003A25E9">
              <w:rPr>
                <w:webHidden/>
              </w:rPr>
              <w:fldChar w:fldCharType="separate"/>
            </w:r>
            <w:r w:rsidR="00C403B4">
              <w:rPr>
                <w:webHidden/>
              </w:rPr>
              <w:t>167</w:t>
            </w:r>
            <w:r w:rsidR="003A25E9" w:rsidRPr="003A25E9">
              <w:rPr>
                <w:webHidden/>
              </w:rPr>
              <w:fldChar w:fldCharType="end"/>
            </w:r>
          </w:hyperlink>
        </w:p>
        <w:p w14:paraId="000A1E8B" w14:textId="7AC03DF5" w:rsidR="003A25E9" w:rsidRPr="003A25E9" w:rsidRDefault="00406427">
          <w:pPr>
            <w:pStyle w:val="TOC2"/>
            <w:rPr>
              <w:rFonts w:asciiTheme="minorHAnsi" w:hAnsiTheme="minorHAnsi"/>
              <w:color w:val="auto"/>
              <w:kern w:val="2"/>
              <w:szCs w:val="24"/>
              <w14:ligatures w14:val="standardContextual"/>
            </w:rPr>
          </w:pPr>
          <w:r>
            <w:rPr>
              <w:rStyle w:val="Hyperlink"/>
              <w:u w:val="none"/>
            </w:rPr>
            <w:t xml:space="preserve">    </w:t>
          </w:r>
          <w:hyperlink w:anchor="_Toc189281374" w:history="1">
            <w:r w:rsidR="003A25E9" w:rsidRPr="003A25E9">
              <w:rPr>
                <w:rStyle w:val="Hyperlink"/>
                <w:u w:val="none"/>
              </w:rPr>
              <w:t>The Chase</w:t>
            </w:r>
            <w:r w:rsidR="003A25E9" w:rsidRPr="003A25E9">
              <w:rPr>
                <w:webHidden/>
              </w:rPr>
              <w:tab/>
            </w:r>
            <w:r w:rsidR="003A25E9" w:rsidRPr="003A25E9">
              <w:rPr>
                <w:webHidden/>
              </w:rPr>
              <w:fldChar w:fldCharType="begin"/>
            </w:r>
            <w:r w:rsidR="003A25E9" w:rsidRPr="003A25E9">
              <w:rPr>
                <w:webHidden/>
              </w:rPr>
              <w:instrText xml:space="preserve"> PAGEREF _Toc189281374 \h </w:instrText>
            </w:r>
            <w:r w:rsidR="003A25E9" w:rsidRPr="003A25E9">
              <w:rPr>
                <w:webHidden/>
              </w:rPr>
            </w:r>
            <w:r w:rsidR="003A25E9" w:rsidRPr="003A25E9">
              <w:rPr>
                <w:webHidden/>
              </w:rPr>
              <w:fldChar w:fldCharType="separate"/>
            </w:r>
            <w:r w:rsidR="00C403B4">
              <w:rPr>
                <w:webHidden/>
              </w:rPr>
              <w:t>168</w:t>
            </w:r>
            <w:r w:rsidR="003A25E9" w:rsidRPr="003A25E9">
              <w:rPr>
                <w:webHidden/>
              </w:rPr>
              <w:fldChar w:fldCharType="end"/>
            </w:r>
          </w:hyperlink>
        </w:p>
        <w:p w14:paraId="1F425C37" w14:textId="2F49D75D" w:rsidR="003A25E9" w:rsidRPr="003A25E9" w:rsidRDefault="00406427">
          <w:pPr>
            <w:pStyle w:val="TOC2"/>
            <w:rPr>
              <w:rFonts w:asciiTheme="minorHAnsi" w:hAnsiTheme="minorHAnsi"/>
              <w:color w:val="auto"/>
              <w:kern w:val="2"/>
              <w:szCs w:val="24"/>
              <w14:ligatures w14:val="standardContextual"/>
            </w:rPr>
          </w:pPr>
          <w:r>
            <w:rPr>
              <w:rStyle w:val="Hyperlink"/>
              <w:u w:val="none"/>
            </w:rPr>
            <w:t xml:space="preserve">    </w:t>
          </w:r>
          <w:hyperlink w:anchor="_Toc189281375" w:history="1">
            <w:r w:rsidR="003A25E9" w:rsidRPr="003A25E9">
              <w:rPr>
                <w:rStyle w:val="Hyperlink"/>
                <w:u w:val="none"/>
              </w:rPr>
              <w:t>Last Stand</w:t>
            </w:r>
            <w:r w:rsidR="003A25E9" w:rsidRPr="003A25E9">
              <w:rPr>
                <w:webHidden/>
              </w:rPr>
              <w:tab/>
            </w:r>
            <w:r w:rsidR="003A25E9" w:rsidRPr="003A25E9">
              <w:rPr>
                <w:webHidden/>
              </w:rPr>
              <w:fldChar w:fldCharType="begin"/>
            </w:r>
            <w:r w:rsidR="003A25E9" w:rsidRPr="003A25E9">
              <w:rPr>
                <w:webHidden/>
              </w:rPr>
              <w:instrText xml:space="preserve"> PAGEREF _Toc189281375 \h </w:instrText>
            </w:r>
            <w:r w:rsidR="003A25E9" w:rsidRPr="003A25E9">
              <w:rPr>
                <w:webHidden/>
              </w:rPr>
            </w:r>
            <w:r w:rsidR="003A25E9" w:rsidRPr="003A25E9">
              <w:rPr>
                <w:webHidden/>
              </w:rPr>
              <w:fldChar w:fldCharType="separate"/>
            </w:r>
            <w:r w:rsidR="00C403B4">
              <w:rPr>
                <w:webHidden/>
              </w:rPr>
              <w:t>169</w:t>
            </w:r>
            <w:r w:rsidR="003A25E9" w:rsidRPr="003A25E9">
              <w:rPr>
                <w:webHidden/>
              </w:rPr>
              <w:fldChar w:fldCharType="end"/>
            </w:r>
          </w:hyperlink>
        </w:p>
        <w:p w14:paraId="4FD879C8" w14:textId="788DA0C6"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76" w:history="1">
            <w:r w:rsidR="003A25E9" w:rsidRPr="003A25E9">
              <w:rPr>
                <w:rStyle w:val="Hyperlink"/>
                <w:u w:val="none"/>
              </w:rPr>
              <w:t>Chapter 60: Matthew 10:34–36</w:t>
            </w:r>
            <w:r w:rsidR="003A25E9" w:rsidRPr="003A25E9">
              <w:rPr>
                <w:webHidden/>
              </w:rPr>
              <w:tab/>
            </w:r>
            <w:r w:rsidR="003A25E9" w:rsidRPr="003A25E9">
              <w:rPr>
                <w:webHidden/>
              </w:rPr>
              <w:fldChar w:fldCharType="begin"/>
            </w:r>
            <w:r w:rsidR="003A25E9" w:rsidRPr="003A25E9">
              <w:rPr>
                <w:webHidden/>
              </w:rPr>
              <w:instrText xml:space="preserve"> PAGEREF _Toc189281376 \h </w:instrText>
            </w:r>
            <w:r w:rsidR="003A25E9" w:rsidRPr="003A25E9">
              <w:rPr>
                <w:webHidden/>
              </w:rPr>
            </w:r>
            <w:r w:rsidR="003A25E9" w:rsidRPr="003A25E9">
              <w:rPr>
                <w:webHidden/>
              </w:rPr>
              <w:fldChar w:fldCharType="separate"/>
            </w:r>
            <w:r w:rsidR="00C403B4">
              <w:rPr>
                <w:webHidden/>
              </w:rPr>
              <w:t>170</w:t>
            </w:r>
            <w:r w:rsidR="003A25E9" w:rsidRPr="003A25E9">
              <w:rPr>
                <w:webHidden/>
              </w:rPr>
              <w:fldChar w:fldCharType="end"/>
            </w:r>
          </w:hyperlink>
        </w:p>
        <w:p w14:paraId="3EC4BFEE" w14:textId="61DDCF2B"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77" w:history="1">
            <w:r w:rsidR="003A25E9" w:rsidRPr="003A25E9">
              <w:rPr>
                <w:rStyle w:val="Hyperlink"/>
                <w:u w:val="none"/>
              </w:rPr>
              <w:t>Chapter 61: Not My Father’s Daughter</w:t>
            </w:r>
            <w:r w:rsidR="003A25E9" w:rsidRPr="003A25E9">
              <w:rPr>
                <w:webHidden/>
              </w:rPr>
              <w:tab/>
            </w:r>
            <w:r w:rsidR="003A25E9" w:rsidRPr="003A25E9">
              <w:rPr>
                <w:webHidden/>
              </w:rPr>
              <w:fldChar w:fldCharType="begin"/>
            </w:r>
            <w:r w:rsidR="003A25E9" w:rsidRPr="003A25E9">
              <w:rPr>
                <w:webHidden/>
              </w:rPr>
              <w:instrText xml:space="preserve"> PAGEREF _Toc189281377 \h </w:instrText>
            </w:r>
            <w:r w:rsidR="003A25E9" w:rsidRPr="003A25E9">
              <w:rPr>
                <w:webHidden/>
              </w:rPr>
            </w:r>
            <w:r w:rsidR="003A25E9" w:rsidRPr="003A25E9">
              <w:rPr>
                <w:webHidden/>
              </w:rPr>
              <w:fldChar w:fldCharType="separate"/>
            </w:r>
            <w:r w:rsidR="00C403B4">
              <w:rPr>
                <w:webHidden/>
              </w:rPr>
              <w:t>172</w:t>
            </w:r>
            <w:r w:rsidR="003A25E9" w:rsidRPr="003A25E9">
              <w:rPr>
                <w:webHidden/>
              </w:rPr>
              <w:fldChar w:fldCharType="end"/>
            </w:r>
          </w:hyperlink>
        </w:p>
        <w:p w14:paraId="1D03D1DF" w14:textId="5A932BA3"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78" w:history="1">
            <w:r w:rsidR="003A25E9" w:rsidRPr="003A25E9">
              <w:rPr>
                <w:rStyle w:val="Hyperlink"/>
                <w:u w:val="none"/>
              </w:rPr>
              <w:t>Chapter 62: Crossfire</w:t>
            </w:r>
            <w:r w:rsidR="003A25E9" w:rsidRPr="003A25E9">
              <w:rPr>
                <w:webHidden/>
              </w:rPr>
              <w:tab/>
            </w:r>
            <w:r w:rsidR="003A25E9" w:rsidRPr="003A25E9">
              <w:rPr>
                <w:webHidden/>
              </w:rPr>
              <w:fldChar w:fldCharType="begin"/>
            </w:r>
            <w:r w:rsidR="003A25E9" w:rsidRPr="003A25E9">
              <w:rPr>
                <w:webHidden/>
              </w:rPr>
              <w:instrText xml:space="preserve"> PAGEREF _Toc189281378 \h </w:instrText>
            </w:r>
            <w:r w:rsidR="003A25E9" w:rsidRPr="003A25E9">
              <w:rPr>
                <w:webHidden/>
              </w:rPr>
            </w:r>
            <w:r w:rsidR="003A25E9" w:rsidRPr="003A25E9">
              <w:rPr>
                <w:webHidden/>
              </w:rPr>
              <w:fldChar w:fldCharType="separate"/>
            </w:r>
            <w:r w:rsidR="00C403B4">
              <w:rPr>
                <w:webHidden/>
              </w:rPr>
              <w:t>175</w:t>
            </w:r>
            <w:r w:rsidR="003A25E9" w:rsidRPr="003A25E9">
              <w:rPr>
                <w:webHidden/>
              </w:rPr>
              <w:fldChar w:fldCharType="end"/>
            </w:r>
          </w:hyperlink>
        </w:p>
        <w:p w14:paraId="36972BA2" w14:textId="5D240E14" w:rsidR="003A25E9" w:rsidRPr="003A25E9" w:rsidRDefault="00406427">
          <w:pPr>
            <w:pStyle w:val="TOC2"/>
            <w:rPr>
              <w:rFonts w:asciiTheme="minorHAnsi" w:hAnsiTheme="minorHAnsi"/>
              <w:color w:val="auto"/>
              <w:kern w:val="2"/>
              <w:szCs w:val="24"/>
              <w14:ligatures w14:val="standardContextual"/>
            </w:rPr>
          </w:pPr>
          <w:r>
            <w:rPr>
              <w:rStyle w:val="Hyperlink"/>
              <w:u w:val="none"/>
            </w:rPr>
            <w:lastRenderedPageBreak/>
            <w:t xml:space="preserve">    </w:t>
          </w:r>
          <w:hyperlink w:anchor="_Toc189281379" w:history="1">
            <w:r w:rsidR="003A25E9" w:rsidRPr="003A25E9">
              <w:rPr>
                <w:rStyle w:val="Hyperlink"/>
                <w:u w:val="none"/>
              </w:rPr>
              <w:t>Wolf’s Lair</w:t>
            </w:r>
            <w:r w:rsidR="003A25E9" w:rsidRPr="003A25E9">
              <w:rPr>
                <w:webHidden/>
              </w:rPr>
              <w:tab/>
            </w:r>
            <w:r w:rsidR="003A25E9" w:rsidRPr="003A25E9">
              <w:rPr>
                <w:webHidden/>
              </w:rPr>
              <w:fldChar w:fldCharType="begin"/>
            </w:r>
            <w:r w:rsidR="003A25E9" w:rsidRPr="003A25E9">
              <w:rPr>
                <w:webHidden/>
              </w:rPr>
              <w:instrText xml:space="preserve"> PAGEREF _Toc189281379 \h </w:instrText>
            </w:r>
            <w:r w:rsidR="003A25E9" w:rsidRPr="003A25E9">
              <w:rPr>
                <w:webHidden/>
              </w:rPr>
            </w:r>
            <w:r w:rsidR="003A25E9" w:rsidRPr="003A25E9">
              <w:rPr>
                <w:webHidden/>
              </w:rPr>
              <w:fldChar w:fldCharType="separate"/>
            </w:r>
            <w:r w:rsidR="00C403B4">
              <w:rPr>
                <w:webHidden/>
              </w:rPr>
              <w:t>175</w:t>
            </w:r>
            <w:r w:rsidR="003A25E9" w:rsidRPr="003A25E9">
              <w:rPr>
                <w:webHidden/>
              </w:rPr>
              <w:fldChar w:fldCharType="end"/>
            </w:r>
          </w:hyperlink>
        </w:p>
        <w:p w14:paraId="6071B499" w14:textId="7EC70CC8"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80" w:history="1">
            <w:r w:rsidR="003A25E9" w:rsidRPr="003A25E9">
              <w:rPr>
                <w:rStyle w:val="Hyperlink"/>
                <w:u w:val="none"/>
              </w:rPr>
              <w:t>Chapter 63: Diamond in the Rough</w:t>
            </w:r>
            <w:r w:rsidR="003A25E9" w:rsidRPr="003A25E9">
              <w:rPr>
                <w:webHidden/>
              </w:rPr>
              <w:tab/>
            </w:r>
            <w:r w:rsidR="003A25E9" w:rsidRPr="003A25E9">
              <w:rPr>
                <w:webHidden/>
              </w:rPr>
              <w:fldChar w:fldCharType="begin"/>
            </w:r>
            <w:r w:rsidR="003A25E9" w:rsidRPr="003A25E9">
              <w:rPr>
                <w:webHidden/>
              </w:rPr>
              <w:instrText xml:space="preserve"> PAGEREF _Toc189281380 \h </w:instrText>
            </w:r>
            <w:r w:rsidR="003A25E9" w:rsidRPr="003A25E9">
              <w:rPr>
                <w:webHidden/>
              </w:rPr>
            </w:r>
            <w:r w:rsidR="003A25E9" w:rsidRPr="003A25E9">
              <w:rPr>
                <w:webHidden/>
              </w:rPr>
              <w:fldChar w:fldCharType="separate"/>
            </w:r>
            <w:r w:rsidR="00C403B4">
              <w:rPr>
                <w:webHidden/>
              </w:rPr>
              <w:t>178</w:t>
            </w:r>
            <w:r w:rsidR="003A25E9" w:rsidRPr="003A25E9">
              <w:rPr>
                <w:webHidden/>
              </w:rPr>
              <w:fldChar w:fldCharType="end"/>
            </w:r>
          </w:hyperlink>
        </w:p>
        <w:p w14:paraId="052A4E1E" w14:textId="4EB2772A"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81" w:history="1">
            <w:r w:rsidR="003A25E9" w:rsidRPr="003A25E9">
              <w:rPr>
                <w:rStyle w:val="Hyperlink"/>
                <w:u w:val="none"/>
              </w:rPr>
              <w:t>Chapter 64: Sealed with a Kiss</w:t>
            </w:r>
            <w:r w:rsidR="003A25E9" w:rsidRPr="003A25E9">
              <w:rPr>
                <w:webHidden/>
              </w:rPr>
              <w:tab/>
            </w:r>
            <w:r w:rsidR="003A25E9" w:rsidRPr="003A25E9">
              <w:rPr>
                <w:webHidden/>
              </w:rPr>
              <w:fldChar w:fldCharType="begin"/>
            </w:r>
            <w:r w:rsidR="003A25E9" w:rsidRPr="003A25E9">
              <w:rPr>
                <w:webHidden/>
              </w:rPr>
              <w:instrText xml:space="preserve"> PAGEREF _Toc189281381 \h </w:instrText>
            </w:r>
            <w:r w:rsidR="003A25E9" w:rsidRPr="003A25E9">
              <w:rPr>
                <w:webHidden/>
              </w:rPr>
            </w:r>
            <w:r w:rsidR="003A25E9" w:rsidRPr="003A25E9">
              <w:rPr>
                <w:webHidden/>
              </w:rPr>
              <w:fldChar w:fldCharType="separate"/>
            </w:r>
            <w:r w:rsidR="00C403B4">
              <w:rPr>
                <w:webHidden/>
              </w:rPr>
              <w:t>181</w:t>
            </w:r>
            <w:r w:rsidR="003A25E9" w:rsidRPr="003A25E9">
              <w:rPr>
                <w:webHidden/>
              </w:rPr>
              <w:fldChar w:fldCharType="end"/>
            </w:r>
          </w:hyperlink>
        </w:p>
        <w:p w14:paraId="43038407" w14:textId="203DB112" w:rsidR="003A25E9" w:rsidRPr="003A25E9" w:rsidRDefault="00406427">
          <w:pPr>
            <w:pStyle w:val="TOC2"/>
            <w:rPr>
              <w:rFonts w:asciiTheme="minorHAnsi" w:hAnsiTheme="minorHAnsi"/>
              <w:color w:val="auto"/>
              <w:kern w:val="2"/>
              <w:szCs w:val="24"/>
              <w14:ligatures w14:val="standardContextual"/>
            </w:rPr>
          </w:pPr>
          <w:r>
            <w:rPr>
              <w:rStyle w:val="Hyperlink"/>
              <w:u w:val="none"/>
            </w:rPr>
            <w:t xml:space="preserve">    </w:t>
          </w:r>
          <w:hyperlink w:anchor="_Toc189281382" w:history="1">
            <w:r w:rsidR="003A25E9" w:rsidRPr="003A25E9">
              <w:rPr>
                <w:rStyle w:val="Hyperlink"/>
                <w:u w:val="none"/>
              </w:rPr>
              <w:t>Silicone Solutions 2.0</w:t>
            </w:r>
            <w:r w:rsidR="003A25E9" w:rsidRPr="003A25E9">
              <w:rPr>
                <w:webHidden/>
              </w:rPr>
              <w:tab/>
            </w:r>
            <w:r w:rsidR="003A25E9" w:rsidRPr="003A25E9">
              <w:rPr>
                <w:webHidden/>
              </w:rPr>
              <w:fldChar w:fldCharType="begin"/>
            </w:r>
            <w:r w:rsidR="003A25E9" w:rsidRPr="003A25E9">
              <w:rPr>
                <w:webHidden/>
              </w:rPr>
              <w:instrText xml:space="preserve"> PAGEREF _Toc189281382 \h </w:instrText>
            </w:r>
            <w:r w:rsidR="003A25E9" w:rsidRPr="003A25E9">
              <w:rPr>
                <w:webHidden/>
              </w:rPr>
            </w:r>
            <w:r w:rsidR="003A25E9" w:rsidRPr="003A25E9">
              <w:rPr>
                <w:webHidden/>
              </w:rPr>
              <w:fldChar w:fldCharType="separate"/>
            </w:r>
            <w:r w:rsidR="00C403B4">
              <w:rPr>
                <w:webHidden/>
              </w:rPr>
              <w:t>184</w:t>
            </w:r>
            <w:r w:rsidR="003A25E9" w:rsidRPr="003A25E9">
              <w:rPr>
                <w:webHidden/>
              </w:rPr>
              <w:fldChar w:fldCharType="end"/>
            </w:r>
          </w:hyperlink>
        </w:p>
        <w:p w14:paraId="78ECE40B" w14:textId="27C065C5" w:rsidR="003A25E9" w:rsidRPr="003A25E9" w:rsidRDefault="00406427">
          <w:pPr>
            <w:pStyle w:val="TOC1"/>
            <w:rPr>
              <w:rFonts w:asciiTheme="minorHAnsi" w:hAnsiTheme="minorHAnsi"/>
              <w:color w:val="auto"/>
              <w:kern w:val="2"/>
              <w:szCs w:val="24"/>
              <w14:ligatures w14:val="standardContextual"/>
            </w:rPr>
          </w:pPr>
          <w:r>
            <w:rPr>
              <w:rStyle w:val="Hyperlink"/>
              <w:u w:val="none"/>
            </w:rPr>
            <w:t>*</w:t>
          </w:r>
          <w:hyperlink w:anchor="_Toc189281383" w:history="1">
            <w:r w:rsidR="003A25E9" w:rsidRPr="003A25E9">
              <w:rPr>
                <w:rStyle w:val="Hyperlink"/>
                <w:u w:val="none"/>
              </w:rPr>
              <w:t>Chapter 65: Afterglow</w:t>
            </w:r>
            <w:r w:rsidR="003A25E9" w:rsidRPr="003A25E9">
              <w:rPr>
                <w:webHidden/>
              </w:rPr>
              <w:tab/>
            </w:r>
            <w:r w:rsidR="003A25E9" w:rsidRPr="003A25E9">
              <w:rPr>
                <w:webHidden/>
              </w:rPr>
              <w:fldChar w:fldCharType="begin"/>
            </w:r>
            <w:r w:rsidR="003A25E9" w:rsidRPr="003A25E9">
              <w:rPr>
                <w:webHidden/>
              </w:rPr>
              <w:instrText xml:space="preserve"> PAGEREF _Toc189281383 \h </w:instrText>
            </w:r>
            <w:r w:rsidR="003A25E9" w:rsidRPr="003A25E9">
              <w:rPr>
                <w:webHidden/>
              </w:rPr>
            </w:r>
            <w:r w:rsidR="003A25E9" w:rsidRPr="003A25E9">
              <w:rPr>
                <w:webHidden/>
              </w:rPr>
              <w:fldChar w:fldCharType="separate"/>
            </w:r>
            <w:r w:rsidR="00C403B4">
              <w:rPr>
                <w:webHidden/>
              </w:rPr>
              <w:t>185</w:t>
            </w:r>
            <w:r w:rsidR="003A25E9" w:rsidRPr="003A25E9">
              <w:rPr>
                <w:webHidden/>
              </w:rPr>
              <w:fldChar w:fldCharType="end"/>
            </w:r>
          </w:hyperlink>
        </w:p>
        <w:p w14:paraId="31538139" w14:textId="32F58297" w:rsidR="000A60F3" w:rsidRPr="00D65813" w:rsidRDefault="00972A08" w:rsidP="000A60F3">
          <w:pPr>
            <w:rPr>
              <w:b/>
              <w:bCs/>
              <w:noProof/>
              <w:color w:val="365F91" w:themeColor="accent1" w:themeShade="BF"/>
            </w:rPr>
          </w:pPr>
          <w:r w:rsidRPr="003A25E9">
            <w:rPr>
              <w:b/>
              <w:bCs/>
              <w:noProof/>
              <w:color w:val="365F91" w:themeColor="accent1" w:themeShade="BF"/>
            </w:rPr>
            <w:fldChar w:fldCharType="end"/>
          </w:r>
        </w:p>
      </w:sdtContent>
    </w:sdt>
    <w:p w14:paraId="11BDE276" w14:textId="77777777" w:rsidR="003B0978" w:rsidRDefault="003B0978" w:rsidP="00972A08">
      <w:pPr>
        <w:jc w:val="center"/>
        <w:rPr>
          <w:b/>
          <w:bCs/>
          <w:color w:val="365F91" w:themeColor="accent1" w:themeShade="BF"/>
          <w:sz w:val="36"/>
          <w:szCs w:val="36"/>
        </w:rPr>
        <w:sectPr w:rsidR="003B0978" w:rsidSect="00420876">
          <w:headerReference w:type="default" r:id="rId9"/>
          <w:footerReference w:type="default" r:id="rId10"/>
          <w:footerReference w:type="first" r:id="rId11"/>
          <w:pgSz w:w="12240" w:h="15840"/>
          <w:pgMar w:top="1440" w:right="1800" w:bottom="1440" w:left="1800" w:header="720" w:footer="720" w:gutter="0"/>
          <w:pgNumType w:fmt="lowerRoman" w:start="1"/>
          <w:cols w:space="720"/>
          <w:docGrid w:linePitch="360"/>
        </w:sectPr>
      </w:pPr>
    </w:p>
    <w:p w14:paraId="195546A8" w14:textId="79D71AF6" w:rsidR="00F91806" w:rsidRPr="00251DB9" w:rsidRDefault="00000000" w:rsidP="00972A08">
      <w:pPr>
        <w:jc w:val="center"/>
        <w:rPr>
          <w:b/>
          <w:bCs/>
          <w:color w:val="365F91" w:themeColor="accent1" w:themeShade="BF"/>
          <w:sz w:val="36"/>
          <w:szCs w:val="36"/>
        </w:rPr>
      </w:pPr>
      <w:r w:rsidRPr="00251DB9">
        <w:rPr>
          <w:b/>
          <w:bCs/>
          <w:color w:val="365F91" w:themeColor="accent1" w:themeShade="BF"/>
          <w:sz w:val="36"/>
          <w:szCs w:val="36"/>
        </w:rPr>
        <w:lastRenderedPageBreak/>
        <w:t>Silicone Solutions</w:t>
      </w:r>
      <w:r w:rsidR="008B28CF" w:rsidRPr="00251DB9">
        <w:rPr>
          <w:b/>
          <w:bCs/>
          <w:color w:val="365F91" w:themeColor="accent1" w:themeShade="BF"/>
          <w:sz w:val="36"/>
          <w:szCs w:val="36"/>
        </w:rPr>
        <w:t>: Lies, Lust, and Latex</w:t>
      </w:r>
    </w:p>
    <w:p w14:paraId="20BB0318" w14:textId="77777777" w:rsidR="00186DBA" w:rsidRDefault="00186DBA" w:rsidP="006D70D8">
      <w:pPr>
        <w:rPr>
          <w:b/>
          <w:bCs/>
          <w:color w:val="365F91" w:themeColor="accent1" w:themeShade="BF"/>
          <w:szCs w:val="24"/>
        </w:rPr>
      </w:pPr>
    </w:p>
    <w:p w14:paraId="31E3BB0F" w14:textId="77777777" w:rsidR="006D70D8" w:rsidRPr="006D70D8" w:rsidRDefault="006D70D8" w:rsidP="006D70D8">
      <w:pPr>
        <w:rPr>
          <w:b/>
          <w:bCs/>
          <w:color w:val="365F91" w:themeColor="accent1" w:themeShade="BF"/>
          <w:szCs w:val="24"/>
        </w:rPr>
      </w:pPr>
    </w:p>
    <w:p w14:paraId="77845360" w14:textId="3CA58D0D" w:rsidR="00F91806" w:rsidRPr="00251DB9" w:rsidRDefault="00000000" w:rsidP="003B0978">
      <w:pPr>
        <w:pStyle w:val="Heading1"/>
        <w:tabs>
          <w:tab w:val="center" w:pos="4320"/>
        </w:tabs>
        <w:rPr>
          <w:szCs w:val="32"/>
        </w:rPr>
      </w:pPr>
      <w:bookmarkStart w:id="0" w:name="_Hlk189109974"/>
      <w:bookmarkStart w:id="1" w:name="_Toc189109771"/>
      <w:bookmarkStart w:id="2" w:name="_Toc189281293"/>
      <w:r w:rsidRPr="00251DB9">
        <w:rPr>
          <w:szCs w:val="32"/>
        </w:rPr>
        <w:t>Chapter 1:</w:t>
      </w:r>
      <w:bookmarkEnd w:id="0"/>
      <w:r w:rsidRPr="00251DB9">
        <w:rPr>
          <w:szCs w:val="32"/>
        </w:rPr>
        <w:t xml:space="preserve"> Will Power</w:t>
      </w:r>
      <w:bookmarkEnd w:id="1"/>
      <w:bookmarkEnd w:id="2"/>
      <w:r w:rsidR="003B0978">
        <w:rPr>
          <w:szCs w:val="32"/>
        </w:rPr>
        <w:tab/>
      </w:r>
    </w:p>
    <w:p w14:paraId="1CC40D7C" w14:textId="77777777" w:rsidR="00186DBA" w:rsidRDefault="00186DBA"/>
    <w:p w14:paraId="0F7C8A97" w14:textId="77777777" w:rsidR="00270B74" w:rsidRPr="00270B74" w:rsidRDefault="00270B74" w:rsidP="00270B74">
      <w:r w:rsidRPr="00270B74">
        <w:t>I’m Hannah Marie, and this is the story of how a woman I barely knew set my life on fire. Not literally. But close enough.</w:t>
      </w:r>
    </w:p>
    <w:p w14:paraId="37DD6C71" w14:textId="77777777" w:rsidR="00270B74" w:rsidRPr="00270B74" w:rsidRDefault="00270B74" w:rsidP="00270B74">
      <w:r w:rsidRPr="00270B74">
        <w:t>That woman was my aunt.</w:t>
      </w:r>
    </w:p>
    <w:p w14:paraId="4495FD9F" w14:textId="77777777" w:rsidR="00270B74" w:rsidRPr="00270B74" w:rsidRDefault="00270B74" w:rsidP="00270B74">
      <w:r w:rsidRPr="00270B74">
        <w:t>She died last week. I wish I could say I was too grief-stricken to remember the exact day, but the truth? We weren’t close. Her sudden passing didn’t upend my life, though it did leave me wondering if I should’ve tried harder to be part of hers.</w:t>
      </w:r>
    </w:p>
    <w:p w14:paraId="492F9D0B" w14:textId="77777777" w:rsidR="00270B74" w:rsidRPr="00270B74" w:rsidRDefault="00270B74" w:rsidP="00270B74">
      <w:r w:rsidRPr="00270B74">
        <w:t>I remember her knowing smile, like she was always three steps ahead of everyone in the room. She was fearless—bold in a way that made people uncomfortable. But I never asked her about it. I never asked her much of anything.</w:t>
      </w:r>
    </w:p>
    <w:p w14:paraId="58EF1062" w14:textId="5F632773" w:rsidR="00270B74" w:rsidRPr="00270B74" w:rsidRDefault="00270B74" w:rsidP="00270B74">
      <w:r w:rsidRPr="00270B74">
        <w:t xml:space="preserve">When the lawyers called about her will, I wasn’t expecting much. A crocheted tea cozy? An antique I wouldn’t know how to appraise? Maybe </w:t>
      </w:r>
      <w:r w:rsidR="00BC3D9B">
        <w:t>some gaudy jewelry</w:t>
      </w:r>
      <w:r w:rsidRPr="00270B74">
        <w:t>?</w:t>
      </w:r>
      <w:r w:rsidR="00E859FA">
        <w:t xml:space="preserve"> </w:t>
      </w:r>
      <w:r w:rsidRPr="00270B74">
        <w:t>I wasn’t expecting the life-altering revelation of my inheritance.</w:t>
      </w:r>
    </w:p>
    <w:p w14:paraId="500E9228" w14:textId="217AF50B" w:rsidR="00270B74" w:rsidRPr="00270B74" w:rsidRDefault="00270B74" w:rsidP="00270B74">
      <w:r w:rsidRPr="00270B74">
        <w:t>Turns out, my aunt and late uncle owned and operated a store specializing in silicone, battery-operated, neon-lit… accessories. Yes, you read that right—a sex shop. But it wasn’t just a tiny boutique with a few discreet shelves. It was an entire operation.</w:t>
      </w:r>
      <w:r w:rsidR="00100C96">
        <w:t xml:space="preserve"> </w:t>
      </w:r>
      <w:r w:rsidRPr="00270B74">
        <w:t>Most nights featured exotic dancers, a fully stocked juice bar, and private booths. Don’t ask.</w:t>
      </w:r>
    </w:p>
    <w:p w14:paraId="5A09F387" w14:textId="77777777" w:rsidR="00270B74" w:rsidRPr="00270B74" w:rsidRDefault="00270B74" w:rsidP="00270B74">
      <w:r w:rsidRPr="00270B74">
        <w:t>And she left all of it to me.</w:t>
      </w:r>
    </w:p>
    <w:p w14:paraId="4AD06A91" w14:textId="77777777" w:rsidR="00270B74" w:rsidRPr="00270B74" w:rsidRDefault="00270B74" w:rsidP="00270B74">
      <w:r w:rsidRPr="00270B74">
        <w:t>To call it unexpected would be an understatement. She must have known people closer to her than me. But there it was, in black-and-white legalese: Hannah Marie, the proud new owner of a high-end pleasure emporium.</w:t>
      </w:r>
    </w:p>
    <w:p w14:paraId="3895256D" w14:textId="77777777" w:rsidR="00270B74" w:rsidRPr="00270B74" w:rsidRDefault="00270B74" w:rsidP="00270B74">
      <w:r w:rsidRPr="00270B74">
        <w:t>My immediate reaction? Confusion.</w:t>
      </w:r>
    </w:p>
    <w:p w14:paraId="4CC99DE3" w14:textId="77777777" w:rsidR="00270B74" w:rsidRPr="00270B74" w:rsidRDefault="00270B74" w:rsidP="00270B74">
      <w:r w:rsidRPr="00270B74">
        <w:t>My second? Laughter.</w:t>
      </w:r>
    </w:p>
    <w:p w14:paraId="6DBAFEC1" w14:textId="77777777" w:rsidR="00270B74" w:rsidRPr="00270B74" w:rsidRDefault="00270B74" w:rsidP="00270B74">
      <w:r w:rsidRPr="00270B74">
        <w:lastRenderedPageBreak/>
        <w:t>My third? Unfiltered panic.</w:t>
      </w:r>
    </w:p>
    <w:p w14:paraId="39CC2488" w14:textId="77777777" w:rsidR="00270B74" w:rsidRPr="00270B74" w:rsidRDefault="00270B74" w:rsidP="00270B74">
      <w:r w:rsidRPr="00270B74">
        <w:t>I was drowning in student loan debt from an undergraduate psychology degree that had left me qualified for little more than answering phones in a dentist’s office. Had I known a year ago that my aunt’s eccentricity would be my lifeline, I might’ve sent her a holiday card.</w:t>
      </w:r>
    </w:p>
    <w:p w14:paraId="67A236F7" w14:textId="77777777" w:rsidR="00270B74" w:rsidRPr="00270B74" w:rsidRDefault="00270B74" w:rsidP="00270B74">
      <w:r w:rsidRPr="00270B74">
        <w:t>Or at least remembered her birthday.</w:t>
      </w:r>
    </w:p>
    <w:p w14:paraId="739AA879" w14:textId="77777777" w:rsidR="006D70D8" w:rsidRDefault="006D70D8" w:rsidP="007F66D3"/>
    <w:p w14:paraId="3BDF3690" w14:textId="56F7984D" w:rsidR="007F66D3" w:rsidRPr="006D70D8" w:rsidRDefault="007F66D3" w:rsidP="006D70D8">
      <w:pPr>
        <w:pStyle w:val="Heading2"/>
      </w:pPr>
      <w:bookmarkStart w:id="3" w:name="_Toc189281294"/>
      <w:r w:rsidRPr="006D70D8">
        <w:t>Filling the Gaps</w:t>
      </w:r>
      <w:bookmarkEnd w:id="3"/>
    </w:p>
    <w:p w14:paraId="12B0992D" w14:textId="77777777" w:rsidR="00204D4E" w:rsidRDefault="00204D4E" w:rsidP="007F66D3"/>
    <w:p w14:paraId="2822BFB8" w14:textId="77777777" w:rsidR="003D631C" w:rsidRPr="003D631C" w:rsidRDefault="003D631C" w:rsidP="003D631C">
      <w:r w:rsidRPr="003D631C">
        <w:t>Naturally, my coworkers at the dental office thought I’d lost my mind. As soon as I told them about my inheritance, it was like blood in the water. The jokes came fast and ruthless.</w:t>
      </w:r>
    </w:p>
    <w:p w14:paraId="5821CC9C" w14:textId="77777777" w:rsidR="003D631C" w:rsidRPr="003D631C" w:rsidRDefault="003D631C" w:rsidP="003D631C">
      <w:r w:rsidRPr="003D631C">
        <w:t>"But we can fill your cavities here!"</w:t>
      </w:r>
    </w:p>
    <w:p w14:paraId="23B3638D" w14:textId="77777777" w:rsidR="003D631C" w:rsidRPr="003D631C" w:rsidRDefault="003D631C" w:rsidP="003D631C">
      <w:r w:rsidRPr="003D631C">
        <w:t>"‘You’ll feel a little prick’ has an entirely different meaning now!"</w:t>
      </w:r>
    </w:p>
    <w:p w14:paraId="33FEDAC3" w14:textId="77777777" w:rsidR="003D631C" w:rsidRPr="003D631C" w:rsidRDefault="003D631C" w:rsidP="003D631C">
      <w:r w:rsidRPr="003D631C">
        <w:t>“Netflix and Drill, anyone!?”</w:t>
      </w:r>
    </w:p>
    <w:p w14:paraId="531B29B4" w14:textId="58F6881E" w:rsidR="003D631C" w:rsidRPr="003D631C" w:rsidRDefault="003D631C" w:rsidP="003D631C">
      <w:r w:rsidRPr="003D631C">
        <w:t xml:space="preserve">Laughter erupted around the breakroom. Even Dr. Pfaff, the </w:t>
      </w:r>
      <w:r w:rsidR="00440C7E">
        <w:t xml:space="preserve">prim and proper </w:t>
      </w:r>
      <w:r w:rsidRPr="003D631C">
        <w:t>endodontist who rarely cracked a smile, smirked behind his coffee cup. (I always suspected he laced it with Jim Beam.)</w:t>
      </w:r>
    </w:p>
    <w:p w14:paraId="541BC770" w14:textId="77777777" w:rsidR="003D631C" w:rsidRPr="003D631C" w:rsidRDefault="003D631C" w:rsidP="003D631C">
      <w:r w:rsidRPr="003D631C">
        <w:t>They thought they had the last word. But I wasn’t about to let them win. Leaning against the counter, I shot them my best smirk. "Yeah, but I’m moving up in the world—who wouldn’t enjoy being promoted from gums to bums!?"</w:t>
      </w:r>
    </w:p>
    <w:p w14:paraId="48BF06DA" w14:textId="77777777" w:rsidR="003D631C" w:rsidRPr="003D631C" w:rsidRDefault="003D631C" w:rsidP="003D631C">
      <w:r w:rsidRPr="003D631C">
        <w:t>A chorus of groans and laughter exploded. Someone even dropped their coffee.</w:t>
      </w:r>
    </w:p>
    <w:p w14:paraId="154EF7FE" w14:textId="2AF67E01" w:rsidR="007F66D3" w:rsidRPr="006D70D8" w:rsidRDefault="003D631C" w:rsidP="003D631C">
      <w:r w:rsidRPr="003D631C">
        <w:t>Victory was mine.</w:t>
      </w:r>
    </w:p>
    <w:p w14:paraId="118C9561" w14:textId="07B10910" w:rsidR="007F66D3" w:rsidRPr="006D70D8" w:rsidRDefault="007F66D3" w:rsidP="007F66D3"/>
    <w:p w14:paraId="216234E5" w14:textId="260C0224" w:rsidR="00204D4E" w:rsidRDefault="007F66D3" w:rsidP="00204D4E">
      <w:pPr>
        <w:pStyle w:val="Heading2"/>
      </w:pPr>
      <w:bookmarkStart w:id="4" w:name="_Toc189281295"/>
      <w:r w:rsidRPr="006D70D8">
        <w:t>Decluttering</w:t>
      </w:r>
      <w:bookmarkEnd w:id="4"/>
    </w:p>
    <w:p w14:paraId="5BA51DD3" w14:textId="77777777" w:rsidR="00204D4E" w:rsidRPr="00204D4E" w:rsidRDefault="00204D4E" w:rsidP="00204D4E"/>
    <w:p w14:paraId="4D385296" w14:textId="416746DA" w:rsidR="007F66D3" w:rsidRDefault="003D631C" w:rsidP="007F66D3">
      <w:r w:rsidRPr="003D631C">
        <w:t xml:space="preserve">Moving was hell. But it </w:t>
      </w:r>
      <w:r w:rsidR="007F66D3" w:rsidRPr="006D70D8">
        <w:t>was also… liberating.</w:t>
      </w:r>
    </w:p>
    <w:p w14:paraId="0D676579" w14:textId="77777777" w:rsidR="00CA5458" w:rsidRPr="006D70D8" w:rsidRDefault="00CA5458" w:rsidP="007F66D3"/>
    <w:p w14:paraId="5211D1EF" w14:textId="6C69A074" w:rsidR="007F66D3" w:rsidRPr="006D70D8" w:rsidRDefault="007F66D3" w:rsidP="007F66D3">
      <w:r w:rsidRPr="006D70D8">
        <w:lastRenderedPageBreak/>
        <w:t>I made a rule: if I hadn’t used it in a year, I donated it or tossed it. No reason to hoard the typical junk people accumulate in life—only to leave it for their relatives to sift through when they die.</w:t>
      </w:r>
      <w:r w:rsidR="00100C96">
        <w:t xml:space="preserve"> </w:t>
      </w:r>
      <w:r w:rsidR="009854F1" w:rsidRPr="009854F1">
        <w:t xml:space="preserve">You see, </w:t>
      </w:r>
      <w:r w:rsidRPr="009854F1">
        <w:t>I’ve always had a bit of an existential streak.</w:t>
      </w:r>
      <w:r w:rsidR="009854F1">
        <w:t xml:space="preserve"> </w:t>
      </w:r>
      <w:r w:rsidRPr="006D70D8">
        <w:t>My aunt’s passing was a sobering reminder of how much we leave behind—not just in assets, but in clutter, memories, and unanswered questions.</w:t>
      </w:r>
      <w:r w:rsidR="001D46D5">
        <w:t xml:space="preserve"> </w:t>
      </w:r>
      <w:r w:rsidRPr="006D70D8">
        <w:t>I wasn’t about to repeat that pattern.</w:t>
      </w:r>
    </w:p>
    <w:p w14:paraId="10AF921F" w14:textId="77777777" w:rsidR="007F66D3" w:rsidRPr="006D70D8" w:rsidRDefault="007F66D3" w:rsidP="007F66D3">
      <w:r w:rsidRPr="006D70D8">
        <w:t>So, I purged.</w:t>
      </w:r>
    </w:p>
    <w:p w14:paraId="3A857000" w14:textId="77777777" w:rsidR="007F66D3" w:rsidRPr="006D70D8" w:rsidRDefault="007F66D3" w:rsidP="007F66D3">
      <w:r w:rsidRPr="006D70D8">
        <w:t>Old clothes? Gone.</w:t>
      </w:r>
    </w:p>
    <w:p w14:paraId="2C268771" w14:textId="77777777" w:rsidR="007F66D3" w:rsidRPr="006D70D8" w:rsidRDefault="007F66D3" w:rsidP="007F66D3">
      <w:r w:rsidRPr="006D70D8">
        <w:t>Useless trinkets? Donated.</w:t>
      </w:r>
    </w:p>
    <w:p w14:paraId="1548DE50" w14:textId="30D14B0E" w:rsidR="007F66D3" w:rsidRPr="006D70D8" w:rsidRDefault="007F66D3" w:rsidP="007F66D3">
      <w:r w:rsidRPr="006D70D8">
        <w:t>Sentimental knick-knacks that served no purpose? Tossed without hesitation.</w:t>
      </w:r>
      <w:r w:rsidR="00FC0E6E">
        <w:t xml:space="preserve"> </w:t>
      </w:r>
      <w:r w:rsidRPr="006D70D8">
        <w:t>Well… almost without hesitation.</w:t>
      </w:r>
      <w:r w:rsidR="001D46D5">
        <w:t xml:space="preserve"> </w:t>
      </w:r>
      <w:r w:rsidRPr="006D70D8">
        <w:t>Because there was one thing I couldn’t bring myself to part with.</w:t>
      </w:r>
    </w:p>
    <w:p w14:paraId="27856C6B" w14:textId="77777777" w:rsidR="007F66D3" w:rsidRPr="006D70D8" w:rsidRDefault="007F66D3" w:rsidP="007F66D3">
      <w:r w:rsidRPr="006D70D8">
        <w:t>My Easy-Bake Oven.</w:t>
      </w:r>
    </w:p>
    <w:p w14:paraId="562D3781" w14:textId="5BFA8D2E" w:rsidR="007F66D3" w:rsidRPr="006D70D8" w:rsidRDefault="007F66D3" w:rsidP="007F66D3">
      <w:r w:rsidRPr="006D70D8">
        <w:t>It wasn’t just nostalgia. It was a time capsule, a relic of simpler days.</w:t>
      </w:r>
      <w:r w:rsidR="001D46D5">
        <w:t xml:space="preserve"> </w:t>
      </w:r>
      <w:r w:rsidRPr="006D70D8">
        <w:t>I baked cookies for my high school sweetheart the night I lost my virginity.</w:t>
      </w:r>
      <w:r w:rsidR="001D46D5">
        <w:t xml:space="preserve"> </w:t>
      </w:r>
      <w:r w:rsidRPr="006D70D8">
        <w:t>The cookies were way better than the sex.</w:t>
      </w:r>
    </w:p>
    <w:p w14:paraId="4FCABB71" w14:textId="48899D66" w:rsidR="007F66D3" w:rsidRPr="006D70D8" w:rsidRDefault="007F66D3" w:rsidP="007F66D3">
      <w:r w:rsidRPr="006D70D8">
        <w:t>I didn’t know that moment would become the benchmark for everything sweet but unsatisfying.</w:t>
      </w:r>
      <w:r w:rsidR="001D46D5">
        <w:t xml:space="preserve"> </w:t>
      </w:r>
      <w:r w:rsidRPr="006D70D8">
        <w:t>And yet, here I was, stepping into a world where pleasure wasn’t just encouraged—it was the product.</w:t>
      </w:r>
    </w:p>
    <w:p w14:paraId="2F85C8D3" w14:textId="77777777" w:rsidR="007F66D3" w:rsidRPr="006D70D8" w:rsidRDefault="007F66D3" w:rsidP="007F66D3">
      <w:r w:rsidRPr="006D70D8">
        <w:t>A world that might teach me to demand more—from life, from others, and from myself.</w:t>
      </w:r>
    </w:p>
    <w:p w14:paraId="3A761A46" w14:textId="275BA922" w:rsidR="007F66D3" w:rsidRPr="006D70D8" w:rsidRDefault="007F66D3" w:rsidP="007F66D3"/>
    <w:p w14:paraId="5FDABE2D" w14:textId="77777777" w:rsidR="007F66D3" w:rsidRPr="006D70D8" w:rsidRDefault="007F66D3" w:rsidP="000023EB">
      <w:pPr>
        <w:pStyle w:val="Heading2"/>
      </w:pPr>
      <w:bookmarkStart w:id="5" w:name="_Toc189281296"/>
      <w:r w:rsidRPr="006D70D8">
        <w:t>Rebranding</w:t>
      </w:r>
      <w:bookmarkEnd w:id="5"/>
    </w:p>
    <w:p w14:paraId="42871864" w14:textId="77777777" w:rsidR="000023EB" w:rsidRDefault="000023EB" w:rsidP="007F66D3"/>
    <w:p w14:paraId="5A71B3F0" w14:textId="6FF81025" w:rsidR="007F66D3" w:rsidRDefault="007F66D3" w:rsidP="007F66D3">
      <w:r w:rsidRPr="006D70D8">
        <w:t>Before I moved, I wanted to assert my authority—after all, I was now a CEO.</w:t>
      </w:r>
      <w:r w:rsidR="001253F8">
        <w:t xml:space="preserve"> </w:t>
      </w:r>
      <w:r w:rsidRPr="006D70D8">
        <w:t>First order of business? Changing the company’s name.</w:t>
      </w:r>
      <w:r w:rsidR="00100C96">
        <w:t xml:space="preserve"> </w:t>
      </w:r>
      <w:r w:rsidRPr="006D70D8">
        <w:t xml:space="preserve">Believe it or not, </w:t>
      </w:r>
      <w:r w:rsidRPr="000023EB">
        <w:rPr>
          <w:i/>
          <w:iCs/>
        </w:rPr>
        <w:t>CrotchCo</w:t>
      </w:r>
      <w:r w:rsidRPr="006D70D8">
        <w:t xml:space="preserve"> had survived for twenty years, but it didn’t scream sophistication. I wanted to push the clientele from “creepy” toward “classy”—if that was even possible.</w:t>
      </w:r>
    </w:p>
    <w:p w14:paraId="1DE66E84" w14:textId="77777777" w:rsidR="00017D0E" w:rsidRPr="006D70D8" w:rsidRDefault="00017D0E" w:rsidP="007F66D3"/>
    <w:p w14:paraId="6F4D406F" w14:textId="643AC8E8" w:rsidR="001253F8" w:rsidRDefault="00BB79D6" w:rsidP="007F66D3">
      <w:r>
        <w:t>A</w:t>
      </w:r>
      <w:r w:rsidR="007F66D3" w:rsidRPr="006D70D8">
        <w:t>t first, I thought about naming it after my favorite childhood movie, Toy Story</w:t>
      </w:r>
      <w:r w:rsidR="00017D0E">
        <w:t>.</w:t>
      </w:r>
      <w:r w:rsidR="001253F8">
        <w:t xml:space="preserve"> </w:t>
      </w:r>
      <w:r w:rsidR="007F66D3" w:rsidRPr="006D70D8">
        <w:t>With characters like Woody and Buzz, it felt like the perfect fit</w:t>
      </w:r>
      <w:r w:rsidR="00BD3C57">
        <w:t>!</w:t>
      </w:r>
      <w:r w:rsidR="001253F8">
        <w:t xml:space="preserve"> </w:t>
      </w:r>
      <w:r w:rsidR="007F66D3" w:rsidRPr="006D70D8">
        <w:t>But then I realized I didn’t want my first executive decision to be trademark infringement.</w:t>
      </w:r>
      <w:r w:rsidR="001253F8">
        <w:t xml:space="preserve"> </w:t>
      </w:r>
    </w:p>
    <w:p w14:paraId="04B4E23B" w14:textId="3A500CDB" w:rsidR="007F66D3" w:rsidRPr="006D70D8" w:rsidRDefault="00017D0E" w:rsidP="007F66D3">
      <w:r w:rsidRPr="006D70D8">
        <w:lastRenderedPageBreak/>
        <w:t>After much deliberation (and a few inappropriate ideas—"Hole Foods," anyone? "Romancing the Bone?") I landed on a name</w:t>
      </w:r>
      <w:r>
        <w:t xml:space="preserve">: </w:t>
      </w:r>
      <w:r w:rsidR="007F66D3" w:rsidRPr="001253F8">
        <w:rPr>
          <w:i/>
          <w:iCs/>
        </w:rPr>
        <w:t>Silicone Solutions</w:t>
      </w:r>
      <w:r w:rsidR="007F66D3" w:rsidRPr="006D70D8">
        <w:t>.</w:t>
      </w:r>
      <w:r w:rsidR="00AE18FC">
        <w:t xml:space="preserve"> </w:t>
      </w:r>
      <w:r w:rsidR="007F66D3" w:rsidRPr="006D70D8">
        <w:t>Almost as clever, no legal issues, and it perfectly reflected the store’s mission—to spread joy in all its colorful, battery-powered forms and sizes.</w:t>
      </w:r>
    </w:p>
    <w:p w14:paraId="01FC1230" w14:textId="706D8C9D" w:rsidR="007F66D3" w:rsidRPr="006D70D8" w:rsidRDefault="007F66D3" w:rsidP="007F66D3">
      <w:r w:rsidRPr="006D70D8">
        <w:t xml:space="preserve">With the new name in place, I wasn’t just running a business. I was stepping into uncharted territory—a neon-lit, pun-filled, awkward odyssey that </w:t>
      </w:r>
      <w:r w:rsidR="00206943">
        <w:t>w</w:t>
      </w:r>
      <w:r w:rsidRPr="006D70D8">
        <w:t>ould either crash</w:t>
      </w:r>
      <w:r w:rsidR="00AE18FC">
        <w:t xml:space="preserve"> me</w:t>
      </w:r>
      <w:r w:rsidRPr="006D70D8">
        <w:t xml:space="preserve"> or redefine who I was.</w:t>
      </w:r>
      <w:r w:rsidR="001253F8">
        <w:t xml:space="preserve"> </w:t>
      </w:r>
      <w:r w:rsidRPr="006D70D8">
        <w:t>Either way, I was ready to take the leap.</w:t>
      </w:r>
    </w:p>
    <w:p w14:paraId="3E526D57" w14:textId="77777777" w:rsidR="007F66D3" w:rsidRPr="006D70D8" w:rsidRDefault="007F66D3" w:rsidP="007F66D3">
      <w:r w:rsidRPr="006D70D8">
        <w:t>“</w:t>
      </w:r>
      <w:r w:rsidRPr="000B5046">
        <w:rPr>
          <w:i/>
          <w:iCs/>
        </w:rPr>
        <w:t>To Intimacy and Beyond</w:t>
      </w:r>
      <w:r w:rsidRPr="006D70D8">
        <w:t>,” I thought.</w:t>
      </w:r>
    </w:p>
    <w:p w14:paraId="157E1A4A" w14:textId="750C66EF" w:rsidR="007F66D3" w:rsidRPr="006D70D8" w:rsidRDefault="007F66D3" w:rsidP="007F66D3">
      <w:r w:rsidRPr="006D70D8">
        <w:t>Then I paused.</w:t>
      </w:r>
      <w:r w:rsidR="001253F8">
        <w:t xml:space="preserve"> </w:t>
      </w:r>
      <w:r w:rsidRPr="006D70D8">
        <w:t>Because for the first time in a long time, I wasn’t just surviving.</w:t>
      </w:r>
      <w:r w:rsidR="001253F8">
        <w:t xml:space="preserve"> </w:t>
      </w:r>
      <w:r w:rsidRPr="006D70D8">
        <w:t>I was launching into something outside my element.</w:t>
      </w:r>
    </w:p>
    <w:p w14:paraId="5AE8F6EB" w14:textId="77777777" w:rsidR="00046AA9" w:rsidRDefault="00046AA9"/>
    <w:p w14:paraId="66345AA1" w14:textId="77777777" w:rsidR="00046AA9" w:rsidRDefault="00046AA9"/>
    <w:p w14:paraId="3BDDC88F" w14:textId="77777777" w:rsidR="00F91806" w:rsidRPr="00B102C3" w:rsidRDefault="00000000" w:rsidP="00B102C3">
      <w:pPr>
        <w:pStyle w:val="Heading2"/>
        <w:rPr>
          <w:sz w:val="32"/>
          <w:szCs w:val="32"/>
        </w:rPr>
      </w:pPr>
      <w:bookmarkStart w:id="6" w:name="_Toc189281297"/>
      <w:r w:rsidRPr="00B102C3">
        <w:rPr>
          <w:sz w:val="32"/>
          <w:szCs w:val="32"/>
        </w:rPr>
        <w:t>Chapter 2: Fake It Till You Make It</w:t>
      </w:r>
      <w:bookmarkEnd w:id="6"/>
    </w:p>
    <w:p w14:paraId="702D3025" w14:textId="77777777" w:rsidR="00FC7804" w:rsidRPr="00FC7804" w:rsidRDefault="00FC7804" w:rsidP="004F5CDE"/>
    <w:p w14:paraId="4663F316" w14:textId="77777777" w:rsidR="00F91806" w:rsidRPr="004F5CDE" w:rsidRDefault="00000000" w:rsidP="00F6576E">
      <w:pPr>
        <w:rPr>
          <w:rFonts w:cs="Times New Roman"/>
          <w:i/>
          <w:iCs/>
        </w:rPr>
      </w:pPr>
      <w:r w:rsidRPr="004F5CDE">
        <w:rPr>
          <w:rFonts w:cs="Times New Roman"/>
          <w:i/>
          <w:iCs/>
        </w:rPr>
        <w:t>Subject: Hi Team,</w:t>
      </w:r>
    </w:p>
    <w:p w14:paraId="76128377" w14:textId="41EEC881" w:rsidR="00F91806" w:rsidRPr="004F5CDE" w:rsidRDefault="00000000" w:rsidP="00F6576E">
      <w:pPr>
        <w:rPr>
          <w:rFonts w:cs="Times New Roman"/>
          <w:i/>
          <w:iCs/>
        </w:rPr>
      </w:pPr>
      <w:r w:rsidRPr="004F5CDE">
        <w:rPr>
          <w:rFonts w:cs="Times New Roman"/>
          <w:i/>
          <w:iCs/>
        </w:rPr>
        <w:t xml:space="preserve">First things first: let’s address the elephant in the room (the real elephant, not the silicone one in our showroom cases). </w:t>
      </w:r>
    </w:p>
    <w:p w14:paraId="22D8CAF9" w14:textId="008ED954" w:rsidR="00F91806" w:rsidRPr="004F5CDE" w:rsidRDefault="00000000" w:rsidP="00F6576E">
      <w:pPr>
        <w:rPr>
          <w:rFonts w:cs="Times New Roman"/>
          <w:i/>
          <w:iCs/>
        </w:rPr>
      </w:pPr>
      <w:r w:rsidRPr="004F5CDE">
        <w:rPr>
          <w:rFonts w:cs="Times New Roman"/>
          <w:i/>
          <w:iCs/>
        </w:rPr>
        <w:t>Yes, I’m your new CEO. No, I’ve never run a sex toy store before, but I’m eager to learn and excited to lead. I’ve already started familiarizing myself with our products, and for what it’s worth, I’m now on the Energizer Bunny’s Christmas card list!</w:t>
      </w:r>
    </w:p>
    <w:p w14:paraId="4CEFE5FA" w14:textId="77777777" w:rsidR="00F6576E" w:rsidRDefault="00000000" w:rsidP="00F6576E">
      <w:pPr>
        <w:rPr>
          <w:rFonts w:cs="Times New Roman"/>
          <w:i/>
          <w:iCs/>
        </w:rPr>
      </w:pPr>
      <w:r w:rsidRPr="004F5CDE">
        <w:rPr>
          <w:rFonts w:cs="Times New Roman"/>
          <w:i/>
          <w:iCs/>
        </w:rPr>
        <w:t xml:space="preserve">I know you’re wondering who I am and why I left my job as a dental receptionist to take over a store specializing in "reception" of another kind. Here’s the deal: I’m dedicated to making this place a success. I hope to lean on your experience and expertise as I learn the ropes. </w:t>
      </w:r>
    </w:p>
    <w:p w14:paraId="0BB4D1D9" w14:textId="4D3387DC" w:rsidR="00F91806" w:rsidRPr="004F5CDE" w:rsidRDefault="00000000" w:rsidP="00F6576E">
      <w:pPr>
        <w:rPr>
          <w:rFonts w:cs="Times New Roman"/>
          <w:i/>
          <w:iCs/>
        </w:rPr>
      </w:pPr>
      <w:r w:rsidRPr="004F5CDE">
        <w:rPr>
          <w:rFonts w:cs="Times New Roman"/>
          <w:i/>
          <w:iCs/>
        </w:rPr>
        <w:t>Together, we’ll take Silicone Solutions to the next level!</w:t>
      </w:r>
    </w:p>
    <w:p w14:paraId="51AD5BC1" w14:textId="77777777" w:rsidR="00F91806" w:rsidRPr="004F5CDE" w:rsidRDefault="00000000" w:rsidP="00F6576E">
      <w:pPr>
        <w:rPr>
          <w:rFonts w:cs="Times New Roman"/>
          <w:i/>
          <w:iCs/>
        </w:rPr>
      </w:pPr>
      <w:r w:rsidRPr="004F5CDE">
        <w:rPr>
          <w:rFonts w:cs="Times New Roman"/>
          <w:i/>
          <w:iCs/>
        </w:rPr>
        <w:t>The number one question on my mind, however, is why we still accept returns for our products. (Don’t worry, I’m kidding... mostly.)</w:t>
      </w:r>
    </w:p>
    <w:p w14:paraId="31236C94" w14:textId="77777777" w:rsidR="00F91806" w:rsidRPr="004F5CDE" w:rsidRDefault="00000000" w:rsidP="00F6576E">
      <w:pPr>
        <w:rPr>
          <w:rFonts w:cs="Times New Roman"/>
          <w:i/>
          <w:iCs/>
        </w:rPr>
      </w:pPr>
      <w:r w:rsidRPr="004F5CDE">
        <w:rPr>
          <w:rFonts w:cs="Times New Roman"/>
          <w:i/>
          <w:iCs/>
        </w:rPr>
        <w:lastRenderedPageBreak/>
        <w:t>On a more serious note, I want us to be funny and fun while projecting that humor to customers who might feel embarrassed about walking into our store. If we can put them at ease, we can turn curiosity into loyalty—and I think that’s something to be proud of.</w:t>
      </w:r>
    </w:p>
    <w:p w14:paraId="773773B7" w14:textId="77777777" w:rsidR="00F91806" w:rsidRPr="004F5CDE" w:rsidRDefault="00000000" w:rsidP="00F6576E">
      <w:pPr>
        <w:rPr>
          <w:rFonts w:cs="Times New Roman"/>
          <w:i/>
          <w:iCs/>
        </w:rPr>
      </w:pPr>
      <w:r w:rsidRPr="004F5CDE">
        <w:rPr>
          <w:rFonts w:cs="Times New Roman"/>
          <w:i/>
          <w:iCs/>
        </w:rPr>
        <w:t>Oh, and I love puns. Consider yourselves warned.</w:t>
      </w:r>
    </w:p>
    <w:p w14:paraId="510C49C9" w14:textId="77777777" w:rsidR="00F91806" w:rsidRPr="004F5CDE" w:rsidRDefault="00000000" w:rsidP="00F6576E">
      <w:pPr>
        <w:rPr>
          <w:rFonts w:cs="Times New Roman"/>
          <w:i/>
          <w:iCs/>
        </w:rPr>
      </w:pPr>
      <w:r w:rsidRPr="004F5CDE">
        <w:rPr>
          <w:rFonts w:cs="Times New Roman"/>
          <w:i/>
          <w:iCs/>
        </w:rPr>
        <w:t>Looking forward to meeting you all soon!</w:t>
      </w:r>
    </w:p>
    <w:p w14:paraId="7DC8116F" w14:textId="0F0592C2" w:rsidR="00F91806" w:rsidRPr="004F5CDE" w:rsidRDefault="00000000" w:rsidP="00F6576E">
      <w:pPr>
        <w:rPr>
          <w:rFonts w:cs="Times New Roman"/>
          <w:i/>
          <w:iCs/>
        </w:rPr>
      </w:pPr>
      <w:r w:rsidRPr="004F5CDE">
        <w:rPr>
          <w:rFonts w:cs="Times New Roman"/>
          <w:i/>
          <w:iCs/>
        </w:rPr>
        <w:t>Warm regards,</w:t>
      </w:r>
      <w:r w:rsidRPr="004F5CDE">
        <w:rPr>
          <w:rFonts w:cs="Times New Roman"/>
          <w:i/>
          <w:iCs/>
        </w:rPr>
        <w:br/>
        <w:t>Hannah Marie</w:t>
      </w:r>
      <w:r w:rsidRPr="004F5CDE">
        <w:rPr>
          <w:rFonts w:cs="Times New Roman"/>
          <w:i/>
          <w:iCs/>
        </w:rPr>
        <w:br/>
        <w:t>CEO, Silicone Solutions</w:t>
      </w:r>
    </w:p>
    <w:p w14:paraId="7F51C0D6" w14:textId="295ACC19" w:rsidR="00F91806" w:rsidRPr="004F5CDE" w:rsidRDefault="00000000" w:rsidP="00F6576E">
      <w:pPr>
        <w:rPr>
          <w:rFonts w:cs="Times New Roman"/>
          <w:i/>
          <w:iCs/>
        </w:rPr>
      </w:pPr>
      <w:r w:rsidRPr="004F5CDE">
        <w:rPr>
          <w:rFonts w:cs="Times New Roman"/>
          <w:i/>
          <w:iCs/>
        </w:rPr>
        <w:t>P.S. Yes, the name is new. Let’s make this a success story worth sharing.</w:t>
      </w:r>
    </w:p>
    <w:p w14:paraId="5859CCA0" w14:textId="77777777" w:rsidR="00100C96" w:rsidRDefault="00000000" w:rsidP="004F5CDE">
      <w:r>
        <w:t>After sending the email, I figured my fate was sealed.</w:t>
      </w:r>
      <w:r w:rsidR="00100C96">
        <w:t xml:space="preserve"> </w:t>
      </w:r>
    </w:p>
    <w:p w14:paraId="376EC28E" w14:textId="50048471" w:rsidR="00F91806" w:rsidRDefault="00000000" w:rsidP="004F5CDE">
      <w:r>
        <w:t>A flicker of pride mixed with panic swirled in my chest. Had my humor landed? Or had I just made an absolute ass of myself? Was I about to be the first CEO to get fired before</w:t>
      </w:r>
      <w:r w:rsidR="009C26CC">
        <w:t xml:space="preserve"> </w:t>
      </w:r>
      <w:r>
        <w:t>their first day?</w:t>
      </w:r>
    </w:p>
    <w:p w14:paraId="2F2A90C9" w14:textId="77777777" w:rsidR="00F91806" w:rsidRDefault="00000000" w:rsidP="004F5CDE">
      <w:r>
        <w:t>Too late to take it back now.</w:t>
      </w:r>
    </w:p>
    <w:p w14:paraId="24EA614F" w14:textId="77777777" w:rsidR="006C2BEC" w:rsidRDefault="006C2BEC" w:rsidP="004F5CDE"/>
    <w:p w14:paraId="3F4C51FB" w14:textId="77777777" w:rsidR="00F91806" w:rsidRDefault="00000000" w:rsidP="00ED461D">
      <w:pPr>
        <w:pStyle w:val="Heading2"/>
      </w:pPr>
      <w:bookmarkStart w:id="7" w:name="_Toc189281298"/>
      <w:r>
        <w:t>Melanie: First Impressions</w:t>
      </w:r>
      <w:bookmarkEnd w:id="7"/>
    </w:p>
    <w:p w14:paraId="371D6B17" w14:textId="77777777" w:rsidR="00ED461D" w:rsidRPr="00ED461D" w:rsidRDefault="00ED461D" w:rsidP="00ED461D"/>
    <w:p w14:paraId="6DF1EFEF" w14:textId="77777777" w:rsidR="00F91806" w:rsidRDefault="00000000" w:rsidP="004F5CDE">
      <w:r>
        <w:t>Silicone Solutions employs exactly one human resource manager: a sharp-witted redhead with emerald-green eyes named Melanie. But she didn’t just handle HR—she handled everything. Hiring, PR nightmares, and, apparently, even clueless new CEOs.</w:t>
      </w:r>
    </w:p>
    <w:p w14:paraId="758E9749" w14:textId="5F95F1E9" w:rsidR="00F91806" w:rsidRDefault="00000000" w:rsidP="004F5CDE">
      <w:r>
        <w:t>Before my first day, I scheduled a Skype call with Melanie to get a sense of the team, the business, and any behind-the-scenes drama. Naturally, I was curious about her competence</w:t>
      </w:r>
      <w:r w:rsidR="004A0CF0">
        <w:t xml:space="preserve"> as well</w:t>
      </w:r>
      <w:r>
        <w:t>.</w:t>
      </w:r>
    </w:p>
    <w:p w14:paraId="3B660FE7" w14:textId="7F0F823D" w:rsidR="00F91806" w:rsidRDefault="00000000" w:rsidP="004F5CDE">
      <w:r>
        <w:t>When Melanie appeared on my screen, she radiated the kind of authority that makes you either want to work for someone or drink with them. Possibly both.</w:t>
      </w:r>
      <w:r w:rsidR="00270CBB">
        <w:t xml:space="preserve"> </w:t>
      </w:r>
      <w:r>
        <w:t>Her Eastern European accent had a melodic lilt, and the way she rolled her "r’s" was borderline hypnotic. It didn’t help that her sharp insights into the company dynamics were as compelling as the way she absentmindedly tucked a curl behind her ear.</w:t>
      </w:r>
    </w:p>
    <w:p w14:paraId="34ED9EA6" w14:textId="6EA2332B" w:rsidR="00F91806" w:rsidRDefault="00000000" w:rsidP="004F5CDE">
      <w:r>
        <w:lastRenderedPageBreak/>
        <w:t>What was supposed to be a quick intro meeting turned into a two-hour conversation filled with laughter, sarcasm, and some very enlightening HR horror stories.</w:t>
      </w:r>
      <w:r w:rsidR="00270CBB">
        <w:t xml:space="preserve"> </w:t>
      </w:r>
      <w:r>
        <w:t>By the end, we’d even made plans to grab drinks the night before my first day.</w:t>
      </w:r>
    </w:p>
    <w:p w14:paraId="1774D07C" w14:textId="5175BB61" w:rsidR="00F91806" w:rsidRDefault="00000000" w:rsidP="004F5CDE">
      <w:r>
        <w:t>I logged off both impressed and slightly flustered. Melanie wasn’t just competent—she was probably the most important person at Silicone Solutions.</w:t>
      </w:r>
      <w:r w:rsidR="00A825EE">
        <w:t xml:space="preserve"> </w:t>
      </w:r>
      <w:r>
        <w:t>As I closed my laptop, I felt an unexpected buzz of excitement.</w:t>
      </w:r>
      <w:r w:rsidR="00270CBB">
        <w:t xml:space="preserve"> </w:t>
      </w:r>
      <w:r>
        <w:t>Professionally, Melanie’s insights gave me a huge confidence boost about running the store.</w:t>
      </w:r>
    </w:p>
    <w:p w14:paraId="27BA8272" w14:textId="77777777" w:rsidR="00D63B4A" w:rsidRDefault="00000000" w:rsidP="004F5CDE">
      <w:r>
        <w:t>Personally?</w:t>
      </w:r>
    </w:p>
    <w:p w14:paraId="4C74E4C0" w14:textId="2696EF0B" w:rsidR="00F91806" w:rsidRDefault="00000000" w:rsidP="004F5CDE">
      <w:r>
        <w:t>Well… let’s just say the mental image of her laughing at one of my jokes lingered longer</w:t>
      </w:r>
      <w:r w:rsidR="00D62BFB">
        <w:t xml:space="preserve"> </w:t>
      </w:r>
      <w:r>
        <w:t>than it should have.</w:t>
      </w:r>
      <w:r w:rsidR="00270CBB">
        <w:t xml:space="preserve"> </w:t>
      </w:r>
      <w:r>
        <w:t>I even caught myself wondering how someone like Melanie ended up at this place, and why that question suddenly mattered to me.</w:t>
      </w:r>
    </w:p>
    <w:p w14:paraId="3B7878FC" w14:textId="77777777" w:rsidR="00F91806" w:rsidRDefault="00000000" w:rsidP="004F5CDE">
      <w:r>
        <w:t>Yes, I thought, this is going to be one hell of a job. Hopefully, I survive it.</w:t>
      </w:r>
    </w:p>
    <w:p w14:paraId="014FBF25" w14:textId="77777777" w:rsidR="006C2BEC" w:rsidRDefault="006C2BEC" w:rsidP="004F5CDE"/>
    <w:p w14:paraId="4C503ABF" w14:textId="77777777" w:rsidR="00D63B4A" w:rsidRDefault="00D63B4A" w:rsidP="004F5CDE"/>
    <w:p w14:paraId="17C63038" w14:textId="77777777" w:rsidR="00F91806" w:rsidRPr="004D5C6B" w:rsidRDefault="00000000" w:rsidP="00D63B4A">
      <w:pPr>
        <w:pStyle w:val="Heading1"/>
        <w:rPr>
          <w:szCs w:val="32"/>
        </w:rPr>
      </w:pPr>
      <w:bookmarkStart w:id="8" w:name="_Toc189281299"/>
      <w:r w:rsidRPr="004D5C6B">
        <w:rPr>
          <w:szCs w:val="32"/>
        </w:rPr>
        <w:t>Chapter 3: Cast of Characters</w:t>
      </w:r>
      <w:bookmarkEnd w:id="8"/>
    </w:p>
    <w:p w14:paraId="410E7125" w14:textId="77777777" w:rsidR="00D63B4A" w:rsidRPr="00D63B4A" w:rsidRDefault="00D63B4A" w:rsidP="00D63B4A"/>
    <w:p w14:paraId="152C8DE7" w14:textId="2B92F423" w:rsidR="009C26CC" w:rsidRPr="009C26CC" w:rsidRDefault="009C26CC" w:rsidP="009C26CC">
      <w:r w:rsidRPr="009C26CC">
        <w:t>By the time my call with Melanie ended, I had a much clearer—if mildly terrifying—picture of the team I was inheriting.</w:t>
      </w:r>
      <w:r w:rsidR="00210FFA">
        <w:t xml:space="preserve"> </w:t>
      </w:r>
      <w:r w:rsidRPr="009C26CC">
        <w:t>This wasn’t just a staff.</w:t>
      </w:r>
      <w:r w:rsidR="00210FFA">
        <w:t xml:space="preserve"> </w:t>
      </w:r>
      <w:r w:rsidRPr="009C26CC">
        <w:t>It was a cast of characters, each with their own quirks, talents, and questionable decision-making skills.</w:t>
      </w:r>
    </w:p>
    <w:p w14:paraId="6A262C53" w14:textId="5D6E44E0" w:rsidR="009C26CC" w:rsidRPr="009C26CC" w:rsidRDefault="009C26CC" w:rsidP="009C26CC">
      <w:r w:rsidRPr="009C26CC">
        <w:t>Melanie had let me record our meeting, so I could review it later while sorting through my notes.</w:t>
      </w:r>
      <w:r w:rsidR="00C01269">
        <w:t xml:space="preserve"> </w:t>
      </w:r>
      <w:r w:rsidRPr="009C26CC">
        <w:t>But in that moment?</w:t>
      </w:r>
      <w:r w:rsidR="000F20EF">
        <w:t xml:space="preserve"> </w:t>
      </w:r>
      <w:r w:rsidRPr="009C26CC">
        <w:t>I wasn’t sure if I was walking into a functioning business or the pilot episode of an over-the-top workplace sitcom.</w:t>
      </w:r>
    </w:p>
    <w:p w14:paraId="1B6E5D7C" w14:textId="77777777" w:rsidR="009C26CC" w:rsidRDefault="009C26CC" w:rsidP="009C26CC">
      <w:pPr>
        <w:pStyle w:val="Heading2"/>
      </w:pPr>
    </w:p>
    <w:p w14:paraId="145B7182" w14:textId="4C19F8E6" w:rsidR="009C26CC" w:rsidRPr="009C26CC" w:rsidRDefault="009C26CC" w:rsidP="009C26CC">
      <w:pPr>
        <w:pStyle w:val="Heading2"/>
      </w:pPr>
      <w:bookmarkStart w:id="9" w:name="_Toc189281300"/>
      <w:r w:rsidRPr="009C26CC">
        <w:t>Uncle Pete</w:t>
      </w:r>
      <w:bookmarkEnd w:id="9"/>
    </w:p>
    <w:p w14:paraId="105C9DAF" w14:textId="77777777" w:rsidR="009C26CC" w:rsidRDefault="009C26CC" w:rsidP="009C26CC"/>
    <w:p w14:paraId="131E53FB" w14:textId="277360FD" w:rsidR="009C26CC" w:rsidRPr="009C26CC" w:rsidRDefault="009C26CC" w:rsidP="009C26CC">
      <w:pPr>
        <w:rPr>
          <w:b/>
          <w:bCs/>
        </w:rPr>
      </w:pPr>
      <w:r w:rsidRPr="009C26CC">
        <w:rPr>
          <w:b/>
          <w:bCs/>
        </w:rPr>
        <w:t>Store GM. Store patriarch. Professional enigma.</w:t>
      </w:r>
    </w:p>
    <w:p w14:paraId="2494BD10" w14:textId="77777777" w:rsidR="00875EF1" w:rsidRDefault="00875EF1" w:rsidP="009C26CC"/>
    <w:p w14:paraId="265A87D0" w14:textId="78C9F073" w:rsidR="009C26CC" w:rsidRPr="009C26CC" w:rsidRDefault="009C26CC" w:rsidP="009C26CC">
      <w:r w:rsidRPr="009C26CC">
        <w:lastRenderedPageBreak/>
        <w:t>Uncle Pete had been working alongside my late aunt and uncle since the beginning.</w:t>
      </w:r>
      <w:r w:rsidR="00875EF1">
        <w:t xml:space="preserve"> </w:t>
      </w:r>
      <w:r w:rsidRPr="009C26CC">
        <w:t>When I asked Melanie how he got his nickname, she refused to answer.</w:t>
      </w:r>
      <w:r w:rsidR="0020778D">
        <w:t xml:space="preserve"> </w:t>
      </w:r>
      <w:r w:rsidRPr="009C26CC">
        <w:t>Which, of course, only made me more suspicious.</w:t>
      </w:r>
    </w:p>
    <w:p w14:paraId="4B7D03CD" w14:textId="77777777" w:rsidR="00875EF1" w:rsidRDefault="009C26CC" w:rsidP="009C26CC">
      <w:r w:rsidRPr="009C26CC">
        <w:t>Pete was balding, older, but exuded effortless charisma—the kind that made people either trust him implicitly or assume he was running an illegal gambling ring in the back office.</w:t>
      </w:r>
      <w:r w:rsidR="00875EF1">
        <w:t xml:space="preserve"> </w:t>
      </w:r>
    </w:p>
    <w:p w14:paraId="55104F04" w14:textId="265AC7B6" w:rsidR="009C26CC" w:rsidRPr="009C26CC" w:rsidRDefault="009C26CC" w:rsidP="009C26CC">
      <w:r w:rsidRPr="009C26CC">
        <w:t xml:space="preserve">From </w:t>
      </w:r>
      <w:r w:rsidR="00100C96">
        <w:t xml:space="preserve">my </w:t>
      </w:r>
      <w:r w:rsidRPr="009C26CC">
        <w:t>conversation</w:t>
      </w:r>
      <w:r w:rsidR="00100C96">
        <w:t xml:space="preserve"> with Melanie</w:t>
      </w:r>
      <w:r w:rsidRPr="009C26CC">
        <w:t>, I got the distinct impression that his relationship with my late aunt may have been more than just professional.</w:t>
      </w:r>
      <w:r w:rsidR="0020778D">
        <w:t xml:space="preserve"> </w:t>
      </w:r>
      <w:r w:rsidRPr="009C26CC">
        <w:t>I decided not to press for details.</w:t>
      </w:r>
    </w:p>
    <w:p w14:paraId="6DB439FF" w14:textId="77777777" w:rsidR="009C26CC" w:rsidRPr="009C26CC" w:rsidRDefault="009C26CC" w:rsidP="009C26CC">
      <w:r w:rsidRPr="009C26CC">
        <w:t>At least not yet.</w:t>
      </w:r>
    </w:p>
    <w:p w14:paraId="3621DAE8" w14:textId="74050DEC" w:rsidR="009C26CC" w:rsidRPr="009C26CC" w:rsidRDefault="009C26CC" w:rsidP="009C26CC"/>
    <w:p w14:paraId="4BD7C614" w14:textId="77777777" w:rsidR="009C26CC" w:rsidRPr="009C26CC" w:rsidRDefault="009C26CC" w:rsidP="009C26CC">
      <w:pPr>
        <w:pStyle w:val="Heading2"/>
      </w:pPr>
      <w:bookmarkStart w:id="10" w:name="_Toc189281301"/>
      <w:r w:rsidRPr="009C26CC">
        <w:t>The Toolis Twins</w:t>
      </w:r>
      <w:bookmarkEnd w:id="10"/>
    </w:p>
    <w:p w14:paraId="2F85627C" w14:textId="77777777" w:rsidR="009C26CC" w:rsidRPr="009C26CC" w:rsidRDefault="009C26CC" w:rsidP="009C26CC"/>
    <w:p w14:paraId="2FD6D844" w14:textId="77777777" w:rsidR="009C26CC" w:rsidRPr="009C26CC" w:rsidRDefault="009C26CC" w:rsidP="009C26CC">
      <w:pPr>
        <w:rPr>
          <w:b/>
          <w:bCs/>
        </w:rPr>
      </w:pPr>
      <w:r w:rsidRPr="009C26CC">
        <w:rPr>
          <w:b/>
          <w:bCs/>
        </w:rPr>
        <w:t>Warehouse managers. Professional chaos agents. Walking HR violations.</w:t>
      </w:r>
    </w:p>
    <w:p w14:paraId="6370F58F" w14:textId="413619DF" w:rsidR="009C26CC" w:rsidRPr="009C26CC" w:rsidRDefault="009C26CC" w:rsidP="009C26CC">
      <w:r w:rsidRPr="009C26CC">
        <w:t>Finn and Liam ran logistics and were technically good at their jobs.</w:t>
      </w:r>
      <w:r w:rsidR="00875EF1">
        <w:t xml:space="preserve"> </w:t>
      </w:r>
      <w:r w:rsidRPr="009C26CC">
        <w:t>The problem?</w:t>
      </w:r>
      <w:r w:rsidR="0020778D">
        <w:t xml:space="preserve"> </w:t>
      </w:r>
      <w:r w:rsidRPr="009C26CC">
        <w:t>They were just as good at causing absolute mayhem.</w:t>
      </w:r>
    </w:p>
    <w:p w14:paraId="543DF693" w14:textId="5EDB276D" w:rsidR="009C26CC" w:rsidRPr="009C26CC" w:rsidRDefault="009C26CC" w:rsidP="009C26CC">
      <w:r w:rsidRPr="009C26CC">
        <w:t>They were fraternal twins who looked nothing alike—Finn was a tall, stocky ginger with a talent for charming women (</w:t>
      </w:r>
      <w:r w:rsidRPr="009C26CC">
        <w:rPr>
          <w:i/>
          <w:iCs/>
        </w:rPr>
        <w:t>until he drank too much and started ranting about conspiracy theories</w:t>
      </w:r>
      <w:r w:rsidRPr="009C26CC">
        <w:t>).</w:t>
      </w:r>
      <w:r w:rsidR="0020778D">
        <w:t xml:space="preserve"> </w:t>
      </w:r>
      <w:r w:rsidRPr="009C26CC">
        <w:t>Liam, on the other hand, was shorter, had an epic beard, and carried a permanent hangover.</w:t>
      </w:r>
    </w:p>
    <w:p w14:paraId="77510BAF" w14:textId="410924E7" w:rsidR="009C26CC" w:rsidRDefault="009C26CC" w:rsidP="009C26CC">
      <w:r w:rsidRPr="009C26CC">
        <w:t>Their real talent?</w:t>
      </w:r>
      <w:r w:rsidR="005458EB">
        <w:t xml:space="preserve"> </w:t>
      </w:r>
      <w:r w:rsidRPr="009C26CC">
        <w:t>Pushing boundaries.</w:t>
      </w:r>
      <w:r w:rsidR="005458EB">
        <w:t xml:space="preserve"> </w:t>
      </w:r>
      <w:r w:rsidRPr="009C26CC">
        <w:t>Melanie casually mentioned they had been disciplined m</w:t>
      </w:r>
      <w:r w:rsidR="000D54EE">
        <w:t>ore than once</w:t>
      </w:r>
      <w:r w:rsidRPr="009C26CC">
        <w:t xml:space="preserve"> for "unauthorized product testing."</w:t>
      </w:r>
      <w:r w:rsidR="00875EF1">
        <w:t xml:space="preserve"> </w:t>
      </w:r>
      <w:r w:rsidRPr="009C26CC">
        <w:t>I almost asked for details.</w:t>
      </w:r>
      <w:r w:rsidR="00875EF1">
        <w:t xml:space="preserve"> </w:t>
      </w:r>
      <w:r w:rsidRPr="009C26CC">
        <w:t>Then I decided I didn’t want to know.</w:t>
      </w:r>
    </w:p>
    <w:p w14:paraId="1F4E3911" w14:textId="77777777" w:rsidR="000D54EE" w:rsidRPr="009C26CC" w:rsidRDefault="000D54EE" w:rsidP="009C26CC"/>
    <w:p w14:paraId="01AFB27E" w14:textId="77777777" w:rsidR="009C26CC" w:rsidRPr="009C26CC" w:rsidRDefault="009C26CC" w:rsidP="000D54EE">
      <w:pPr>
        <w:pStyle w:val="Heading2"/>
      </w:pPr>
      <w:bookmarkStart w:id="11" w:name="_Toc189281302"/>
      <w:r w:rsidRPr="009C26CC">
        <w:t>Fisherman John</w:t>
      </w:r>
      <w:bookmarkEnd w:id="11"/>
    </w:p>
    <w:p w14:paraId="110A7F81" w14:textId="77777777" w:rsidR="000D54EE" w:rsidRDefault="000D54EE" w:rsidP="009C26CC"/>
    <w:p w14:paraId="4C5F3CDA" w14:textId="16F0055D" w:rsidR="009C26CC" w:rsidRPr="009C26CC" w:rsidRDefault="009C26CC" w:rsidP="009C26CC">
      <w:pPr>
        <w:rPr>
          <w:b/>
          <w:bCs/>
        </w:rPr>
      </w:pPr>
      <w:r w:rsidRPr="009C26CC">
        <w:rPr>
          <w:b/>
          <w:bCs/>
        </w:rPr>
        <w:t>Cashier. Gruff philosopher. Master of existential dread.</w:t>
      </w:r>
    </w:p>
    <w:p w14:paraId="791BE9A8" w14:textId="709CB6DD" w:rsidR="009C26CC" w:rsidRPr="009C26CC" w:rsidRDefault="009C26CC" w:rsidP="009C26CC">
      <w:r w:rsidRPr="009C26CC">
        <w:t>John, middle-aged with a trimmed gray beard, had a reputation for being both cranky and beloved.</w:t>
      </w:r>
      <w:r w:rsidR="0020778D">
        <w:t xml:space="preserve"> </w:t>
      </w:r>
      <w:r w:rsidRPr="009C26CC">
        <w:t>They called him Fisherman because he used to work on a shrimp boat.</w:t>
      </w:r>
      <w:r w:rsidR="0020778D">
        <w:t xml:space="preserve"> </w:t>
      </w:r>
      <w:r w:rsidRPr="009C26CC">
        <w:t>Which immediately made me think: Forrest Gump.</w:t>
      </w:r>
    </w:p>
    <w:p w14:paraId="293854A6" w14:textId="38DA85D0" w:rsidR="009C26CC" w:rsidRPr="009C26CC" w:rsidRDefault="009C26CC" w:rsidP="009C26CC">
      <w:r w:rsidRPr="009C26CC">
        <w:lastRenderedPageBreak/>
        <w:t>His dry, fatalistic outlook could either amuse you or make you question your life choices.</w:t>
      </w:r>
      <w:r w:rsidR="0020778D">
        <w:t xml:space="preserve"> </w:t>
      </w:r>
      <w:r w:rsidRPr="009C26CC">
        <w:t>For example, when he heard about my aunt’s passing, he grunted, sipped his coffee, and muttered—</w:t>
      </w:r>
    </w:p>
    <w:p w14:paraId="71143693" w14:textId="77777777" w:rsidR="009C26CC" w:rsidRPr="009C26CC" w:rsidRDefault="009C26CC" w:rsidP="009C26CC">
      <w:r w:rsidRPr="009C26CC">
        <w:rPr>
          <w:i/>
          <w:iCs/>
        </w:rPr>
        <w:t>"Life is too long anyway."</w:t>
      </w:r>
    </w:p>
    <w:p w14:paraId="256DE20B" w14:textId="21254E02" w:rsidR="009C26CC" w:rsidRPr="009C26CC" w:rsidRDefault="009C26CC" w:rsidP="009C26CC">
      <w:r w:rsidRPr="009C26CC">
        <w:t>Beneath the cynicism and coffee stains, John seemed rock-solid.</w:t>
      </w:r>
      <w:r w:rsidR="006B5451">
        <w:t xml:space="preserve"> </w:t>
      </w:r>
      <w:r w:rsidRPr="009C26CC">
        <w:t>He ran the register (and unlike his stature, he never came up short), and Melanie told me he once defused an angry customer using nothing but a perfectly timed joke about lube.</w:t>
      </w:r>
    </w:p>
    <w:p w14:paraId="038595B8" w14:textId="77777777" w:rsidR="009C26CC" w:rsidRPr="009C26CC" w:rsidRDefault="009C26CC" w:rsidP="009C26CC">
      <w:r w:rsidRPr="009C26CC">
        <w:t>I made a mental note to stay on his good side.</w:t>
      </w:r>
    </w:p>
    <w:p w14:paraId="36CD5F87" w14:textId="69889DCE" w:rsidR="009C26CC" w:rsidRPr="009C26CC" w:rsidRDefault="009C26CC" w:rsidP="009C26CC"/>
    <w:p w14:paraId="7FD693E8" w14:textId="77777777" w:rsidR="009C26CC" w:rsidRPr="009C26CC" w:rsidRDefault="009C26CC" w:rsidP="00A81F14">
      <w:pPr>
        <w:pStyle w:val="Heading2"/>
      </w:pPr>
      <w:bookmarkStart w:id="12" w:name="_Toc189281303"/>
      <w:r w:rsidRPr="009C26CC">
        <w:t>Candice Jones</w:t>
      </w:r>
      <w:bookmarkEnd w:id="12"/>
    </w:p>
    <w:p w14:paraId="542E4861" w14:textId="77777777" w:rsidR="000D54EE" w:rsidRDefault="000D54EE" w:rsidP="009C26CC"/>
    <w:p w14:paraId="65F531A0" w14:textId="391ACCC4" w:rsidR="009C26CC" w:rsidRPr="009C26CC" w:rsidRDefault="009C26CC" w:rsidP="009C26CC">
      <w:pPr>
        <w:rPr>
          <w:b/>
          <w:bCs/>
        </w:rPr>
      </w:pPr>
      <w:r w:rsidRPr="009C26CC">
        <w:rPr>
          <w:b/>
          <w:bCs/>
        </w:rPr>
        <w:t>Sales queen. Former juice-bar stripper. Resident bad bitch.</w:t>
      </w:r>
    </w:p>
    <w:p w14:paraId="01DC0F8B" w14:textId="24E689EE" w:rsidR="009C26CC" w:rsidRPr="009C26CC" w:rsidRDefault="009C26CC" w:rsidP="009C26CC">
      <w:r w:rsidRPr="009C26CC">
        <w:t>Candice had been with the store for years, despite only being in her mid-thirties.</w:t>
      </w:r>
      <w:r w:rsidR="0020778D">
        <w:t xml:space="preserve"> </w:t>
      </w:r>
      <w:r w:rsidRPr="009C26CC">
        <w:t>If anyone embodied the spirit of Silicone Solutions, it was her.</w:t>
      </w:r>
      <w:r w:rsidR="006B5451">
        <w:t xml:space="preserve"> </w:t>
      </w:r>
      <w:r w:rsidRPr="009C26CC">
        <w:t>Confident. Clever. Completely unapologetic.</w:t>
      </w:r>
    </w:p>
    <w:p w14:paraId="7090EDED" w14:textId="19A16E2C" w:rsidR="009C26CC" w:rsidRPr="009C26CC" w:rsidRDefault="009C26CC" w:rsidP="009C26CC">
      <w:r w:rsidRPr="009C26CC">
        <w:t>According to Melanie, Candice’s past as a juice-bar stripper explained everything—the effortless way she owned a room, moved with calculated grace, and sized people up in seconds.</w:t>
      </w:r>
      <w:r w:rsidR="006B5451">
        <w:t xml:space="preserve"> </w:t>
      </w:r>
      <w:r w:rsidRPr="009C26CC">
        <w:t>Whether she was behind the register or on the store’s small stage during her performances, Candice didn’t just work at Silicone Solutions</w:t>
      </w:r>
      <w:r w:rsidR="006B5451">
        <w:t>, sh</w:t>
      </w:r>
      <w:r w:rsidRPr="009C26CC">
        <w:t>e owned every room she walked into.</w:t>
      </w:r>
    </w:p>
    <w:p w14:paraId="03049EBA" w14:textId="33B588B8" w:rsidR="009C26CC" w:rsidRPr="009C26CC" w:rsidRDefault="009C26CC" w:rsidP="009C26CC"/>
    <w:p w14:paraId="634A0256" w14:textId="77777777" w:rsidR="009C26CC" w:rsidRPr="009C26CC" w:rsidRDefault="009C26CC" w:rsidP="00A81F14">
      <w:pPr>
        <w:pStyle w:val="Heading2"/>
      </w:pPr>
      <w:bookmarkStart w:id="13" w:name="_Toc189281304"/>
      <w:r w:rsidRPr="009C26CC">
        <w:t>Miguel Cohones</w:t>
      </w:r>
      <w:bookmarkEnd w:id="13"/>
    </w:p>
    <w:p w14:paraId="0F8BF239" w14:textId="77777777" w:rsidR="00A81F14" w:rsidRDefault="00A81F14" w:rsidP="009C26CC"/>
    <w:p w14:paraId="29488300" w14:textId="564AD2F5" w:rsidR="009C26CC" w:rsidRPr="009C26CC" w:rsidRDefault="009C26CC" w:rsidP="009C26CC">
      <w:pPr>
        <w:rPr>
          <w:b/>
          <w:bCs/>
        </w:rPr>
      </w:pPr>
      <w:r w:rsidRPr="009C26CC">
        <w:rPr>
          <w:b/>
          <w:bCs/>
        </w:rPr>
        <w:t>Top salesman. Disaster magnet. Mullets should be illegal.</w:t>
      </w:r>
    </w:p>
    <w:p w14:paraId="5DD654BD" w14:textId="18E9C0CA" w:rsidR="009C26CC" w:rsidRPr="009C26CC" w:rsidRDefault="009C26CC" w:rsidP="009C26CC">
      <w:r w:rsidRPr="009C26CC">
        <w:t>From my notes:</w:t>
      </w:r>
      <w:r w:rsidR="00A81F14">
        <w:t xml:space="preserve"> </w:t>
      </w:r>
      <w:r w:rsidRPr="009C26CC">
        <w:t>"Miguel—or Mike—hovers between being a disaster and being invaluable to the store."</w:t>
      </w:r>
    </w:p>
    <w:p w14:paraId="027DCA47" w14:textId="77777777" w:rsidR="009C26CC" w:rsidRPr="009C26CC" w:rsidRDefault="009C26CC" w:rsidP="009C26CC">
      <w:r w:rsidRPr="009C26CC">
        <w:t>At one point, I even asked Melanie, "Why do we keep him around?"</w:t>
      </w:r>
    </w:p>
    <w:p w14:paraId="2EC5C3AF" w14:textId="77777777" w:rsidR="009C26CC" w:rsidRPr="009C26CC" w:rsidRDefault="009C26CC" w:rsidP="009C26CC">
      <w:r w:rsidRPr="009C26CC">
        <w:t>"Because he sells the hell out of our inventory," she replied.</w:t>
      </w:r>
    </w:p>
    <w:p w14:paraId="7C918ADA" w14:textId="377B03CF" w:rsidR="009C26CC" w:rsidRPr="009C26CC" w:rsidRDefault="009C26CC" w:rsidP="009C26CC">
      <w:r w:rsidRPr="009C26CC">
        <w:lastRenderedPageBreak/>
        <w:t>Miguel was outrageous and charming, six feet of pure enthusiasm, with an unshakable belief that mullets were still fashionable.</w:t>
      </w:r>
      <w:r w:rsidR="00B00F85">
        <w:t xml:space="preserve"> </w:t>
      </w:r>
      <w:r w:rsidRPr="009C26CC">
        <w:t>"But," Melanie warned, "do not, under any circumstances, feed him gin."</w:t>
      </w:r>
    </w:p>
    <w:p w14:paraId="7688C680" w14:textId="77777777" w:rsidR="009C26CC" w:rsidRPr="009C26CC" w:rsidRDefault="009C26CC" w:rsidP="009C26CC">
      <w:r w:rsidRPr="009C26CC">
        <w:t>I frowned. "Why gin?"</w:t>
      </w:r>
    </w:p>
    <w:p w14:paraId="02B0F1F8" w14:textId="2C5C1EBA" w:rsidR="009C26CC" w:rsidRPr="009C26CC" w:rsidRDefault="009C26CC" w:rsidP="009C26CC">
      <w:r w:rsidRPr="009C26CC">
        <w:t>Melanie’s expression turned dead serious.</w:t>
      </w:r>
      <w:r w:rsidR="0020778D">
        <w:t xml:space="preserve"> </w:t>
      </w:r>
      <w:r w:rsidRPr="009C26CC">
        <w:t>"His last gin-fueled night involved the local news, social workers, and a very confused bomb squad."</w:t>
      </w:r>
    </w:p>
    <w:p w14:paraId="593F65C6" w14:textId="77777777" w:rsidR="009C26CC" w:rsidRPr="009C26CC" w:rsidRDefault="009C26CC" w:rsidP="009C26CC">
      <w:r w:rsidRPr="009C26CC">
        <w:t>I nearly fell out of my chair. "What the actual—"</w:t>
      </w:r>
    </w:p>
    <w:p w14:paraId="70303CFD" w14:textId="77777777" w:rsidR="009C26CC" w:rsidRPr="009C26CC" w:rsidRDefault="009C26CC" w:rsidP="009C26CC">
      <w:r w:rsidRPr="009C26CC">
        <w:t>"We don’t talk about it."</w:t>
      </w:r>
    </w:p>
    <w:p w14:paraId="7E60CBC5" w14:textId="2FBFC696" w:rsidR="009C26CC" w:rsidRPr="009C26CC" w:rsidRDefault="009C26CC" w:rsidP="009C26CC">
      <w:r w:rsidRPr="009C26CC">
        <w:t>I made a very large note:</w:t>
      </w:r>
      <w:r w:rsidR="005458EB">
        <w:t xml:space="preserve"> </w:t>
      </w:r>
      <w:r w:rsidRPr="009C26CC">
        <w:t>Miguel: NO GIN FOR YOU!</w:t>
      </w:r>
    </w:p>
    <w:p w14:paraId="627632B6" w14:textId="5A95B509" w:rsidR="009C26CC" w:rsidRDefault="009C26CC" w:rsidP="009C26CC"/>
    <w:p w14:paraId="1B436B89" w14:textId="77777777" w:rsidR="00E023CA" w:rsidRDefault="00E023CA" w:rsidP="00E023CA">
      <w:pPr>
        <w:pStyle w:val="Heading2"/>
      </w:pPr>
      <w:bookmarkStart w:id="14" w:name="_Toc189281305"/>
      <w:r>
        <w:t>Jumping Jimbo</w:t>
      </w:r>
      <w:bookmarkEnd w:id="14"/>
    </w:p>
    <w:p w14:paraId="04811BBF" w14:textId="77777777" w:rsidR="00E023CA" w:rsidRDefault="00E023CA" w:rsidP="00E023CA"/>
    <w:p w14:paraId="681231F8" w14:textId="77777777" w:rsidR="00E023CA" w:rsidRPr="004D5C6B" w:rsidRDefault="00E023CA" w:rsidP="00E023CA">
      <w:pPr>
        <w:rPr>
          <w:b/>
          <w:bCs/>
        </w:rPr>
      </w:pPr>
      <w:r w:rsidRPr="004D5C6B">
        <w:rPr>
          <w:b/>
          <w:bCs/>
        </w:rPr>
        <w:t>Janitor. Probably a charming pervert. Might be watching you.</w:t>
      </w:r>
    </w:p>
    <w:p w14:paraId="21173AE3" w14:textId="7D433D75" w:rsidR="00E023CA" w:rsidRDefault="00E023CA" w:rsidP="00E023CA">
      <w:r>
        <w:t>Jimbo ran janitorial services, which included cleaning out our infamous dollar video booths.</w:t>
      </w:r>
      <w:r w:rsidR="00DB5175">
        <w:t xml:space="preserve"> </w:t>
      </w:r>
      <w:r>
        <w:t>Apparently, no one knew why "Jumping" was his nickname.</w:t>
      </w:r>
    </w:p>
    <w:p w14:paraId="55F6BF75" w14:textId="7F237469" w:rsidR="00E023CA" w:rsidRDefault="00E023CA" w:rsidP="00E023CA">
      <w:r>
        <w:t>I regretted asking Melanie about potential red flags.</w:t>
      </w:r>
      <w:r w:rsidR="00DB5175">
        <w:t xml:space="preserve"> </w:t>
      </w:r>
      <w:r>
        <w:t>"Jimbo’s actually highly educated," she admitted, "but a bit of a pervert—let’s just say… double-check the drywall in the lady’s room when you get here."</w:t>
      </w:r>
    </w:p>
    <w:p w14:paraId="761BCB7C" w14:textId="77777777" w:rsidR="00E023CA" w:rsidRDefault="00E023CA" w:rsidP="00E023CA"/>
    <w:p w14:paraId="235A480A" w14:textId="77777777" w:rsidR="00E023CA" w:rsidRDefault="00E023CA" w:rsidP="00E023CA">
      <w:pPr>
        <w:pStyle w:val="Heading2"/>
      </w:pPr>
      <w:bookmarkStart w:id="15" w:name="_Toc189281306"/>
      <w:r>
        <w:t>Nurse Jacqueline</w:t>
      </w:r>
      <w:bookmarkEnd w:id="15"/>
    </w:p>
    <w:p w14:paraId="598A6200" w14:textId="77777777" w:rsidR="00E023CA" w:rsidRDefault="00E023CA" w:rsidP="00E023CA"/>
    <w:p w14:paraId="2CDE86F2" w14:textId="77777777" w:rsidR="00E023CA" w:rsidRPr="00A77EEC" w:rsidRDefault="00E023CA" w:rsidP="00E023CA">
      <w:pPr>
        <w:rPr>
          <w:b/>
          <w:bCs/>
        </w:rPr>
      </w:pPr>
      <w:r w:rsidRPr="00A77EEC">
        <w:rPr>
          <w:b/>
          <w:bCs/>
        </w:rPr>
        <w:t>Legend. Former adult film star. Local icon.</w:t>
      </w:r>
    </w:p>
    <w:p w14:paraId="6FEBCFCC" w14:textId="77777777" w:rsidR="00E023CA" w:rsidRDefault="00E023CA" w:rsidP="00E023CA">
      <w:r>
        <w:t>Apparently, Jacqueline had starred in a film called Head Nurse Jackie, and older customers still came into the store just to meet her, begging for signed erotic pictures (for a fee, of course).</w:t>
      </w:r>
    </w:p>
    <w:p w14:paraId="583E5A81" w14:textId="74EBC54C" w:rsidR="00E023CA" w:rsidRDefault="00E023CA" w:rsidP="00E023CA">
      <w:r>
        <w:t>Melanie gave me a deadpan warning:</w:t>
      </w:r>
      <w:r w:rsidR="00776E10">
        <w:t xml:space="preserve"> </w:t>
      </w:r>
      <w:r>
        <w:t>"Do not cross her. She’ll fuck you up… and you’ll thank her for it."</w:t>
      </w:r>
    </w:p>
    <w:p w14:paraId="77B2A3D0" w14:textId="77777777" w:rsidR="00E023CA" w:rsidRPr="009C26CC" w:rsidRDefault="00E023CA" w:rsidP="009C26CC"/>
    <w:p w14:paraId="6B844A8E" w14:textId="77777777" w:rsidR="009C26CC" w:rsidRPr="009C26CC" w:rsidRDefault="009C26CC" w:rsidP="00A81F14">
      <w:pPr>
        <w:pStyle w:val="Heading2"/>
      </w:pPr>
      <w:bookmarkStart w:id="16" w:name="_Toc189281307"/>
      <w:r w:rsidRPr="009C26CC">
        <w:lastRenderedPageBreak/>
        <w:t>Mobster Tony</w:t>
      </w:r>
      <w:bookmarkEnd w:id="16"/>
    </w:p>
    <w:p w14:paraId="3EFA052F" w14:textId="77777777" w:rsidR="00A81F14" w:rsidRDefault="00A81F14" w:rsidP="009C26CC"/>
    <w:p w14:paraId="4D2D0CA4" w14:textId="3C4F0831" w:rsidR="009C26CC" w:rsidRPr="009C26CC" w:rsidRDefault="009C26CC" w:rsidP="009C26CC">
      <w:pPr>
        <w:rPr>
          <w:b/>
          <w:bCs/>
        </w:rPr>
      </w:pPr>
      <w:r w:rsidRPr="009C26CC">
        <w:rPr>
          <w:b/>
          <w:bCs/>
        </w:rPr>
        <w:t>Chief of Security. Probably ex-Mafia. Problem solver.</w:t>
      </w:r>
    </w:p>
    <w:p w14:paraId="544ACE83" w14:textId="108FAB74" w:rsidR="009C26CC" w:rsidRPr="009C26CC" w:rsidRDefault="009C26CC" w:rsidP="009C26CC">
      <w:r w:rsidRPr="009C26CC">
        <w:t>From my notes:</w:t>
      </w:r>
      <w:r w:rsidR="00A81F14">
        <w:t xml:space="preserve"> </w:t>
      </w:r>
      <w:r w:rsidRPr="009C26CC">
        <w:t>"We don’t ask questions. We just let Tony handle things."</w:t>
      </w:r>
    </w:p>
    <w:p w14:paraId="54E156BF" w14:textId="77777777" w:rsidR="009C26CC" w:rsidRPr="009C26CC" w:rsidRDefault="009C26CC" w:rsidP="009C26CC">
      <w:r w:rsidRPr="009C26CC">
        <w:t>"Handle what things?"</w:t>
      </w:r>
    </w:p>
    <w:p w14:paraId="63C9D173" w14:textId="77777777" w:rsidR="009C26CC" w:rsidRPr="009C26CC" w:rsidRDefault="009C26CC" w:rsidP="009C26CC">
      <w:r w:rsidRPr="009C26CC">
        <w:t>"The things that need handling."</w:t>
      </w:r>
    </w:p>
    <w:p w14:paraId="5075107A" w14:textId="77777777" w:rsidR="009C26CC" w:rsidRPr="009C26CC" w:rsidRDefault="009C26CC" w:rsidP="009C26CC">
      <w:r w:rsidRPr="009C26CC">
        <w:t>"Is… is this legal?"</w:t>
      </w:r>
    </w:p>
    <w:p w14:paraId="36060125" w14:textId="77777777" w:rsidR="009C26CC" w:rsidRPr="009C26CC" w:rsidRDefault="009C26CC" w:rsidP="009C26CC">
      <w:r w:rsidRPr="009C26CC">
        <w:t>"Probably."</w:t>
      </w:r>
    </w:p>
    <w:p w14:paraId="44E1AE33" w14:textId="3D58AAFF" w:rsidR="009C26CC" w:rsidRPr="009C26CC" w:rsidRDefault="009C26CC" w:rsidP="009C26CC">
      <w:r w:rsidRPr="009C26CC">
        <w:t>Then, casually, Melanie added—</w:t>
      </w:r>
      <w:r w:rsidR="0020778D">
        <w:t xml:space="preserve"> </w:t>
      </w:r>
      <w:r w:rsidRPr="009C26CC">
        <w:t>"Oh, and there’s an office pool about what’s in his pants."</w:t>
      </w:r>
    </w:p>
    <w:p w14:paraId="20E4A6F5" w14:textId="77777777" w:rsidR="009C26CC" w:rsidRPr="009C26CC" w:rsidRDefault="009C26CC" w:rsidP="009C26CC">
      <w:r w:rsidRPr="009C26CC">
        <w:t>I froze. "I’m sorry?"</w:t>
      </w:r>
    </w:p>
    <w:p w14:paraId="4F758640" w14:textId="42B8F5D8" w:rsidR="009C26CC" w:rsidRPr="009C26CC" w:rsidRDefault="009C26CC" w:rsidP="009C26CC">
      <w:r w:rsidRPr="009C26CC">
        <w:t>Melanie shrugged.</w:t>
      </w:r>
      <w:r w:rsidR="00DB5175">
        <w:t xml:space="preserve"> </w:t>
      </w:r>
      <w:r w:rsidRPr="009C26CC">
        <w:t>"The bulge. Gun? Potato? Divine intervention? No one knows."</w:t>
      </w:r>
    </w:p>
    <w:p w14:paraId="6AAC1D4A" w14:textId="77777777" w:rsidR="009C26CC" w:rsidRPr="009C26CC" w:rsidRDefault="009C26CC" w:rsidP="009C26CC">
      <w:r w:rsidRPr="009C26CC">
        <w:t>For my own sanity, I decided not to ask.</w:t>
      </w:r>
    </w:p>
    <w:p w14:paraId="67EC8A21" w14:textId="72B14D91" w:rsidR="009C26CC" w:rsidRPr="009C26CC" w:rsidRDefault="009C26CC" w:rsidP="009C26CC"/>
    <w:p w14:paraId="787C038E" w14:textId="77777777" w:rsidR="009C26CC" w:rsidRPr="009C26CC" w:rsidRDefault="009C26CC" w:rsidP="00A81F14">
      <w:pPr>
        <w:pStyle w:val="Heading2"/>
      </w:pPr>
      <w:bookmarkStart w:id="17" w:name="_Toc189281308"/>
      <w:r w:rsidRPr="009C26CC">
        <w:t>Final Thoughts</w:t>
      </w:r>
      <w:bookmarkEnd w:id="17"/>
    </w:p>
    <w:p w14:paraId="00494099" w14:textId="77777777" w:rsidR="00A81F14" w:rsidRDefault="00A81F14" w:rsidP="009C26CC"/>
    <w:p w14:paraId="60E5BDEF" w14:textId="4D35B11A" w:rsidR="009C26CC" w:rsidRPr="009C26CC" w:rsidRDefault="009C26CC" w:rsidP="009C26CC">
      <w:r w:rsidRPr="009C26CC">
        <w:t>By the time Melanie finished I was convinced</w:t>
      </w:r>
      <w:r w:rsidR="00B86E20">
        <w:t xml:space="preserve"> I’d inherited a raunchy HBO sitcom rather than </w:t>
      </w:r>
      <w:r w:rsidRPr="009C26CC">
        <w:t>a business.</w:t>
      </w:r>
      <w:r w:rsidR="0020778D">
        <w:t xml:space="preserve"> </w:t>
      </w:r>
      <w:r w:rsidRPr="009C26CC">
        <w:t>But if this team could keep Silicone Solutions afloat…</w:t>
      </w:r>
    </w:p>
    <w:p w14:paraId="68B45CE1" w14:textId="77777777" w:rsidR="009C26CC" w:rsidRPr="009C26CC" w:rsidRDefault="009C26CC" w:rsidP="009C26CC">
      <w:r w:rsidRPr="009C26CC">
        <w:t>Then maybe—just maybe—</w:t>
      </w:r>
    </w:p>
    <w:p w14:paraId="6A5C0285" w14:textId="77777777" w:rsidR="009C26CC" w:rsidRPr="009C26CC" w:rsidRDefault="009C26CC" w:rsidP="009C26CC">
      <w:r w:rsidRPr="009C26CC">
        <w:t>I could, too.</w:t>
      </w:r>
    </w:p>
    <w:p w14:paraId="66D99FE6" w14:textId="77777777" w:rsidR="009C26CC" w:rsidRPr="009C26CC" w:rsidRDefault="009C26CC" w:rsidP="009C26CC">
      <w:r w:rsidRPr="009C26CC">
        <w:t>God help me.</w:t>
      </w:r>
    </w:p>
    <w:p w14:paraId="404511A6" w14:textId="77777777" w:rsidR="009C26CC" w:rsidRDefault="009C26CC" w:rsidP="004F5CDE"/>
    <w:p w14:paraId="32BD388A" w14:textId="77777777" w:rsidR="009C26CC" w:rsidRDefault="009C26CC" w:rsidP="004F5CDE"/>
    <w:p w14:paraId="22D7982B" w14:textId="77777777" w:rsidR="00F91806" w:rsidRPr="00B102C3" w:rsidRDefault="00000000" w:rsidP="00C076C4">
      <w:pPr>
        <w:pStyle w:val="Heading1"/>
      </w:pPr>
      <w:bookmarkStart w:id="18" w:name="_Toc189281309"/>
      <w:r w:rsidRPr="00B102C3">
        <w:t>Chapter 4: Lust &amp; Logistics</w:t>
      </w:r>
      <w:bookmarkEnd w:id="18"/>
    </w:p>
    <w:p w14:paraId="1E3FEB8F" w14:textId="77777777" w:rsidR="001C66A1" w:rsidRDefault="001C66A1" w:rsidP="004F5CDE"/>
    <w:p w14:paraId="75624F77" w14:textId="77777777" w:rsidR="00CF37C3" w:rsidRPr="00CF37C3" w:rsidRDefault="00CF37C3" w:rsidP="00CF37C3">
      <w:r w:rsidRPr="00CF37C3">
        <w:lastRenderedPageBreak/>
        <w:t>After learning about Silicone Solutions’ key employees, I quickly deduced the Number One Rule of managing a business where people sold, handled, and frequently joked about sex toys all day:</w:t>
      </w:r>
    </w:p>
    <w:p w14:paraId="578F740D" w14:textId="77777777" w:rsidR="00CF37C3" w:rsidRPr="00C93658" w:rsidRDefault="00CF37C3" w:rsidP="00CF37C3">
      <w:pPr>
        <w:rPr>
          <w:i/>
          <w:iCs/>
        </w:rPr>
      </w:pPr>
      <w:r w:rsidRPr="00C93658">
        <w:rPr>
          <w:i/>
          <w:iCs/>
        </w:rPr>
        <w:t>Eventually, employees always hook up.</w:t>
      </w:r>
    </w:p>
    <w:p w14:paraId="022ED629" w14:textId="37929E71" w:rsidR="00CF37C3" w:rsidRPr="00CF37C3" w:rsidRDefault="00CF37C3" w:rsidP="00CF37C3">
      <w:r w:rsidRPr="00CF37C3">
        <w:t>Proximity breeds attraction—it’s Psychology 101.</w:t>
      </w:r>
      <w:r w:rsidR="00C93658">
        <w:t xml:space="preserve"> </w:t>
      </w:r>
      <w:r w:rsidRPr="00CF37C3">
        <w:t>But this realization came with a dilemma.</w:t>
      </w:r>
      <w:r w:rsidR="00C93658">
        <w:t xml:space="preserve"> </w:t>
      </w:r>
      <w:r w:rsidRPr="00CF37C3">
        <w:t>Our store thrives on marketing guilt-free pleasure in a live-your-best-life sort of way.</w:t>
      </w:r>
      <w:r w:rsidR="00697F06">
        <w:t xml:space="preserve"> </w:t>
      </w:r>
      <w:r w:rsidRPr="00CF37C3">
        <w:t>Yet the thought of employees “testing the merchandise” on each other in the break room made me… uneasy.</w:t>
      </w:r>
    </w:p>
    <w:p w14:paraId="2FB6A3FC" w14:textId="48BF5037" w:rsidR="00CF37C3" w:rsidRPr="00CF37C3" w:rsidRDefault="00CF37C3" w:rsidP="00CF37C3">
      <w:r w:rsidRPr="00CF37C3">
        <w:t>There’s a fine line between consensual fun and HR nightmares, and I worried about lawsuits lurking in the shadows, ready to pounce at a moment’s notice.</w:t>
      </w:r>
      <w:r w:rsidR="00BB79D6">
        <w:t xml:space="preserve"> </w:t>
      </w:r>
      <w:r w:rsidRPr="00CF37C3">
        <w:t>If I wanted to keep my new empire from imploding, I’d have to draw a hard line between fun and fiasco.</w:t>
      </w:r>
    </w:p>
    <w:p w14:paraId="0CBDBB97" w14:textId="77777777" w:rsidR="00CF37C3" w:rsidRPr="00CF37C3" w:rsidRDefault="00CF37C3" w:rsidP="00CF37C3">
      <w:r w:rsidRPr="00CF37C3">
        <w:t>As I mulled over the potential chaos, I couldn’t help but imagine—</w:t>
      </w:r>
    </w:p>
    <w:p w14:paraId="65D23671" w14:textId="1EFB7B11" w:rsidR="00CF37C3" w:rsidRPr="00CF37C3" w:rsidRDefault="00CF37C3" w:rsidP="00F5644A">
      <w:r w:rsidRPr="00CF37C3">
        <w:t>Finn sneaking into the stockroom with Candice, only for Liam to burst in mid-theory about how certain products were secretly government surveillance devices</w:t>
      </w:r>
      <w:r w:rsidR="00F5644A">
        <w:t>,</w:t>
      </w:r>
    </w:p>
    <w:p w14:paraId="4C7F7BCB" w14:textId="7A6273C0" w:rsidR="00CF37C3" w:rsidRPr="00CF37C3" w:rsidRDefault="00CF37C3" w:rsidP="00F5644A">
      <w:r w:rsidRPr="00CF37C3">
        <w:t>Tony casually placing bets on who gets caught first</w:t>
      </w:r>
      <w:r w:rsidR="00F5644A">
        <w:t>,</w:t>
      </w:r>
    </w:p>
    <w:p w14:paraId="51BD066B" w14:textId="41AF48DD" w:rsidR="00CF37C3" w:rsidRPr="00CF37C3" w:rsidRDefault="00CF37C3" w:rsidP="00F5644A">
      <w:r w:rsidRPr="00CF37C3">
        <w:t>Melanie handling it all with a perfectly arched brow</w:t>
      </w:r>
      <w:r w:rsidR="00F5644A">
        <w:t>,</w:t>
      </w:r>
    </w:p>
    <w:p w14:paraId="5BAC1162" w14:textId="77777777" w:rsidR="00CF37C3" w:rsidRPr="00CF37C3" w:rsidRDefault="00CF37C3" w:rsidP="00F5644A">
      <w:r w:rsidRPr="00CF37C3">
        <w:t>Me? Wondering how much bleach Jimbo would need to clean up afterward.</w:t>
      </w:r>
    </w:p>
    <w:p w14:paraId="6FF47F58" w14:textId="78A5A622" w:rsidR="00CF37C3" w:rsidRPr="00CF37C3" w:rsidRDefault="00B65BED" w:rsidP="00CF37C3">
      <w:r>
        <w:t>A</w:t>
      </w:r>
      <w:r w:rsidR="00CF37C3" w:rsidRPr="00CF37C3">
        <w:t>ccording to Melanie, this was not hypothetical.</w:t>
      </w:r>
      <w:r w:rsidR="00E62C3A">
        <w:t xml:space="preserve"> </w:t>
      </w:r>
      <w:r w:rsidR="00CF37C3" w:rsidRPr="00CF37C3">
        <w:t>Jumping Jimbo once installed ‘mood lighting’ in the break room.</w:t>
      </w:r>
      <w:r w:rsidR="00E62C3A">
        <w:t xml:space="preserve"> </w:t>
      </w:r>
      <w:r w:rsidR="00CF37C3" w:rsidRPr="00CF37C3">
        <w:t>Within a week, it had become a full-blown hookup den.</w:t>
      </w:r>
      <w:r>
        <w:t xml:space="preserve"> </w:t>
      </w:r>
      <w:r w:rsidR="00CF37C3" w:rsidRPr="00CF37C3">
        <w:t>Melanie shut it down the second she heard the rumors.</w:t>
      </w:r>
    </w:p>
    <w:p w14:paraId="11C64397" w14:textId="77777777" w:rsidR="00CF37C3" w:rsidRPr="00CF37C3" w:rsidRDefault="00CF37C3" w:rsidP="00CF37C3">
      <w:r w:rsidRPr="00CF37C3">
        <w:t>The fact that it even needed shutting down?</w:t>
      </w:r>
    </w:p>
    <w:p w14:paraId="7E1BABA1" w14:textId="77777777" w:rsidR="00CF37C3" w:rsidRDefault="00CF37C3" w:rsidP="00CF37C3">
      <w:r w:rsidRPr="00CF37C3">
        <w:t>Both horrifying and hilarious.</w:t>
      </w:r>
    </w:p>
    <w:p w14:paraId="677C3CA6" w14:textId="77777777" w:rsidR="00E62C3A" w:rsidRDefault="00E62C3A" w:rsidP="00CF37C3"/>
    <w:p w14:paraId="4EEF22F7" w14:textId="675F7C28" w:rsidR="00E62C3A" w:rsidRPr="0030352F" w:rsidRDefault="002D6EC1" w:rsidP="002D6EC1">
      <w:pPr>
        <w:jc w:val="center"/>
        <w:rPr>
          <w:color w:val="365F91" w:themeColor="accent1" w:themeShade="BF"/>
        </w:rPr>
      </w:pPr>
      <w:r w:rsidRPr="0030352F">
        <w:rPr>
          <w:rFonts w:ascii="Segoe UI Symbol" w:hAnsi="Segoe UI Symbol" w:cs="Segoe UI Symbol"/>
          <w:color w:val="365F91" w:themeColor="accent1" w:themeShade="BF"/>
        </w:rPr>
        <w:t>♞♛♞</w:t>
      </w:r>
    </w:p>
    <w:p w14:paraId="272EC85E" w14:textId="77777777" w:rsidR="00E62C3A" w:rsidRDefault="00E62C3A" w:rsidP="00CF37C3"/>
    <w:p w14:paraId="3B0A9380" w14:textId="16BA67BC" w:rsidR="00CF37C3" w:rsidRPr="00CF37C3" w:rsidRDefault="00CF37C3" w:rsidP="00CF37C3">
      <w:r w:rsidRPr="00CF37C3">
        <w:t xml:space="preserve">Despite the logistical nightmare of managing a store where desire was literally the product, I couldn’t ignore how the ethos of the place was starting to seep into my own </w:t>
      </w:r>
      <w:r w:rsidRPr="00CF37C3">
        <w:lastRenderedPageBreak/>
        <w:t>psyche.</w:t>
      </w:r>
      <w:r w:rsidR="00855B30">
        <w:t xml:space="preserve"> </w:t>
      </w:r>
      <w:r w:rsidRPr="00CF37C3">
        <w:t>It had been a while—okay, a long while—since I’d experienced an orgasm caused by someone who wasn’t… me.</w:t>
      </w:r>
    </w:p>
    <w:p w14:paraId="566D031E" w14:textId="4AB1AEA1" w:rsidR="00CF37C3" w:rsidRPr="00CF37C3" w:rsidRDefault="00CF37C3" w:rsidP="00CF37C3">
      <w:r w:rsidRPr="00CF37C3">
        <w:t>Owning a business dedicated to unapologetic sexual freedom felt like a shot of pure adrenaline.</w:t>
      </w:r>
      <w:r w:rsidR="00A042CA">
        <w:t xml:space="preserve"> </w:t>
      </w:r>
      <w:r w:rsidRPr="00CF37C3">
        <w:t>It was empowering, exhilarating… horny, even.</w:t>
      </w:r>
      <w:r w:rsidR="00896A85">
        <w:t xml:space="preserve"> </w:t>
      </w:r>
      <w:r w:rsidRPr="00CF37C3">
        <w:t>That thought alone should have concerned me.</w:t>
      </w:r>
      <w:r w:rsidR="00BB79D6">
        <w:t xml:space="preserve"> </w:t>
      </w:r>
      <w:r w:rsidRPr="00CF37C3">
        <w:t>Instead, I found myself leaning into the absurdity of it all.</w:t>
      </w:r>
    </w:p>
    <w:p w14:paraId="2F1D86BE" w14:textId="6FBED7C7" w:rsidR="00CF37C3" w:rsidRPr="00CF37C3" w:rsidRDefault="00CF37C3" w:rsidP="00CF37C3"/>
    <w:p w14:paraId="1AC6EFA2" w14:textId="77777777" w:rsidR="00CF37C3" w:rsidRPr="00CF37C3" w:rsidRDefault="00CF37C3" w:rsidP="00697F06">
      <w:pPr>
        <w:pStyle w:val="Heading2"/>
      </w:pPr>
      <w:bookmarkStart w:id="19" w:name="_Toc189281310"/>
      <w:r w:rsidRPr="00CF37C3">
        <w:t>Mission Statement</w:t>
      </w:r>
      <w:bookmarkEnd w:id="19"/>
    </w:p>
    <w:p w14:paraId="5C585651" w14:textId="77777777" w:rsidR="00697F06" w:rsidRDefault="00697F06" w:rsidP="00CF37C3"/>
    <w:p w14:paraId="5CE3CDB3" w14:textId="0768D8F8" w:rsidR="00CF37C3" w:rsidRPr="00CF37C3" w:rsidRDefault="00CF37C3" w:rsidP="00CF37C3">
      <w:r w:rsidRPr="00CF37C3">
        <w:t>To keep my focus on the company, I drafted a mission statement—mostly for my own amusement:</w:t>
      </w:r>
    </w:p>
    <w:p w14:paraId="2A57408B" w14:textId="77777777" w:rsidR="00CF37C3" w:rsidRPr="00CF37C3" w:rsidRDefault="00CF37C3" w:rsidP="00A042CA">
      <w:pPr>
        <w:ind w:left="720"/>
      </w:pPr>
      <w:r w:rsidRPr="00CF37C3">
        <w:rPr>
          <w:i/>
          <w:iCs/>
        </w:rPr>
        <w:t>“</w:t>
      </w:r>
      <w:proofErr w:type="spellStart"/>
      <w:r w:rsidRPr="00CF37C3">
        <w:rPr>
          <w:i/>
          <w:iCs/>
        </w:rPr>
        <w:t>Silicone</w:t>
      </w:r>
      <w:proofErr w:type="spellEnd"/>
      <w:r w:rsidRPr="00CF37C3">
        <w:rPr>
          <w:i/>
          <w:iCs/>
        </w:rPr>
        <w:t xml:space="preserve"> Solutions is an Equal Opportunity Provider. Bring us your tired, your poor, your unsexed </w:t>
      </w:r>
      <w:proofErr w:type="spellStart"/>
      <w:r w:rsidRPr="00CF37C3">
        <w:rPr>
          <w:i/>
          <w:iCs/>
        </w:rPr>
        <w:t>asses</w:t>
      </w:r>
      <w:proofErr w:type="spellEnd"/>
      <w:r w:rsidRPr="00CF37C3">
        <w:rPr>
          <w:i/>
          <w:iCs/>
        </w:rPr>
        <w:t xml:space="preserve"> yearning to breathe free, and we’ll get you off. Guaranteed.”</w:t>
      </w:r>
    </w:p>
    <w:p w14:paraId="7424EA2C" w14:textId="7476E485" w:rsidR="00CF37C3" w:rsidRPr="00CF37C3" w:rsidRDefault="00CF37C3" w:rsidP="00CF37C3">
      <w:r w:rsidRPr="00CF37C3">
        <w:t>Would I ever actually put this in the company handbook?</w:t>
      </w:r>
      <w:r w:rsidR="00776E10">
        <w:t xml:space="preserve"> </w:t>
      </w:r>
      <w:r w:rsidRPr="00CF37C3">
        <w:t>Probably not.</w:t>
      </w:r>
      <w:r w:rsidR="00776E10">
        <w:t xml:space="preserve"> </w:t>
      </w:r>
      <w:r w:rsidRPr="00CF37C3">
        <w:t>Did it perfectly sum up the spirit of the place?</w:t>
      </w:r>
      <w:r w:rsidR="00776E10">
        <w:t xml:space="preserve"> </w:t>
      </w:r>
      <w:r w:rsidRPr="00CF37C3">
        <w:t>Absolutely.</w:t>
      </w:r>
    </w:p>
    <w:p w14:paraId="763BD75E" w14:textId="1F4B2E17" w:rsidR="00CF37C3" w:rsidRDefault="00CF37C3" w:rsidP="00CF37C3">
      <w:r w:rsidRPr="00CF37C3">
        <w:t>But running Silicone Solutions wasn’t just about avoiding potential disasters—It was about creating an environment where people could thrive—professionally and personally.</w:t>
      </w:r>
      <w:r w:rsidR="00B55F2A">
        <w:t xml:space="preserve"> </w:t>
      </w:r>
      <w:r w:rsidRPr="00CF37C3">
        <w:t>That realization planted a seed of something I hadn’t felt in a long time:</w:t>
      </w:r>
      <w:r w:rsidR="00A042CA">
        <w:t xml:space="preserve"> </w:t>
      </w:r>
      <w:r w:rsidRPr="00CF37C3">
        <w:t>Pride.</w:t>
      </w:r>
      <w:r w:rsidR="00A042CA">
        <w:t xml:space="preserve"> </w:t>
      </w:r>
      <w:r w:rsidRPr="00CF37C3">
        <w:t>Sure, my pride came with a side of anxiety, but it was there.</w:t>
      </w:r>
      <w:r w:rsidR="00A042CA">
        <w:t xml:space="preserve"> </w:t>
      </w:r>
      <w:r w:rsidRPr="00CF37C3">
        <w:t>I wasn’t just managing a store; I was curating a culture.</w:t>
      </w:r>
    </w:p>
    <w:p w14:paraId="70C22416" w14:textId="77777777" w:rsidR="00CF37C3" w:rsidRPr="00CF37C3" w:rsidRDefault="00CF37C3" w:rsidP="00CF37C3">
      <w:r w:rsidRPr="00CF37C3">
        <w:t>And maybe that culture would help me rewrite my own rules.</w:t>
      </w:r>
    </w:p>
    <w:p w14:paraId="62EF5268" w14:textId="43F4526B" w:rsidR="00CF37C3" w:rsidRPr="00CF37C3" w:rsidRDefault="00CF37C3" w:rsidP="00CF37C3"/>
    <w:p w14:paraId="123947B6" w14:textId="77777777" w:rsidR="00CF37C3" w:rsidRPr="00CF37C3" w:rsidRDefault="00CF37C3" w:rsidP="00697F06">
      <w:pPr>
        <w:pStyle w:val="Heading2"/>
      </w:pPr>
      <w:bookmarkStart w:id="20" w:name="_Toc189281311"/>
      <w:r w:rsidRPr="00CF37C3">
        <w:t>Final Thoughts</w:t>
      </w:r>
      <w:bookmarkEnd w:id="20"/>
    </w:p>
    <w:p w14:paraId="2712197B" w14:textId="77777777" w:rsidR="00697F06" w:rsidRDefault="00697F06" w:rsidP="00CF37C3"/>
    <w:p w14:paraId="3A80C21F" w14:textId="0F0AA96B" w:rsidR="00CF37C3" w:rsidRPr="00CF37C3" w:rsidRDefault="00CF37C3" w:rsidP="00CF37C3">
      <w:r w:rsidRPr="00CF37C3">
        <w:t>While fraternizing with my team wasn’t in the cards (with one tempting exception…), the prospect of running Silicone Solutions felt like an invitation to:</w:t>
      </w:r>
    </w:p>
    <w:p w14:paraId="7798409D" w14:textId="042AFBC7" w:rsidR="00697F06" w:rsidRDefault="00CF37C3" w:rsidP="00742DA5">
      <w:r w:rsidRPr="00CF37C3">
        <w:t>Embrace the chaos</w:t>
      </w:r>
      <w:r w:rsidR="00742DA5">
        <w:t>,</w:t>
      </w:r>
    </w:p>
    <w:p w14:paraId="0245917E" w14:textId="0009B333" w:rsidR="00697F06" w:rsidRDefault="00CF37C3" w:rsidP="00742DA5">
      <w:r w:rsidRPr="00CF37C3">
        <w:t>Lean into the pleasure</w:t>
      </w:r>
      <w:r w:rsidR="00742DA5">
        <w:t>,</w:t>
      </w:r>
    </w:p>
    <w:p w14:paraId="78A3F128" w14:textId="2EE0D484" w:rsidR="00CF37C3" w:rsidRPr="00CF37C3" w:rsidRDefault="00CF37C3" w:rsidP="00742DA5">
      <w:r w:rsidRPr="00CF37C3">
        <w:lastRenderedPageBreak/>
        <w:t>Figure out who I wanted to be—not just as a manager, but as a woman stepping boldly into a world that promised less guilt and a lot more fun.</w:t>
      </w:r>
    </w:p>
    <w:p w14:paraId="50B97BE0" w14:textId="3ABD907C" w:rsidR="00CF37C3" w:rsidRPr="00CF37C3" w:rsidRDefault="00CF37C3" w:rsidP="00CF37C3">
      <w:r w:rsidRPr="00CF37C3">
        <w:t>By the end of my internal monologue, one thing was clear:</w:t>
      </w:r>
      <w:r w:rsidR="007A5A73">
        <w:t xml:space="preserve"> </w:t>
      </w:r>
      <w:r w:rsidRPr="00CF37C3">
        <w:t>I already loved my new job.</w:t>
      </w:r>
    </w:p>
    <w:p w14:paraId="76D2339D" w14:textId="3CF2BB58" w:rsidR="00CF37C3" w:rsidRPr="00CF37C3" w:rsidRDefault="00CF37C3" w:rsidP="00CF37C3"/>
    <w:p w14:paraId="045FE8DB" w14:textId="77777777" w:rsidR="00CF37C3" w:rsidRDefault="00CF37C3" w:rsidP="004F5CDE"/>
    <w:p w14:paraId="0685A058" w14:textId="77777777" w:rsidR="00F91806" w:rsidRDefault="00000000" w:rsidP="00151F5B">
      <w:pPr>
        <w:pStyle w:val="Heading1"/>
      </w:pPr>
      <w:bookmarkStart w:id="21" w:name="_Toc189281312"/>
      <w:r>
        <w:t>Chapter 5: Chaffed Ass Guy</w:t>
      </w:r>
      <w:bookmarkEnd w:id="21"/>
    </w:p>
    <w:p w14:paraId="382DFFE0" w14:textId="77777777" w:rsidR="00151F5B" w:rsidRDefault="00151F5B" w:rsidP="004F5CDE"/>
    <w:p w14:paraId="0EE00448" w14:textId="60D2A770" w:rsidR="001D01CC" w:rsidRDefault="001D01CC" w:rsidP="001D01CC">
      <w:r>
        <w:t xml:space="preserve">One thing I forgot to mention during my conversation with Melanie is the necessity—and profitability—of providing our clients with high-quality lubricants </w:t>
      </w:r>
      <w:r w:rsidR="00144F0F">
        <w:t>when buying</w:t>
      </w:r>
      <w:r>
        <w:t xml:space="preserve"> our products.</w:t>
      </w:r>
    </w:p>
    <w:p w14:paraId="7CD61CBA" w14:textId="0A297F41" w:rsidR="001D01CC" w:rsidRDefault="001D01CC" w:rsidP="001D01CC">
      <w:r>
        <w:t>As it turns out, lube isn’t just a recommendation; it’s a survival tool.</w:t>
      </w:r>
      <w:r w:rsidR="00204D2A">
        <w:t xml:space="preserve"> </w:t>
      </w:r>
      <w:r>
        <w:t>The company’s only lawsuit to date involved a customer Melanie fondly referred to as “Chaffed Ass Guy.”</w:t>
      </w:r>
      <w:r w:rsidR="00C17563">
        <w:t xml:space="preserve"> </w:t>
      </w:r>
      <w:r>
        <w:t>The story does not disappoint.</w:t>
      </w:r>
    </w:p>
    <w:p w14:paraId="3F082959" w14:textId="53E84BD5" w:rsidR="001D01CC" w:rsidRPr="001D01CC" w:rsidRDefault="001D01CC" w:rsidP="001D01CC">
      <w:r w:rsidRPr="001D01CC">
        <w:t>Chaffed Ass Guy purchased a toy from our super-sized collection—a product so ambitious it practically came with a liability waiver.</w:t>
      </w:r>
      <w:r w:rsidR="00204D2A">
        <w:t xml:space="preserve"> </w:t>
      </w:r>
      <w:r w:rsidRPr="001D01CC">
        <w:t>Unfortunately, his first use of the product was a “dry run.”</w:t>
      </w:r>
    </w:p>
    <w:p w14:paraId="3727194B" w14:textId="77777777" w:rsidR="001D01CC" w:rsidRDefault="001D01CC" w:rsidP="001D01CC">
      <w:r w:rsidRPr="001D01CC">
        <w:t>A very bad decision.</w:t>
      </w:r>
    </w:p>
    <w:p w14:paraId="3DF73E98" w14:textId="2919CC22" w:rsidR="001D01CC" w:rsidRPr="001D01CC" w:rsidRDefault="001D01CC" w:rsidP="001D01CC">
      <w:r w:rsidRPr="001D01CC">
        <w:t>What followed was both literal and figurative friction.</w:t>
      </w:r>
      <w:r w:rsidR="00C17563">
        <w:t xml:space="preserve"> </w:t>
      </w:r>
      <w:r w:rsidRPr="001D01CC">
        <w:t xml:space="preserve">The irony? He later filed a lawsuit against us in </w:t>
      </w:r>
      <w:r w:rsidR="0021066C">
        <w:t>state</w:t>
      </w:r>
      <w:r w:rsidRPr="001D01CC">
        <w:t xml:space="preserve"> court for “breach” of contract.</w:t>
      </w:r>
      <w:r w:rsidR="00204D2A">
        <w:t xml:space="preserve"> </w:t>
      </w:r>
      <w:r w:rsidRPr="001D01CC">
        <w:t>His argument? That we had failed to warn him about the necessity of lubrication—particularly when engaging the toy’s high-speed setting.</w:t>
      </w:r>
      <w:r w:rsidR="00C17563">
        <w:t xml:space="preserve"> </w:t>
      </w:r>
      <w:r w:rsidRPr="001D01CC">
        <w:t>He also sought damages for both physical and emotional distress.</w:t>
      </w:r>
    </w:p>
    <w:p w14:paraId="320BA4C9" w14:textId="79F65C30" w:rsidR="001D01CC" w:rsidRDefault="001D01CC" w:rsidP="001D01CC">
      <w:r w:rsidRPr="001D01CC">
        <w:t>My first thought?</w:t>
      </w:r>
      <w:r w:rsidR="00742DA5">
        <w:t xml:space="preserve"> </w:t>
      </w:r>
      <w:r w:rsidRPr="001D01CC">
        <w:t>“What a bum!”</w:t>
      </w:r>
    </w:p>
    <w:p w14:paraId="79D01544" w14:textId="1E9EC845" w:rsidR="007F688D" w:rsidRPr="007F688D" w:rsidRDefault="007F688D" w:rsidP="007F688D">
      <w:r w:rsidRPr="007F688D">
        <w:t>Thankfully, the state court had common sense and ruled in our favor.</w:t>
      </w:r>
      <w:r w:rsidR="00204D2A">
        <w:t xml:space="preserve"> </w:t>
      </w:r>
      <w:r w:rsidRPr="007F688D">
        <w:t>But even as we celebrated our legal victory, the case became a cautionary tale.</w:t>
      </w:r>
      <w:r w:rsidR="00C17563">
        <w:t xml:space="preserve"> </w:t>
      </w:r>
      <w:r w:rsidRPr="007F688D">
        <w:t>From that moment on, we:</w:t>
      </w:r>
    </w:p>
    <w:p w14:paraId="48E39B8F" w14:textId="77777777" w:rsidR="004A50CA" w:rsidRDefault="007F688D" w:rsidP="00F5035D">
      <w:r w:rsidRPr="007F688D">
        <w:t>Added bright warning labels to every relevant product.</w:t>
      </w:r>
    </w:p>
    <w:p w14:paraId="59C90A37" w14:textId="77777777" w:rsidR="004A50CA" w:rsidRDefault="007F688D" w:rsidP="00F5035D">
      <w:r w:rsidRPr="007F688D">
        <w:t>Expanded our lubricant selection and trained staff to push it like it was a store membership card.</w:t>
      </w:r>
    </w:p>
    <w:p w14:paraId="51EB4B0C" w14:textId="5BFE7CC5" w:rsidR="007F688D" w:rsidRDefault="007F688D" w:rsidP="00F5035D">
      <w:r w:rsidRPr="007F688D">
        <w:lastRenderedPageBreak/>
        <w:t>Saw an immediate spike in lube sales—protecting our customers’ “assets” turned out to be great for our “bottom line</w:t>
      </w:r>
      <w:r w:rsidR="00D17BA6">
        <w:t>!</w:t>
      </w:r>
      <w:r w:rsidRPr="007F688D">
        <w:t>”</w:t>
      </w:r>
      <w:r w:rsidR="00C17563">
        <w:t xml:space="preserve"> </w:t>
      </w:r>
      <w:r w:rsidRPr="007F688D">
        <w:t>(Yes, I’m legally required to make these jokes now.)</w:t>
      </w:r>
    </w:p>
    <w:p w14:paraId="01997F56" w14:textId="77777777" w:rsidR="00D17BA6" w:rsidRPr="007F688D" w:rsidRDefault="00D17BA6" w:rsidP="007F688D"/>
    <w:p w14:paraId="4AAADEAE" w14:textId="3C1990BA" w:rsidR="007F688D" w:rsidRPr="0030352F" w:rsidRDefault="002D6EC1" w:rsidP="002D6EC1">
      <w:pPr>
        <w:jc w:val="center"/>
        <w:rPr>
          <w:color w:val="365F91" w:themeColor="accent1" w:themeShade="BF"/>
        </w:rPr>
      </w:pPr>
      <w:r w:rsidRPr="0030352F">
        <w:rPr>
          <w:rFonts w:ascii="Segoe UI Symbol" w:hAnsi="Segoe UI Symbol" w:cs="Segoe UI Symbol"/>
          <w:color w:val="365F91" w:themeColor="accent1" w:themeShade="BF"/>
        </w:rPr>
        <w:t>♞♛♞</w:t>
      </w:r>
    </w:p>
    <w:p w14:paraId="4956DDD8" w14:textId="77777777" w:rsidR="00D17BA6" w:rsidRDefault="00D17BA6" w:rsidP="007F688D"/>
    <w:p w14:paraId="1F47C13C" w14:textId="78745784" w:rsidR="007F688D" w:rsidRPr="007F688D" w:rsidRDefault="007F688D" w:rsidP="007F688D">
      <w:r w:rsidRPr="007F688D">
        <w:t>As ridiculous as the case was, it actually taught me something valuable.</w:t>
      </w:r>
      <w:r w:rsidR="00D17BA6">
        <w:t xml:space="preserve"> </w:t>
      </w:r>
      <w:r w:rsidRPr="007F688D">
        <w:t>Leadership means thinking ahead—even when the potential problems seem outrageous.</w:t>
      </w:r>
      <w:r w:rsidR="00723E1B">
        <w:t xml:space="preserve"> </w:t>
      </w:r>
      <w:r w:rsidRPr="007F688D">
        <w:t>In this business, “expect the unexpected” isn’t just a saying—it’s a survival strategy.</w:t>
      </w:r>
    </w:p>
    <w:p w14:paraId="06650939" w14:textId="67D60646" w:rsidR="007F688D" w:rsidRDefault="007F688D" w:rsidP="007F688D">
      <w:r w:rsidRPr="007F688D">
        <w:t>But beyond the laughs, the case reminded me of something deeper.</w:t>
      </w:r>
      <w:r w:rsidR="009D2AAE">
        <w:t xml:space="preserve"> </w:t>
      </w:r>
      <w:r w:rsidRPr="007F688D">
        <w:t>Silicone Solutions wasn’t just about selling toys—It was about creating a space where pleasure could thrive safely.</w:t>
      </w:r>
      <w:r w:rsidR="005A35CA">
        <w:t xml:space="preserve"> </w:t>
      </w:r>
      <w:r w:rsidRPr="007F688D">
        <w:t>If nothing else, I was starting to realize that running this company wouldn’t just challenge my business acumen—</w:t>
      </w:r>
      <w:r w:rsidR="00723E1B">
        <w:t xml:space="preserve"> </w:t>
      </w:r>
      <w:r w:rsidRPr="007F688D">
        <w:t>It was going to reshape how I viewed intimacy, pleasure, and human connection.</w:t>
      </w:r>
    </w:p>
    <w:p w14:paraId="6EA19469" w14:textId="77777777" w:rsidR="00A30F11" w:rsidRDefault="00A30F11" w:rsidP="007F688D"/>
    <w:p w14:paraId="4E78ACC8" w14:textId="0CE80623" w:rsidR="00A30F11" w:rsidRPr="0030352F" w:rsidRDefault="004877E9" w:rsidP="004877E9">
      <w:pPr>
        <w:jc w:val="center"/>
        <w:rPr>
          <w:color w:val="365F91" w:themeColor="accent1" w:themeShade="BF"/>
        </w:rPr>
      </w:pPr>
      <w:r w:rsidRPr="0030352F">
        <w:rPr>
          <w:rFonts w:ascii="Segoe UI Symbol" w:hAnsi="Segoe UI Symbol" w:cs="Segoe UI Symbol"/>
          <w:color w:val="365F91" w:themeColor="accent1" w:themeShade="BF"/>
        </w:rPr>
        <w:t>♞♛♞</w:t>
      </w:r>
    </w:p>
    <w:p w14:paraId="16398559" w14:textId="77777777" w:rsidR="00A30F11" w:rsidRPr="007F688D" w:rsidRDefault="00A30F11" w:rsidP="007F688D"/>
    <w:p w14:paraId="3E96A505" w14:textId="77777777" w:rsidR="007F688D" w:rsidRPr="007F688D" w:rsidRDefault="007F688D" w:rsidP="00A30F11">
      <w:pPr>
        <w:pStyle w:val="Heading2"/>
      </w:pPr>
      <w:bookmarkStart w:id="22" w:name="_Toc189281313"/>
      <w:r w:rsidRPr="007F688D">
        <w:t>Pre-Game Jitters</w:t>
      </w:r>
      <w:bookmarkEnd w:id="22"/>
    </w:p>
    <w:p w14:paraId="76AAA4DC" w14:textId="77777777" w:rsidR="00A30F11" w:rsidRDefault="00A30F11" w:rsidP="007F688D"/>
    <w:p w14:paraId="499BEBFD" w14:textId="1029BB1B" w:rsidR="00184546" w:rsidRPr="00184546" w:rsidRDefault="00184546" w:rsidP="00184546">
      <w:r w:rsidRPr="00184546">
        <w:t xml:space="preserve">I couldn’t stop replaying my video conversation with Melanie. Her insights into the team were razor-sharp, her humor irresistible, and her advice invaluable. The "Chaffed Ass Guy" case wasn’t just a hilarious anecdote—it was her way of warning me. Silicone Solutions wasn’t </w:t>
      </w:r>
      <w:r w:rsidR="00F60E0B">
        <w:t xml:space="preserve">the typical </w:t>
      </w:r>
      <w:r w:rsidRPr="00184546">
        <w:t>business. It was an unpredictable, neon-lit rollercoaster. And I had just strapped in.</w:t>
      </w:r>
    </w:p>
    <w:p w14:paraId="42CA4DAC" w14:textId="0F88ABE1" w:rsidR="00184546" w:rsidRPr="00184546" w:rsidRDefault="00184546" w:rsidP="00184546">
      <w:r w:rsidRPr="00184546">
        <w:t>I glanced at the clock, adrenaline spiking. Tonight was the warm-up—drinks with Melanie.</w:t>
      </w:r>
      <w:r w:rsidR="00723E1B">
        <w:t xml:space="preserve"> </w:t>
      </w:r>
      <w:r w:rsidRPr="00184546">
        <w:t>Tomorrow? The real test.</w:t>
      </w:r>
      <w:r w:rsidR="00377751">
        <w:t xml:space="preserve"> </w:t>
      </w:r>
      <w:r w:rsidRPr="00184546">
        <w:t>Would I earn the respect of a team that seemed equal parts talent and chaos? Could I balance professionalism with the ethos of unapologetic pleasure that defined this place?</w:t>
      </w:r>
    </w:p>
    <w:p w14:paraId="27F3BD0B" w14:textId="0F4F6FE7" w:rsidR="00184546" w:rsidRDefault="00184546" w:rsidP="00184546">
      <w:r w:rsidRPr="00184546">
        <w:t>If nothing else, I knew one thing for sure: this job would never be boring.</w:t>
      </w:r>
      <w:r w:rsidR="00723E1B">
        <w:t xml:space="preserve"> </w:t>
      </w:r>
      <w:r w:rsidRPr="00184546">
        <w:t>I closed my laptop, stretched, and let a small, confident smirk creep across my face.</w:t>
      </w:r>
      <w:r w:rsidR="00377751">
        <w:t xml:space="preserve"> </w:t>
      </w:r>
      <w:r w:rsidRPr="00184546">
        <w:t xml:space="preserve">Tomorrow, I </w:t>
      </w:r>
      <w:r w:rsidRPr="00184546">
        <w:lastRenderedPageBreak/>
        <w:t>either sink or swim—</w:t>
      </w:r>
      <w:r w:rsidR="00723E1B">
        <w:t xml:space="preserve"> </w:t>
      </w:r>
      <w:r w:rsidRPr="00184546">
        <w:t>And in this store, I was pretty sure we sold vibrating floatation devices.</w:t>
      </w:r>
    </w:p>
    <w:p w14:paraId="2112F15F" w14:textId="77777777" w:rsidR="00F60E0B" w:rsidRDefault="00F60E0B" w:rsidP="00184546"/>
    <w:p w14:paraId="3921A67A" w14:textId="77777777" w:rsidR="00F60E0B" w:rsidRPr="00184546" w:rsidRDefault="00F60E0B" w:rsidP="00184546"/>
    <w:p w14:paraId="3FDD4C07" w14:textId="77777777" w:rsidR="00F91806" w:rsidRDefault="00000000" w:rsidP="00415FDC">
      <w:pPr>
        <w:pStyle w:val="Heading1"/>
      </w:pPr>
      <w:bookmarkStart w:id="23" w:name="_Toc189281314"/>
      <w:r>
        <w:t>Chapter 6: Flirting with Disaster</w:t>
      </w:r>
      <w:bookmarkEnd w:id="23"/>
    </w:p>
    <w:p w14:paraId="48C45656" w14:textId="77777777" w:rsidR="00415FDC" w:rsidRPr="00415FDC" w:rsidRDefault="00415FDC" w:rsidP="00415FDC"/>
    <w:p w14:paraId="27BA7618" w14:textId="77777777" w:rsidR="00F91806" w:rsidRDefault="00000000" w:rsidP="004F5CDE">
      <w:r>
        <w:t>I arrived promptly at a high-end wine bar where Melanie was already seated. We greeted each other with a warm hug, though I was already tempted to lean in for more. Her presence was magnetic, a blend of elegance and effortless charm that left me momentarily speechless.</w:t>
      </w:r>
    </w:p>
    <w:p w14:paraId="3751507C" w14:textId="77777777" w:rsidR="00F91806" w:rsidRDefault="00000000" w:rsidP="004F5CDE">
      <w:r>
        <w:t>Her green eyes locked onto mine, her easy smile unraveling me. It wasn’t just her beauty—it was the way she seemed so at ease, as if she belonged in every room she entered, like she owned the air around her without even trying.</w:t>
      </w:r>
    </w:p>
    <w:p w14:paraId="45896FC0" w14:textId="77777777" w:rsidR="00F91806" w:rsidRDefault="00000000" w:rsidP="004F5CDE">
      <w:r>
        <w:t>She wore fitted yoga pants—an invention my ex once claimed did more for humanity than the wheel—paired with a sleek top that hinted at curves both understated and alluring. Her outfit was simple, yet every detail exuded effortless confidence. A pearl-studded necklace added just the right touch of sophistication.</w:t>
      </w:r>
    </w:p>
    <w:p w14:paraId="4490F643" w14:textId="77777777" w:rsidR="00F91806" w:rsidRDefault="00000000" w:rsidP="004F5CDE">
      <w:r>
        <w:t>Then there was her accent—a lilting melody that made time slow around her. At first, I barely registered the actual words she was saying. It wasn’t just the sound of her voice; it was the way she spoke, deliberate and assured, like every word had weight.</w:t>
      </w:r>
    </w:p>
    <w:p w14:paraId="08443632" w14:textId="76DDA5DA" w:rsidR="00F91806" w:rsidRDefault="00000000" w:rsidP="004F5CDE">
      <w:r>
        <w:t>My mind spiraled, looping between her lips, her eyes, the effortless way her curly red hair tumbled over her shoulders. I wasn’t just drawn to her—I was entranced, caught somewhere between wanting to stare and wanting to speak.</w:t>
      </w:r>
    </w:p>
    <w:p w14:paraId="776E560E" w14:textId="5909BC6E" w:rsidR="00F91806" w:rsidRDefault="00000000" w:rsidP="004F5CDE">
      <w:r>
        <w:t>“Hannah?”</w:t>
      </w:r>
      <w:r w:rsidR="00097973">
        <w:t xml:space="preserve"> </w:t>
      </w:r>
      <w:r>
        <w:t>Melanie’s voice, amused and knowing, snapped me out of it.</w:t>
      </w:r>
      <w:r w:rsidR="003C1E90">
        <w:t xml:space="preserve"> </w:t>
      </w:r>
      <w:r>
        <w:t>“You’re staring.”</w:t>
      </w:r>
    </w:p>
    <w:p w14:paraId="0E8130A3" w14:textId="2E6A12E6" w:rsidR="00F91806" w:rsidRDefault="00000000" w:rsidP="004F5CDE">
      <w:r>
        <w:t>Heat crawled up my neck. Busted.</w:t>
      </w:r>
      <w:r w:rsidR="00CC58B9">
        <w:t xml:space="preserve"> </w:t>
      </w:r>
      <w:r>
        <w:t>I laughed—obviously embarrassed. “Sorry. Pre-gamed with some wine… or maybe it’s just you.”</w:t>
      </w:r>
    </w:p>
    <w:p w14:paraId="0D33A5E6" w14:textId="77777777" w:rsidR="00F91806" w:rsidRDefault="00000000" w:rsidP="004F5CDE">
      <w:r>
        <w:t>Melanie smirked. “Cute. I see I’m making you nervous already.”</w:t>
      </w:r>
    </w:p>
    <w:p w14:paraId="11702360" w14:textId="77777777" w:rsidR="00F91806" w:rsidRDefault="00000000" w:rsidP="004F5CDE">
      <w:r>
        <w:lastRenderedPageBreak/>
        <w:t>I forced myself to pull it together, to actually speak in full sentences. And once I did, conversation flowed as easily as the wine. Work, favorite cocktails, our most embarrassing moments—effortless, like we’d been doing this forever.</w:t>
      </w:r>
    </w:p>
    <w:p w14:paraId="0112BBA2" w14:textId="668813F8" w:rsidR="00F91806" w:rsidRDefault="00000000" w:rsidP="004F5CDE">
      <w:r>
        <w:t>But underneath it all, a nagging thought whispered in the back of my mind.</w:t>
      </w:r>
      <w:r w:rsidR="00F227B2">
        <w:t xml:space="preserve"> </w:t>
      </w:r>
      <w:r>
        <w:t xml:space="preserve">I’m </w:t>
      </w:r>
      <w:r w:rsidR="00F227B2">
        <w:t xml:space="preserve">now </w:t>
      </w:r>
      <w:r>
        <w:t>her boss.</w:t>
      </w:r>
      <w:r w:rsidR="00F227B2">
        <w:t xml:space="preserve"> </w:t>
      </w:r>
      <w:r>
        <w:t xml:space="preserve">The second rule of management, surely, is </w:t>
      </w:r>
      <w:r w:rsidRPr="007F2543">
        <w:rPr>
          <w:i/>
          <w:iCs/>
        </w:rPr>
        <w:t>don’t shit where you eat.</w:t>
      </w:r>
      <w:r>
        <w:t xml:space="preserve"> And yet, even as I reminded myself of the risks, her laugh, her smile, and the way she leaned in when I spoke made it harder and harder to think rationally.</w:t>
      </w:r>
    </w:p>
    <w:p w14:paraId="46B4DB64" w14:textId="77777777" w:rsidR="00F91806" w:rsidRDefault="00000000" w:rsidP="004F5CDE">
      <w:r>
        <w:t>I couldn’t help but wonder if Melanie might be the exception that defines the rule—my rule, anyway.</w:t>
      </w:r>
    </w:p>
    <w:p w14:paraId="04A5DFA2" w14:textId="273EF4E2" w:rsidR="00F91806" w:rsidRDefault="00000000" w:rsidP="004F5CDE">
      <w:r>
        <w:t>As the evening unfolded, I noticed how the other patrons seemed equally drawn to Melanie. Her laughter commanded attention, her gestures held the room, and even the way she tucked a stray curl behind her ear seemed to mesmerize.</w:t>
      </w:r>
      <w:r w:rsidR="00A73E6E">
        <w:t xml:space="preserve"> </w:t>
      </w:r>
      <w:r>
        <w:t>She wasn’t just beautiful—she was magnetic.</w:t>
      </w:r>
    </w:p>
    <w:p w14:paraId="04311BAC" w14:textId="77777777" w:rsidR="000D7517" w:rsidRDefault="00000000" w:rsidP="004F5CDE">
      <w:r>
        <w:t>For a fleeting moment, jealousy flickered inside me. What must it feel like to be the person who turns heads without trying? To walk into a room and own it?</w:t>
      </w:r>
      <w:r w:rsidR="000D7517">
        <w:t xml:space="preserve"> </w:t>
      </w:r>
      <w:r>
        <w:t>And yet, another thought followed, one I wasn’t prepared for.</w:t>
      </w:r>
      <w:r w:rsidR="00377751">
        <w:t xml:space="preserve"> </w:t>
      </w:r>
    </w:p>
    <w:p w14:paraId="42C32C40" w14:textId="66D5269F" w:rsidR="00F91806" w:rsidRDefault="00000000" w:rsidP="004F5CDE">
      <w:r>
        <w:t>Melanie was stunning now, but beauty — at least, the kind that stops people in their tracks— is fleeting. Time would eventually soften the edges of her face, dull the vibrancy of her hair, change the way she held herself. Would that shift unsettle her? Would she mourn the power of it?</w:t>
      </w:r>
      <w:r w:rsidR="005A10C1">
        <w:t xml:space="preserve"> </w:t>
      </w:r>
      <w:r>
        <w:t>Or would she, as I suspected, simply evolve into something even more breathtaking?  Afterall, she seemed like one of those rare people who wore age like an earned luxury—without fear, without regret.</w:t>
      </w:r>
    </w:p>
    <w:p w14:paraId="1F158D40" w14:textId="1A378558" w:rsidR="00F91806" w:rsidRDefault="00000000" w:rsidP="004F5CDE">
      <w:r>
        <w:t>That thought settled deep in my chest. But before I could spiral further, she reached across the table, her fingers brushing mine, and just like that—my thoughts stilled.</w:t>
      </w:r>
      <w:r w:rsidR="00CC58B9">
        <w:t xml:space="preserve"> </w:t>
      </w:r>
      <w:r>
        <w:t>The touch was light, almost casual, but it sent a jolt through me, grounding me in the moment.</w:t>
      </w:r>
    </w:p>
    <w:p w14:paraId="4A558DC9" w14:textId="6A6B6AC1" w:rsidR="00F91806" w:rsidRDefault="00000000" w:rsidP="004F5CDE">
      <w:r>
        <w:t>Tonight wasn’t about existential musings. Tonight was about staying in the moment.</w:t>
      </w:r>
      <w:r w:rsidR="009D2AAE">
        <w:t xml:space="preserve"> </w:t>
      </w:r>
      <w:r>
        <w:t>And what a moment it was.</w:t>
      </w:r>
    </w:p>
    <w:p w14:paraId="329D1D50" w14:textId="77777777" w:rsidR="00A351D5" w:rsidRDefault="00A351D5" w:rsidP="004F5CDE"/>
    <w:p w14:paraId="174B6159" w14:textId="3C10F532" w:rsidR="00A351D5" w:rsidRPr="005E6F0C" w:rsidRDefault="004877E9" w:rsidP="004877E9">
      <w:pPr>
        <w:jc w:val="center"/>
        <w:rPr>
          <w:color w:val="365F91" w:themeColor="accent1" w:themeShade="BF"/>
        </w:rPr>
      </w:pPr>
      <w:r w:rsidRPr="005E6F0C">
        <w:rPr>
          <w:rFonts w:ascii="Segoe UI Symbol" w:hAnsi="Segoe UI Symbol" w:cs="Segoe UI Symbol"/>
          <w:color w:val="365F91" w:themeColor="accent1" w:themeShade="BF"/>
        </w:rPr>
        <w:t>♞♛♞</w:t>
      </w:r>
    </w:p>
    <w:p w14:paraId="63954523" w14:textId="77777777" w:rsidR="004877E9" w:rsidRDefault="004877E9" w:rsidP="004877E9">
      <w:pPr>
        <w:jc w:val="center"/>
      </w:pPr>
    </w:p>
    <w:p w14:paraId="7E53F255" w14:textId="1E65F01B" w:rsidR="00F91806" w:rsidRDefault="00000000" w:rsidP="004F5CDE">
      <w:r>
        <w:lastRenderedPageBreak/>
        <w:t>One drink turned into two, then three, and our flirtation grew bolder—or so I thought.</w:t>
      </w:r>
      <w:r w:rsidR="00CC58B9">
        <w:t xml:space="preserve"> </w:t>
      </w:r>
      <w:r>
        <w:t>Between sips of wine and lingering gazes, I felt the undeniable pull between us.</w:t>
      </w:r>
      <w:r w:rsidR="00CC58B9">
        <w:t xml:space="preserve"> </w:t>
      </w:r>
      <w:r>
        <w:t>I told myself I was imagining it. That the flicker in her expression was just the dim candlelight. That the way she angled toward me was just a trick of perspective.</w:t>
      </w:r>
    </w:p>
    <w:p w14:paraId="7C444B5F" w14:textId="08E55A3D" w:rsidR="00F91806" w:rsidRDefault="00000000" w:rsidP="004F5CDE">
      <w:r>
        <w:t>But then, as we stumbled out of the wine bar, Melanie graciously walked me to my car.</w:t>
      </w:r>
      <w:r w:rsidR="005A10C1">
        <w:t xml:space="preserve"> </w:t>
      </w:r>
      <w:r>
        <w:t xml:space="preserve">Her fingers lingered on my arm, her warmth radiating through my jacket, </w:t>
      </w:r>
      <w:r w:rsidR="00A54586">
        <w:t>as</w:t>
      </w:r>
      <w:r>
        <w:t xml:space="preserve"> my heart slammed against my ribs.</w:t>
      </w:r>
    </w:p>
    <w:p w14:paraId="630C72B9" w14:textId="77777777" w:rsidR="00F91806" w:rsidRDefault="00000000" w:rsidP="004F5CDE">
      <w:r>
        <w:t>I couldn’t stop myself.</w:t>
      </w:r>
    </w:p>
    <w:p w14:paraId="1D3CA976" w14:textId="26DFD43D" w:rsidR="00E8797A" w:rsidRPr="00E8797A" w:rsidRDefault="00E8797A" w:rsidP="00E8797A">
      <w:r w:rsidRPr="00E8797A">
        <w:t xml:space="preserve">The night air curled cool against my skin as </w:t>
      </w:r>
      <w:r w:rsidR="006811DB">
        <w:t>we approached</w:t>
      </w:r>
      <w:r w:rsidRPr="00E8797A">
        <w:t xml:space="preserve"> my car. The city glowed behind her—neon reflections shimmering in the puddles along the sidewalk.</w:t>
      </w:r>
      <w:r w:rsidR="00A54586">
        <w:t xml:space="preserve"> </w:t>
      </w:r>
      <w:r w:rsidRPr="00E8797A">
        <w:t>Her hand lingered on my arm, her fingers barely grazing the fabric of my sleeve. Such a small touch. Barely there. And yet, it sent a jolt through me, scattering every rational thought.</w:t>
      </w:r>
    </w:p>
    <w:p w14:paraId="3B3DD894" w14:textId="77777777" w:rsidR="00E8797A" w:rsidRPr="00E8797A" w:rsidRDefault="00E8797A" w:rsidP="00E8797A">
      <w:pPr>
        <w:rPr>
          <w:i/>
          <w:iCs/>
        </w:rPr>
      </w:pPr>
      <w:r w:rsidRPr="00E8797A">
        <w:rPr>
          <w:i/>
          <w:iCs/>
        </w:rPr>
        <w:t>Say something, Hannah. Anything.</w:t>
      </w:r>
    </w:p>
    <w:p w14:paraId="4EAA6EE5" w14:textId="77777777" w:rsidR="00E8797A" w:rsidRPr="00E8797A" w:rsidRDefault="00E8797A" w:rsidP="00E8797A">
      <w:r w:rsidRPr="00E8797A">
        <w:t>But I couldn’t.</w:t>
      </w:r>
    </w:p>
    <w:p w14:paraId="2636EEF5" w14:textId="26F12C52" w:rsidR="00E8797A" w:rsidRPr="00E8797A" w:rsidRDefault="00E8797A" w:rsidP="00E8797A">
      <w:r w:rsidRPr="00E8797A">
        <w:t>The night—the wine—the way her green eyes held mine—it was all working against me. Or maybe it was working for me. Because for the first time in a long time, I wasn’t overanalyzing, overthinking, over-anything.</w:t>
      </w:r>
      <w:r w:rsidR="00A54586">
        <w:t xml:space="preserve"> </w:t>
      </w:r>
      <w:r w:rsidRPr="00E8797A">
        <w:t>I was just here. With her.</w:t>
      </w:r>
    </w:p>
    <w:p w14:paraId="5597D7C6" w14:textId="6BDA2008" w:rsidR="00E8797A" w:rsidRPr="00E8797A" w:rsidRDefault="00E8797A" w:rsidP="00E8797A">
      <w:r w:rsidRPr="00E8797A">
        <w:t>Melanie exhaled, her breath warm in the space between us. She didn’t step back.</w:t>
      </w:r>
      <w:r w:rsidR="003C1E90">
        <w:t xml:space="preserve"> </w:t>
      </w:r>
      <w:r w:rsidRPr="00E8797A">
        <w:t>Neither did I.</w:t>
      </w:r>
      <w:r w:rsidR="00A54586">
        <w:t xml:space="preserve"> </w:t>
      </w:r>
      <w:r w:rsidRPr="00E8797A">
        <w:t>I inhaled sharply. My pulse kicked up.</w:t>
      </w:r>
      <w:r w:rsidR="003C1E90">
        <w:t xml:space="preserve"> </w:t>
      </w:r>
      <w:r w:rsidRPr="00E8797A">
        <w:t>"Melanie—"</w:t>
      </w:r>
      <w:r w:rsidR="00A54586">
        <w:t xml:space="preserve"> </w:t>
      </w:r>
      <w:r w:rsidRPr="00E8797A">
        <w:t>I didn’t finish the sentence. Maybe because I didn’t know how it was supposed to end. Maybe because she was already tilting her head, her lips parting slightly, waiting.</w:t>
      </w:r>
      <w:r w:rsidR="00377751">
        <w:t xml:space="preserve"> </w:t>
      </w:r>
      <w:r w:rsidRPr="00E8797A">
        <w:t>The moment stretched, fragile and breathless, as if the entire city had gone silent just to see what I would do.</w:t>
      </w:r>
    </w:p>
    <w:p w14:paraId="3D3DB753" w14:textId="77777777" w:rsidR="00E8797A" w:rsidRPr="00A54586" w:rsidRDefault="00E8797A" w:rsidP="00E8797A">
      <w:pPr>
        <w:rPr>
          <w:i/>
          <w:iCs/>
        </w:rPr>
      </w:pPr>
      <w:r w:rsidRPr="00A54586">
        <w:rPr>
          <w:i/>
          <w:iCs/>
        </w:rPr>
        <w:t>And then—I leaned in.</w:t>
      </w:r>
    </w:p>
    <w:p w14:paraId="616685DA" w14:textId="22A67A1A" w:rsidR="00E8797A" w:rsidRPr="00E8797A" w:rsidRDefault="00E8797A" w:rsidP="00E8797A">
      <w:r w:rsidRPr="00E8797A">
        <w:t>It was soft at first. Tentative. A test of boundaries neither of us had spoken aloud.</w:t>
      </w:r>
      <w:r w:rsidR="009D2AAE">
        <w:t xml:space="preserve"> </w:t>
      </w:r>
      <w:r w:rsidRPr="00E8797A">
        <w:t>But when she didn’t pull away, when her lips pressed into mine just a fraction deeper, when her breath hitched ever so slightly against my mouth—</w:t>
      </w:r>
    </w:p>
    <w:p w14:paraId="3529DDC1" w14:textId="77777777" w:rsidR="00E8797A" w:rsidRPr="00E8797A" w:rsidRDefault="00E8797A" w:rsidP="00E8797A">
      <w:r w:rsidRPr="00E8797A">
        <w:t>I melted into it.</w:t>
      </w:r>
    </w:p>
    <w:p w14:paraId="3854B6A9" w14:textId="101F133E" w:rsidR="00E8797A" w:rsidRPr="00E8797A" w:rsidRDefault="00E8797A" w:rsidP="00E8797A">
      <w:r w:rsidRPr="00E8797A">
        <w:t>My fingers slid to her waist, gripping her tighter, pulling her closer. Her hand found my jaw, tracing a slow line down to my collarbone.</w:t>
      </w:r>
      <w:r w:rsidR="00A54586">
        <w:t xml:space="preserve"> </w:t>
      </w:r>
      <w:r w:rsidRPr="00E8797A">
        <w:t>Heat. Sparks. A rush of something I hadn’t let myself feel in far too long.</w:t>
      </w:r>
      <w:r w:rsidR="00A54586">
        <w:t xml:space="preserve"> </w:t>
      </w:r>
      <w:r w:rsidRPr="00E8797A">
        <w:t>A quiet sound escaped her lips, something between a sigh and a surrender, and that alone nearly undid me.</w:t>
      </w:r>
    </w:p>
    <w:p w14:paraId="3ED68F09" w14:textId="16B4BB90" w:rsidR="00E8797A" w:rsidRPr="00E8797A" w:rsidRDefault="00E8797A" w:rsidP="00E8797A">
      <w:r w:rsidRPr="00E8797A">
        <w:lastRenderedPageBreak/>
        <w:t>But then—</w:t>
      </w:r>
      <w:r w:rsidR="0089037D">
        <w:t xml:space="preserve"> </w:t>
      </w:r>
      <w:r w:rsidRPr="00E8797A">
        <w:t>She stilled.</w:t>
      </w:r>
      <w:r w:rsidR="003C1E90">
        <w:t xml:space="preserve"> </w:t>
      </w:r>
      <w:r w:rsidRPr="00E8797A">
        <w:t>And before I could react, she pull</w:t>
      </w:r>
      <w:r w:rsidR="00D81517">
        <w:t xml:space="preserve">ed </w:t>
      </w:r>
      <w:r w:rsidRPr="00E8797A">
        <w:t>back.</w:t>
      </w:r>
    </w:p>
    <w:p w14:paraId="2AF76F3D" w14:textId="1B433CB1" w:rsidR="00E8797A" w:rsidRPr="00E8797A" w:rsidRDefault="00E8797A" w:rsidP="00E8797A">
      <w:r w:rsidRPr="00E8797A">
        <w:t>I blinked, my breath shaky, my lips still tingling.</w:t>
      </w:r>
      <w:r w:rsidR="009D2AAE">
        <w:t xml:space="preserve"> </w:t>
      </w:r>
      <w:r w:rsidRPr="00E8797A">
        <w:t>Her face was unreadable.</w:t>
      </w:r>
      <w:r w:rsidR="009D2AAE">
        <w:t xml:space="preserve"> </w:t>
      </w:r>
      <w:r w:rsidRPr="00E8797A">
        <w:t>For a long, stretched-out second, she just looked at me. Not moving. Not speaking.</w:t>
      </w:r>
      <w:r w:rsidR="00CC58B9">
        <w:t xml:space="preserve"> </w:t>
      </w:r>
      <w:r w:rsidRPr="00E8797A">
        <w:t>Then—softly, carefully—she reached up, wiping her lips with the pad of her thumb.</w:t>
      </w:r>
    </w:p>
    <w:p w14:paraId="20207552" w14:textId="27B18DEF" w:rsidR="00E8797A" w:rsidRPr="00E8797A" w:rsidRDefault="00E8797A" w:rsidP="00E8797A">
      <w:r w:rsidRPr="00E8797A">
        <w:t>"Goodnight, Hannah," she murmured.</w:t>
      </w:r>
      <w:r w:rsidR="00A54586">
        <w:t xml:space="preserve"> </w:t>
      </w:r>
      <w:r w:rsidRPr="00E8797A">
        <w:t>Not cold. Not distant. But measured. As if she was setting a boundary neither of us had expected to cross.</w:t>
      </w:r>
      <w:r w:rsidR="00A54586">
        <w:t xml:space="preserve"> </w:t>
      </w:r>
      <w:r w:rsidRPr="00E8797A">
        <w:t>I searched her face, looking for a sign—for anything—that she regretted it. That she didn’t want this.</w:t>
      </w:r>
      <w:r w:rsidR="00A54586">
        <w:t xml:space="preserve"> </w:t>
      </w:r>
      <w:r w:rsidRPr="00E8797A">
        <w:t>I found nothing.</w:t>
      </w:r>
    </w:p>
    <w:p w14:paraId="18419B91" w14:textId="77777777" w:rsidR="00E8797A" w:rsidRPr="00E8797A" w:rsidRDefault="00E8797A" w:rsidP="00E8797A">
      <w:r w:rsidRPr="00E8797A">
        <w:t>And then, with one last glance, she was gone.</w:t>
      </w:r>
    </w:p>
    <w:p w14:paraId="24BAE3EE" w14:textId="77777777" w:rsidR="00F91806" w:rsidRDefault="00F91806" w:rsidP="004F5CDE"/>
    <w:p w14:paraId="30C6E173" w14:textId="77777777" w:rsidR="00F91806" w:rsidRDefault="00000000" w:rsidP="00415FDC">
      <w:pPr>
        <w:pStyle w:val="Heading2"/>
      </w:pPr>
      <w:bookmarkStart w:id="24" w:name="_Toc189281315"/>
      <w:r>
        <w:t>Aftermath</w:t>
      </w:r>
      <w:bookmarkEnd w:id="24"/>
    </w:p>
    <w:p w14:paraId="07844AA1" w14:textId="77777777" w:rsidR="00415FDC" w:rsidRDefault="00415FDC" w:rsidP="004F5CDE"/>
    <w:p w14:paraId="09033627" w14:textId="01C5A3B3" w:rsidR="00F91806" w:rsidRDefault="00000000" w:rsidP="004F5CDE">
      <w:r>
        <w:t>As I leaned against my car, the night air sharp against my flushed skin, I replayed the kiss over and over in my mind.</w:t>
      </w:r>
      <w:r w:rsidR="009D2AAE">
        <w:t xml:space="preserve"> </w:t>
      </w:r>
      <w:r>
        <w:t>Tomorrow, I’d have to face her.</w:t>
      </w:r>
      <w:r w:rsidR="009D2AAE">
        <w:t xml:space="preserve"> </w:t>
      </w:r>
      <w:r>
        <w:t xml:space="preserve">But for now, I let myself savor the memory of her lips on mine—proof that sometimes, throwing caution to the wind </w:t>
      </w:r>
      <w:r w:rsidR="00D81517">
        <w:t>i</w:t>
      </w:r>
      <w:r>
        <w:t>s worth it.</w:t>
      </w:r>
    </w:p>
    <w:p w14:paraId="79FA2E60" w14:textId="77777777" w:rsidR="00D81517" w:rsidRDefault="00D81517" w:rsidP="004F5CDE"/>
    <w:p w14:paraId="53F7793B" w14:textId="77777777" w:rsidR="00D81517" w:rsidRDefault="00D81517" w:rsidP="004F5CDE"/>
    <w:p w14:paraId="6FA7DC70" w14:textId="77777777" w:rsidR="00F91806" w:rsidRDefault="00000000" w:rsidP="00415FDC">
      <w:pPr>
        <w:pStyle w:val="Heading1"/>
      </w:pPr>
      <w:bookmarkStart w:id="25" w:name="_Toc189281316"/>
      <w:r>
        <w:t>Chapter 7: Desire &amp; Duty</w:t>
      </w:r>
      <w:bookmarkEnd w:id="25"/>
    </w:p>
    <w:p w14:paraId="0CD49910" w14:textId="77777777" w:rsidR="00415FDC" w:rsidRPr="00415FDC" w:rsidRDefault="00415FDC" w:rsidP="00415FDC"/>
    <w:p w14:paraId="15C0975F" w14:textId="25185EE2" w:rsidR="00F91806" w:rsidRDefault="00000000" w:rsidP="004F5CDE">
      <w:r>
        <w:t>First things first</w:t>
      </w:r>
      <w:r w:rsidR="00A54586">
        <w:t>,</w:t>
      </w:r>
      <w:r>
        <w:t xml:space="preserve"> I drove home irresponsibly fast, adrenaline still coursing through me from the night’s events. Every nerve buzzed with energy, and my thoughts swirled with a mix of excitement, confusion, and sexual tension. </w:t>
      </w:r>
    </w:p>
    <w:p w14:paraId="187BD388" w14:textId="77777777" w:rsidR="00F91806" w:rsidRDefault="00000000" w:rsidP="004F5CDE">
      <w:r>
        <w:t>Once home, I reached for one of Silicone Solution’s sample products—a green vibrating number of ample length. My thoughts drifted to Melanie: her touch, her lips, her hands guiding me.</w:t>
      </w:r>
    </w:p>
    <w:p w14:paraId="616ECED6" w14:textId="77777777" w:rsidR="00F91806" w:rsidRPr="00415FDC" w:rsidRDefault="00000000" w:rsidP="004F5CDE">
      <w:pPr>
        <w:rPr>
          <w:i/>
          <w:iCs/>
        </w:rPr>
      </w:pPr>
      <w:r w:rsidRPr="00415FDC">
        <w:rPr>
          <w:i/>
          <w:iCs/>
        </w:rPr>
        <w:t>Fuck, no batteries!</w:t>
      </w:r>
    </w:p>
    <w:p w14:paraId="3171183D" w14:textId="77777777" w:rsidR="004B30F8" w:rsidRDefault="004B30F8" w:rsidP="004F5CDE">
      <w:r w:rsidRPr="004B30F8">
        <w:lastRenderedPageBreak/>
        <w:t>No matter. As the moments unfolded, a sensation long forgotten surged through me—alive, electric, and fully present. The lack of vibration hardly mattered; the experience was, without exaggeration, utterly transcendent.</w:t>
      </w:r>
    </w:p>
    <w:p w14:paraId="29B091A9" w14:textId="01A1A62F" w:rsidR="00F91806" w:rsidRDefault="00000000" w:rsidP="004F5CDE">
      <w:r>
        <w:t>As I lay there catching my breath, my body still tingling, one thought lingered: Was Melanie thinking of me, too? The idea sent another shiver through me, equal parts thrilling and unsettling.</w:t>
      </w:r>
    </w:p>
    <w:p w14:paraId="75D0BA76" w14:textId="77777777" w:rsidR="00F91806" w:rsidRDefault="00000000" w:rsidP="004F5CDE">
      <w:r>
        <w:t>Reality intruded, as it always does. My sheets were a mess. With a resigned groan, I stripped the bed, set my alarm, and sank into a deep, sensually charged sleep.</w:t>
      </w:r>
    </w:p>
    <w:p w14:paraId="0B71B7CC" w14:textId="77777777" w:rsidR="00B74B3E" w:rsidRDefault="00B74B3E" w:rsidP="004F5CDE"/>
    <w:p w14:paraId="47369DC1" w14:textId="26C40AD1" w:rsidR="00B74B3E" w:rsidRPr="00334E19" w:rsidRDefault="004877E9" w:rsidP="004877E9">
      <w:pPr>
        <w:jc w:val="center"/>
        <w:rPr>
          <w:rFonts w:ascii="Segoe UI Symbol" w:hAnsi="Segoe UI Symbol" w:cs="Segoe UI Symbol"/>
          <w:color w:val="365F91" w:themeColor="accent1" w:themeShade="BF"/>
        </w:rPr>
      </w:pPr>
      <w:r w:rsidRPr="00334E19">
        <w:rPr>
          <w:rFonts w:ascii="Segoe UI Symbol" w:hAnsi="Segoe UI Symbol" w:cs="Segoe UI Symbol"/>
          <w:color w:val="365F91" w:themeColor="accent1" w:themeShade="BF"/>
        </w:rPr>
        <w:t>♞♛♞</w:t>
      </w:r>
    </w:p>
    <w:p w14:paraId="00FB80D6" w14:textId="77777777" w:rsidR="004877E9" w:rsidRDefault="004877E9" w:rsidP="004877E9">
      <w:pPr>
        <w:jc w:val="center"/>
      </w:pPr>
    </w:p>
    <w:p w14:paraId="3F4CBD02" w14:textId="32FCCF68" w:rsidR="00F91806" w:rsidRDefault="00000000" w:rsidP="004F5CDE">
      <w:r>
        <w:t>The alarm’s shrill ring was cruel after such a night. Hungover and brewing coffee, I wrestled with the consequences of my actions. Was it lust? Infatuation? Self-sabotage? I shook the thoughts away as Melanie’s kiss replayed in my mind, her laughter lingering like a melody. Whatever this was, it had awakened something electric in me.</w:t>
      </w:r>
      <w:r w:rsidR="009D2AAE">
        <w:t xml:space="preserve"> </w:t>
      </w:r>
      <w:r>
        <w:t>For the first time in years, I felt alive—not just surviving, but ready to thrive.</w:t>
      </w:r>
    </w:p>
    <w:p w14:paraId="24EB4410" w14:textId="77777777" w:rsidR="005A6EDF" w:rsidRDefault="00000000" w:rsidP="004F5CDE">
      <w:r>
        <w:t xml:space="preserve">Still, the practical concerns loomed. What was she thinking this morning? Regret? Caution? Worse, will she share our kiss with the staff? The thought of whispers and knowing smirks made my stomach churn. But I stopped myself. </w:t>
      </w:r>
    </w:p>
    <w:p w14:paraId="1C3867E1" w14:textId="77777777" w:rsidR="005A6EDF" w:rsidRDefault="00000000" w:rsidP="004F5CDE">
      <w:r>
        <w:t xml:space="preserve">So what? </w:t>
      </w:r>
    </w:p>
    <w:p w14:paraId="7DFBDE9F" w14:textId="709EEEB4" w:rsidR="00F91806" w:rsidRDefault="00000000" w:rsidP="004F5CDE">
      <w:r>
        <w:t>Whatever Melanie’s thoughts, mine were clear: this was my moment. My chance to rewrite the rules.</w:t>
      </w:r>
    </w:p>
    <w:p w14:paraId="409B9E49" w14:textId="1C5011F9" w:rsidR="00F91806" w:rsidRDefault="00000000" w:rsidP="004F5CDE">
      <w:r>
        <w:t>After brushing my teeth and taking a long, steamy shower, I faced the first big decision of the day: what to wear.</w:t>
      </w:r>
      <w:r w:rsidR="00290080">
        <w:t xml:space="preserve"> </w:t>
      </w:r>
      <w:r>
        <w:t>Dressing provocatively screamed “try-hard,” but my usual receptionist attire was way too bland. After several false starts, I landed on black jeans that hugged my curves and a blouse that hinted without flaunting. Heels, diamond studs, and a beaded necklace added just the right amount of polish. A flicker of confidence stirred as I caught my reflection. For the first time in a long while, I liked what I saw.</w:t>
      </w:r>
    </w:p>
    <w:p w14:paraId="7AE08778" w14:textId="77777777" w:rsidR="00F91806" w:rsidRDefault="00000000" w:rsidP="004F5CDE">
      <w:r>
        <w:t>Sliding into my car, my nerves began to settle. Determination took their place—a steady hum beneath the lingering excitement of the night before. Melanie might be a complication, but she wasn’t the whole story.</w:t>
      </w:r>
    </w:p>
    <w:p w14:paraId="12BA060D" w14:textId="77777777" w:rsidR="00F91806" w:rsidRDefault="00000000" w:rsidP="004F5CDE">
      <w:r>
        <w:lastRenderedPageBreak/>
        <w:t>This was my leap into the unknown, my chance to embrace the chaos, lead boldly, and own my choices with confidence. For the first time in a long time, I wasn’t just surviving—I was thriving.</w:t>
      </w:r>
    </w:p>
    <w:p w14:paraId="62B3272D" w14:textId="77777777" w:rsidR="00B74B3E" w:rsidRDefault="00000000" w:rsidP="004F5CDE">
      <w:r>
        <w:t xml:space="preserve">As the engine roared to life and the road opened ahead of me, I smiled to myself. The day was mine to conquer. Off to work. </w:t>
      </w:r>
    </w:p>
    <w:p w14:paraId="0586D327" w14:textId="24A4D604" w:rsidR="00F91806" w:rsidRDefault="00000000" w:rsidP="004F5CDE">
      <w:r>
        <w:t>What could possibly go wrong?</w:t>
      </w:r>
    </w:p>
    <w:p w14:paraId="01C7A2AC" w14:textId="77777777" w:rsidR="00046AA9" w:rsidRDefault="00046AA9" w:rsidP="004F5CDE"/>
    <w:p w14:paraId="4920600A" w14:textId="77777777" w:rsidR="00046AA9" w:rsidRDefault="00046AA9" w:rsidP="004F5CDE"/>
    <w:p w14:paraId="008E0574" w14:textId="77777777" w:rsidR="00F91806" w:rsidRDefault="00000000" w:rsidP="00E53077">
      <w:pPr>
        <w:pStyle w:val="Heading1"/>
      </w:pPr>
      <w:bookmarkStart w:id="26" w:name="_Toc189281317"/>
      <w:r>
        <w:t>Chapter 8: Owning It</w:t>
      </w:r>
      <w:bookmarkEnd w:id="26"/>
      <w:r>
        <w:t xml:space="preserve"> </w:t>
      </w:r>
    </w:p>
    <w:p w14:paraId="4875009F" w14:textId="77777777" w:rsidR="00E53077" w:rsidRDefault="00E53077" w:rsidP="004F5CDE"/>
    <w:p w14:paraId="6B7B7B59" w14:textId="7FD73FE8" w:rsidR="00F91806" w:rsidRPr="00BA0B9F" w:rsidRDefault="00000000" w:rsidP="004F5CDE">
      <w:pPr>
        <w:rPr>
          <w:i/>
          <w:iCs/>
        </w:rPr>
      </w:pPr>
      <w:r>
        <w:t>Silicone Solutions loomed ahead—bigger, bolder, and far more intimidating than I’d let myself imagine.</w:t>
      </w:r>
      <w:r w:rsidR="003C1E90">
        <w:t xml:space="preserve"> </w:t>
      </w:r>
      <w:r>
        <w:t>I owned this.</w:t>
      </w:r>
      <w:r w:rsidR="003C1E90">
        <w:t xml:space="preserve"> </w:t>
      </w:r>
      <w:r>
        <w:t>This was real.</w:t>
      </w:r>
      <w:r w:rsidR="003C1E90">
        <w:t xml:space="preserve"> </w:t>
      </w:r>
      <w:r w:rsidRPr="00BA0B9F">
        <w:rPr>
          <w:i/>
          <w:iCs/>
        </w:rPr>
        <w:t>Holy shit!</w:t>
      </w:r>
    </w:p>
    <w:p w14:paraId="7B3806CE" w14:textId="579AF107" w:rsidR="00F91806" w:rsidRDefault="00000000" w:rsidP="004F5CDE">
      <w:r>
        <w:t>I pulled into the parking lot, my stomach doing flips. From the driver’s seat, the store looked less like a place of business and more like an empire in disguise. The glass storefront gleamed under the afternoon sun, giving the illusion of sophistication—until my gaze landed on the sign above the entrance.</w:t>
      </w:r>
    </w:p>
    <w:p w14:paraId="2F6A083F" w14:textId="77777777" w:rsidR="00F91806" w:rsidRPr="000A13B5" w:rsidRDefault="00000000" w:rsidP="004F5CDE">
      <w:pPr>
        <w:rPr>
          <w:i/>
          <w:iCs/>
          <w:color w:val="365F91" w:themeColor="accent1" w:themeShade="BF"/>
        </w:rPr>
      </w:pPr>
      <w:r w:rsidRPr="000A13B5">
        <w:rPr>
          <w:i/>
          <w:iCs/>
          <w:color w:val="365F91" w:themeColor="accent1" w:themeShade="BF"/>
        </w:rPr>
        <w:t>CROTCHCO.</w:t>
      </w:r>
    </w:p>
    <w:p w14:paraId="6FDFA9B5" w14:textId="6C99633C" w:rsidR="00F91806" w:rsidRDefault="00000000" w:rsidP="004F5CDE">
      <w:r>
        <w:t>In all caps. In the worst possible font.</w:t>
      </w:r>
      <w:r w:rsidR="00AC29BD">
        <w:t xml:space="preserve"> </w:t>
      </w:r>
      <w:r>
        <w:t>If a building could blush, this one would be beet-red.</w:t>
      </w:r>
      <w:r w:rsidR="00194F46">
        <w:t xml:space="preserve"> </w:t>
      </w:r>
      <w:r>
        <w:t>I groaned internally. Of all the things to forget... I was supposed to authorize the new signage days ago. So much for my grand entrance—</w:t>
      </w:r>
      <w:r w:rsidR="005757E5">
        <w:t>I imagined future</w:t>
      </w:r>
      <w:r>
        <w:t xml:space="preserve"> customers squinting at the gaudy letters, reconsidering all their life choices.</w:t>
      </w:r>
    </w:p>
    <w:p w14:paraId="727E7272" w14:textId="77777777" w:rsidR="00F91806" w:rsidRPr="00240A21" w:rsidRDefault="00000000" w:rsidP="004F5CDE">
      <w:pPr>
        <w:rPr>
          <w:i/>
          <w:iCs/>
        </w:rPr>
      </w:pPr>
      <w:r w:rsidRPr="00240A21">
        <w:rPr>
          <w:i/>
          <w:iCs/>
        </w:rPr>
        <w:t>First lesson of being CEO? Pay the damn invoices.</w:t>
      </w:r>
    </w:p>
    <w:p w14:paraId="77F97C9E" w14:textId="77777777" w:rsidR="00F91806" w:rsidRDefault="00000000" w:rsidP="004F5CDE">
      <w:r>
        <w:t>I took a deep breath, smoothed my blouse, and stepped out of the car. My reflection flickered in one of the security cameras, its lens glinting in the sunlight.</w:t>
      </w:r>
    </w:p>
    <w:p w14:paraId="392EA752" w14:textId="77777777" w:rsidR="00F91806" w:rsidRPr="00AC29BD" w:rsidRDefault="00000000" w:rsidP="004F5CDE">
      <w:pPr>
        <w:rPr>
          <w:i/>
          <w:iCs/>
        </w:rPr>
      </w:pPr>
      <w:r w:rsidRPr="00AC29BD">
        <w:rPr>
          <w:i/>
          <w:iCs/>
        </w:rPr>
        <w:t>Look like you belong, and maybe you’ll start believing it.</w:t>
      </w:r>
    </w:p>
    <w:p w14:paraId="45F6A938" w14:textId="5380E4F7" w:rsidR="00AA53CF" w:rsidRPr="00AA53CF" w:rsidRDefault="00000000" w:rsidP="00AA53CF">
      <w:r>
        <w:t>Squaring my shoulders, I walked inside.</w:t>
      </w:r>
      <w:r w:rsidR="00FE1D17">
        <w:t xml:space="preserve"> </w:t>
      </w:r>
      <w:r>
        <w:t>The first thing that hit me was the scent—a strange yet oddly pleasant mix of lavender and fresh plastic.</w:t>
      </w:r>
      <w:r w:rsidR="00FE1D17">
        <w:t xml:space="preserve"> </w:t>
      </w:r>
      <w:r>
        <w:t>Huh. Not bad.</w:t>
      </w:r>
      <w:r w:rsidR="00EE15BC">
        <w:t xml:space="preserve"> </w:t>
      </w:r>
      <w:r w:rsidR="00AA53CF" w:rsidRPr="00AA53CF">
        <w:t>Warm lighting highlighted the gleaming displays, and the soft hum of background music—</w:t>
      </w:r>
      <w:r w:rsidR="00AA53CF" w:rsidRPr="00AA53CF">
        <w:lastRenderedPageBreak/>
        <w:t>something jazzy but just suggestive enough to be on-brand—gave the store an oddly upscale feel.</w:t>
      </w:r>
    </w:p>
    <w:p w14:paraId="3689EEFD" w14:textId="1130883E" w:rsidR="00AA53CF" w:rsidRDefault="00AA53CF" w:rsidP="004F5CDE">
      <w:r w:rsidRPr="00AA53CF">
        <w:t>The juice bar in the corner was an unexpected touch. It somehow made the place feel more like a trendy cocktail lounge than a shrine to battery-operated bliss.</w:t>
      </w:r>
      <w:r w:rsidR="004F67D1">
        <w:t xml:space="preserve"> </w:t>
      </w:r>
      <w:r w:rsidRPr="00AA53CF">
        <w:t>But then my focus snapped to the showroom center—where a hand-painted banner hung above a long table stacked with wine bottles, desserts, and coffee.</w:t>
      </w:r>
    </w:p>
    <w:p w14:paraId="55D16581" w14:textId="10D42B33" w:rsidR="00F91806" w:rsidRDefault="00000000" w:rsidP="004F5CDE">
      <w:r>
        <w:t>"</w:t>
      </w:r>
      <w:r w:rsidRPr="000A13B5">
        <w:rPr>
          <w:i/>
          <w:iCs/>
        </w:rPr>
        <w:t>WELCOME TO SILICONE SOLUTIONS, HANNAH!</w:t>
      </w:r>
      <w:r>
        <w:t>"</w:t>
      </w:r>
    </w:p>
    <w:p w14:paraId="329B94EF" w14:textId="244E926B" w:rsidR="00AA53CF" w:rsidRPr="00AA53CF" w:rsidRDefault="00000000" w:rsidP="00AA53CF">
      <w:r>
        <w:t>Colorful messages from my new employees filled the space beneath the bold letters—inside jokes, doodles, signatures, even a few very questionable sketches.</w:t>
      </w:r>
      <w:r w:rsidR="003C1E90">
        <w:t xml:space="preserve"> </w:t>
      </w:r>
      <w:r>
        <w:t>My chest tightened—not with nerves this time, but with something warmer.</w:t>
      </w:r>
      <w:r w:rsidR="00FA11DD">
        <w:t xml:space="preserve"> </w:t>
      </w:r>
      <w:r>
        <w:t>They didn’t even know me yet. And they had already gone out of their way to make me feel welcome.</w:t>
      </w:r>
      <w:r w:rsidR="00045559">
        <w:t xml:space="preserve"> </w:t>
      </w:r>
      <w:r w:rsidR="00AA53CF" w:rsidRPr="00AA53CF">
        <w:t>I exhaled, something loosening in my chest that I hadn’t realized was clenched.</w:t>
      </w:r>
      <w:r w:rsidR="003C1E90">
        <w:t xml:space="preserve"> </w:t>
      </w:r>
      <w:r w:rsidR="00AA53CF" w:rsidRPr="00AA53CF">
        <w:t>Maybe I could do this.</w:t>
      </w:r>
    </w:p>
    <w:p w14:paraId="67552D52" w14:textId="68EDD9C3" w:rsidR="00F91806" w:rsidRDefault="00000000" w:rsidP="004F5CDE">
      <w:r>
        <w:t>And then Melanie appeared.</w:t>
      </w:r>
    </w:p>
    <w:p w14:paraId="228DE2FB" w14:textId="52956319" w:rsidR="00940A40" w:rsidRPr="00940A40" w:rsidRDefault="00940A40" w:rsidP="00940A40">
      <w:r w:rsidRPr="00940A40">
        <w:t>She glided toward me like a goddamn movie star—graceful, effortless, completely at ease. She carried herself like she owned the air around her, like the room adjusted to her presence rather than the other way around.</w:t>
      </w:r>
      <w:r w:rsidR="00194F46">
        <w:t xml:space="preserve"> </w:t>
      </w:r>
      <w:r w:rsidRPr="00940A40">
        <w:t>Her green eyes locked onto mine, and just like that, the store, the banner, the nervous flutter in my gut—all of it blurred into background noise.</w:t>
      </w:r>
    </w:p>
    <w:p w14:paraId="720F3231" w14:textId="2A3D9262" w:rsidR="00940A40" w:rsidRDefault="00940A40" w:rsidP="00940A40">
      <w:r w:rsidRPr="00940A40">
        <w:t>“Welcome, Hannah.”</w:t>
      </w:r>
      <w:r w:rsidR="003C1E90">
        <w:t xml:space="preserve"> </w:t>
      </w:r>
      <w:r w:rsidRPr="00940A40">
        <w:t>She pulled me into a hug—warm, soft, firm. Just right.</w:t>
      </w:r>
      <w:r w:rsidR="004F67D1">
        <w:t xml:space="preserve"> </w:t>
      </w:r>
      <w:r w:rsidRPr="00940A40">
        <w:t>The scent of citrus and something darker—sandalwood?—lingered between us, and for a fleeting moment, my brain stalled.</w:t>
      </w:r>
    </w:p>
    <w:p w14:paraId="42DFDF85" w14:textId="66CFAF65" w:rsidR="00940A40" w:rsidRPr="00940A40" w:rsidRDefault="00940A40" w:rsidP="00940A40">
      <w:r w:rsidRPr="00940A40">
        <w:t>The embrace lasted a beat too long.</w:t>
      </w:r>
      <w:r w:rsidR="00194F46">
        <w:t xml:space="preserve"> </w:t>
      </w:r>
      <w:r w:rsidRPr="00940A40">
        <w:t>She finally pulled back, but her fingers brushed mine for just a second longer than necessary before she stepped away.</w:t>
      </w:r>
      <w:r w:rsidR="002D6FF8">
        <w:t xml:space="preserve"> </w:t>
      </w:r>
      <w:r w:rsidRPr="00940A40">
        <w:t>A current ran through me, subtle but undeniable.</w:t>
      </w:r>
    </w:p>
    <w:p w14:paraId="376C3AFF" w14:textId="4E20264C" w:rsidR="00B350F0" w:rsidRDefault="00940A40" w:rsidP="00B350F0">
      <w:pPr>
        <w:rPr>
          <w:i/>
          <w:iCs/>
        </w:rPr>
      </w:pPr>
      <w:r w:rsidRPr="002D6FF8">
        <w:rPr>
          <w:i/>
          <w:iCs/>
        </w:rPr>
        <w:t>Focus, Hannah. This isn’t a rom-com—it’s your job.</w:t>
      </w:r>
    </w:p>
    <w:p w14:paraId="473B11AD" w14:textId="77777777" w:rsidR="00B350F0" w:rsidRDefault="00B350F0" w:rsidP="00B350F0">
      <w:pPr>
        <w:rPr>
          <w:rFonts w:ascii="Segoe UI Symbol" w:hAnsi="Segoe UI Symbol" w:cs="Segoe UI Symbol"/>
          <w:color w:val="365F91" w:themeColor="accent1" w:themeShade="BF"/>
        </w:rPr>
      </w:pPr>
    </w:p>
    <w:p w14:paraId="7990C915" w14:textId="0AB3D11A" w:rsidR="00B350F0" w:rsidRDefault="00B350F0" w:rsidP="00B350F0">
      <w:pPr>
        <w:jc w:val="center"/>
        <w:rPr>
          <w:rFonts w:ascii="Segoe UI Symbol" w:hAnsi="Segoe UI Symbol" w:cs="Segoe UI Symbol"/>
          <w:color w:val="365F91" w:themeColor="accent1" w:themeShade="BF"/>
        </w:rPr>
      </w:pPr>
      <w:r w:rsidRPr="00B350F0">
        <w:rPr>
          <w:rFonts w:ascii="Segoe UI Symbol" w:hAnsi="Segoe UI Symbol" w:cs="Segoe UI Symbol"/>
          <w:color w:val="365F91" w:themeColor="accent1" w:themeShade="BF"/>
        </w:rPr>
        <w:t>♞♛♞</w:t>
      </w:r>
    </w:p>
    <w:p w14:paraId="72ED28D4" w14:textId="77777777" w:rsidR="00B350F0" w:rsidRPr="00B350F0" w:rsidRDefault="00B350F0" w:rsidP="00B350F0">
      <w:pPr>
        <w:jc w:val="center"/>
        <w:rPr>
          <w:rFonts w:ascii="Segoe UI Symbol" w:hAnsi="Segoe UI Symbol" w:cs="Segoe UI Symbol"/>
          <w:color w:val="365F91" w:themeColor="accent1" w:themeShade="BF"/>
        </w:rPr>
      </w:pPr>
    </w:p>
    <w:p w14:paraId="120A6546" w14:textId="2A681E08" w:rsidR="00F91806" w:rsidRDefault="00000000" w:rsidP="004F5CDE">
      <w:r>
        <w:lastRenderedPageBreak/>
        <w:t>The employees had clearly been prepped—or maybe just inspired by my earlier email.</w:t>
      </w:r>
      <w:r w:rsidR="00EE15BC">
        <w:t xml:space="preserve"> </w:t>
      </w:r>
      <w:r>
        <w:t>One by one, they introduced themselves—with puns</w:t>
      </w:r>
      <w:r w:rsidR="00D15A1A">
        <w:t>:</w:t>
      </w:r>
    </w:p>
    <w:p w14:paraId="33DBD9F7" w14:textId="77777777" w:rsidR="00F91806" w:rsidRDefault="00000000" w:rsidP="00D15A1A">
      <w:r>
        <w:t>“Finn from logistics. I’m where the rubber hits… whatever road you decide to put it in.”</w:t>
      </w:r>
    </w:p>
    <w:p w14:paraId="1445A0AA" w14:textId="77777777" w:rsidR="00F91806" w:rsidRDefault="00000000" w:rsidP="00D15A1A">
      <w:r>
        <w:t>“Liam, also logistics. Our warehouse offers a great womb with a view!”</w:t>
      </w:r>
    </w:p>
    <w:p w14:paraId="4E315B9F" w14:textId="77777777" w:rsidR="00F91806" w:rsidRDefault="00000000" w:rsidP="00D15A1A">
      <w:r>
        <w:t>“Tony, Chief of Security. I’ve got your back—and from here, it looks rather amazing.”</w:t>
      </w:r>
    </w:p>
    <w:p w14:paraId="5694AFA3" w14:textId="77777777" w:rsidR="00F91806" w:rsidRDefault="00000000" w:rsidP="00D15A1A">
      <w:r>
        <w:t xml:space="preserve">“John, cashier. Would you like to donate two dollars to help support troop morale overseas? </w:t>
      </w:r>
    </w:p>
    <w:p w14:paraId="4EE626C0" w14:textId="77777777" w:rsidR="004F67D1" w:rsidRDefault="00000000" w:rsidP="00F5141C">
      <w:r>
        <w:t>“</w:t>
      </w:r>
      <w:r w:rsidR="00400041">
        <w:t>Candice</w:t>
      </w:r>
      <w:r>
        <w:t>, resident mixologist and dancer. My milkshake makes all the boys… hard.”</w:t>
      </w:r>
      <w:r w:rsidR="004F67D1">
        <w:t xml:space="preserve"> </w:t>
      </w:r>
    </w:p>
    <w:p w14:paraId="7D32B396" w14:textId="0DFB8938" w:rsidR="00F91806" w:rsidRDefault="00000000" w:rsidP="004F5CDE">
      <w:r>
        <w:t>Every introduction was a tiny olive branch, and I took them all.</w:t>
      </w:r>
      <w:r w:rsidR="007F6B0E">
        <w:t xml:space="preserve"> </w:t>
      </w:r>
      <w:r>
        <w:t>This wasn’t just a team. It was a family.</w:t>
      </w:r>
      <w:r w:rsidR="00CC4610">
        <w:t xml:space="preserve"> </w:t>
      </w:r>
      <w:r>
        <w:t>And I wasn’t just joining them—I was leading them.</w:t>
      </w:r>
    </w:p>
    <w:p w14:paraId="1D2070C3" w14:textId="77777777" w:rsidR="00F91806" w:rsidRDefault="00000000" w:rsidP="004F5CDE">
      <w:r>
        <w:t>Then it hit me.</w:t>
      </w:r>
    </w:p>
    <w:p w14:paraId="0092B8A5" w14:textId="77777777" w:rsidR="00F91806" w:rsidRPr="00F148D4" w:rsidRDefault="00000000" w:rsidP="004F5CDE">
      <w:pPr>
        <w:rPr>
          <w:i/>
          <w:iCs/>
        </w:rPr>
      </w:pPr>
      <w:r w:rsidRPr="00F148D4">
        <w:rPr>
          <w:i/>
          <w:iCs/>
        </w:rPr>
        <w:t>Fuck. Why didn’t I prepare a speech?</w:t>
      </w:r>
    </w:p>
    <w:p w14:paraId="4B6DAC12" w14:textId="4DF024BD" w:rsidR="00F91806" w:rsidRDefault="00000000" w:rsidP="004F5CDE">
      <w:r>
        <w:t>My mind went completely blank.</w:t>
      </w:r>
      <w:r w:rsidR="004F67D1">
        <w:t xml:space="preserve"> </w:t>
      </w:r>
      <w:r>
        <w:t>Panic bubbled. My palms itched. I scanned the room, desperate for inspiration.</w:t>
      </w:r>
      <w:r w:rsidR="0038058A">
        <w:t xml:space="preserve"> </w:t>
      </w:r>
      <w:r>
        <w:t>Melanie stepped closer.</w:t>
      </w:r>
      <w:r w:rsidR="00CC4610">
        <w:t xml:space="preserve"> </w:t>
      </w:r>
      <w:r>
        <w:t>Her voice was low, just for me.</w:t>
      </w:r>
      <w:r w:rsidR="004F67D1">
        <w:t xml:space="preserve"> </w:t>
      </w:r>
      <w:r>
        <w:t>“Don’t overthink it,” she whispered. “Just speak from the heart.”</w:t>
      </w:r>
      <w:r w:rsidR="00EE15BC">
        <w:t xml:space="preserve"> </w:t>
      </w:r>
      <w:r>
        <w:t>Easy for you to say, Miss Perfect.</w:t>
      </w:r>
      <w:r w:rsidR="00CC4610">
        <w:t xml:space="preserve"> </w:t>
      </w:r>
      <w:r>
        <w:t>But she was right.</w:t>
      </w:r>
    </w:p>
    <w:p w14:paraId="3B391A08" w14:textId="0808595F" w:rsidR="00F91806" w:rsidRDefault="00000000" w:rsidP="004F5CDE">
      <w:r>
        <w:t>I stepped forward, cleared my throat.</w:t>
      </w:r>
      <w:r w:rsidR="003C1E90">
        <w:t xml:space="preserve"> </w:t>
      </w:r>
      <w:r>
        <w:t>“First—thank you.”</w:t>
      </w:r>
      <w:r w:rsidR="003C1E90">
        <w:t xml:space="preserve"> </w:t>
      </w:r>
      <w:r>
        <w:t>I gestured to the banner. “This means more to me than I can put into words.</w:t>
      </w:r>
      <w:r w:rsidR="003C1E90">
        <w:t xml:space="preserve"> </w:t>
      </w:r>
      <w:r>
        <w:t>When I first learned about Silicone Solutions, I had no idea what to expect. But then I saw the creativity, the competence, the humor in this team—and the heart behind what we do. That’s when I realized… this isn’t just a business.</w:t>
      </w:r>
    </w:p>
    <w:p w14:paraId="0FE2DBCA" w14:textId="5187BD4A" w:rsidR="00F91806" w:rsidRDefault="00000000" w:rsidP="004F5CDE">
      <w:r>
        <w:t>This is a place where we can make people’s lives brighter—and maybe a little more fun.</w:t>
      </w:r>
      <w:r w:rsidR="003C1E90">
        <w:t xml:space="preserve"> </w:t>
      </w:r>
      <w:r>
        <w:t>I’m here to learn from you, to laugh with you, and to work together to make Silicone Solutions everything it can be. Whether we’re helping customers find something they didn’t know they needed, or creating a space where everyone feels welcome, I believe we can make this place truly special.”</w:t>
      </w:r>
    </w:p>
    <w:p w14:paraId="0D169AE5" w14:textId="77777777" w:rsidR="00F91806" w:rsidRDefault="00000000" w:rsidP="004F5CDE">
      <w:r>
        <w:t>Applause erupted.</w:t>
      </w:r>
    </w:p>
    <w:p w14:paraId="0E2BC9F3" w14:textId="77777777" w:rsidR="0038058A" w:rsidRDefault="00000000" w:rsidP="004F5CDE">
      <w:r>
        <w:t>I let out a breath I hadn’t realized I was holding.</w:t>
      </w:r>
      <w:r w:rsidR="0038058A">
        <w:t xml:space="preserve"> </w:t>
      </w:r>
      <w:r w:rsidR="00F5141C" w:rsidRPr="00F5141C">
        <w:t>I glanced at Melanie.</w:t>
      </w:r>
      <w:r w:rsidR="004F67D1">
        <w:t xml:space="preserve"> </w:t>
      </w:r>
      <w:r w:rsidR="00F5141C" w:rsidRPr="00F5141C">
        <w:t>She was beaming—something proud and knowing flickering behind her expression.</w:t>
      </w:r>
      <w:r w:rsidR="00E129C5">
        <w:t xml:space="preserve"> </w:t>
      </w:r>
      <w:r w:rsidR="00F5141C" w:rsidRPr="00F5141C">
        <w:t>And maybe, just maybe, something more.</w:t>
      </w:r>
      <w:r w:rsidR="0038058A">
        <w:t xml:space="preserve"> </w:t>
      </w:r>
    </w:p>
    <w:p w14:paraId="0443C8ED" w14:textId="2FCA86A9" w:rsidR="00F91806" w:rsidRDefault="00000000" w:rsidP="004F5CDE">
      <w:r>
        <w:lastRenderedPageBreak/>
        <w:t>Whatever came next, I wasn’t just ready—I was excited.</w:t>
      </w:r>
      <w:r w:rsidR="0038058A">
        <w:t xml:space="preserve"> </w:t>
      </w:r>
      <w:r>
        <w:t>For the first time in a long time, I felt like I belonged.</w:t>
      </w:r>
    </w:p>
    <w:p w14:paraId="5D49F525" w14:textId="77777777" w:rsidR="00046AA9" w:rsidRDefault="00046AA9" w:rsidP="004F5CDE"/>
    <w:p w14:paraId="524400C3" w14:textId="77777777" w:rsidR="00046AA9" w:rsidRDefault="00046AA9" w:rsidP="004F5CDE"/>
    <w:p w14:paraId="3E522BDA" w14:textId="77777777" w:rsidR="00F91806" w:rsidRDefault="00000000" w:rsidP="007101DB">
      <w:pPr>
        <w:pStyle w:val="Heading1"/>
      </w:pPr>
      <w:bookmarkStart w:id="27" w:name="_Toc189281318"/>
      <w:r>
        <w:t>Chapter 9: Occupado</w:t>
      </w:r>
      <w:bookmarkEnd w:id="27"/>
    </w:p>
    <w:p w14:paraId="36FB4446" w14:textId="77777777" w:rsidR="007101DB" w:rsidRDefault="007101DB" w:rsidP="004F5CDE"/>
    <w:p w14:paraId="35192F42" w14:textId="77777777" w:rsidR="0062737C" w:rsidRPr="0062737C" w:rsidRDefault="0062737C" w:rsidP="0062737C">
      <w:pPr>
        <w:rPr>
          <w:rFonts w:cs="Times New Roman"/>
          <w:szCs w:val="24"/>
        </w:rPr>
      </w:pPr>
      <w:r w:rsidRPr="0062737C">
        <w:rPr>
          <w:rFonts w:cs="Times New Roman"/>
          <w:szCs w:val="24"/>
        </w:rPr>
        <w:t>Mingling with the staff only reinforced what I already suspected—this place had something special. The quirky team, the easy laughter, the unspoken camaraderie—it didn’t just feel like a workplace.</w:t>
      </w:r>
    </w:p>
    <w:p w14:paraId="2236CC66" w14:textId="77777777" w:rsidR="0062737C" w:rsidRPr="0062737C" w:rsidRDefault="0062737C" w:rsidP="0062737C">
      <w:pPr>
        <w:rPr>
          <w:rFonts w:cs="Times New Roman"/>
          <w:szCs w:val="24"/>
        </w:rPr>
      </w:pPr>
      <w:r w:rsidRPr="0062737C">
        <w:rPr>
          <w:rFonts w:cs="Times New Roman"/>
          <w:szCs w:val="24"/>
        </w:rPr>
        <w:t>It felt like a community.</w:t>
      </w:r>
    </w:p>
    <w:p w14:paraId="7A0F1BB7" w14:textId="079CC1FD" w:rsidR="0062737C" w:rsidRPr="0062737C" w:rsidRDefault="0062737C" w:rsidP="0062737C">
      <w:pPr>
        <w:rPr>
          <w:rFonts w:cs="Times New Roman"/>
          <w:szCs w:val="24"/>
        </w:rPr>
      </w:pPr>
      <w:r w:rsidRPr="0062737C">
        <w:rPr>
          <w:rFonts w:cs="Times New Roman"/>
          <w:szCs w:val="24"/>
        </w:rPr>
        <w:t>The energy in the room hummed—the low clink of glasses, the soft chuckles, the warmth of new beginnings.</w:t>
      </w:r>
      <w:r w:rsidR="007F6B0E">
        <w:rPr>
          <w:rFonts w:cs="Times New Roman"/>
          <w:szCs w:val="24"/>
        </w:rPr>
        <w:t xml:space="preserve"> </w:t>
      </w:r>
      <w:r w:rsidRPr="0062737C">
        <w:rPr>
          <w:rFonts w:cs="Times New Roman"/>
          <w:szCs w:val="24"/>
        </w:rPr>
        <w:t>Even if the wine tasted like regret in a bottle.</w:t>
      </w:r>
      <w:r w:rsidR="008A7ED7">
        <w:rPr>
          <w:rFonts w:cs="Times New Roman"/>
          <w:szCs w:val="24"/>
        </w:rPr>
        <w:t xml:space="preserve"> </w:t>
      </w:r>
      <w:r w:rsidRPr="0062737C">
        <w:rPr>
          <w:rFonts w:cs="Times New Roman"/>
          <w:szCs w:val="24"/>
        </w:rPr>
        <w:t>I tried not to grimace as I took another sip.</w:t>
      </w:r>
    </w:p>
    <w:p w14:paraId="27C2F317" w14:textId="23CAAA0E" w:rsidR="0062737C" w:rsidRPr="0062737C" w:rsidRDefault="0062737C" w:rsidP="0062737C">
      <w:pPr>
        <w:rPr>
          <w:rFonts w:cs="Times New Roman"/>
          <w:szCs w:val="24"/>
        </w:rPr>
      </w:pPr>
      <w:r w:rsidRPr="0062737C">
        <w:rPr>
          <w:rFonts w:cs="Times New Roman"/>
          <w:szCs w:val="24"/>
        </w:rPr>
        <w:t>Across the room, Melanie caught my eye.</w:t>
      </w:r>
      <w:r w:rsidR="00EE15BC">
        <w:rPr>
          <w:rFonts w:cs="Times New Roman"/>
          <w:szCs w:val="24"/>
        </w:rPr>
        <w:t xml:space="preserve"> </w:t>
      </w:r>
      <w:r w:rsidRPr="0062737C">
        <w:rPr>
          <w:rFonts w:cs="Times New Roman"/>
          <w:szCs w:val="24"/>
        </w:rPr>
        <w:t>"Excuse me for a moment," she announced, lifting her glass with an amused glint in her gaze. "Ladies' room."</w:t>
      </w:r>
      <w:r w:rsidR="00EE15BC">
        <w:rPr>
          <w:rFonts w:cs="Times New Roman"/>
          <w:szCs w:val="24"/>
        </w:rPr>
        <w:t xml:space="preserve"> </w:t>
      </w:r>
      <w:r w:rsidRPr="0062737C">
        <w:rPr>
          <w:rFonts w:cs="Times New Roman"/>
          <w:szCs w:val="24"/>
        </w:rPr>
        <w:t>Before I could think, I blurted—"I’ll join you."</w:t>
      </w:r>
      <w:r w:rsidR="004F67D1">
        <w:rPr>
          <w:rFonts w:cs="Times New Roman"/>
          <w:szCs w:val="24"/>
        </w:rPr>
        <w:t xml:space="preserve"> </w:t>
      </w:r>
      <w:r w:rsidRPr="0062737C">
        <w:rPr>
          <w:rFonts w:cs="Times New Roman"/>
          <w:szCs w:val="24"/>
        </w:rPr>
        <w:t>The second the words left my mouth, I wanted to hurl myself into the void.</w:t>
      </w:r>
    </w:p>
    <w:p w14:paraId="7CF479CA" w14:textId="77777777" w:rsidR="0062737C" w:rsidRPr="0062737C" w:rsidRDefault="0062737C" w:rsidP="0062737C">
      <w:pPr>
        <w:rPr>
          <w:rFonts w:cs="Times New Roman"/>
          <w:szCs w:val="24"/>
        </w:rPr>
      </w:pPr>
      <w:r w:rsidRPr="0062737C">
        <w:rPr>
          <w:rFonts w:cs="Times New Roman"/>
          <w:szCs w:val="24"/>
        </w:rPr>
        <w:t>A flicker of amusement crossed her face.</w:t>
      </w:r>
    </w:p>
    <w:p w14:paraId="49F142AD" w14:textId="77777777" w:rsidR="0062737C" w:rsidRPr="0062737C" w:rsidRDefault="0062737C" w:rsidP="0062737C">
      <w:pPr>
        <w:rPr>
          <w:rFonts w:cs="Times New Roman"/>
          <w:szCs w:val="24"/>
        </w:rPr>
      </w:pPr>
      <w:r w:rsidRPr="0062737C">
        <w:rPr>
          <w:rFonts w:cs="Times New Roman"/>
          <w:i/>
          <w:iCs/>
          <w:szCs w:val="24"/>
        </w:rPr>
        <w:t>Smooth, Hannah. What’s next? Holding hands in the stall?</w:t>
      </w:r>
    </w:p>
    <w:p w14:paraId="4797D046" w14:textId="77777777" w:rsidR="0062737C" w:rsidRPr="0062737C" w:rsidRDefault="0062737C" w:rsidP="0062737C">
      <w:pPr>
        <w:rPr>
          <w:rFonts w:cs="Times New Roman"/>
          <w:szCs w:val="24"/>
        </w:rPr>
      </w:pPr>
      <w:r w:rsidRPr="0062737C">
        <w:rPr>
          <w:rFonts w:cs="Times New Roman"/>
          <w:szCs w:val="24"/>
        </w:rPr>
        <w:t>Still, I followed.</w:t>
      </w:r>
    </w:p>
    <w:p w14:paraId="09BEA937" w14:textId="3282CF71" w:rsidR="0062737C" w:rsidRPr="0062737C" w:rsidRDefault="0062737C" w:rsidP="0062737C">
      <w:pPr>
        <w:rPr>
          <w:rFonts w:cs="Times New Roman"/>
          <w:szCs w:val="24"/>
        </w:rPr>
      </w:pPr>
      <w:r w:rsidRPr="0062737C">
        <w:rPr>
          <w:rFonts w:cs="Times New Roman"/>
          <w:szCs w:val="24"/>
        </w:rPr>
        <w:t>As we slipped toward the bathroom, the hum of the party faded, replaced by the sharp click of our heels against tile.</w:t>
      </w:r>
      <w:r w:rsidR="0038058A">
        <w:rPr>
          <w:rFonts w:cs="Times New Roman"/>
          <w:szCs w:val="24"/>
        </w:rPr>
        <w:t xml:space="preserve"> </w:t>
      </w:r>
      <w:r w:rsidRPr="0062737C">
        <w:rPr>
          <w:rFonts w:cs="Times New Roman"/>
          <w:szCs w:val="24"/>
        </w:rPr>
        <w:t>Inside, the air felt cooler, quieter—just the hush of soft music seeping under the door.</w:t>
      </w:r>
      <w:r w:rsidR="008A7ED7">
        <w:rPr>
          <w:rFonts w:cs="Times New Roman"/>
          <w:szCs w:val="24"/>
        </w:rPr>
        <w:t xml:space="preserve"> </w:t>
      </w:r>
      <w:r w:rsidRPr="0062737C">
        <w:rPr>
          <w:rFonts w:cs="Times New Roman"/>
          <w:szCs w:val="24"/>
        </w:rPr>
        <w:t>We moved in comfortable silence, fixing our makeup at the mirror. But when I turned to face her, something shifted.</w:t>
      </w:r>
    </w:p>
    <w:p w14:paraId="726E6B22" w14:textId="77777777" w:rsidR="0062737C" w:rsidRPr="0062737C" w:rsidRDefault="0062737C" w:rsidP="0062737C">
      <w:pPr>
        <w:rPr>
          <w:rFonts w:cs="Times New Roman"/>
          <w:szCs w:val="24"/>
        </w:rPr>
      </w:pPr>
      <w:r w:rsidRPr="0062737C">
        <w:rPr>
          <w:rFonts w:cs="Times New Roman"/>
          <w:szCs w:val="24"/>
        </w:rPr>
        <w:t>Melanie stepped closer.</w:t>
      </w:r>
    </w:p>
    <w:p w14:paraId="1110F47C" w14:textId="77777777" w:rsidR="0062737C" w:rsidRPr="0062737C" w:rsidRDefault="0062737C" w:rsidP="0062737C">
      <w:pPr>
        <w:rPr>
          <w:rFonts w:cs="Times New Roman"/>
          <w:szCs w:val="24"/>
        </w:rPr>
      </w:pPr>
      <w:r w:rsidRPr="0062737C">
        <w:rPr>
          <w:rFonts w:cs="Times New Roman"/>
          <w:szCs w:val="24"/>
        </w:rPr>
        <w:t>Too close.</w:t>
      </w:r>
    </w:p>
    <w:p w14:paraId="527FF9B6" w14:textId="77777777" w:rsidR="0062737C" w:rsidRPr="0062737C" w:rsidRDefault="0062737C" w:rsidP="0062737C">
      <w:pPr>
        <w:rPr>
          <w:rFonts w:cs="Times New Roman"/>
          <w:szCs w:val="24"/>
        </w:rPr>
      </w:pPr>
      <w:r w:rsidRPr="0062737C">
        <w:rPr>
          <w:rFonts w:cs="Times New Roman"/>
          <w:szCs w:val="24"/>
        </w:rPr>
        <w:t>My breath hitched.</w:t>
      </w:r>
    </w:p>
    <w:p w14:paraId="625EADE7" w14:textId="0ABCE816" w:rsidR="0062737C" w:rsidRPr="0062737C" w:rsidRDefault="0062737C" w:rsidP="0062737C">
      <w:pPr>
        <w:rPr>
          <w:rFonts w:cs="Times New Roman"/>
          <w:szCs w:val="24"/>
        </w:rPr>
      </w:pPr>
      <w:r w:rsidRPr="0062737C">
        <w:rPr>
          <w:rFonts w:cs="Times New Roman"/>
          <w:szCs w:val="24"/>
        </w:rPr>
        <w:lastRenderedPageBreak/>
        <w:t>She didn’t touch me. Not yet. But the space between us thinned, tension stretching like an elastic band pulled too tight.</w:t>
      </w:r>
      <w:r w:rsidR="00EA43FF">
        <w:rPr>
          <w:rFonts w:cs="Times New Roman"/>
          <w:szCs w:val="24"/>
        </w:rPr>
        <w:t xml:space="preserve"> </w:t>
      </w:r>
      <w:r w:rsidRPr="0062737C">
        <w:rPr>
          <w:rFonts w:cs="Times New Roman"/>
          <w:szCs w:val="24"/>
        </w:rPr>
        <w:t>Her perfume wrapped around me—sharp citrus, clean musk, something darker beneath it.</w:t>
      </w:r>
      <w:r w:rsidR="0038058A">
        <w:rPr>
          <w:rFonts w:cs="Times New Roman"/>
          <w:szCs w:val="24"/>
        </w:rPr>
        <w:t xml:space="preserve"> </w:t>
      </w:r>
      <w:r w:rsidRPr="0062737C">
        <w:rPr>
          <w:rFonts w:cs="Times New Roman"/>
          <w:szCs w:val="24"/>
        </w:rPr>
        <w:t>She exhaled, barely above a whisper.</w:t>
      </w:r>
    </w:p>
    <w:p w14:paraId="6542630A" w14:textId="77777777" w:rsidR="0062737C" w:rsidRPr="0062737C" w:rsidRDefault="0062737C" w:rsidP="0062737C">
      <w:pPr>
        <w:rPr>
          <w:rFonts w:cs="Times New Roman"/>
          <w:szCs w:val="24"/>
        </w:rPr>
      </w:pPr>
      <w:r w:rsidRPr="0062737C">
        <w:rPr>
          <w:rFonts w:cs="Times New Roman"/>
          <w:szCs w:val="24"/>
        </w:rPr>
        <w:t>"Hannah."</w:t>
      </w:r>
    </w:p>
    <w:p w14:paraId="3EDE5498" w14:textId="77777777" w:rsidR="0062737C" w:rsidRPr="0062737C" w:rsidRDefault="0062737C" w:rsidP="0062737C">
      <w:pPr>
        <w:rPr>
          <w:rFonts w:cs="Times New Roman"/>
          <w:szCs w:val="24"/>
        </w:rPr>
      </w:pPr>
      <w:r w:rsidRPr="0062737C">
        <w:rPr>
          <w:rFonts w:cs="Times New Roman"/>
          <w:szCs w:val="24"/>
        </w:rPr>
        <w:t>I swallowed. "What?"</w:t>
      </w:r>
    </w:p>
    <w:p w14:paraId="6C32D0DD" w14:textId="4BD30A3E" w:rsidR="0062737C" w:rsidRPr="0062737C" w:rsidRDefault="0062737C" w:rsidP="0062737C">
      <w:pPr>
        <w:rPr>
          <w:rFonts w:cs="Times New Roman"/>
          <w:szCs w:val="24"/>
        </w:rPr>
      </w:pPr>
      <w:r w:rsidRPr="0062737C">
        <w:rPr>
          <w:rFonts w:cs="Times New Roman"/>
          <w:szCs w:val="24"/>
        </w:rPr>
        <w:t>Her green eyes gleamed like polished emeralds.</w:t>
      </w:r>
      <w:r w:rsidR="0038058A">
        <w:rPr>
          <w:rFonts w:cs="Times New Roman"/>
          <w:szCs w:val="24"/>
        </w:rPr>
        <w:t xml:space="preserve"> </w:t>
      </w:r>
      <w:r w:rsidRPr="0062737C">
        <w:rPr>
          <w:rFonts w:cs="Times New Roman"/>
          <w:szCs w:val="24"/>
        </w:rPr>
        <w:t>"Since the wine bar," she murmured, "I haven’t been able to stop thinking about you."</w:t>
      </w:r>
    </w:p>
    <w:p w14:paraId="7662F5DA" w14:textId="3FBF070C" w:rsidR="0062737C" w:rsidRPr="0062737C" w:rsidRDefault="0062737C" w:rsidP="0062737C">
      <w:pPr>
        <w:rPr>
          <w:rFonts w:cs="Times New Roman"/>
          <w:szCs w:val="24"/>
        </w:rPr>
      </w:pPr>
      <w:r w:rsidRPr="0062737C">
        <w:rPr>
          <w:rFonts w:cs="Times New Roman"/>
          <w:szCs w:val="24"/>
        </w:rPr>
        <w:t>The words sent a jolt of electricity through me.</w:t>
      </w:r>
      <w:r w:rsidR="003C1E90">
        <w:rPr>
          <w:rFonts w:cs="Times New Roman"/>
          <w:szCs w:val="24"/>
        </w:rPr>
        <w:t xml:space="preserve"> </w:t>
      </w:r>
      <w:r w:rsidRPr="0062737C">
        <w:rPr>
          <w:rFonts w:cs="Times New Roman"/>
          <w:szCs w:val="24"/>
        </w:rPr>
        <w:t>She hesitated. "You make me feel reckless. And that both terrifies and excites me."</w:t>
      </w:r>
    </w:p>
    <w:p w14:paraId="4D7E90D3" w14:textId="77777777" w:rsidR="0062737C" w:rsidRPr="0062737C" w:rsidRDefault="0062737C" w:rsidP="0062737C">
      <w:pPr>
        <w:rPr>
          <w:rFonts w:cs="Times New Roman"/>
          <w:i/>
          <w:iCs/>
          <w:szCs w:val="24"/>
        </w:rPr>
      </w:pPr>
      <w:r w:rsidRPr="0062737C">
        <w:rPr>
          <w:rFonts w:cs="Times New Roman"/>
          <w:i/>
          <w:iCs/>
          <w:szCs w:val="24"/>
        </w:rPr>
        <w:t>Jesus.</w:t>
      </w:r>
    </w:p>
    <w:p w14:paraId="4C75DF11" w14:textId="363A9848" w:rsidR="0062737C" w:rsidRPr="0062737C" w:rsidRDefault="0062737C" w:rsidP="0062737C">
      <w:pPr>
        <w:rPr>
          <w:rFonts w:cs="Times New Roman"/>
          <w:szCs w:val="24"/>
        </w:rPr>
      </w:pPr>
      <w:r w:rsidRPr="0062737C">
        <w:rPr>
          <w:rFonts w:cs="Times New Roman"/>
          <w:szCs w:val="24"/>
        </w:rPr>
        <w:t>I should have stepped away.</w:t>
      </w:r>
      <w:r w:rsidR="00EA43FF">
        <w:rPr>
          <w:rFonts w:cs="Times New Roman"/>
          <w:szCs w:val="24"/>
        </w:rPr>
        <w:t xml:space="preserve"> </w:t>
      </w:r>
      <w:r w:rsidRPr="0062737C">
        <w:rPr>
          <w:rFonts w:cs="Times New Roman"/>
          <w:szCs w:val="24"/>
        </w:rPr>
        <w:t>I should have drawn the line, reminded myself that I was her boss, that this was messy, that this was—</w:t>
      </w:r>
    </w:p>
    <w:p w14:paraId="60FB68DD" w14:textId="77777777" w:rsidR="0062737C" w:rsidRPr="0062737C" w:rsidRDefault="0062737C" w:rsidP="0062737C">
      <w:pPr>
        <w:rPr>
          <w:rFonts w:cs="Times New Roman"/>
          <w:i/>
          <w:iCs/>
          <w:szCs w:val="24"/>
        </w:rPr>
      </w:pPr>
      <w:r w:rsidRPr="0062737C">
        <w:rPr>
          <w:rFonts w:cs="Times New Roman"/>
          <w:i/>
          <w:iCs/>
          <w:szCs w:val="24"/>
        </w:rPr>
        <w:t>Oh, fuck it.</w:t>
      </w:r>
    </w:p>
    <w:p w14:paraId="329E0954" w14:textId="046D7E25" w:rsidR="0062737C" w:rsidRPr="0062737C" w:rsidRDefault="0062737C" w:rsidP="0062737C">
      <w:pPr>
        <w:rPr>
          <w:rFonts w:cs="Times New Roman"/>
          <w:szCs w:val="24"/>
        </w:rPr>
      </w:pPr>
      <w:r w:rsidRPr="0062737C">
        <w:rPr>
          <w:rFonts w:cs="Times New Roman"/>
          <w:szCs w:val="24"/>
        </w:rPr>
        <w:t>I grabbed her waist and pulled her against me.</w:t>
      </w:r>
      <w:r w:rsidR="0038058A">
        <w:rPr>
          <w:rFonts w:cs="Times New Roman"/>
          <w:szCs w:val="24"/>
        </w:rPr>
        <w:t xml:space="preserve"> </w:t>
      </w:r>
      <w:r w:rsidRPr="0062737C">
        <w:rPr>
          <w:rFonts w:cs="Times New Roman"/>
          <w:szCs w:val="24"/>
        </w:rPr>
        <w:t>Her body met mine flush, heat radiating between us.</w:t>
      </w:r>
      <w:r w:rsidR="00EA43FF">
        <w:rPr>
          <w:rFonts w:cs="Times New Roman"/>
          <w:szCs w:val="24"/>
        </w:rPr>
        <w:t xml:space="preserve"> </w:t>
      </w:r>
      <w:r w:rsidRPr="0062737C">
        <w:rPr>
          <w:rFonts w:cs="Times New Roman"/>
          <w:szCs w:val="24"/>
        </w:rPr>
        <w:t>I felt the sharp intake of her breath before her lips crashed against mine.</w:t>
      </w:r>
      <w:r w:rsidR="0038058A">
        <w:rPr>
          <w:rFonts w:cs="Times New Roman"/>
          <w:szCs w:val="24"/>
        </w:rPr>
        <w:t xml:space="preserve"> </w:t>
      </w:r>
      <w:r w:rsidRPr="0062737C">
        <w:rPr>
          <w:rFonts w:cs="Times New Roman"/>
          <w:szCs w:val="24"/>
        </w:rPr>
        <w:t>The world blurred.</w:t>
      </w:r>
      <w:r w:rsidR="0038058A">
        <w:rPr>
          <w:rFonts w:cs="Times New Roman"/>
          <w:szCs w:val="24"/>
        </w:rPr>
        <w:t xml:space="preserve"> </w:t>
      </w:r>
      <w:r w:rsidRPr="0062737C">
        <w:rPr>
          <w:rFonts w:cs="Times New Roman"/>
          <w:szCs w:val="24"/>
        </w:rPr>
        <w:t>Her mouth was soft but insistent, her tongue teasing against mine in a rhythm that felt both familiar and new.</w:t>
      </w:r>
      <w:r w:rsidR="00EA43FF">
        <w:rPr>
          <w:rFonts w:cs="Times New Roman"/>
          <w:szCs w:val="24"/>
        </w:rPr>
        <w:t xml:space="preserve"> </w:t>
      </w:r>
      <w:r w:rsidRPr="0062737C">
        <w:rPr>
          <w:rFonts w:cs="Times New Roman"/>
          <w:szCs w:val="24"/>
        </w:rPr>
        <w:t>I slid my hands down, over the curve of her hips, then lower, fingers gripping hard.</w:t>
      </w:r>
    </w:p>
    <w:p w14:paraId="31AF62C1" w14:textId="0FEE8045" w:rsidR="0062737C" w:rsidRPr="0062737C" w:rsidRDefault="0062737C" w:rsidP="0062737C">
      <w:pPr>
        <w:rPr>
          <w:rFonts w:cs="Times New Roman"/>
          <w:szCs w:val="24"/>
        </w:rPr>
      </w:pPr>
      <w:r w:rsidRPr="0062737C">
        <w:rPr>
          <w:rFonts w:cs="Times New Roman"/>
          <w:szCs w:val="24"/>
        </w:rPr>
        <w:t>She moaned—low, breathy, and holy shit, I nearly lost my goddamn mind.</w:t>
      </w:r>
      <w:r w:rsidR="004F67D1">
        <w:rPr>
          <w:rFonts w:cs="Times New Roman"/>
          <w:szCs w:val="24"/>
        </w:rPr>
        <w:t xml:space="preserve"> </w:t>
      </w:r>
      <w:r w:rsidRPr="0062737C">
        <w:rPr>
          <w:rFonts w:cs="Times New Roman"/>
          <w:szCs w:val="24"/>
        </w:rPr>
        <w:t>Her lips left mine, trailing hot kisses along my jawline, down my neck.</w:t>
      </w:r>
      <w:r w:rsidR="00EA43FF">
        <w:rPr>
          <w:rFonts w:cs="Times New Roman"/>
          <w:szCs w:val="24"/>
        </w:rPr>
        <w:t xml:space="preserve"> </w:t>
      </w:r>
      <w:r w:rsidRPr="0062737C">
        <w:rPr>
          <w:rFonts w:cs="Times New Roman"/>
          <w:szCs w:val="24"/>
        </w:rPr>
        <w:t>Her breath—warm against my skin.</w:t>
      </w:r>
    </w:p>
    <w:p w14:paraId="306C5756" w14:textId="77777777" w:rsidR="0062737C" w:rsidRPr="0062737C" w:rsidRDefault="0062737C" w:rsidP="0062737C">
      <w:pPr>
        <w:rPr>
          <w:rFonts w:cs="Times New Roman"/>
          <w:szCs w:val="24"/>
        </w:rPr>
      </w:pPr>
      <w:r w:rsidRPr="0062737C">
        <w:rPr>
          <w:rFonts w:cs="Times New Roman"/>
          <w:i/>
          <w:iCs/>
          <w:szCs w:val="24"/>
        </w:rPr>
        <w:t>"You’re full of surprises, aren’t you?"</w:t>
      </w:r>
      <w:r w:rsidRPr="0062737C">
        <w:rPr>
          <w:rFonts w:cs="Times New Roman"/>
          <w:szCs w:val="24"/>
        </w:rPr>
        <w:t xml:space="preserve"> she whispered.</w:t>
      </w:r>
    </w:p>
    <w:p w14:paraId="2F2D7607" w14:textId="2568A565" w:rsidR="0062737C" w:rsidRPr="0062737C" w:rsidRDefault="0062737C" w:rsidP="0062737C">
      <w:pPr>
        <w:rPr>
          <w:rFonts w:cs="Times New Roman"/>
          <w:szCs w:val="24"/>
        </w:rPr>
      </w:pPr>
      <w:r w:rsidRPr="0062737C">
        <w:rPr>
          <w:rFonts w:cs="Times New Roman"/>
          <w:szCs w:val="24"/>
        </w:rPr>
        <w:t>My hands grazed her sides, brushing against hardened nipples through the fabric of her top.</w:t>
      </w:r>
      <w:r w:rsidR="00EA43FF">
        <w:rPr>
          <w:rFonts w:cs="Times New Roman"/>
          <w:szCs w:val="24"/>
        </w:rPr>
        <w:t xml:space="preserve"> </w:t>
      </w:r>
      <w:r w:rsidRPr="0062737C">
        <w:rPr>
          <w:rFonts w:cs="Times New Roman"/>
          <w:szCs w:val="24"/>
        </w:rPr>
        <w:t>Her gasp echoed softly, her body arching into my touch.</w:t>
      </w:r>
    </w:p>
    <w:p w14:paraId="21A91178" w14:textId="1E7E3F23" w:rsidR="0062737C" w:rsidRPr="0062737C" w:rsidRDefault="0062737C" w:rsidP="0062737C">
      <w:pPr>
        <w:rPr>
          <w:rFonts w:cs="Times New Roman"/>
          <w:szCs w:val="24"/>
        </w:rPr>
      </w:pPr>
      <w:r w:rsidRPr="0062737C">
        <w:rPr>
          <w:rFonts w:cs="Times New Roman"/>
          <w:szCs w:val="24"/>
        </w:rPr>
        <w:t>And then—The bathroom door creaked open.</w:t>
      </w:r>
    </w:p>
    <w:p w14:paraId="6E0FEBA7" w14:textId="77777777" w:rsidR="0062737C" w:rsidRPr="0062737C" w:rsidRDefault="0062737C" w:rsidP="0062737C">
      <w:pPr>
        <w:rPr>
          <w:rFonts w:cs="Times New Roman"/>
          <w:szCs w:val="24"/>
        </w:rPr>
      </w:pPr>
      <w:r w:rsidRPr="0062737C">
        <w:rPr>
          <w:rFonts w:cs="Times New Roman"/>
          <w:szCs w:val="24"/>
        </w:rPr>
        <w:t>Oh, perfect. Of course.</w:t>
      </w:r>
    </w:p>
    <w:p w14:paraId="73D0554F" w14:textId="77777777" w:rsidR="0062737C" w:rsidRPr="0062737C" w:rsidRDefault="0062737C" w:rsidP="0062737C">
      <w:pPr>
        <w:rPr>
          <w:rFonts w:cs="Times New Roman"/>
          <w:szCs w:val="24"/>
        </w:rPr>
      </w:pPr>
      <w:r w:rsidRPr="0062737C">
        <w:rPr>
          <w:rFonts w:cs="Times New Roman"/>
          <w:i/>
          <w:iCs/>
          <w:szCs w:val="24"/>
        </w:rPr>
        <w:t>"Well. This is… interesting."</w:t>
      </w:r>
    </w:p>
    <w:p w14:paraId="1A65AA6B" w14:textId="77777777" w:rsidR="0062737C" w:rsidRPr="0062737C" w:rsidRDefault="0062737C" w:rsidP="0062737C">
      <w:pPr>
        <w:rPr>
          <w:rFonts w:cs="Times New Roman"/>
          <w:szCs w:val="24"/>
        </w:rPr>
      </w:pPr>
      <w:r w:rsidRPr="0062737C">
        <w:rPr>
          <w:rFonts w:cs="Times New Roman"/>
          <w:szCs w:val="24"/>
        </w:rPr>
        <w:t>Melanie and I froze.</w:t>
      </w:r>
    </w:p>
    <w:p w14:paraId="494781F1" w14:textId="77777777" w:rsidR="0062737C" w:rsidRPr="0062737C" w:rsidRDefault="0062737C" w:rsidP="0062737C">
      <w:pPr>
        <w:rPr>
          <w:rFonts w:cs="Times New Roman"/>
          <w:szCs w:val="24"/>
        </w:rPr>
      </w:pPr>
      <w:r w:rsidRPr="0062737C">
        <w:rPr>
          <w:rFonts w:cs="Times New Roman"/>
          <w:szCs w:val="24"/>
        </w:rPr>
        <w:lastRenderedPageBreak/>
        <w:t>In unison, we turned.</w:t>
      </w:r>
    </w:p>
    <w:p w14:paraId="5750E7CC" w14:textId="308BC906" w:rsidR="0062737C" w:rsidRPr="0062737C" w:rsidRDefault="00400041" w:rsidP="0062737C">
      <w:pPr>
        <w:rPr>
          <w:rFonts w:cs="Times New Roman"/>
          <w:szCs w:val="24"/>
        </w:rPr>
      </w:pPr>
      <w:r>
        <w:rPr>
          <w:rFonts w:cs="Times New Roman"/>
          <w:szCs w:val="24"/>
        </w:rPr>
        <w:t>Candice</w:t>
      </w:r>
      <w:r w:rsidR="0062737C" w:rsidRPr="0062737C">
        <w:rPr>
          <w:rFonts w:cs="Times New Roman"/>
          <w:szCs w:val="24"/>
        </w:rPr>
        <w:t>.</w:t>
      </w:r>
    </w:p>
    <w:p w14:paraId="41FFD4E9" w14:textId="588AF6CD" w:rsidR="0062737C" w:rsidRPr="0062737C" w:rsidRDefault="0062737C" w:rsidP="0062737C">
      <w:pPr>
        <w:rPr>
          <w:rFonts w:cs="Times New Roman"/>
          <w:szCs w:val="24"/>
        </w:rPr>
      </w:pPr>
      <w:r w:rsidRPr="0062737C">
        <w:rPr>
          <w:rFonts w:cs="Times New Roman"/>
          <w:szCs w:val="24"/>
        </w:rPr>
        <w:t>Leaning casually against the doorframe. Smirking like the goddamn devil.</w:t>
      </w:r>
      <w:r w:rsidR="0038058A">
        <w:rPr>
          <w:rFonts w:cs="Times New Roman"/>
          <w:szCs w:val="24"/>
        </w:rPr>
        <w:t xml:space="preserve"> </w:t>
      </w:r>
      <w:r w:rsidRPr="0062737C">
        <w:rPr>
          <w:rFonts w:cs="Times New Roman"/>
          <w:szCs w:val="24"/>
        </w:rPr>
        <w:t>Her tattooed arms were crossed, her knowing gaze flickering between us with open amusement.</w:t>
      </w:r>
      <w:r w:rsidR="003C1E90">
        <w:rPr>
          <w:rFonts w:cs="Times New Roman"/>
          <w:szCs w:val="24"/>
        </w:rPr>
        <w:t xml:space="preserve"> </w:t>
      </w:r>
      <w:r w:rsidRPr="0062737C">
        <w:rPr>
          <w:rFonts w:cs="Times New Roman"/>
          <w:i/>
          <w:iCs/>
          <w:szCs w:val="24"/>
        </w:rPr>
        <w:t>"Don’t let me interrupt,"</w:t>
      </w:r>
      <w:r w:rsidRPr="0062737C">
        <w:rPr>
          <w:rFonts w:cs="Times New Roman"/>
          <w:szCs w:val="24"/>
        </w:rPr>
        <w:t xml:space="preserve"> she said, clearly enjoying this.</w:t>
      </w:r>
      <w:r w:rsidR="003C1E90">
        <w:rPr>
          <w:rFonts w:cs="Times New Roman"/>
          <w:szCs w:val="24"/>
        </w:rPr>
        <w:t xml:space="preserve"> </w:t>
      </w:r>
      <w:r w:rsidRPr="0062737C">
        <w:rPr>
          <w:rFonts w:cs="Times New Roman"/>
          <w:i/>
          <w:iCs/>
          <w:szCs w:val="24"/>
        </w:rPr>
        <w:t>"Just grabbing some paper towels—though, honestly, I’d pay to watch this instead."</w:t>
      </w:r>
    </w:p>
    <w:p w14:paraId="0E97B65B" w14:textId="07CBB5BE" w:rsidR="0062737C" w:rsidRPr="0062737C" w:rsidRDefault="0062737C" w:rsidP="0062737C">
      <w:pPr>
        <w:rPr>
          <w:rFonts w:cs="Times New Roman"/>
          <w:szCs w:val="24"/>
        </w:rPr>
      </w:pPr>
      <w:r w:rsidRPr="0062737C">
        <w:rPr>
          <w:rFonts w:cs="Times New Roman"/>
          <w:szCs w:val="24"/>
        </w:rPr>
        <w:t>Melanie’s head snapped toward her.</w:t>
      </w:r>
      <w:r w:rsidR="0038058A">
        <w:rPr>
          <w:rFonts w:cs="Times New Roman"/>
          <w:szCs w:val="24"/>
        </w:rPr>
        <w:t xml:space="preserve"> </w:t>
      </w:r>
      <w:r w:rsidRPr="0062737C">
        <w:rPr>
          <w:rFonts w:cs="Times New Roman"/>
          <w:szCs w:val="24"/>
        </w:rPr>
        <w:t>“Get out, Jones.”</w:t>
      </w:r>
    </w:p>
    <w:p w14:paraId="23D53508" w14:textId="254BAC5F" w:rsidR="0062737C" w:rsidRPr="0062737C" w:rsidRDefault="00400041" w:rsidP="0062737C">
      <w:pPr>
        <w:rPr>
          <w:rFonts w:cs="Times New Roman"/>
          <w:szCs w:val="24"/>
        </w:rPr>
      </w:pPr>
      <w:r>
        <w:rPr>
          <w:rFonts w:cs="Times New Roman"/>
          <w:szCs w:val="24"/>
        </w:rPr>
        <w:t>Candice</w:t>
      </w:r>
      <w:r w:rsidR="0062737C" w:rsidRPr="0062737C">
        <w:rPr>
          <w:rFonts w:cs="Times New Roman"/>
          <w:szCs w:val="24"/>
        </w:rPr>
        <w:t xml:space="preserve"> raised her hands in mock surrender. "Relax, boss lad</w:t>
      </w:r>
      <w:r w:rsidR="004D7B6A">
        <w:rPr>
          <w:rFonts w:cs="Times New Roman"/>
          <w:szCs w:val="24"/>
        </w:rPr>
        <w:t>ies</w:t>
      </w:r>
      <w:r w:rsidR="0062737C" w:rsidRPr="0062737C">
        <w:rPr>
          <w:rFonts w:cs="Times New Roman"/>
          <w:szCs w:val="24"/>
        </w:rPr>
        <w:t>. Your secret’s safe with me."</w:t>
      </w:r>
      <w:r w:rsidR="00184591">
        <w:rPr>
          <w:rFonts w:cs="Times New Roman"/>
          <w:szCs w:val="24"/>
        </w:rPr>
        <w:t xml:space="preserve"> </w:t>
      </w:r>
      <w:r w:rsidR="0062737C" w:rsidRPr="0062737C">
        <w:rPr>
          <w:rFonts w:cs="Times New Roman"/>
          <w:szCs w:val="24"/>
        </w:rPr>
        <w:t>She winked at me before sauntering out, loudly swinging the door shut behind her.</w:t>
      </w:r>
      <w:r w:rsidR="0038058A">
        <w:rPr>
          <w:rFonts w:cs="Times New Roman"/>
          <w:szCs w:val="24"/>
        </w:rPr>
        <w:t xml:space="preserve"> </w:t>
      </w:r>
      <w:r w:rsidR="0062737C" w:rsidRPr="0062737C">
        <w:rPr>
          <w:rFonts w:cs="Times New Roman"/>
          <w:szCs w:val="24"/>
        </w:rPr>
        <w:t>The silence that followed was deafening.</w:t>
      </w:r>
    </w:p>
    <w:p w14:paraId="0DA5072F" w14:textId="18BF39D3" w:rsidR="0062737C" w:rsidRPr="0062737C" w:rsidRDefault="0062737C" w:rsidP="0062737C">
      <w:pPr>
        <w:rPr>
          <w:rFonts w:cs="Times New Roman"/>
          <w:szCs w:val="24"/>
        </w:rPr>
      </w:pPr>
      <w:r w:rsidRPr="0062737C">
        <w:rPr>
          <w:rFonts w:cs="Times New Roman"/>
          <w:szCs w:val="24"/>
        </w:rPr>
        <w:t>Melanie turned back to me.</w:t>
      </w:r>
      <w:r w:rsidR="004F67D1">
        <w:rPr>
          <w:rFonts w:cs="Times New Roman"/>
          <w:szCs w:val="24"/>
        </w:rPr>
        <w:t xml:space="preserve"> </w:t>
      </w:r>
      <w:r w:rsidRPr="0062737C">
        <w:rPr>
          <w:rFonts w:cs="Times New Roman"/>
          <w:szCs w:val="24"/>
        </w:rPr>
        <w:t>Her flushed cheeks betrayed the unreadable expression on her face.</w:t>
      </w:r>
      <w:r w:rsidR="003C1E90">
        <w:rPr>
          <w:rFonts w:cs="Times New Roman"/>
          <w:szCs w:val="24"/>
        </w:rPr>
        <w:t xml:space="preserve"> </w:t>
      </w:r>
      <w:r w:rsidRPr="0062737C">
        <w:rPr>
          <w:rFonts w:cs="Times New Roman"/>
          <w:szCs w:val="24"/>
        </w:rPr>
        <w:t>"Well," I muttered, half-laughing in disbelief, "that was mortifying."</w:t>
      </w:r>
    </w:p>
    <w:p w14:paraId="5657C322" w14:textId="6FE3E32C" w:rsidR="0062737C" w:rsidRPr="0062737C" w:rsidRDefault="0062737C" w:rsidP="0062737C">
      <w:pPr>
        <w:rPr>
          <w:rFonts w:cs="Times New Roman"/>
          <w:szCs w:val="24"/>
        </w:rPr>
      </w:pPr>
      <w:r w:rsidRPr="0062737C">
        <w:rPr>
          <w:rFonts w:cs="Times New Roman"/>
          <w:szCs w:val="24"/>
        </w:rPr>
        <w:t>Her lips twitched—almost smiling.</w:t>
      </w:r>
      <w:r w:rsidR="004F67D1">
        <w:rPr>
          <w:rFonts w:cs="Times New Roman"/>
          <w:szCs w:val="24"/>
        </w:rPr>
        <w:t xml:space="preserve"> </w:t>
      </w:r>
      <w:r w:rsidRPr="0062737C">
        <w:rPr>
          <w:rFonts w:cs="Times New Roman"/>
          <w:szCs w:val="24"/>
        </w:rPr>
        <w:t>"Mortifying or not, we need to tread carefully, Hannah."</w:t>
      </w:r>
      <w:r w:rsidR="0038058A">
        <w:rPr>
          <w:rFonts w:cs="Times New Roman"/>
          <w:szCs w:val="24"/>
        </w:rPr>
        <w:t xml:space="preserve"> </w:t>
      </w:r>
      <w:r w:rsidRPr="0062737C">
        <w:rPr>
          <w:rFonts w:cs="Times New Roman"/>
          <w:szCs w:val="24"/>
        </w:rPr>
        <w:t>She brushed a soft kiss against my forehead.</w:t>
      </w:r>
      <w:r w:rsidR="00AD4F0A">
        <w:rPr>
          <w:rFonts w:cs="Times New Roman"/>
          <w:szCs w:val="24"/>
        </w:rPr>
        <w:t xml:space="preserve"> </w:t>
      </w:r>
      <w:r w:rsidRPr="0062737C">
        <w:rPr>
          <w:rFonts w:cs="Times New Roman"/>
          <w:szCs w:val="24"/>
        </w:rPr>
        <w:t>The gesture was gentle. Possessive. Final.</w:t>
      </w:r>
    </w:p>
    <w:p w14:paraId="2D41B007" w14:textId="4CA8B464" w:rsidR="0062737C" w:rsidRPr="0062737C" w:rsidRDefault="0062737C" w:rsidP="0062737C">
      <w:pPr>
        <w:rPr>
          <w:rFonts w:cs="Times New Roman"/>
          <w:szCs w:val="24"/>
        </w:rPr>
      </w:pPr>
      <w:r w:rsidRPr="0062737C">
        <w:rPr>
          <w:rFonts w:cs="Times New Roman"/>
          <w:i/>
          <w:iCs/>
          <w:szCs w:val="24"/>
        </w:rPr>
        <w:t>"This stays between us,"</w:t>
      </w:r>
      <w:r w:rsidRPr="0062737C">
        <w:rPr>
          <w:rFonts w:cs="Times New Roman"/>
          <w:szCs w:val="24"/>
        </w:rPr>
        <w:t xml:space="preserve"> she murmured.</w:t>
      </w:r>
      <w:r w:rsidR="0038058A">
        <w:rPr>
          <w:rFonts w:cs="Times New Roman"/>
          <w:szCs w:val="24"/>
        </w:rPr>
        <w:t xml:space="preserve"> </w:t>
      </w:r>
      <w:r w:rsidRPr="0062737C">
        <w:rPr>
          <w:rFonts w:cs="Times New Roman"/>
          <w:szCs w:val="24"/>
        </w:rPr>
        <w:t>And just like that, she stepped away.</w:t>
      </w:r>
    </w:p>
    <w:p w14:paraId="1C42F9A0" w14:textId="217DDC14" w:rsidR="000242C0" w:rsidRDefault="0062737C" w:rsidP="003410B3">
      <w:pPr>
        <w:rPr>
          <w:color w:val="365F91" w:themeColor="accent1" w:themeShade="BF"/>
        </w:rPr>
      </w:pPr>
      <w:r w:rsidRPr="0062737C">
        <w:rPr>
          <w:rFonts w:cs="Times New Roman"/>
          <w:szCs w:val="24"/>
        </w:rPr>
        <w:t>The weight of her absence hit immediately.</w:t>
      </w:r>
      <w:r w:rsidR="0038058A">
        <w:rPr>
          <w:rFonts w:cs="Times New Roman"/>
          <w:szCs w:val="24"/>
        </w:rPr>
        <w:t xml:space="preserve"> </w:t>
      </w:r>
      <w:r w:rsidRPr="0062737C">
        <w:rPr>
          <w:rFonts w:cs="Times New Roman"/>
          <w:szCs w:val="24"/>
        </w:rPr>
        <w:t>The air between us still crackled, but the moment was over.</w:t>
      </w:r>
    </w:p>
    <w:p w14:paraId="0926B891" w14:textId="77777777" w:rsidR="003410B3" w:rsidRPr="00A351D5" w:rsidRDefault="003410B3" w:rsidP="003410B3">
      <w:pPr>
        <w:rPr>
          <w:color w:val="365F91" w:themeColor="accent1" w:themeShade="BF"/>
        </w:rPr>
      </w:pPr>
    </w:p>
    <w:p w14:paraId="37EF882C" w14:textId="5372BBEA" w:rsidR="003410B3" w:rsidRPr="003410B3" w:rsidRDefault="003410B3" w:rsidP="003410B3">
      <w:pPr>
        <w:jc w:val="center"/>
        <w:rPr>
          <w:rFonts w:cs="Times New Roman"/>
          <w:color w:val="365F91" w:themeColor="accent1" w:themeShade="BF"/>
          <w:szCs w:val="24"/>
        </w:rPr>
      </w:pPr>
      <w:r w:rsidRPr="003410B3">
        <w:rPr>
          <w:rFonts w:ascii="Segoe UI Symbol" w:hAnsi="Segoe UI Symbol" w:cs="Segoe UI Symbol"/>
          <w:color w:val="365F91" w:themeColor="accent1" w:themeShade="BF"/>
          <w:szCs w:val="24"/>
        </w:rPr>
        <w:t>♞♛♞</w:t>
      </w:r>
    </w:p>
    <w:p w14:paraId="1D74F15E" w14:textId="77777777" w:rsidR="003410B3" w:rsidRDefault="003410B3" w:rsidP="0062737C">
      <w:pPr>
        <w:rPr>
          <w:rFonts w:cs="Times New Roman"/>
          <w:szCs w:val="24"/>
        </w:rPr>
      </w:pPr>
    </w:p>
    <w:p w14:paraId="3E703829" w14:textId="73D069BA" w:rsidR="0062737C" w:rsidRPr="0062737C" w:rsidRDefault="0062737C" w:rsidP="0062737C">
      <w:pPr>
        <w:rPr>
          <w:rFonts w:cs="Times New Roman"/>
          <w:szCs w:val="24"/>
        </w:rPr>
      </w:pPr>
      <w:r w:rsidRPr="0062737C">
        <w:rPr>
          <w:rFonts w:cs="Times New Roman"/>
          <w:szCs w:val="24"/>
        </w:rPr>
        <w:t>As we left the bathroom, reality set in.</w:t>
      </w:r>
      <w:r w:rsidR="00AD4F0A">
        <w:rPr>
          <w:rFonts w:cs="Times New Roman"/>
          <w:szCs w:val="24"/>
        </w:rPr>
        <w:t xml:space="preserve"> </w:t>
      </w:r>
      <w:r w:rsidRPr="0062737C">
        <w:rPr>
          <w:rFonts w:cs="Times New Roman"/>
          <w:szCs w:val="24"/>
        </w:rPr>
        <w:t>My mind raced with questions, doubts, and a lingering thrill I couldn’t shake.</w:t>
      </w:r>
    </w:p>
    <w:p w14:paraId="72275EF9" w14:textId="77777777" w:rsidR="0062737C" w:rsidRPr="0062737C" w:rsidRDefault="0062737C" w:rsidP="0062737C">
      <w:pPr>
        <w:rPr>
          <w:rFonts w:cs="Times New Roman"/>
          <w:szCs w:val="24"/>
        </w:rPr>
      </w:pPr>
      <w:r w:rsidRPr="0062737C">
        <w:rPr>
          <w:rFonts w:cs="Times New Roman"/>
          <w:szCs w:val="24"/>
        </w:rPr>
        <w:t>One thing was clear.</w:t>
      </w:r>
    </w:p>
    <w:p w14:paraId="6B736DBE" w14:textId="77777777" w:rsidR="0062737C" w:rsidRPr="0062737C" w:rsidRDefault="0062737C" w:rsidP="0062737C">
      <w:pPr>
        <w:rPr>
          <w:rFonts w:cs="Times New Roman"/>
          <w:szCs w:val="24"/>
        </w:rPr>
      </w:pPr>
      <w:r w:rsidRPr="0062737C">
        <w:rPr>
          <w:rFonts w:cs="Times New Roman"/>
          <w:szCs w:val="24"/>
        </w:rPr>
        <w:t>I wanted her.</w:t>
      </w:r>
    </w:p>
    <w:p w14:paraId="4645F275" w14:textId="77777777" w:rsidR="0062737C" w:rsidRPr="0062737C" w:rsidRDefault="0062737C" w:rsidP="0062737C">
      <w:pPr>
        <w:rPr>
          <w:rFonts w:cs="Times New Roman"/>
          <w:szCs w:val="24"/>
        </w:rPr>
      </w:pPr>
      <w:r w:rsidRPr="0062737C">
        <w:rPr>
          <w:rFonts w:cs="Times New Roman"/>
          <w:szCs w:val="24"/>
        </w:rPr>
        <w:t>And I wasn’t about to let her slip away.</w:t>
      </w:r>
    </w:p>
    <w:p w14:paraId="5677507F" w14:textId="77777777" w:rsidR="00807F36" w:rsidRDefault="00807F36" w:rsidP="004F5CDE"/>
    <w:p w14:paraId="5437ACFB" w14:textId="77777777" w:rsidR="007101DB" w:rsidRDefault="007101DB" w:rsidP="004F5CDE"/>
    <w:p w14:paraId="3A006FC2" w14:textId="77777777" w:rsidR="00F91806" w:rsidRDefault="00000000" w:rsidP="0042184B">
      <w:pPr>
        <w:pStyle w:val="Heading1"/>
      </w:pPr>
      <w:bookmarkStart w:id="28" w:name="_Toc189281319"/>
      <w:r>
        <w:t>Chapter 10: Smoke and Mirrors</w:t>
      </w:r>
      <w:bookmarkEnd w:id="28"/>
      <w:r>
        <w:t xml:space="preserve">  </w:t>
      </w:r>
    </w:p>
    <w:p w14:paraId="733D2957" w14:textId="77777777" w:rsidR="0042184B" w:rsidRPr="0042184B" w:rsidRDefault="0042184B" w:rsidP="0042184B"/>
    <w:p w14:paraId="5FA2F83A" w14:textId="1B9F14F8" w:rsidR="00F91806" w:rsidRDefault="00000000" w:rsidP="004F5CDE">
      <w:r>
        <w:t>Upon returning to the party, a wave of uneasy warmth washed over me.</w:t>
      </w:r>
      <w:r w:rsidR="00440BFE">
        <w:t xml:space="preserve"> </w:t>
      </w:r>
      <w:r>
        <w:t>Was it the cheap wine? The lingering buzz of adrenaline? Or was it the fact that I had just nearly gotten caught making out with my HR manager in a public restroom?</w:t>
      </w:r>
    </w:p>
    <w:p w14:paraId="6399CC16" w14:textId="71C1702B" w:rsidR="00F91806" w:rsidRDefault="00000000" w:rsidP="004F5CDE">
      <w:r>
        <w:t>Hard to say.</w:t>
      </w:r>
      <w:r w:rsidR="00A97F8D">
        <w:t xml:space="preserve"> </w:t>
      </w:r>
      <w:r>
        <w:t>Either way, it felt like the perfect time to escape the crowd and finally see my office.</w:t>
      </w:r>
      <w:r w:rsidR="00A97F8D">
        <w:t xml:space="preserve"> </w:t>
      </w:r>
      <w:r>
        <w:t>Uncle Pete, ever the gentleman, graciously volunteered to lead the way.</w:t>
      </w:r>
      <w:r w:rsidR="0067392E">
        <w:t xml:space="preserve"> </w:t>
      </w:r>
      <w:r>
        <w:t>As we strolled through the showroom, Pete’s enthusiasm bubbled over.</w:t>
      </w:r>
    </w:p>
    <w:p w14:paraId="1E374701" w14:textId="77777777" w:rsidR="00F91806" w:rsidRDefault="00000000" w:rsidP="004F5CDE">
      <w:r>
        <w:t>“I’ve got to say, Hannah,” he began, his voice warm, “this store’s got a fresh energy now that you’re here. A new name, a new vibe—I love it.”</w:t>
      </w:r>
    </w:p>
    <w:p w14:paraId="49ABB121" w14:textId="77777777" w:rsidR="00F91806" w:rsidRDefault="00000000" w:rsidP="004F5CDE">
      <w:r>
        <w:t>I smirked. “You approve of the rebrand?”</w:t>
      </w:r>
    </w:p>
    <w:p w14:paraId="5AB70891" w14:textId="77777777" w:rsidR="00F91806" w:rsidRDefault="00000000" w:rsidP="004F5CDE">
      <w:r>
        <w:t>“Yes, and I especially love your puns.”</w:t>
      </w:r>
    </w:p>
    <w:p w14:paraId="3AD08AC0" w14:textId="77777777" w:rsidR="00F91806" w:rsidRDefault="00000000" w:rsidP="004F5CDE">
      <w:r>
        <w:t>I raised an eyebrow, intrigued. “You’re a fan of puns too?”</w:t>
      </w:r>
    </w:p>
    <w:p w14:paraId="6D67CD0D" w14:textId="77777777" w:rsidR="00F91806" w:rsidRDefault="00000000" w:rsidP="004F5CDE">
      <w:r>
        <w:t>Pete grinned. “A well-timed pun can brighten anyone’s day. It’s an art, really.”</w:t>
      </w:r>
    </w:p>
    <w:p w14:paraId="42325BBE" w14:textId="77777777" w:rsidR="00F91806" w:rsidRDefault="00000000" w:rsidP="004F5CDE">
      <w:r>
        <w:t>“Alright then,” I challenged, my curiosity piqued. “What’s your best one?”</w:t>
      </w:r>
    </w:p>
    <w:p w14:paraId="2485CA72" w14:textId="0D3D833D" w:rsidR="00F91806" w:rsidRDefault="00000000" w:rsidP="004F5CDE">
      <w:r>
        <w:t>Pete paused mid-step, turned to me with a twinkle in his eye, then leaned in slightly, lowering his voice.</w:t>
      </w:r>
      <w:r w:rsidR="00DE4F6C">
        <w:t xml:space="preserve"> </w:t>
      </w:r>
      <w:r>
        <w:t>“The best customers always come first.”</w:t>
      </w:r>
    </w:p>
    <w:p w14:paraId="25BA4EFF" w14:textId="3A634783" w:rsidR="00F91806" w:rsidRDefault="00000000" w:rsidP="004F5CDE">
      <w:r>
        <w:t>For a moment, I was stunned into silence.</w:t>
      </w:r>
      <w:r w:rsidR="00A97F8D">
        <w:t xml:space="preserve"> </w:t>
      </w:r>
      <w:r>
        <w:t>Then, despite myself, I burst out laughing, the tension from earlier melting away.</w:t>
      </w:r>
      <w:r w:rsidR="00DE4F6C">
        <w:t xml:space="preserve"> </w:t>
      </w:r>
      <w:r>
        <w:t>Pete’s grin widened, clearly pleased with his delivery.</w:t>
      </w:r>
    </w:p>
    <w:p w14:paraId="777543EE" w14:textId="77777777" w:rsidR="00F91806" w:rsidRDefault="00000000" w:rsidP="004F5CDE">
      <w:r>
        <w:t>“You’re a bad influence,” I teased, shaking my head as we continued toward the office.</w:t>
      </w:r>
    </w:p>
    <w:p w14:paraId="68BC039C" w14:textId="77777777" w:rsidR="00F91806" w:rsidRDefault="00000000" w:rsidP="004F5CDE">
      <w:r>
        <w:t>“Maybe,” Pete replied with a smirk. “But I’m also right.”</w:t>
      </w:r>
    </w:p>
    <w:p w14:paraId="0CEEFE0B" w14:textId="77777777" w:rsidR="00E03332" w:rsidRDefault="00E03332" w:rsidP="004F5CDE"/>
    <w:p w14:paraId="4443BFDB" w14:textId="3E42A68A" w:rsidR="00E03332" w:rsidRPr="00304FE8" w:rsidRDefault="00304FE8" w:rsidP="00304FE8">
      <w:pPr>
        <w:jc w:val="center"/>
        <w:rPr>
          <w:color w:val="365F91" w:themeColor="accent1" w:themeShade="BF"/>
        </w:rPr>
      </w:pPr>
      <w:r w:rsidRPr="00304FE8">
        <w:rPr>
          <w:rFonts w:ascii="Segoe UI Symbol" w:hAnsi="Segoe UI Symbol" w:cs="Segoe UI Symbol"/>
          <w:color w:val="365F91" w:themeColor="accent1" w:themeShade="BF"/>
        </w:rPr>
        <w:t>♞♛♞</w:t>
      </w:r>
    </w:p>
    <w:p w14:paraId="05E4C208" w14:textId="77777777" w:rsidR="00304FE8" w:rsidRDefault="00304FE8" w:rsidP="00304FE8">
      <w:pPr>
        <w:jc w:val="center"/>
      </w:pPr>
    </w:p>
    <w:p w14:paraId="1131FA54" w14:textId="55AB1959" w:rsidR="00F91806" w:rsidRDefault="00000000" w:rsidP="004F5CDE">
      <w:r>
        <w:lastRenderedPageBreak/>
        <w:t>Pete led me down a hallway toward a large, polished door.</w:t>
      </w:r>
      <w:r w:rsidR="00A97F8D">
        <w:t xml:space="preserve"> </w:t>
      </w:r>
      <w:r>
        <w:t>My office.</w:t>
      </w:r>
      <w:r w:rsidR="00A97F8D">
        <w:t xml:space="preserve"> </w:t>
      </w:r>
      <w:r>
        <w:t>I wasn’t sure what to expect, but when Pete swung the door open, the space felt bigger than I imagined.</w:t>
      </w:r>
      <w:r w:rsidR="0067392E">
        <w:t xml:space="preserve"> </w:t>
      </w:r>
      <w:r>
        <w:t>The desk screamed "CEO", a sturdy, polished thing that practically dared me to sit behind it and pretend I knew what I was doing.</w:t>
      </w:r>
      <w:r w:rsidR="0067392E">
        <w:t xml:space="preserve"> </w:t>
      </w:r>
      <w:r>
        <w:t>Shelves lined the walls, stocked with promotional items I’d one day have to explain to my mother.</w:t>
      </w:r>
    </w:p>
    <w:p w14:paraId="4D21AE35" w14:textId="77777777" w:rsidR="00FE21BC" w:rsidRDefault="00000000" w:rsidP="00FE21BC">
      <w:r>
        <w:t>The air smelled faintly of lemon cleaner, mingling with the hum of the lights and the soft creak of the floorboards—a blend of the old and the new.</w:t>
      </w:r>
      <w:r w:rsidR="00FE21BC">
        <w:t xml:space="preserve"> A lone plant in the corner struggled for its life, a small reminder that perfection is overrated.</w:t>
      </w:r>
    </w:p>
    <w:p w14:paraId="5EB20F0B" w14:textId="15487AB7" w:rsidR="00F91806" w:rsidRDefault="00000000" w:rsidP="004F5CDE">
      <w:r>
        <w:t>Pete stepped aside. “All yours.”</w:t>
      </w:r>
      <w:r w:rsidR="00A97F8D">
        <w:t xml:space="preserve"> </w:t>
      </w:r>
      <w:r>
        <w:t>With a theatrical flourish, he added, “This is where the magic—or at least the paperwork—happens.”</w:t>
      </w:r>
    </w:p>
    <w:p w14:paraId="5A379D90" w14:textId="27E439A5" w:rsidR="00F91806" w:rsidRDefault="00000000" w:rsidP="004F5CDE">
      <w:r>
        <w:t>I stepped inside, running a hand over the smooth surface of the desk.</w:t>
      </w:r>
      <w:r w:rsidR="0067392E">
        <w:t xml:space="preserve"> </w:t>
      </w:r>
      <w:r>
        <w:t>The weight of it settled over me—a mix of responsibility, anticipation, and something I couldn’t quite name.</w:t>
      </w:r>
      <w:r w:rsidR="00EE15BC">
        <w:t xml:space="preserve"> </w:t>
      </w:r>
      <w:r>
        <w:t>It felt like standing on the edge of a diving board, staring down at shimmering water—full of promise, mystery, and the weight of expectations.</w:t>
      </w:r>
    </w:p>
    <w:p w14:paraId="22A47C79" w14:textId="145044C8" w:rsidR="00F91806" w:rsidRDefault="00000000" w:rsidP="004F5CDE">
      <w:r>
        <w:t>“Thanks, Pete,” I said, glancing back at him. I know you’ve been here since the beginning. I was hoping to pick your brain soon—about the business. And about my aunt.”</w:t>
      </w:r>
    </w:p>
    <w:p w14:paraId="73C945C1" w14:textId="2DF6578B" w:rsidR="00F91806" w:rsidRDefault="00CD7822" w:rsidP="004F5CDE">
      <w:r w:rsidRPr="00CD7822">
        <w:t>Pete hesitated, his fingers brushing the edge of the desk. He exhaled slowly, like he was weighing his words.</w:t>
      </w:r>
      <w:r w:rsidR="00440BFE">
        <w:t xml:space="preserve"> </w:t>
      </w:r>
      <w:r w:rsidRPr="00CD7822">
        <w:t>He glanced at the door, then back at me, as if considering whether to speak at all.</w:t>
      </w:r>
      <w:r w:rsidR="00A97F8D">
        <w:t xml:space="preserve"> </w:t>
      </w:r>
      <w:r>
        <w:t>For someone who seemingly always had a joke ready, his momentary silence felt out of place. His fingers brushed the edge of the desk, and a flicker of something unreadable crossed his face.</w:t>
      </w:r>
    </w:p>
    <w:p w14:paraId="0B8601BD" w14:textId="77777777" w:rsidR="00F91806" w:rsidRDefault="00000000" w:rsidP="004F5CDE">
      <w:r>
        <w:t>Uncertainty? A memory?</w:t>
      </w:r>
    </w:p>
    <w:p w14:paraId="2EFD769E" w14:textId="77777777" w:rsidR="00F91806" w:rsidRDefault="00000000" w:rsidP="004F5CDE">
      <w:r>
        <w:t>Something deeper?</w:t>
      </w:r>
    </w:p>
    <w:p w14:paraId="4CBC65C3" w14:textId="77777777" w:rsidR="00F91806" w:rsidRDefault="00000000" w:rsidP="004F5CDE">
      <w:r>
        <w:t>Finally, he spoke.</w:t>
      </w:r>
    </w:p>
    <w:p w14:paraId="7298C5ED" w14:textId="77777777" w:rsidR="00F91806" w:rsidRDefault="00000000" w:rsidP="004F5CDE">
      <w:r>
        <w:t>“Baby steps, Hannah.”</w:t>
      </w:r>
    </w:p>
    <w:p w14:paraId="69EDF800" w14:textId="77777777" w:rsidR="00F91806" w:rsidRDefault="00000000" w:rsidP="004F5CDE">
      <w:r>
        <w:t>I gave a pouty look. “Meaning?”</w:t>
      </w:r>
    </w:p>
    <w:p w14:paraId="3F646415" w14:textId="41FD36E2" w:rsidR="00F91806" w:rsidRDefault="00000000" w:rsidP="004F5CDE">
      <w:r>
        <w:t>Pete gave a small, knowing smile. “Get settled in first. Learn the ropes. Then we’ll talk.”</w:t>
      </w:r>
      <w:r w:rsidR="0067392E">
        <w:t xml:space="preserve"> </w:t>
      </w:r>
      <w:r>
        <w:t>He held my gaze a second too long before adding, “Once you’re ready, I’d be happy to be the store’s historian for you.”</w:t>
      </w:r>
    </w:p>
    <w:p w14:paraId="09604ED3" w14:textId="77777777" w:rsidR="00F91806" w:rsidRDefault="00000000" w:rsidP="004F5CDE">
      <w:r>
        <w:lastRenderedPageBreak/>
        <w:t>I nodded, not entirely satisfied, but willing to be patient.</w:t>
      </w:r>
    </w:p>
    <w:p w14:paraId="4EBCBC49" w14:textId="77777777" w:rsidR="00F91806" w:rsidRDefault="00000000" w:rsidP="004F5CDE">
      <w:r>
        <w:t>For now.</w:t>
      </w:r>
    </w:p>
    <w:p w14:paraId="599992CA" w14:textId="616A9F95" w:rsidR="00F91806" w:rsidRDefault="00000000" w:rsidP="004F5CDE">
      <w:r>
        <w:t>Pete turned toward the door.</w:t>
      </w:r>
      <w:r w:rsidR="0067392E">
        <w:t xml:space="preserve"> </w:t>
      </w:r>
      <w:r>
        <w:t>But just as he reached for the handle, I stopped him.</w:t>
      </w:r>
      <w:r w:rsidR="00DE4F6C">
        <w:t xml:space="preserve"> </w:t>
      </w:r>
      <w:r>
        <w:t>“Hey, Pete. Any advice for me?”</w:t>
      </w:r>
    </w:p>
    <w:p w14:paraId="1AE93AB0" w14:textId="24C64606" w:rsidR="00F91806" w:rsidRDefault="00000000" w:rsidP="004F5CDE">
      <w:r>
        <w:t>He glanced over his shoulder, his expression momentarily unreadable.</w:t>
      </w:r>
      <w:r w:rsidR="00A97F8D">
        <w:t xml:space="preserve"> </w:t>
      </w:r>
      <w:r>
        <w:t>Then—something shifted.</w:t>
      </w:r>
      <w:r w:rsidR="00A97F8D">
        <w:t xml:space="preserve"> </w:t>
      </w:r>
      <w:r>
        <w:t>For the first time since I’d met him, the humor in his eyes dimmed.</w:t>
      </w:r>
      <w:r w:rsidR="004A25DE">
        <w:t xml:space="preserve"> H</w:t>
      </w:r>
      <w:r w:rsidR="00CD7822" w:rsidRPr="00CD7822">
        <w:t>is voice dropped, quieter, more deliberate.</w:t>
      </w:r>
      <w:r w:rsidR="00EE15BC">
        <w:t xml:space="preserve"> </w:t>
      </w:r>
      <w:r>
        <w:t xml:space="preserve">“Keep your eye on </w:t>
      </w:r>
      <w:r w:rsidR="00400041">
        <w:t>Candice</w:t>
      </w:r>
      <w:r>
        <w:t>.”</w:t>
      </w:r>
    </w:p>
    <w:p w14:paraId="007D30E2" w14:textId="790AEB96" w:rsidR="00F91806" w:rsidRDefault="00000000" w:rsidP="004F5CDE">
      <w:r>
        <w:t>I straightened. “</w:t>
      </w:r>
      <w:r w:rsidR="00400041">
        <w:t>Candice</w:t>
      </w:r>
      <w:r>
        <w:t>?”</w:t>
      </w:r>
    </w:p>
    <w:p w14:paraId="5DC8F164" w14:textId="77777777" w:rsidR="00F91806" w:rsidRDefault="00000000" w:rsidP="004F5CDE">
      <w:r>
        <w:t>Pete nodded slowly. “She’s sharp—sometimes sharper than people realize.”</w:t>
      </w:r>
    </w:p>
    <w:p w14:paraId="00E17861" w14:textId="28B9D91A" w:rsidR="00F91806" w:rsidRDefault="00000000" w:rsidP="004F5CDE">
      <w:r>
        <w:t>The words hung between us</w:t>
      </w:r>
      <w:r w:rsidR="00827F26">
        <w:t>, as</w:t>
      </w:r>
      <w:r w:rsidR="004A25DE">
        <w:t xml:space="preserve"> </w:t>
      </w:r>
      <w:r w:rsidR="004A25DE" w:rsidRPr="004A25DE">
        <w:t>I thought back to earlier—</w:t>
      </w:r>
      <w:r w:rsidR="00400041">
        <w:t>Candice</w:t>
      </w:r>
      <w:r w:rsidR="004A25DE" w:rsidRPr="004A25DE">
        <w:t xml:space="preserve"> leaning in just a little too close, the way she watched the room like she owned it. Like she was always three steps ahead.</w:t>
      </w:r>
    </w:p>
    <w:p w14:paraId="583E6277" w14:textId="6F1D3552" w:rsidR="00F91806" w:rsidRDefault="00000000" w:rsidP="004F5CDE">
      <w:r>
        <w:t xml:space="preserve">“And she knows how to stay </w:t>
      </w:r>
      <w:r w:rsidR="004F05A0">
        <w:t>in first place</w:t>
      </w:r>
      <w:r>
        <w:t xml:space="preserve">,” </w:t>
      </w:r>
      <w:r w:rsidR="004A25DE">
        <w:t xml:space="preserve">Pete </w:t>
      </w:r>
      <w:r>
        <w:t>added, voice even quieter now. “</w:t>
      </w:r>
      <w:r w:rsidR="00400041">
        <w:t>Candice</w:t>
      </w:r>
      <w:r>
        <w:t xml:space="preserve"> doesn’t just play the game, Hannah</w:t>
      </w:r>
      <w:r w:rsidR="007B3BC3">
        <w:t>,</w:t>
      </w:r>
      <w:r>
        <w:t>”</w:t>
      </w:r>
      <w:r w:rsidR="007B3BC3">
        <w:t xml:space="preserve"> h</w:t>
      </w:r>
      <w:r>
        <w:t>is gaze sharpened</w:t>
      </w:r>
      <w:r w:rsidR="007B3BC3">
        <w:t>,</w:t>
      </w:r>
      <w:r w:rsidR="00EE15BC">
        <w:t xml:space="preserve"> </w:t>
      </w:r>
      <w:r>
        <w:t>“</w:t>
      </w:r>
      <w:r w:rsidR="007B3BC3">
        <w:t>s</w:t>
      </w:r>
      <w:r>
        <w:t>he makes the rules.</w:t>
      </w:r>
      <w:r w:rsidR="00EE15BC">
        <w:t xml:space="preserve"> </w:t>
      </w:r>
      <w:r>
        <w:t>Just make sure you’re ready when she decides to change them.”</w:t>
      </w:r>
    </w:p>
    <w:p w14:paraId="6C544F10" w14:textId="77777777" w:rsidR="00F91806" w:rsidRDefault="00000000" w:rsidP="004F5CDE">
      <w:r>
        <w:t>A beat passed.</w:t>
      </w:r>
    </w:p>
    <w:p w14:paraId="669D88FD" w14:textId="09A67362" w:rsidR="00F91806" w:rsidRDefault="00000000" w:rsidP="004F5CDE">
      <w:r>
        <w:t>Then—just as quickly as it had come—the moment was gone.</w:t>
      </w:r>
      <w:r w:rsidR="00DE4F6C">
        <w:t xml:space="preserve"> </w:t>
      </w:r>
      <w:r>
        <w:t>Pete flashed me his usual grin and gave a casual salute. “Looking forward to working with you, kid.”</w:t>
      </w:r>
      <w:r w:rsidR="004F05A0">
        <w:t xml:space="preserve"> </w:t>
      </w:r>
      <w:r>
        <w:t>And then he was gone.</w:t>
      </w:r>
    </w:p>
    <w:p w14:paraId="449D35A4" w14:textId="77777777" w:rsidR="00F91806" w:rsidRDefault="00000000" w:rsidP="004F5CDE">
      <w:r>
        <w:t>The door clicked shut, leaving me alone with his parting words.</w:t>
      </w:r>
    </w:p>
    <w:p w14:paraId="7B06A219" w14:textId="77777777" w:rsidR="0042184B" w:rsidRDefault="0042184B" w:rsidP="004F5CDE"/>
    <w:p w14:paraId="5E1FA559" w14:textId="4D5214C5" w:rsidR="00F91806" w:rsidRPr="00304FE8" w:rsidRDefault="00304FE8" w:rsidP="00304FE8">
      <w:pPr>
        <w:jc w:val="center"/>
        <w:rPr>
          <w:color w:val="365F91" w:themeColor="accent1" w:themeShade="BF"/>
        </w:rPr>
      </w:pPr>
      <w:r w:rsidRPr="00304FE8">
        <w:rPr>
          <w:rFonts w:ascii="Segoe UI Symbol" w:hAnsi="Segoe UI Symbol" w:cs="Segoe UI Symbol"/>
          <w:color w:val="365F91" w:themeColor="accent1" w:themeShade="BF"/>
        </w:rPr>
        <w:t>♞♛♞</w:t>
      </w:r>
    </w:p>
    <w:p w14:paraId="64C8C382" w14:textId="77777777" w:rsidR="00304FE8" w:rsidRDefault="00304FE8" w:rsidP="00304FE8">
      <w:pPr>
        <w:jc w:val="center"/>
      </w:pPr>
    </w:p>
    <w:p w14:paraId="7F174030" w14:textId="77777777" w:rsidR="00F91806" w:rsidRDefault="00000000" w:rsidP="0042184B">
      <w:pPr>
        <w:pStyle w:val="Heading2"/>
      </w:pPr>
      <w:bookmarkStart w:id="29" w:name="_Toc189281320"/>
      <w:r>
        <w:t>Final Thoughts</w:t>
      </w:r>
      <w:bookmarkEnd w:id="29"/>
    </w:p>
    <w:p w14:paraId="30EFBB81" w14:textId="77777777" w:rsidR="0042184B" w:rsidRDefault="0042184B" w:rsidP="0042184B"/>
    <w:p w14:paraId="30FC6A7E" w14:textId="47FCB24A" w:rsidR="002E44AF" w:rsidRPr="002E44AF" w:rsidRDefault="002E44AF" w:rsidP="002E44AF">
      <w:r w:rsidRPr="002E44AF">
        <w:t>The quiet of the office felt almost conspiratorial, as if the space itself held secrets it wasn’t ready to share.</w:t>
      </w:r>
      <w:r w:rsidR="00C9372E">
        <w:t xml:space="preserve"> </w:t>
      </w:r>
      <w:r w:rsidRPr="002E44AF">
        <w:t>I turned back to my desk, Pete’s words still circling my mind.</w:t>
      </w:r>
    </w:p>
    <w:p w14:paraId="4B8C7687" w14:textId="7F5C6E26" w:rsidR="002E44AF" w:rsidRDefault="002E44AF" w:rsidP="002E44AF">
      <w:r w:rsidRPr="002E44AF">
        <w:rPr>
          <w:i/>
          <w:iCs/>
        </w:rPr>
        <w:t xml:space="preserve">Keep your eye on </w:t>
      </w:r>
      <w:r w:rsidR="00400041">
        <w:rPr>
          <w:i/>
          <w:iCs/>
        </w:rPr>
        <w:t>Candice</w:t>
      </w:r>
      <w:r w:rsidRPr="002E44AF">
        <w:rPr>
          <w:i/>
          <w:iCs/>
        </w:rPr>
        <w:t>.</w:t>
      </w:r>
    </w:p>
    <w:p w14:paraId="5E8E21E3" w14:textId="58017904" w:rsidR="002E44AF" w:rsidRPr="002E44AF" w:rsidRDefault="002E44AF" w:rsidP="002E44AF">
      <w:pPr>
        <w:rPr>
          <w:i/>
          <w:iCs/>
        </w:rPr>
      </w:pPr>
      <w:r w:rsidRPr="002E44AF">
        <w:rPr>
          <w:i/>
          <w:iCs/>
        </w:rPr>
        <w:lastRenderedPageBreak/>
        <w:t>She makes the rules.</w:t>
      </w:r>
    </w:p>
    <w:p w14:paraId="0DB6F190" w14:textId="77777777" w:rsidR="002E44AF" w:rsidRPr="002E44AF" w:rsidRDefault="002E44AF" w:rsidP="002E44AF">
      <w:r w:rsidRPr="002E44AF">
        <w:t>I frowned, drumming my fingers against the polished wood. Pete had delivered the warning so casually, like an offhand remark. But the shift in his tone, the hesitation before he spoke—none of that felt casual.</w:t>
      </w:r>
    </w:p>
    <w:p w14:paraId="2F322CA5" w14:textId="5F318A8D" w:rsidR="002E44AF" w:rsidRPr="002E44AF" w:rsidRDefault="00400041" w:rsidP="002E44AF">
      <w:r>
        <w:t>Candice</w:t>
      </w:r>
      <w:r w:rsidR="002E44AF" w:rsidRPr="002E44AF">
        <w:t xml:space="preserve"> was sharp—I’d seen that already. Confident, playful, always a step ahead. But was she dangerous? A threat? Or just someone who knew how to work the system better than most?</w:t>
      </w:r>
      <w:r w:rsidR="00C9372E">
        <w:t xml:space="preserve"> </w:t>
      </w:r>
      <w:r w:rsidR="002E44AF" w:rsidRPr="002E44AF">
        <w:t>A slow exhale left my lips.</w:t>
      </w:r>
    </w:p>
    <w:p w14:paraId="32E78059" w14:textId="77777777" w:rsidR="002E44AF" w:rsidRPr="002E44AF" w:rsidRDefault="002E44AF" w:rsidP="002E44AF">
      <w:r w:rsidRPr="002E44AF">
        <w:rPr>
          <w:i/>
          <w:iCs/>
        </w:rPr>
        <w:t>I don’t know enough yet.</w:t>
      </w:r>
    </w:p>
    <w:p w14:paraId="3459E36E" w14:textId="74A70CE7" w:rsidR="002E44AF" w:rsidRPr="002E44AF" w:rsidRDefault="002E44AF" w:rsidP="002E44AF">
      <w:r w:rsidRPr="002E44AF">
        <w:t>That realization settled like a weight in my stomach. I had walked into this job thinking my biggest challenges would be rebranding, managing personalities, and keeping the business afloat. But now?</w:t>
      </w:r>
      <w:r w:rsidR="0073147B">
        <w:t xml:space="preserve"> </w:t>
      </w:r>
      <w:r w:rsidRPr="002E44AF">
        <w:t>Now, it felt like I had stepped into a game I didn’t fully understand.</w:t>
      </w:r>
    </w:p>
    <w:p w14:paraId="7776C0CF" w14:textId="77777777" w:rsidR="002E44AF" w:rsidRPr="002E44AF" w:rsidRDefault="002E44AF" w:rsidP="002E44AF">
      <w:r w:rsidRPr="002E44AF">
        <w:t>And the scariest part?</w:t>
      </w:r>
    </w:p>
    <w:p w14:paraId="21CFBAD7" w14:textId="77777777" w:rsidR="002E44AF" w:rsidRPr="002E44AF" w:rsidRDefault="002E44AF" w:rsidP="002E44AF">
      <w:r w:rsidRPr="002E44AF">
        <w:t>I wasn’t even sure who all the players were yet.</w:t>
      </w:r>
    </w:p>
    <w:p w14:paraId="46B7A63C" w14:textId="77777777" w:rsidR="00046AA9" w:rsidRDefault="00046AA9" w:rsidP="004F5CDE"/>
    <w:p w14:paraId="1005E3CF" w14:textId="77777777" w:rsidR="00046AA9" w:rsidRDefault="00046AA9" w:rsidP="004F5CDE"/>
    <w:p w14:paraId="0F74540F" w14:textId="77777777" w:rsidR="00F91806" w:rsidRDefault="00000000" w:rsidP="0042184B">
      <w:pPr>
        <w:pStyle w:val="Heading1"/>
      </w:pPr>
      <w:bookmarkStart w:id="30" w:name="_Toc189281321"/>
      <w:r>
        <w:t>Chapter 11: Storm Brewing</w:t>
      </w:r>
      <w:bookmarkEnd w:id="30"/>
    </w:p>
    <w:p w14:paraId="7474E791" w14:textId="77777777" w:rsidR="0042184B" w:rsidRDefault="0042184B" w:rsidP="004F5CDE"/>
    <w:p w14:paraId="58658DF3" w14:textId="67191DD9" w:rsidR="00F91806" w:rsidRDefault="00000000" w:rsidP="004F5CDE">
      <w:r>
        <w:t>For the first time, I wondered if life as a dental receptionist had been as bad as I made it out to be. The simplicity, in hindsight, felt like an untapped luxury—no major decisions, no power struggles, no stress. Just a steady stream of predictable patients, an occasional free toothbrush, and a clean break at the end of every shift.</w:t>
      </w:r>
      <w:r w:rsidR="00086651">
        <w:t xml:space="preserve"> </w:t>
      </w:r>
      <w:r>
        <w:t>Each evening, I’d clock out with an empty inbox and a clear conscience.</w:t>
      </w:r>
    </w:p>
    <w:p w14:paraId="4B03831C" w14:textId="77777777" w:rsidR="00F91806" w:rsidRDefault="00000000" w:rsidP="004F5CDE">
      <w:r>
        <w:t>What wasn’t to like?</w:t>
      </w:r>
    </w:p>
    <w:p w14:paraId="345406AF" w14:textId="58BBEBE0" w:rsidR="00F91806" w:rsidRDefault="00000000" w:rsidP="004F5CDE">
      <w:r>
        <w:t>But now? Now, I had inherited a neon-lit, pun-filled, gloriously chaotic empire.</w:t>
      </w:r>
      <w:r w:rsidR="00086651">
        <w:t xml:space="preserve"> </w:t>
      </w:r>
      <w:r>
        <w:t>And responsibility clung to me like static—prickly, inescapable, and humming with potential disaster. Every choice felt monumental, like the fate of Silicone Solutions teetered on the edge of my every move.</w:t>
      </w:r>
    </w:p>
    <w:p w14:paraId="16912D69" w14:textId="77777777" w:rsidR="00F91806" w:rsidRPr="00212237" w:rsidRDefault="00000000" w:rsidP="004F5CDE">
      <w:pPr>
        <w:rPr>
          <w:i/>
          <w:iCs/>
        </w:rPr>
      </w:pPr>
      <w:r w:rsidRPr="00212237">
        <w:rPr>
          <w:i/>
          <w:iCs/>
        </w:rPr>
        <w:t>Get your shit together, Hannah.</w:t>
      </w:r>
    </w:p>
    <w:p w14:paraId="66BBBCB7" w14:textId="1F9E8676" w:rsidR="00F91806" w:rsidRDefault="00000000" w:rsidP="004F5CDE">
      <w:r>
        <w:lastRenderedPageBreak/>
        <w:t>I should have been focusing on the business, proving to everyone—including myself—that I was capable of running this place.</w:t>
      </w:r>
      <w:r w:rsidR="00086651">
        <w:t xml:space="preserve"> </w:t>
      </w:r>
      <w:r>
        <w:t>But then there was Melanie.</w:t>
      </w:r>
      <w:r w:rsidR="00EC6F02">
        <w:t xml:space="preserve"> </w:t>
      </w:r>
      <w:r>
        <w:t>The way she looked at me. The way she made me feel, like I was a live wire, burning too hot to touch. When she was near, everything else blurred into the background. Her laughter felt like oxygen; her touch, gravity.</w:t>
      </w:r>
    </w:p>
    <w:p w14:paraId="4B43941E" w14:textId="77777777" w:rsidR="00F91806" w:rsidRDefault="00000000" w:rsidP="004F5CDE">
      <w:r>
        <w:t>Was this insane? Probably.</w:t>
      </w:r>
    </w:p>
    <w:p w14:paraId="04B4D273" w14:textId="5EA61CA6" w:rsidR="00F91806" w:rsidRDefault="00000000" w:rsidP="004F5CDE">
      <w:r>
        <w:t>B</w:t>
      </w:r>
      <w:r w:rsidR="00580A0F">
        <w:t>ecause</w:t>
      </w:r>
      <w:r>
        <w:t xml:space="preserve"> then there was </w:t>
      </w:r>
      <w:r w:rsidR="00400041">
        <w:t>Candice</w:t>
      </w:r>
      <w:r>
        <w:t>.</w:t>
      </w:r>
      <w:r w:rsidR="00EC6F02">
        <w:t xml:space="preserve"> </w:t>
      </w:r>
      <w:r>
        <w:t>Her smirk. The sharp-edged way she lingered, like a storm cloud waiting to crack open.</w:t>
      </w:r>
      <w:r w:rsidR="00E31DAE">
        <w:t xml:space="preserve"> </w:t>
      </w:r>
      <w:r>
        <w:t>Beyond catching Melanie and me in the restroom, what cards was she already holding? Was her amusement just that—amusement? Or was it something more calculated?</w:t>
      </w:r>
      <w:r w:rsidR="00580A0F">
        <w:t xml:space="preserve"> </w:t>
      </w:r>
      <w:r>
        <w:t>Every glance, every casual remark from her now felt like it could be a trap.</w:t>
      </w:r>
    </w:p>
    <w:p w14:paraId="3F07D9DC" w14:textId="503F593C" w:rsidR="00F91806" w:rsidRDefault="00000000" w:rsidP="004F5CDE">
      <w:r>
        <w:t>My thoughts spiraled, tangled between desire and disaster—</w:t>
      </w:r>
      <w:r w:rsidR="00086651">
        <w:t xml:space="preserve"> a</w:t>
      </w:r>
      <w:r>
        <w:t>nd then came the crash.</w:t>
      </w:r>
      <w:r w:rsidR="00086651">
        <w:t xml:space="preserve"> </w:t>
      </w:r>
      <w:r>
        <w:t>A sharp clatter, like something breaking. Raised voices, cutting through the soft hum of the store. My pulse quickened.</w:t>
      </w:r>
    </w:p>
    <w:p w14:paraId="0D418DFC" w14:textId="77777777" w:rsidR="0042184B" w:rsidRDefault="0042184B" w:rsidP="004F5CDE"/>
    <w:p w14:paraId="43E497DE" w14:textId="57151EA8" w:rsidR="0042184B" w:rsidRPr="00A351D5" w:rsidRDefault="00304FE8" w:rsidP="00304FE8">
      <w:pPr>
        <w:jc w:val="center"/>
        <w:rPr>
          <w:color w:val="365F91" w:themeColor="accent1" w:themeShade="BF"/>
        </w:rPr>
      </w:pPr>
      <w:r>
        <w:rPr>
          <w:rFonts w:ascii="Segoe UI Symbol" w:hAnsi="Segoe UI Symbol" w:cs="Segoe UI Symbol"/>
          <w:color w:val="365F91" w:themeColor="accent1" w:themeShade="BF"/>
        </w:rPr>
        <w:t>♞♛♞</w:t>
      </w:r>
    </w:p>
    <w:p w14:paraId="2B3D9F6B" w14:textId="77777777" w:rsidR="00F91806" w:rsidRDefault="00F91806" w:rsidP="004F5CDE"/>
    <w:p w14:paraId="7619A52F" w14:textId="77777777" w:rsidR="00F91806" w:rsidRDefault="00000000" w:rsidP="004F5CDE">
      <w:r>
        <w:t>I rushed out of my office, following the noise. Heels clicking against the floor as I neared the backroom. The closer I got, the clearer the words became.</w:t>
      </w:r>
    </w:p>
    <w:p w14:paraId="3412569B" w14:textId="17031DCF" w:rsidR="00F91806" w:rsidRDefault="00000000" w:rsidP="004F5CDE">
      <w:r>
        <w:t>“You think you deserve it more than me?”</w:t>
      </w:r>
      <w:r w:rsidR="00DE4F6C">
        <w:t xml:space="preserve"> </w:t>
      </w:r>
      <w:r w:rsidR="00400041">
        <w:t>Candice’s voice—sharp, venom-laced—carved through the air like a blade.</w:t>
      </w:r>
      <w:r w:rsidR="00DE4F6C">
        <w:t xml:space="preserve"> </w:t>
      </w:r>
      <w:r>
        <w:t>“You think twenty years of selling plastic dicks makes you some kind of king?”</w:t>
      </w:r>
    </w:p>
    <w:p w14:paraId="3E915898" w14:textId="6EC66D5B" w:rsidR="00F91806" w:rsidRDefault="00000000" w:rsidP="004F5CDE">
      <w:r>
        <w:t xml:space="preserve">Pete’s reply was lower, a growl barely kept in check. “Watch your mouth, </w:t>
      </w:r>
      <w:r w:rsidR="00400041">
        <w:t>Candice</w:t>
      </w:r>
      <w:r>
        <w:t>.”</w:t>
      </w:r>
    </w:p>
    <w:p w14:paraId="6900825A" w14:textId="2F4F754C" w:rsidR="00F91806" w:rsidRDefault="00000000" w:rsidP="004F5CDE">
      <w:r>
        <w:t xml:space="preserve">I stopped short. Pete? And </w:t>
      </w:r>
      <w:r w:rsidR="00400041">
        <w:t>Candice</w:t>
      </w:r>
      <w:r>
        <w:t>?</w:t>
      </w:r>
    </w:p>
    <w:p w14:paraId="4ECE0374" w14:textId="37C8094F" w:rsidR="00F91806" w:rsidRDefault="00400041" w:rsidP="004F5CDE">
      <w:r>
        <w:t>Candice let out a hollow laugh. “I</w:t>
      </w:r>
      <w:r w:rsidR="00DE4F6C">
        <w:t>’ve</w:t>
      </w:r>
      <w:r>
        <w:t xml:space="preserve"> earned my place here.</w:t>
      </w:r>
      <w:r w:rsidR="00DE4F6C">
        <w:t xml:space="preserve">” </w:t>
      </w:r>
      <w:r>
        <w:t>—</w:t>
      </w:r>
      <w:r w:rsidR="00DE4F6C">
        <w:t xml:space="preserve"> admit</w:t>
      </w:r>
      <w:r w:rsidR="00000000">
        <w:t xml:space="preserve"> it.”</w:t>
      </w:r>
      <w:r w:rsidR="00DE4F6C">
        <w:t xml:space="preserve"> </w:t>
      </w:r>
      <w:r w:rsidR="00000000">
        <w:t>Her words dared him. Her stance was rigid, fists clenched at her sides. Pete, in contrast, stood firm, his hands on his hips—a battle-tested soldier refusing to give ground.</w:t>
      </w:r>
    </w:p>
    <w:p w14:paraId="29D2B21E" w14:textId="2A3F87A7" w:rsidR="00F91806" w:rsidRDefault="00000000" w:rsidP="004F5CDE">
      <w:r>
        <w:t>And suddenly, I saw it for what it was.</w:t>
      </w:r>
      <w:r w:rsidR="00086651">
        <w:t xml:space="preserve"> </w:t>
      </w:r>
      <w:r>
        <w:t>This wasn’t about a job.</w:t>
      </w:r>
      <w:r w:rsidR="00086651">
        <w:t xml:space="preserve"> </w:t>
      </w:r>
      <w:r>
        <w:t>This was about power.</w:t>
      </w:r>
      <w:r w:rsidR="00086651">
        <w:t xml:space="preserve"> </w:t>
      </w:r>
      <w:r>
        <w:t xml:space="preserve">Pete wasn’t just some bitter employee—he was part of my aunt’s legacy. And </w:t>
      </w:r>
      <w:r w:rsidR="00400041">
        <w:t>Candice</w:t>
      </w:r>
      <w:r>
        <w:t xml:space="preserve">? </w:t>
      </w:r>
      <w:r>
        <w:lastRenderedPageBreak/>
        <w:t>She wanted something. More responsibility? More influence? Everything?</w:t>
      </w:r>
      <w:r w:rsidR="00934003">
        <w:t xml:space="preserve"> </w:t>
      </w:r>
      <w:r>
        <w:t>And for some reason, that put them directly at odds.</w:t>
      </w:r>
    </w:p>
    <w:p w14:paraId="1307F4F4" w14:textId="458E8E0C" w:rsidR="00F91806" w:rsidRDefault="00000000" w:rsidP="004F5CDE">
      <w:r>
        <w:t xml:space="preserve">Suddenly, Pete’s warning about </w:t>
      </w:r>
      <w:r w:rsidR="00400041">
        <w:t>Candice</w:t>
      </w:r>
      <w:r>
        <w:t xml:space="preserve"> didn’t seem like paranoia.</w:t>
      </w:r>
    </w:p>
    <w:p w14:paraId="2A8B2063" w14:textId="527600E6" w:rsidR="00F91806" w:rsidRDefault="00000000" w:rsidP="004F5CDE">
      <w:r>
        <w:t>I lingered in the doorway, frozen. The weight of their words pressed against me, daring me to step forward.</w:t>
      </w:r>
      <w:r w:rsidR="00934003">
        <w:t xml:space="preserve"> </w:t>
      </w:r>
      <w:r>
        <w:t>This was my first day. My job, technically, was to keep the store running, to settle into my new role.</w:t>
      </w:r>
    </w:p>
    <w:p w14:paraId="12AC7010" w14:textId="1CC4A97D" w:rsidR="00F91806" w:rsidRDefault="00000000" w:rsidP="004F5CDE">
      <w:r>
        <w:t>But this?</w:t>
      </w:r>
      <w:r w:rsidR="00245AD7">
        <w:t xml:space="preserve"> </w:t>
      </w:r>
      <w:r>
        <w:t>This was a war waiting to happen.</w:t>
      </w:r>
      <w:r w:rsidR="00245AD7">
        <w:t xml:space="preserve"> </w:t>
      </w:r>
      <w:r>
        <w:t>And stepping into the middle of it before I even knew the battle lines could be my first fatal mistake.</w:t>
      </w:r>
      <w:r w:rsidR="00EC6F02">
        <w:t xml:space="preserve"> </w:t>
      </w:r>
      <w:r>
        <w:t>Maybe tomorrow, I told myself as the weight of their words echoed in my chest.</w:t>
      </w:r>
      <w:r w:rsidR="00934003">
        <w:t xml:space="preserve"> </w:t>
      </w:r>
      <w:r>
        <w:t>But deep down, I knew this was a problem that wouldn’t wait for my courage.</w:t>
      </w:r>
    </w:p>
    <w:p w14:paraId="7C53CA7C" w14:textId="77777777" w:rsidR="00F91806" w:rsidRDefault="00000000" w:rsidP="004F5CDE">
      <w:r>
        <w:t>Tomorrow was already here.</w:t>
      </w:r>
    </w:p>
    <w:p w14:paraId="61BB4575" w14:textId="77777777" w:rsidR="00046AA9" w:rsidRDefault="00046AA9" w:rsidP="004F5CDE"/>
    <w:p w14:paraId="513947C4" w14:textId="77777777" w:rsidR="00046AA9" w:rsidRDefault="00046AA9" w:rsidP="004F5CDE"/>
    <w:p w14:paraId="53D5D860" w14:textId="77777777" w:rsidR="00F91806" w:rsidRDefault="00000000" w:rsidP="009429C6">
      <w:pPr>
        <w:pStyle w:val="Heading1"/>
      </w:pPr>
      <w:bookmarkStart w:id="31" w:name="_Toc189281322"/>
      <w:r>
        <w:t>Chapter 12: Corporate Cockblock</w:t>
      </w:r>
      <w:bookmarkEnd w:id="31"/>
    </w:p>
    <w:p w14:paraId="23499F2E" w14:textId="77777777" w:rsidR="009429C6" w:rsidRDefault="009429C6" w:rsidP="004F5CDE"/>
    <w:p w14:paraId="6FE9E85E" w14:textId="6B1E9311" w:rsidR="000E5AEA" w:rsidRPr="000E5AEA" w:rsidRDefault="000E5AEA" w:rsidP="000E5AEA">
      <w:r w:rsidRPr="000E5AEA">
        <w:t>I’m not the type to sleep all day, but damn, the sound of an alarm clock is an offensive way to wake up.</w:t>
      </w:r>
      <w:r w:rsidR="00466865">
        <w:t xml:space="preserve"> </w:t>
      </w:r>
      <w:r w:rsidRPr="000E5AEA">
        <w:t xml:space="preserve">As I dragged myself out of bed, Pete’s warning and </w:t>
      </w:r>
      <w:r w:rsidR="00400041">
        <w:t>Candice</w:t>
      </w:r>
      <w:r w:rsidRPr="000E5AEA">
        <w:t>’s sharp words crept back into my mind.</w:t>
      </w:r>
    </w:p>
    <w:p w14:paraId="7B844180" w14:textId="77777777" w:rsidR="000E5AEA" w:rsidRPr="000E5AEA" w:rsidRDefault="000E5AEA" w:rsidP="000E5AEA">
      <w:pPr>
        <w:rPr>
          <w:i/>
          <w:iCs/>
        </w:rPr>
      </w:pPr>
      <w:r w:rsidRPr="000E5AEA">
        <w:rPr>
          <w:i/>
          <w:iCs/>
        </w:rPr>
        <w:t>Shake it off, Hannah.</w:t>
      </w:r>
    </w:p>
    <w:p w14:paraId="0EBE5E89" w14:textId="5605AEE6" w:rsidR="00110AB8" w:rsidRDefault="000E5AEA" w:rsidP="000E5AEA">
      <w:r w:rsidRPr="000E5AEA">
        <w:t>Time now for what my ex used to call the "trifecta of productivity"—a shave, shit, and shower—then off to work.</w:t>
      </w:r>
      <w:r w:rsidR="00110AB8">
        <w:t xml:space="preserve"> </w:t>
      </w:r>
      <w:r w:rsidRPr="000E5AEA">
        <w:t xml:space="preserve">Day Two. Let’s see what fresh chaos </w:t>
      </w:r>
      <w:r w:rsidR="00110AB8">
        <w:t>it</w:t>
      </w:r>
      <w:r w:rsidRPr="000E5AEA">
        <w:t xml:space="preserve"> brings.</w:t>
      </w:r>
      <w:r w:rsidR="00110AB8">
        <w:t xml:space="preserve"> </w:t>
      </w:r>
    </w:p>
    <w:p w14:paraId="05A0A661" w14:textId="7E6359E6" w:rsidR="000E5AEA" w:rsidRPr="000E5AEA" w:rsidRDefault="000E5AEA" w:rsidP="000E5AEA">
      <w:r w:rsidRPr="000E5AEA">
        <w:t>I pulled into Silicone Solutions’ parking lot and immediately spotted Liam and Flynn loitering outside the warehouse, sharing a cigarette like two delinquent teenagers.</w:t>
      </w:r>
      <w:r w:rsidR="007F6B0E">
        <w:t xml:space="preserve"> </w:t>
      </w:r>
      <w:r w:rsidRPr="000E5AEA">
        <w:t>Rolling down my window, I smirked.</w:t>
      </w:r>
      <w:r w:rsidR="00245AD7">
        <w:t xml:space="preserve"> </w:t>
      </w:r>
      <w:r w:rsidRPr="000E5AEA">
        <w:t>“Hey slackers, get back to work. I’m paying you to stock asses, not tip ashes.”</w:t>
      </w:r>
    </w:p>
    <w:p w14:paraId="7F1B7A87" w14:textId="39F39AE0" w:rsidR="000E5AEA" w:rsidRPr="000E5AEA" w:rsidRDefault="000E5AEA" w:rsidP="000E5AEA">
      <w:r w:rsidRPr="000E5AEA">
        <w:t>Flynn, never one to miss an opportunity for sarcasm, put a hand to his chest. “I know my rights!”</w:t>
      </w:r>
    </w:p>
    <w:p w14:paraId="5C387C16" w14:textId="77777777" w:rsidR="000E5AEA" w:rsidRPr="000E5AEA" w:rsidRDefault="000E5AEA" w:rsidP="000E5AEA">
      <w:r w:rsidRPr="000E5AEA">
        <w:t>Liam chimed in. “I want my union rep!”</w:t>
      </w:r>
    </w:p>
    <w:p w14:paraId="7DFD3952" w14:textId="77777777" w:rsidR="000E5AEA" w:rsidRPr="000E5AEA" w:rsidRDefault="000E5AEA" w:rsidP="000E5AEA">
      <w:r w:rsidRPr="000E5AEA">
        <w:lastRenderedPageBreak/>
        <w:t>I grinned, rolling the window back up. “Okay, boys. I’m teasing—but seriously, keep your butts inside with our silicone butts instead of all over the parking lot.”</w:t>
      </w:r>
    </w:p>
    <w:p w14:paraId="19D74B55" w14:textId="3EBB5971" w:rsidR="000E5AEA" w:rsidRDefault="000E5AEA" w:rsidP="000E5AEA">
      <w:r w:rsidRPr="000E5AEA">
        <w:t>I parked, grabbed my bag—one arm loaded with large coffees and a box of donuts for the staff.</w:t>
      </w:r>
      <w:r w:rsidR="00B34B1E">
        <w:t xml:space="preserve"> </w:t>
      </w:r>
      <w:r w:rsidRPr="000E5AEA">
        <w:t>Game face on. CEO mode activated.</w:t>
      </w:r>
    </w:p>
    <w:p w14:paraId="4DD57CCC" w14:textId="77777777" w:rsidR="00024C28" w:rsidRPr="000E5AEA" w:rsidRDefault="00024C28" w:rsidP="000E5AEA"/>
    <w:p w14:paraId="6A40A1BB" w14:textId="77888291" w:rsidR="00024C28" w:rsidRPr="00A351D5" w:rsidRDefault="00304FE8" w:rsidP="00304FE8">
      <w:pPr>
        <w:jc w:val="center"/>
        <w:rPr>
          <w:color w:val="365F91" w:themeColor="accent1" w:themeShade="BF"/>
        </w:rPr>
      </w:pPr>
      <w:r>
        <w:rPr>
          <w:rFonts w:ascii="Segoe UI Symbol" w:hAnsi="Segoe UI Symbol" w:cs="Segoe UI Symbol"/>
          <w:color w:val="365F91" w:themeColor="accent1" w:themeShade="BF"/>
        </w:rPr>
        <w:t>♞♛♞</w:t>
      </w:r>
    </w:p>
    <w:p w14:paraId="58541AD3" w14:textId="77777777" w:rsidR="00024C28" w:rsidRDefault="00024C28" w:rsidP="000E5AEA"/>
    <w:p w14:paraId="6B9A8524" w14:textId="6D6C4D2F" w:rsidR="000E5AEA" w:rsidRPr="000E5AEA" w:rsidRDefault="000E5AEA" w:rsidP="000E5AEA">
      <w:r w:rsidRPr="000E5AEA">
        <w:t>The moment I stepped through the doors, Jimbo materialized like he had a sixth sense for caffeine and sugar.</w:t>
      </w:r>
      <w:r w:rsidR="00F77F5C">
        <w:t xml:space="preserve"> </w:t>
      </w:r>
      <w:r w:rsidRPr="000E5AEA">
        <w:t>Before I could even say “Good morning,” he snatched a coffee and picked out a chocolate-glazed donut.</w:t>
      </w:r>
    </w:p>
    <w:p w14:paraId="21F2B04A" w14:textId="77777777" w:rsidR="000E5AEA" w:rsidRPr="000E5AEA" w:rsidRDefault="000E5AEA" w:rsidP="000E5AEA">
      <w:r w:rsidRPr="000E5AEA">
        <w:t>Damn. That was the one I wanted.</w:t>
      </w:r>
    </w:p>
    <w:p w14:paraId="7661C43F" w14:textId="5B328F0D" w:rsidR="000E5AEA" w:rsidRPr="000E5AEA" w:rsidRDefault="000E5AEA" w:rsidP="000E5AEA">
      <w:r w:rsidRPr="000E5AEA">
        <w:t xml:space="preserve">“So Jimbo,” I said, watching him take a massive bite of </w:t>
      </w:r>
      <w:r w:rsidRPr="000E5AEA">
        <w:rPr>
          <w:i/>
          <w:iCs/>
        </w:rPr>
        <w:t>my</w:t>
      </w:r>
      <w:r w:rsidRPr="000E5AEA">
        <w:t xml:space="preserve"> donut, “how’s our video booth business going?”</w:t>
      </w:r>
    </w:p>
    <w:p w14:paraId="1FB29C06" w14:textId="77777777" w:rsidR="000E5AEA" w:rsidRPr="000E5AEA" w:rsidRDefault="000E5AEA" w:rsidP="000E5AEA">
      <w:r w:rsidRPr="000E5AEA">
        <w:t>Jimbo gave me a slow, knowing nod. “Oh, you know—it’s a sticky situation. But given we’re the only adult store in the area still offering private booths, I’d say we’re doing just fine.”</w:t>
      </w:r>
    </w:p>
    <w:p w14:paraId="221864D4" w14:textId="77777777" w:rsidR="000E5AEA" w:rsidRPr="000E5AEA" w:rsidRDefault="000E5AEA" w:rsidP="000E5AEA">
      <w:r w:rsidRPr="000E5AEA">
        <w:t>I almost choked on my coffee. “Great. Once I get further settled in, let’s chat more about those booths.”</w:t>
      </w:r>
    </w:p>
    <w:p w14:paraId="1CE0D9E8" w14:textId="77777777" w:rsidR="000E5AEA" w:rsidRPr="000E5AEA" w:rsidRDefault="000E5AEA" w:rsidP="000E5AEA">
      <w:r w:rsidRPr="000E5AEA">
        <w:t xml:space="preserve">Jimbo winked. “Outstanding.” Another bite. </w:t>
      </w:r>
      <w:r w:rsidRPr="000E5AEA">
        <w:rPr>
          <w:i/>
          <w:iCs/>
        </w:rPr>
        <w:t>My donut.</w:t>
      </w:r>
    </w:p>
    <w:p w14:paraId="4889BE5B" w14:textId="04858C42" w:rsidR="000E5AEA" w:rsidRPr="000E5AEA" w:rsidRDefault="000E5AEA" w:rsidP="000E5AEA">
      <w:r w:rsidRPr="000E5AEA">
        <w:t>Okay. That’s the last time I bring him breakfast.</w:t>
      </w:r>
      <w:r w:rsidR="00245AD7">
        <w:t xml:space="preserve"> </w:t>
      </w:r>
      <w:r w:rsidRPr="000E5AEA">
        <w:t>I made my way to the register where John was already setting up for the day. I dropped the remaining coffee and donuts onto the counter, separating two of each—one for myself and one for Melanie.</w:t>
      </w:r>
    </w:p>
    <w:p w14:paraId="67588A9D" w14:textId="77777777" w:rsidR="000E5AEA" w:rsidRPr="000E5AEA" w:rsidRDefault="000E5AEA" w:rsidP="000E5AEA">
      <w:r w:rsidRPr="000E5AEA">
        <w:t>Deep breath, Hannah. Time to say good morning to her.</w:t>
      </w:r>
    </w:p>
    <w:p w14:paraId="0071BEFB" w14:textId="135D7CDA" w:rsidR="000E5AEA" w:rsidRPr="000E5AEA" w:rsidRDefault="000E5AEA" w:rsidP="000E5AEA">
      <w:r w:rsidRPr="000E5AEA">
        <w:t>I knocked on Melanie’s office door, balancing the coffee and donuts in my arms. The door creaked open, and—</w:t>
      </w:r>
      <w:r w:rsidR="00531583">
        <w:t xml:space="preserve"> t</w:t>
      </w:r>
      <w:r w:rsidRPr="000E5AEA">
        <w:t>here she was. Radiant. Effortless. Like she hadn’t spent half the night taking up space in my head.</w:t>
      </w:r>
      <w:r w:rsidR="004472C4">
        <w:t xml:space="preserve"> </w:t>
      </w:r>
      <w:r w:rsidRPr="000E5AEA">
        <w:t>Her bright smile was enough to make me forget the awkward tension from yesterday’s stolen moment.</w:t>
      </w:r>
    </w:p>
    <w:p w14:paraId="09E6F74D" w14:textId="60E04FA1" w:rsidR="000E5AEA" w:rsidRPr="000E5AEA" w:rsidRDefault="000E5AEA" w:rsidP="000E5AEA">
      <w:r w:rsidRPr="000E5AEA">
        <w:t>But then—my heart sank</w:t>
      </w:r>
      <w:r w:rsidR="00245AD7">
        <w:t>, b</w:t>
      </w:r>
      <w:r w:rsidRPr="000E5AEA">
        <w:t>ecause Miguel “Mike” Cohones was sitting right in front of her desk.</w:t>
      </w:r>
    </w:p>
    <w:p w14:paraId="7CAA0C1D" w14:textId="77777777" w:rsidR="000E5AEA" w:rsidRPr="000E5AEA" w:rsidRDefault="000E5AEA" w:rsidP="000E5AEA">
      <w:r w:rsidRPr="000E5AEA">
        <w:lastRenderedPageBreak/>
        <w:t>Melanie’s brows lifted slightly in surprise. “Donuts,” she mused, her voice teasing as she took the bag from me. “I think I’m already falling in love.”</w:t>
      </w:r>
    </w:p>
    <w:p w14:paraId="10BBF838" w14:textId="77777777" w:rsidR="0073038D" w:rsidRDefault="000E5AEA" w:rsidP="000E5AEA">
      <w:r w:rsidRPr="000E5AEA">
        <w:t>And I was about to glow from that remark until she added— “Oh, have you met Mike?”</w:t>
      </w:r>
      <w:r w:rsidR="0073038D">
        <w:t xml:space="preserve"> </w:t>
      </w:r>
    </w:p>
    <w:p w14:paraId="4B44DEC8" w14:textId="03D3A9A4" w:rsidR="000E5AEA" w:rsidRPr="000E5AEA" w:rsidRDefault="000E5AEA" w:rsidP="000E5AEA">
      <w:r w:rsidRPr="000E5AEA">
        <w:t>Mike turned his infuriatingly charming grin toward me and extended a hand.</w:t>
      </w:r>
      <w:r w:rsidR="0073038D">
        <w:t xml:space="preserve"> </w:t>
      </w:r>
      <w:r w:rsidRPr="000E5AEA">
        <w:t>“Pleasure to meet you, boss lady.”</w:t>
      </w:r>
      <w:r w:rsidR="0073038D">
        <w:t xml:space="preserve"> </w:t>
      </w:r>
      <w:r w:rsidRPr="000E5AEA">
        <w:t>I forced a smile and shook his hand. “Likewise. Would you like a coffee? A donut?”</w:t>
      </w:r>
    </w:p>
    <w:p w14:paraId="2C237EB7" w14:textId="77777777" w:rsidR="000E5AEA" w:rsidRPr="000E5AEA" w:rsidRDefault="000E5AEA" w:rsidP="000E5AEA">
      <w:r w:rsidRPr="000E5AEA">
        <w:t>Mike leaned back in his chair like he owned the damn place. “Nah, I’m good. We’re just going over my performance appraisal. Apparently, I’ve been a bad boy… and I was hoping Melanie would discipline me for it.”</w:t>
      </w:r>
    </w:p>
    <w:p w14:paraId="68C10713" w14:textId="77777777" w:rsidR="000E5AEA" w:rsidRPr="000E5AEA" w:rsidRDefault="000E5AEA" w:rsidP="000E5AEA">
      <w:r w:rsidRPr="000E5AEA">
        <w:t>My eye actually twitched.</w:t>
      </w:r>
    </w:p>
    <w:p w14:paraId="515BE77D" w14:textId="77777777" w:rsidR="00024C28" w:rsidRPr="00B124EB" w:rsidRDefault="00024C28" w:rsidP="000E5AEA">
      <w:pPr>
        <w:rPr>
          <w:i/>
          <w:iCs/>
        </w:rPr>
      </w:pPr>
      <w:r w:rsidRPr="00B124EB">
        <w:rPr>
          <w:i/>
          <w:iCs/>
        </w:rPr>
        <w:t>Is this what it’s like to be cockblocked?</w:t>
      </w:r>
    </w:p>
    <w:p w14:paraId="4C4A9B02" w14:textId="52B61C24" w:rsidR="000E5AEA" w:rsidRPr="000E5AEA" w:rsidRDefault="000E5AEA" w:rsidP="000E5AEA">
      <w:r w:rsidRPr="000E5AEA">
        <w:t>I kept my expression neutral. Polite. Like I wasn’t currently resisting the urge to chuck a Boston crème directly at his smug-ass face.</w:t>
      </w:r>
      <w:r w:rsidR="00EC6F02">
        <w:t xml:space="preserve"> </w:t>
      </w:r>
      <w:r w:rsidRPr="000E5AEA">
        <w:t>Looking more at Melanie than Mike, I replied smoothly, “No problem. Just making the rounds to say good morning to everyone.”</w:t>
      </w:r>
    </w:p>
    <w:p w14:paraId="02E64979" w14:textId="594F86D4" w:rsidR="000E5AEA" w:rsidRPr="000E5AEA" w:rsidRDefault="000E5AEA" w:rsidP="000E5AEA">
      <w:r w:rsidRPr="000E5AEA">
        <w:t>Melanie offered a small smile, but her expression was unreadable. Was she annoyed by his presence—or mine?</w:t>
      </w:r>
      <w:r w:rsidR="0073038D">
        <w:t xml:space="preserve"> </w:t>
      </w:r>
      <w:r w:rsidRPr="000E5AEA">
        <w:t xml:space="preserve">Mike stretched his arms like he had all the time in the world. “Drinks on me </w:t>
      </w:r>
      <w:r w:rsidR="00AD0EC1" w:rsidRPr="000E5AEA">
        <w:t>some time</w:t>
      </w:r>
      <w:r w:rsidRPr="000E5AEA">
        <w:t>,” he said. “And maybe Melanie can join us.”</w:t>
      </w:r>
    </w:p>
    <w:p w14:paraId="3EF3F526" w14:textId="5286C3EF" w:rsidR="000E5AEA" w:rsidRPr="000E5AEA" w:rsidRDefault="000E5AEA" w:rsidP="000E5AEA">
      <w:r w:rsidRPr="000E5AEA">
        <w:t>A harmless invitation. Probably.</w:t>
      </w:r>
      <w:r w:rsidR="001F09D0">
        <w:t xml:space="preserve"> </w:t>
      </w:r>
      <w:r w:rsidRPr="000E5AEA">
        <w:t>But the smug way he watched me after he said it? Like he was testing something.</w:t>
      </w:r>
      <w:r w:rsidR="00EC6F02">
        <w:t xml:space="preserve"> </w:t>
      </w:r>
      <w:r w:rsidRPr="000E5AEA">
        <w:t>A challenge. A little tilt of the head, waiting for my reaction.</w:t>
      </w:r>
    </w:p>
    <w:p w14:paraId="301097BC" w14:textId="77777777" w:rsidR="000E5AEA" w:rsidRPr="000E5AEA" w:rsidRDefault="000E5AEA" w:rsidP="000E5AEA">
      <w:r w:rsidRPr="000E5AEA">
        <w:t>And I hated that it worked.</w:t>
      </w:r>
    </w:p>
    <w:p w14:paraId="447E40D5" w14:textId="6CD2D596" w:rsidR="000E5AEA" w:rsidRDefault="000E5AEA" w:rsidP="000E5AEA">
      <w:r w:rsidRPr="000E5AEA">
        <w:t>I smiled thinly. “Thanks, Mike.”</w:t>
      </w:r>
      <w:r w:rsidR="0073038D">
        <w:t xml:space="preserve"> </w:t>
      </w:r>
      <w:r w:rsidRPr="000E5AEA">
        <w:t>And with that, I turned and walked the hell out of there, reminding myself that I was the CEO.</w:t>
      </w:r>
      <w:r w:rsidR="00983A34">
        <w:t xml:space="preserve"> </w:t>
      </w:r>
      <w:r w:rsidRPr="000E5AEA">
        <w:t>I had bigger things to worry about than whatever was going on there.</w:t>
      </w:r>
    </w:p>
    <w:p w14:paraId="3A8A0704" w14:textId="77777777" w:rsidR="000E5AEA" w:rsidRPr="00531583" w:rsidRDefault="000E5AEA" w:rsidP="000E5AEA">
      <w:pPr>
        <w:rPr>
          <w:i/>
          <w:iCs/>
        </w:rPr>
      </w:pPr>
      <w:r w:rsidRPr="00531583">
        <w:rPr>
          <w:i/>
          <w:iCs/>
        </w:rPr>
        <w:t>Right?</w:t>
      </w:r>
    </w:p>
    <w:p w14:paraId="27F85635" w14:textId="77777777" w:rsidR="00927D5E" w:rsidRPr="000E5AEA" w:rsidRDefault="00927D5E" w:rsidP="000E5AEA"/>
    <w:p w14:paraId="056EEB39" w14:textId="77777777" w:rsidR="000E5AEA" w:rsidRPr="000E5AEA" w:rsidRDefault="000E5AEA" w:rsidP="000166B0">
      <w:pPr>
        <w:pStyle w:val="Heading2"/>
      </w:pPr>
      <w:bookmarkStart w:id="32" w:name="_Toc189281323"/>
      <w:r w:rsidRPr="000E5AEA">
        <w:t>Final Thoughts</w:t>
      </w:r>
      <w:bookmarkEnd w:id="32"/>
    </w:p>
    <w:p w14:paraId="05AFB361" w14:textId="77777777" w:rsidR="000166B0" w:rsidRDefault="000166B0" w:rsidP="000E5AEA"/>
    <w:p w14:paraId="1CE5B653" w14:textId="32D7001B" w:rsidR="000E5AEA" w:rsidRPr="000E5AEA" w:rsidRDefault="000E5AEA" w:rsidP="000E5AEA">
      <w:r w:rsidRPr="000E5AEA">
        <w:t>By the time I made it to my office, my hands were clenched into fists.</w:t>
      </w:r>
      <w:r w:rsidR="002818FD">
        <w:t xml:space="preserve"> </w:t>
      </w:r>
      <w:r w:rsidRPr="000E5AEA">
        <w:t>I wasn’t sure if it was because of Mike, Melanie, or my own stupid reaction to all of it.</w:t>
      </w:r>
      <w:r w:rsidR="00245AD7">
        <w:t xml:space="preserve"> </w:t>
      </w:r>
      <w:r w:rsidRPr="002818FD">
        <w:rPr>
          <w:i/>
          <w:iCs/>
        </w:rPr>
        <w:t xml:space="preserve">Get a grip, Hannah. </w:t>
      </w:r>
      <w:r w:rsidRPr="002818FD">
        <w:rPr>
          <w:i/>
          <w:iCs/>
        </w:rPr>
        <w:lastRenderedPageBreak/>
        <w:t>It’s a workplace. Act like a boss.</w:t>
      </w:r>
      <w:r w:rsidR="00245AD7">
        <w:t xml:space="preserve"> B</w:t>
      </w:r>
      <w:r w:rsidRPr="000E5AEA">
        <w:t>ut that was the problem, wasn’t it?</w:t>
      </w:r>
      <w:r w:rsidR="00EC6F02">
        <w:t xml:space="preserve"> </w:t>
      </w:r>
      <w:r w:rsidRPr="000E5AEA">
        <w:t>Because Melanie wasn’t just an employee to me.</w:t>
      </w:r>
      <w:r w:rsidR="002818FD">
        <w:t xml:space="preserve"> </w:t>
      </w:r>
      <w:r w:rsidRPr="000E5AEA">
        <w:t>And no matter how much I told myself that I was in control—</w:t>
      </w:r>
      <w:r w:rsidR="0001779E">
        <w:t xml:space="preserve"> </w:t>
      </w:r>
      <w:r w:rsidRPr="000E5AEA">
        <w:t>I was starting to wonder if I actually was.</w:t>
      </w:r>
    </w:p>
    <w:p w14:paraId="5D2F4ED5" w14:textId="77777777" w:rsidR="00046AA9" w:rsidRDefault="00046AA9" w:rsidP="004F5CDE"/>
    <w:p w14:paraId="59E62C08" w14:textId="77777777" w:rsidR="00046AA9" w:rsidRDefault="00046AA9" w:rsidP="004F5CDE"/>
    <w:p w14:paraId="10A16809" w14:textId="77777777" w:rsidR="00F91806" w:rsidRDefault="00000000" w:rsidP="009429C6">
      <w:pPr>
        <w:pStyle w:val="Heading1"/>
      </w:pPr>
      <w:bookmarkStart w:id="33" w:name="_Toc189281324"/>
      <w:r>
        <w:t>Chapter 13: Flirting in Triplicate</w:t>
      </w:r>
      <w:bookmarkEnd w:id="33"/>
      <w:r>
        <w:t xml:space="preserve">  </w:t>
      </w:r>
    </w:p>
    <w:p w14:paraId="05EE0827" w14:textId="77777777" w:rsidR="002A15CF" w:rsidRDefault="002A15CF" w:rsidP="004F5CDE"/>
    <w:p w14:paraId="1B20E562" w14:textId="50BB6163" w:rsidR="00F91806" w:rsidRDefault="00000000" w:rsidP="004F5CDE">
      <w:r>
        <w:t xml:space="preserve">As I shut the door to my office, I leaned back against it, exhaling deeply. Day Two and already the layers of this place felt endless. Every interaction seemed to be a cocktail of humor, tension, and unspoken truths. </w:t>
      </w:r>
    </w:p>
    <w:p w14:paraId="580C9859" w14:textId="43C19E03" w:rsidR="00F91806" w:rsidRDefault="00000000" w:rsidP="004F5CDE">
      <w:r>
        <w:t>I shook my head, willing myself to focus. Miguel’s casual flirtation, Melanie’s undeniable pull—these were distractions. If I wanted to truly claim this role, I needed to stay sharp. Still, a nagging question lingered: how much of this was about business, and how much was personal?</w:t>
      </w:r>
    </w:p>
    <w:p w14:paraId="763D6D90" w14:textId="48B7DBE7" w:rsidR="00F91806" w:rsidRDefault="00000000" w:rsidP="004F5CDE">
      <w:r>
        <w:t>Barely ten minutes later, a knock on my door interrupted my spiraling thoughts. Melanie stepped in, holding a stack of HR documents, her green eyes bright with purpose. The sight of her sent my heart into a chaotic rhythm. Was she here for the paperwork—or me?</w:t>
      </w:r>
    </w:p>
    <w:p w14:paraId="2DA12859" w14:textId="77777777" w:rsidR="00F91806" w:rsidRDefault="00000000" w:rsidP="004F5CDE">
      <w:r>
        <w:t>“Hi,” she said warmly, her smile disarming as always. “Just some paperwork we need to review, if you have the time now.”</w:t>
      </w:r>
    </w:p>
    <w:p w14:paraId="7EF89E7B" w14:textId="77777777" w:rsidR="00792FDC" w:rsidRDefault="00000000" w:rsidP="004F5CDE">
      <w:r>
        <w:t xml:space="preserve">“Of course,” I replied, gesturing for her to sit. </w:t>
      </w:r>
    </w:p>
    <w:p w14:paraId="1A959BB3" w14:textId="51C1481F" w:rsidR="00F91806" w:rsidRDefault="00000000" w:rsidP="004F5CDE">
      <w:r>
        <w:t>My nerves thrummed under her steady gaze. I tried to keep my tone professional, but excitement bubbled beneath the surface. Was she finding reasons to see me, or was that just wishful thinking? After all, I’d just used donuts as an excuse to see her.</w:t>
      </w:r>
    </w:p>
    <w:p w14:paraId="7882F2CC" w14:textId="77777777" w:rsidR="00F91806" w:rsidRDefault="00000000" w:rsidP="004F5CDE">
      <w:r>
        <w:t>For the first few minutes, we stuck to business. “Initial here, sign there,” she said, her voice steady. But when our fingers brushed as she handed me a pen, the spark was impossible to ignore. Was she leaning closer than necessary? Or was that just my imagination running wild? Either way, my focus splintered. Before I knew it, the words were tumbling out.</w:t>
      </w:r>
    </w:p>
    <w:p w14:paraId="52A974F8" w14:textId="77777777" w:rsidR="00F91806" w:rsidRDefault="00000000" w:rsidP="004F5CDE">
      <w:r>
        <w:t xml:space="preserve">“Look,” I began, my voice quieter than intended. “We reek of mutual infatuation. For better or worse, this is happening—you know it, and I know it.” </w:t>
      </w:r>
    </w:p>
    <w:p w14:paraId="3F3260F0" w14:textId="77777777" w:rsidR="00792FDC" w:rsidRDefault="00000000" w:rsidP="004F5CDE">
      <w:r>
        <w:lastRenderedPageBreak/>
        <w:t xml:space="preserve">Her eyes widened slightly, but she didn’t pull away. </w:t>
      </w:r>
    </w:p>
    <w:p w14:paraId="49F9277C" w14:textId="22E4D0FE" w:rsidR="00F91806" w:rsidRDefault="00000000" w:rsidP="004F5CDE">
      <w:r>
        <w:t>“Yesterday was my fault, and I was completely unprofessional. But I can’t keep pretending I don’t want to explore this—us. You amaze me—the way you think, the way you kiss...” I trailed off, unsure if I’d said too much.</w:t>
      </w:r>
    </w:p>
    <w:p w14:paraId="766C8E45" w14:textId="77777777" w:rsidR="00F91806" w:rsidRDefault="00000000" w:rsidP="004F5CDE">
      <w:r>
        <w:t>“But,” I continued, summoning every ounce of courage, “as you said yesterday, we have to keep this 100% offsite. So, I’m asking you on a date. Come to my place. I’ll cook for you.”</w:t>
      </w:r>
    </w:p>
    <w:p w14:paraId="3D9ADF2F" w14:textId="77777777" w:rsidR="00F91806" w:rsidRDefault="00000000" w:rsidP="004F5CDE">
      <w:r>
        <w:t>Melanie’s cheeks flushed, and a smile slowly spread across her lips. For a moment, she seemed to weigh her response, her fingers tapping lightly against the stack of papers. Then, with a playful tilt of her head, she answered.</w:t>
      </w:r>
    </w:p>
    <w:p w14:paraId="7970DA20" w14:textId="77777777" w:rsidR="00F91806" w:rsidRDefault="00000000" w:rsidP="004F5CDE">
      <w:r>
        <w:t>“So does this mean we’re going steady now?” she teased, her tone light but her eyes locked on mine.</w:t>
      </w:r>
    </w:p>
    <w:p w14:paraId="796CE579" w14:textId="77777777" w:rsidR="00F91806" w:rsidRDefault="00000000" w:rsidP="004F5CDE">
      <w:r>
        <w:t>“Yes,” I said, grinning despite myself. “But we have to pinky swear first. Deal?”</w:t>
      </w:r>
    </w:p>
    <w:p w14:paraId="61AC49DE" w14:textId="77777777" w:rsidR="00F91806" w:rsidRDefault="00000000" w:rsidP="004F5CDE">
      <w:r>
        <w:t>Laughing softly, Melanie leaned forward. “Okay, but instead of your ‘cooking,’ how about we just order pizza—after you show me your bedroom?”</w:t>
      </w:r>
    </w:p>
    <w:p w14:paraId="2E05B27F" w14:textId="27D6B92F" w:rsidR="00F91806" w:rsidRDefault="00000000" w:rsidP="004F5CDE">
      <w:r>
        <w:t>Her words sent a thrilling shiver through me. For a moment, the office—the entire store—felt miles away. As she stood to leave, her smile lingering, I felt the gravity of what had just happened settle over me.</w:t>
      </w:r>
      <w:r w:rsidR="0073038D">
        <w:t xml:space="preserve"> </w:t>
      </w:r>
      <w:r>
        <w:t>This wasn’t just infatuation. It was something bigger, messier, and infinitely more terrifying. And for the first time in a long time, I wasn’t running from it. I was ready to dive in.</w:t>
      </w:r>
    </w:p>
    <w:p w14:paraId="0FDE705A" w14:textId="77777777" w:rsidR="00046AA9" w:rsidRDefault="00046AA9" w:rsidP="004F5CDE"/>
    <w:p w14:paraId="703FCA89" w14:textId="77777777" w:rsidR="00046AA9" w:rsidRDefault="00046AA9" w:rsidP="004F5CDE"/>
    <w:p w14:paraId="527DB09E" w14:textId="77777777" w:rsidR="00F91806" w:rsidRDefault="00000000" w:rsidP="002A15CF">
      <w:pPr>
        <w:pStyle w:val="Heading1"/>
      </w:pPr>
      <w:bookmarkStart w:id="34" w:name="_Toc189281325"/>
      <w:r>
        <w:t>Chapter 14: Savor Me</w:t>
      </w:r>
      <w:bookmarkEnd w:id="34"/>
    </w:p>
    <w:p w14:paraId="7378908F" w14:textId="77777777" w:rsidR="002A15CF" w:rsidRDefault="002A15CF" w:rsidP="004F5CDE"/>
    <w:p w14:paraId="3AED7CEF" w14:textId="6C14C28D" w:rsidR="00F91806" w:rsidRDefault="00000000" w:rsidP="004F5CDE">
      <w:r>
        <w:t>My heart froze when the doorbell finally rang. Taking a deep breath, I opened the door to find Melanie standing there, a bottle of wine in one hand and that heart-stopping smile on her lips. Her fiery red curls framed her face like a halo, and her emerald-green eyes sparkled with a mix of mischief and warmth, instantly disarming me.</w:t>
      </w:r>
    </w:p>
    <w:p w14:paraId="43DEA701" w14:textId="77777777" w:rsidR="00F91806" w:rsidRDefault="00000000" w:rsidP="004F5CDE">
      <w:r>
        <w:lastRenderedPageBreak/>
        <w:t>“Welcome to my place,” I said, attempting to sound casual despite the way my pulse hammered in my chest. “Come in. I’ll give you the grand tour—and then we can crack open that wine.”</w:t>
      </w:r>
    </w:p>
    <w:p w14:paraId="4FB9A475" w14:textId="77777777" w:rsidR="00F91806" w:rsidRDefault="00000000" w:rsidP="004F5CDE">
      <w:r>
        <w:t>“Good,” she replied, holding up the bottle with a playful glint in her eye. “It’s way better than the swill we served on your first day. Consider it an upgrade.”</w:t>
      </w:r>
    </w:p>
    <w:p w14:paraId="1FE70734" w14:textId="77777777" w:rsidR="00F91806" w:rsidRDefault="00000000" w:rsidP="004F5CDE">
      <w:r>
        <w:t>I stepped aside to let her in, rehearsing in my head how to showcase my space with charm and ease. But before I could utter another word, Melanie set the wine on a side table, closed the door behind her with deliberate ease, and turned to face me.</w:t>
      </w:r>
    </w:p>
    <w:p w14:paraId="7D0C228A" w14:textId="77777777" w:rsidR="00F91806" w:rsidRDefault="00000000" w:rsidP="004F5CDE">
      <w:r>
        <w:t xml:space="preserve">Melanie’s gaze locked onto mine, a silent yet unmistakable invitation. Without a word, she stepped closer, her hands sliding around my waist. The space between us dissolved in an instant, the weight of the moment settling over me like a spark igniting dry tinder. </w:t>
      </w:r>
    </w:p>
    <w:p w14:paraId="5596015E" w14:textId="77777777" w:rsidR="00F91806" w:rsidRDefault="00000000" w:rsidP="004F5CDE">
      <w:r>
        <w:t>The next moment, her lips were on mine—soft, deliberate, and unapologetic. Her boldness stole the breath from my lungs and every coherent thought from my head. My hands found her waist as if drawn by instinct, and for a moment, the world narrowed to the warmth of her lips and the electric pull between us.</w:t>
      </w:r>
    </w:p>
    <w:p w14:paraId="76BF4917" w14:textId="77777777" w:rsidR="00F91806" w:rsidRDefault="00000000" w:rsidP="004F5CDE">
      <w:r>
        <w:t>Her kiss wasn’t just a kiss—it was a declaration, a collision of passion and intent. The faint citrus of her perfume mingled with the heat of her breath, each sensory detail branding itself into my memory. When she finally pulled back, her emerald gaze held mine, her voice dipping into something sultry.</w:t>
      </w:r>
    </w:p>
    <w:p w14:paraId="2363DE4F" w14:textId="77777777" w:rsidR="00F91806" w:rsidRDefault="00000000" w:rsidP="004F5CDE">
      <w:r>
        <w:t>“Take me to your bedroom,” she whispered, the words brushing against my lips like a promise.</w:t>
      </w:r>
    </w:p>
    <w:p w14:paraId="4954465A" w14:textId="77777777" w:rsidR="00F91806" w:rsidRDefault="00000000" w:rsidP="004F5CDE">
      <w:r>
        <w:t>“Right this way,” I managed, my voice catching slightly. Each step down the hallway felt like stepping into a new chapter of my life—a mix of exhilaration and terror. Was she admiring my ass right now? God, I hope so.</w:t>
      </w:r>
    </w:p>
    <w:p w14:paraId="411BD9BD" w14:textId="77777777" w:rsidR="00F91806" w:rsidRPr="00CC4BAF" w:rsidRDefault="00000000" w:rsidP="004F5CDE">
      <w:pPr>
        <w:rPr>
          <w:i/>
          <w:iCs/>
        </w:rPr>
      </w:pPr>
      <w:r w:rsidRPr="00CC4BAF">
        <w:rPr>
          <w:i/>
          <w:iCs/>
        </w:rPr>
        <w:t>And then, I saw it. Oh, fuck.</w:t>
      </w:r>
    </w:p>
    <w:p w14:paraId="2BC91080" w14:textId="7D2BECFD" w:rsidR="00F91806" w:rsidRDefault="00000000" w:rsidP="004F5CDE">
      <w:r>
        <w:t>Not only had I forgotten to make my bed this morning, but there it was: the glistening green dildo from the store, lying proudly and unmistakably in the center of my mattress.</w:t>
      </w:r>
      <w:r w:rsidR="00352CD2">
        <w:t xml:space="preserve"> </w:t>
      </w:r>
      <w:r>
        <w:t>Melanie’s eyes sparkled as she took it in, a smirk curving her lips. “I see you’ve been thinking about me,” she quipped, her tone light but laced with wicked teasing.</w:t>
      </w:r>
    </w:p>
    <w:p w14:paraId="5B8AC3A8" w14:textId="77777777" w:rsidR="00F91806" w:rsidRDefault="00000000" w:rsidP="004F5CDE">
      <w:r>
        <w:t xml:space="preserve">My cheeks burned as I scrambled for a response. “Uh… research?” I offered weakly, before bursting into laughter at the absurdity of it all. </w:t>
      </w:r>
    </w:p>
    <w:p w14:paraId="4C8FA7BC" w14:textId="77777777" w:rsidR="00282561" w:rsidRDefault="00000000" w:rsidP="004F5CDE">
      <w:r>
        <w:lastRenderedPageBreak/>
        <w:t>The tension in the room broke, humor slipping between us like an unspoken agreement to embrace the imperfection of the moment.</w:t>
      </w:r>
      <w:r w:rsidR="00282561">
        <w:t xml:space="preserve"> </w:t>
      </w:r>
      <w:r>
        <w:t xml:space="preserve">Melanie’s laughter joined mine, rich and infectious, as she leaned back against the bed. </w:t>
      </w:r>
    </w:p>
    <w:p w14:paraId="6E55F569" w14:textId="299F5AFD" w:rsidR="00F91806" w:rsidRDefault="00000000" w:rsidP="004F5CDE">
      <w:r>
        <w:t xml:space="preserve">Her fiery confidence was intoxicating, and with a deliberate grace that sent a shiver down my spine, she unbuttoned her top. Her movements were slow, </w:t>
      </w:r>
      <w:r w:rsidR="00633B95">
        <w:t>calculated</w:t>
      </w:r>
      <w:r>
        <w:t>—a silent performance meant just for me. Pale, flawless skin emerged, framed by a crimson lace bra that clung to her curves like a masterpiece waiting to be admired.</w:t>
      </w:r>
    </w:p>
    <w:p w14:paraId="72B49CD3" w14:textId="77777777" w:rsidR="00F91806" w:rsidRDefault="00000000" w:rsidP="004F5CDE">
      <w:r>
        <w:t>“Well, Hannah,” she murmured, her voice dipping into a husky purr that curled around my senses, “are you ready to show me what else you’ve been ‘researching’?”</w:t>
      </w:r>
    </w:p>
    <w:p w14:paraId="15F14936" w14:textId="61725694" w:rsidR="00F91806" w:rsidRDefault="00000000" w:rsidP="004F5CDE">
      <w:r>
        <w:t>I stepped closer, my hands trembling but eager as they found her hips, my breath catching at the warmth of her skin beneath my fingers. “I’m in uncharted territory,” I admitted, my voice low and laced with anticipation. “But I trust you to show me the way.”</w:t>
      </w:r>
    </w:p>
    <w:p w14:paraId="64924826" w14:textId="192F964E" w:rsidR="00F91806" w:rsidRDefault="00000000" w:rsidP="004F5CDE">
      <w:r>
        <w:t>Her smirk softened into a smile that glowed with tenderness, disarming me completely. Her hands rose, cupping my face as her thumbs brushed against the heat of my flushed cheeks. “Don’t worry,” she said softly, her words a promise that felt like a balm to my nerves.</w:t>
      </w:r>
      <w:r w:rsidR="001E5ACC">
        <w:t xml:space="preserve"> </w:t>
      </w:r>
      <w:r>
        <w:t>“I’ll take good care of you.”</w:t>
      </w:r>
    </w:p>
    <w:p w14:paraId="5AE6C819" w14:textId="2B6031EF" w:rsidR="00F91806" w:rsidRDefault="00000000" w:rsidP="004F5CDE">
      <w:r>
        <w:t>The kiss that followed was an unraveling—a</w:t>
      </w:r>
      <w:r w:rsidR="00633B95">
        <w:t xml:space="preserve">n </w:t>
      </w:r>
      <w:r>
        <w:t xml:space="preserve">undoing of every barrier I’d built. Her lips brushed against mine with </w:t>
      </w:r>
      <w:r w:rsidR="00633B95">
        <w:t>deliberate</w:t>
      </w:r>
      <w:r>
        <w:t xml:space="preserve"> care, then pressed harder, her tongue tracing the seam of my lips before slipping inside. Her kiss was a mix of curiosity and certainty, unraveling me as her hands slid beneath my shirt.</w:t>
      </w:r>
    </w:p>
    <w:p w14:paraId="62974F4E" w14:textId="77777777" w:rsidR="00F91806" w:rsidRDefault="00000000" w:rsidP="004F5CDE">
      <w:r>
        <w:t>Each touch set my nerves alight, her fingers tracing slow, deliberate paths along my spine. As her lips moved to my neck, soft and searing, my moans spilled freely, unrestrained. Every sound felt unfamiliar yet freeing, as if I were discovering a part of myself I’d long forgotten.</w:t>
      </w:r>
    </w:p>
    <w:p w14:paraId="61CA5693" w14:textId="77777777" w:rsidR="00F91806" w:rsidRDefault="00000000" w:rsidP="004F5CDE">
      <w:r>
        <w:t>When she began to trail lower, her lips leaving a path of fire along my body, I shivered under the weight of her gaze. Her eyes locked onto mine as she gently commanded me to lay back, her voice soft but firm.</w:t>
      </w:r>
    </w:p>
    <w:p w14:paraId="2A682D2E" w14:textId="77777777" w:rsidR="00F91806" w:rsidRDefault="00000000" w:rsidP="004F5CDE">
      <w:r>
        <w:t>I obeyed without hesitation, my body already aching for her touch.</w:t>
      </w:r>
    </w:p>
    <w:p w14:paraId="799A0723" w14:textId="77777777" w:rsidR="00F91806" w:rsidRDefault="00000000" w:rsidP="004F5CDE">
      <w:r>
        <w:t>She didn’t rush. Instead, her hands skimmed over my hips, her movements confident yet reverent, as if committing every inch of me to memory. When she finally removed my pants and overly moist panties, her lips paused just above my center, her breath hot against my skin. For a moment, time didn’t exist.</w:t>
      </w:r>
    </w:p>
    <w:p w14:paraId="2510CA38" w14:textId="597E697E" w:rsidR="00F91806" w:rsidRDefault="00000000" w:rsidP="004F5CDE">
      <w:r>
        <w:lastRenderedPageBreak/>
        <w:t xml:space="preserve">“You’re incredible,” Melanie murmured, her words sending a ripple of warmth through me. Then, with a </w:t>
      </w:r>
      <w:r w:rsidR="001B60B6">
        <w:t>conscious</w:t>
      </w:r>
      <w:r>
        <w:t xml:space="preserve"> slowness that bordered on maddening, her tongue found me. Her touch wasn’t just skilled—it was a revelation, each movement building a rhythm that felt like a</w:t>
      </w:r>
      <w:r w:rsidR="005866B1">
        <w:t>n intense</w:t>
      </w:r>
      <w:r>
        <w:t xml:space="preserve"> conversation between our bodies.</w:t>
      </w:r>
    </w:p>
    <w:p w14:paraId="3BD4AEC4" w14:textId="3EAACDA8" w:rsidR="00647332" w:rsidRDefault="00000000" w:rsidP="004F5CDE">
      <w:r>
        <w:t>When the climax hit, it was overwhelming, my body arching as pleasure crashed over me in waves. The release was raw, visceral, leaving me breathless and utterly undone.</w:t>
      </w:r>
      <w:r w:rsidR="004141CC">
        <w:t xml:space="preserve"> </w:t>
      </w:r>
      <w:r>
        <w:t xml:space="preserve">As I came down, I opened my eyes to find her smiling at me, her expression one of warmth and quiet triumph. </w:t>
      </w:r>
    </w:p>
    <w:p w14:paraId="0C931E96" w14:textId="5790A2E7" w:rsidR="00647332" w:rsidRDefault="00000000" w:rsidP="004F5CDE">
      <w:r>
        <w:t>But I wasn’t done. Something inside me stirred—a need to give back, to explore her the way she had just explored me.</w:t>
      </w:r>
      <w:r w:rsidR="00352CD2">
        <w:t xml:space="preserve"> </w:t>
      </w:r>
      <w:r>
        <w:t>I gently pulled her hair, guiding her up to meet my gaze. “Your turn,” I whispered, my voice still unsteady but full of intent.</w:t>
      </w:r>
      <w:r w:rsidR="00D218A3">
        <w:t xml:space="preserve"> </w:t>
      </w:r>
      <w:r>
        <w:t xml:space="preserve">Her smile widened as she lay back, her body relaxed yet tingling with anticipation. </w:t>
      </w:r>
    </w:p>
    <w:p w14:paraId="7CF6623B" w14:textId="69416380" w:rsidR="00F91806" w:rsidRDefault="00000000" w:rsidP="004F5CDE">
      <w:r>
        <w:t>There was no hesitation as I kissed her, my hands tracing over her curves with the same reverence she’d shown me. Her moans guided me, each sound spurring me to go deeper, to give her everything I had.</w:t>
      </w:r>
    </w:p>
    <w:p w14:paraId="13235A90" w14:textId="77777777" w:rsidR="00F91806" w:rsidRDefault="00000000" w:rsidP="004F5CDE">
      <w:r>
        <w:t>As we lay entwined, our breaths mingling in the quiet aftermath, I felt an overwhelming sense of belonging—like for the first time, I wasn’t just sharing my body, but a part of my soul.</w:t>
      </w:r>
    </w:p>
    <w:p w14:paraId="115DBF98" w14:textId="77777777" w:rsidR="00647332" w:rsidRDefault="00000000" w:rsidP="004F5CDE">
      <w:r>
        <w:t xml:space="preserve">This wasn’t just sex. It was a reclamation, a moment that transcended physicality and planted the seeds of something profound. We made love twice more that night, and as the morning light began to peek through the curtains, one thought crossed my mind: </w:t>
      </w:r>
    </w:p>
    <w:p w14:paraId="4E55F3CB" w14:textId="0D15A496" w:rsidR="00F91806" w:rsidRDefault="00647332" w:rsidP="004F5CDE">
      <w:r>
        <w:rPr>
          <w:i/>
          <w:iCs/>
        </w:rPr>
        <w:t>I</w:t>
      </w:r>
      <w:r w:rsidRPr="00647332">
        <w:rPr>
          <w:i/>
          <w:iCs/>
        </w:rPr>
        <w:t xml:space="preserve"> really need to buy some batteries.</w:t>
      </w:r>
    </w:p>
    <w:p w14:paraId="2CD59828" w14:textId="77777777" w:rsidR="00046AA9" w:rsidRDefault="00046AA9" w:rsidP="004F5CDE"/>
    <w:p w14:paraId="07E1D5DB" w14:textId="77777777" w:rsidR="00046AA9" w:rsidRPr="00046AA9" w:rsidRDefault="00046AA9" w:rsidP="004F5CDE"/>
    <w:p w14:paraId="52769666" w14:textId="77777777" w:rsidR="00F91806" w:rsidRDefault="00000000" w:rsidP="002A15CF">
      <w:pPr>
        <w:pStyle w:val="Heading1"/>
      </w:pPr>
      <w:bookmarkStart w:id="35" w:name="_Toc189281326"/>
      <w:r>
        <w:t>Chapter 15: Afterglow</w:t>
      </w:r>
      <w:bookmarkEnd w:id="35"/>
    </w:p>
    <w:p w14:paraId="7AB24050" w14:textId="77777777" w:rsidR="002A15CF" w:rsidRDefault="002A15CF" w:rsidP="004F5CDE"/>
    <w:p w14:paraId="5AA5DC53" w14:textId="34F8D9AA" w:rsidR="00F91806" w:rsidRDefault="00000000" w:rsidP="004F5CDE">
      <w:r>
        <w:t>The alarm clock glowed 5:00 a.m., casting its angry, bluish light against the dimly lit room. The world outside was still dark, hushed in that fragile space between night and dawn.</w:t>
      </w:r>
      <w:r w:rsidR="0001577B">
        <w:t xml:space="preserve"> </w:t>
      </w:r>
      <w:r>
        <w:t xml:space="preserve">I lay still, spooning Melanie, my arm draped over her waist, feeling the slow, </w:t>
      </w:r>
      <w:r>
        <w:lastRenderedPageBreak/>
        <w:t xml:space="preserve">steady rhythm of her breath beneath my palm. Her fiery curls spilled over the pillow, a wild halo framing her face. </w:t>
      </w:r>
    </w:p>
    <w:p w14:paraId="192CF735" w14:textId="19E76A44" w:rsidR="00F91806" w:rsidRDefault="00000000" w:rsidP="004F5CDE">
      <w:r>
        <w:t>She looked peaceful, utterly at ease, as if the weight of the world had no claim on her in this moment.</w:t>
      </w:r>
      <w:r w:rsidR="00D218A3">
        <w:t xml:space="preserve"> </w:t>
      </w:r>
      <w:r>
        <w:t>Watching her, I felt something stir in my chest—something heavier than desire, deeper than fleeting attraction.</w:t>
      </w:r>
      <w:r w:rsidR="00E07FDC">
        <w:t xml:space="preserve"> </w:t>
      </w:r>
      <w:r>
        <w:t>How did she slip past my defenses so effortlessly?</w:t>
      </w:r>
      <w:r w:rsidR="00E07FDC">
        <w:t xml:space="preserve"> </w:t>
      </w:r>
      <w:r>
        <w:t>Melanie wasn’t just a distraction</w:t>
      </w:r>
      <w:r w:rsidR="00647332">
        <w:t>;</w:t>
      </w:r>
      <w:r>
        <w:t xml:space="preserve"> wasn’t just another impulsive decision fueled by adrenaline and proximity. She was something more. Something dangerous.</w:t>
      </w:r>
    </w:p>
    <w:p w14:paraId="6D145C95" w14:textId="77777777" w:rsidR="00F91806" w:rsidRDefault="00000000" w:rsidP="004F5CDE">
      <w:r>
        <w:t>Because if I let this happen—if I let her in—what then?</w:t>
      </w:r>
    </w:p>
    <w:p w14:paraId="19BC7C08" w14:textId="77777777" w:rsidR="002A15CF" w:rsidRDefault="00000000" w:rsidP="004F5CDE">
      <w:r>
        <w:t>What if it doesn’t work out?</w:t>
      </w:r>
    </w:p>
    <w:p w14:paraId="4130A00A" w14:textId="198EE38E" w:rsidR="00F91806" w:rsidRDefault="00000000" w:rsidP="004F5CDE">
      <w:r>
        <w:t>What if it does?</w:t>
      </w:r>
    </w:p>
    <w:p w14:paraId="02F909BE" w14:textId="0FE8BF43" w:rsidR="00F91806" w:rsidRDefault="00000000" w:rsidP="004F5CDE">
      <w:r>
        <w:t>I swallowed hard, pushing the thought away. We had work in a few hours. Time to get up before reality kicked the door in.</w:t>
      </w:r>
      <w:r w:rsidR="00D218A3">
        <w:t xml:space="preserve"> </w:t>
      </w:r>
      <w:r>
        <w:t xml:space="preserve">Careful not to wake her, I slowly slid my arm away and slipped out of bed. For a moment, I lingered by the doorway, watching the way the early dawn kissed her skin, painting soft gold along her </w:t>
      </w:r>
      <w:r w:rsidR="007230BC">
        <w:t xml:space="preserve">pale </w:t>
      </w:r>
      <w:r>
        <w:t>cheekbones and collarbone.</w:t>
      </w:r>
    </w:p>
    <w:p w14:paraId="7AD8FA8D" w14:textId="775F2DEF" w:rsidR="00F91806" w:rsidRDefault="00000000" w:rsidP="004F5CDE">
      <w:r>
        <w:t>A part of me wanted to crawl back into bed. To hold onto this moment a little longer.</w:t>
      </w:r>
      <w:r w:rsidR="00E07FDC">
        <w:t xml:space="preserve"> </w:t>
      </w:r>
      <w:r>
        <w:t xml:space="preserve">Instead, I padded into the kitchen, the quiet hum of the coffee machine filling the apartment as the rich scent of espresso curled into the air. </w:t>
      </w:r>
    </w:p>
    <w:p w14:paraId="7110F02A" w14:textId="17A0A29B" w:rsidR="00F91806" w:rsidRDefault="00000000" w:rsidP="004F5CDE">
      <w:r>
        <w:t>The ritual grounded me, kept my thoughts from spiraling too far into what ifs.</w:t>
      </w:r>
    </w:p>
    <w:p w14:paraId="62BBBD8A" w14:textId="77777777" w:rsidR="00446359" w:rsidRPr="00446359" w:rsidRDefault="00446359" w:rsidP="00446359">
      <w:pPr>
        <w:rPr>
          <w:i/>
          <w:iCs/>
        </w:rPr>
      </w:pPr>
      <w:r w:rsidRPr="00446359">
        <w:rPr>
          <w:i/>
          <w:iCs/>
        </w:rPr>
        <w:t>Focus, Hannah.</w:t>
      </w:r>
    </w:p>
    <w:p w14:paraId="3CB752E6" w14:textId="4A1DC53E" w:rsidR="00267411" w:rsidRDefault="00000000" w:rsidP="004F5CDE">
      <w:r>
        <w:t>Shave, Shit, Shower, Coffee, Work.</w:t>
      </w:r>
    </w:p>
    <w:p w14:paraId="31DA63EF" w14:textId="6AA0FA83" w:rsidR="00F91806" w:rsidRDefault="00000000" w:rsidP="004F5CDE">
      <w:r>
        <w:t>Not whatever the hell this is.</w:t>
      </w:r>
    </w:p>
    <w:p w14:paraId="703498B9" w14:textId="1A1DE3ED" w:rsidR="00F91806" w:rsidRDefault="00000000" w:rsidP="004F5CDE">
      <w:r>
        <w:t>By the time I emerged from the bathroom, towel wrapped around my waist and damp hair dripping against my shoulders, Melanie was awake.</w:t>
      </w:r>
      <w:r w:rsidR="00D45975">
        <w:t xml:space="preserve"> </w:t>
      </w:r>
      <w:r>
        <w:t>She sat up against the headboard, her bare shoulders peeking out from beneath the sheets, fiery curls still deliciously messy. A lazy, satisfied smile curved her lips as she took me in.</w:t>
      </w:r>
    </w:p>
    <w:p w14:paraId="2CD3DF21" w14:textId="77777777" w:rsidR="00F91806" w:rsidRDefault="00000000" w:rsidP="004F5CDE">
      <w:r>
        <w:t>"Morning, sleepyhead," I teased, leaning against the doorway, trying to keep my voice light despite the way my heart clenched at the sight of her.</w:t>
      </w:r>
    </w:p>
    <w:p w14:paraId="5723BA72" w14:textId="77777777" w:rsidR="00F91806" w:rsidRDefault="00000000" w:rsidP="004F5CDE">
      <w:r>
        <w:t>"Morning," she murmured, voice still laced with sleep. "You made coffee!?"</w:t>
      </w:r>
    </w:p>
    <w:p w14:paraId="10B48FDE" w14:textId="77777777" w:rsidR="00F91806" w:rsidRDefault="00000000" w:rsidP="004F5CDE">
      <w:r>
        <w:lastRenderedPageBreak/>
        <w:t>"Of course," I smirked, heading back to the kitchen. "I wouldn't risk my life by waking you without it."</w:t>
      </w:r>
    </w:p>
    <w:p w14:paraId="79FFF310" w14:textId="77777777" w:rsidR="00F91806" w:rsidRDefault="00000000" w:rsidP="004F5CDE">
      <w:r>
        <w:t>She chuckled softly, stretching in a way that made my brain short-circuit.</w:t>
      </w:r>
    </w:p>
    <w:p w14:paraId="50D708CB" w14:textId="5C19685C" w:rsidR="00F91806" w:rsidRDefault="00000000" w:rsidP="004F5CDE">
      <w:r>
        <w:t>I returned moments later with two mugs, handing her one as I perched on the edge of the bed. Her fingers brushed mine as she took it, a flicker of warmth sparking through me at the contact.</w:t>
      </w:r>
      <w:r w:rsidR="0001577B">
        <w:t xml:space="preserve"> </w:t>
      </w:r>
      <w:r>
        <w:t>She took a sip, closing her eyes in pleasure. "Mm. Okay, I might actually fall in love with you."</w:t>
      </w:r>
    </w:p>
    <w:p w14:paraId="647930CE" w14:textId="77777777" w:rsidR="00F91806" w:rsidRDefault="00000000" w:rsidP="004F5CDE">
      <w:r>
        <w:t>I nearly choked on my coffee.</w:t>
      </w:r>
    </w:p>
    <w:p w14:paraId="265EDEF3" w14:textId="319A3210" w:rsidR="00F91806" w:rsidRDefault="00000000" w:rsidP="004F5CDE">
      <w:r>
        <w:t>Melanie smirked over the rim of her mug, clearly enjoying my reaction.</w:t>
      </w:r>
      <w:r w:rsidR="00D45975">
        <w:t xml:space="preserve"> </w:t>
      </w:r>
      <w:r>
        <w:t>"Relax," she said, her tone playful. "I'm talking about the coffee. For now."</w:t>
      </w:r>
    </w:p>
    <w:p w14:paraId="209BC840" w14:textId="77777777" w:rsidR="00F91806" w:rsidRDefault="00000000" w:rsidP="004F5CDE">
      <w:r>
        <w:t>"Uh-huh," I deadpanned, taking a sip to mask the ridiculous grin threatening to take over my face.</w:t>
      </w:r>
    </w:p>
    <w:p w14:paraId="135E0D07" w14:textId="77777777" w:rsidR="00F91806" w:rsidRDefault="00000000" w:rsidP="004F5CDE">
      <w:r>
        <w:t>She glanced at the clock on my nightstand, her expression shifting slightly. "What time is it?"</w:t>
      </w:r>
    </w:p>
    <w:p w14:paraId="541CA289" w14:textId="55C57DFE" w:rsidR="00F91806" w:rsidRDefault="00000000" w:rsidP="004F5CDE">
      <w:r>
        <w:t>"We’ve got time," I reassured her. "But soon, we’ll have to shuffle off to the store. The chaos waits for no one."</w:t>
      </w:r>
    </w:p>
    <w:p w14:paraId="69944067" w14:textId="77777777" w:rsidR="00F91806" w:rsidRDefault="00000000" w:rsidP="004F5CDE">
      <w:r>
        <w:t>Melanie groaned dramatically, collapsing back against the pillows. "Mm, don’t you just love our products? Especially the green ones."</w:t>
      </w:r>
    </w:p>
    <w:p w14:paraId="77779910" w14:textId="77777777" w:rsidR="00F91806" w:rsidRDefault="00000000" w:rsidP="004F5CDE">
      <w:r>
        <w:t>I nearly spat out my coffee. "I hate you."</w:t>
      </w:r>
    </w:p>
    <w:p w14:paraId="4237FF5C" w14:textId="77777777" w:rsidR="00F91806" w:rsidRDefault="00000000" w:rsidP="004F5CDE">
      <w:r>
        <w:t>"No, you don’t."</w:t>
      </w:r>
    </w:p>
    <w:p w14:paraId="794C52B2" w14:textId="77777777" w:rsidR="00F91806" w:rsidRDefault="00000000" w:rsidP="004F5CDE">
      <w:r>
        <w:t>She sat up, setting her mug aside before climbing into my lap, straddling me with effortless confidence. My pulse slammed against my ribs as her hands trailed up my arms, her fingertips ghosting over my skin like a slow burn.</w:t>
      </w:r>
    </w:p>
    <w:p w14:paraId="000D748C" w14:textId="77777777" w:rsidR="00F91806" w:rsidRDefault="00000000" w:rsidP="004F5CDE">
      <w:r>
        <w:t>She leaned in, her lips brushing my ear. "Wanna be late for work?"</w:t>
      </w:r>
    </w:p>
    <w:p w14:paraId="1F3CD855" w14:textId="77777777" w:rsidR="00F91806" w:rsidRPr="00161648" w:rsidRDefault="00000000" w:rsidP="004F5CDE">
      <w:r w:rsidRPr="00161648">
        <w:rPr>
          <w:i/>
          <w:iCs/>
        </w:rPr>
        <w:t>Jesus.</w:t>
      </w:r>
    </w:p>
    <w:p w14:paraId="560A5549" w14:textId="47AFAF29" w:rsidR="00F91806" w:rsidRDefault="00000000" w:rsidP="004F5CDE">
      <w:r>
        <w:t xml:space="preserve">I swallowed hard, forcing myself to not give in, no matter how badly I wanted to. </w:t>
      </w:r>
      <w:r w:rsidR="00B86AE4">
        <w:t>No</w:t>
      </w:r>
      <w:r>
        <w:t xml:space="preserve"> way in hell I could function at work if we went another round.</w:t>
      </w:r>
      <w:r w:rsidR="00E07FDC">
        <w:t xml:space="preserve"> </w:t>
      </w:r>
      <w:r>
        <w:t>Instead, I grabbed her hips, flipped her onto the mattress, and kissed her slow, deep, teasing—a promise for later.</w:t>
      </w:r>
    </w:p>
    <w:p w14:paraId="6576C009" w14:textId="77777777" w:rsidR="00F91806" w:rsidRDefault="00000000" w:rsidP="004F5CDE">
      <w:r>
        <w:t>Melanie let out a small, pleased hum as I pulled back. "Tease."</w:t>
      </w:r>
    </w:p>
    <w:p w14:paraId="17B21667" w14:textId="77777777" w:rsidR="00F91806" w:rsidRDefault="00000000" w:rsidP="004F5CDE">
      <w:r>
        <w:lastRenderedPageBreak/>
        <w:t>I grinned. "Gotta keep you wanting more."</w:t>
      </w:r>
    </w:p>
    <w:p w14:paraId="26122DEF" w14:textId="77777777" w:rsidR="00F91806" w:rsidRDefault="00000000" w:rsidP="004F5CDE">
      <w:r>
        <w:t>Her emerald eyes sparkled with mischief. "After last night, I’m pretty sure I do."</w:t>
      </w:r>
    </w:p>
    <w:p w14:paraId="14106AA7" w14:textId="3E404F81" w:rsidR="00F91806" w:rsidRDefault="00000000" w:rsidP="004F5CDE">
      <w:r>
        <w:t>As much as I wanted to stay tangled up with her, reality was knocking. I forced myself to stand, grabbing my shirt off the floor.</w:t>
      </w:r>
      <w:r w:rsidR="00A61851">
        <w:t xml:space="preserve"> </w:t>
      </w:r>
      <w:r>
        <w:t>"Okay," I sighed. "Time to shower, stinky butt, but tonight, we're escalating things properly."</w:t>
      </w:r>
    </w:p>
    <w:p w14:paraId="54D84B5A" w14:textId="77777777" w:rsidR="00F91806" w:rsidRDefault="00000000" w:rsidP="004F5CDE">
      <w:r>
        <w:t>She raised a brow. "Escalating?"</w:t>
      </w:r>
    </w:p>
    <w:p w14:paraId="08CFAEDD" w14:textId="77777777" w:rsidR="00F91806" w:rsidRDefault="00000000" w:rsidP="004F5CDE">
      <w:r>
        <w:t>"Pizza. Wine. Maybe some product testing. Purely for research purposes, of course."</w:t>
      </w:r>
    </w:p>
    <w:p w14:paraId="5965E97C" w14:textId="5BC00C77" w:rsidR="00F91806" w:rsidRDefault="00000000" w:rsidP="004F5CDE">
      <w:r>
        <w:t>Melanie laughed, warm and effortless, as she threw back the covers and slid out of bed.</w:t>
      </w:r>
      <w:r w:rsidR="00E07FDC">
        <w:t xml:space="preserve"> </w:t>
      </w:r>
      <w:r>
        <w:t>She grabbed a towel from my dresser, pausing just long enough to shoot me a knowing look.</w:t>
      </w:r>
    </w:p>
    <w:p w14:paraId="35BB13D0" w14:textId="77777777" w:rsidR="00F91806" w:rsidRDefault="00000000" w:rsidP="004F5CDE">
      <w:r>
        <w:t>"Research," she echoed, smirking. "Right."</w:t>
      </w:r>
    </w:p>
    <w:p w14:paraId="2F26FFE5" w14:textId="74C6A424" w:rsidR="003E7521" w:rsidRPr="003E7521" w:rsidRDefault="00000000" w:rsidP="003E7521">
      <w:r>
        <w:t>She disappeared into the bathroom, the sound of the shower kicking on a moment later.</w:t>
      </w:r>
      <w:r w:rsidR="0001577B">
        <w:t xml:space="preserve"> </w:t>
      </w:r>
      <w:r>
        <w:t>I sat on the edge of the bed, taking another slow sip of coffee.</w:t>
      </w:r>
      <w:r w:rsidR="00D45975">
        <w:t xml:space="preserve"> </w:t>
      </w:r>
      <w:r w:rsidR="003E7521" w:rsidRPr="003E7521">
        <w:t>A week ago, I was drowning in student debt and answering phones at a dentist’s office.</w:t>
      </w:r>
    </w:p>
    <w:p w14:paraId="0633CE09" w14:textId="77777777" w:rsidR="003E7521" w:rsidRPr="003E7521" w:rsidRDefault="003E7521" w:rsidP="003E7521">
      <w:r w:rsidRPr="003E7521">
        <w:t>Now?</w:t>
      </w:r>
    </w:p>
    <w:p w14:paraId="53953927" w14:textId="692DB44B" w:rsidR="003E7521" w:rsidRPr="003E7521" w:rsidRDefault="003E7521" w:rsidP="003E7521">
      <w:r w:rsidRPr="003E7521">
        <w:t>Now, I had a sex toy empire, a team of chaos agents as employees, and the most dangerous woman I’d ever met sleeping in my bed.</w:t>
      </w:r>
      <w:r w:rsidR="005A5B9D">
        <w:t xml:space="preserve"> </w:t>
      </w:r>
      <w:r w:rsidRPr="003E7521">
        <w:t>For the first time in a long time, I wasn’t just surviving—I was living.</w:t>
      </w:r>
    </w:p>
    <w:p w14:paraId="1EBE81C2" w14:textId="77777777" w:rsidR="003E7521" w:rsidRPr="003E7521" w:rsidRDefault="003E7521" w:rsidP="003E7521">
      <w:r w:rsidRPr="003E7521">
        <w:t>And damn, did it feel good.</w:t>
      </w:r>
    </w:p>
    <w:p w14:paraId="08513C1A" w14:textId="77777777" w:rsidR="00046AA9" w:rsidRDefault="00046AA9" w:rsidP="004F5CDE"/>
    <w:p w14:paraId="4606A65B" w14:textId="77777777" w:rsidR="003E7521" w:rsidRDefault="003E7521" w:rsidP="00267411">
      <w:pPr>
        <w:pStyle w:val="Heading1"/>
      </w:pPr>
    </w:p>
    <w:p w14:paraId="022E3F0D" w14:textId="6BC37FB1" w:rsidR="00F91806" w:rsidRDefault="00000000" w:rsidP="00267411">
      <w:pPr>
        <w:pStyle w:val="Heading1"/>
      </w:pPr>
      <w:bookmarkStart w:id="36" w:name="_Toc189281327"/>
      <w:r>
        <w:t>Chapter 16: Ante Up</w:t>
      </w:r>
      <w:bookmarkEnd w:id="36"/>
    </w:p>
    <w:p w14:paraId="41DF4C02" w14:textId="77777777" w:rsidR="00267411" w:rsidRDefault="00267411" w:rsidP="004F5CDE"/>
    <w:p w14:paraId="485303C9" w14:textId="11D7AA3A" w:rsidR="00371B3B" w:rsidRDefault="00371B3B" w:rsidP="00371B3B">
      <w:r w:rsidRPr="00371B3B">
        <w:t xml:space="preserve">Melanie and I had agreed—separate arrivals. She’d slip in early, </w:t>
      </w:r>
      <w:r w:rsidR="007F15E8">
        <w:t xml:space="preserve">with me </w:t>
      </w:r>
      <w:r w:rsidRPr="00371B3B">
        <w:t>following fashionably later.</w:t>
      </w:r>
      <w:r w:rsidR="005301B7">
        <w:t xml:space="preserve"> </w:t>
      </w:r>
      <w:r w:rsidRPr="00371B3B">
        <w:t>By the time I pulled into the parking lot, she was already tucked away in her office. Still, the memory of her fiery curls spilling over my pillow lingered, making me smile like an idiot.</w:t>
      </w:r>
    </w:p>
    <w:p w14:paraId="01F8B01A" w14:textId="77777777" w:rsidR="004D179A" w:rsidRPr="00371B3B" w:rsidRDefault="004D179A" w:rsidP="00371B3B"/>
    <w:p w14:paraId="2B1ACFCB" w14:textId="640432E9" w:rsidR="00371B3B" w:rsidRPr="00371B3B" w:rsidRDefault="00371B3B" w:rsidP="00371B3B">
      <w:r w:rsidRPr="00371B3B">
        <w:t>As I stepped out of my car, a surprising sense of contentment settled over me. This life—chaotic, unplanned, wildly unexpected—was making me happy in a way I hadn’t anticipated.</w:t>
      </w:r>
      <w:r w:rsidR="005301B7">
        <w:t xml:space="preserve"> </w:t>
      </w:r>
      <w:r w:rsidRPr="00371B3B">
        <w:t>Sure, there was madness. But maybe it was the good kind. The kind that came with possibilities.</w:t>
      </w:r>
    </w:p>
    <w:p w14:paraId="3EA25FC9" w14:textId="77777777" w:rsidR="00371B3B" w:rsidRPr="00371B3B" w:rsidRDefault="00371B3B" w:rsidP="00371B3B">
      <w:r w:rsidRPr="00371B3B">
        <w:t>Just inside the entrance, I spotted Tony engaged in an animated conversation with a striking middle-aged woman. Her sharp gaze, her confident stance—she was someone who didn’t suffer fools gladly.</w:t>
      </w:r>
    </w:p>
    <w:p w14:paraId="474B0ED6" w14:textId="734AF91A" w:rsidR="00371B3B" w:rsidRPr="00371B3B" w:rsidRDefault="00371B3B" w:rsidP="00371B3B">
      <w:r w:rsidRPr="00371B3B">
        <w:t>Tony, of course, noticed me immediately and wasted no time waving me over.</w:t>
      </w:r>
      <w:r w:rsidR="00E66D5A">
        <w:t xml:space="preserve"> </w:t>
      </w:r>
      <w:r w:rsidRPr="00371B3B">
        <w:t>“Morning, boss,” he said, pulling me into one of his signature awkward side hugs. “I don’t think you’ve had the pleasure of meeting Nurse Jackie yet. She came all the way on her day off just to give you a sponge bath.”</w:t>
      </w:r>
    </w:p>
    <w:p w14:paraId="25851391" w14:textId="77777777" w:rsidR="00371B3B" w:rsidRPr="00371B3B" w:rsidRDefault="00371B3B" w:rsidP="00371B3B">
      <w:r w:rsidRPr="00371B3B">
        <w:t>Jackie rolled her eyes but smirked as she extended a hand. “Ignore him,” she said smoothly. “It’s a pleasure to meet you, Hannah.”</w:t>
      </w:r>
    </w:p>
    <w:p w14:paraId="7D4C63C2" w14:textId="77777777" w:rsidR="00371B3B" w:rsidRPr="00371B3B" w:rsidRDefault="00371B3B" w:rsidP="00371B3B">
      <w:r w:rsidRPr="00371B3B">
        <w:t>“Likewise,” I replied, shaking her hand firmly. Her grip was as no-nonsense as her expression.</w:t>
      </w:r>
    </w:p>
    <w:p w14:paraId="769C119E" w14:textId="77777777" w:rsidR="00371B3B" w:rsidRPr="00371B3B" w:rsidRDefault="00371B3B" w:rsidP="00371B3B">
      <w:r w:rsidRPr="00371B3B">
        <w:t>“And don’t worry—I’ve already come to terms with Tony’s… unique sense of humor. I think it’s why we keep him around.”</w:t>
      </w:r>
    </w:p>
    <w:p w14:paraId="5C5CDC3F" w14:textId="77777777" w:rsidR="00371B3B" w:rsidRPr="00371B3B" w:rsidRDefault="00371B3B" w:rsidP="00371B3B">
      <w:r w:rsidRPr="00371B3B">
        <w:t>Tony feigned offense, placing a hand dramatically over his heart. “Unique? Try legendary.”</w:t>
      </w:r>
    </w:p>
    <w:p w14:paraId="717A54D8" w14:textId="77777777" w:rsidR="00371B3B" w:rsidRPr="00371B3B" w:rsidRDefault="00371B3B" w:rsidP="00371B3B">
      <w:r w:rsidRPr="00371B3B">
        <w:t>I gave him a skeptical look. “Let’s not oversell it.”</w:t>
      </w:r>
    </w:p>
    <w:p w14:paraId="4A891EF6" w14:textId="4F356B12" w:rsidR="00371B3B" w:rsidRPr="00371B3B" w:rsidRDefault="00371B3B" w:rsidP="00371B3B">
      <w:r w:rsidRPr="00371B3B">
        <w:t>Jackie chuckled, taking a sip from her coffee. Then Tony clapped his hands together, getting back to business.</w:t>
      </w:r>
      <w:r w:rsidR="00877FE9">
        <w:t xml:space="preserve"> </w:t>
      </w:r>
      <w:r w:rsidRPr="00371B3B">
        <w:t>“Jackie and I were discussing a brilliant idea,” he announced. “What do you think about adding sports betting terminals in the store?”</w:t>
      </w:r>
    </w:p>
    <w:p w14:paraId="36F8B17B" w14:textId="5B6449A4" w:rsidR="00371B3B" w:rsidRPr="00371B3B" w:rsidRDefault="00371B3B" w:rsidP="00371B3B">
      <w:r w:rsidRPr="00371B3B">
        <w:t>I blinked. Of all the things I expected to hear this morning, that was not on the list.</w:t>
      </w:r>
      <w:r w:rsidR="00E12393">
        <w:t xml:space="preserve"> </w:t>
      </w:r>
      <w:r>
        <w:t>My brain conjured ridiculous images: a basement meth lab, cockfights in the lounge, a full-on underground casino. But then, the practicality of his suggestion began to sink in.</w:t>
      </w:r>
      <w:r w:rsidR="004D179A">
        <w:t xml:space="preserve"> </w:t>
      </w:r>
      <w:r w:rsidRPr="00371B3B">
        <w:t>I tilted my head, trying to keep my expression neutral. “…Sports betting? In a sex shop?”</w:t>
      </w:r>
    </w:p>
    <w:p w14:paraId="7DBD8EC7" w14:textId="77777777" w:rsidR="00371B3B" w:rsidRPr="00371B3B" w:rsidRDefault="00371B3B" w:rsidP="00371B3B">
      <w:r w:rsidRPr="00371B3B">
        <w:t>Tony nodded enthusiastically. “It’s legal now, boss. We’d be ahead of the game.”</w:t>
      </w:r>
    </w:p>
    <w:p w14:paraId="6C1B52FD" w14:textId="77777777" w:rsidR="00371B3B" w:rsidRPr="00371B3B" w:rsidRDefault="00371B3B" w:rsidP="00371B3B">
      <w:r w:rsidRPr="00371B3B">
        <w:lastRenderedPageBreak/>
        <w:t>Jackie shrugged. “He’s not wrong. We’re already attracting a customer base that thrives on impulse purchases.”</w:t>
      </w:r>
    </w:p>
    <w:p w14:paraId="6F4BA6EC" w14:textId="77777777" w:rsidR="00371B3B" w:rsidRPr="00371B3B" w:rsidRDefault="00371B3B" w:rsidP="00371B3B">
      <w:r w:rsidRPr="00371B3B">
        <w:t>I squinted at them both. “I need you to explain to me, with a straight face, why a guy should be able to place a bet on the Lakers and buy a prostate massager in the same transaction.”</w:t>
      </w:r>
    </w:p>
    <w:p w14:paraId="444FA50B" w14:textId="77777777" w:rsidR="00371B3B" w:rsidRPr="00371B3B" w:rsidRDefault="00371B3B" w:rsidP="00371B3B">
      <w:r w:rsidRPr="00371B3B">
        <w:t>Tony didn’t hesitate. “Because he’s a man of culture, Hannah.”</w:t>
      </w:r>
    </w:p>
    <w:p w14:paraId="3E7B73D5" w14:textId="77777777" w:rsidR="00371B3B" w:rsidRPr="00371B3B" w:rsidRDefault="00371B3B" w:rsidP="00371B3B">
      <w:r w:rsidRPr="00371B3B">
        <w:t>Jackie snorted into her coffee.</w:t>
      </w:r>
    </w:p>
    <w:p w14:paraId="21178E3E" w14:textId="77777777" w:rsidR="00371B3B" w:rsidRPr="00371B3B" w:rsidRDefault="00371B3B" w:rsidP="00371B3B">
      <w:r w:rsidRPr="00371B3B">
        <w:t>I pinched the bridge of my nose. “Okay, let’s pretend for a second that this idea isn’t completely insane. What’s the actual business case?”</w:t>
      </w:r>
    </w:p>
    <w:p w14:paraId="1FB8AE87" w14:textId="77777777" w:rsidR="00371B3B" w:rsidRPr="00371B3B" w:rsidRDefault="00371B3B" w:rsidP="00371B3B">
      <w:r w:rsidRPr="00371B3B">
        <w:t>Tony leaned in, suddenly all business. “You know we get a lot of walk-ins—people who browse but don’t always buy. But if they come in to check game odds or place bets, they’ll linger. And while they’re lingering? They shop. We’d turn foot traffic into sales.”</w:t>
      </w:r>
    </w:p>
    <w:p w14:paraId="6C632E2B" w14:textId="4CBE93EA" w:rsidR="00371B3B" w:rsidRPr="00371B3B" w:rsidRDefault="00371B3B" w:rsidP="00371B3B">
      <w:r w:rsidRPr="00371B3B">
        <w:t>I hesitated. It wasn’t the dumbest idea I’d ever heard.</w:t>
      </w:r>
      <w:r w:rsidR="004D179A">
        <w:t xml:space="preserve"> </w:t>
      </w:r>
      <w:r w:rsidRPr="00371B3B">
        <w:t>Tony, seeing me waver, pressed his advantage. “Hannah, come on. Think big picture. Right now, we sell pleasure. But what if we also sold thrill? Adrenaline? It’s all the same drug.”</w:t>
      </w:r>
    </w:p>
    <w:p w14:paraId="73FAF378" w14:textId="0CC5D26A" w:rsidR="00371B3B" w:rsidRPr="00371B3B" w:rsidRDefault="00371B3B" w:rsidP="00371B3B">
      <w:r w:rsidRPr="00371B3B">
        <w:t>Damn it. He had a point.</w:t>
      </w:r>
      <w:r w:rsidR="00444A29">
        <w:t xml:space="preserve"> </w:t>
      </w:r>
      <w:r w:rsidRPr="00371B3B">
        <w:t>I chewed my lip, considering. “Fine. Put together a proposal. Show me legal compliance, potential profits, and customer engagement numbers. If it makes sense, we’ll talk.”</w:t>
      </w:r>
    </w:p>
    <w:p w14:paraId="7D5B3D9F" w14:textId="77777777" w:rsidR="00371B3B" w:rsidRPr="00371B3B" w:rsidRDefault="00371B3B" w:rsidP="00371B3B">
      <w:r w:rsidRPr="00371B3B">
        <w:t>Tony grinned like he’d just won a bet himself. “You got it, boss.”</w:t>
      </w:r>
    </w:p>
    <w:p w14:paraId="305806DB" w14:textId="77777777" w:rsidR="00371B3B" w:rsidRPr="00371B3B" w:rsidRDefault="00371B3B" w:rsidP="00371B3B">
      <w:r w:rsidRPr="00371B3B">
        <w:t>Jackie raised a brow at me, impressed. “You’re more open-minded than I expected.”</w:t>
      </w:r>
    </w:p>
    <w:p w14:paraId="3C0BD068" w14:textId="77777777" w:rsidR="00371B3B" w:rsidRPr="00371B3B" w:rsidRDefault="00371B3B" w:rsidP="00371B3B">
      <w:r w:rsidRPr="00371B3B">
        <w:t>“Not really,” I said, still unsure whether I’d just been brilliant or conned. “I just don’t want to underestimate Tony. I feel like that’s how people end up in a trunk.”</w:t>
      </w:r>
    </w:p>
    <w:p w14:paraId="2C46FF3F" w14:textId="77777777" w:rsidR="00371B3B" w:rsidRPr="00371B3B" w:rsidRDefault="00371B3B" w:rsidP="00371B3B">
      <w:r w:rsidRPr="00371B3B">
        <w:t>Tony beamed. “Smart girl.”</w:t>
      </w:r>
    </w:p>
    <w:p w14:paraId="3ABAE915" w14:textId="77777777" w:rsidR="00371B3B" w:rsidRPr="00371B3B" w:rsidRDefault="00371B3B" w:rsidP="00371B3B">
      <w:r w:rsidRPr="00371B3B">
        <w:t>Jackie smirked. “Speaking of smart, I’ve got a pun for you.”</w:t>
      </w:r>
    </w:p>
    <w:p w14:paraId="2F8C9243" w14:textId="77777777" w:rsidR="00371B3B" w:rsidRPr="00371B3B" w:rsidRDefault="00371B3B" w:rsidP="00371B3B">
      <w:r w:rsidRPr="00371B3B">
        <w:t>I narrowed my eyes. “Oh no.”</w:t>
      </w:r>
    </w:p>
    <w:p w14:paraId="3ED3E0B1" w14:textId="77777777" w:rsidR="00371B3B" w:rsidRPr="00371B3B" w:rsidRDefault="00371B3B" w:rsidP="00371B3B">
      <w:r w:rsidRPr="00371B3B">
        <w:t>Jackie’s grin widened. “</w:t>
      </w:r>
      <w:proofErr w:type="spellStart"/>
      <w:r w:rsidRPr="00371B3B">
        <w:t>Silicone</w:t>
      </w:r>
      <w:proofErr w:type="spellEnd"/>
      <w:r w:rsidRPr="00371B3B">
        <w:t xml:space="preserve"> Solutions—where ‘hard to find’ is our competitive advantage!”</w:t>
      </w:r>
    </w:p>
    <w:p w14:paraId="31E210AC" w14:textId="3CE95BEE" w:rsidR="00371B3B" w:rsidRPr="00371B3B" w:rsidRDefault="00371B3B" w:rsidP="00371B3B">
      <w:r w:rsidRPr="00371B3B">
        <w:lastRenderedPageBreak/>
        <w:t>Tony groaned, but I laughed, genuinely impressed.</w:t>
      </w:r>
      <w:r w:rsidR="004D179A">
        <w:t xml:space="preserve"> </w:t>
      </w:r>
      <w:r w:rsidRPr="00371B3B">
        <w:t>“Okay, that’s a contender for Pun of the Day,” I admitted, shooting Jackie a look of approval. “Tony, you better step up your game.”</w:t>
      </w:r>
    </w:p>
    <w:p w14:paraId="48A66E00" w14:textId="77777777" w:rsidR="00371B3B" w:rsidRDefault="00371B3B" w:rsidP="00371B3B">
      <w:r w:rsidRPr="00371B3B">
        <w:t>Jackie gave a mock bow. “Happy to help set the tone.”</w:t>
      </w:r>
    </w:p>
    <w:p w14:paraId="2A3F29CD" w14:textId="77777777" w:rsidR="00700013" w:rsidRPr="00371B3B" w:rsidRDefault="00700013" w:rsidP="00371B3B"/>
    <w:p w14:paraId="33D6D5D6" w14:textId="77777777" w:rsidR="00371B3B" w:rsidRPr="00371B3B" w:rsidRDefault="00371B3B" w:rsidP="00700013">
      <w:pPr>
        <w:pStyle w:val="Heading2"/>
      </w:pPr>
      <w:bookmarkStart w:id="37" w:name="_Toc189281328"/>
      <w:r w:rsidRPr="00371B3B">
        <w:t>Final Thoughts</w:t>
      </w:r>
      <w:bookmarkEnd w:id="37"/>
    </w:p>
    <w:p w14:paraId="5378071E" w14:textId="77777777" w:rsidR="00700013" w:rsidRDefault="00700013" w:rsidP="00371B3B"/>
    <w:p w14:paraId="15CD5306" w14:textId="2712D382" w:rsidR="00371B3B" w:rsidRPr="00371B3B" w:rsidRDefault="00371B3B" w:rsidP="00371B3B">
      <w:r w:rsidRPr="00371B3B">
        <w:t>As I watched them banter, something settled in my chest. This wasn’t just a store. It wasn’t just a job.</w:t>
      </w:r>
      <w:r w:rsidR="0098338B">
        <w:t xml:space="preserve"> </w:t>
      </w:r>
      <w:r w:rsidRPr="00371B3B">
        <w:t>It was a community. Built on quirks, chaos, and connection.</w:t>
      </w:r>
      <w:r w:rsidR="0098338B">
        <w:t xml:space="preserve"> </w:t>
      </w:r>
      <w:r w:rsidRPr="00371B3B">
        <w:t>And for the first time, I wasn’t just working here.</w:t>
      </w:r>
    </w:p>
    <w:p w14:paraId="00F6CBC0" w14:textId="77777777" w:rsidR="00371B3B" w:rsidRPr="00371B3B" w:rsidRDefault="00371B3B" w:rsidP="00371B3B">
      <w:r w:rsidRPr="00371B3B">
        <w:t>I was part of it.</w:t>
      </w:r>
    </w:p>
    <w:p w14:paraId="16F32B91" w14:textId="77777777" w:rsidR="00371B3B" w:rsidRPr="00371B3B" w:rsidRDefault="00371B3B" w:rsidP="00371B3B">
      <w:r w:rsidRPr="00371B3B">
        <w:t>I belonged.</w:t>
      </w:r>
    </w:p>
    <w:p w14:paraId="09DB109A" w14:textId="77777777" w:rsidR="00371B3B" w:rsidRPr="00371B3B" w:rsidRDefault="00371B3B" w:rsidP="00371B3B">
      <w:r w:rsidRPr="00371B3B">
        <w:t>Or at least—I was starting to.</w:t>
      </w:r>
    </w:p>
    <w:p w14:paraId="0911110D" w14:textId="77777777" w:rsidR="00371B3B" w:rsidRDefault="00371B3B" w:rsidP="004F5CDE"/>
    <w:p w14:paraId="229D8FB3" w14:textId="77777777" w:rsidR="00046AA9" w:rsidRDefault="00046AA9" w:rsidP="004F5CDE"/>
    <w:p w14:paraId="01153049" w14:textId="15BBE879" w:rsidR="00F91806" w:rsidRDefault="00000000" w:rsidP="00267411">
      <w:pPr>
        <w:pStyle w:val="Heading1"/>
      </w:pPr>
      <w:bookmarkStart w:id="38" w:name="_Toc189281329"/>
      <w:r>
        <w:t xml:space="preserve">Chapter 17: Clockwork </w:t>
      </w:r>
      <w:r w:rsidR="00400041">
        <w:t>Candice</w:t>
      </w:r>
      <w:bookmarkEnd w:id="38"/>
    </w:p>
    <w:p w14:paraId="05C2DA23" w14:textId="77777777" w:rsidR="00267411" w:rsidRDefault="00267411" w:rsidP="004F5CDE"/>
    <w:p w14:paraId="15F64D64" w14:textId="77777777" w:rsidR="00D656DA" w:rsidRDefault="00000000" w:rsidP="004F5CDE">
      <w:r>
        <w:t xml:space="preserve">Belonging, of course, didn’t mean escaping responsibility. If anything, it made the weight of it even heavier. </w:t>
      </w:r>
    </w:p>
    <w:p w14:paraId="4F4AACD0" w14:textId="249F7FCB" w:rsidR="00F91806" w:rsidRDefault="00000000" w:rsidP="004F5CDE">
      <w:r>
        <w:t>I sighed as I turned back to my desk. The flickering glare of my laptop screen was an unholy reminder that spreadsheets, invoices, and payroll never took a day off. The life of a CEO, I was learning, could be as banal as it was blissful. Sex, scandal, and store drama aside, the numbers had to add up, and right now, they didn’t.</w:t>
      </w:r>
    </w:p>
    <w:p w14:paraId="3B3E2987" w14:textId="0EBF8434" w:rsidR="00F91806" w:rsidRDefault="00000000" w:rsidP="004F5CDE">
      <w:r>
        <w:t>I had just started making sense of a particularly confusing set of financial reports when a knock on the door sliced through my focus like a knife.</w:t>
      </w:r>
      <w:r w:rsidR="00C669EE">
        <w:t xml:space="preserve"> </w:t>
      </w:r>
      <w:r>
        <w:t>“Come in,” I called, masking the irritation that came from being pulled out of the one moment I actually felt productive.</w:t>
      </w:r>
    </w:p>
    <w:p w14:paraId="5ACBF66F" w14:textId="3787E2B5" w:rsidR="00F91806" w:rsidRDefault="00000000" w:rsidP="004F5CDE">
      <w:r>
        <w:t>The door creaked open, and there she was—</w:t>
      </w:r>
      <w:r w:rsidR="00400041">
        <w:t>Candice</w:t>
      </w:r>
      <w:r>
        <w:t xml:space="preserve"> Jones, her tattooed fingers curled around a neatly wrapped package, her usual smirk already in place. Her expression </w:t>
      </w:r>
      <w:r>
        <w:lastRenderedPageBreak/>
        <w:t>carried the same mix of playfulness and calculated intent that made me wary, like she enjoyed keeping people on edge just enough to be interesting.</w:t>
      </w:r>
    </w:p>
    <w:p w14:paraId="5DB9EAB9" w14:textId="5F7897CB" w:rsidR="00F91806" w:rsidRDefault="00000000" w:rsidP="004F5CDE">
      <w:r>
        <w:t xml:space="preserve">“Hi babe,” she drawled, stepping inside with </w:t>
      </w:r>
      <w:r w:rsidR="00A119FE">
        <w:t xml:space="preserve">an </w:t>
      </w:r>
      <w:r>
        <w:t xml:space="preserve">effortless confidence that made it impossible to tell whether she was here to stir up trouble or </w:t>
      </w:r>
      <w:r w:rsidR="00A119FE">
        <w:t xml:space="preserve">to </w:t>
      </w:r>
      <w:r>
        <w:t>solve a problem. “I see this place hasn’t chewed you up and spat you out yet. Thought I’d brighten your day with a little something.”</w:t>
      </w:r>
    </w:p>
    <w:p w14:paraId="6CF143AF" w14:textId="1033DEC6" w:rsidR="00F91806" w:rsidRDefault="00000000" w:rsidP="004F5CDE">
      <w:r>
        <w:t xml:space="preserve">My curiosity piqued. Supposedly, </w:t>
      </w:r>
      <w:r w:rsidR="00400041">
        <w:t>Candice</w:t>
      </w:r>
      <w:r>
        <w:t xml:space="preserve"> didn’t do anything without a reason. I gestured to the chair opposite my desk. “Come in. I see you’ve brought gifts!”</w:t>
      </w:r>
      <w:r w:rsidR="004D179A">
        <w:t xml:space="preserve"> </w:t>
      </w:r>
      <w:r>
        <w:t>There was something almost too smooth about her delivery, but I played along. “Aww, can I open it now?” I asked, leaning forward, my excitement genuine but measured.</w:t>
      </w:r>
    </w:p>
    <w:p w14:paraId="7EBE8B3A" w14:textId="77777777" w:rsidR="00F91806" w:rsidRDefault="00000000" w:rsidP="004F5CDE">
      <w:r>
        <w:t>“Absolutely,” she said, her grin widening. “I can’t wait to see your reaction.”</w:t>
      </w:r>
    </w:p>
    <w:p w14:paraId="6EF03D9B" w14:textId="77777777" w:rsidR="00F91806" w:rsidRDefault="00000000" w:rsidP="004F5CDE">
      <w:r>
        <w:t>With a mix of anticipation and skepticism, I tugged at the twine and peeled back the wrapping. Inside was a small, intricately carved wooden box, a delicate miniature grandfather clock nestled inside. The craftsmanship was impeccable—floral engravings swirled across the lid, and the clock face was impossibly detailed.</w:t>
      </w:r>
    </w:p>
    <w:p w14:paraId="5340A251" w14:textId="17954257" w:rsidR="00F91806" w:rsidRDefault="00000000" w:rsidP="004F5CDE">
      <w:r>
        <w:t xml:space="preserve">I ran my fingers over the smooth surface, something about it grounding me in the moment. The gears ticked in perfect harmony, quiet but deliberate. Like </w:t>
      </w:r>
      <w:r w:rsidR="00400041">
        <w:t>Candice</w:t>
      </w:r>
      <w:r>
        <w:t>.</w:t>
      </w:r>
      <w:r w:rsidR="00D656DA">
        <w:t xml:space="preserve"> </w:t>
      </w:r>
      <w:r>
        <w:t>“It’s beautiful,” I murmured, letting my fingers trace the edges. “But wow, this seems like… a lot.”</w:t>
      </w:r>
    </w:p>
    <w:p w14:paraId="1F005BA0" w14:textId="3A42A837" w:rsidR="00F91806" w:rsidRDefault="00000000" w:rsidP="004F5CDE">
      <w:r>
        <w:t xml:space="preserve">“Don’t sweat it,” </w:t>
      </w:r>
      <w:r w:rsidR="00400041">
        <w:t>Candice</w:t>
      </w:r>
      <w:r>
        <w:t xml:space="preserve"> said with a wink. “I’m not angling for a raise. Yet.”</w:t>
      </w:r>
      <w:r w:rsidR="00D656DA">
        <w:t xml:space="preserve"> </w:t>
      </w:r>
      <w:r>
        <w:t>Her tone was playful, but there was something just beneath the surface, something I couldn’t quite put my finger on.</w:t>
      </w:r>
    </w:p>
    <w:p w14:paraId="6BC7BACD" w14:textId="77777777" w:rsidR="00F91806" w:rsidRDefault="00000000" w:rsidP="004F5CDE">
      <w:r>
        <w:t>Then she added, softer this time, “It just felt like your kind of thing—classic, thoughtful, but with a lot more going on under the surface. Like you.”</w:t>
      </w:r>
    </w:p>
    <w:p w14:paraId="08FFE15A" w14:textId="6ADB05B3" w:rsidR="00F91806" w:rsidRDefault="00000000" w:rsidP="004F5CDE">
      <w:r>
        <w:t xml:space="preserve">The comment landed harder than I expected. I glanced up at her, trying to gauge if there was an angle to this, or if—just maybe—this was </w:t>
      </w:r>
      <w:r w:rsidR="00B62EB5">
        <w:t xml:space="preserve">her way of </w:t>
      </w:r>
      <w:r>
        <w:t>opening up to me.</w:t>
      </w:r>
      <w:r w:rsidR="004D179A">
        <w:t xml:space="preserve"> </w:t>
      </w:r>
      <w:r>
        <w:t>“It’s wonderful, and definitely thoughtful,” I replied, my voice quieter</w:t>
      </w:r>
      <w:r w:rsidR="00D656DA">
        <w:t xml:space="preserve">. </w:t>
      </w:r>
      <w:r>
        <w:t xml:space="preserve">“I’ve always been obsessed with time—what it means, if it even exists.” I paused, searching for words that felt adequate. “Thank you, </w:t>
      </w:r>
      <w:r w:rsidR="00400041">
        <w:t>Candice</w:t>
      </w:r>
      <w:r>
        <w:t>. This means more than you know.”</w:t>
      </w:r>
    </w:p>
    <w:p w14:paraId="32E33E51" w14:textId="2E227B65" w:rsidR="00F91806" w:rsidRDefault="00000000" w:rsidP="004F5CDE">
      <w:r>
        <w:t>She shrugged, her gaze lingering. “I’ve got a knack for these things.” Her voice was light, but her eyes? Those held secrets.</w:t>
      </w:r>
      <w:r w:rsidR="00D656DA">
        <w:t xml:space="preserve"> </w:t>
      </w:r>
      <w:r>
        <w:t xml:space="preserve">Then, her tone shifted, taking on a casual, almost too </w:t>
      </w:r>
      <w:r>
        <w:lastRenderedPageBreak/>
        <w:t>casual edge. “Speaking of knowing, though, is there anything I can do to make your transition here smoother? Maybe strategize over drinks sometime?”</w:t>
      </w:r>
    </w:p>
    <w:p w14:paraId="22C84670" w14:textId="3226042F" w:rsidR="00F91806" w:rsidRDefault="00000000" w:rsidP="004F5CDE">
      <w:r>
        <w:t xml:space="preserve">Her words caught me off guard. </w:t>
      </w:r>
      <w:r w:rsidRPr="00B62EB5">
        <w:rPr>
          <w:i/>
          <w:iCs/>
        </w:rPr>
        <w:t>Holy shit</w:t>
      </w:r>
      <w:r w:rsidR="00D656DA">
        <w:rPr>
          <w:i/>
          <w:iCs/>
        </w:rPr>
        <w:t>!</w:t>
      </w:r>
      <w:r w:rsidRPr="00D656DA">
        <w:t>,</w:t>
      </w:r>
      <w:r>
        <w:t xml:space="preserve"> I thought, my heart skipping. Is </w:t>
      </w:r>
      <w:r w:rsidR="00400041">
        <w:t>Candice</w:t>
      </w:r>
      <w:r>
        <w:t xml:space="preserve"> hitting on me now? What is it about this place that makes me lesbian of the year?</w:t>
      </w:r>
      <w:r w:rsidR="004D179A">
        <w:t xml:space="preserve"> </w:t>
      </w:r>
      <w:r>
        <w:t>“That’s… thoughtful,” I said, keeping my voice neutral. “But maybe in a week or so, once I’ve put out some fires?”</w:t>
      </w:r>
    </w:p>
    <w:p w14:paraId="78430A4E" w14:textId="425BDA83" w:rsidR="00F91806" w:rsidRDefault="00000000" w:rsidP="004F5CDE">
      <w:r>
        <w:t xml:space="preserve">“Can’t wait.” </w:t>
      </w:r>
      <w:r w:rsidR="00400041">
        <w:t>Candice</w:t>
      </w:r>
      <w:r>
        <w:t xml:space="preserve"> stood, but she didn’t leave. Instead, she lingered, her fingers idly tracing the edge of my desk. A deliberate pause. Another test.</w:t>
      </w:r>
    </w:p>
    <w:p w14:paraId="3EEF4773" w14:textId="1A145810" w:rsidR="00F91806" w:rsidRDefault="00000000" w:rsidP="004F5CDE">
      <w:r>
        <w:t>“Actually,” I said, watching her closely, “you’ve been here a long time. Is there anything you can tell me about my Aunt? We weren’t close, but now that I’m here…” I let the sentence trail off, an unspoken invitation.</w:t>
      </w:r>
    </w:p>
    <w:p w14:paraId="75EFE546" w14:textId="7B04FE1A" w:rsidR="00F91806" w:rsidRDefault="00400041" w:rsidP="004F5CDE">
      <w:r>
        <w:t>Candice’s smirk deepened. She’d been expecting this.</w:t>
      </w:r>
      <w:r w:rsidR="007F6065">
        <w:t xml:space="preserve"> </w:t>
      </w:r>
      <w:r>
        <w:t>“Should I blow smoke up your ass?</w:t>
      </w:r>
      <w:r w:rsidR="00766CA7">
        <w:t>,</w:t>
      </w:r>
      <w:r>
        <w:t>” she teased, her voice honeyed but sharp.</w:t>
      </w:r>
    </w:p>
    <w:p w14:paraId="0F3BB454" w14:textId="77777777" w:rsidR="00F91806" w:rsidRDefault="00000000" w:rsidP="004F5CDE">
      <w:r>
        <w:t>“Honesty works better,” I said, my curiosity now fully hooked.</w:t>
      </w:r>
    </w:p>
    <w:p w14:paraId="0081C4C6" w14:textId="31C6F197" w:rsidR="00F91806" w:rsidRDefault="00400041" w:rsidP="004F5CDE">
      <w:r>
        <w:t>Candice tilted her head, then sighed like she was deciding just how much to give me. “Alright, here’s the unvarnished truth,” she said, her voice steady but edged with something I couldn’t quite name.</w:t>
      </w:r>
    </w:p>
    <w:p w14:paraId="0D6693A2" w14:textId="77777777" w:rsidR="00F91806" w:rsidRDefault="00000000" w:rsidP="004F5CDE">
      <w:r>
        <w:t>“I’ve known your aunt forever—since I was a kid, actually. That’s how I ended up here. She was… let’s just say she was a complicated woman.”</w:t>
      </w:r>
    </w:p>
    <w:p w14:paraId="333A6E11" w14:textId="77777777" w:rsidR="00F91806" w:rsidRDefault="00000000" w:rsidP="004F5CDE">
      <w:r>
        <w:t>“How so,” I replied.</w:t>
      </w:r>
    </w:p>
    <w:p w14:paraId="639D5AB4" w14:textId="0EF3B1B7" w:rsidR="00F91806" w:rsidRDefault="00000000" w:rsidP="004F5CDE">
      <w:r>
        <w:t>“She wasn’t easy to get along with. Sharp-tongued. Stubborn as hell,</w:t>
      </w:r>
      <w:r w:rsidR="007754AA">
        <w:t xml:space="preserve"> </w:t>
      </w:r>
      <w:r>
        <w:t>but she knew how to run this place.”</w:t>
      </w:r>
    </w:p>
    <w:p w14:paraId="26AD8964" w14:textId="77777777" w:rsidR="00F91806" w:rsidRDefault="00000000" w:rsidP="004F5CDE">
      <w:r>
        <w:t>I leaned forward slightly. “And her relationship with Pete?”</w:t>
      </w:r>
    </w:p>
    <w:p w14:paraId="6A7C82F7" w14:textId="7B86F487" w:rsidR="00F91806" w:rsidRDefault="00400041" w:rsidP="004F5CDE">
      <w:r>
        <w:t>Candice’s gaze flickered—a brief crack in her practiced nonchalance. “For a time, he was the only one who could talk her down. But that didn’t last.”</w:t>
      </w:r>
    </w:p>
    <w:p w14:paraId="45B91C11" w14:textId="77777777" w:rsidR="00F91806" w:rsidRDefault="00000000" w:rsidP="004F5CDE">
      <w:r>
        <w:t>I absorbed the words, but something still felt unsaid. “And after she passed? How did the staff take it?”</w:t>
      </w:r>
    </w:p>
    <w:p w14:paraId="697685F3" w14:textId="25972B7F" w:rsidR="00F91806" w:rsidRDefault="00400041" w:rsidP="004F5CDE">
      <w:r>
        <w:t xml:space="preserve">Candice let out a short laugh, her humor returning like a shield. “That was a circus. When the will was read and your name came up, it was like setting off fireworks. ‘Who the </w:t>
      </w:r>
      <w:r w:rsidR="00AB3B65">
        <w:t>fuck</w:t>
      </w:r>
      <w:r>
        <w:t xml:space="preserve"> is Hannah Marie?’ we all asked.”</w:t>
      </w:r>
    </w:p>
    <w:p w14:paraId="02FDA9F3" w14:textId="77777777" w:rsidR="00F91806" w:rsidRDefault="00000000" w:rsidP="004F5CDE">
      <w:r>
        <w:lastRenderedPageBreak/>
        <w:t>I couldn’t help but laugh at the absurdity of it. “And now?”</w:t>
      </w:r>
    </w:p>
    <w:p w14:paraId="6639C48E" w14:textId="53AC7022" w:rsidR="00F91806" w:rsidRDefault="00400041" w:rsidP="004F5CDE">
      <w:r>
        <w:t>Candice’s expression softened, just a fraction. “Now? You’ve surprised us.”</w:t>
      </w:r>
      <w:r w:rsidR="00C14D84">
        <w:t xml:space="preserve"> </w:t>
      </w:r>
      <w:r>
        <w:t>Something about the way she said it made my stomach twist. “You’re doing more than trying, Hannah.”</w:t>
      </w:r>
      <w:r w:rsidR="00027A4E">
        <w:t xml:space="preserve"> </w:t>
      </w:r>
      <w:r>
        <w:t>The words felt like an assessment, not just a compliment. Like she was still watching, still measuring.</w:t>
      </w:r>
    </w:p>
    <w:p w14:paraId="51367724" w14:textId="77777777" w:rsidR="00F91806" w:rsidRDefault="00000000" w:rsidP="004F5CDE">
      <w:r>
        <w:t>“Look,” she continued, pushing off my desk, the smirk returning full force. “If you ever want to pick my brain about this place—or your aunt—I’m an open book.”</w:t>
      </w:r>
    </w:p>
    <w:p w14:paraId="31858E13" w14:textId="77777777" w:rsidR="00F91806" w:rsidRDefault="00000000" w:rsidP="004F5CDE">
      <w:r>
        <w:t>I hesitated, then leaned back in my chair. “Actually, there is something,” I said carefully. “Is there anything about my aunt that… maybe isn’t in the stories? Something I should know?”</w:t>
      </w:r>
    </w:p>
    <w:p w14:paraId="2FF609FA" w14:textId="20806C30" w:rsidR="00F91806" w:rsidRDefault="00400041" w:rsidP="004F5CDE">
      <w:r>
        <w:t>Candice paused, just for a second. Then she tapped her fingers lightly on the edge of my desk before flashing a grin that didn’t quite reach her eyes.</w:t>
      </w:r>
      <w:r w:rsidR="0009459D">
        <w:t xml:space="preserve"> </w:t>
      </w:r>
      <w:r>
        <w:t>“She had her moments,” Candice admitted quietly. “For all her flaws, she cared about this place. But trust me—she never did anything without a reason.”</w:t>
      </w:r>
    </w:p>
    <w:p w14:paraId="0CE97BE3" w14:textId="77777777" w:rsidR="00F91806" w:rsidRDefault="00000000" w:rsidP="004F5CDE">
      <w:r>
        <w:t>The words felt like a warning.</w:t>
      </w:r>
    </w:p>
    <w:p w14:paraId="7442728D" w14:textId="77777777" w:rsidR="00F91806" w:rsidRDefault="00000000" w:rsidP="004F5CDE">
      <w:r>
        <w:t>She turned to leave, pausing only long enough to glance back at the grandfather clock she’d given me.</w:t>
      </w:r>
    </w:p>
    <w:p w14:paraId="0CA863AA" w14:textId="77777777" w:rsidR="00267411" w:rsidRDefault="00000000" w:rsidP="004F5CDE">
      <w:r>
        <w:t>Tick.</w:t>
      </w:r>
    </w:p>
    <w:p w14:paraId="686DA0E8" w14:textId="77777777" w:rsidR="00267411" w:rsidRDefault="00000000" w:rsidP="004F5CDE">
      <w:r>
        <w:t>Tick.</w:t>
      </w:r>
    </w:p>
    <w:p w14:paraId="3431892E" w14:textId="41DD78BC" w:rsidR="00F91806" w:rsidRDefault="00000000" w:rsidP="004F5CDE">
      <w:r>
        <w:t>Tick.</w:t>
      </w:r>
    </w:p>
    <w:p w14:paraId="6B686A39" w14:textId="77777777" w:rsidR="00F91806" w:rsidRDefault="00000000" w:rsidP="004F5CDE">
      <w:r>
        <w:t>And then she was gone.</w:t>
      </w:r>
    </w:p>
    <w:p w14:paraId="1FBFF59C" w14:textId="777B4CEC" w:rsidR="00F91806" w:rsidRDefault="00000000" w:rsidP="004F5CDE">
      <w:r>
        <w:t xml:space="preserve">I stared at the clock, </w:t>
      </w:r>
      <w:r w:rsidR="00400041">
        <w:t>Candice</w:t>
      </w:r>
      <w:r>
        <w:t xml:space="preserve">’s words looping in my head. </w:t>
      </w:r>
      <w:r w:rsidRPr="00AB3B65">
        <w:rPr>
          <w:i/>
          <w:iCs/>
        </w:rPr>
        <w:t>For all my Aunt’s flaws, she never did anything without a reason</w:t>
      </w:r>
      <w:r>
        <w:t>.</w:t>
      </w:r>
      <w:r w:rsidR="004D179A">
        <w:t xml:space="preserve"> </w:t>
      </w:r>
    </w:p>
    <w:p w14:paraId="223E208A" w14:textId="55E92D69" w:rsidR="00F91806" w:rsidRDefault="00000000" w:rsidP="004F5CDE">
      <w:r>
        <w:t xml:space="preserve">Neither, I was beginning to realize, did </w:t>
      </w:r>
      <w:r w:rsidR="00400041">
        <w:t>Candice</w:t>
      </w:r>
      <w:r>
        <w:t xml:space="preserve">. </w:t>
      </w:r>
    </w:p>
    <w:p w14:paraId="143C2B3F" w14:textId="77777777" w:rsidR="00046AA9" w:rsidRDefault="00046AA9" w:rsidP="004F5CDE"/>
    <w:p w14:paraId="2B51E020" w14:textId="77777777" w:rsidR="00046AA9" w:rsidRDefault="00046AA9" w:rsidP="004F5CDE"/>
    <w:p w14:paraId="0D591518" w14:textId="77777777" w:rsidR="00F91806" w:rsidRDefault="00000000" w:rsidP="00267411">
      <w:pPr>
        <w:pStyle w:val="Heading1"/>
      </w:pPr>
      <w:bookmarkStart w:id="39" w:name="_Toc189281330"/>
      <w:r>
        <w:lastRenderedPageBreak/>
        <w:t>Chapter 18: Candid Cameras</w:t>
      </w:r>
      <w:bookmarkEnd w:id="39"/>
    </w:p>
    <w:p w14:paraId="21BE6753" w14:textId="77777777" w:rsidR="00267411" w:rsidRDefault="00267411" w:rsidP="004F5CDE"/>
    <w:p w14:paraId="2D8AF42A" w14:textId="2C6B0C2A" w:rsidR="00F91806" w:rsidRDefault="00000000" w:rsidP="004F5CDE">
      <w:r>
        <w:t>I sighed as I leaned back in my executive chair, unwrapping the tuna salad sandwich I’d thrown together while Melanie was still in my shower. It wasn’t a gourmet masterpiece—too much mayo, not enough seasoning—but it would do. Starvation trumped flavor, and heartburn was a problem for future Hannah.</w:t>
      </w:r>
    </w:p>
    <w:p w14:paraId="46C5BCCF" w14:textId="0463099C" w:rsidR="00F91806" w:rsidRDefault="00000000" w:rsidP="004F5CDE">
      <w:r>
        <w:t xml:space="preserve">I took a few bites, my gaze drifting to the miniature grandfather clock </w:t>
      </w:r>
      <w:r w:rsidR="00400041">
        <w:t>Candice</w:t>
      </w:r>
      <w:r>
        <w:t xml:space="preserve"> had gifted me. The tiny hands ticked steadily, a small reminder that time marched </w:t>
      </w:r>
      <w:r w:rsidR="008A7145">
        <w:t>harshly</w:t>
      </w:r>
      <w:r>
        <w:t xml:space="preserve"> on, no matter how chaotic life got. Its intricate carvings caught the light, and for a moment, I let myself admire its delicate beauty. Thoughtful, maybe even sentimental.</w:t>
      </w:r>
    </w:p>
    <w:p w14:paraId="21E64656" w14:textId="199B0C53" w:rsidR="008A1451" w:rsidRDefault="00000000" w:rsidP="008A1451">
      <w:r>
        <w:t xml:space="preserve">But then my mind caught up with itself. </w:t>
      </w:r>
      <w:r w:rsidR="00400041">
        <w:t>Candice</w:t>
      </w:r>
      <w:r>
        <w:t>. The woman who played her cards too well. Was I being paranoid? Or was she already three moves ahead?</w:t>
      </w:r>
      <w:r w:rsidR="008A7145">
        <w:t xml:space="preserve"> </w:t>
      </w:r>
      <w:r w:rsidR="008A1451">
        <w:t xml:space="preserve">Still, </w:t>
      </w:r>
      <w:r w:rsidR="005366AE">
        <w:t>f</w:t>
      </w:r>
      <w:r w:rsidR="008A1451">
        <w:t>or a rare moment, I felt a fleeting sense of calm—a pause in the whirlwind of running this place.</w:t>
      </w:r>
    </w:p>
    <w:p w14:paraId="0BDD4FD7" w14:textId="201CA836" w:rsidR="00F91806" w:rsidRPr="005366AE" w:rsidRDefault="00000000" w:rsidP="004F5CDE">
      <w:pPr>
        <w:rPr>
          <w:i/>
          <w:iCs/>
        </w:rPr>
      </w:pPr>
      <w:r w:rsidRPr="002B671D">
        <w:t xml:space="preserve">Naturally, </w:t>
      </w:r>
      <w:r w:rsidR="005366AE" w:rsidRPr="002B671D">
        <w:t xml:space="preserve">however, </w:t>
      </w:r>
      <w:r w:rsidRPr="002B671D">
        <w:t>the universe said:</w:t>
      </w:r>
      <w:r w:rsidRPr="005366AE">
        <w:rPr>
          <w:i/>
          <w:iCs/>
        </w:rPr>
        <w:t xml:space="preserve"> Not today, bitch.</w:t>
      </w:r>
    </w:p>
    <w:p w14:paraId="48A0A07E" w14:textId="2F93ED04" w:rsidR="00F91806" w:rsidRDefault="00000000" w:rsidP="004F5CDE">
      <w:r>
        <w:t>Halfway through my sandwich, the tuna’s dry texture demanded a drink. Grabbing a couple of crumpled dollar bills from my purse, I headed to the vending machines. Sugar-free iced tea or diet Pepsi? Decisions, decisions. Melanie probably wouldn’t care which, but I smirked at the thought: Gotta keep this body tight for her—as if one soda could make or break my health regimen.</w:t>
      </w:r>
    </w:p>
    <w:p w14:paraId="27491E4E" w14:textId="4D7F20B8" w:rsidR="00F91806" w:rsidRDefault="00000000" w:rsidP="004F5CDE">
      <w:r>
        <w:t>Then, the universe decided to ruin my life.</w:t>
      </w:r>
      <w:r w:rsidR="00DE73E7">
        <w:t xml:space="preserve"> </w:t>
      </w:r>
      <w:r>
        <w:t>The front doors exploded open, the sound ricocheting off the walls like a gunshot.</w:t>
      </w:r>
      <w:r w:rsidR="004D179A">
        <w:t xml:space="preserve"> </w:t>
      </w:r>
      <w:r>
        <w:t>I flinched, my fingers fumbling over the vending machine buttons. My breath hitched as the clatter of heavy boots filled the store, the stomping of authority swallowing every other sound.</w:t>
      </w:r>
    </w:p>
    <w:p w14:paraId="4A987C15" w14:textId="0A713CB8" w:rsidR="00F91806" w:rsidRDefault="00000000" w:rsidP="004F5CDE">
      <w:r>
        <w:t>A voice, sharp and commanding, boomed through the space.</w:t>
      </w:r>
      <w:r w:rsidR="004D179A">
        <w:t xml:space="preserve"> </w:t>
      </w:r>
      <w:r>
        <w:t>“Vice squad! Nobody move!”</w:t>
      </w:r>
    </w:p>
    <w:p w14:paraId="56DD16EE" w14:textId="77777777" w:rsidR="00F91806" w:rsidRPr="00780E7B" w:rsidRDefault="00000000" w:rsidP="004F5CDE">
      <w:pPr>
        <w:rPr>
          <w:i/>
          <w:iCs/>
        </w:rPr>
      </w:pPr>
      <w:r w:rsidRPr="00780E7B">
        <w:rPr>
          <w:i/>
          <w:iCs/>
        </w:rPr>
        <w:t>Oh, what the actual fu—?</w:t>
      </w:r>
    </w:p>
    <w:p w14:paraId="09776F5E" w14:textId="70B19CE5" w:rsidR="00F91806" w:rsidRDefault="00000000" w:rsidP="004F5CDE">
      <w:r>
        <w:t>I spun just in time to see a dozen officers flood into the store, their uniforms crisp, their expressions stone-cold. The sight sucked the air from the room.</w:t>
      </w:r>
      <w:r w:rsidR="00DE73E7">
        <w:t xml:space="preserve"> </w:t>
      </w:r>
      <w:r>
        <w:t>One officer blew a whistle so shrill it carved through my skull.</w:t>
      </w:r>
    </w:p>
    <w:p w14:paraId="5B8E6ADD" w14:textId="6E980B40" w:rsidR="00F91806" w:rsidRDefault="00000000" w:rsidP="004F5CDE">
      <w:r>
        <w:lastRenderedPageBreak/>
        <w:t>The fluorescent lights above the vending machine suddenly felt blindingly bright, casting sharp shadows over the hard lines of their faces.</w:t>
      </w:r>
      <w:r w:rsidR="00CF62A0">
        <w:t xml:space="preserve"> </w:t>
      </w:r>
      <w:r>
        <w:t>My heart pounded against my ribs—each beat loud, visceral, drowning out any rational thought.</w:t>
      </w:r>
    </w:p>
    <w:p w14:paraId="01A68392" w14:textId="77777777" w:rsidR="00F91806" w:rsidRPr="00B96D8E" w:rsidRDefault="00000000" w:rsidP="004F5CDE">
      <w:pPr>
        <w:rPr>
          <w:i/>
          <w:iCs/>
        </w:rPr>
      </w:pPr>
      <w:r w:rsidRPr="00B96D8E">
        <w:rPr>
          <w:i/>
          <w:iCs/>
        </w:rPr>
        <w:t>Pepsi, tea, or bail money?</w:t>
      </w:r>
    </w:p>
    <w:p w14:paraId="0E3C2E3A" w14:textId="733FF676" w:rsidR="00F91806" w:rsidRDefault="00000000" w:rsidP="004F5CDE">
      <w:r>
        <w:t>I forced a breath into my lungs and stepped forward, raising my hands just slightly in a gesture of calm.</w:t>
      </w:r>
      <w:r w:rsidR="00FE4FC7">
        <w:t xml:space="preserve"> </w:t>
      </w:r>
      <w:r>
        <w:t>“I own this company,” I said, my voice shaking but steady. “Can someone please tell me what the hell is going on?”</w:t>
      </w:r>
    </w:p>
    <w:p w14:paraId="0D486F46" w14:textId="1A77F181" w:rsidR="00F91806" w:rsidRDefault="00000000" w:rsidP="004F5CDE">
      <w:r>
        <w:t xml:space="preserve">Officer </w:t>
      </w:r>
      <w:r w:rsidR="00FC754B">
        <w:t xml:space="preserve">Matt </w:t>
      </w:r>
      <w:r>
        <w:t>Brady, tall, broad-shouldered, clipboard in hand, stepped toward me. His expression was unreadable.</w:t>
      </w:r>
      <w:r w:rsidR="003C0912">
        <w:t xml:space="preserve"> </w:t>
      </w:r>
      <w:r>
        <w:t>“Ma’am, we have a search warrant,” he said, his tone clipped, measured, not giving anything away. “We need to speak with you privately in your office.”</w:t>
      </w:r>
    </w:p>
    <w:p w14:paraId="1E5A1843" w14:textId="360B6A7A" w:rsidR="00F91806" w:rsidRDefault="00000000" w:rsidP="004F5CDE">
      <w:r>
        <w:t>Search warrant? My stomach lurched.</w:t>
      </w:r>
      <w:r w:rsidR="008C07A4">
        <w:t xml:space="preserve"> </w:t>
      </w:r>
      <w:r>
        <w:t>I barely managed to get the words out. “A warrant? For what?”</w:t>
      </w:r>
    </w:p>
    <w:p w14:paraId="0161948A" w14:textId="77777777" w:rsidR="00F91806" w:rsidRDefault="00000000" w:rsidP="004F5CDE">
      <w:r>
        <w:t>Brady didn’t blink. “We’ll discuss it in private, ma’am. Lead the way.”</w:t>
      </w:r>
    </w:p>
    <w:p w14:paraId="7809F224" w14:textId="0511B2DB" w:rsidR="00F91806" w:rsidRDefault="00000000" w:rsidP="004F5CDE">
      <w:r>
        <w:t>My mouth was dry. My limbs felt detached from my body as I nodded, forcing my legs to move.</w:t>
      </w:r>
      <w:r w:rsidR="008D6F53">
        <w:t xml:space="preserve"> But w</w:t>
      </w:r>
      <w:r>
        <w:t>alking past the storeroom floor, my stomach plummeted.</w:t>
      </w:r>
    </w:p>
    <w:p w14:paraId="309B4F52" w14:textId="77777777" w:rsidR="00F91806" w:rsidRDefault="00000000" w:rsidP="004F5CDE">
      <w:r w:rsidRPr="007F737F">
        <w:rPr>
          <w:i/>
          <w:iCs/>
        </w:rPr>
        <w:t>Tony</w:t>
      </w:r>
      <w:r>
        <w:t>.</w:t>
      </w:r>
    </w:p>
    <w:p w14:paraId="513EBECD" w14:textId="77777777" w:rsidR="00F91806" w:rsidRDefault="00000000" w:rsidP="004F5CDE">
      <w:r>
        <w:t>Through the small window of the storeroom door, I saw him. His face was ashen, his hands cuffed tightly behind his back. His eyes locked onto mine—terror and resignation battling for control.</w:t>
      </w:r>
    </w:p>
    <w:p w14:paraId="6F2A9948" w14:textId="77777777" w:rsidR="00F91806" w:rsidRDefault="00000000" w:rsidP="004F5CDE">
      <w:r>
        <w:t>I stopped short. “Tony?”</w:t>
      </w:r>
    </w:p>
    <w:p w14:paraId="5047650D" w14:textId="77777777" w:rsidR="00F91806" w:rsidRDefault="00000000" w:rsidP="004F5CDE">
      <w:r>
        <w:t>Officer Brady placed a firm hand on my elbow. “Later, ma’am. Let’s keep moving.”</w:t>
      </w:r>
    </w:p>
    <w:p w14:paraId="5DFC9457" w14:textId="40227E99" w:rsidR="00F91806" w:rsidRDefault="00000000" w:rsidP="004F5CDE">
      <w:r>
        <w:t>No. No, no, no, no</w:t>
      </w:r>
      <w:r w:rsidR="00FE4FC7">
        <w:t>!</w:t>
      </w:r>
    </w:p>
    <w:p w14:paraId="3DD3A7AB" w14:textId="77777777" w:rsidR="00F91806" w:rsidRDefault="00000000" w:rsidP="004F5CDE">
      <w:r>
        <w:t>The weight of the moment slammed into me. What the hell did he do?</w:t>
      </w:r>
    </w:p>
    <w:p w14:paraId="23F47A44" w14:textId="08A5D48E" w:rsidR="00F91806" w:rsidRDefault="00000000" w:rsidP="004F5CDE">
      <w:r>
        <w:t>Once inside my office, Brady closed the door behind us, his presence looming.</w:t>
      </w:r>
      <w:r w:rsidR="008C07A4">
        <w:t xml:space="preserve"> </w:t>
      </w:r>
      <w:r>
        <w:t>“Please sit,” he instructed.</w:t>
      </w:r>
      <w:r w:rsidR="004D179A">
        <w:t xml:space="preserve"> </w:t>
      </w:r>
      <w:r>
        <w:t>I obeyed, knees locking into place.</w:t>
      </w:r>
      <w:r w:rsidR="004D179A">
        <w:t xml:space="preserve"> </w:t>
      </w:r>
      <w:r>
        <w:t>“This is part of an ongoing investigation,” he began, his voice neutral but carrying the gravity of a judge handing down a sentence.</w:t>
      </w:r>
      <w:r w:rsidR="008C07A4">
        <w:t xml:space="preserve"> </w:t>
      </w:r>
      <w:r>
        <w:t>“We’ve received credible reports of illicit surveillance occurring in this establishment.”</w:t>
      </w:r>
    </w:p>
    <w:p w14:paraId="750342D7" w14:textId="77777777" w:rsidR="00F91806" w:rsidRDefault="00000000" w:rsidP="004F5CDE">
      <w:r>
        <w:lastRenderedPageBreak/>
        <w:t>I blinked, my stomach twisting.</w:t>
      </w:r>
    </w:p>
    <w:p w14:paraId="19281E88" w14:textId="77777777" w:rsidR="00F91806" w:rsidRDefault="00000000" w:rsidP="004F5CDE">
      <w:r>
        <w:t>Surveillance?</w:t>
      </w:r>
    </w:p>
    <w:p w14:paraId="3327F497" w14:textId="77777777" w:rsidR="00F91806" w:rsidRDefault="00000000" w:rsidP="004F5CDE">
      <w:r>
        <w:t>The word cracked through my brain like a whip.</w:t>
      </w:r>
    </w:p>
    <w:p w14:paraId="1EDF0CA4" w14:textId="77777777" w:rsidR="00F91806" w:rsidRDefault="00000000" w:rsidP="004F5CDE">
      <w:r>
        <w:t>“We’re an adult store,” I shot back, voice edged with disbelief. “Everything here is lewd.”</w:t>
      </w:r>
    </w:p>
    <w:p w14:paraId="6DF4A380" w14:textId="77777777" w:rsidR="00F91806" w:rsidRDefault="00000000" w:rsidP="004F5CDE">
      <w:r>
        <w:t>He consulted his clipboard, flipping a page with deliberate precision. “I’m referring to hidden cameras, ma’am.”</w:t>
      </w:r>
    </w:p>
    <w:p w14:paraId="5D3160FB" w14:textId="77777777" w:rsidR="00F91806" w:rsidRPr="00297D5C" w:rsidRDefault="00000000" w:rsidP="004F5CDE">
      <w:pPr>
        <w:rPr>
          <w:i/>
          <w:iCs/>
        </w:rPr>
      </w:pPr>
      <w:r w:rsidRPr="00297D5C">
        <w:rPr>
          <w:i/>
          <w:iCs/>
        </w:rPr>
        <w:t>My blood ran ice cold.</w:t>
      </w:r>
    </w:p>
    <w:p w14:paraId="4A626436" w14:textId="77777777" w:rsidR="00F91806" w:rsidRDefault="00000000" w:rsidP="004F5CDE">
      <w:r>
        <w:t>No. No way. Not here.</w:t>
      </w:r>
    </w:p>
    <w:p w14:paraId="332D1B58" w14:textId="7CEEFED0" w:rsidR="00F91806" w:rsidRDefault="00000000" w:rsidP="004F5CDE">
      <w:r>
        <w:t>I gripped the edge of my desk, my pulse a sickening drum in my ears.</w:t>
      </w:r>
      <w:r w:rsidR="00C50E84">
        <w:t xml:space="preserve"> </w:t>
      </w:r>
      <w:r>
        <w:t>“That’s impossible,” I said. “We don’t—”</w:t>
      </w:r>
    </w:p>
    <w:p w14:paraId="647EC267" w14:textId="77777777" w:rsidR="00F91806" w:rsidRDefault="00000000" w:rsidP="004F5CDE">
      <w:r>
        <w:t>I froze.</w:t>
      </w:r>
    </w:p>
    <w:p w14:paraId="6DF4D589" w14:textId="77777777" w:rsidR="00F91806" w:rsidRDefault="00000000" w:rsidP="004F5CDE">
      <w:r>
        <w:t>The booths.</w:t>
      </w:r>
    </w:p>
    <w:p w14:paraId="64B0ED17" w14:textId="77777777" w:rsidR="00F91806" w:rsidRDefault="00000000" w:rsidP="004F5CDE">
      <w:r>
        <w:t>Oh. My. God.</w:t>
      </w:r>
    </w:p>
    <w:p w14:paraId="60A8CD1B" w14:textId="3AE2ECB1" w:rsidR="00F91806" w:rsidRDefault="00000000" w:rsidP="004F5CDE">
      <w:r>
        <w:t>Officer Brady watched as the realization dawned on my face.</w:t>
      </w:r>
      <w:r w:rsidR="00996366">
        <w:t xml:space="preserve"> </w:t>
      </w:r>
      <w:r>
        <w:t>“The private booths,” he said, voice measured.</w:t>
      </w:r>
    </w:p>
    <w:p w14:paraId="46D15F8C" w14:textId="77777777" w:rsidR="00F91806" w:rsidRDefault="00000000" w:rsidP="004F5CDE">
      <w:r>
        <w:t>I felt like I was going to be sick.</w:t>
      </w:r>
    </w:p>
    <w:p w14:paraId="694B566C" w14:textId="77777777" w:rsidR="00F91806" w:rsidRDefault="00000000" w:rsidP="004F5CDE">
      <w:r>
        <w:t>“Customers reported suspicious activity,” he continued. “One of them even provided footage.”</w:t>
      </w:r>
    </w:p>
    <w:p w14:paraId="6C63284F" w14:textId="723B975A" w:rsidR="00F91806" w:rsidRDefault="00000000" w:rsidP="004F5CDE">
      <w:r>
        <w:t>The word ‘footage’ landed like a grenade in my gut.</w:t>
      </w:r>
      <w:r w:rsidR="00996366">
        <w:t xml:space="preserve"> </w:t>
      </w:r>
      <w:r>
        <w:t>Footage. As in recordings.</w:t>
      </w:r>
      <w:r w:rsidR="00996366">
        <w:t xml:space="preserve"> </w:t>
      </w:r>
      <w:r>
        <w:t>Of people. Doing private things.</w:t>
      </w:r>
      <w:r w:rsidR="00996366">
        <w:t xml:space="preserve"> </w:t>
      </w:r>
      <w:r>
        <w:t>Here.</w:t>
      </w:r>
      <w:r w:rsidR="00996366">
        <w:t xml:space="preserve"> </w:t>
      </w:r>
      <w:r>
        <w:t>I swallowed against the rising nausea, my fingers digging into my desk.</w:t>
      </w:r>
    </w:p>
    <w:p w14:paraId="330E461A" w14:textId="6CE0CF99" w:rsidR="00F91806" w:rsidRDefault="00000000" w:rsidP="004F5CDE">
      <w:r>
        <w:t xml:space="preserve">“We obtained confirmation through an independent cybersecurity investigation,” </w:t>
      </w:r>
      <w:r w:rsidR="0076527D">
        <w:t xml:space="preserve">Brady </w:t>
      </w:r>
      <w:r>
        <w:t xml:space="preserve"> said. “The source of the footage was traced directly back to this location.”</w:t>
      </w:r>
    </w:p>
    <w:p w14:paraId="45A42066" w14:textId="77777777" w:rsidR="00F91806" w:rsidRDefault="00000000" w:rsidP="004F5CDE">
      <w:r>
        <w:t>I wanted to vomit.</w:t>
      </w:r>
    </w:p>
    <w:p w14:paraId="447BB16F" w14:textId="77777777" w:rsidR="00F91806" w:rsidRDefault="00000000" w:rsidP="004F5CDE">
      <w:r>
        <w:t>This wasn’t real.</w:t>
      </w:r>
    </w:p>
    <w:p w14:paraId="5852DAFF" w14:textId="77777777" w:rsidR="00F91806" w:rsidRDefault="00000000" w:rsidP="004F5CDE">
      <w:r>
        <w:t>This couldn’t be real.</w:t>
      </w:r>
    </w:p>
    <w:p w14:paraId="7DA84326" w14:textId="77777777" w:rsidR="00F91806" w:rsidRDefault="00000000" w:rsidP="004F5CDE">
      <w:r>
        <w:lastRenderedPageBreak/>
        <w:t>But it was.</w:t>
      </w:r>
    </w:p>
    <w:p w14:paraId="3B24F2D4" w14:textId="77777777" w:rsidR="00F91806" w:rsidRDefault="00000000" w:rsidP="004F5CDE">
      <w:r>
        <w:t>“I… I just took over,” I managed, my voice sounding foreign to my own ears. “I had no idea.”</w:t>
      </w:r>
    </w:p>
    <w:p w14:paraId="138489C2" w14:textId="77777777" w:rsidR="00F91806" w:rsidRDefault="00000000" w:rsidP="004F5CDE">
      <w:r>
        <w:t>Brady’s expression remained impassive. “That may be true,” he said, “but as the owner now, you’re legally responsible.”</w:t>
      </w:r>
    </w:p>
    <w:p w14:paraId="48349EB4" w14:textId="63896FB1" w:rsidR="00F91806" w:rsidRDefault="00000000" w:rsidP="004F5CDE">
      <w:r>
        <w:t>The words slammed into me like a hammer.</w:t>
      </w:r>
      <w:r w:rsidR="006E503A">
        <w:t xml:space="preserve"> </w:t>
      </w:r>
      <w:r>
        <w:t>I was responsible</w:t>
      </w:r>
      <w:r w:rsidR="006E503A">
        <w:t>, w</w:t>
      </w:r>
      <w:r>
        <w:t>hether I knew or not.</w:t>
      </w:r>
      <w:r w:rsidR="004D179A">
        <w:t xml:space="preserve"> </w:t>
      </w:r>
      <w:r>
        <w:t>As Brady unplugged my computer</w:t>
      </w:r>
      <w:r w:rsidR="001C5371">
        <w:t xml:space="preserve"> to </w:t>
      </w:r>
      <w:r>
        <w:t>secur</w:t>
      </w:r>
      <w:r w:rsidR="001C5371">
        <w:t>e</w:t>
      </w:r>
      <w:r>
        <w:t xml:space="preserve"> it as evidence, his actions barely registered with me.</w:t>
      </w:r>
      <w:r w:rsidR="004D1A0E">
        <w:t xml:space="preserve"> </w:t>
      </w:r>
      <w:r>
        <w:t>My mind raced, every thought colliding at full speed.</w:t>
      </w:r>
    </w:p>
    <w:p w14:paraId="25B9375C" w14:textId="77777777" w:rsidR="00F91806" w:rsidRDefault="00000000" w:rsidP="004F5CDE">
      <w:r>
        <w:t>Who did this?</w:t>
      </w:r>
    </w:p>
    <w:p w14:paraId="4D8D8157" w14:textId="77777777" w:rsidR="00F91806" w:rsidRDefault="00000000" w:rsidP="004F5CDE">
      <w:r>
        <w:t>Who put cameras in the booths?</w:t>
      </w:r>
    </w:p>
    <w:p w14:paraId="48A7B3EE" w14:textId="77777777" w:rsidR="00F91806" w:rsidRDefault="00000000" w:rsidP="004F5CDE">
      <w:r>
        <w:t>Who sold out our customers like this?</w:t>
      </w:r>
    </w:p>
    <w:p w14:paraId="19BDBCA5" w14:textId="42F655A9" w:rsidR="00F91806" w:rsidRDefault="00000000" w:rsidP="004F5CDE">
      <w:r>
        <w:t>And the biggest question of all:</w:t>
      </w:r>
      <w:r w:rsidR="004D179A">
        <w:t xml:space="preserve"> </w:t>
      </w:r>
      <w:r>
        <w:t>Was this happening before I got here, or did someone do this to frame me?</w:t>
      </w:r>
    </w:p>
    <w:p w14:paraId="1EFABBF8" w14:textId="6BC42A76" w:rsidR="00F91806" w:rsidRDefault="00000000" w:rsidP="004F5CDE">
      <w:r>
        <w:t xml:space="preserve">As Brady left my office, I sat frozen, staring at the miniature grandfather clock </w:t>
      </w:r>
      <w:r w:rsidR="00400041">
        <w:t>Candice</w:t>
      </w:r>
      <w:r>
        <w:t xml:space="preserve"> had given me.</w:t>
      </w:r>
    </w:p>
    <w:p w14:paraId="1409CB26" w14:textId="77777777" w:rsidR="00F91806" w:rsidRDefault="00000000" w:rsidP="004F5CDE">
      <w:r>
        <w:t>Tick.</w:t>
      </w:r>
    </w:p>
    <w:p w14:paraId="56C3312B" w14:textId="77777777" w:rsidR="00F91806" w:rsidRDefault="00000000" w:rsidP="004F5CDE">
      <w:r>
        <w:t>Tick.</w:t>
      </w:r>
    </w:p>
    <w:p w14:paraId="19421996" w14:textId="77777777" w:rsidR="00F91806" w:rsidRDefault="00000000" w:rsidP="004F5CDE">
      <w:r>
        <w:t>Tick.</w:t>
      </w:r>
    </w:p>
    <w:p w14:paraId="1DB80DB7" w14:textId="752B6B65" w:rsidR="00F91806" w:rsidRDefault="00000000" w:rsidP="004F5CDE">
      <w:r>
        <w:t>The steady sound felt mocking now.</w:t>
      </w:r>
      <w:r w:rsidR="004D1A0E">
        <w:t xml:space="preserve"> </w:t>
      </w:r>
      <w:r>
        <w:t>Like eyes had been watching me this whole time.</w:t>
      </w:r>
      <w:r w:rsidR="004D1A0E">
        <w:t xml:space="preserve"> </w:t>
      </w:r>
      <w:r>
        <w:t>Like time itself had been counting down to this moment.</w:t>
      </w:r>
      <w:r w:rsidR="004D1A0E">
        <w:t xml:space="preserve"> </w:t>
      </w:r>
      <w:r>
        <w:t>And for the first time since stepping into this role, I realized something chilling.</w:t>
      </w:r>
      <w:r w:rsidR="00FE4FC7">
        <w:t xml:space="preserve"> </w:t>
      </w:r>
      <w:r>
        <w:t>I wasn’t just inheriting a store. I was inheriting someone else’s sins. And if I didn’t find out whose, I’d be the one paying for them.</w:t>
      </w:r>
    </w:p>
    <w:p w14:paraId="30DADBFD" w14:textId="77777777" w:rsidR="00796C29" w:rsidRDefault="00796C29" w:rsidP="004F5CDE"/>
    <w:p w14:paraId="58A731B7" w14:textId="77777777" w:rsidR="00796C29" w:rsidRDefault="00796C29" w:rsidP="004F5CDE"/>
    <w:p w14:paraId="38F2F7FA" w14:textId="77777777" w:rsidR="00F91806" w:rsidRDefault="00000000" w:rsidP="00267411">
      <w:pPr>
        <w:pStyle w:val="Heading1"/>
      </w:pPr>
      <w:bookmarkStart w:id="40" w:name="_Toc189281331"/>
      <w:r>
        <w:t>Chapter 19: Eyes I Dare Not Meet in Dreams</w:t>
      </w:r>
      <w:bookmarkEnd w:id="40"/>
    </w:p>
    <w:p w14:paraId="34E399DC" w14:textId="77777777" w:rsidR="00267411" w:rsidRDefault="00267411" w:rsidP="004F5CDE"/>
    <w:p w14:paraId="5C200B22" w14:textId="29016099" w:rsidR="00F91806" w:rsidRDefault="00000000" w:rsidP="004F5CDE">
      <w:r>
        <w:lastRenderedPageBreak/>
        <w:t>Walking briskly out of my office, I spotted Fisherman John standing near the register, his expression dazed, his movements stiff—like someone buffering in real-time, struggling to process what had just happened.</w:t>
      </w:r>
    </w:p>
    <w:p w14:paraId="4FC39454" w14:textId="7BFFFA28" w:rsidR="00F91806" w:rsidRDefault="00000000" w:rsidP="004F5CDE">
      <w:r>
        <w:t>The store felt hollow in the aftermath. The usual hum of conversation, the quiet beeps of the register, the soft overhead music—all of it had been replaced by a thick, suffocating silence.</w:t>
      </w:r>
      <w:r w:rsidR="004D179A">
        <w:t xml:space="preserve"> </w:t>
      </w:r>
      <w:r>
        <w:t>It clung to the air like fog, dense and unshakable.</w:t>
      </w:r>
    </w:p>
    <w:p w14:paraId="1D1E4C7C" w14:textId="77777777" w:rsidR="00F91806" w:rsidRPr="00DE405C" w:rsidRDefault="00000000" w:rsidP="004F5CDE">
      <w:pPr>
        <w:rPr>
          <w:i/>
          <w:iCs/>
        </w:rPr>
      </w:pPr>
      <w:r w:rsidRPr="00DE405C">
        <w:rPr>
          <w:i/>
          <w:iCs/>
        </w:rPr>
        <w:t>Focus, Hannah. Move.</w:t>
      </w:r>
    </w:p>
    <w:p w14:paraId="2E68EF17" w14:textId="77777777" w:rsidR="00F91806" w:rsidRDefault="00000000" w:rsidP="004F5CDE">
      <w:r>
        <w:t>"John," I called, keeping my voice steady, though urgency cracked through. "I need you to close the store and put up signs. Something simple—Closed Until Further Notice. Nothing dramatic. And make sure to tell the night shift not to come in."</w:t>
      </w:r>
    </w:p>
    <w:p w14:paraId="0AA9081F" w14:textId="77777777" w:rsidR="00F91806" w:rsidRDefault="00000000" w:rsidP="004F5CDE">
      <w:r>
        <w:t>His eyes widened, fingers twitching at his sides. "Hannah… are we going to be okay?"</w:t>
      </w:r>
    </w:p>
    <w:p w14:paraId="11A93AAC" w14:textId="77777777" w:rsidR="00F91806" w:rsidRDefault="00000000" w:rsidP="004F5CDE">
      <w:r>
        <w:t>I forced a deep breath, keeping the panic locked behind my ribs. "We will," I said, pushing confidence into my voice, whether I felt it or not.</w:t>
      </w:r>
    </w:p>
    <w:p w14:paraId="243C8ECF" w14:textId="77777777" w:rsidR="00F91806" w:rsidRDefault="00000000" w:rsidP="004F5CDE">
      <w:r>
        <w:t>"But I need you to hold things down here while I figure this out. Can you do that?"</w:t>
      </w:r>
    </w:p>
    <w:p w14:paraId="15B0C6DF" w14:textId="21590226" w:rsidR="00F91806" w:rsidRDefault="00000000" w:rsidP="004F5CDE">
      <w:r>
        <w:t>John swallowed hard, then gave a slow, deliberate nod. His usual demeanor had been replaced by something even more tight and grim.</w:t>
      </w:r>
      <w:r w:rsidR="004D179A">
        <w:t xml:space="preserve"> </w:t>
      </w:r>
      <w:r>
        <w:t>"Yeah," he murmured. "I’ve got you."</w:t>
      </w:r>
    </w:p>
    <w:p w14:paraId="36941E31" w14:textId="5FFB1969" w:rsidR="00F91806" w:rsidRDefault="00000000" w:rsidP="004F5CDE">
      <w:r>
        <w:t>Then, without hesitation, he pulled me into a brief but firm hug.</w:t>
      </w:r>
      <w:r w:rsidR="00D17ED5">
        <w:t xml:space="preserve"> </w:t>
      </w:r>
      <w:r>
        <w:t>"You’ll fix this," he whispered. "I know you will."</w:t>
      </w:r>
      <w:r w:rsidR="006A59AE">
        <w:t xml:space="preserve"> </w:t>
      </w:r>
      <w:r>
        <w:t>His belief in me felt heavier than the accusation itself. I swallowed hard, squeezed his shoulder, and pulled away.</w:t>
      </w:r>
    </w:p>
    <w:p w14:paraId="5E86769A" w14:textId="10C76BD2" w:rsidR="00F91806" w:rsidRDefault="00000000" w:rsidP="004F5CDE">
      <w:r>
        <w:t>"I’ll call you as soon as I have updates."</w:t>
      </w:r>
      <w:r w:rsidR="004D179A">
        <w:t xml:space="preserve"> </w:t>
      </w:r>
      <w:r>
        <w:t>And with that, I turned toward the door.</w:t>
      </w:r>
      <w:r w:rsidR="00A72DFC">
        <w:t xml:space="preserve"> </w:t>
      </w:r>
      <w:r>
        <w:t>I had no plan—just a destination.</w:t>
      </w:r>
    </w:p>
    <w:p w14:paraId="6780D599" w14:textId="77777777" w:rsidR="00F91806" w:rsidRPr="004414CC" w:rsidRDefault="00000000" w:rsidP="004F5CDE">
      <w:r w:rsidRPr="004414CC">
        <w:t>The police station.</w:t>
      </w:r>
    </w:p>
    <w:p w14:paraId="1667225F" w14:textId="6F5FB93A" w:rsidR="00F91806" w:rsidRDefault="00000000" w:rsidP="004F5CDE">
      <w:r>
        <w:t>My foot pressed harder on the gas with every second.</w:t>
      </w:r>
      <w:r w:rsidR="004D1A0E">
        <w:t xml:space="preserve"> </w:t>
      </w:r>
      <w:r>
        <w:t>Speed limits? Suggestions.</w:t>
      </w:r>
      <w:r w:rsidR="004D1A0E">
        <w:t xml:space="preserve"> </w:t>
      </w:r>
      <w:r>
        <w:t>Traffic signals? Negotiable.</w:t>
      </w:r>
      <w:r w:rsidR="004D1A0E">
        <w:t xml:space="preserve"> </w:t>
      </w:r>
      <w:r>
        <w:t>Pedestrians? Well, they’d better be paying attention.</w:t>
      </w:r>
    </w:p>
    <w:p w14:paraId="0D9E4917" w14:textId="77777777" w:rsidR="00F91806" w:rsidRDefault="00000000" w:rsidP="004F5CDE">
      <w:r>
        <w:t>What the hell just happened?</w:t>
      </w:r>
    </w:p>
    <w:p w14:paraId="733F0CD6" w14:textId="77777777" w:rsidR="00267411" w:rsidRDefault="00000000" w:rsidP="004F5CDE">
      <w:r>
        <w:t>A raid.</w:t>
      </w:r>
    </w:p>
    <w:p w14:paraId="62220CAF" w14:textId="77777777" w:rsidR="00267411" w:rsidRDefault="00000000" w:rsidP="004F5CDE">
      <w:r>
        <w:t>Tony in cuffs.</w:t>
      </w:r>
    </w:p>
    <w:p w14:paraId="0C66C223" w14:textId="26533B98" w:rsidR="00F91806" w:rsidRDefault="00000000" w:rsidP="004F5CDE">
      <w:r>
        <w:t>Illegal surveillance accusations.</w:t>
      </w:r>
    </w:p>
    <w:p w14:paraId="14E968D3" w14:textId="454F05AF" w:rsidR="00F91806" w:rsidRDefault="00000000" w:rsidP="004F5CDE">
      <w:r>
        <w:lastRenderedPageBreak/>
        <w:t>This wasn’t a tax audit. This was a goddamn scandal.</w:t>
      </w:r>
      <w:r w:rsidR="004D179A">
        <w:t xml:space="preserve"> </w:t>
      </w:r>
      <w:r>
        <w:t>My knuckles went white on the steering wheel. Crashing into a lamppost wouldn’t solve anything, no matter how tempting it was to scream into the void.</w:t>
      </w:r>
      <w:r w:rsidR="004D1A0E">
        <w:t xml:space="preserve"> </w:t>
      </w:r>
      <w:r>
        <w:t>"I might already be a felon," I muttered to no one</w:t>
      </w:r>
      <w:r w:rsidR="004414CC">
        <w:t>,</w:t>
      </w:r>
      <w:r>
        <w:t xml:space="preserve"> "</w:t>
      </w:r>
      <w:r w:rsidR="004414CC">
        <w:t>w</w:t>
      </w:r>
      <w:r>
        <w:t>hat’s another two points on my license?"</w:t>
      </w:r>
    </w:p>
    <w:p w14:paraId="2948EEE0" w14:textId="2EA88051" w:rsidR="00F91806" w:rsidRDefault="00000000" w:rsidP="004F5CDE">
      <w:r>
        <w:t>A bitter laugh escaped—one that didn’t sound like mine.</w:t>
      </w:r>
      <w:r w:rsidR="00D17ED5">
        <w:t xml:space="preserve"> </w:t>
      </w:r>
      <w:r>
        <w:t>I had imagined a thousand worst-case scenarios when I took over this store. A lawsuit, maybe. An ex-employee trying to screw me over. Even potential bankruptcy.</w:t>
      </w:r>
      <w:r w:rsidR="004D1A0E">
        <w:t xml:space="preserve"> </w:t>
      </w:r>
      <w:r>
        <w:t xml:space="preserve">But the </w:t>
      </w:r>
      <w:r w:rsidR="00717EDF">
        <w:t>v</w:t>
      </w:r>
      <w:r>
        <w:t xml:space="preserve">ice </w:t>
      </w:r>
      <w:r w:rsidR="00717EDF">
        <w:t>s</w:t>
      </w:r>
      <w:r>
        <w:t>quad storming in like we were running a crime syndicate?</w:t>
      </w:r>
      <w:r w:rsidR="00E47C84">
        <w:t xml:space="preserve"> </w:t>
      </w:r>
      <w:r>
        <w:t>Someone had set this in motion</w:t>
      </w:r>
      <w:r w:rsidR="00E47C84">
        <w:t>, a</w:t>
      </w:r>
      <w:r>
        <w:t>nd I was going to find out who.</w:t>
      </w:r>
    </w:p>
    <w:p w14:paraId="40A739CE" w14:textId="12C484EB" w:rsidR="00F91806" w:rsidRDefault="004D1A0E" w:rsidP="004F5CDE">
      <w:r>
        <w:t>Just before I reached the station, my phone buzzed.</w:t>
      </w:r>
      <w:r w:rsidR="004D179A">
        <w:t xml:space="preserve"> </w:t>
      </w:r>
      <w:r w:rsidR="00000000">
        <w:t>Melanie.</w:t>
      </w:r>
      <w:r w:rsidR="004D179A">
        <w:t xml:space="preserve"> </w:t>
      </w:r>
      <w:r w:rsidR="00000000">
        <w:t>For a moment, I considered answering. Maybe hearing her voice would anchor me, pull me back from the edge.</w:t>
      </w:r>
      <w:r>
        <w:t xml:space="preserve"> </w:t>
      </w:r>
    </w:p>
    <w:p w14:paraId="6A616A27" w14:textId="77777777" w:rsidR="00F91806" w:rsidRDefault="00000000" w:rsidP="004F5CDE">
      <w:r>
        <w:t>But no.</w:t>
      </w:r>
    </w:p>
    <w:p w14:paraId="36323D99" w14:textId="77777777" w:rsidR="00F91806" w:rsidRDefault="00000000" w:rsidP="004F5CDE">
      <w:r>
        <w:t>Not now.</w:t>
      </w:r>
    </w:p>
    <w:p w14:paraId="6E57CE72" w14:textId="09650209" w:rsidR="00F91806" w:rsidRDefault="00000000" w:rsidP="004F5CDE">
      <w:r>
        <w:t>I let it ring. Then sent it to voicemail.</w:t>
      </w:r>
      <w:r w:rsidR="00C6602F">
        <w:t xml:space="preserve"> </w:t>
      </w:r>
      <w:r>
        <w:t>I’d explain later. Assuming there was a ‘later’ to explain.</w:t>
      </w:r>
    </w:p>
    <w:p w14:paraId="3997E998" w14:textId="77777777" w:rsidR="00F91806" w:rsidRDefault="00F91806" w:rsidP="004F5CDE"/>
    <w:p w14:paraId="13E94191" w14:textId="77777777" w:rsidR="00F91806" w:rsidRDefault="00000000" w:rsidP="00267411">
      <w:pPr>
        <w:pStyle w:val="Heading2"/>
      </w:pPr>
      <w:bookmarkStart w:id="41" w:name="_Toc189281332"/>
      <w:r>
        <w:t>The Station</w:t>
      </w:r>
      <w:bookmarkEnd w:id="41"/>
    </w:p>
    <w:p w14:paraId="641EEC62" w14:textId="77777777" w:rsidR="00267411" w:rsidRPr="00267411" w:rsidRDefault="00267411" w:rsidP="00267411"/>
    <w:p w14:paraId="6865D036" w14:textId="788440ED" w:rsidR="00F91806" w:rsidRDefault="00000000" w:rsidP="004F5CDE">
      <w:r>
        <w:t>I shoved through the double doors of the precinct, bracing for the worst—Tony behind bars, screaming about conspiracies.</w:t>
      </w:r>
      <w:r w:rsidR="009C3EE6">
        <w:t xml:space="preserve"> </w:t>
      </w:r>
      <w:r>
        <w:t>Instead, I found him lounging in the waiting area, casually talking on his phone, completely uncuffed.</w:t>
      </w:r>
    </w:p>
    <w:p w14:paraId="24F185CE" w14:textId="77777777" w:rsidR="00F91806" w:rsidRDefault="00000000" w:rsidP="004F5CDE">
      <w:r>
        <w:t>My brain refused to compute.</w:t>
      </w:r>
    </w:p>
    <w:p w14:paraId="2AC156A6" w14:textId="7BCA4549" w:rsidR="00F91806" w:rsidRDefault="00000000" w:rsidP="004F5CDE">
      <w:r>
        <w:t>The man who had just been hauled off in cuffs was now sitting there like he was waiting for a damn Uber.</w:t>
      </w:r>
      <w:r w:rsidR="004D1A0E">
        <w:t xml:space="preserve"> </w:t>
      </w:r>
      <w:r>
        <w:t>Tony glanced up and grinned.</w:t>
      </w:r>
      <w:r w:rsidR="004D1A0E">
        <w:t xml:space="preserve"> </w:t>
      </w:r>
      <w:r>
        <w:t>"Look," he said into his phone, "I gotta go. The boss is here. Love you, Mom."</w:t>
      </w:r>
    </w:p>
    <w:p w14:paraId="05B9A2A4" w14:textId="670271A3" w:rsidR="00F91806" w:rsidRDefault="00000000" w:rsidP="004F5CDE">
      <w:r>
        <w:t>He stood as I approached, his signature swagger annoyingly intact.</w:t>
      </w:r>
      <w:r w:rsidR="004D179A">
        <w:t xml:space="preserve"> </w:t>
      </w:r>
      <w:r>
        <w:t>"Hey, kid—"</w:t>
      </w:r>
    </w:p>
    <w:p w14:paraId="6858B4F2" w14:textId="032D5D18" w:rsidR="00F91806" w:rsidRDefault="00000000" w:rsidP="004F5CDE">
      <w:r>
        <w:t>I shoved his attempted hug away.</w:t>
      </w:r>
      <w:r w:rsidR="004D1A0E">
        <w:t xml:space="preserve"> </w:t>
      </w:r>
      <w:r>
        <w:t>"What the fuck is going on, Tony? Why were you arrested? Why are you… free now?!"</w:t>
      </w:r>
    </w:p>
    <w:p w14:paraId="2E22A605" w14:textId="77777777" w:rsidR="00F91806" w:rsidRDefault="00000000" w:rsidP="004F5CDE">
      <w:r>
        <w:t>"Relax," he said, holding up his hands. "Take a breath, kid. It’s not as bad as it looks."</w:t>
      </w:r>
    </w:p>
    <w:p w14:paraId="19D71D7E" w14:textId="3B668724" w:rsidR="00F91806" w:rsidRDefault="00000000" w:rsidP="004F5CDE">
      <w:r>
        <w:lastRenderedPageBreak/>
        <w:t>I glared at him, my patience thinner than gas station toilet paper.</w:t>
      </w:r>
      <w:r w:rsidR="004D1A0E">
        <w:t xml:space="preserve"> </w:t>
      </w:r>
      <w:r>
        <w:t>"Not as bad as it looks?"</w:t>
      </w:r>
    </w:p>
    <w:p w14:paraId="6C932E82" w14:textId="77777777" w:rsidR="00F91806" w:rsidRDefault="00000000" w:rsidP="004F5CDE">
      <w:r>
        <w:t>“We got RAIDED.</w:t>
      </w:r>
    </w:p>
    <w:p w14:paraId="656C29DC" w14:textId="3A0AA524" w:rsidR="00F91806" w:rsidRDefault="00000000" w:rsidP="004F5CDE">
      <w:r>
        <w:t xml:space="preserve">My computer is </w:t>
      </w:r>
      <w:r w:rsidR="004D1A0E">
        <w:t>GONE</w:t>
      </w:r>
      <w:r>
        <w:t>.</w:t>
      </w:r>
    </w:p>
    <w:p w14:paraId="018EC7D9" w14:textId="77777777" w:rsidR="00F91806" w:rsidRDefault="00000000" w:rsidP="004F5CDE">
      <w:r>
        <w:t>The cops think we’re running an underground surveillance ring.”</w:t>
      </w:r>
    </w:p>
    <w:p w14:paraId="4D03520D" w14:textId="03076EE0" w:rsidR="00F91806" w:rsidRDefault="00000000" w:rsidP="004F5CDE">
      <w:r>
        <w:t>Tony’s smirk faltered.</w:t>
      </w:r>
      <w:r w:rsidR="004D179A">
        <w:t xml:space="preserve"> </w:t>
      </w:r>
      <w:r>
        <w:t>I folded my arms. "Explain</w:t>
      </w:r>
      <w:r w:rsidR="006C0B4C">
        <w:t>!</w:t>
      </w:r>
      <w:r>
        <w:t xml:space="preserve"> Now."</w:t>
      </w:r>
    </w:p>
    <w:p w14:paraId="3C37953E" w14:textId="456E19BD" w:rsidR="00F91806" w:rsidRDefault="00000000" w:rsidP="004F5CDE">
      <w:r>
        <w:t>Tony exhaled, rubbing a hand over his face. "Alright. When I saw the raid going down on the cameras, I bolted outside to confront them. Dumb move, for sure. Next thing I know, I’m face-first on a cruiser while they’re screaming something about ‘officer safety.’ They cuffed me, dragged me down here, and after about thirty minutes of realizing I’m not the mastermind they’re looking for, they let me go."</w:t>
      </w:r>
    </w:p>
    <w:p w14:paraId="1E6D2BBD" w14:textId="77777777" w:rsidR="00267411" w:rsidRDefault="00000000" w:rsidP="004F5CDE">
      <w:r>
        <w:t>I stared at him, weighing my options:</w:t>
      </w:r>
    </w:p>
    <w:p w14:paraId="1061F3EF" w14:textId="77777777" w:rsidR="00267411" w:rsidRDefault="00000000" w:rsidP="004F5CDE">
      <w:r>
        <w:t>Accuse him.</w:t>
      </w:r>
    </w:p>
    <w:p w14:paraId="47DC362E" w14:textId="77777777" w:rsidR="00267411" w:rsidRDefault="00000000" w:rsidP="004F5CDE">
      <w:r>
        <w:t>Throttle him.</w:t>
      </w:r>
    </w:p>
    <w:p w14:paraId="3B653B79" w14:textId="2AC44D74" w:rsidR="00F91806" w:rsidRDefault="00000000" w:rsidP="004F5CDE">
      <w:r>
        <w:t>Laugh at the absurdity of it all.</w:t>
      </w:r>
    </w:p>
    <w:p w14:paraId="35A76387" w14:textId="77777777" w:rsidR="00F91806" w:rsidRDefault="00000000" w:rsidP="004F5CDE">
      <w:r>
        <w:t>"You ran at the cops?" My voice cracked. "Do you have any goddamn sense of self-preservation?!"</w:t>
      </w:r>
    </w:p>
    <w:p w14:paraId="71A21253" w14:textId="77777777" w:rsidR="00F91806" w:rsidRDefault="00000000" w:rsidP="004F5CDE">
      <w:r>
        <w:t>He shrugged. "Hey, I was trying to protect the store. Didn’t think it through, I’ll admit. But I’m fine now. And so are you."</w:t>
      </w:r>
    </w:p>
    <w:p w14:paraId="6FB329CF" w14:textId="47AC940B" w:rsidR="00F91806" w:rsidRDefault="00000000" w:rsidP="004F5CDE">
      <w:r>
        <w:t>"Fine?" I scoffed. "We’re not fine, Tony. They took my goddamn computer. They say we had hidden cameras in the private booths."</w:t>
      </w:r>
      <w:r w:rsidR="004D179A">
        <w:t xml:space="preserve"> </w:t>
      </w:r>
      <w:r>
        <w:t>Tony’s grin disappeared.</w:t>
      </w:r>
      <w:r w:rsidR="007E2C08">
        <w:t xml:space="preserve"> </w:t>
      </w:r>
      <w:r>
        <w:t>His posture shifted—shoulders squaring, jaw setting.</w:t>
      </w:r>
      <w:r w:rsidR="007E2C08">
        <w:t xml:space="preserve"> </w:t>
      </w:r>
      <w:r>
        <w:t>His entire demeanor changed.</w:t>
      </w:r>
    </w:p>
    <w:p w14:paraId="4757D113" w14:textId="77777777" w:rsidR="00F91806" w:rsidRDefault="00000000" w:rsidP="004F5CDE">
      <w:r>
        <w:t>"Look," he said, voice lower now. Too steady. "I don’t know where these accusations are coming from. But I’ll help you figure it out. Whatever they need, we’ll give it to them. I’ve got nothing to hide."</w:t>
      </w:r>
    </w:p>
    <w:p w14:paraId="0EFCAEE1" w14:textId="77777777" w:rsidR="00F91806" w:rsidRDefault="00000000" w:rsidP="004F5CDE">
      <w:r>
        <w:t>I narrowed my eyes. "And if you’re lying to me?"</w:t>
      </w:r>
    </w:p>
    <w:p w14:paraId="046ECCF9" w14:textId="3165A20C" w:rsidR="00F91806" w:rsidRDefault="00000000" w:rsidP="004F5CDE">
      <w:r>
        <w:t>He exhaled sharply. "Then I’ll let you be the one to personally kick my ass."</w:t>
      </w:r>
      <w:r w:rsidR="004D179A">
        <w:t xml:space="preserve"> </w:t>
      </w:r>
      <w:r>
        <w:t>A muscle twitched in my jaw. I wasn’t sure if I believed him.</w:t>
      </w:r>
    </w:p>
    <w:p w14:paraId="29BA1346" w14:textId="77777777" w:rsidR="00F91806" w:rsidRDefault="00000000" w:rsidP="004F5CDE">
      <w:r>
        <w:t>But I wanted to.</w:t>
      </w:r>
    </w:p>
    <w:p w14:paraId="460EDE14" w14:textId="145FED80" w:rsidR="00F91806" w:rsidRDefault="00000000" w:rsidP="004F5CDE">
      <w:r>
        <w:lastRenderedPageBreak/>
        <w:t>I glanced at the station clock, its second hand ticking forward like a slow, deliberate countdown. Yet it wasn’t even noon yet.</w:t>
      </w:r>
      <w:r w:rsidR="00A86A6D">
        <w:t xml:space="preserve"> </w:t>
      </w:r>
      <w:r>
        <w:t>How long had this been in motion? How long had someone been watching me? Watching the store?</w:t>
      </w:r>
      <w:r w:rsidR="004D179A">
        <w:t xml:space="preserve"> </w:t>
      </w:r>
      <w:r>
        <w:t>I clenched my fists.</w:t>
      </w:r>
      <w:r w:rsidR="004D179A">
        <w:t xml:space="preserve"> </w:t>
      </w:r>
      <w:r>
        <w:t>This wasn’t bad luck. This wasn’t an accident.</w:t>
      </w:r>
      <w:r w:rsidR="004D179A">
        <w:t xml:space="preserve"> </w:t>
      </w:r>
      <w:r>
        <w:t>Someone had set this up.</w:t>
      </w:r>
    </w:p>
    <w:p w14:paraId="436A7C7B" w14:textId="77777777" w:rsidR="00F91806" w:rsidRDefault="00000000" w:rsidP="004F5CDE">
      <w:r>
        <w:t>And they had picked the wrong damn person to mess with.</w:t>
      </w:r>
    </w:p>
    <w:p w14:paraId="67366501" w14:textId="77777777" w:rsidR="00F91806" w:rsidRDefault="00000000" w:rsidP="004F5CDE">
      <w:r>
        <w:t>Tony made an offer: “Let’s get some breakfast on me, Kid, and we can discuss this for as long as you want.”</w:t>
      </w:r>
    </w:p>
    <w:p w14:paraId="2CCDCDE7" w14:textId="77777777" w:rsidR="00F91806" w:rsidRDefault="00000000" w:rsidP="004F5CDE">
      <w:r>
        <w:t>"I don’t want breakfast. I want answers."</w:t>
      </w:r>
    </w:p>
    <w:p w14:paraId="144C7ED4" w14:textId="06ED9C69" w:rsidR="00F91806" w:rsidRDefault="00000000" w:rsidP="004F5CDE">
      <w:r>
        <w:t>Tony nodded, his usual bravado tempered by something almost like guilt.</w:t>
      </w:r>
      <w:r w:rsidR="00177D86">
        <w:t xml:space="preserve"> </w:t>
      </w:r>
      <w:r>
        <w:t>"Then let’s start digging."</w:t>
      </w:r>
    </w:p>
    <w:p w14:paraId="4FF3117C" w14:textId="0B186099" w:rsidR="00F91806" w:rsidRDefault="00000000" w:rsidP="004F5CDE">
      <w:r>
        <w:t>As we stepped out of the station, I felt it again—that prickling sensation on my back.</w:t>
      </w:r>
      <w:r w:rsidR="00AA3164">
        <w:t xml:space="preserve"> </w:t>
      </w:r>
      <w:r>
        <w:t>Someone was watching.</w:t>
      </w:r>
      <w:r w:rsidR="00AA3164">
        <w:t xml:space="preserve"> </w:t>
      </w:r>
      <w:r>
        <w:t>But I wasn’t just reacting anymore.</w:t>
      </w:r>
      <w:r w:rsidR="00AA3164">
        <w:t xml:space="preserve"> </w:t>
      </w:r>
      <w:r>
        <w:t>I was hunting.</w:t>
      </w:r>
    </w:p>
    <w:p w14:paraId="3AF28F39" w14:textId="77777777" w:rsidR="00F91806" w:rsidRDefault="00000000" w:rsidP="004F5CDE">
      <w:r>
        <w:t>And whoever did this? They’d just become my prey.</w:t>
      </w:r>
    </w:p>
    <w:p w14:paraId="641472A5" w14:textId="77777777" w:rsidR="00267411" w:rsidRDefault="00267411" w:rsidP="004F5CDE"/>
    <w:p w14:paraId="066D5AFF" w14:textId="77777777" w:rsidR="00F91806" w:rsidRDefault="00F91806" w:rsidP="004F5CDE"/>
    <w:p w14:paraId="2C48A195" w14:textId="77777777" w:rsidR="00F91806" w:rsidRDefault="00000000" w:rsidP="00267411">
      <w:pPr>
        <w:pStyle w:val="Heading1"/>
      </w:pPr>
      <w:bookmarkStart w:id="42" w:name="_Toc189281333"/>
      <w:r>
        <w:t>Chapter 20: Bacon and Betrayal</w:t>
      </w:r>
      <w:bookmarkEnd w:id="42"/>
    </w:p>
    <w:p w14:paraId="7EFDC568" w14:textId="77777777" w:rsidR="00267411" w:rsidRDefault="00267411" w:rsidP="004F5CDE"/>
    <w:p w14:paraId="0F7F1998" w14:textId="77777777" w:rsidR="009B68F8" w:rsidRDefault="00000000" w:rsidP="004F5CDE">
      <w:r>
        <w:t xml:space="preserve">We pulled into a dingy, well-worn diner just down the street from the police station. Its neon sign buzzed faintly, flickering between “OPEN” and something that resembled “OPE”—which felt ominously fitting. </w:t>
      </w:r>
    </w:p>
    <w:p w14:paraId="61697CB7" w14:textId="154B2798" w:rsidR="009B68F8" w:rsidRDefault="00000000" w:rsidP="004F5CDE">
      <w:r>
        <w:t>Inside, the clatter of dishes and the low hum of conversation were distant, like I was floating outside of my own body. The world was still spinning as if my entire life hadn’t just been bulldozed.</w:t>
      </w:r>
      <w:r w:rsidR="00EF72EF">
        <w:t xml:space="preserve"> </w:t>
      </w:r>
      <w:r>
        <w:t xml:space="preserve">Sliding into a booth, I stared blankly at the laminated, slightly sticky menu. The words blurred together—eggs, bacon, betrayal. After ordering coffees, I glanced at Tony. </w:t>
      </w:r>
    </w:p>
    <w:p w14:paraId="32CFBAAA" w14:textId="1A05891A" w:rsidR="00F91806" w:rsidRDefault="00000000" w:rsidP="004F5CDE">
      <w:r>
        <w:t>"Excuse me for a minute," I said, needing some time to process this mess without him watching me like some washed-up mafia consigliere.</w:t>
      </w:r>
    </w:p>
    <w:p w14:paraId="29A5AFCE" w14:textId="28D4AC80" w:rsidR="00F91806" w:rsidRDefault="00000000" w:rsidP="004F5CDE">
      <w:r>
        <w:t xml:space="preserve">The moment I stepped inside the fluorescent-lit restroom, my knees buckled. I gripped the sink, staring at my own reflection like I was trying to convince myself this was still </w:t>
      </w:r>
      <w:r>
        <w:lastRenderedPageBreak/>
        <w:t>my life. My phone felt like a hot coal in my hand as I dialed Melanie.</w:t>
      </w:r>
      <w:r w:rsidR="005F0EB7">
        <w:t xml:space="preserve"> </w:t>
      </w:r>
      <w:r>
        <w:t>She answered on the first ring, her voice sharp with worry. “Hannah! What the hell is going on?!”</w:t>
      </w:r>
    </w:p>
    <w:p w14:paraId="545642C2" w14:textId="77777777" w:rsidR="00F91806" w:rsidRDefault="00000000" w:rsidP="004F5CDE">
      <w:r>
        <w:t>“I—I don’t know yet,” I admitted, sinking onto the closed toilet seat, pressing my forehead against my palm. “Tony’s out. The cops let him go. But someone planted those cameras, Melanie. This wasn’t some clerical error—this was a setup.”</w:t>
      </w:r>
    </w:p>
    <w:p w14:paraId="0C4BECEA" w14:textId="77777777" w:rsidR="00F91806" w:rsidRDefault="00000000" w:rsidP="004F5CDE">
      <w:r>
        <w:t>She exhaled hard. “Jesus. You should have answered earlier. I’ve been at the store trying to hold things down, but the rumors are already flying.”</w:t>
      </w:r>
    </w:p>
    <w:p w14:paraId="57CC77B7" w14:textId="77777777" w:rsidR="00F91806" w:rsidRDefault="00000000" w:rsidP="004F5CDE">
      <w:r>
        <w:t>Rumors. The word twisted in my gut like a knife. Who was saying what?</w:t>
      </w:r>
    </w:p>
    <w:p w14:paraId="5A1995D9" w14:textId="77777777" w:rsidR="00F91806" w:rsidRDefault="00000000" w:rsidP="004F5CDE">
      <w:r>
        <w:t>Melanie’s voice softened. “Come home. Let me be there for you.”</w:t>
      </w:r>
    </w:p>
    <w:p w14:paraId="22969507" w14:textId="77777777" w:rsidR="00F91806" w:rsidRDefault="00000000" w:rsidP="004F5CDE">
      <w:r>
        <w:t>I squeezed my eyes shut. “I will. An hour tops. Key’s under the welcome mat.”</w:t>
      </w:r>
    </w:p>
    <w:p w14:paraId="7BF8A9C2" w14:textId="1788ACF8" w:rsidR="00F91806" w:rsidRDefault="00000000" w:rsidP="004F5CDE">
      <w:r>
        <w:t>There was a pause. Then, “Pinky swear?”</w:t>
      </w:r>
      <w:r w:rsidR="00AA3164">
        <w:t xml:space="preserve"> </w:t>
      </w:r>
      <w:r>
        <w:t>My throat tightened. It wasn’t just a joke anymore—it was a lifeline.</w:t>
      </w:r>
    </w:p>
    <w:p w14:paraId="0D9563C0" w14:textId="77777777" w:rsidR="00F91806" w:rsidRDefault="00000000" w:rsidP="004F5CDE">
      <w:r>
        <w:t>“Pinky swear.”</w:t>
      </w:r>
    </w:p>
    <w:p w14:paraId="612CCCE5" w14:textId="77777777" w:rsidR="00267411" w:rsidRDefault="00267411" w:rsidP="004F5CDE"/>
    <w:p w14:paraId="688B21BD" w14:textId="3C5FA6A1" w:rsidR="00267411" w:rsidRPr="00A351D5" w:rsidRDefault="00304FE8" w:rsidP="009B02CA">
      <w:pPr>
        <w:jc w:val="center"/>
        <w:rPr>
          <w:color w:val="365F91" w:themeColor="accent1" w:themeShade="BF"/>
        </w:rPr>
      </w:pPr>
      <w:r>
        <w:rPr>
          <w:rFonts w:ascii="Segoe UI Symbol" w:hAnsi="Segoe UI Symbol" w:cs="Segoe UI Symbol"/>
          <w:color w:val="365F91" w:themeColor="accent1" w:themeShade="BF"/>
        </w:rPr>
        <w:t>♞♛♞</w:t>
      </w:r>
    </w:p>
    <w:p w14:paraId="3720825C" w14:textId="77777777" w:rsidR="00F91806" w:rsidRDefault="00F91806" w:rsidP="004F5CDE"/>
    <w:p w14:paraId="2CFD95F4" w14:textId="01F845BC" w:rsidR="00F91806" w:rsidRDefault="00000000" w:rsidP="004F5CDE">
      <w:r>
        <w:t>Back at the booth, Tony was sipping coffee like we were at some casual Sunday brunch instead of unraveling a goddamn conspiracy.</w:t>
      </w:r>
      <w:r w:rsidR="000A3D34">
        <w:t xml:space="preserve"> </w:t>
      </w:r>
      <w:r>
        <w:t>The waitress appeared, snapping her gum, “Hi, I’m Liza, what can I get for you?”</w:t>
      </w:r>
    </w:p>
    <w:p w14:paraId="176E8DE1" w14:textId="77777777" w:rsidR="00F91806" w:rsidRDefault="00000000" w:rsidP="004F5CDE">
      <w:r>
        <w:t>Tony ordered a cholesterol bomb—scrambled eggs, bacon, extra toast, no concern for the fact that we might be days away from jail food. I ordered chocolate-chip pancakes, my go-to stress meal.</w:t>
      </w:r>
    </w:p>
    <w:p w14:paraId="192C1BF4" w14:textId="5B981221" w:rsidR="00F91806" w:rsidRDefault="00000000" w:rsidP="004F5CDE">
      <w:r>
        <w:t>As soon as she left, I set my mug down a little too hard, coffee sloshing over the rim.</w:t>
      </w:r>
      <w:r w:rsidR="000A3D34">
        <w:t xml:space="preserve"> </w:t>
      </w:r>
      <w:r>
        <w:t>“Alright, Tony.” I leaned in, lowering my voice to something sharp, edged. “Start talking. What the hell is going on? What do you know that I don’t?”</w:t>
      </w:r>
    </w:p>
    <w:p w14:paraId="2E36F8FD" w14:textId="77777777" w:rsidR="00581FBB" w:rsidRDefault="00000000" w:rsidP="004F5CDE">
      <w:r>
        <w:t>Tony exhaled, rubbing a hand over his face. “Listen, dude—”</w:t>
      </w:r>
    </w:p>
    <w:p w14:paraId="4C39137E" w14:textId="180C62CC" w:rsidR="00F91806" w:rsidRDefault="00000000" w:rsidP="004F5CDE">
      <w:r>
        <w:t>"Lady," I corrected, my patience thinner than a dollar-store condom.</w:t>
      </w:r>
    </w:p>
    <w:p w14:paraId="44AD96EC" w14:textId="39FB4700" w:rsidR="00F91806" w:rsidRDefault="00000000" w:rsidP="004F5CDE">
      <w:r>
        <w:lastRenderedPageBreak/>
        <w:t>He grinned faintly but didn’t argue. “Okay, Lady. Look, I’ve been with this store for years. I’ve seen it all—the good, the bad, the absolute freak</w:t>
      </w:r>
      <w:r w:rsidR="006A202C">
        <w:t xml:space="preserve"> </w:t>
      </w:r>
      <w:r>
        <w:t>shows. But this? Someone inside is stirring the pot. This is sabotage.”</w:t>
      </w:r>
    </w:p>
    <w:p w14:paraId="24719C34" w14:textId="19A96F96" w:rsidR="00F91806" w:rsidRDefault="00000000" w:rsidP="004F5CDE">
      <w:r>
        <w:t>The word hit like a brick to the chest.</w:t>
      </w:r>
      <w:r w:rsidR="00AA3164">
        <w:t xml:space="preserve"> </w:t>
      </w:r>
      <w:r>
        <w:t>“Sabotage?” I whispered. “You really think someone—”</w:t>
      </w:r>
    </w:p>
    <w:p w14:paraId="35823109" w14:textId="77777777" w:rsidR="00F91806" w:rsidRDefault="00000000" w:rsidP="004F5CDE">
      <w:r>
        <w:t>“I don’t think,” he cut me off, leaning in. “I know. Only an insider would be able to install hidden cameras in the store. This was calculated.”</w:t>
      </w:r>
    </w:p>
    <w:p w14:paraId="3AEC06F3" w14:textId="721F6D08" w:rsidR="00F91806" w:rsidRDefault="00000000" w:rsidP="004F5CDE">
      <w:r>
        <w:t xml:space="preserve">Names spun in my head like a goddamn roulette wheel. Miguel, </w:t>
      </w:r>
      <w:r w:rsidR="00400041">
        <w:t>Candice</w:t>
      </w:r>
      <w:r>
        <w:t>, Pete?</w:t>
      </w:r>
      <w:r w:rsidR="00A02C09">
        <w:t xml:space="preserve"> </w:t>
      </w:r>
      <w:r>
        <w:t xml:space="preserve">“What about Miguel?” I asked, watching his reaction. </w:t>
      </w:r>
    </w:p>
    <w:p w14:paraId="0BD3617C" w14:textId="77777777" w:rsidR="00F91806" w:rsidRDefault="00000000" w:rsidP="004F5CDE">
      <w:r>
        <w:t>“He’s hard to read,” Tony snorted. “Nah, Miguel’s about as dangerous as a poodle in a sombrero. The guy spends more time arguing over lime-to-tequila ratios than risking going to prison for getting his rocks off.”</w:t>
      </w:r>
    </w:p>
    <w:p w14:paraId="474F9748" w14:textId="1A5094DF" w:rsidR="00F91806" w:rsidRDefault="00000000" w:rsidP="004F5CDE">
      <w:r>
        <w:t>“</w:t>
      </w:r>
      <w:r w:rsidR="00400041">
        <w:t>Candice</w:t>
      </w:r>
      <w:r>
        <w:t>?” I asked, hesitant.</w:t>
      </w:r>
    </w:p>
    <w:p w14:paraId="3E23C746" w14:textId="1BFA2E83" w:rsidR="00F91806" w:rsidRDefault="00000000" w:rsidP="004F5CDE">
      <w:r>
        <w:t>Tony exhaled, rolling his coffee cup between his hands. He took just a little too long to answer.</w:t>
      </w:r>
      <w:r w:rsidR="007E2C08">
        <w:t xml:space="preserve"> </w:t>
      </w:r>
      <w:r>
        <w:t>“</w:t>
      </w:r>
      <w:r w:rsidR="00400041">
        <w:t>Candice</w:t>
      </w:r>
      <w:r>
        <w:t xml:space="preserve"> is sharp.” His voice was careful now, measured. Like he was choosing each word one at a time.</w:t>
      </w:r>
      <w:r w:rsidR="006E4B21">
        <w:t xml:space="preserve"> </w:t>
      </w:r>
      <w:r>
        <w:t>“If something shady’s going down, she probably knows about it. Whether she’s part of it? No clue.”</w:t>
      </w:r>
    </w:p>
    <w:p w14:paraId="15C8EAE4" w14:textId="3EB66F5A" w:rsidR="00F91806" w:rsidRDefault="00000000" w:rsidP="004F5CDE">
      <w:r>
        <w:t>But the way he said it... it didn’t sound like no clue.</w:t>
      </w:r>
      <w:r w:rsidR="00AA3164">
        <w:t xml:space="preserve"> </w:t>
      </w:r>
      <w:r>
        <w:t xml:space="preserve">I chewed on that. </w:t>
      </w:r>
      <w:r w:rsidR="00400041">
        <w:t>Candice</w:t>
      </w:r>
      <w:r>
        <w:t xml:space="preserve"> did play her cards too well.</w:t>
      </w:r>
    </w:p>
    <w:p w14:paraId="57E7D703" w14:textId="77777777" w:rsidR="00F91806" w:rsidRDefault="00000000" w:rsidP="004F5CDE">
      <w:r>
        <w:t>“And Pete?” I asked finally.</w:t>
      </w:r>
    </w:p>
    <w:p w14:paraId="7430720B" w14:textId="77777777" w:rsidR="00F91806" w:rsidRDefault="00000000" w:rsidP="004F5CDE">
      <w:r>
        <w:t>Tony’s casual smirk vanished. “Pete’s a wildcard. He’s been around forever—knows every inch of that place. If someone’s pulling strings, he’s also either part of it… or he knows who is.”</w:t>
      </w:r>
    </w:p>
    <w:p w14:paraId="2444B40F" w14:textId="4034F852" w:rsidR="00F91806" w:rsidRDefault="00000000" w:rsidP="004F5CDE">
      <w:r>
        <w:t>Fuck, I thought, I hate wild goose chases. I didn’t sign up for the FBI—I just wanted to sell overpriced lube and vibrating rubber dicks.</w:t>
      </w:r>
      <w:r w:rsidR="006E4B21">
        <w:t xml:space="preserve"> </w:t>
      </w:r>
      <w:r>
        <w:t>Our food eventually arrived, but I barely tasted it. My pancakes sat on my plate, a metaphor for my life—sweet, comforting, but drowning in something sticky and impossible to escape.</w:t>
      </w:r>
    </w:p>
    <w:p w14:paraId="2781F236" w14:textId="3C77B208" w:rsidR="00F91806" w:rsidRDefault="00000000" w:rsidP="004F5CDE">
      <w:r>
        <w:t>I felt it like a pit in my stomach. Silicone Solutions wasn’t just a business. It was an empire waiting to be reclaimed—one way or another.</w:t>
      </w:r>
      <w:r w:rsidR="006E4B21">
        <w:t xml:space="preserve"> </w:t>
      </w:r>
      <w:r>
        <w:t>And someone wanted me to fail.</w:t>
      </w:r>
    </w:p>
    <w:p w14:paraId="68241094" w14:textId="77777777" w:rsidR="00581FBB" w:rsidRDefault="00000000" w:rsidP="004F5CDE">
      <w:r>
        <w:t xml:space="preserve">My phone buzzed. </w:t>
      </w:r>
    </w:p>
    <w:p w14:paraId="3F35C92D" w14:textId="0DFAC353" w:rsidR="00F91806" w:rsidRDefault="00000000" w:rsidP="004F5CDE">
      <w:r>
        <w:lastRenderedPageBreak/>
        <w:t>Melanie. “I’m here when you’re ready.”</w:t>
      </w:r>
    </w:p>
    <w:p w14:paraId="24514F6B" w14:textId="56F5A07E" w:rsidR="00F91806" w:rsidRDefault="00000000" w:rsidP="004F5CDE">
      <w:r>
        <w:t>Her text grounded me, pulling me from the rabbit hole of doubt.</w:t>
      </w:r>
      <w:r w:rsidR="00B46CAC">
        <w:t xml:space="preserve"> </w:t>
      </w:r>
      <w:r>
        <w:t>I set my fork down. “Alright, Tony. We’re going to figure this out. But if there’s anything—anything—you’re not telling me, now’s the time.”</w:t>
      </w:r>
    </w:p>
    <w:p w14:paraId="463F468D" w14:textId="0654919F" w:rsidR="004059AA" w:rsidRDefault="00000000" w:rsidP="004F5CDE">
      <w:r>
        <w:t>Tony raised his hands in mock surrender, his grin returning. “Kid, I’m an open book.”</w:t>
      </w:r>
      <w:r w:rsidR="00AA3164">
        <w:t xml:space="preserve"> </w:t>
      </w:r>
      <w:r w:rsidR="004059AA" w:rsidRPr="004059AA">
        <w:t>But there was something in his eyes—something too knowing. Like he was watching me work my way toward the answer, waiting for me to catch up.</w:t>
      </w:r>
      <w:r w:rsidR="008314E6">
        <w:t xml:space="preserve"> </w:t>
      </w:r>
      <w:r w:rsidR="004059AA" w:rsidRPr="004059AA">
        <w:t>And then, offhandedly, like he was discussing the goddamn weather:</w:t>
      </w:r>
      <w:r w:rsidR="00AA3164">
        <w:t xml:space="preserve"> </w:t>
      </w:r>
      <w:r w:rsidR="004059AA" w:rsidRPr="004059AA">
        <w:t>“You know… it hasn’t been that long since your aunt passed away. Maybe this was all her doing.”</w:t>
      </w:r>
    </w:p>
    <w:p w14:paraId="7C918753" w14:textId="6A3B7D0A" w:rsidR="00F91806" w:rsidRDefault="00000000" w:rsidP="004F5CDE">
      <w:r>
        <w:t>And then it hit me.</w:t>
      </w:r>
      <w:r w:rsidR="006E4B21">
        <w:t xml:space="preserve"> </w:t>
      </w:r>
      <w:r>
        <w:t>My breath stalled. My mind reeled.</w:t>
      </w:r>
      <w:r w:rsidR="007E2C08">
        <w:t xml:space="preserve"> </w:t>
      </w:r>
      <w:r>
        <w:t>If my aunt set this in motion, then she knew what was coming.</w:t>
      </w:r>
      <w:r w:rsidR="007E2C08">
        <w:t xml:space="preserve"> </w:t>
      </w:r>
      <w:r>
        <w:t>She knew—and she left me to pick up the pieces.</w:t>
      </w:r>
      <w:r w:rsidR="006E4B21">
        <w:t xml:space="preserve"> </w:t>
      </w:r>
      <w:r>
        <w:t>An image hit me like a freight train. My aunt, smirking over a glass of whiskey, her sharp eyes glinting. “Life is a game, Hannah,” she once told me long ago. “You either learn the rules, or you lose.”</w:t>
      </w:r>
    </w:p>
    <w:p w14:paraId="760168EB" w14:textId="77777777" w:rsidR="00F91806" w:rsidRDefault="00000000" w:rsidP="004F5CDE">
      <w:r>
        <w:t>Had she set me up? Had she made sure I was the next to lose?</w:t>
      </w:r>
    </w:p>
    <w:p w14:paraId="183B5CC0" w14:textId="77777777" w:rsidR="00267411" w:rsidRDefault="00267411" w:rsidP="004F5CDE"/>
    <w:p w14:paraId="605A48F5" w14:textId="77777777" w:rsidR="000D1BEE" w:rsidRDefault="000D1BEE" w:rsidP="004F5CDE"/>
    <w:p w14:paraId="6D4EB52A" w14:textId="77777777" w:rsidR="00F91806" w:rsidRDefault="00000000" w:rsidP="00267411">
      <w:pPr>
        <w:pStyle w:val="Heading1"/>
      </w:pPr>
      <w:bookmarkStart w:id="43" w:name="_Toc189281334"/>
      <w:r>
        <w:t>Chapter 21: Sex, Lies, and Videotape</w:t>
      </w:r>
      <w:bookmarkEnd w:id="43"/>
    </w:p>
    <w:p w14:paraId="26F594CD" w14:textId="77777777" w:rsidR="00267411" w:rsidRDefault="00267411" w:rsidP="004F5CDE"/>
    <w:p w14:paraId="7F88F441" w14:textId="73127A95" w:rsidR="00F91806" w:rsidRDefault="00000000" w:rsidP="004F5CDE">
      <w:r>
        <w:t>Tony finished his breakfast like we weren’t currently unraveling a conspiracy. Every last bite of bacon, every crumb of toast—gone. Meanwhile, my pancakes sat abandoned, drowning in syrup like a metaphor for my life.</w:t>
      </w:r>
    </w:p>
    <w:p w14:paraId="1DD4D8EA" w14:textId="08380742" w:rsidR="00F91806" w:rsidRDefault="00000000" w:rsidP="004F5CDE">
      <w:r>
        <w:t>When the waitress dropped the check, Tony snagged it before I could. “My treat,” he said, all casual confidence.</w:t>
      </w:r>
      <w:r w:rsidR="00FD7293">
        <w:t xml:space="preserve"> </w:t>
      </w:r>
      <w:r>
        <w:t>“Consider it an apology for all the stress I just caused you.”</w:t>
      </w:r>
    </w:p>
    <w:p w14:paraId="09925849" w14:textId="04F7F6B1" w:rsidR="00F91806" w:rsidRDefault="00000000" w:rsidP="004F5CDE">
      <w:r>
        <w:t xml:space="preserve">“Very generous of you,” I muttered, sliding out of the booth, my mind already elsewhere—on the store, on </w:t>
      </w:r>
      <w:r w:rsidR="00400041">
        <w:t>Candice</w:t>
      </w:r>
      <w:r>
        <w:t>, on Pete… on the fact that someone had gone to extreme lengths to set me up.</w:t>
      </w:r>
    </w:p>
    <w:p w14:paraId="4E51A2BD" w14:textId="04D51BFD" w:rsidR="00F91806" w:rsidRPr="00164213" w:rsidRDefault="00000000" w:rsidP="004F5CDE">
      <w:pPr>
        <w:rPr>
          <w:i/>
          <w:iCs/>
        </w:rPr>
      </w:pPr>
      <w:r w:rsidRPr="00164213">
        <w:rPr>
          <w:i/>
          <w:iCs/>
        </w:rPr>
        <w:t>And Melanie.</w:t>
      </w:r>
    </w:p>
    <w:p w14:paraId="2CDD0BAC" w14:textId="77777777" w:rsidR="00F91806" w:rsidRDefault="00000000" w:rsidP="004F5CDE">
      <w:r>
        <w:lastRenderedPageBreak/>
        <w:t>The thought of her steadied me, cut through the paranoia like a sharp inhale after drowning. I wasn’t just heading home; I was heading to her.</w:t>
      </w:r>
    </w:p>
    <w:p w14:paraId="22A5FB2D" w14:textId="77777777" w:rsidR="003C24F2" w:rsidRDefault="003C24F2" w:rsidP="004F5CDE"/>
    <w:p w14:paraId="14DC6C89" w14:textId="52ECB474" w:rsidR="003C24F2" w:rsidRPr="00A351D5" w:rsidRDefault="00304FE8" w:rsidP="000A5C3E">
      <w:pPr>
        <w:jc w:val="center"/>
        <w:rPr>
          <w:color w:val="365F91" w:themeColor="accent1" w:themeShade="BF"/>
        </w:rPr>
      </w:pPr>
      <w:r>
        <w:rPr>
          <w:rFonts w:ascii="Segoe UI Symbol" w:hAnsi="Segoe UI Symbol" w:cs="Segoe UI Symbol"/>
          <w:color w:val="365F91" w:themeColor="accent1" w:themeShade="BF"/>
        </w:rPr>
        <w:t>♞♛♞</w:t>
      </w:r>
    </w:p>
    <w:p w14:paraId="37158540" w14:textId="77777777" w:rsidR="00F91806" w:rsidRDefault="00F91806" w:rsidP="004F5CDE"/>
    <w:p w14:paraId="03D36441" w14:textId="77777777" w:rsidR="00581FBB" w:rsidRDefault="00000000" w:rsidP="004F5CDE">
      <w:r>
        <w:t xml:space="preserve">As soon as I opened the door, Melanie stood there, two wine bottles waiting on the coffee table, her expression soft but urgent. She didn’t speak, didn’t ask questions—just pulled me inside, her arms wrapping around me like a shield. </w:t>
      </w:r>
    </w:p>
    <w:p w14:paraId="22A3FA18" w14:textId="5475C9E0" w:rsidR="00F91806" w:rsidRDefault="00000000" w:rsidP="004F5CDE">
      <w:r>
        <w:t>I exhaled into the warmth of her embrace, my tension unraveling at the edges.</w:t>
      </w:r>
      <w:r w:rsidR="00FD7293">
        <w:t xml:space="preserve"> </w:t>
      </w:r>
      <w:r>
        <w:t>“You’re here,” I whispered, my voice betraying just how much I needed this.</w:t>
      </w:r>
    </w:p>
    <w:p w14:paraId="07BE29AA" w14:textId="77777777" w:rsidR="00F91806" w:rsidRDefault="00000000" w:rsidP="004F5CDE">
      <w:r>
        <w:t>“Of course I’m here.” She pulled back slightly, searching my face. “Pinky swear, remember?”</w:t>
      </w:r>
    </w:p>
    <w:p w14:paraId="2551020D" w14:textId="77777777" w:rsidR="00F91806" w:rsidRDefault="00000000" w:rsidP="004F5CDE">
      <w:r>
        <w:t>I let out a breathy laugh, shaky and exhausted, but real. “Yeah. Pinky swear.”</w:t>
      </w:r>
    </w:p>
    <w:p w14:paraId="2FC87568" w14:textId="77777777" w:rsidR="00F91806" w:rsidRDefault="00000000" w:rsidP="004F5CDE">
      <w:r>
        <w:t>She guided me to the couch, filling two glasses to the brim. I took mine in both hands, trying to center myself before diving into the mess. I needed to tell her everything—the raid, the cameras, the paranoia slowly eating away at my sanity.</w:t>
      </w:r>
    </w:p>
    <w:p w14:paraId="384CD19A" w14:textId="77777777" w:rsidR="00F91806" w:rsidRDefault="00000000" w:rsidP="004F5CDE">
      <w:r>
        <w:t>So I did.</w:t>
      </w:r>
    </w:p>
    <w:p w14:paraId="7611CAF9" w14:textId="77777777" w:rsidR="00F91806" w:rsidRDefault="00000000" w:rsidP="004F5CDE">
      <w:r>
        <w:t>Every detail.</w:t>
      </w:r>
    </w:p>
    <w:p w14:paraId="7D4D72D5" w14:textId="1D6B8BDE" w:rsidR="00F91806" w:rsidRDefault="00000000" w:rsidP="004F5CDE">
      <w:r>
        <w:t>Melanie listened with razor-sharp focus, her emerald eyes darkening at all the right moments. When I finished, she set her glass down, her fingers laced together in deep thought.</w:t>
      </w:r>
      <w:r w:rsidR="00FD7293">
        <w:t xml:space="preserve"> </w:t>
      </w:r>
      <w:r>
        <w:t>“This isn’t random,” she said finally. “Someone is playing chess, and they just made their first real move.”</w:t>
      </w:r>
    </w:p>
    <w:p w14:paraId="1F3B4E9D" w14:textId="4DE08B70" w:rsidR="00F91806" w:rsidRDefault="00000000" w:rsidP="004F5CDE">
      <w:r>
        <w:t>I nodded. “</w:t>
      </w:r>
      <w:r w:rsidR="00400041">
        <w:t>Candice</w:t>
      </w:r>
      <w:r>
        <w:t xml:space="preserve"> is too calculated. She’s always watching, always three steps ahead. And Pete—Tony practically called him a wildcard. If there’s a mastermind, it’s one of them.”</w:t>
      </w:r>
    </w:p>
    <w:p w14:paraId="5D3607C5" w14:textId="04D153B4" w:rsidR="00F91806" w:rsidRDefault="00000000" w:rsidP="004F5CDE">
      <w:r>
        <w:t xml:space="preserve">The moment felt right. So, I reached into my bag and pulled out the small, ornate wooden box </w:t>
      </w:r>
      <w:r w:rsidR="00400041">
        <w:t>Candice</w:t>
      </w:r>
      <w:r>
        <w:t xml:space="preserve"> had given me, placing it on the table between us.</w:t>
      </w:r>
      <w:r w:rsidR="00FD7293">
        <w:t xml:space="preserve"> </w:t>
      </w:r>
      <w:r>
        <w:t>Melanie’s gaze flickered to the intricate carvings, then back to me, her brow arching. “What’s this?”</w:t>
      </w:r>
    </w:p>
    <w:p w14:paraId="7CD5006E" w14:textId="11C51343" w:rsidR="00F91806" w:rsidRDefault="00000000" w:rsidP="004F5CDE">
      <w:r>
        <w:t xml:space="preserve">I hesitated before answering. “A gift from </w:t>
      </w:r>
      <w:r w:rsidR="00400041">
        <w:t>Candice</w:t>
      </w:r>
      <w:r>
        <w:t>. She said it reminded her of me.”</w:t>
      </w:r>
    </w:p>
    <w:p w14:paraId="1A84FC63" w14:textId="432B7433" w:rsidR="00F91806" w:rsidRDefault="00000000" w:rsidP="004F5CDE">
      <w:r>
        <w:lastRenderedPageBreak/>
        <w:t>Melanie picked it up carefully, turning it over in her hands. The small grandfather clock inside ticked softly, its delicate craftsmanship catching the glow of the lamp beside us.</w:t>
      </w:r>
      <w:r w:rsidR="009845C6">
        <w:t xml:space="preserve"> </w:t>
      </w:r>
      <w:r>
        <w:t>Something in her expression shifted. Subtle, but unmistakable. Her fingers traced the carvings a moment longer than necessary, her lips pressing into a thin line.</w:t>
      </w:r>
    </w:p>
    <w:p w14:paraId="7AD32B3E" w14:textId="71C9DCE6" w:rsidR="00F91806" w:rsidRDefault="00000000" w:rsidP="004F5CDE">
      <w:r>
        <w:t>“</w:t>
      </w:r>
      <w:r w:rsidR="00400041">
        <w:t>Candice</w:t>
      </w:r>
      <w:r>
        <w:t xml:space="preserve"> gave you this?” she asked, her tone light—too light.</w:t>
      </w:r>
    </w:p>
    <w:p w14:paraId="122EDC18" w14:textId="77777777" w:rsidR="00F91806" w:rsidRDefault="00000000" w:rsidP="004F5CDE">
      <w:r>
        <w:t>“Yeah,” I said slowly, watching her reaction. “She said it’s classic, layered, and more complex than it looks. Kind of like me.”</w:t>
      </w:r>
    </w:p>
    <w:p w14:paraId="5CF1F9AE" w14:textId="1962389C" w:rsidR="00F91806" w:rsidRDefault="00000000" w:rsidP="004F5CDE">
      <w:r>
        <w:t>Melanie scoffed, setting the box down a little too firmly.</w:t>
      </w:r>
      <w:r w:rsidR="00FD7293">
        <w:t xml:space="preserve"> </w:t>
      </w:r>
      <w:r>
        <w:t>“Huh. That’s… thoughtful of her.”</w:t>
      </w:r>
    </w:p>
    <w:p w14:paraId="4AC83499" w14:textId="02D24C7A" w:rsidR="00F91806" w:rsidRDefault="00000000" w:rsidP="004F5CDE">
      <w:r>
        <w:t>Jealousy. It was there—not overt, but there.</w:t>
      </w:r>
      <w:r w:rsidR="00FD7293">
        <w:t xml:space="preserve"> </w:t>
      </w:r>
      <w:r>
        <w:t>But something else lingered beneath it, something quieter.</w:t>
      </w:r>
      <w:r w:rsidR="00FD7293">
        <w:t xml:space="preserve"> </w:t>
      </w:r>
      <w:r>
        <w:t>I tilted my head, a small smirk creeping onto my lips. “You okay?”</w:t>
      </w:r>
    </w:p>
    <w:p w14:paraId="44674BA4" w14:textId="51A2D674" w:rsidR="00F91806" w:rsidRDefault="00000000" w:rsidP="004F5CDE">
      <w:r>
        <w:t xml:space="preserve">She picked up her wine glass, taking a slow sip before answering. “I just find it interesting,” she said casually, “that </w:t>
      </w:r>
      <w:r w:rsidR="00400041">
        <w:t>Candice</w:t>
      </w:r>
      <w:r>
        <w:t xml:space="preserve"> thinks she understands you so well.”</w:t>
      </w:r>
      <w:r w:rsidR="00E17F65">
        <w:t xml:space="preserve"> </w:t>
      </w:r>
      <w:r>
        <w:t>A flicker of something sharp passed through her eyes.</w:t>
      </w:r>
      <w:r w:rsidR="00E17F65">
        <w:t xml:space="preserve"> </w:t>
      </w:r>
      <w:r>
        <w:t>Not just jealousy.</w:t>
      </w:r>
      <w:r w:rsidR="00E17F65">
        <w:t xml:space="preserve"> </w:t>
      </w:r>
      <w:r>
        <w:t>Suspicion.</w:t>
      </w:r>
    </w:p>
    <w:p w14:paraId="49CDA560" w14:textId="5C2B4F54" w:rsidR="00F91806" w:rsidRDefault="00000000" w:rsidP="004F5CDE">
      <w:r>
        <w:t xml:space="preserve">I let out a quiet laugh, savoring the possessiveness, but a whisper of doubt curled in my chest. Melanie wasn’t the type to get rattled over nothing. She saw people—really saw them. And if she thought </w:t>
      </w:r>
      <w:r w:rsidR="00400041">
        <w:t>Candice</w:t>
      </w:r>
      <w:r>
        <w:t xml:space="preserve"> was playing a deeper game, maybe I should be listening.</w:t>
      </w:r>
    </w:p>
    <w:p w14:paraId="714E22B2" w14:textId="77777777" w:rsidR="00F91806" w:rsidRDefault="00000000" w:rsidP="004F5CDE">
      <w:r>
        <w:t>Before I could overthink it, Melanie leaned in, her fingers skimming along my jawline, tilting my chin up. The moment between us shifted, the air thickening like a summer storm rolling in.</w:t>
      </w:r>
    </w:p>
    <w:p w14:paraId="7D70EA3C" w14:textId="352834FC" w:rsidR="00F91806" w:rsidRDefault="00000000" w:rsidP="004F5CDE">
      <w:r>
        <w:t>Then she kissed me.</w:t>
      </w:r>
      <w:r w:rsidR="00FD7293">
        <w:t xml:space="preserve"> </w:t>
      </w:r>
      <w:r>
        <w:t>Slow. Deep. Possessive.</w:t>
      </w:r>
      <w:r w:rsidR="00FD7293">
        <w:t xml:space="preserve"> </w:t>
      </w:r>
      <w:r>
        <w:t xml:space="preserve">Like she needed to erase any lingering thought of </w:t>
      </w:r>
      <w:r w:rsidR="00400041">
        <w:t>Candice</w:t>
      </w:r>
      <w:r>
        <w:t xml:space="preserve"> from my mind and replace it with nothing but her. And damn, did it work.</w:t>
      </w:r>
    </w:p>
    <w:p w14:paraId="26449075" w14:textId="577EDECA" w:rsidR="00F91806" w:rsidRDefault="00000000" w:rsidP="004F5CDE">
      <w:r>
        <w:t>My fingers tangled in her fiery curls, my body pressing into hers like gravity was pulling us together.</w:t>
      </w:r>
      <w:r w:rsidR="009845C6">
        <w:t xml:space="preserve"> </w:t>
      </w:r>
      <w:r>
        <w:t>Her breath hitched as I slid my hands over her waist, tightening my grip just enough to hear her soft gasp. The sound sent a thrill straight through me.</w:t>
      </w:r>
    </w:p>
    <w:p w14:paraId="0CA4A765" w14:textId="34464138" w:rsidR="00F91806" w:rsidRDefault="00000000" w:rsidP="004F5CDE">
      <w:r>
        <w:t>She pulled back just enough to meet my gaze, her lips flushed, eyes dark. “Take me to your bedroom,” she murmured, her voice sultry and full of intent.</w:t>
      </w:r>
      <w:r w:rsidR="00FD7293">
        <w:t xml:space="preserve"> </w:t>
      </w:r>
      <w:r>
        <w:t>I exhaled a shaky breath, still catching up. “Only if you promise to help me solve this tomorrow.”</w:t>
      </w:r>
    </w:p>
    <w:p w14:paraId="23B6727C" w14:textId="77777777" w:rsidR="00F91806" w:rsidRDefault="00000000" w:rsidP="004F5CDE">
      <w:r>
        <w:t>Her lips curled into a wicked smile. “Deal.”</w:t>
      </w:r>
    </w:p>
    <w:p w14:paraId="2952B9A4" w14:textId="77777777" w:rsidR="00F91806" w:rsidRDefault="00000000" w:rsidP="004F5CDE">
      <w:r>
        <w:lastRenderedPageBreak/>
        <w:t>We barely made it to the bed.</w:t>
      </w:r>
    </w:p>
    <w:p w14:paraId="65A8A410" w14:textId="77777777" w:rsidR="00F91806" w:rsidRDefault="00F91806" w:rsidP="004F5CDE"/>
    <w:p w14:paraId="11AAF1B3" w14:textId="77777777" w:rsidR="00F91806" w:rsidRDefault="00000000" w:rsidP="003C24F2">
      <w:pPr>
        <w:pStyle w:val="Heading2"/>
      </w:pPr>
      <w:bookmarkStart w:id="44" w:name="_Toc189281335"/>
      <w:r>
        <w:t>Afterward</w:t>
      </w:r>
      <w:bookmarkEnd w:id="44"/>
    </w:p>
    <w:p w14:paraId="77516D39" w14:textId="77777777" w:rsidR="003C24F2" w:rsidRDefault="003C24F2" w:rsidP="004F5CDE"/>
    <w:p w14:paraId="3C1BE427" w14:textId="7F95DDB8" w:rsidR="00F91806" w:rsidRDefault="00000000" w:rsidP="004F5CDE">
      <w:r>
        <w:t>I lay tangled with Melanie, the world outside reduced to the steady rhythm of her breathing against my skin. My mind should have been spinning, calculating next moves, anticipating threats.</w:t>
      </w:r>
      <w:r w:rsidR="00FD7293">
        <w:t xml:space="preserve"> </w:t>
      </w:r>
      <w:r>
        <w:t>But here, in this moment, I let myself just exist.</w:t>
      </w:r>
    </w:p>
    <w:p w14:paraId="06BD617F" w14:textId="4B2473B0" w:rsidR="00F91806" w:rsidRDefault="00000000" w:rsidP="004F5CDE">
      <w:r>
        <w:t>Her fingers traced idle patterns against my back, her voice soft but laced with quiet determination.</w:t>
      </w:r>
      <w:r w:rsidR="00FD7293">
        <w:t xml:space="preserve"> </w:t>
      </w:r>
      <w:r>
        <w:t>“Tomorrow, we start unraveling this,” she whispered.</w:t>
      </w:r>
      <w:r w:rsidR="00FD7293">
        <w:t xml:space="preserve"> </w:t>
      </w:r>
      <w:r>
        <w:t>I nodded, my hand sliding over hers, lacing our fingers together.</w:t>
      </w:r>
      <w:r w:rsidR="00FD7293">
        <w:t xml:space="preserve"> </w:t>
      </w:r>
      <w:r>
        <w:t>“And we do it together.”</w:t>
      </w:r>
    </w:p>
    <w:p w14:paraId="24A1BD62" w14:textId="5B52273C" w:rsidR="00F91806" w:rsidRDefault="00000000" w:rsidP="004F5CDE">
      <w:r>
        <w:t>Outside, the city hummed with life. Inside, wrapped in the safety of Melanie’s warmth, I let the chaos wait just a little longer.</w:t>
      </w:r>
      <w:r w:rsidR="003B38FC">
        <w:t xml:space="preserve"> </w:t>
      </w:r>
      <w:r>
        <w:t xml:space="preserve">But as we drifted off for a nap, I swore I could hear it—the faint ticking of the clock </w:t>
      </w:r>
      <w:r w:rsidR="00400041">
        <w:t>Candice</w:t>
      </w:r>
      <w:r>
        <w:t xml:space="preserve"> had given me.</w:t>
      </w:r>
    </w:p>
    <w:p w14:paraId="6BEB1FDB" w14:textId="77777777" w:rsidR="00F91806" w:rsidRDefault="00000000" w:rsidP="004F5CDE">
      <w:r>
        <w:t>Like a warning.</w:t>
      </w:r>
    </w:p>
    <w:p w14:paraId="36320ACC" w14:textId="77777777" w:rsidR="00F91806" w:rsidRDefault="00000000" w:rsidP="004F5CDE">
      <w:r>
        <w:t>Like a countdown.</w:t>
      </w:r>
    </w:p>
    <w:p w14:paraId="56248722" w14:textId="77777777" w:rsidR="000D1BEE" w:rsidRDefault="000D1BEE" w:rsidP="004F5CDE"/>
    <w:p w14:paraId="3A05A7D2" w14:textId="77777777" w:rsidR="000D1BEE" w:rsidRDefault="000D1BEE" w:rsidP="004F5CDE"/>
    <w:p w14:paraId="5E688D43" w14:textId="77777777" w:rsidR="00F91806" w:rsidRDefault="00000000" w:rsidP="003C24F2">
      <w:pPr>
        <w:pStyle w:val="Heading1"/>
      </w:pPr>
      <w:bookmarkStart w:id="45" w:name="_Toc189281336"/>
      <w:r>
        <w:t>Chapter 22: Breathless</w:t>
      </w:r>
      <w:bookmarkEnd w:id="45"/>
    </w:p>
    <w:p w14:paraId="00D5D556" w14:textId="77777777" w:rsidR="003C24F2" w:rsidRDefault="003C24F2" w:rsidP="004F5CDE"/>
    <w:p w14:paraId="5C7A733A" w14:textId="46E59D6D" w:rsidR="00F91806" w:rsidRDefault="00000000" w:rsidP="004F5CDE">
      <w:r>
        <w:t>I awoke, as my eyes focused on my alarm clock. It was still only 3:30 p.m.</w:t>
      </w:r>
      <w:r w:rsidR="000476A3">
        <w:t xml:space="preserve"> </w:t>
      </w:r>
      <w:r>
        <w:t>I groaned, stretching as the weight of the day settled over me. For a few blissful hours, I had managed to push the chaos aside—wrapped in Melanie’s warmth, lost in her touch, drowning in wine and something deeper, something that felt like peace.</w:t>
      </w:r>
    </w:p>
    <w:p w14:paraId="60A34DB6" w14:textId="77777777" w:rsidR="00F91806" w:rsidRDefault="00000000" w:rsidP="004F5CDE">
      <w:r>
        <w:t>But now, reality was slamming back into me, hard and relentless.</w:t>
      </w:r>
    </w:p>
    <w:p w14:paraId="53F8B7F0" w14:textId="60AFA82F" w:rsidR="00F91806" w:rsidRDefault="00000000" w:rsidP="004F5CDE">
      <w:r>
        <w:t>The haze of intoxication still clung to me, dulling the edges of my thoughts. My lace panties were back on, but my bra still lay discarded by the bed—a perfect metaphor for my life right now. Half put together. Half exposed.</w:t>
      </w:r>
    </w:p>
    <w:p w14:paraId="31FBACD8" w14:textId="081C9FC8" w:rsidR="00F91806" w:rsidRDefault="00000000" w:rsidP="004F5CDE">
      <w:r>
        <w:lastRenderedPageBreak/>
        <w:t>I sighed and reached for my laptop. Time to be a boss again.</w:t>
      </w:r>
      <w:r w:rsidR="000476A3">
        <w:t xml:space="preserve"> </w:t>
      </w:r>
      <w:r>
        <w:t>The glow of the screen felt harsh in the dim room, the cursor blinking expectantly in an empty email draft. My fingers hesitated over the keys.</w:t>
      </w:r>
      <w:r w:rsidR="000476A3">
        <w:t xml:space="preserve"> </w:t>
      </w:r>
      <w:r>
        <w:t>What could I even say?</w:t>
      </w:r>
    </w:p>
    <w:p w14:paraId="4E42B0FA" w14:textId="6C780ACD" w:rsidR="00F91806" w:rsidRDefault="00000000" w:rsidP="004F5CDE">
      <w:r>
        <w:t>For the first time since the raid, doubt crept in.</w:t>
      </w:r>
      <w:r w:rsidR="008E0FCD">
        <w:t xml:space="preserve"> </w:t>
      </w:r>
      <w:r>
        <w:t>I had been thrown into this role, into this mess, and now I was the one responsible for cleaning it up. Did they trust me? Did I even deserve their trust?</w:t>
      </w:r>
      <w:r w:rsidR="000476A3">
        <w:t xml:space="preserve"> </w:t>
      </w:r>
      <w:r>
        <w:t>I exhaled slowly, pushing the doubt down where it couldn’t reach me.</w:t>
      </w:r>
      <w:r w:rsidR="000476A3">
        <w:t xml:space="preserve"> </w:t>
      </w:r>
      <w:r>
        <w:t>No hesitation. No second-guessing. I had to take control.</w:t>
      </w:r>
    </w:p>
    <w:p w14:paraId="2B2C22B0" w14:textId="77777777" w:rsidR="000A5C3E" w:rsidRDefault="000A5C3E" w:rsidP="004F5CDE"/>
    <w:p w14:paraId="2666044F" w14:textId="1DBDEE8D" w:rsidR="003C24F2" w:rsidRDefault="00304FE8" w:rsidP="000A5C3E">
      <w:pPr>
        <w:jc w:val="center"/>
        <w:rPr>
          <w:rFonts w:ascii="Segoe UI Symbol" w:hAnsi="Segoe UI Symbol" w:cs="Segoe UI Symbol"/>
          <w:color w:val="365F91" w:themeColor="accent1" w:themeShade="BF"/>
        </w:rPr>
      </w:pPr>
      <w:r>
        <w:rPr>
          <w:rFonts w:ascii="Segoe UI Symbol" w:hAnsi="Segoe UI Symbol" w:cs="Segoe UI Symbol"/>
          <w:color w:val="365F91" w:themeColor="accent1" w:themeShade="BF"/>
        </w:rPr>
        <w:t>♞♛♞</w:t>
      </w:r>
    </w:p>
    <w:p w14:paraId="20C6EBD1" w14:textId="77777777" w:rsidR="000A5C3E" w:rsidRPr="00A351D5" w:rsidRDefault="000A5C3E" w:rsidP="000A5C3E">
      <w:pPr>
        <w:jc w:val="center"/>
        <w:rPr>
          <w:color w:val="365F91" w:themeColor="accent1" w:themeShade="BF"/>
        </w:rPr>
      </w:pPr>
    </w:p>
    <w:p w14:paraId="72F2810E" w14:textId="77777777" w:rsidR="00F91806" w:rsidRPr="0088525A" w:rsidRDefault="00000000" w:rsidP="00714AC7">
      <w:pPr>
        <w:rPr>
          <w:i/>
          <w:iCs/>
        </w:rPr>
      </w:pPr>
      <w:r w:rsidRPr="0088525A">
        <w:rPr>
          <w:i/>
          <w:iCs/>
        </w:rPr>
        <w:t>Email Draft:</w:t>
      </w:r>
    </w:p>
    <w:p w14:paraId="33FA1D22" w14:textId="77777777" w:rsidR="00F91806" w:rsidRPr="0088525A" w:rsidRDefault="00000000" w:rsidP="00714AC7">
      <w:pPr>
        <w:rPr>
          <w:i/>
          <w:iCs/>
        </w:rPr>
      </w:pPr>
      <w:r w:rsidRPr="0088525A">
        <w:rPr>
          <w:i/>
          <w:iCs/>
        </w:rPr>
        <w:t>Subject: Addressing Yesterday’s Events</w:t>
      </w:r>
    </w:p>
    <w:p w14:paraId="3382C1A8" w14:textId="77777777" w:rsidR="00F91806" w:rsidRPr="0088525A" w:rsidRDefault="00000000" w:rsidP="00714AC7">
      <w:pPr>
        <w:rPr>
          <w:i/>
          <w:iCs/>
        </w:rPr>
      </w:pPr>
      <w:r w:rsidRPr="0088525A">
        <w:rPr>
          <w:i/>
          <w:iCs/>
        </w:rPr>
        <w:t>Dear Team,</w:t>
      </w:r>
    </w:p>
    <w:p w14:paraId="13D2AD2A" w14:textId="77777777" w:rsidR="00F91806" w:rsidRPr="0088525A" w:rsidRDefault="00000000" w:rsidP="00714AC7">
      <w:pPr>
        <w:rPr>
          <w:i/>
          <w:iCs/>
        </w:rPr>
      </w:pPr>
      <w:r w:rsidRPr="0088525A">
        <w:rPr>
          <w:i/>
          <w:iCs/>
        </w:rPr>
        <w:t>First, I want to acknowledge how unsettling and chaotic yesterday must have felt for all of you. I appreciate your patience, professionalism, and resilience as we navigate this unexpected situation together.</w:t>
      </w:r>
    </w:p>
    <w:p w14:paraId="70C36F02" w14:textId="77777777" w:rsidR="00F91806" w:rsidRPr="0088525A" w:rsidRDefault="00000000" w:rsidP="00714AC7">
      <w:pPr>
        <w:rPr>
          <w:i/>
          <w:iCs/>
        </w:rPr>
      </w:pPr>
      <w:r w:rsidRPr="0088525A">
        <w:rPr>
          <w:i/>
          <w:iCs/>
        </w:rPr>
        <w:t>At this time, I want to assure you that we are actively working to get to the bottom of this. While we don’t have all the answers yet, I am committed to full transparency and ensuring that Silicone Solutions moves forward stronger than ever.</w:t>
      </w:r>
    </w:p>
    <w:p w14:paraId="0A11720A" w14:textId="77777777" w:rsidR="00F91806" w:rsidRPr="0088525A" w:rsidRDefault="00000000" w:rsidP="00714AC7">
      <w:pPr>
        <w:rPr>
          <w:i/>
          <w:iCs/>
        </w:rPr>
      </w:pPr>
      <w:r w:rsidRPr="0088525A">
        <w:rPr>
          <w:i/>
          <w:iCs/>
        </w:rPr>
        <w:t>To keep everyone informed, I will be holding a staff meeting tomorrow morning at 10:00 in the breakroom. I encourage all of you to attend so we can discuss what we know, address concerns, and align on next steps. If you have questions before then, feel free to reply to this email or reach out privately.</w:t>
      </w:r>
    </w:p>
    <w:p w14:paraId="613DB1A1" w14:textId="77777777" w:rsidR="00F91806" w:rsidRPr="0088525A" w:rsidRDefault="00000000" w:rsidP="00714AC7">
      <w:pPr>
        <w:rPr>
          <w:i/>
          <w:iCs/>
        </w:rPr>
      </w:pPr>
      <w:r w:rsidRPr="0088525A">
        <w:rPr>
          <w:i/>
          <w:iCs/>
        </w:rPr>
        <w:t>I know this situation is frustrating and unnerving, but I also know that we are a team, and we will get through this together. Thank you for sticking with me and with each other.</w:t>
      </w:r>
    </w:p>
    <w:p w14:paraId="688A95A4" w14:textId="2F06A284" w:rsidR="00F91806" w:rsidRPr="0088525A" w:rsidRDefault="00000000" w:rsidP="00714AC7">
      <w:pPr>
        <w:rPr>
          <w:i/>
          <w:iCs/>
        </w:rPr>
      </w:pPr>
      <w:r w:rsidRPr="0088525A">
        <w:rPr>
          <w:i/>
          <w:iCs/>
        </w:rPr>
        <w:t>See you all tomorrow.</w:t>
      </w:r>
    </w:p>
    <w:p w14:paraId="1B9E4C64" w14:textId="7407B59E" w:rsidR="00F91806" w:rsidRPr="0088525A" w:rsidRDefault="003C24F2" w:rsidP="004F5CDE">
      <w:pPr>
        <w:rPr>
          <w:i/>
          <w:iCs/>
        </w:rPr>
      </w:pPr>
      <w:r w:rsidRPr="0088525A">
        <w:rPr>
          <w:i/>
          <w:iCs/>
        </w:rPr>
        <w:t>Hannah</w:t>
      </w:r>
    </w:p>
    <w:p w14:paraId="0F097219" w14:textId="7638792E" w:rsidR="00F91806" w:rsidRDefault="00000000" w:rsidP="004F5CDE">
      <w:r>
        <w:t>I sat back, staring at the draft.</w:t>
      </w:r>
      <w:r w:rsidR="000476A3">
        <w:t xml:space="preserve"> </w:t>
      </w:r>
      <w:r>
        <w:t>Was this enough? Would they believe me?</w:t>
      </w:r>
      <w:r w:rsidR="000476A3">
        <w:t xml:space="preserve"> </w:t>
      </w:r>
      <w:r>
        <w:t xml:space="preserve">I glanced at Melanie, still tangled in the sheets, her red curls fanned across the pillow. She would </w:t>
      </w:r>
      <w:r>
        <w:lastRenderedPageBreak/>
        <w:t>know. She always saw what I couldn’t.</w:t>
      </w:r>
      <w:r w:rsidR="008E0FCD">
        <w:t xml:space="preserve"> </w:t>
      </w:r>
      <w:r>
        <w:t>I wouldn’t send it until she read it. Until she gave me her blessing.</w:t>
      </w:r>
    </w:p>
    <w:p w14:paraId="3679AD2D" w14:textId="0005990D" w:rsidR="00F91806" w:rsidRDefault="00000000" w:rsidP="004F5CDE">
      <w:r>
        <w:t>For now, I shut the laptop and turned back toward her, my body moving before my mind caught up.</w:t>
      </w:r>
      <w:r w:rsidR="008E0FCD">
        <w:t xml:space="preserve"> </w:t>
      </w:r>
      <w:r>
        <w:t>I slid back into bed, feeling the heat of her skin before I even touched her. She stirred slightly, her body shifting instinctively toward mine.</w:t>
      </w:r>
    </w:p>
    <w:p w14:paraId="3CB2A3F3" w14:textId="2D4A3613" w:rsidR="00F91806" w:rsidRDefault="00000000" w:rsidP="004F5CDE">
      <w:r>
        <w:t>The warmth of her against me sent a slow hum through my veins. She was still half-asleep, her breath soft, her body relaxed.</w:t>
      </w:r>
      <w:r w:rsidR="008E0FCD">
        <w:t xml:space="preserve"> </w:t>
      </w:r>
      <w:r>
        <w:t>I traced my fingers lightly down her arm, then lower, following the curve of her waist.</w:t>
      </w:r>
      <w:r w:rsidR="000476A3">
        <w:t xml:space="preserve"> </w:t>
      </w:r>
      <w:r>
        <w:t>I wasn’t just seeking pleasure—I was grounding myself. In her. In us.</w:t>
      </w:r>
    </w:p>
    <w:p w14:paraId="709759E0" w14:textId="63048D64" w:rsidR="00F91806" w:rsidRDefault="00000000" w:rsidP="004F5CDE">
      <w:r>
        <w:t>A soft sigh escaped her lips as I pressed gentle kisses along her shoulder, trailing lower, savoring the heat of her skin. I wanted to wake her slowly, delicately—like bringing a flame to life with just the right amount of air.</w:t>
      </w:r>
      <w:r w:rsidR="000476A3">
        <w:t xml:space="preserve"> </w:t>
      </w:r>
      <w:r>
        <w:t>Her body responded instinctively, arching slightly as my hands slid over her, exploring the softness I had already memorized but was never tired of rediscovering.</w:t>
      </w:r>
    </w:p>
    <w:p w14:paraId="795FE992" w14:textId="77777777" w:rsidR="00F91806" w:rsidRDefault="00000000" w:rsidP="004F5CDE">
      <w:r>
        <w:t>“Hannah…” she murmured sleepily, her voice laced with lazy pleasure.</w:t>
      </w:r>
    </w:p>
    <w:p w14:paraId="6F908856" w14:textId="77777777" w:rsidR="00F91806" w:rsidRDefault="00000000" w:rsidP="004F5CDE">
      <w:r>
        <w:t>I grinned against her skin. “Good morning.”</w:t>
      </w:r>
    </w:p>
    <w:p w14:paraId="16CB46A7" w14:textId="77777777" w:rsidR="00F91806" w:rsidRDefault="00000000" w:rsidP="004F5CDE">
      <w:r>
        <w:t>A breathy laugh escaped her. “It’s afternoon.”</w:t>
      </w:r>
    </w:p>
    <w:p w14:paraId="0F622E71" w14:textId="77777777" w:rsidR="00F91806" w:rsidRDefault="00000000" w:rsidP="004F5CDE">
      <w:r>
        <w:t>I pressed a kiss against the hollow of her throat. “Details.”</w:t>
      </w:r>
    </w:p>
    <w:p w14:paraId="3D3F21BE" w14:textId="642F6FD3" w:rsidR="00F91806" w:rsidRDefault="00000000" w:rsidP="004F5CDE">
      <w:r>
        <w:t>She rolled onto her back, her emerald eyes meeting mine, still hazy with sleep.</w:t>
      </w:r>
      <w:r w:rsidR="000476A3">
        <w:t xml:space="preserve"> </w:t>
      </w:r>
      <w:r>
        <w:t>“You’re insatiable.”</w:t>
      </w:r>
    </w:p>
    <w:p w14:paraId="6984A2E6" w14:textId="0AE1E32C" w:rsidR="00F91806" w:rsidRDefault="00000000" w:rsidP="004F5CDE">
      <w:r>
        <w:t>I hovered above her, brushing my lips against hers, slow and teasing. “For you? Always.”</w:t>
      </w:r>
    </w:p>
    <w:p w14:paraId="0805A0FC" w14:textId="5673DBD5" w:rsidR="00F91806" w:rsidRDefault="00000000" w:rsidP="004F5CDE">
      <w:r>
        <w:t>Her fingers tangled in my hair, pulling me deeper into the kiss, hungry now, awake now, needing now.</w:t>
      </w:r>
      <w:r w:rsidR="00596602">
        <w:t xml:space="preserve"> </w:t>
      </w:r>
      <w:r>
        <w:t>As our bodies pressed together, skin to skin, I wasn’t thinking about the raid.</w:t>
      </w:r>
      <w:r w:rsidR="00E17F65">
        <w:t xml:space="preserve"> </w:t>
      </w:r>
      <w:r>
        <w:t>Or the email waiting to be sent.</w:t>
      </w:r>
    </w:p>
    <w:p w14:paraId="5AFDA2B6" w14:textId="77777777" w:rsidR="00F91806" w:rsidRDefault="00000000" w:rsidP="004F5CDE">
      <w:r>
        <w:t>There was only her.</w:t>
      </w:r>
    </w:p>
    <w:p w14:paraId="7F90BE58" w14:textId="08D4FB2C" w:rsidR="00F91806" w:rsidRDefault="00000000" w:rsidP="004F5CDE">
      <w:r>
        <w:t>The way she gasped as I took my time worshiping her, pressing kisses lower, my hands mapping every inch of her.</w:t>
      </w:r>
      <w:r w:rsidR="000476A3">
        <w:t xml:space="preserve"> </w:t>
      </w:r>
      <w:r>
        <w:t>The way she whimpered when I dragged my tongue over the heat of her, teasing, savoring, controlling.</w:t>
      </w:r>
      <w:r w:rsidR="000476A3">
        <w:t xml:space="preserve"> </w:t>
      </w:r>
      <w:r>
        <w:t>The way her body trembled beneath me as I moved in rhythm with her, as her fingers dug into my shoulders, as she lost herself in the pleasure I was giving her.</w:t>
      </w:r>
    </w:p>
    <w:p w14:paraId="6EE34228" w14:textId="77777777" w:rsidR="00F91806" w:rsidRDefault="00000000" w:rsidP="004F5CDE">
      <w:r>
        <w:lastRenderedPageBreak/>
        <w:t>I wanted to undo her.</w:t>
      </w:r>
    </w:p>
    <w:p w14:paraId="1F6DF30B" w14:textId="77777777" w:rsidR="00F91806" w:rsidRDefault="00000000" w:rsidP="004F5CDE">
      <w:r>
        <w:t>And I did.</w:t>
      </w:r>
    </w:p>
    <w:p w14:paraId="372F14AA" w14:textId="5F2C69C2" w:rsidR="00F91806" w:rsidRDefault="00000000" w:rsidP="004F5CDE">
      <w:r>
        <w:t>We collapsed together, breathless, tangled in each other, the room still humming with the energy we had just created.</w:t>
      </w:r>
      <w:r w:rsidR="009845C6">
        <w:t xml:space="preserve"> </w:t>
      </w:r>
      <w:r>
        <w:t>Melanie finally let out a content sigh, her fingers tracing lazy circles on my back. “God, I needed that.”</w:t>
      </w:r>
    </w:p>
    <w:p w14:paraId="243891C1" w14:textId="77777777" w:rsidR="00F91806" w:rsidRDefault="00000000" w:rsidP="004F5CDE">
      <w:r>
        <w:t>I grinned, pressing a kiss to her temple. “Yeah?”</w:t>
      </w:r>
    </w:p>
    <w:p w14:paraId="293C6458" w14:textId="77777777" w:rsidR="00F91806" w:rsidRDefault="00000000" w:rsidP="004F5CDE">
      <w:r>
        <w:t>She rolled onto her side, propping herself up on an elbow. “Hannah… I love you.”</w:t>
      </w:r>
    </w:p>
    <w:p w14:paraId="5F9249C5" w14:textId="3F49785C" w:rsidR="00F91806" w:rsidRDefault="00000000" w:rsidP="004F5CDE">
      <w:r>
        <w:t>The words hit deep, sinking past the lust, past the adrenaline—straight to the part of me that had been searching for something real.</w:t>
      </w:r>
      <w:r w:rsidR="000476A3">
        <w:t xml:space="preserve"> </w:t>
      </w:r>
      <w:r>
        <w:t>I met her gaze, my chest tightening—not with fear, but with certainty.</w:t>
      </w:r>
    </w:p>
    <w:p w14:paraId="0A2502D4" w14:textId="77777777" w:rsidR="00F91806" w:rsidRDefault="00000000" w:rsidP="004F5CDE">
      <w:r>
        <w:t>“I love you, too, Mel,” I murmured, brushing a strand of hair from her face. “More than you know.”</w:t>
      </w:r>
    </w:p>
    <w:p w14:paraId="48EA46F2" w14:textId="77777777" w:rsidR="00F91806" w:rsidRDefault="00000000" w:rsidP="004F5CDE">
      <w:r>
        <w:t>She smiled, her expression open, vulnerable. “That almost sounds like a challenge.”</w:t>
      </w:r>
    </w:p>
    <w:p w14:paraId="5EB09A23" w14:textId="77777777" w:rsidR="00F91806" w:rsidRDefault="00000000" w:rsidP="004F5CDE">
      <w:r>
        <w:t>I smirked, pulling her close again. “Then I guess I’ll just have to keep proving it.”</w:t>
      </w:r>
    </w:p>
    <w:p w14:paraId="381623F5" w14:textId="77777777" w:rsidR="00F91806" w:rsidRDefault="00000000" w:rsidP="004F5CDE">
      <w:r>
        <w:t>And I would.</w:t>
      </w:r>
    </w:p>
    <w:p w14:paraId="5FF2951C" w14:textId="12F3BA67" w:rsidR="00F91806" w:rsidRDefault="00000000" w:rsidP="004F5CDE">
      <w:r>
        <w:t>Whatever happened next, whatever chaos was still waiting for me outside this room, I knew one thing for sure—Melanie was my home.</w:t>
      </w:r>
      <w:r w:rsidR="000476A3">
        <w:t xml:space="preserve"> </w:t>
      </w:r>
      <w:r>
        <w:t>And I wasn’t going anywhere.</w:t>
      </w:r>
    </w:p>
    <w:p w14:paraId="30870C39" w14:textId="77777777" w:rsidR="000D1BEE" w:rsidRDefault="000D1BEE" w:rsidP="004F5CDE"/>
    <w:p w14:paraId="5BFA59B2" w14:textId="77777777" w:rsidR="000D1BEE" w:rsidRDefault="000D1BEE" w:rsidP="004F5CDE"/>
    <w:p w14:paraId="13729BC1" w14:textId="77777777" w:rsidR="00F91806" w:rsidRDefault="00000000" w:rsidP="00C4771E">
      <w:pPr>
        <w:pStyle w:val="Heading1"/>
      </w:pPr>
      <w:bookmarkStart w:id="46" w:name="_Toc189281337"/>
      <w:r>
        <w:t>Chapter 23: Dirty Laundry</w:t>
      </w:r>
      <w:bookmarkEnd w:id="46"/>
    </w:p>
    <w:p w14:paraId="7A0B6AF0" w14:textId="77777777" w:rsidR="00C4771E" w:rsidRDefault="00C4771E" w:rsidP="004F5CDE"/>
    <w:p w14:paraId="2ECDE48D" w14:textId="5DF423B9" w:rsidR="00F91806" w:rsidRDefault="00000000" w:rsidP="004F5CDE">
      <w:r>
        <w:t>Still wrapped in Melanie’s embrace, I exhaled slowly, savoring the warmth of her skin against mine. The world outside our bed felt like another dimension—one filled with expectations, responsibilities, and the ever-growing mystery of who was trying to sabotage my store.</w:t>
      </w:r>
    </w:p>
    <w:p w14:paraId="2BC5B9DC" w14:textId="77777777" w:rsidR="00F91806" w:rsidRDefault="00000000" w:rsidP="004F5CDE">
      <w:r>
        <w:t>For now, though? It was just us.</w:t>
      </w:r>
    </w:p>
    <w:p w14:paraId="231BE161" w14:textId="6B29574E" w:rsidR="00F91806" w:rsidRDefault="00000000" w:rsidP="004F5CDE">
      <w:r>
        <w:lastRenderedPageBreak/>
        <w:t>But reality had a cruel way of creeping in.</w:t>
      </w:r>
      <w:r w:rsidR="00FA3CF7">
        <w:t xml:space="preserve"> </w:t>
      </w:r>
      <w:r>
        <w:t>“I need you to read an email before I send it,” I murmured against her hair. “I’m calling a staff meeting tomorrow, and I want your input.”</w:t>
      </w:r>
    </w:p>
    <w:p w14:paraId="7FA21D87" w14:textId="77777777" w:rsidR="00F91806" w:rsidRDefault="00000000" w:rsidP="004F5CDE">
      <w:r>
        <w:t>Melanie shifted slightly, her fingers tracing lazy circles on my arm. “I got you, babe,” she said, her voice thick with satisfaction. Then she smirked. “But is there any wine left?”</w:t>
      </w:r>
    </w:p>
    <w:p w14:paraId="0953B557" w14:textId="77777777" w:rsidR="00F91806" w:rsidRDefault="00000000" w:rsidP="004F5CDE">
      <w:r>
        <w:t>I smirked back. “We can get more delivered. Just gotta flash an ID at the driver.” I hesitated, my voice turning softer. “Are you staying tonight?”</w:t>
      </w:r>
    </w:p>
    <w:p w14:paraId="6B60704B" w14:textId="77777777" w:rsidR="00F91806" w:rsidRDefault="00000000" w:rsidP="004F5CDE">
      <w:r>
        <w:t>Melanie’s lips curled into a slow, wicked smile. “That depends,” she teased, stretching like a cat. “Are we answering the door like this? Because I guarantee it’ll be the best tip that poor delivery guy ever gets.”</w:t>
      </w:r>
    </w:p>
    <w:p w14:paraId="6DC0D518" w14:textId="77777777" w:rsidR="00F91806" w:rsidRDefault="00000000" w:rsidP="004F5CDE">
      <w:r>
        <w:t>A laugh bubbled out of me, light and unrestrained. “You’re evil.”</w:t>
      </w:r>
    </w:p>
    <w:p w14:paraId="5A0B3484" w14:textId="003935BC" w:rsidR="00F91806" w:rsidRDefault="00000000" w:rsidP="004F5CDE">
      <w:r>
        <w:t>“Maybe,” she admitted, reaching for my laptop. “But first—let me read that email.”</w:t>
      </w:r>
      <w:r w:rsidR="00FA3CF7">
        <w:t xml:space="preserve"> </w:t>
      </w:r>
      <w:r w:rsidR="00E17F65">
        <w:t xml:space="preserve">She </w:t>
      </w:r>
      <w:r>
        <w:t xml:space="preserve">sat up against the headboard, her eyes scanning </w:t>
      </w:r>
      <w:r w:rsidR="00FA3CF7">
        <w:t>the</w:t>
      </w:r>
      <w:r>
        <w:t xml:space="preserve"> draft, her expression unreadable. I watched her closely, nerves thrumming beneath my skin.</w:t>
      </w:r>
    </w:p>
    <w:p w14:paraId="653D4AE4" w14:textId="0246A812" w:rsidR="00F91806" w:rsidRDefault="00000000" w:rsidP="004F5CDE">
      <w:r>
        <w:t>Was it too formal? Too stiff? Did I sound in control or like I was barely holding things together?</w:t>
      </w:r>
      <w:r w:rsidR="00FA3CF7">
        <w:t xml:space="preserve"> </w:t>
      </w:r>
      <w:r>
        <w:t>After a few moments, she exhaled, meeting my gaze.</w:t>
      </w:r>
      <w:r w:rsidR="00E17F65">
        <w:t xml:space="preserve"> </w:t>
      </w:r>
      <w:r>
        <w:t>"It’s solid," she said, tapping the laptop. "Professional. Steady. But it needs something."</w:t>
      </w:r>
    </w:p>
    <w:p w14:paraId="7B6EF354" w14:textId="77777777" w:rsidR="00F91806" w:rsidRDefault="00000000" w:rsidP="004F5CDE">
      <w:r>
        <w:t>I raised an eyebrow. "Like what?"</w:t>
      </w:r>
    </w:p>
    <w:p w14:paraId="6A79C9EF" w14:textId="77777777" w:rsidR="00F91806" w:rsidRDefault="00000000" w:rsidP="004F5CDE">
      <w:r>
        <w:t>She turned the screen toward me, pointing to the last paragraph. "You’re reassuring them, which is great, but you’re also keeping them at arm’s length. They need to feel like you’re in this with them—not just leading from above."</w:t>
      </w:r>
    </w:p>
    <w:p w14:paraId="5D44CFBB" w14:textId="77777777" w:rsidR="00F91806" w:rsidRDefault="00000000" w:rsidP="004F5CDE">
      <w:r>
        <w:t>I frowned. "So, how do I do that without sounding like I have no idea what I’m doing?"</w:t>
      </w:r>
    </w:p>
    <w:p w14:paraId="0602048F" w14:textId="53FCCF51" w:rsidR="00F91806" w:rsidRDefault="00000000" w:rsidP="004F5CDE">
      <w:r>
        <w:t>Her lips curled in amusement. "You mean without telling them you’re figuring this out as you go?" She nudged me playfully before getting serious again.</w:t>
      </w:r>
      <w:r w:rsidR="00FA3CF7">
        <w:t xml:space="preserve"> </w:t>
      </w:r>
      <w:r>
        <w:t>"Add something personal. A line that shows them you get it—that you understand how much this store means to them because it means just as much to you."</w:t>
      </w:r>
    </w:p>
    <w:p w14:paraId="167590B5" w14:textId="77777777" w:rsidR="00F91806" w:rsidRDefault="00000000" w:rsidP="004F5CDE">
      <w:r>
        <w:t>I nodded slowly. "Like what?"</w:t>
      </w:r>
    </w:p>
    <w:p w14:paraId="41774958" w14:textId="3312A676" w:rsidR="00F91806" w:rsidRDefault="00000000" w:rsidP="004F5CDE">
      <w:r>
        <w:t>Without hesitation, she leaned over, her fingers dancing over the keyboard as she murmured aloud.</w:t>
      </w:r>
      <w:r w:rsidR="00FA3CF7">
        <w:t xml:space="preserve"> </w:t>
      </w:r>
      <w:r>
        <w:t xml:space="preserve">“Something like… ‘I know that for many of you, this store is more than </w:t>
      </w:r>
      <w:r>
        <w:lastRenderedPageBreak/>
        <w:t>just a job—it’s a community. And I promise, I’m just as invested in protecting that as you are.’”</w:t>
      </w:r>
    </w:p>
    <w:p w14:paraId="3FFD2771" w14:textId="342EE01C" w:rsidR="00F91806" w:rsidRDefault="00000000" w:rsidP="004F5CDE">
      <w:r>
        <w:t>I stared at the screen. Simple. Direct. Human.</w:t>
      </w:r>
      <w:r w:rsidR="00FA3CF7">
        <w:t xml:space="preserve"> </w:t>
      </w:r>
      <w:r>
        <w:t>"That’s… actually really good," I admitted.</w:t>
      </w:r>
    </w:p>
    <w:p w14:paraId="6DDEDFCE" w14:textId="77777777" w:rsidR="00F91806" w:rsidRDefault="00000000" w:rsidP="004F5CDE">
      <w:r>
        <w:t>Melanie smirked, smug but affectionate. "Of course it is. You should really let me run all your PR."</w:t>
      </w:r>
    </w:p>
    <w:p w14:paraId="1A3CE629" w14:textId="77777777" w:rsidR="00F91806" w:rsidRDefault="00000000" w:rsidP="004F5CDE">
      <w:r>
        <w:t>I rolled my eyes but couldn’t fight the smile. "I’ll consider it. After you officially move in."</w:t>
      </w:r>
    </w:p>
    <w:p w14:paraId="2D568458" w14:textId="77777777" w:rsidR="00F91806" w:rsidRDefault="00000000" w:rsidP="004F5CDE">
      <w:r>
        <w:t>She shot me a look. "Is that a proposal, Ms. CEO?"</w:t>
      </w:r>
    </w:p>
    <w:p w14:paraId="422584BB" w14:textId="2D18D61B" w:rsidR="00F91806" w:rsidRDefault="00000000" w:rsidP="004F5CDE">
      <w:r>
        <w:t>I grinned and pressed the Send button. "Maybe. But first, we survive tomorrow."</w:t>
      </w:r>
    </w:p>
    <w:p w14:paraId="3461C4A3" w14:textId="77777777" w:rsidR="00F91806" w:rsidRDefault="00000000" w:rsidP="004F5CDE">
      <w:r>
        <w:t xml:space="preserve">She raised her nearly empty wine glass. </w:t>
      </w:r>
    </w:p>
    <w:p w14:paraId="25C17EBA" w14:textId="77777777" w:rsidR="00F91806" w:rsidRDefault="00000000" w:rsidP="004F5CDE">
      <w:r>
        <w:t>"To survival."</w:t>
      </w:r>
    </w:p>
    <w:p w14:paraId="713CECCE" w14:textId="0A8BA433" w:rsidR="00F91806" w:rsidRDefault="00000000" w:rsidP="004F5CDE">
      <w:r>
        <w:t>I clinked my empty glass against hers, then stole another lingering kiss before sending the email off.</w:t>
      </w:r>
      <w:r w:rsidR="00FA3CF7">
        <w:t xml:space="preserve"> </w:t>
      </w:r>
      <w:r>
        <w:t>As I shut my laptop, I met her gaze and felt my heart stutter.</w:t>
      </w:r>
      <w:r w:rsidR="00E17F65">
        <w:t xml:space="preserve"> </w:t>
      </w:r>
      <w:r>
        <w:t>"Melanie, I know only fools rush in, but every minute away from you feels unbearable." I hesitated, then grinned. "Before we make any big decisions, though… I think it’s time you invited me to your place."</w:t>
      </w:r>
    </w:p>
    <w:p w14:paraId="4955A035" w14:textId="77777777" w:rsidR="00F91806" w:rsidRDefault="00000000" w:rsidP="004F5CDE">
      <w:r>
        <w:t>Melanie smirked. "I thought you’d never ask. I just need to make sure my live-in squeeze isn’t there."</w:t>
      </w:r>
    </w:p>
    <w:p w14:paraId="74EFF761" w14:textId="77777777" w:rsidR="00F91806" w:rsidRDefault="00000000" w:rsidP="004F5CDE">
      <w:r>
        <w:t>I gasped, playfully shoving her shoulder. "Oh my God, stop it!"</w:t>
      </w:r>
    </w:p>
    <w:p w14:paraId="34F2342F" w14:textId="77777777" w:rsidR="00F91806" w:rsidRDefault="00000000" w:rsidP="004F5CDE">
      <w:r>
        <w:t>"Actually, my ex is hiding in the bathroom right now," I quipped. "He's been sobbing into a pint of Ben &amp; Jerry’s, devastated that I left him for you."</w:t>
      </w:r>
    </w:p>
    <w:p w14:paraId="4AC8B0F0" w14:textId="77777777" w:rsidR="00F91806" w:rsidRDefault="00000000" w:rsidP="004F5CDE">
      <w:r>
        <w:t>Melanie burst into laughter, eyes shining, "You’re ridiculous…but what does he look like?”</w:t>
      </w:r>
    </w:p>
    <w:p w14:paraId="1038B411" w14:textId="0EE12877" w:rsidR="00F91806" w:rsidRDefault="00000000" w:rsidP="004F5CDE">
      <w:r>
        <w:t>“A little hair</w:t>
      </w:r>
      <w:r w:rsidR="00FE62F2">
        <w:t>ier</w:t>
      </w:r>
      <w:r>
        <w:t xml:space="preserve"> than you,” I replied, and nowhere near as soft.</w:t>
      </w:r>
    </w:p>
    <w:p w14:paraId="6A60B196" w14:textId="77777777" w:rsidR="00F91806" w:rsidRDefault="00000000" w:rsidP="004F5CDE">
      <w:r>
        <w:t>Melanie chuckled again: “Why the hell didn’t you show up in my life sooner?"</w:t>
      </w:r>
    </w:p>
    <w:p w14:paraId="1A89B74A" w14:textId="77777777" w:rsidR="00F91806" w:rsidRDefault="00000000" w:rsidP="004F5CDE">
      <w:r>
        <w:t>I sighed dramatically. "Blame my aunt’s longevity."</w:t>
      </w:r>
    </w:p>
    <w:p w14:paraId="304945A9" w14:textId="77777777" w:rsidR="00F91806" w:rsidRDefault="00000000" w:rsidP="004F5CDE">
      <w:r>
        <w:t>The second it left my mouth, I winced.</w:t>
      </w:r>
    </w:p>
    <w:p w14:paraId="1C4E95AC" w14:textId="14B6AA52" w:rsidR="00F91806" w:rsidRDefault="00000000" w:rsidP="004F5CDE">
      <w:r>
        <w:lastRenderedPageBreak/>
        <w:t>Melanie stared. "Too soon, babe. Way too soon</w:t>
      </w:r>
      <w:r w:rsidR="00DD2BC7">
        <w:t>!</w:t>
      </w:r>
      <w:r>
        <w:t>"</w:t>
      </w:r>
      <w:r w:rsidR="004275DE">
        <w:t xml:space="preserve"> </w:t>
      </w:r>
      <w:r>
        <w:t>We both cracked up, and just like that, the weight of the world felt a little lighter.</w:t>
      </w:r>
    </w:p>
    <w:p w14:paraId="1B115049" w14:textId="7694B062" w:rsidR="00F91806" w:rsidRDefault="00000000" w:rsidP="004F5CDE">
      <w:r>
        <w:t>We lay there in comfortable silence, wrapped up in warmth, but Melanie finally broke it.</w:t>
      </w:r>
      <w:r w:rsidR="004275DE">
        <w:t xml:space="preserve"> </w:t>
      </w:r>
      <w:r>
        <w:t>“Beauty queen, my buzz is gone, I forgot to bring clothes for tomorrow, and I definitely need to hide all my sex toys before you come over."</w:t>
      </w:r>
    </w:p>
    <w:p w14:paraId="0241C6CE" w14:textId="77777777" w:rsidR="00F91806" w:rsidRDefault="00000000" w:rsidP="004F5CDE">
      <w:r>
        <w:t>I grinned. "Hide them? Sure. Just don’t forget and leave them in the dishwasher."</w:t>
      </w:r>
    </w:p>
    <w:p w14:paraId="30748ED9" w14:textId="77777777" w:rsidR="00F91806" w:rsidRDefault="00000000" w:rsidP="004F5CDE">
      <w:r>
        <w:t>Melanie gasped. "Excuse me?! So now you think I’m unclean?" She clutched her chest, feigning devastation.</w:t>
      </w:r>
    </w:p>
    <w:p w14:paraId="0298F5A7" w14:textId="77777777" w:rsidR="00F91806" w:rsidRDefault="00000000" w:rsidP="004F5CDE">
      <w:r>
        <w:t>I smirked, rolling on top of her, pinning her wrists against the mattress. "We both are, given what just transpired. We reek of sex—amazing, mind-blowing, orgasmic sex."</w:t>
      </w:r>
    </w:p>
    <w:p w14:paraId="4114B17A" w14:textId="77777777" w:rsidR="00F91806" w:rsidRDefault="00000000" w:rsidP="004F5CDE">
      <w:r>
        <w:t>Her emerald eyes darkened with amusement. "And yet, you crave more?"</w:t>
      </w:r>
    </w:p>
    <w:p w14:paraId="51E97CCC" w14:textId="4FAFDB45" w:rsidR="00F91806" w:rsidRDefault="00A669BD" w:rsidP="004F5CDE">
      <w:r w:rsidRPr="00A669BD">
        <w:t>Was I really the kind of person who could promise forever? Hadn’t I spent my whole life avoiding that word? And yet, with her… the fear wasn’t there.</w:t>
      </w:r>
      <w:r w:rsidR="00B72D83">
        <w:t xml:space="preserve"> </w:t>
      </w:r>
      <w:r>
        <w:t>I leaned in, trailing my lips against the shell of her ear. "Forever."</w:t>
      </w:r>
    </w:p>
    <w:p w14:paraId="05658909" w14:textId="77777777" w:rsidR="00F91806" w:rsidRDefault="00000000" w:rsidP="004F5CDE">
      <w:r>
        <w:t>She shivered slightly, but before I could push things further, she cupped my face and whispered, "Shower with me before I go?"</w:t>
      </w:r>
    </w:p>
    <w:p w14:paraId="2346D977" w14:textId="77777777" w:rsidR="00F91806" w:rsidRDefault="00000000" w:rsidP="004F5CDE">
      <w:r>
        <w:t>A slow grin spread across my lips. "You read my mind."</w:t>
      </w:r>
    </w:p>
    <w:p w14:paraId="701170BC" w14:textId="77777777" w:rsidR="00F91806" w:rsidRDefault="00000000" w:rsidP="004F5CDE">
      <w:r>
        <w:t>As we slipped out of bed, my phone buzzed against the nightstand.</w:t>
      </w:r>
    </w:p>
    <w:p w14:paraId="681ED993" w14:textId="77777777" w:rsidR="00F91806" w:rsidRDefault="00000000" w:rsidP="004F5CDE">
      <w:r>
        <w:t>I ignored it.</w:t>
      </w:r>
    </w:p>
    <w:p w14:paraId="028DD138" w14:textId="77777777" w:rsidR="00F91806" w:rsidRDefault="00000000" w:rsidP="004F5CDE">
      <w:r>
        <w:t>We’d deal with the chaos tomorrow.</w:t>
      </w:r>
    </w:p>
    <w:p w14:paraId="15A00BA4" w14:textId="77777777" w:rsidR="00F91806" w:rsidRDefault="00000000" w:rsidP="004F5CDE">
      <w:r>
        <w:t>But something told me the real storm hadn’t even hit yet.</w:t>
      </w:r>
    </w:p>
    <w:p w14:paraId="4A0085E3" w14:textId="77777777" w:rsidR="000D1BEE" w:rsidRDefault="000D1BEE" w:rsidP="004F5CDE"/>
    <w:p w14:paraId="16CC1A9C" w14:textId="77777777" w:rsidR="000D1BEE" w:rsidRDefault="000D1BEE" w:rsidP="004F5CDE"/>
    <w:p w14:paraId="59BD1ACF" w14:textId="77777777" w:rsidR="00F91806" w:rsidRDefault="00000000" w:rsidP="00C4771E">
      <w:pPr>
        <w:pStyle w:val="Heading1"/>
      </w:pPr>
      <w:bookmarkStart w:id="47" w:name="_Toc189281338"/>
      <w:r>
        <w:t>Chapter 24: Cloud Burst</w:t>
      </w:r>
      <w:bookmarkEnd w:id="47"/>
    </w:p>
    <w:p w14:paraId="1D8B4E4B" w14:textId="77777777" w:rsidR="00C4771E" w:rsidRDefault="00C4771E" w:rsidP="004F5CDE"/>
    <w:p w14:paraId="2FA49A28" w14:textId="7C8052F0" w:rsidR="00F91806" w:rsidRDefault="00000000" w:rsidP="004F5CDE">
      <w:r>
        <w:t>The door clicked shut behind Melanie, the silence swallow</w:t>
      </w:r>
      <w:r w:rsidR="004823D0">
        <w:t>ing</w:t>
      </w:r>
      <w:r>
        <w:t xml:space="preserve"> me whole.</w:t>
      </w:r>
      <w:r w:rsidR="0020739E">
        <w:t xml:space="preserve"> </w:t>
      </w:r>
      <w:r>
        <w:t>For the first time since the raid, I was alone. Truly, terrifyingly alone.</w:t>
      </w:r>
      <w:r w:rsidR="0020739E">
        <w:t xml:space="preserve"> </w:t>
      </w:r>
      <w:r>
        <w:t xml:space="preserve">The warmth of her touch still </w:t>
      </w:r>
      <w:r>
        <w:lastRenderedPageBreak/>
        <w:t>lingered on my skin, ghosting over the places where her fingers had traced, where her lips had burned. But it couldn’t hold back the wave crashing inside me—the weight of everything I’d been holding together finally coming apart at the seams.</w:t>
      </w:r>
    </w:p>
    <w:p w14:paraId="2F1873A7" w14:textId="6B6F8FEF" w:rsidR="00CA1A2A" w:rsidRDefault="00000000" w:rsidP="004F5CDE">
      <w:r>
        <w:t>I stumbled toward the kitchen, not sure if I needed water or just something—anything—to anchor me. My hands trembled as I reached for a glass, but before I could grab it, my breath hitched.</w:t>
      </w:r>
      <w:r w:rsidR="0020739E">
        <w:t xml:space="preserve"> </w:t>
      </w:r>
      <w:r w:rsidR="00CA1A2A" w:rsidRPr="00CA1A2A">
        <w:t>I gripped the counter, breathing deep, steadying myself. But the more I tried to contain it, the more it swelled, clawing up my throat.</w:t>
      </w:r>
    </w:p>
    <w:p w14:paraId="66D3CFA8" w14:textId="5647042F" w:rsidR="00F91806" w:rsidRDefault="00CA1A2A" w:rsidP="004F5CDE">
      <w:r>
        <w:t>And suddenly, I was on the floor.</w:t>
      </w:r>
      <w:r w:rsidR="00E17F65">
        <w:t xml:space="preserve"> </w:t>
      </w:r>
      <w:r w:rsidR="00000000">
        <w:t>The sob came out of nowhere—sharp, ragged, ugly.</w:t>
      </w:r>
      <w:r w:rsidR="00E17F65">
        <w:t xml:space="preserve"> </w:t>
      </w:r>
      <w:r w:rsidR="00000000">
        <w:t>Then another.</w:t>
      </w:r>
      <w:r w:rsidR="00E17F65">
        <w:t xml:space="preserve"> </w:t>
      </w:r>
      <w:r w:rsidR="00000000">
        <w:t>And another.</w:t>
      </w:r>
      <w:r w:rsidR="00E17F65">
        <w:t xml:space="preserve"> </w:t>
      </w:r>
      <w:r w:rsidR="00000000">
        <w:t>I buried my face in my hands, hot tears spilling onto my knees as I pulled them tight to my chest.</w:t>
      </w:r>
      <w:r w:rsidR="00455D4E">
        <w:t xml:space="preserve"> </w:t>
      </w:r>
      <w:r w:rsidR="00000000">
        <w:t>It wasn’t just about the raid. It wasn’t just about the betrayal simmering beneath the surface, waiting to explode.</w:t>
      </w:r>
    </w:p>
    <w:p w14:paraId="2B3C4397" w14:textId="0C08A1A8" w:rsidR="00F91806" w:rsidRDefault="00000000" w:rsidP="004F5CDE">
      <w:r>
        <w:t>It was everything.</w:t>
      </w:r>
      <w:r w:rsidR="00E202B8">
        <w:t xml:space="preserve"> </w:t>
      </w:r>
      <w:r>
        <w:t>The weight of an empire I hadn’t asked for. The paranoia of not knowing who I could trust. The realization that I was falling, hard, for a woman who had slipped past every defense I thought I had.</w:t>
      </w:r>
    </w:p>
    <w:p w14:paraId="41F9B60C" w14:textId="77777777" w:rsidR="00F91806" w:rsidRDefault="00000000" w:rsidP="004F5CDE">
      <w:r>
        <w:t>And the most terrifying part?</w:t>
      </w:r>
    </w:p>
    <w:p w14:paraId="3210AFDC" w14:textId="44CBEC56" w:rsidR="00F91806" w:rsidRDefault="00000000" w:rsidP="004F5CDE">
      <w:r>
        <w:t>I didn’t want to sleep alone anymore.</w:t>
      </w:r>
      <w:r w:rsidR="00E202B8">
        <w:t xml:space="preserve"> </w:t>
      </w:r>
      <w:r>
        <w:t>For years, I had been fine—thrived, even—in my independence. No one to answer to. No one to disappoint.</w:t>
      </w:r>
      <w:r w:rsidR="00E202B8">
        <w:t xml:space="preserve"> </w:t>
      </w:r>
      <w:r>
        <w:t>But now?</w:t>
      </w:r>
      <w:r w:rsidR="00E202B8">
        <w:t xml:space="preserve"> </w:t>
      </w:r>
      <w:r>
        <w:t>Now, I wanted Melanie next to me when the storm hit.</w:t>
      </w:r>
    </w:p>
    <w:p w14:paraId="45375E51" w14:textId="77777777" w:rsidR="00F91806" w:rsidRDefault="00000000" w:rsidP="004F5CDE">
      <w:r>
        <w:t>I needed her.</w:t>
      </w:r>
    </w:p>
    <w:p w14:paraId="2BC29996" w14:textId="77777777" w:rsidR="00E202B8" w:rsidRDefault="00000000" w:rsidP="004F5CDE">
      <w:r>
        <w:t>I let myself break, just for a moment. Just long enough to let the exhaustion bleed out.</w:t>
      </w:r>
      <w:r w:rsidR="00E202B8">
        <w:t xml:space="preserve"> </w:t>
      </w:r>
      <w:r>
        <w:t>And then, I wiped my face and stood up.</w:t>
      </w:r>
      <w:r w:rsidR="00E202B8">
        <w:t xml:space="preserve"> </w:t>
      </w:r>
      <w:r>
        <w:t>Enough.</w:t>
      </w:r>
      <w:r w:rsidR="00E202B8">
        <w:t xml:space="preserve"> </w:t>
      </w:r>
      <w:r>
        <w:t>I wasn’t going to drown in this. I had a store to protect, a team to lead, and a traitor to expose.</w:t>
      </w:r>
      <w:r w:rsidR="00CB1774">
        <w:t xml:space="preserve"> </w:t>
      </w:r>
    </w:p>
    <w:p w14:paraId="57BD1248" w14:textId="14DC694B" w:rsidR="00F91806" w:rsidRDefault="00000000" w:rsidP="004F5CDE">
      <w:r>
        <w:t>I forced myself toward the bed, peeling back the sheets that still smelled like wine, sex, and Melanie.</w:t>
      </w:r>
      <w:r w:rsidR="00E202B8">
        <w:t xml:space="preserve"> </w:t>
      </w:r>
      <w:r>
        <w:t xml:space="preserve">I </w:t>
      </w:r>
      <w:r w:rsidR="00E202B8">
        <w:t>sh</w:t>
      </w:r>
      <w:r>
        <w:t>ould’ve stripped them, but instead, I collapsed onto the mattress, inhaling deeply, letting her scent ground me.</w:t>
      </w:r>
    </w:p>
    <w:p w14:paraId="0B733E42" w14:textId="77777777" w:rsidR="00F91806" w:rsidRDefault="00000000" w:rsidP="004F5CDE">
      <w:r>
        <w:t>Sleep pulled me under fast. And in my dreams, she was there—her hands, her lips, her body pressing into mine like she was trying to fuse us together.</w:t>
      </w:r>
    </w:p>
    <w:p w14:paraId="5F28253E" w14:textId="77777777" w:rsidR="00F91806" w:rsidRDefault="00000000" w:rsidP="004F5CDE">
      <w:r>
        <w:t>Even asleep, I needed her.</w:t>
      </w:r>
    </w:p>
    <w:p w14:paraId="0432F353" w14:textId="77777777" w:rsidR="007D424C" w:rsidRDefault="007D424C" w:rsidP="004F5CDE"/>
    <w:p w14:paraId="04476658" w14:textId="248DFADC" w:rsidR="00C4771E" w:rsidRPr="00A351D5" w:rsidRDefault="00304FE8" w:rsidP="007D424C">
      <w:pPr>
        <w:jc w:val="center"/>
        <w:rPr>
          <w:color w:val="365F91" w:themeColor="accent1" w:themeShade="BF"/>
        </w:rPr>
      </w:pPr>
      <w:r>
        <w:rPr>
          <w:rFonts w:ascii="Segoe UI Symbol" w:hAnsi="Segoe UI Symbol" w:cs="Segoe UI Symbol"/>
          <w:color w:val="365F91" w:themeColor="accent1" w:themeShade="BF"/>
        </w:rPr>
        <w:t>♞♛♞</w:t>
      </w:r>
    </w:p>
    <w:p w14:paraId="2229AF5D" w14:textId="77777777" w:rsidR="00F91806" w:rsidRDefault="00F91806" w:rsidP="004F5CDE"/>
    <w:p w14:paraId="52BB40C4" w14:textId="77777777" w:rsidR="00E17F65" w:rsidRDefault="00000000" w:rsidP="004F5CDE">
      <w:r>
        <w:t>The alarm’s brutal ring ripped me from the dream.</w:t>
      </w:r>
      <w:r w:rsidR="00732B6B">
        <w:t xml:space="preserve"> </w:t>
      </w:r>
      <w:r>
        <w:t>I groaned, eyes barely open as I reached for my phone.</w:t>
      </w:r>
      <w:r w:rsidR="00E17F65">
        <w:t xml:space="preserve"> </w:t>
      </w:r>
      <w:r w:rsidR="00EF5C08">
        <w:t>5:30 AM.</w:t>
      </w:r>
      <w:r w:rsidR="00E17F65">
        <w:t xml:space="preserve"> </w:t>
      </w:r>
      <w:r>
        <w:t>A deep rumble shook the apartment.</w:t>
      </w:r>
      <w:r w:rsidR="00E17F65">
        <w:t xml:space="preserve"> </w:t>
      </w:r>
    </w:p>
    <w:p w14:paraId="4C5E38C9" w14:textId="097E70D5" w:rsidR="00F91806" w:rsidRDefault="00000000" w:rsidP="004F5CDE">
      <w:r>
        <w:t>A storm.</w:t>
      </w:r>
    </w:p>
    <w:p w14:paraId="2ABD5922" w14:textId="4A8A3057" w:rsidR="00F91806" w:rsidRDefault="00000000" w:rsidP="004F5CDE">
      <w:r>
        <w:t>I sat up, rubbing my face, a lingering unease curling in my stomach. Normally, I loved thunderstorms—the scent of rain, the way the air buzzed with electricity before the first crack of lightning split the sky.</w:t>
      </w:r>
      <w:r w:rsidR="009E3024">
        <w:t xml:space="preserve"> </w:t>
      </w:r>
      <w:r>
        <w:t>But today, the sky felt heavier.</w:t>
      </w:r>
    </w:p>
    <w:p w14:paraId="3D11482A" w14:textId="326D50AC" w:rsidR="00F91806" w:rsidRDefault="00000000" w:rsidP="004F5CDE">
      <w:r>
        <w:t>I swung my legs over the edge of the bed, standing as I stretched. The room still smelled like her, and for a moment, I let it settle over me like armor.</w:t>
      </w:r>
      <w:r w:rsidR="009E3024">
        <w:t xml:space="preserve"> </w:t>
      </w:r>
    </w:p>
    <w:p w14:paraId="36A65BF2" w14:textId="77777777" w:rsidR="001E543F" w:rsidRDefault="001E543F" w:rsidP="004F5CDE"/>
    <w:p w14:paraId="6850BED8" w14:textId="506ABDD5" w:rsidR="001E543F" w:rsidRPr="00A351D5" w:rsidRDefault="00304FE8" w:rsidP="003140E5">
      <w:pPr>
        <w:jc w:val="center"/>
        <w:rPr>
          <w:color w:val="365F91" w:themeColor="accent1" w:themeShade="BF"/>
        </w:rPr>
      </w:pPr>
      <w:r>
        <w:rPr>
          <w:rFonts w:ascii="Segoe UI Symbol" w:hAnsi="Segoe UI Symbol" w:cs="Segoe UI Symbol"/>
          <w:color w:val="365F91" w:themeColor="accent1" w:themeShade="BF"/>
        </w:rPr>
        <w:t>♞♛♞</w:t>
      </w:r>
    </w:p>
    <w:p w14:paraId="5B0A52CA" w14:textId="77777777" w:rsidR="00F91806" w:rsidRDefault="00F91806" w:rsidP="004F5CDE"/>
    <w:p w14:paraId="74DD8E09" w14:textId="1C8687D3" w:rsidR="00F91806" w:rsidRDefault="00000000" w:rsidP="004F5CDE">
      <w:r>
        <w:t>Thunder rattled the windows. A warning.</w:t>
      </w:r>
      <w:r w:rsidR="009E3024">
        <w:t xml:space="preserve"> </w:t>
      </w:r>
      <w:r>
        <w:t>As I stood to grab my coat, a sharp bolt of lightning split the sky.</w:t>
      </w:r>
      <w:r w:rsidR="009E3024">
        <w:t xml:space="preserve"> </w:t>
      </w:r>
      <w:r>
        <w:t>The storm was here.</w:t>
      </w:r>
      <w:r w:rsidR="009E3024">
        <w:t xml:space="preserve"> </w:t>
      </w:r>
      <w:r>
        <w:t>And something in my gut told me—</w:t>
      </w:r>
      <w:r w:rsidR="009E3024">
        <w:t>t</w:t>
      </w:r>
      <w:r>
        <w:t>his was only the beginning.</w:t>
      </w:r>
    </w:p>
    <w:p w14:paraId="5080AFFB" w14:textId="77777777" w:rsidR="000D1BEE" w:rsidRDefault="000D1BEE" w:rsidP="004F5CDE"/>
    <w:p w14:paraId="317ED3DA" w14:textId="77777777" w:rsidR="000D1BEE" w:rsidRDefault="000D1BEE" w:rsidP="004F5CDE"/>
    <w:p w14:paraId="55BA8DB0" w14:textId="77777777" w:rsidR="00F91806" w:rsidRDefault="00000000" w:rsidP="001E543F">
      <w:pPr>
        <w:pStyle w:val="Heading1"/>
      </w:pPr>
      <w:bookmarkStart w:id="48" w:name="_Toc189281339"/>
      <w:r>
        <w:t>Chapter 25: The Judas Hour</w:t>
      </w:r>
      <w:bookmarkEnd w:id="48"/>
    </w:p>
    <w:p w14:paraId="1D7CF0D8" w14:textId="77777777" w:rsidR="001E543F" w:rsidRDefault="001E543F" w:rsidP="004F5CDE"/>
    <w:p w14:paraId="70DA71BA" w14:textId="23054D8D" w:rsidR="00F91806" w:rsidRDefault="00000000" w:rsidP="004F5CDE">
      <w:r>
        <w:t>As I drove to work, I imagined a raven trailing behind my car, its dark wings slicing through the rain—a bleak omen of things to come.</w:t>
      </w:r>
    </w:p>
    <w:p w14:paraId="0749CFC7" w14:textId="77777777" w:rsidR="00F91806" w:rsidRPr="00BE2E47" w:rsidRDefault="00000000" w:rsidP="004F5CDE">
      <w:pPr>
        <w:rPr>
          <w:i/>
          <w:iCs/>
        </w:rPr>
      </w:pPr>
      <w:r w:rsidRPr="00BE2E47">
        <w:rPr>
          <w:i/>
          <w:iCs/>
        </w:rPr>
        <w:t>Perfect.</w:t>
      </w:r>
    </w:p>
    <w:p w14:paraId="35B4CBA7" w14:textId="77777777" w:rsidR="00F91806" w:rsidRDefault="00000000" w:rsidP="004F5CDE">
      <w:r>
        <w:t>Because what I really needed right now was the universe dropping horror movie symbolism into my already chaotic life.</w:t>
      </w:r>
    </w:p>
    <w:p w14:paraId="28AD4B64" w14:textId="67972614" w:rsidR="00F91806" w:rsidRDefault="00000000" w:rsidP="004F5CDE">
      <w:r>
        <w:t>The windshield wipers whipped back and forth, fighting the relentless downpour. The sky was a heavy bruise of gray, the air thick with that electric weight before a storm breaks.</w:t>
      </w:r>
      <w:r w:rsidR="009E3024">
        <w:t xml:space="preserve"> </w:t>
      </w:r>
      <w:r>
        <w:t>I gripped the wheel tighter.</w:t>
      </w:r>
      <w:r w:rsidR="00CB1774">
        <w:t xml:space="preserve"> </w:t>
      </w:r>
      <w:r>
        <w:t>This wasn’t just a staff meeting.</w:t>
      </w:r>
      <w:r w:rsidR="00CB1774">
        <w:t xml:space="preserve"> </w:t>
      </w:r>
      <w:r>
        <w:t>This was a war council.</w:t>
      </w:r>
    </w:p>
    <w:p w14:paraId="1B31F5B3" w14:textId="77777777" w:rsidR="00F91806" w:rsidRDefault="00000000" w:rsidP="004F5CDE">
      <w:r>
        <w:lastRenderedPageBreak/>
        <w:t>And I had no idea which one of them was the enemy.</w:t>
      </w:r>
    </w:p>
    <w:p w14:paraId="125D55BF" w14:textId="77777777" w:rsidR="001E543F" w:rsidRDefault="001E543F" w:rsidP="004F5CDE"/>
    <w:p w14:paraId="5D30410B" w14:textId="16E509E0" w:rsidR="001E543F" w:rsidRPr="00A351D5" w:rsidRDefault="00304FE8" w:rsidP="003140E5">
      <w:pPr>
        <w:jc w:val="center"/>
        <w:rPr>
          <w:color w:val="365F91" w:themeColor="accent1" w:themeShade="BF"/>
        </w:rPr>
      </w:pPr>
      <w:r>
        <w:rPr>
          <w:rFonts w:ascii="Segoe UI Symbol" w:hAnsi="Segoe UI Symbol" w:cs="Segoe UI Symbol"/>
          <w:color w:val="365F91" w:themeColor="accent1" w:themeShade="BF"/>
        </w:rPr>
        <w:t>♞♛♞</w:t>
      </w:r>
    </w:p>
    <w:p w14:paraId="5B81DEA4" w14:textId="77777777" w:rsidR="001E543F" w:rsidRDefault="001E543F" w:rsidP="004F5CDE"/>
    <w:p w14:paraId="58B95D1B" w14:textId="16132B50" w:rsidR="00F91806" w:rsidRDefault="00000000" w:rsidP="004F5CDE">
      <w:r>
        <w:t>The second I stepped into the breakroom, every gaze snapped to me.</w:t>
      </w:r>
      <w:r w:rsidR="009E3024">
        <w:t xml:space="preserve"> </w:t>
      </w:r>
      <w:r>
        <w:t>I’d expected unease, even fear—but this was different.</w:t>
      </w:r>
      <w:r w:rsidR="00CB1774">
        <w:t xml:space="preserve"> </w:t>
      </w:r>
      <w:r>
        <w:t>The air was charged, thick with unspoken accusations.</w:t>
      </w:r>
      <w:r w:rsidR="006371AD">
        <w:t xml:space="preserve"> L</w:t>
      </w:r>
      <w:r>
        <w:t>ike a room full of people who all suspected each other.</w:t>
      </w:r>
    </w:p>
    <w:p w14:paraId="5A35C892" w14:textId="77777777" w:rsidR="00F91806" w:rsidRDefault="00000000" w:rsidP="004F5CDE">
      <w:r>
        <w:t>Or worse—suspected me.</w:t>
      </w:r>
    </w:p>
    <w:p w14:paraId="62F05961" w14:textId="744D5C21" w:rsidR="00F91806" w:rsidRDefault="00000000" w:rsidP="004F5CDE">
      <w:r>
        <w:t xml:space="preserve">I inhaled slowly. </w:t>
      </w:r>
      <w:r w:rsidRPr="006371AD">
        <w:rPr>
          <w:i/>
          <w:iCs/>
        </w:rPr>
        <w:t>Do not let them see you hesitate.</w:t>
      </w:r>
      <w:r w:rsidR="00DA1BBE">
        <w:t xml:space="preserve"> </w:t>
      </w:r>
      <w:r>
        <w:t>“Thank you all for coming,” I said, scanning their faces. My voice was steady, controlled. But inside, my nerves felt like live wires sparking beneath the surface.</w:t>
      </w:r>
    </w:p>
    <w:p w14:paraId="7ABE82FD" w14:textId="77777777" w:rsidR="00E17F65" w:rsidRDefault="00000000" w:rsidP="004F5CDE">
      <w:r>
        <w:t>Melanie stood near the back, arms crossed. Her expression unreadable. But her eyes?</w:t>
      </w:r>
      <w:r w:rsidR="00CB1774">
        <w:t xml:space="preserve"> </w:t>
      </w:r>
      <w:r>
        <w:t>She wasn’t just watching the staff, she was watching me.</w:t>
      </w:r>
      <w:r w:rsidR="00E17F65">
        <w:t xml:space="preserve"> </w:t>
      </w:r>
      <w:r>
        <w:t>I swallowed. “Obviously, we’re in a shitstorm even worse than the one outside.”</w:t>
      </w:r>
      <w:r w:rsidR="00DA1BBE">
        <w:t xml:space="preserve"> </w:t>
      </w:r>
      <w:r w:rsidR="00455169" w:rsidRPr="00455169">
        <w:t>The silence stretched. The rain hammered against the windows.</w:t>
      </w:r>
      <w:r w:rsidR="00DA1BBE">
        <w:t xml:space="preserve"> </w:t>
      </w:r>
      <w:r w:rsidR="00455169" w:rsidRPr="00455169">
        <w:t xml:space="preserve">Then, a cough. </w:t>
      </w:r>
      <w:r w:rsidR="00DA1BBE">
        <w:t>More</w:t>
      </w:r>
      <w:r w:rsidR="00455169" w:rsidRPr="00455169">
        <w:t xml:space="preserve"> hesitation. </w:t>
      </w:r>
    </w:p>
    <w:p w14:paraId="346E57F3" w14:textId="0C05DEE0" w:rsidR="00F91806" w:rsidRDefault="00455169" w:rsidP="004F5CDE">
      <w:r w:rsidRPr="00455169">
        <w:t xml:space="preserve">And </w:t>
      </w:r>
      <w:r w:rsidR="00DA1BBE">
        <w:t xml:space="preserve">then </w:t>
      </w:r>
      <w:r w:rsidRPr="00455169">
        <w:t>Miguel finally spoke.</w:t>
      </w:r>
      <w:r w:rsidR="00E17F65">
        <w:t xml:space="preserve"> </w:t>
      </w:r>
      <w:r w:rsidR="00000000">
        <w:t>“You think it was an inside job.”</w:t>
      </w:r>
    </w:p>
    <w:p w14:paraId="333C5AA2" w14:textId="26BC07E3" w:rsidR="00F91806" w:rsidRDefault="00000000" w:rsidP="004F5CDE">
      <w:r>
        <w:t>Not a question. A statement.</w:t>
      </w:r>
      <w:r w:rsidR="00DA1BBE">
        <w:t xml:space="preserve"> </w:t>
      </w:r>
      <w:r>
        <w:t>The entire room went still.</w:t>
      </w:r>
      <w:r w:rsidR="00DA1BBE">
        <w:t xml:space="preserve"> </w:t>
      </w:r>
      <w:r>
        <w:t>A storm within the storm.</w:t>
      </w:r>
      <w:r w:rsidR="00DA1BBE">
        <w:t xml:space="preserve"> </w:t>
      </w:r>
      <w:r>
        <w:t>I kept my face neutral. “The police think it’s a possibility,” I admitted.</w:t>
      </w:r>
    </w:p>
    <w:p w14:paraId="2D6DD577" w14:textId="0283B28F" w:rsidR="00F91806" w:rsidRDefault="00000000" w:rsidP="004F5CDE">
      <w:r>
        <w:t>“I think it’s bullshit</w:t>
      </w:r>
      <w:r w:rsidR="00DA1BBE">
        <w:t>,</w:t>
      </w:r>
      <w:r>
        <w:t>”</w:t>
      </w:r>
      <w:r w:rsidR="00DA1BBE">
        <w:t xml:space="preserve"> Mike said.</w:t>
      </w:r>
    </w:p>
    <w:p w14:paraId="2ED7AA68" w14:textId="41F9EED5" w:rsidR="00F91806" w:rsidRDefault="00000000" w:rsidP="004F5CDE">
      <w:r>
        <w:t>A few shoulders relaxed. Good. Let them think I don’t believe it either.</w:t>
      </w:r>
      <w:r w:rsidR="00B623B1">
        <w:t xml:space="preserve"> </w:t>
      </w:r>
      <w:r>
        <w:t>Because the truth?</w:t>
      </w:r>
      <w:r w:rsidR="00B623B1">
        <w:t xml:space="preserve"> </w:t>
      </w:r>
      <w:r>
        <w:t>I didn’t know who the hell to trust.</w:t>
      </w:r>
      <w:r w:rsidR="00E17F65">
        <w:t xml:space="preserve"> </w:t>
      </w:r>
      <w:r>
        <w:t>Miguel hesitated. Then, a small cough.</w:t>
      </w:r>
      <w:r w:rsidR="00CB1774">
        <w:t xml:space="preserve"> </w:t>
      </w:r>
      <w:r>
        <w:t>"Actually..."</w:t>
      </w:r>
    </w:p>
    <w:p w14:paraId="22B1313F" w14:textId="77777777" w:rsidR="00F91806" w:rsidRDefault="00000000" w:rsidP="004F5CDE">
      <w:r>
        <w:t>Every head turned.</w:t>
      </w:r>
    </w:p>
    <w:p w14:paraId="02BB1316" w14:textId="77777777" w:rsidR="00F91806" w:rsidRDefault="00000000" w:rsidP="004F5CDE">
      <w:r>
        <w:t>He swallowed, his gaze flicking to Melanie before he spoke. “A couple weeks ago, I saw this guy. Twitchy. Creepy. He kept hanging around the back. Didn’t buy anything.”</w:t>
      </w:r>
    </w:p>
    <w:p w14:paraId="0830ACAB" w14:textId="17DC27A0" w:rsidR="00F91806" w:rsidRDefault="00000000" w:rsidP="004F5CDE">
      <w:r>
        <w:t>Adrenaline surged through me.</w:t>
      </w:r>
      <w:r w:rsidR="00B623B1">
        <w:t xml:space="preserve"> </w:t>
      </w:r>
      <w:r>
        <w:t>A lead.</w:t>
      </w:r>
      <w:r w:rsidR="00B623B1">
        <w:t xml:space="preserve"> </w:t>
      </w:r>
      <w:r>
        <w:t>Melanie’s voice cut through the room, smooth but sharp. “Describe him.”</w:t>
      </w:r>
    </w:p>
    <w:p w14:paraId="4E5CD2F8" w14:textId="77777777" w:rsidR="00F91806" w:rsidRDefault="00000000" w:rsidP="004F5CDE">
      <w:r>
        <w:lastRenderedPageBreak/>
        <w:t>Miguel frowned. “Bald. Fat. Glasses. Late fifties, maybe? Just… something about him felt off.”</w:t>
      </w:r>
    </w:p>
    <w:p w14:paraId="33863537" w14:textId="64211831" w:rsidR="00F91806" w:rsidRDefault="00000000" w:rsidP="004F5CDE">
      <w:r>
        <w:t>From the corner of my eye, I caught Tony shifting in his chair.</w:t>
      </w:r>
      <w:r w:rsidR="00732B6B">
        <w:t xml:space="preserve"> </w:t>
      </w:r>
      <w:r>
        <w:t>Slight. But noticeable.</w:t>
      </w:r>
      <w:r w:rsidR="00B623B1">
        <w:t xml:space="preserve"> </w:t>
      </w:r>
      <w:r>
        <w:t>I filed it away.</w:t>
      </w:r>
      <w:r w:rsidR="00B623B1">
        <w:t xml:space="preserve"> </w:t>
      </w:r>
      <w:r>
        <w:t>“Tony,” I said, turning to him. “Can you check the security footage?”</w:t>
      </w:r>
    </w:p>
    <w:p w14:paraId="3EB44470" w14:textId="77777777" w:rsidR="00F91806" w:rsidRDefault="00000000" w:rsidP="004F5CDE">
      <w:r>
        <w:t>Tony gave an easy shrug. “Yeah, I’ll look. But obviously, we don’t have cameras in the private booths.”</w:t>
      </w:r>
    </w:p>
    <w:p w14:paraId="0AA8363F" w14:textId="4E862E5E" w:rsidR="00F91806" w:rsidRDefault="00000000" w:rsidP="004F5CDE">
      <w:r>
        <w:t>The way he said ‘obviously’ made something prickle at the back of my neck.</w:t>
      </w:r>
      <w:r w:rsidR="00CB1774">
        <w:t xml:space="preserve"> </w:t>
      </w:r>
      <w:r>
        <w:t>The way he phrased it—like he was correcting a mistake before it was even made.</w:t>
      </w:r>
      <w:r w:rsidR="00B623B1">
        <w:t xml:space="preserve"> </w:t>
      </w:r>
      <w:r>
        <w:t>I nodded like I believed him.</w:t>
      </w:r>
      <w:r w:rsidR="00B623B1">
        <w:t xml:space="preserve"> </w:t>
      </w:r>
      <w:r>
        <w:t>But in the back of my mind?</w:t>
      </w:r>
      <w:r w:rsidR="00B623B1">
        <w:t xml:space="preserve"> </w:t>
      </w:r>
      <w:r>
        <w:t>A single thought.</w:t>
      </w:r>
      <w:r w:rsidR="00B623B1">
        <w:t xml:space="preserve"> </w:t>
      </w:r>
      <w:r>
        <w:t>Too smooth. Too fast.</w:t>
      </w:r>
    </w:p>
    <w:p w14:paraId="7281F03E" w14:textId="68185D7C" w:rsidR="00F91806" w:rsidRDefault="00000000" w:rsidP="004F5CDE">
      <w:r>
        <w:t>The meeting dragged on—questions, reassurances, half-hearted theories.</w:t>
      </w:r>
      <w:r w:rsidR="00B623B1">
        <w:t xml:space="preserve"> </w:t>
      </w:r>
      <w:r>
        <w:t>But the real conversation was happening in silence.</w:t>
      </w:r>
      <w:r w:rsidR="00B623B1">
        <w:t xml:space="preserve"> </w:t>
      </w:r>
      <w:r>
        <w:t>Pete’s arms crossed, his eyes narrowing every time someone spoke.</w:t>
      </w:r>
      <w:r w:rsidR="00B623B1">
        <w:t xml:space="preserve"> </w:t>
      </w:r>
      <w:r w:rsidR="00400041">
        <w:t>Candice’s fingers were tapping against the table, calculating something.</w:t>
      </w:r>
      <w:r w:rsidR="00B623B1">
        <w:t xml:space="preserve"> </w:t>
      </w:r>
      <w:r>
        <w:t>Tony, looking perfectly relaxed—too relaxed.</w:t>
      </w:r>
    </w:p>
    <w:p w14:paraId="27A78755" w14:textId="72B64EF9" w:rsidR="000D1BEE" w:rsidRDefault="00000000" w:rsidP="004F5CDE">
      <w:r>
        <w:t>A room full of tells.</w:t>
      </w:r>
      <w:r w:rsidR="00B623B1">
        <w:t xml:space="preserve"> </w:t>
      </w:r>
      <w:r>
        <w:t>I let them talk. Let them think I wasn’t watching.</w:t>
      </w:r>
      <w:r w:rsidR="00B623B1">
        <w:t xml:space="preserve"> </w:t>
      </w:r>
      <w:r>
        <w:t>But I was.</w:t>
      </w:r>
      <w:r w:rsidR="00B623B1">
        <w:t xml:space="preserve"> </w:t>
      </w:r>
      <w:r>
        <w:t>Because if this was an inside job…</w:t>
      </w:r>
      <w:r w:rsidR="00732B6B">
        <w:t xml:space="preserve"> t</w:t>
      </w:r>
      <w:r>
        <w:t>hen the person responsible was standing in this very room.</w:t>
      </w:r>
      <w:r w:rsidR="00B623B1">
        <w:t xml:space="preserve"> </w:t>
      </w:r>
      <w:r>
        <w:t>The meeting ended, but the tension didn’t.</w:t>
      </w:r>
      <w:r w:rsidR="00B623B1">
        <w:t xml:space="preserve"> </w:t>
      </w:r>
      <w:r w:rsidR="00691976">
        <w:t>T</w:t>
      </w:r>
      <w:r w:rsidR="00BB6A4F" w:rsidRPr="00BB6A4F">
        <w:t>hey were watching me just as closely as I was watching them.</w:t>
      </w:r>
    </w:p>
    <w:p w14:paraId="00513FAD" w14:textId="77777777" w:rsidR="00BB6A4F" w:rsidRDefault="00BB6A4F" w:rsidP="004F5CDE"/>
    <w:p w14:paraId="6D185C63" w14:textId="77777777" w:rsidR="00BB6A4F" w:rsidRDefault="00BB6A4F" w:rsidP="004F5CDE"/>
    <w:p w14:paraId="72F97A2F" w14:textId="718FCC62" w:rsidR="00F91806" w:rsidRDefault="00000000" w:rsidP="001E543F">
      <w:pPr>
        <w:pStyle w:val="Heading1"/>
      </w:pPr>
      <w:bookmarkStart w:id="49" w:name="_Toc189281340"/>
      <w:r>
        <w:t xml:space="preserve">Chapter 26: Tension </w:t>
      </w:r>
      <w:r w:rsidR="00395149">
        <w:t>And</w:t>
      </w:r>
      <w:r>
        <w:t xml:space="preserve"> Te</w:t>
      </w:r>
      <w:r w:rsidR="00F05525">
        <w:t>q</w:t>
      </w:r>
      <w:r>
        <w:t>uila</w:t>
      </w:r>
      <w:bookmarkEnd w:id="49"/>
    </w:p>
    <w:p w14:paraId="2A129288" w14:textId="77777777" w:rsidR="001E543F" w:rsidRDefault="001E543F" w:rsidP="004F5CDE"/>
    <w:p w14:paraId="6198F0B7" w14:textId="7461DB95" w:rsidR="00F91806" w:rsidRDefault="00000000" w:rsidP="004F5CDE">
      <w:r>
        <w:t>My office smelled like burnt coffee and stress, and my brain felt like a computer running too many tabs—one wrong click away from crashing.</w:t>
      </w:r>
      <w:r w:rsidR="00FD2F2E">
        <w:t xml:space="preserve"> </w:t>
      </w:r>
      <w:r>
        <w:t>I barely had time to exhale before the knocking started—fast, impatient, like whoever was on the other side knew I had exactly zero mental energy left to deal with them.</w:t>
      </w:r>
    </w:p>
    <w:p w14:paraId="435796EA" w14:textId="77777777" w:rsidR="00F91806" w:rsidRDefault="00000000" w:rsidP="004F5CDE">
      <w:r>
        <w:t>“Unless you’re bringing me Xanax and a masseuse, come back tomorrow,” I called, rubbing my temples.</w:t>
      </w:r>
    </w:p>
    <w:p w14:paraId="7394E367" w14:textId="54F78677" w:rsidR="00F91806" w:rsidRDefault="00000000" w:rsidP="004F5CDE">
      <w:r>
        <w:t>The door swung open anyway.</w:t>
      </w:r>
      <w:r w:rsidR="00FD2F2E">
        <w:t xml:space="preserve"> </w:t>
      </w:r>
      <w:r w:rsidR="00400041">
        <w:t>Candice. Jack</w:t>
      </w:r>
      <w:r w:rsidR="00BB79D6">
        <w:t>ie</w:t>
      </w:r>
      <w:r w:rsidR="00400041">
        <w:t>.</w:t>
      </w:r>
      <w:r w:rsidR="00FD2F2E">
        <w:t xml:space="preserve"> </w:t>
      </w:r>
      <w:r>
        <w:t xml:space="preserve">They entered with the kind of self-satisfied energy that immediately put me on edge. </w:t>
      </w:r>
      <w:r w:rsidR="00400041">
        <w:t xml:space="preserve">Candice moved like a cat who just </w:t>
      </w:r>
      <w:r w:rsidR="00400041">
        <w:lastRenderedPageBreak/>
        <w:t xml:space="preserve">knocked something expensive off a shelf. </w:t>
      </w:r>
      <w:r w:rsidR="002B5C3A">
        <w:t>Jackie</w:t>
      </w:r>
      <w:r w:rsidR="00400041">
        <w:t xml:space="preserve"> looked like she was already celebrating something I didn’t know about.</w:t>
      </w:r>
    </w:p>
    <w:p w14:paraId="31E4DB28" w14:textId="200577CF" w:rsidR="00F91806" w:rsidRDefault="00000000" w:rsidP="004F5CDE">
      <w:r>
        <w:t xml:space="preserve">“Babe,” </w:t>
      </w:r>
      <w:r w:rsidR="00400041">
        <w:t>Candice</w:t>
      </w:r>
      <w:r>
        <w:t xml:space="preserve"> drawled, dropping into the chair across from me like she belonged there. “You’re stressed.”</w:t>
      </w:r>
    </w:p>
    <w:p w14:paraId="33B8675F" w14:textId="2623F37D" w:rsidR="00F91806" w:rsidRDefault="002B5C3A" w:rsidP="004F5CDE">
      <w:r>
        <w:t>Jackie leaned against the doorframe, nodding. “And when our fearless leader is stressed, morale suffers.”</w:t>
      </w:r>
    </w:p>
    <w:p w14:paraId="10CFD978" w14:textId="208A5FB1" w:rsidR="00F91806" w:rsidRDefault="00400041" w:rsidP="004F5CDE">
      <w:r>
        <w:t>Candice draped herself dramatically across my desk, twirling a paperclip between her fingers. “So, we’ve taken it upon ourselves to fix this little problem.”</w:t>
      </w:r>
    </w:p>
    <w:p w14:paraId="10D67875" w14:textId="77777777" w:rsidR="00F91806" w:rsidRDefault="00000000" w:rsidP="004F5CDE">
      <w:r>
        <w:t>I squinted at them. “Please tell me this doesn’t involve tequila.”</w:t>
      </w:r>
    </w:p>
    <w:p w14:paraId="0ED7EC42" w14:textId="6EAD5C29" w:rsidR="00F91806" w:rsidRDefault="002B5C3A" w:rsidP="004F5CDE">
      <w:r>
        <w:t>Jackie grinned. “I mean… define ‘involve.’”</w:t>
      </w:r>
    </w:p>
    <w:p w14:paraId="752D5085" w14:textId="2C4C2E7B" w:rsidR="00F91806" w:rsidRDefault="00000000" w:rsidP="004F5CDE">
      <w:r>
        <w:t>I opened my mouth to reject them outright, but then—</w:t>
      </w:r>
      <w:r w:rsidR="00400041">
        <w:t>Candice tilted her head, smirking. “Oh, forgot to mention… Melanie’s coming too.”</w:t>
      </w:r>
    </w:p>
    <w:p w14:paraId="6676F932" w14:textId="77777777" w:rsidR="00F91806" w:rsidRDefault="00000000" w:rsidP="004F5CDE">
      <w:r>
        <w:t>My brain stalled.</w:t>
      </w:r>
    </w:p>
    <w:p w14:paraId="7D42EF2B" w14:textId="77777777" w:rsidR="00F91806" w:rsidRDefault="00000000" w:rsidP="004F5CDE">
      <w:r>
        <w:t>Wait.</w:t>
      </w:r>
    </w:p>
    <w:p w14:paraId="0BDE3611" w14:textId="77777777" w:rsidR="00F91806" w:rsidRDefault="00000000" w:rsidP="004F5CDE">
      <w:r>
        <w:t>Melanie?</w:t>
      </w:r>
    </w:p>
    <w:p w14:paraId="66CCDDF3" w14:textId="77777777" w:rsidR="00F91806" w:rsidRDefault="00000000" w:rsidP="004F5CDE">
      <w:r>
        <w:t>At a bar. With me. And tequila.</w:t>
      </w:r>
    </w:p>
    <w:p w14:paraId="5C6BA0D2" w14:textId="77777777" w:rsidR="00F91806" w:rsidRDefault="00000000" w:rsidP="004F5CDE">
      <w:r>
        <w:t>I blinked. “I—”</w:t>
      </w:r>
    </w:p>
    <w:p w14:paraId="52053E0B" w14:textId="0E5F3190" w:rsidR="00F91806" w:rsidRDefault="00000000" w:rsidP="004F5CDE">
      <w:r>
        <w:t>Nope. No words. All brain function? Gone.</w:t>
      </w:r>
      <w:r w:rsidR="00FD2F2E">
        <w:t xml:space="preserve"> </w:t>
      </w:r>
      <w:r>
        <w:t>Which didn’t even make sense because I was supposed to be going to her place tonight.</w:t>
      </w:r>
      <w:r w:rsidR="00FD2F2E">
        <w:t xml:space="preserve"> </w:t>
      </w:r>
      <w:r>
        <w:t>We had talked about it, hadn’t we? After the meeting, after the chaos, I was going to end up at her apartment.</w:t>
      </w:r>
      <w:r w:rsidR="00FD2F2E">
        <w:t xml:space="preserve"> </w:t>
      </w:r>
      <w:r>
        <w:t>So why was she now going out? With them? Perhaps with me?</w:t>
      </w:r>
      <w:r w:rsidR="00A85632">
        <w:t xml:space="preserve"> </w:t>
      </w:r>
      <w:r>
        <w:t>Had she changed her mind? Had I misread everything?</w:t>
      </w:r>
    </w:p>
    <w:p w14:paraId="1CB5F9D9" w14:textId="2FAB31AC" w:rsidR="00F91806" w:rsidRDefault="00000000" w:rsidP="004F5CDE">
      <w:r>
        <w:t>Something cold slithered down my spine as my paranoia kicked in—was she trying to put distance between us?</w:t>
      </w:r>
      <w:r w:rsidR="00FD2F2E">
        <w:t xml:space="preserve"> </w:t>
      </w:r>
      <w:r w:rsidR="00400041">
        <w:t>Candice’s grin stretched wider, like she knew exactly what was happening in my head.</w:t>
      </w:r>
    </w:p>
    <w:p w14:paraId="5E6B6043" w14:textId="559D5EA3" w:rsidR="00F91806" w:rsidRDefault="00000000" w:rsidP="004F5CDE">
      <w:r>
        <w:t>I swallowed hard, shoving the confusion away. “This feels like a trap.”</w:t>
      </w:r>
    </w:p>
    <w:p w14:paraId="5858D6E9" w14:textId="4F91FD92" w:rsidR="00F91806" w:rsidRDefault="002B5C3A" w:rsidP="004F5CDE">
      <w:r>
        <w:t>Jackie snorted. “You’re cute when you think you have choices.”</w:t>
      </w:r>
    </w:p>
    <w:p w14:paraId="63398A0D" w14:textId="0CA74C91" w:rsidR="00F91806" w:rsidRDefault="00000000" w:rsidP="004F5CDE">
      <w:r>
        <w:lastRenderedPageBreak/>
        <w:t>“It’s a girls’ night</w:t>
      </w:r>
      <w:r w:rsidR="00326262">
        <w:t xml:space="preserve"> out</w:t>
      </w:r>
      <w:r>
        <w:t xml:space="preserve">,” </w:t>
      </w:r>
      <w:r w:rsidR="00400041">
        <w:t>Candice</w:t>
      </w:r>
      <w:r>
        <w:t xml:space="preserve"> added innocently. “No business, no stress, just fun. You do remember fun, don’t you, Hannah?”</w:t>
      </w:r>
    </w:p>
    <w:p w14:paraId="3171F3A8" w14:textId="77777777" w:rsidR="00F91806" w:rsidRDefault="00000000" w:rsidP="004F5CDE">
      <w:r>
        <w:t>I wasn’t sure I did.</w:t>
      </w:r>
    </w:p>
    <w:p w14:paraId="5D8D4C80" w14:textId="271444B5" w:rsidR="00F91806" w:rsidRDefault="00000000" w:rsidP="004F5CDE">
      <w:r>
        <w:t>I also wasn’t sure I liked that Melanie had agreed to this without mentioning it to me.</w:t>
      </w:r>
      <w:r w:rsidR="00A85632">
        <w:t xml:space="preserve"> </w:t>
      </w:r>
      <w:r>
        <w:t>I forced my voice to stay level. “I have a lot to do—”</w:t>
      </w:r>
    </w:p>
    <w:p w14:paraId="10BCB247" w14:textId="49A64D6C" w:rsidR="00F91806" w:rsidRDefault="00400041" w:rsidP="004F5CDE">
      <w:r>
        <w:t>Candice held up a hand. “Ah, ah. No excuses.”</w:t>
      </w:r>
    </w:p>
    <w:p w14:paraId="32101739" w14:textId="228EA363" w:rsidR="00F91806" w:rsidRDefault="002B5C3A" w:rsidP="004F5CDE">
      <w:r>
        <w:t>Jackie pressed a hand to her heart. “We are concerned for your well-being.”</w:t>
      </w:r>
    </w:p>
    <w:p w14:paraId="2E57BFD9" w14:textId="77777777" w:rsidR="00F91806" w:rsidRDefault="00000000" w:rsidP="004F5CDE">
      <w:r>
        <w:t>I narrowed my eyes. “And by ‘concerned,’ you mean—?”</w:t>
      </w:r>
    </w:p>
    <w:p w14:paraId="491E9A38" w14:textId="32C0017A" w:rsidR="00F91806" w:rsidRDefault="00400041" w:rsidP="004F5CDE">
      <w:r>
        <w:t xml:space="preserve">Candice leaned forward, eyes glittering with amusement. “I mean, we all need this. We’ll drink, we’ll dance, we’ll find some poor bastard for </w:t>
      </w:r>
      <w:r w:rsidR="002B5C3A">
        <w:t>Jackie</w:t>
      </w:r>
      <w:r>
        <w:t xml:space="preserve"> to emotionally devastate, and you…”</w:t>
      </w:r>
      <w:r w:rsidR="001F5DBE">
        <w:t xml:space="preserve"> </w:t>
      </w:r>
      <w:r>
        <w:t>Her smirk deepened.</w:t>
      </w:r>
      <w:r w:rsidR="001F5DBE">
        <w:t xml:space="preserve"> </w:t>
      </w:r>
      <w:r>
        <w:t>“You can finally relax. I’ll even massage your neck and shoulders after a few shots.”</w:t>
      </w:r>
    </w:p>
    <w:p w14:paraId="16429FF0" w14:textId="1E38E3F9" w:rsidR="00F91806" w:rsidRDefault="00000000" w:rsidP="004F5CDE">
      <w:r>
        <w:t>She was enjoying this too much. Like she knew something I didn’t.</w:t>
      </w:r>
      <w:r w:rsidR="001F5DBE">
        <w:t xml:space="preserve"> </w:t>
      </w:r>
      <w:r>
        <w:t>But I also knew she had a point.</w:t>
      </w:r>
      <w:r w:rsidR="001F5DBE">
        <w:t xml:space="preserve"> </w:t>
      </w:r>
      <w:r>
        <w:t>I needed a break.</w:t>
      </w:r>
      <w:r w:rsidR="001F5DBE">
        <w:t xml:space="preserve"> </w:t>
      </w:r>
      <w:r>
        <w:t>And Melanie was already going.</w:t>
      </w:r>
      <w:r w:rsidR="00D44674">
        <w:t xml:space="preserve"> </w:t>
      </w:r>
      <w:r>
        <w:t>Which meant my original plans for the night were… what?</w:t>
      </w:r>
      <w:r w:rsidR="001F5DBE">
        <w:t xml:space="preserve"> </w:t>
      </w:r>
      <w:r>
        <w:t>Canceled? Ignored? A misunderstanding?</w:t>
      </w:r>
      <w:r w:rsidR="001F5DBE">
        <w:t xml:space="preserve"> </w:t>
      </w:r>
      <w:r>
        <w:t>I had no idea.</w:t>
      </w:r>
    </w:p>
    <w:p w14:paraId="14FE78C1" w14:textId="2D69868B" w:rsidR="00F91806" w:rsidRDefault="00400041" w:rsidP="004F5CDE">
      <w:r>
        <w:t>Candice tilted her head. “You’re overthinking.”</w:t>
      </w:r>
    </w:p>
    <w:p w14:paraId="016B514B" w14:textId="77777777" w:rsidR="00F91806" w:rsidRDefault="00000000" w:rsidP="004F5CDE">
      <w:r>
        <w:t xml:space="preserve">I exhaled sharply, dragging a hand through my hair. </w:t>
      </w:r>
    </w:p>
    <w:p w14:paraId="0D1A612C" w14:textId="77777777" w:rsidR="00F91806" w:rsidRDefault="00000000" w:rsidP="004F5CDE">
      <w:r>
        <w:t>“One drink. One.”</w:t>
      </w:r>
    </w:p>
    <w:p w14:paraId="480E8DEE" w14:textId="764FE574" w:rsidR="00F91806" w:rsidRDefault="002B5C3A" w:rsidP="004F5CDE">
      <w:r>
        <w:t>Jackie grinned. “Sure, sure.”</w:t>
      </w:r>
    </w:p>
    <w:p w14:paraId="6F3F5FC8" w14:textId="0011BF7F" w:rsidR="00A80D69" w:rsidRDefault="00400041" w:rsidP="004F5CDE">
      <w:r>
        <w:t>Candice</w:t>
      </w:r>
      <w:r w:rsidR="00A80D69" w:rsidRPr="00A80D69">
        <w:t xml:space="preserve"> smirked, tapping her nails against my desk. “We’ll see… won’t we?”</w:t>
      </w:r>
    </w:p>
    <w:p w14:paraId="7C21A6C7" w14:textId="3C735B6D" w:rsidR="00F91806" w:rsidRDefault="00000000" w:rsidP="004F5CDE">
      <w:r>
        <w:t>As I watched them leave, that unsettled feeling wouldn’t go away.</w:t>
      </w:r>
      <w:r w:rsidR="00CF1832">
        <w:t xml:space="preserve"> </w:t>
      </w:r>
      <w:r>
        <w:t>I grabbed my phone, hesitating over the keyboard.</w:t>
      </w:r>
      <w:r w:rsidR="00CF1832">
        <w:t xml:space="preserve"> </w:t>
      </w:r>
      <w:r>
        <w:t>Was I overreacting? Or was this the first sign something was off?</w:t>
      </w:r>
    </w:p>
    <w:p w14:paraId="5D707CB8" w14:textId="77777777" w:rsidR="001E543F" w:rsidRDefault="001E543F" w:rsidP="004F5CDE"/>
    <w:p w14:paraId="37D99DA3" w14:textId="77777777" w:rsidR="001E543F" w:rsidRDefault="001E543F" w:rsidP="004F5CDE"/>
    <w:p w14:paraId="7D913158" w14:textId="77777777" w:rsidR="00F91806" w:rsidRDefault="00000000" w:rsidP="001E543F">
      <w:pPr>
        <w:pStyle w:val="Heading1"/>
      </w:pPr>
      <w:bookmarkStart w:id="50" w:name="_Toc189281341"/>
      <w:r>
        <w:t>Chapter 27: Queen’s Gambit</w:t>
      </w:r>
      <w:bookmarkEnd w:id="50"/>
    </w:p>
    <w:p w14:paraId="249B89C3" w14:textId="77777777" w:rsidR="001E543F" w:rsidRDefault="001E543F" w:rsidP="004F5CDE"/>
    <w:p w14:paraId="461F003E" w14:textId="7E00C28C" w:rsidR="00F91806" w:rsidRDefault="00000000" w:rsidP="004F5CDE">
      <w:r>
        <w:lastRenderedPageBreak/>
        <w:t>I kept screwing up the text.</w:t>
      </w:r>
    </w:p>
    <w:p w14:paraId="2E592D5B" w14:textId="77777777" w:rsidR="00F91806" w:rsidRDefault="00000000" w:rsidP="004F5CDE">
      <w:r>
        <w:t>Typing.</w:t>
      </w:r>
    </w:p>
    <w:p w14:paraId="2E2DC5F0" w14:textId="77777777" w:rsidR="00F91806" w:rsidRDefault="00000000" w:rsidP="004F5CDE">
      <w:r>
        <w:t>Deleting.</w:t>
      </w:r>
    </w:p>
    <w:p w14:paraId="2D0F65C6" w14:textId="77777777" w:rsidR="00F91806" w:rsidRDefault="00000000" w:rsidP="004F5CDE">
      <w:r>
        <w:t>Rewriting.</w:t>
      </w:r>
    </w:p>
    <w:p w14:paraId="42C031C0" w14:textId="77777777" w:rsidR="00F91806" w:rsidRDefault="00000000" w:rsidP="004F5CDE">
      <w:r>
        <w:t>Deleting.</w:t>
      </w:r>
    </w:p>
    <w:p w14:paraId="57167DFD" w14:textId="6E0E7801" w:rsidR="00F91806" w:rsidRDefault="00000000" w:rsidP="004F5CDE">
      <w:r>
        <w:t>My fingers felt clumsy, like my brain and hands weren’t in sync.</w:t>
      </w:r>
      <w:r w:rsidR="00280831">
        <w:t xml:space="preserve"> </w:t>
      </w:r>
      <w:r>
        <w:t>This wasn’t just a casual check-in.</w:t>
      </w:r>
      <w:r w:rsidR="00E17F65">
        <w:t xml:space="preserve"> </w:t>
      </w:r>
      <w:r>
        <w:t>I tried again. Deleted.</w:t>
      </w:r>
      <w:r w:rsidR="00E17F65">
        <w:t xml:space="preserve"> </w:t>
      </w:r>
      <w:r>
        <w:t>Rewrote. Deleted.</w:t>
      </w:r>
      <w:r w:rsidR="00E17F65">
        <w:t xml:space="preserve"> </w:t>
      </w:r>
      <w:r>
        <w:t>My pulse thrummed, frustration curling tight in my chest.</w:t>
      </w:r>
      <w:r w:rsidR="00797424">
        <w:t xml:space="preserve"> </w:t>
      </w:r>
      <w:r>
        <w:t>Why was this so hard?</w:t>
      </w:r>
      <w:r w:rsidR="00797424">
        <w:t xml:space="preserve"> </w:t>
      </w:r>
      <w:r>
        <w:t>Finally, before I could overthink it anymore, I just hit send.</w:t>
      </w:r>
    </w:p>
    <w:p w14:paraId="454F3E79" w14:textId="4560B1E1" w:rsidR="00F91806" w:rsidRDefault="00000000" w:rsidP="004F5CDE">
      <w:r>
        <w:t>“Babe, what’s going on? I thought we were hanging at your place tonight. Now we’re grabbing drinks? Did something change?”</w:t>
      </w:r>
      <w:r w:rsidR="00797424">
        <w:t xml:space="preserve"> </w:t>
      </w:r>
      <w:r>
        <w:t>The second it delivered, my stomach twisted.</w:t>
      </w:r>
    </w:p>
    <w:p w14:paraId="3A4ADC33" w14:textId="7E4BA2D7" w:rsidR="00F91806" w:rsidRDefault="00000000" w:rsidP="004F5CDE">
      <w:r>
        <w:t>That moment. That awful, restless limbo after sending an emotionally important text—waiting for the reply, hoping it comes fast, fearing it won’t come at all. That was me. 100 percent.</w:t>
      </w:r>
      <w:r w:rsidR="00E17F65">
        <w:t xml:space="preserve"> </w:t>
      </w:r>
      <w:r>
        <w:t>I didn’t even attempt to be productive. My eyes stayed glued to my phone, thumb hovering over the screen like sheer force of will could make Melanie text me back faster.</w:t>
      </w:r>
    </w:p>
    <w:p w14:paraId="64EE6139" w14:textId="77777777" w:rsidR="00F91806" w:rsidRDefault="00000000" w:rsidP="004F5CDE">
      <w:r>
        <w:t>But a few minutes later—</w:t>
      </w:r>
    </w:p>
    <w:p w14:paraId="2814B99A" w14:textId="77777777" w:rsidR="00F91806" w:rsidRDefault="00000000" w:rsidP="004F5CDE">
      <w:r>
        <w:t>(Knock. Knock.)</w:t>
      </w:r>
    </w:p>
    <w:p w14:paraId="3E210005" w14:textId="77777777" w:rsidR="00F91806" w:rsidRDefault="00000000" w:rsidP="004F5CDE">
      <w:r>
        <w:t>My head snapped up.</w:t>
      </w:r>
    </w:p>
    <w:p w14:paraId="130A86B4" w14:textId="77777777" w:rsidR="00F91806" w:rsidRDefault="00000000" w:rsidP="004F5CDE">
      <w:r>
        <w:t>Not a text.</w:t>
      </w:r>
    </w:p>
    <w:p w14:paraId="15DE546D" w14:textId="77777777" w:rsidR="00F91806" w:rsidRDefault="00000000" w:rsidP="004F5CDE">
      <w:r>
        <w:t>A knock.</w:t>
      </w:r>
    </w:p>
    <w:p w14:paraId="1586076E" w14:textId="4013AF1C" w:rsidR="00F91806" w:rsidRDefault="00000000" w:rsidP="004F5CDE">
      <w:r>
        <w:t>This time, however—</w:t>
      </w:r>
      <w:r w:rsidR="00601D75">
        <w:t xml:space="preserve"> i</w:t>
      </w:r>
      <w:r>
        <w:t>t was Melanie.</w:t>
      </w:r>
      <w:r w:rsidR="00E17F65">
        <w:t xml:space="preserve"> </w:t>
      </w:r>
      <w:r>
        <w:t>She stepped inside, closing the door behind her, and for a moment, I couldn’t read her expression.</w:t>
      </w:r>
      <w:r w:rsidR="00E17F65">
        <w:t xml:space="preserve"> </w:t>
      </w:r>
      <w:r>
        <w:t>Then—That smirk.</w:t>
      </w:r>
      <w:r w:rsidR="00797424">
        <w:t xml:space="preserve"> </w:t>
      </w:r>
      <w:r>
        <w:t>Slow. Knowing.</w:t>
      </w:r>
      <w:r w:rsidR="00797424">
        <w:t xml:space="preserve"> </w:t>
      </w:r>
      <w:r>
        <w:t>Like she had already won.</w:t>
      </w:r>
      <w:r w:rsidR="00797424">
        <w:t xml:space="preserve"> </w:t>
      </w:r>
      <w:r>
        <w:t>“Babe,” she murmured, leaning against the doorframe like she belonged there. “Tonight is strategic.”</w:t>
      </w:r>
    </w:p>
    <w:p w14:paraId="51D7D230" w14:textId="5942DDB4" w:rsidR="00F91806" w:rsidRDefault="00D477D7" w:rsidP="004F5CDE">
      <w:r>
        <w:t>“Strategic?”</w:t>
      </w:r>
    </w:p>
    <w:p w14:paraId="5FA7635D" w14:textId="77777777" w:rsidR="00F91806" w:rsidRDefault="00000000" w:rsidP="004F5CDE">
      <w:r>
        <w:t>My pulse kicked up a notch.</w:t>
      </w:r>
    </w:p>
    <w:p w14:paraId="339BBE27" w14:textId="77777777" w:rsidR="00F91806" w:rsidRDefault="00000000" w:rsidP="004F5CDE">
      <w:r>
        <w:lastRenderedPageBreak/>
        <w:t>“We need to feel them both out,” she continued, stepping closer. “Watch their body language, probe them with discussions about the situation—you know they’ll bring it up.”</w:t>
      </w:r>
    </w:p>
    <w:p w14:paraId="6F9BCC3D" w14:textId="538C91BA" w:rsidR="000B17D9" w:rsidRDefault="00000000" w:rsidP="004F5CDE">
      <w:r>
        <w:t>Another step.</w:t>
      </w:r>
      <w:r w:rsidR="00797424">
        <w:t xml:space="preserve"> </w:t>
      </w:r>
      <w:r>
        <w:t>I felt the desk against my back.</w:t>
      </w:r>
      <w:r w:rsidR="00797424">
        <w:t xml:space="preserve"> </w:t>
      </w:r>
      <w:r>
        <w:t>“We’ll stay for no more than two drinks.”</w:t>
      </w:r>
      <w:r w:rsidR="00797424">
        <w:t xml:space="preserve"> </w:t>
      </w:r>
      <w:r>
        <w:t>Another step.</w:t>
      </w:r>
      <w:r w:rsidR="00797424">
        <w:t xml:space="preserve"> </w:t>
      </w:r>
      <w:r>
        <w:t>My breath caught.</w:t>
      </w:r>
      <w:r w:rsidR="00797424">
        <w:t xml:space="preserve"> </w:t>
      </w:r>
      <w:r w:rsidR="000B17D9">
        <w:t xml:space="preserve">“And </w:t>
      </w:r>
      <w:r w:rsidR="000B17D9" w:rsidRPr="000B17D9">
        <w:t>I never said we weren’t spending the night together, babe"</w:t>
      </w:r>
    </w:p>
    <w:p w14:paraId="62B7FC51" w14:textId="600FEEDF" w:rsidR="00F91806" w:rsidRDefault="00000000" w:rsidP="004F5CDE">
      <w:r>
        <w:t>Her fingers found my chin, tilting my face up toward hers.</w:t>
      </w:r>
      <w:r w:rsidR="00280831">
        <w:t xml:space="preserve"> </w:t>
      </w:r>
      <w:r>
        <w:t>Her voice dropped smooth and deliberate.</w:t>
      </w:r>
      <w:r w:rsidR="00CF1ADC">
        <w:t xml:space="preserve"> </w:t>
      </w:r>
      <w:r>
        <w:t>“And then, I’m taking you home.”</w:t>
      </w:r>
      <w:r w:rsidR="00797424">
        <w:t xml:space="preserve"> </w:t>
      </w:r>
      <w:r>
        <w:t>A pause.</w:t>
      </w:r>
      <w:r w:rsidR="00797424">
        <w:t xml:space="preserve"> </w:t>
      </w:r>
      <w:r>
        <w:t>“To my bed this time.”</w:t>
      </w:r>
      <w:r w:rsidR="00E17F65">
        <w:t xml:space="preserve"> </w:t>
      </w:r>
      <w:r>
        <w:t>A sharp exhale left my lips, caught between relief and anticipation.</w:t>
      </w:r>
      <w:r w:rsidR="00CF1ADC">
        <w:t xml:space="preserve"> </w:t>
      </w:r>
      <w:r w:rsidR="000B17D9" w:rsidRPr="000B17D9">
        <w:t>She was here. She was choosing me. So why did I still feel like I was waiting for the other shoe to drop?</w:t>
      </w:r>
      <w:r w:rsidR="00797424">
        <w:t xml:space="preserve"> </w:t>
      </w:r>
      <w:r>
        <w:t>Before I could think, my body responded—</w:t>
      </w:r>
    </w:p>
    <w:p w14:paraId="19CE21DB" w14:textId="77777777" w:rsidR="00356284" w:rsidRDefault="00000000" w:rsidP="004F5CDE">
      <w:r>
        <w:t>I locked the door, double-checking it. The silence stretched between us—charged, humming, inevitable. My heart pounded so hard I was sure she could hear it.</w:t>
      </w:r>
      <w:r w:rsidR="00797424">
        <w:t xml:space="preserve"> </w:t>
      </w:r>
      <w:r>
        <w:t>And then, I couldn’t hold back anymore. I turned to her, heart pounding.</w:t>
      </w:r>
      <w:r w:rsidR="00466D58">
        <w:t xml:space="preserve"> </w:t>
      </w:r>
      <w:r>
        <w:t>No more interruptions.</w:t>
      </w:r>
      <w:r w:rsidR="00466D58">
        <w:t xml:space="preserve"> </w:t>
      </w:r>
    </w:p>
    <w:p w14:paraId="0FDFC966" w14:textId="324B9CE1" w:rsidR="00F91806" w:rsidRDefault="00000000" w:rsidP="004F5CDE">
      <w:r>
        <w:t>I surged forward, closing the space between us, and kissed her—hard.</w:t>
      </w:r>
      <w:r w:rsidR="00797424">
        <w:t xml:space="preserve"> </w:t>
      </w:r>
      <w:r>
        <w:t>It wasn’t careful. It wasn’t slow.</w:t>
      </w:r>
      <w:r w:rsidR="00797424">
        <w:t xml:space="preserve"> </w:t>
      </w:r>
      <w:r>
        <w:t>It was adrenaline-laced, urgent, an unspoken declaration of everything I hadn’t put into words yet.</w:t>
      </w:r>
    </w:p>
    <w:p w14:paraId="0F0D53A7" w14:textId="3F3AF7EA" w:rsidR="00F91806" w:rsidRDefault="00000000" w:rsidP="004F5CDE">
      <w:r>
        <w:t>Melanie responded just as fiercely, fingers threading into my hair, pulling me deeper, pressing me flush against her.</w:t>
      </w:r>
      <w:r w:rsidR="00797424">
        <w:t xml:space="preserve"> </w:t>
      </w:r>
      <w:r>
        <w:t>When we finally broke apart, I was breathless.</w:t>
      </w:r>
      <w:r w:rsidR="00797424">
        <w:t xml:space="preserve"> </w:t>
      </w:r>
      <w:r>
        <w:t>“I love you, babe,” I whispered, forehead resting against hers. “No one’s ever had my back like you do.”</w:t>
      </w:r>
    </w:p>
    <w:p w14:paraId="26C112DF" w14:textId="0CC7C0BA" w:rsidR="00F91806" w:rsidRDefault="00000000" w:rsidP="004F5CDE">
      <w:r>
        <w:t>Melanie let out a soft chuckle, her hands still gripping my waist.</w:t>
      </w:r>
      <w:r w:rsidR="00797424">
        <w:t xml:space="preserve"> </w:t>
      </w:r>
      <w:r>
        <w:t>“Such a shame,” she murmured. “Because your back is your second-best feature.”</w:t>
      </w:r>
    </w:p>
    <w:p w14:paraId="57FDCDCD" w14:textId="77777777" w:rsidR="00F91806" w:rsidRDefault="00000000" w:rsidP="004F5CDE">
      <w:r>
        <w:t>I melted. “Oh yeah?” I asked, my lips brushing against hers again. “What’s the first?”</w:t>
      </w:r>
    </w:p>
    <w:p w14:paraId="70381D81" w14:textId="42640734" w:rsidR="00F91806" w:rsidRDefault="00000000" w:rsidP="004F5CDE">
      <w:r>
        <w:t>Her smirk deepened.</w:t>
      </w:r>
      <w:r w:rsidR="00797424">
        <w:t xml:space="preserve"> </w:t>
      </w:r>
      <w:r>
        <w:t>“It’s a tie.”</w:t>
      </w:r>
      <w:r w:rsidR="00797424">
        <w:t xml:space="preserve"> </w:t>
      </w:r>
      <w:r>
        <w:t>She leaned in, her voice a slow, deliberate tease.</w:t>
      </w:r>
      <w:r w:rsidR="00797424">
        <w:t xml:space="preserve"> </w:t>
      </w:r>
      <w:r>
        <w:t>“First, it’s you. Your mind. Your fire. Your loyalty.”</w:t>
      </w:r>
    </w:p>
    <w:p w14:paraId="33D0E423" w14:textId="77777777" w:rsidR="00F91806" w:rsidRDefault="00000000" w:rsidP="004F5CDE">
      <w:r>
        <w:t>A beat.</w:t>
      </w:r>
    </w:p>
    <w:p w14:paraId="6FCCD95F" w14:textId="77777777" w:rsidR="00F91806" w:rsidRDefault="00000000" w:rsidP="004F5CDE">
      <w:r>
        <w:t>“And second?”</w:t>
      </w:r>
    </w:p>
    <w:p w14:paraId="72BC5634" w14:textId="4FE01E88" w:rsidR="00F91806" w:rsidRDefault="00000000" w:rsidP="004F5CDE">
      <w:r>
        <w:t>Her hands slid lower, teasing, exploring.</w:t>
      </w:r>
      <w:r w:rsidR="00797424">
        <w:t xml:space="preserve"> </w:t>
      </w:r>
      <w:r>
        <w:t>“Your nipples, for sure.”</w:t>
      </w:r>
      <w:r w:rsidR="00356284">
        <w:t xml:space="preserve"> </w:t>
      </w:r>
      <w:r>
        <w:t>A laugh bubbled out of me, but it quickly turned into a soft gasp as her fingers grazed over them through my shirt, slow and deliberate.</w:t>
      </w:r>
    </w:p>
    <w:p w14:paraId="3E4405F2" w14:textId="77777777" w:rsidR="00F91806" w:rsidRDefault="00000000" w:rsidP="004F5CDE">
      <w:r>
        <w:lastRenderedPageBreak/>
        <w:t>“Caressing them, licking them, sucking them as you stare into my eyes—”</w:t>
      </w:r>
    </w:p>
    <w:p w14:paraId="52A4F4E5" w14:textId="77777777" w:rsidR="00F91806" w:rsidRDefault="00000000" w:rsidP="004F5CDE">
      <w:r>
        <w:t>Her lips brushed against mine again, voice nothing but a seductive whisper.</w:t>
      </w:r>
    </w:p>
    <w:p w14:paraId="1D53E92F" w14:textId="77777777" w:rsidR="00F91806" w:rsidRDefault="00000000" w:rsidP="004F5CDE">
      <w:r>
        <w:t>“Orgasmic.”</w:t>
      </w:r>
    </w:p>
    <w:p w14:paraId="652FDD85" w14:textId="7F853C9D" w:rsidR="00F91806" w:rsidRDefault="00000000" w:rsidP="004F5CDE">
      <w:r>
        <w:t>My breath hitched.</w:t>
      </w:r>
      <w:r w:rsidR="00797424">
        <w:t xml:space="preserve"> </w:t>
      </w:r>
      <w:r>
        <w:t>We were so past the point of stopping now.</w:t>
      </w:r>
      <w:r w:rsidR="00797424">
        <w:t xml:space="preserve"> </w:t>
      </w:r>
      <w:r>
        <w:t>And I didn’t want to.</w:t>
      </w:r>
    </w:p>
    <w:p w14:paraId="452A5CB1" w14:textId="77777777" w:rsidR="000D1BEE" w:rsidRDefault="000D1BEE" w:rsidP="004F5CDE"/>
    <w:p w14:paraId="37BCF9F3" w14:textId="77777777" w:rsidR="000D1BEE" w:rsidRDefault="000D1BEE" w:rsidP="004F5CDE"/>
    <w:p w14:paraId="02D5B5C3" w14:textId="77777777" w:rsidR="00F91806" w:rsidRDefault="00000000" w:rsidP="001E543F">
      <w:pPr>
        <w:pStyle w:val="Heading1"/>
      </w:pPr>
      <w:bookmarkStart w:id="51" w:name="_Toc189281342"/>
      <w:r>
        <w:t>Chapter 28: Neon Secrets</w:t>
      </w:r>
      <w:bookmarkEnd w:id="51"/>
    </w:p>
    <w:p w14:paraId="22DC4F62" w14:textId="77777777" w:rsidR="001E543F" w:rsidRDefault="001E543F" w:rsidP="004F5CDE"/>
    <w:p w14:paraId="5BAAB602" w14:textId="29259BF2" w:rsidR="00F91806" w:rsidRDefault="00000000" w:rsidP="004F5CDE">
      <w:r>
        <w:t>The neon sign for Twist flickered above us in electric blue, its glow bleeding onto the wet pavement. Even outside, the bass-heavy music wasn’t just loud—it was physical. A deep pulse that vibrated through my ribs before I even stepped through the door.</w:t>
      </w:r>
    </w:p>
    <w:p w14:paraId="3F153F19" w14:textId="77777777" w:rsidR="00F91806" w:rsidRDefault="00000000" w:rsidP="004F5CDE">
      <w:r>
        <w:t>Inside, the air was thick with perfume, alcohol, and the sweat of bodies pressed too close together. A drag queen in a sequined bodysuit commanded the far end of the room, lip-syncing for an audience that roared with approval.</w:t>
      </w:r>
    </w:p>
    <w:p w14:paraId="4C59F810" w14:textId="6A93C249" w:rsidR="00F91806" w:rsidRDefault="00000000" w:rsidP="004F5CDE">
      <w:r>
        <w:t>The crowd was a kaleidoscope of motion—dancers tangled in dim corners, neon-colored drinks sloshing in half-raised glasses, strangers pressed against each other in ways that weren’t quite dancing but weren’t quite not.</w:t>
      </w:r>
      <w:r w:rsidR="00152CB7">
        <w:t xml:space="preserve"> </w:t>
      </w:r>
      <w:r>
        <w:t>A bartender spun a bottle in midair, the glass catching the light before landing smoothly in his grip.</w:t>
      </w:r>
      <w:r w:rsidR="007D5C7D">
        <w:t xml:space="preserve"> </w:t>
      </w:r>
      <w:r>
        <w:t>The whole place was alive. Unpredictable. The kind of night that could spiral in any direction.</w:t>
      </w:r>
    </w:p>
    <w:p w14:paraId="4AC1AC55" w14:textId="3A4DA7D9" w:rsidR="00F91806" w:rsidRDefault="00000000" w:rsidP="004F5CDE">
      <w:r>
        <w:t>And I couldn’t shake the feeling that I was walking into something I wasn’t ready for.</w:t>
      </w:r>
      <w:r w:rsidR="00152CB7">
        <w:t xml:space="preserve"> </w:t>
      </w:r>
      <w:r>
        <w:t>Melanie’s hand rested lightly on my back as we walked in, her touch casual, but electric.</w:t>
      </w:r>
      <w:r w:rsidR="00152CB7">
        <w:t xml:space="preserve"> </w:t>
      </w:r>
      <w:r>
        <w:t>I should have felt reassured.</w:t>
      </w:r>
      <w:r w:rsidR="00152CB7">
        <w:t xml:space="preserve"> </w:t>
      </w:r>
      <w:r>
        <w:t>Instead, my gut twisted.</w:t>
      </w:r>
    </w:p>
    <w:p w14:paraId="2F52CD67" w14:textId="7483D9FF" w:rsidR="00F91806" w:rsidRDefault="00000000" w:rsidP="004F5CDE">
      <w:r>
        <w:t>"Relax, babe," she murmured near my ear, her voice smooth, effortless. "We’re here to have fun."</w:t>
      </w:r>
      <w:r w:rsidR="00356284">
        <w:t xml:space="preserve"> </w:t>
      </w:r>
      <w:r>
        <w:t>That was the problem.</w:t>
      </w:r>
      <w:r w:rsidR="00280831">
        <w:t xml:space="preserve"> </w:t>
      </w:r>
      <w:r>
        <w:t>This wasn’t supposed to be girls’ night out.</w:t>
      </w:r>
      <w:r w:rsidR="00280831">
        <w:t xml:space="preserve"> </w:t>
      </w:r>
      <w:r>
        <w:t>It was supposed to be me at her place. Alone. No distractions.</w:t>
      </w:r>
      <w:r w:rsidR="00152CB7">
        <w:t xml:space="preserve"> </w:t>
      </w:r>
      <w:r>
        <w:t>Now, we were in a bar full of noise, alcohol, and eyes, and I was trying to decide if that shift was strategic—or a diversion.</w:t>
      </w:r>
    </w:p>
    <w:p w14:paraId="0FE69ACF" w14:textId="77777777" w:rsidR="001E543F" w:rsidRDefault="001E543F" w:rsidP="004F5CDE"/>
    <w:p w14:paraId="78DE2C7A" w14:textId="252AD83A" w:rsidR="001E543F" w:rsidRPr="00A351D5" w:rsidRDefault="00304FE8" w:rsidP="003140E5">
      <w:pPr>
        <w:jc w:val="center"/>
        <w:rPr>
          <w:color w:val="365F91" w:themeColor="accent1" w:themeShade="BF"/>
        </w:rPr>
      </w:pPr>
      <w:r>
        <w:rPr>
          <w:rFonts w:ascii="Segoe UI Symbol" w:hAnsi="Segoe UI Symbol" w:cs="Segoe UI Symbol"/>
          <w:color w:val="365F91" w:themeColor="accent1" w:themeShade="BF"/>
        </w:rPr>
        <w:lastRenderedPageBreak/>
        <w:t>♞♛♞</w:t>
      </w:r>
    </w:p>
    <w:p w14:paraId="169EC5EE" w14:textId="77777777" w:rsidR="00F91806" w:rsidRDefault="00F91806" w:rsidP="004F5CDE"/>
    <w:p w14:paraId="250BF0D4" w14:textId="6461F2B0" w:rsidR="00F91806" w:rsidRDefault="00000000" w:rsidP="004F5CDE">
      <w:r>
        <w:t xml:space="preserve">Near the bar, </w:t>
      </w:r>
      <w:r w:rsidR="00400041">
        <w:t>Candice</w:t>
      </w:r>
      <w:r>
        <w:t xml:space="preserve"> and </w:t>
      </w:r>
      <w:r w:rsidR="002B5C3A">
        <w:t>Jackie</w:t>
      </w:r>
      <w:r>
        <w:t xml:space="preserve"> were already waiting in a booth, drinks in hand, looking way too pleased with themselves.</w:t>
      </w:r>
      <w:r w:rsidR="00152CB7">
        <w:t xml:space="preserve"> </w:t>
      </w:r>
      <w:r w:rsidR="00400041">
        <w:t>Candice waved us over, her signature smirk already in place.</w:t>
      </w:r>
      <w:r w:rsidR="00152CB7">
        <w:t xml:space="preserve"> </w:t>
      </w:r>
      <w:r>
        <w:t>"Finally," she drawled. "I was beginning to think you two got distracted on the way here."</w:t>
      </w:r>
    </w:p>
    <w:p w14:paraId="5622ADA9" w14:textId="684C4641" w:rsidR="00F91806" w:rsidRDefault="002B5C3A" w:rsidP="004F5CDE">
      <w:r>
        <w:t>Jackie snorted. "Or in a bathroom stall."</w:t>
      </w:r>
    </w:p>
    <w:p w14:paraId="0B6D1286" w14:textId="77777777" w:rsidR="00F91806" w:rsidRDefault="00000000" w:rsidP="004F5CDE">
      <w:r>
        <w:t>I rolled my eyes, pretending my face wasn’t burning.</w:t>
      </w:r>
    </w:p>
    <w:p w14:paraId="43E8940D" w14:textId="795D3BDE" w:rsidR="00F91806" w:rsidRDefault="00000000" w:rsidP="004F5CDE">
      <w:r>
        <w:t>Not missing a beat, Melanie ordered two tequila shots—without even asking me.</w:t>
      </w:r>
      <w:r w:rsidR="00152CB7">
        <w:t xml:space="preserve"> </w:t>
      </w:r>
      <w:r>
        <w:t>I raised a brow. "Since when do you order for me?"</w:t>
      </w:r>
    </w:p>
    <w:p w14:paraId="4C849C1A" w14:textId="77777777" w:rsidR="00F91806" w:rsidRDefault="00000000" w:rsidP="004F5CDE">
      <w:r>
        <w:t>She smirked. "Since you like tequila but pretend you don’t."</w:t>
      </w:r>
    </w:p>
    <w:p w14:paraId="484CCDA3" w14:textId="4CE5928D" w:rsidR="00F91806" w:rsidRDefault="00000000" w:rsidP="004F5CDE">
      <w:r>
        <w:t>I scoffed but still reached for the glass when it finally came.</w:t>
      </w:r>
      <w:r w:rsidR="00152CB7">
        <w:t xml:space="preserve"> </w:t>
      </w:r>
      <w:r>
        <w:t>She wasn’t wrong, and she knew it.</w:t>
      </w:r>
      <w:r w:rsidR="00356284">
        <w:t xml:space="preserve"> </w:t>
      </w:r>
      <w:r w:rsidR="00400041">
        <w:t>Candice lifted her own glass. "To a night of bad decisions."</w:t>
      </w:r>
    </w:p>
    <w:p w14:paraId="71EB210B" w14:textId="4AE448C5" w:rsidR="00F91806" w:rsidRDefault="00000000" w:rsidP="004F5CDE">
      <w:r>
        <w:t>We clinked.</w:t>
      </w:r>
      <w:r w:rsidR="00152CB7">
        <w:t xml:space="preserve"> </w:t>
      </w:r>
      <w:r>
        <w:t>The tequila burned fast, spreading warmth down my throat.</w:t>
      </w:r>
      <w:r w:rsidR="00226D57">
        <w:t xml:space="preserve"> </w:t>
      </w:r>
      <w:r>
        <w:t xml:space="preserve">As I set my glass down, I caught </w:t>
      </w:r>
      <w:r w:rsidR="00400041">
        <w:t>Candice</w:t>
      </w:r>
      <w:r>
        <w:t xml:space="preserve"> watching us again.</w:t>
      </w:r>
      <w:r w:rsidR="007D5C7D">
        <w:t xml:space="preserve"> </w:t>
      </w:r>
      <w:r>
        <w:t>Not just watching. Cataloging.</w:t>
      </w:r>
      <w:r w:rsidR="00152CB7">
        <w:t xml:space="preserve"> </w:t>
      </w:r>
      <w:r w:rsidR="002B5C3A">
        <w:t>Jackie, for once, seemed distracted.</w:t>
      </w:r>
      <w:r w:rsidR="00152CB7">
        <w:t xml:space="preserve"> </w:t>
      </w:r>
      <w:r>
        <w:t xml:space="preserve">Something itched at the back of my mind, but before I could push the thought further, </w:t>
      </w:r>
      <w:r w:rsidR="00400041">
        <w:t>Candice</w:t>
      </w:r>
      <w:r>
        <w:t xml:space="preserve"> grinned and slapped her hands against the table.</w:t>
      </w:r>
      <w:r w:rsidR="00356284">
        <w:t xml:space="preserve"> </w:t>
      </w:r>
      <w:r>
        <w:t>"Enough with the serious faces. Come on, let’s dance!"</w:t>
      </w:r>
    </w:p>
    <w:p w14:paraId="4518A0DC" w14:textId="5647ED27" w:rsidR="00F91806" w:rsidRDefault="00000000" w:rsidP="004F5CDE">
      <w:r>
        <w:t>Before I could object, she grabbed my wrist, pulling me up.</w:t>
      </w:r>
      <w:r w:rsidR="00152CB7">
        <w:t xml:space="preserve"> </w:t>
      </w:r>
      <w:r>
        <w:t>"You two need to stop eye-fucking and actually do something about it," she teased, dragging me toward the dance floor.</w:t>
      </w:r>
    </w:p>
    <w:p w14:paraId="5CDFEC4A" w14:textId="77777777" w:rsidR="00F91806" w:rsidRDefault="00000000" w:rsidP="004F5CDE">
      <w:r>
        <w:t>I groaned, but I didn’t resist.</w:t>
      </w:r>
    </w:p>
    <w:p w14:paraId="1287000A" w14:textId="77777777" w:rsidR="001E543F" w:rsidRDefault="001E543F" w:rsidP="004F5CDE"/>
    <w:p w14:paraId="55114FD9" w14:textId="19251E27" w:rsidR="001E543F" w:rsidRPr="00A351D5" w:rsidRDefault="00304FE8" w:rsidP="003140E5">
      <w:pPr>
        <w:jc w:val="center"/>
        <w:rPr>
          <w:color w:val="365F91" w:themeColor="accent1" w:themeShade="BF"/>
        </w:rPr>
      </w:pPr>
      <w:r>
        <w:rPr>
          <w:rFonts w:ascii="Segoe UI Symbol" w:hAnsi="Segoe UI Symbol" w:cs="Segoe UI Symbol"/>
          <w:color w:val="365F91" w:themeColor="accent1" w:themeShade="BF"/>
        </w:rPr>
        <w:t>♞♛♞</w:t>
      </w:r>
    </w:p>
    <w:p w14:paraId="41E469AE" w14:textId="77777777" w:rsidR="001E543F" w:rsidRDefault="001E543F" w:rsidP="004F5CDE"/>
    <w:p w14:paraId="0B70B9F7" w14:textId="63373794" w:rsidR="00F91806" w:rsidRDefault="00000000" w:rsidP="004F5CDE">
      <w:r>
        <w:t>The floor was a pulsing wave of bodies, the bass so deep it felt like it was inside me.</w:t>
      </w:r>
      <w:r w:rsidR="00280831">
        <w:t xml:space="preserve"> </w:t>
      </w:r>
      <w:r>
        <w:t>Melanie stepped up behind me, her hands finding my waist without hesitation, pulling me closer, pressing her front to my back.</w:t>
      </w:r>
      <w:r w:rsidR="00152CB7">
        <w:t xml:space="preserve"> </w:t>
      </w:r>
      <w:r>
        <w:t>"Relax," she murmured, her lips just near my ear.</w:t>
      </w:r>
    </w:p>
    <w:p w14:paraId="022BD0D3" w14:textId="345CD81C" w:rsidR="00F91806" w:rsidRDefault="00000000" w:rsidP="004F5CDE">
      <w:r>
        <w:lastRenderedPageBreak/>
        <w:t>I tried.</w:t>
      </w:r>
      <w:r w:rsidR="00152CB7">
        <w:t xml:space="preserve"> </w:t>
      </w:r>
      <w:r>
        <w:t>Tried not to focus on the way she felt against me, on the heat of her breath at my neck.</w:t>
      </w:r>
      <w:r w:rsidR="00152CB7">
        <w:t xml:space="preserve"> </w:t>
      </w:r>
      <w:r w:rsidR="00400041">
        <w:t xml:space="preserve">Candice was watching. </w:t>
      </w:r>
      <w:r w:rsidR="002B5C3A">
        <w:t>Jackie</w:t>
      </w:r>
      <w:r w:rsidR="00400041">
        <w:t xml:space="preserve"> was watching.</w:t>
      </w:r>
      <w:r w:rsidR="00152CB7">
        <w:t xml:space="preserve"> </w:t>
      </w:r>
      <w:r>
        <w:t>But in that moment?</w:t>
      </w:r>
    </w:p>
    <w:p w14:paraId="65F6DA2F" w14:textId="77777777" w:rsidR="00F91806" w:rsidRDefault="00000000" w:rsidP="004F5CDE">
      <w:r>
        <w:t>I didn’t care.</w:t>
      </w:r>
    </w:p>
    <w:p w14:paraId="47B5B10C" w14:textId="48A375EB" w:rsidR="00F91806" w:rsidRDefault="00000000" w:rsidP="004F5CDE">
      <w:r>
        <w:t>Melanie’s hands slid up, slow, teasing, her fingers brushing the exposed skin of my arms.</w:t>
      </w:r>
      <w:r w:rsidR="00280831">
        <w:t xml:space="preserve"> </w:t>
      </w:r>
      <w:r>
        <w:t>Her hips moved against mine, the friction deliberate.</w:t>
      </w:r>
      <w:r w:rsidR="00152CB7">
        <w:t xml:space="preserve"> </w:t>
      </w:r>
      <w:r>
        <w:t>"You keep looking at me like that," she said, voice dark, "and I’m going to have to take you home right now."</w:t>
      </w:r>
    </w:p>
    <w:p w14:paraId="205601F6" w14:textId="77777777" w:rsidR="00F91806" w:rsidRDefault="00000000" w:rsidP="004F5CDE">
      <w:r>
        <w:t>My stomach flipped.</w:t>
      </w:r>
    </w:p>
    <w:p w14:paraId="7E9D8B8A" w14:textId="51DCDFF0" w:rsidR="00F91806" w:rsidRDefault="00000000" w:rsidP="004F5CDE">
      <w:r>
        <w:t xml:space="preserve">Just then, </w:t>
      </w:r>
      <w:r w:rsidR="002B5C3A">
        <w:t>Jackie</w:t>
      </w:r>
      <w:r>
        <w:t xml:space="preserve"> slid up beside us, laughing.</w:t>
      </w:r>
      <w:r w:rsidR="00152CB7">
        <w:t xml:space="preserve"> </w:t>
      </w:r>
      <w:r>
        <w:t xml:space="preserve">"You two are making the rest of us look bad," she teased. She turned to </w:t>
      </w:r>
      <w:r w:rsidR="00400041">
        <w:t>Candice</w:t>
      </w:r>
      <w:r>
        <w:t xml:space="preserve"> with a dramatic sigh. "If they keep this up, we might actually have to start making out just to stay relevant."</w:t>
      </w:r>
    </w:p>
    <w:p w14:paraId="7CFF1C19" w14:textId="25A89651" w:rsidR="00F91806" w:rsidRDefault="00400041" w:rsidP="004F5CDE">
      <w:r>
        <w:t>Candice smirked. "Tempting. I love the way you kiss when you’re drunk."</w:t>
      </w:r>
    </w:p>
    <w:p w14:paraId="61E5EBBB" w14:textId="340D1089" w:rsidR="00F91806" w:rsidRDefault="002B5C3A" w:rsidP="004F5CDE">
      <w:r>
        <w:t>Jackie licked her lips. "Or—we could all take the fun elsewhere. I’ve got some good products from the store in my car."</w:t>
      </w:r>
    </w:p>
    <w:p w14:paraId="4C91607D" w14:textId="77777777" w:rsidR="00F91806" w:rsidRDefault="00000000" w:rsidP="004F5CDE">
      <w:r>
        <w:t>I blinked. Wait—what?</w:t>
      </w:r>
    </w:p>
    <w:p w14:paraId="002F8969" w14:textId="77777777" w:rsidR="00F91806" w:rsidRDefault="00000000" w:rsidP="004F5CDE">
      <w:r>
        <w:t>Melanie let out a soft laugh, low and knowing. “That’s cute.”</w:t>
      </w:r>
    </w:p>
    <w:p w14:paraId="3AB72722" w14:textId="5E687795" w:rsidR="00F91806" w:rsidRDefault="002B5C3A" w:rsidP="004F5CDE">
      <w:r>
        <w:t>Jackie raised an eyebrow. "Cute?"</w:t>
      </w:r>
    </w:p>
    <w:p w14:paraId="1D2A3A19" w14:textId="32C88A41" w:rsidR="00F91806" w:rsidRDefault="00000000" w:rsidP="004F5CDE">
      <w:r>
        <w:t>Melanie’s hand drifted lower on my waist, her fingers tracing slow circles against my hip.</w:t>
      </w:r>
      <w:r w:rsidR="00152CB7">
        <w:t xml:space="preserve"> </w:t>
      </w:r>
      <w:r>
        <w:t>"Yeah," she murmured. "Because if I wanted Hannah to use anything from the store tonight…"</w:t>
      </w:r>
      <w:r w:rsidR="00152CB7">
        <w:t xml:space="preserve"> </w:t>
      </w:r>
      <w:r>
        <w:t>She leaned closer, her lips brushing just below my ear</w:t>
      </w:r>
      <w:r w:rsidR="00280831">
        <w:t>.</w:t>
      </w:r>
      <w:r w:rsidR="00152CB7">
        <w:t xml:space="preserve"> </w:t>
      </w:r>
      <w:r>
        <w:t>"I wouldn’t need your car."</w:t>
      </w:r>
    </w:p>
    <w:p w14:paraId="78038BF9" w14:textId="77777777" w:rsidR="00F91806" w:rsidRDefault="00000000" w:rsidP="004F5CDE">
      <w:r>
        <w:t>My stomach clenched.</w:t>
      </w:r>
    </w:p>
    <w:p w14:paraId="3B1DC6D2" w14:textId="3BAC9F8E" w:rsidR="00F91806" w:rsidRDefault="002B5C3A" w:rsidP="004F5CDE">
      <w:r>
        <w:t>Jackie took a step back, hands up in surrender. “…Oh, damn!”</w:t>
      </w:r>
    </w:p>
    <w:p w14:paraId="00612768" w14:textId="154B9123" w:rsidR="00F91806" w:rsidRDefault="00400041" w:rsidP="004F5CDE">
      <w:r>
        <w:t>Candice let out a delighted laugh. "That’s what you get for trying to play with the pros."</w:t>
      </w:r>
    </w:p>
    <w:p w14:paraId="4562C3DE" w14:textId="70FE5E91" w:rsidR="00F91806" w:rsidRDefault="00000000" w:rsidP="004F5CDE">
      <w:r>
        <w:t>Melanie kissed my shoulder, amusement playing at her lips.</w:t>
      </w:r>
      <w:r w:rsidR="00152CB7">
        <w:t xml:space="preserve"> </w:t>
      </w:r>
      <w:r>
        <w:t>"Come on, babe. Let’s get another drink before I decide to skip to the part where I take you home."</w:t>
      </w:r>
    </w:p>
    <w:p w14:paraId="6CA200E6" w14:textId="77777777" w:rsidR="001E543F" w:rsidRDefault="001E543F" w:rsidP="004F5CDE"/>
    <w:p w14:paraId="72B712DF" w14:textId="39419371" w:rsidR="001E543F" w:rsidRPr="00A351D5" w:rsidRDefault="00304FE8" w:rsidP="00DF668B">
      <w:pPr>
        <w:jc w:val="center"/>
        <w:rPr>
          <w:color w:val="365F91" w:themeColor="accent1" w:themeShade="BF"/>
        </w:rPr>
      </w:pPr>
      <w:r>
        <w:rPr>
          <w:rFonts w:ascii="Segoe UI Symbol" w:hAnsi="Segoe UI Symbol" w:cs="Segoe UI Symbol"/>
          <w:color w:val="365F91" w:themeColor="accent1" w:themeShade="BF"/>
        </w:rPr>
        <w:t>♞♛♞</w:t>
      </w:r>
    </w:p>
    <w:p w14:paraId="7900EFB7" w14:textId="77777777" w:rsidR="00F91806" w:rsidRDefault="00F91806" w:rsidP="004F5CDE"/>
    <w:p w14:paraId="7AE7BB82" w14:textId="6E5CA849" w:rsidR="00F91806" w:rsidRDefault="00000000" w:rsidP="004F5CDE">
      <w:r>
        <w:t xml:space="preserve">Back at our booth, drinks in hand, </w:t>
      </w:r>
      <w:r w:rsidR="00400041">
        <w:t>Candice</w:t>
      </w:r>
      <w:r>
        <w:t xml:space="preserve"> lifted her glass, her smirk lazy and unreadable.</w:t>
      </w:r>
      <w:r w:rsidR="007D5C7D">
        <w:t xml:space="preserve"> </w:t>
      </w:r>
      <w:r>
        <w:t>"To Silicone Solutions," she said, letting the words stretch, her eyes glinting mischievously. "And girls' night out."</w:t>
      </w:r>
    </w:p>
    <w:p w14:paraId="62E7A73A" w14:textId="6770A0E2" w:rsidR="00F91806" w:rsidRDefault="00000000" w:rsidP="004F5CDE">
      <w:r>
        <w:t>I took a sip, the tequila burning in my throat</w:t>
      </w:r>
      <w:r w:rsidR="008714C0">
        <w:t xml:space="preserve"> again</w:t>
      </w:r>
      <w:r>
        <w:t>, but not sharper than the unease curling in my stomach.</w:t>
      </w:r>
      <w:r w:rsidR="007D5C7D">
        <w:t xml:space="preserve"> </w:t>
      </w:r>
      <w:r>
        <w:t xml:space="preserve">Was this just </w:t>
      </w:r>
      <w:r w:rsidR="00400041">
        <w:t>Candice</w:t>
      </w:r>
      <w:r>
        <w:t xml:space="preserve"> being </w:t>
      </w:r>
      <w:r w:rsidR="00400041">
        <w:t>Candice</w:t>
      </w:r>
      <w:r>
        <w:t>, or was there something deliberate in her toast?</w:t>
      </w:r>
    </w:p>
    <w:p w14:paraId="796221B4" w14:textId="5E6497C1" w:rsidR="00F91806" w:rsidRDefault="00000000" w:rsidP="004F5CDE">
      <w:r>
        <w:t>Before I could decide, her gaze flicked toward the entrance.</w:t>
      </w:r>
      <w:r w:rsidR="00152CB7">
        <w:t xml:space="preserve"> </w:t>
      </w:r>
      <w:r>
        <w:t>And her smirk deepened.</w:t>
      </w:r>
      <w:r w:rsidR="00152CB7">
        <w:t xml:space="preserve"> </w:t>
      </w:r>
      <w:r>
        <w:t>"Oh, I see one of my boy</w:t>
      </w:r>
      <w:r w:rsidR="002D3887">
        <w:t xml:space="preserve"> </w:t>
      </w:r>
      <w:r>
        <w:t>toys just arrived," she purred, pushing back from the table. "Be right back."</w:t>
      </w:r>
      <w:r w:rsidR="00280831">
        <w:t xml:space="preserve"> </w:t>
      </w:r>
      <w:r>
        <w:t xml:space="preserve">But before she left, she turned toward </w:t>
      </w:r>
      <w:r w:rsidR="002B5C3A">
        <w:t>Jackie</w:t>
      </w:r>
      <w:r>
        <w:t>, gripping her chin and pulling her in for a slow, sensual kiss.</w:t>
      </w:r>
    </w:p>
    <w:p w14:paraId="44B3E0CA" w14:textId="24FC707B" w:rsidR="00F91806" w:rsidRDefault="002B5C3A" w:rsidP="004F5CDE">
      <w:r>
        <w:t>Jackie didn’t flinch—she leaned into it.</w:t>
      </w:r>
    </w:p>
    <w:p w14:paraId="43C37C86" w14:textId="0D88DE1D" w:rsidR="00F91806" w:rsidRDefault="00000000" w:rsidP="004F5CDE">
      <w:r>
        <w:t xml:space="preserve">"Perhaps we can have a group session tonight after all," </w:t>
      </w:r>
      <w:r w:rsidR="00400041">
        <w:t>Candice</w:t>
      </w:r>
      <w:r>
        <w:t xml:space="preserve"> murmured, her lips brushing </w:t>
      </w:r>
      <w:r w:rsidR="002B5C3A">
        <w:t>Jackie</w:t>
      </w:r>
      <w:r>
        <w:t>’s as she spoke. "And if you’d like a taste test in the parking lot first, just give me a nod."</w:t>
      </w:r>
    </w:p>
    <w:p w14:paraId="75A2F869" w14:textId="2E4A5D60" w:rsidR="00F91806" w:rsidRDefault="002B5C3A" w:rsidP="004F5CDE">
      <w:r>
        <w:t>Jackie licked her lips, tilting her head in mock consideration.</w:t>
      </w:r>
      <w:r w:rsidR="00152CB7">
        <w:t xml:space="preserve"> </w:t>
      </w:r>
      <w:r>
        <w:t>"Love, the tequila in me says yes."</w:t>
      </w:r>
      <w:r w:rsidR="00356284">
        <w:t xml:space="preserve"> </w:t>
      </w:r>
      <w:r w:rsidR="00400041">
        <w:t>Candice grinned wickedly, leaving us to greet tonight’s boytoy.</w:t>
      </w:r>
    </w:p>
    <w:p w14:paraId="3A09E10F" w14:textId="0381A818" w:rsidR="00F91806" w:rsidRDefault="002B5C3A" w:rsidP="004F5CDE">
      <w:r>
        <w:t>Jackie let out a breathy laugh, tossing back another tequila shot.</w:t>
      </w:r>
      <w:r w:rsidR="00152CB7">
        <w:t xml:space="preserve"> </w:t>
      </w:r>
      <w:r>
        <w:t>"God, I love slutty girls."</w:t>
      </w:r>
    </w:p>
    <w:p w14:paraId="6ADAB306" w14:textId="2C7EBAF3" w:rsidR="00F91806" w:rsidRDefault="00000000" w:rsidP="004F5CDE">
      <w:r>
        <w:t>I raised an eyebrow, but before I could comment, Melanie leaned forward.</w:t>
      </w:r>
      <w:r w:rsidR="00152CB7">
        <w:t xml:space="preserve"> </w:t>
      </w:r>
      <w:r>
        <w:t xml:space="preserve">"We should be paying attention to more than just </w:t>
      </w:r>
      <w:r w:rsidR="00400041">
        <w:t>Candice</w:t>
      </w:r>
      <w:r>
        <w:t>’s testosterone," she mused, her voice smooth, casual—but there was an edge to it.</w:t>
      </w:r>
    </w:p>
    <w:p w14:paraId="6312E477" w14:textId="77777777" w:rsidR="00F91806" w:rsidRDefault="00000000" w:rsidP="004F5CDE">
      <w:r>
        <w:t>I smirked. "You jealous?"</w:t>
      </w:r>
    </w:p>
    <w:p w14:paraId="5C550FD4" w14:textId="2A7BEC38" w:rsidR="00F91806" w:rsidRDefault="00000000" w:rsidP="004F5CDE">
      <w:r>
        <w:t>Melanie didn’t blink. "Not even a little." She swirled her drink, then placed her glass down with a deliberate clink.</w:t>
      </w:r>
      <w:r w:rsidR="007D5C7D">
        <w:t xml:space="preserve"> </w:t>
      </w:r>
      <w:r>
        <w:t>"I’m just saying—while we’re watching them, who’s watching us?"</w:t>
      </w:r>
    </w:p>
    <w:p w14:paraId="464D2663" w14:textId="77777777" w:rsidR="00F91806" w:rsidRDefault="00000000" w:rsidP="004F5CDE">
      <w:r>
        <w:t>Silence settled over the table.</w:t>
      </w:r>
    </w:p>
    <w:p w14:paraId="0F4896DE" w14:textId="05E96A5A" w:rsidR="00F91806" w:rsidRDefault="00000000" w:rsidP="004F5CDE">
      <w:r>
        <w:t>Then Melanie’s voice dropped, slow and deliberate.</w:t>
      </w:r>
      <w:r w:rsidR="007D5C7D">
        <w:t xml:space="preserve"> </w:t>
      </w:r>
      <w:r>
        <w:t>"So. Who the fuck put those cameras in the store?"</w:t>
      </w:r>
    </w:p>
    <w:p w14:paraId="6ED0846F" w14:textId="77777777" w:rsidR="00F91806" w:rsidRDefault="00000000" w:rsidP="004F5CDE">
      <w:r>
        <w:t>More silence.</w:t>
      </w:r>
    </w:p>
    <w:p w14:paraId="471FED31" w14:textId="662B7D69" w:rsidR="00F91806" w:rsidRDefault="00000000" w:rsidP="004F5CDE">
      <w:r>
        <w:lastRenderedPageBreak/>
        <w:t xml:space="preserve">I paused, as if in deep thought. But really, I was watching </w:t>
      </w:r>
      <w:r w:rsidR="002B5C3A">
        <w:t>Jackie</w:t>
      </w:r>
      <w:r>
        <w:t>.</w:t>
      </w:r>
      <w:r w:rsidR="007D5C7D">
        <w:t xml:space="preserve"> </w:t>
      </w:r>
      <w:r>
        <w:t>She let out a scoff, leaning back like the question wasn’t a big deal. "Come on, this place is a madhouse. Could’ve been anyone."</w:t>
      </w:r>
    </w:p>
    <w:p w14:paraId="17E4C63E" w14:textId="0D8C2725" w:rsidR="00F91806" w:rsidRDefault="00000000" w:rsidP="004F5CDE">
      <w:r>
        <w:t>Melanie didn’t blink. Didn’t move.</w:t>
      </w:r>
      <w:r w:rsidR="00356284">
        <w:t xml:space="preserve"> </w:t>
      </w:r>
      <w:r>
        <w:t>Neither did I.</w:t>
      </w:r>
      <w:r w:rsidR="00356284">
        <w:t xml:space="preserve"> </w:t>
      </w:r>
      <w:r>
        <w:t>The weight of the silence stretched.</w:t>
      </w:r>
      <w:r w:rsidR="007D5C7D">
        <w:t xml:space="preserve"> </w:t>
      </w:r>
      <w:r w:rsidR="002B5C3A">
        <w:t>Jackie shifted in her seat, fingers tapping against her glass. "How come no one suspects the Toolis twins?"</w:t>
      </w:r>
    </w:p>
    <w:p w14:paraId="1C5721F6" w14:textId="1048B56E" w:rsidR="00F91806" w:rsidRDefault="00000000" w:rsidP="004F5CDE">
      <w:r>
        <w:t xml:space="preserve">Melanie tilted her head slightly, studying </w:t>
      </w:r>
      <w:r w:rsidR="002B5C3A">
        <w:t>Jackie</w:t>
      </w:r>
      <w:r>
        <w:t xml:space="preserve"> like she was unraveling a puzzle.</w:t>
      </w:r>
      <w:r w:rsidR="00152CB7">
        <w:t xml:space="preserve"> </w:t>
      </w:r>
      <w:r>
        <w:t>"You sound pretty sure about that."</w:t>
      </w:r>
    </w:p>
    <w:p w14:paraId="55BEA7EB" w14:textId="6EB34337" w:rsidR="00F91806" w:rsidRDefault="002B5C3A" w:rsidP="004F5CDE">
      <w:r>
        <w:t>Jackie shrugged, but it wasn’t casual. It was forced. "I mean, come on. They basically live in the store. We all know what pervs they are."</w:t>
      </w:r>
    </w:p>
    <w:p w14:paraId="359CC874" w14:textId="16B65CBD" w:rsidR="00F91806" w:rsidRDefault="00000000" w:rsidP="004F5CDE">
      <w:r>
        <w:t>I exchanged a glance with Melanie. The twins had access. They could have done it.</w:t>
      </w:r>
      <w:r w:rsidR="00152CB7">
        <w:t xml:space="preserve"> </w:t>
      </w:r>
      <w:r>
        <w:t xml:space="preserve">But </w:t>
      </w:r>
      <w:r w:rsidR="002B5C3A">
        <w:t>Jackie</w:t>
      </w:r>
      <w:r>
        <w:t xml:space="preserve"> seemed too quick to shift the blame. Too smooth, too practiced.</w:t>
      </w:r>
      <w:r w:rsidR="00152CB7">
        <w:t xml:space="preserve"> </w:t>
      </w:r>
      <w:r>
        <w:t>Melanie caught it too. And she wasn’t letting up.</w:t>
      </w:r>
      <w:r w:rsidR="00280831">
        <w:t xml:space="preserve"> </w:t>
      </w:r>
      <w:r>
        <w:t>She leaned forward, resting her elbows on the table, gaze sharp. "Okay. Let’s play with that theory."</w:t>
      </w:r>
    </w:p>
    <w:p w14:paraId="5AC2D96A" w14:textId="11E8FA21" w:rsidR="00F91806" w:rsidRDefault="002B5C3A" w:rsidP="004F5CDE">
      <w:r>
        <w:t>Jackie frowned. "What?"</w:t>
      </w:r>
    </w:p>
    <w:p w14:paraId="001B9818" w14:textId="77777777" w:rsidR="00F91806" w:rsidRDefault="00000000" w:rsidP="004F5CDE">
      <w:r>
        <w:t>Melanie tilted her head, voice softer now—almost too soft. "If the twins planted the cameras… how do you know?"</w:t>
      </w:r>
    </w:p>
    <w:p w14:paraId="3DA6895D" w14:textId="26EE119C" w:rsidR="00F91806" w:rsidRDefault="002B5C3A" w:rsidP="004F5CDE">
      <w:r>
        <w:t>Jackie blinked. "What?"</w:t>
      </w:r>
    </w:p>
    <w:p w14:paraId="38F09AEA" w14:textId="57390279" w:rsidR="00F91806" w:rsidRDefault="00000000" w:rsidP="004F5CDE">
      <w:r>
        <w:t xml:space="preserve">"You said they’re total pervs." Melanie tapped her glass. "That’s not proof. That’s opinion. So, tell us, </w:t>
      </w:r>
      <w:r w:rsidR="002B5C3A">
        <w:t>Jackie</w:t>
      </w:r>
      <w:r>
        <w:t>—what do you actually know?"</w:t>
      </w:r>
    </w:p>
    <w:p w14:paraId="0173DAFA" w14:textId="1F4CE063" w:rsidR="00F91806" w:rsidRDefault="002B5C3A" w:rsidP="004F5CDE">
      <w:r>
        <w:t>Jackie scoffed again, but this time, it was thinner, flimsier. "I don’t know anything."</w:t>
      </w:r>
    </w:p>
    <w:p w14:paraId="54A465BC" w14:textId="77777777" w:rsidR="00F91806" w:rsidRDefault="00000000" w:rsidP="004F5CDE">
      <w:r>
        <w:t>"Really?" Melanie’s voice dropped into something silkier, more dangerous. "Sure you’re not holding back?"</w:t>
      </w:r>
    </w:p>
    <w:p w14:paraId="137187C6" w14:textId="77777777" w:rsidR="00152CB7" w:rsidRDefault="002B5C3A" w:rsidP="004F5CDE">
      <w:r>
        <w:t>Jackie exhaled sharply, dropping her hand flat against the table. "You’re reading too much into shit, Mel. I threw out a guess."</w:t>
      </w:r>
      <w:r w:rsidR="00152CB7">
        <w:t xml:space="preserve"> </w:t>
      </w:r>
    </w:p>
    <w:p w14:paraId="56658682" w14:textId="1151EA7E" w:rsidR="00F91806" w:rsidRDefault="00000000" w:rsidP="004F5CDE">
      <w:r>
        <w:t xml:space="preserve">Before the tension </w:t>
      </w:r>
      <w:r w:rsidR="00152CB7">
        <w:t xml:space="preserve">could </w:t>
      </w:r>
      <w:r>
        <w:t xml:space="preserve">settle, </w:t>
      </w:r>
      <w:r w:rsidR="00400041">
        <w:t>Candice</w:t>
      </w:r>
      <w:r>
        <w:t xml:space="preserve"> reappeared with her boy toy in tow.</w:t>
      </w:r>
      <w:r w:rsidR="007D5C7D">
        <w:t xml:space="preserve"> </w:t>
      </w:r>
      <w:r>
        <w:t xml:space="preserve">He slid into the booth next to </w:t>
      </w:r>
      <w:r w:rsidR="002B5C3A">
        <w:t>Jackie</w:t>
      </w:r>
      <w:r>
        <w:t xml:space="preserve"> with all the confidence of someone who knew exactly what he was doing—or thought he did.</w:t>
      </w:r>
      <w:r w:rsidR="00152CB7">
        <w:t xml:space="preserve"> </w:t>
      </w:r>
      <w:r>
        <w:t>Tall, broad-shouldered, with a sharp jawline and a grin that was just a little too cocky. He was wearing a leather jacket over a tight black shirt, and his hair was styled like he spent an hour making it look effortless.</w:t>
      </w:r>
    </w:p>
    <w:p w14:paraId="5CA61959" w14:textId="77777777" w:rsidR="00356284" w:rsidRDefault="00356284" w:rsidP="004F5CDE"/>
    <w:p w14:paraId="08B11697" w14:textId="512F7DDC" w:rsidR="00F91806" w:rsidRDefault="00400041" w:rsidP="004F5CDE">
      <w:r>
        <w:t>Candice flopped down beside him, draping herself across his lap like she was staking a claim.</w:t>
      </w:r>
      <w:r w:rsidR="00280831">
        <w:t xml:space="preserve"> </w:t>
      </w:r>
      <w:r>
        <w:t>"Everyone," she said, her voice dripping with satisfaction, "meet Sham. He’s… well, let’s just say he’s multi-talented."</w:t>
      </w:r>
    </w:p>
    <w:p w14:paraId="0CBC4CA4" w14:textId="55873EAC" w:rsidR="00F91806" w:rsidRDefault="002B5C3A" w:rsidP="004F5CDE">
      <w:r>
        <w:t>Jackie snorted. "Multi-talented, huh? What’s his best skill? Fetching drinks or disappearing after sunrise?"</w:t>
      </w:r>
    </w:p>
    <w:p w14:paraId="2ED4E262" w14:textId="64A873A0" w:rsidR="00F91806" w:rsidRDefault="00400041" w:rsidP="004F5CDE">
      <w:r>
        <w:t>Candice grinned, unbothered</w:t>
      </w:r>
      <w:r w:rsidR="006D577F">
        <w:t>:</w:t>
      </w:r>
      <w:r>
        <w:t xml:space="preserve"> "</w:t>
      </w:r>
      <w:r w:rsidR="006D577F">
        <w:t>M</w:t>
      </w:r>
      <w:r>
        <w:t>aybe you’ll find out tonight."</w:t>
      </w:r>
    </w:p>
    <w:p w14:paraId="13946FDA" w14:textId="4DE00E02" w:rsidR="00F91806" w:rsidRDefault="002B5C3A" w:rsidP="004F5CDE">
      <w:r>
        <w:t>Jackie studied Sham’s appearance, her gaze flicking up and down, weighing, calculating. Then, a slow smirk curved her lips.</w:t>
      </w:r>
      <w:r w:rsidR="00152CB7">
        <w:t xml:space="preserve"> </w:t>
      </w:r>
      <w:r>
        <w:t>"Perhaps," she murmured, "but first, let’s get more drinks."</w:t>
      </w:r>
    </w:p>
    <w:p w14:paraId="651C16CE" w14:textId="65EAC008" w:rsidR="00F91806" w:rsidRDefault="00000000" w:rsidP="004F5CDE">
      <w:r>
        <w:t>Sham hesitated for the first time, like he’d just realized he was entering dangerous waters.</w:t>
      </w:r>
      <w:r w:rsidR="00152CB7">
        <w:t xml:space="preserve"> </w:t>
      </w:r>
      <w:r>
        <w:t>I noticed his eyes linger on Melanie and me for a beat too long. Not just a glance—longer. Assessing.</w:t>
      </w:r>
      <w:r w:rsidR="00280831">
        <w:t xml:space="preserve"> </w:t>
      </w:r>
      <w:r>
        <w:t>Something about the way his gaze slid over us made my skin crawl, but I couldn’t quite pin why.</w:t>
      </w:r>
    </w:p>
    <w:p w14:paraId="04EB16B7" w14:textId="3BB78DCA" w:rsidR="00F91806" w:rsidRDefault="00000000" w:rsidP="004F5CDE">
      <w:r>
        <w:t>Melanie swirled her drink, then placed her glass down with a deliberate clink.</w:t>
      </w:r>
      <w:r w:rsidR="007D5C7D">
        <w:t xml:space="preserve"> </w:t>
      </w:r>
      <w:r>
        <w:t>"Fun as this is," she said, her voice smooth but edged with finality, "it’s time for us to go."</w:t>
      </w:r>
    </w:p>
    <w:p w14:paraId="32C50231" w14:textId="5AFA1EC4" w:rsidR="00F91806" w:rsidRDefault="00000000" w:rsidP="004F5CDE">
      <w:r>
        <w:t>I caught something in her eyes.</w:t>
      </w:r>
      <w:r w:rsidR="00152CB7">
        <w:t xml:space="preserve"> </w:t>
      </w:r>
      <w:r>
        <w:t>Not impatience.</w:t>
      </w:r>
      <w:r w:rsidR="00152CB7">
        <w:t xml:space="preserve"> </w:t>
      </w:r>
      <w:r>
        <w:t>Not possession.</w:t>
      </w:r>
      <w:r w:rsidR="00152CB7">
        <w:t xml:space="preserve"> </w:t>
      </w:r>
      <w:r>
        <w:t>Something else.</w:t>
      </w:r>
      <w:r w:rsidR="00152CB7">
        <w:t xml:space="preserve"> </w:t>
      </w:r>
      <w:r>
        <w:t>And as we walked toward the exit, I felt it—that itch between my shoulder blades.</w:t>
      </w:r>
      <w:r w:rsidR="00152CB7">
        <w:t xml:space="preserve"> </w:t>
      </w:r>
      <w:r>
        <w:t>Like someone was watching.</w:t>
      </w:r>
      <w:r w:rsidR="00152CB7">
        <w:t xml:space="preserve"> </w:t>
      </w:r>
      <w:r>
        <w:t>Or waiting.</w:t>
      </w:r>
    </w:p>
    <w:p w14:paraId="597D2E7E" w14:textId="77777777" w:rsidR="000D1BEE" w:rsidRDefault="000D1BEE" w:rsidP="004F5CDE"/>
    <w:p w14:paraId="5D50B184" w14:textId="77777777" w:rsidR="000D1BEE" w:rsidRDefault="000D1BEE" w:rsidP="004F5CDE"/>
    <w:p w14:paraId="4AF1D619" w14:textId="77777777" w:rsidR="00F91806" w:rsidRDefault="00000000" w:rsidP="00A56335">
      <w:pPr>
        <w:pStyle w:val="Heading1"/>
      </w:pPr>
      <w:bookmarkStart w:id="52" w:name="_Toc189281343"/>
      <w:r>
        <w:t>Chapter 29: Reckless and Ravished</w:t>
      </w:r>
      <w:bookmarkEnd w:id="52"/>
    </w:p>
    <w:p w14:paraId="6AAE7ABA" w14:textId="77777777" w:rsidR="00A56335" w:rsidRDefault="00A56335" w:rsidP="004F5CDE"/>
    <w:p w14:paraId="40F85372" w14:textId="0212E765" w:rsidR="00F91806" w:rsidRDefault="00000000" w:rsidP="004F5CDE">
      <w:r>
        <w:t>Arm in arm, we walked briskly to my car, our bodies buzzing with tequila and thrumming with an urgency too fierce to ignore.</w:t>
      </w:r>
      <w:r w:rsidR="00EC4D31">
        <w:t xml:space="preserve"> </w:t>
      </w:r>
      <w:r>
        <w:t>Like a true gentlewoman, Melanie reached for my door handle—but just as I expected to slip inside, she hesitated. Her lips brushed the shell of my ear, her breath warm, teasing.</w:t>
      </w:r>
      <w:r w:rsidR="00D730ED">
        <w:t xml:space="preserve"> </w:t>
      </w:r>
      <w:r w:rsidR="00AA53D9">
        <w:t xml:space="preserve">“Or… would you prefer a taste test right here in the parking lot?" Melanie smirked, her voice dripping with mockery, echoing </w:t>
      </w:r>
      <w:r w:rsidR="00400041">
        <w:t>Candice</w:t>
      </w:r>
      <w:r w:rsidR="00AA53D9">
        <w:t xml:space="preserve">’s earlier offer to </w:t>
      </w:r>
      <w:r w:rsidR="002B5C3A">
        <w:t>Jackie</w:t>
      </w:r>
      <w:r w:rsidR="00AA53D9">
        <w:t>.</w:t>
      </w:r>
    </w:p>
    <w:p w14:paraId="28A87034" w14:textId="0253D773" w:rsidR="00F91806" w:rsidRDefault="00000000" w:rsidP="004F5CDE">
      <w:r>
        <w:lastRenderedPageBreak/>
        <w:t>A shockwave of arousal coursed through me, my thighs clenching involuntarily. The sheer audacity of her words had my pulse slamming against my ribs.</w:t>
      </w:r>
      <w:r w:rsidR="00EC4D31">
        <w:t xml:space="preserve"> </w:t>
      </w:r>
      <w:r>
        <w:t>Before I could answer, she spun me, pressing my back against the car, caging me between cool metal and the scorching heat of her body. Her mouth claimed mine in a kiss that was desperate, consuming, an open-mouthed demand that unraveled me on the spot.</w:t>
      </w:r>
    </w:p>
    <w:p w14:paraId="63025AE3" w14:textId="0FBCD166" w:rsidR="00F91806" w:rsidRDefault="00000000" w:rsidP="004F5CDE">
      <w:r>
        <w:t>God, this was reckless.</w:t>
      </w:r>
      <w:r w:rsidR="00EC4D31">
        <w:t xml:space="preserve"> </w:t>
      </w:r>
      <w:r>
        <w:t>Someone could see us. Cameras could be rolling.</w:t>
      </w:r>
      <w:r w:rsidR="00EC4D31">
        <w:t xml:space="preserve"> </w:t>
      </w:r>
      <w:r>
        <w:t>And yet, instead of stopping me, the danger made me burn hotter.</w:t>
      </w:r>
      <w:r w:rsidR="00EC4D31">
        <w:t xml:space="preserve"> </w:t>
      </w:r>
      <w:r>
        <w:t>Melanie’s hands slid beneath my blouse, finding my breasts like she already owned them. Her fingers rolled my nipples between sharp pinches, sending electricity straight between my legs.</w:t>
      </w:r>
      <w:r w:rsidR="00EC4D31">
        <w:t xml:space="preserve"> </w:t>
      </w:r>
      <w:r>
        <w:t>I moaned into her mouth, my hips grinding instinctively against hers.</w:t>
      </w:r>
    </w:p>
    <w:p w14:paraId="6C65AE93" w14:textId="77777777" w:rsidR="00F91806" w:rsidRDefault="00000000" w:rsidP="004F5CDE">
      <w:r>
        <w:t>The distant hum of conversation. The occasional beep of a car alarm. The knowledge that we weren’t alone. It all sent a heady, dizzying rush through my veins, heightening every sensation.</w:t>
      </w:r>
    </w:p>
    <w:p w14:paraId="246D8C19" w14:textId="613005A2" w:rsidR="00F91806" w:rsidRDefault="00000000" w:rsidP="004F5CDE">
      <w:r>
        <w:t>Melanie’s lips moved to my neck, sucking, biting, marking. My head tipped back against the car window as she drove me to the edge of sanity.</w:t>
      </w:r>
      <w:r w:rsidR="00356284">
        <w:t xml:space="preserve"> </w:t>
      </w:r>
      <w:r>
        <w:t>"Mel, someone’s going to see—"</w:t>
      </w:r>
    </w:p>
    <w:p w14:paraId="19A44EC9" w14:textId="77777777" w:rsidR="00F91806" w:rsidRDefault="00000000" w:rsidP="004F5CDE">
      <w:r>
        <w:t>Her teeth grazed my pulse point before she whispered, "Then you’d better be quiet."</w:t>
      </w:r>
    </w:p>
    <w:p w14:paraId="785A0BD2" w14:textId="4A720CE6" w:rsidR="00F91806" w:rsidRDefault="00000000" w:rsidP="004F5CDE">
      <w:r>
        <w:t>I shuddered, nearly whimpering.</w:t>
      </w:r>
      <w:r w:rsidR="00EC4D31">
        <w:t xml:space="preserve"> </w:t>
      </w:r>
      <w:r>
        <w:t>Her hands dipped lower, bunching up my skirt, sliding against the heated skin of my thighs. She hooked her fingers into my already soaked panties, slowly dragging them down, the cold night air licking against my bare skin.</w:t>
      </w:r>
    </w:p>
    <w:p w14:paraId="31846D01" w14:textId="77777777" w:rsidR="00F91806" w:rsidRDefault="00000000" w:rsidP="004F5CDE">
      <w:r>
        <w:t>The filthy, exhilarating risk of it all made me fever-hot.</w:t>
      </w:r>
    </w:p>
    <w:p w14:paraId="21175D1F" w14:textId="77786897" w:rsidR="00F91806" w:rsidRDefault="00000000" w:rsidP="004F5CDE">
      <w:r>
        <w:t>Then, she was on her knees.</w:t>
      </w:r>
      <w:r w:rsidR="00EC4D31">
        <w:t xml:space="preserve"> </w:t>
      </w:r>
      <w:r>
        <w:t>The sight alone sent another pulse of arousal crashing over me.</w:t>
      </w:r>
      <w:r w:rsidR="00280831">
        <w:t xml:space="preserve"> </w:t>
      </w:r>
      <w:r>
        <w:t>"Keep your eyes on me," she murmured, her voice thick with sin.</w:t>
      </w:r>
      <w:r w:rsidR="00EC4D31">
        <w:t xml:space="preserve"> </w:t>
      </w:r>
      <w:r>
        <w:t>And then her tongue was on me.</w:t>
      </w:r>
      <w:r w:rsidR="00356284">
        <w:t xml:space="preserve"> </w:t>
      </w:r>
      <w:r>
        <w:t>I bit my lip hard, strangling a cry, my fingers tangling in her hair, anchoring her, guiding her.</w:t>
      </w:r>
      <w:r w:rsidR="00EC4D31">
        <w:t xml:space="preserve"> </w:t>
      </w:r>
    </w:p>
    <w:p w14:paraId="185C40D6" w14:textId="77777777" w:rsidR="00F91806" w:rsidRDefault="00000000" w:rsidP="004F5CDE">
      <w:r>
        <w:t>A car door slammed somewhere in the lot.</w:t>
      </w:r>
    </w:p>
    <w:p w14:paraId="26300BAA" w14:textId="77777777" w:rsidR="00F91806" w:rsidRDefault="00000000" w:rsidP="004F5CDE">
      <w:r>
        <w:t>Footsteps echoed.</w:t>
      </w:r>
    </w:p>
    <w:p w14:paraId="21FC0722" w14:textId="06D6C7AE" w:rsidR="00F91806" w:rsidRDefault="00000000" w:rsidP="004F5CDE">
      <w:r>
        <w:t>I should have panicked.</w:t>
      </w:r>
      <w:r w:rsidR="00EC4D31">
        <w:t xml:space="preserve"> </w:t>
      </w:r>
      <w:r>
        <w:t>But instead, I spread my legs wider, arching into her mouth, surrendering to the sheer adrenaline of being so exposed, so consumed.</w:t>
      </w:r>
      <w:r w:rsidR="00EC4D31">
        <w:t xml:space="preserve"> </w:t>
      </w:r>
      <w:r>
        <w:t>Melanie moaned against me as I came undone, pleasure hitting me in waves so intense I nearly collapsed. My entire body shook, the world dissolving into nothing but heat, pressure, and raw sensation.</w:t>
      </w:r>
    </w:p>
    <w:p w14:paraId="0B327675" w14:textId="77777777" w:rsidR="00356284" w:rsidRDefault="00356284" w:rsidP="004F5CDE"/>
    <w:p w14:paraId="121063CE" w14:textId="09E2CA62" w:rsidR="00F91806" w:rsidRPr="00E8791C" w:rsidRDefault="00000000" w:rsidP="004F5CDE">
      <w:pPr>
        <w:rPr>
          <w:i/>
          <w:iCs/>
        </w:rPr>
      </w:pPr>
      <w:r>
        <w:t>I barely swallowed the scream that threatened to tear from my throat.</w:t>
      </w:r>
      <w:r w:rsidR="00356284">
        <w:t xml:space="preserve"> </w:t>
      </w:r>
      <w:r w:rsidRPr="00E8791C">
        <w:rPr>
          <w:i/>
          <w:iCs/>
        </w:rPr>
        <w:t>Too loud. Jesus, that was too loud.</w:t>
      </w:r>
    </w:p>
    <w:p w14:paraId="7DE8D1E7" w14:textId="050973A3" w:rsidR="00F91806" w:rsidRDefault="00000000" w:rsidP="004F5CDE">
      <w:r>
        <w:t>Melanie rose, her lips glistening, her smirk nothing short of victorious.</w:t>
      </w:r>
      <w:r w:rsidR="00EC4D31">
        <w:t xml:space="preserve"> </w:t>
      </w:r>
      <w:r>
        <w:t>She kissed me deeply, making sure I could taste myself on her tongue.</w:t>
      </w:r>
      <w:r w:rsidR="00280831">
        <w:t xml:space="preserve"> </w:t>
      </w:r>
      <w:r>
        <w:t>Then, against my lips, she whispered,</w:t>
      </w:r>
      <w:r w:rsidR="00EC4D31">
        <w:t xml:space="preserve"> </w:t>
      </w:r>
      <w:r>
        <w:t>"Babe, there’s no place like home. Let’s finish this properly."</w:t>
      </w:r>
    </w:p>
    <w:p w14:paraId="05F0B56D" w14:textId="77777777" w:rsidR="00A56335" w:rsidRDefault="00A56335" w:rsidP="004F5CDE"/>
    <w:p w14:paraId="1FB7F270" w14:textId="69EDE3EE" w:rsidR="00A56335" w:rsidRPr="00A351D5" w:rsidRDefault="00304FE8" w:rsidP="00DF668B">
      <w:pPr>
        <w:jc w:val="center"/>
        <w:rPr>
          <w:color w:val="365F91" w:themeColor="accent1" w:themeShade="BF"/>
        </w:rPr>
      </w:pPr>
      <w:r>
        <w:rPr>
          <w:rFonts w:ascii="Segoe UI Symbol" w:hAnsi="Segoe UI Symbol" w:cs="Segoe UI Symbol"/>
          <w:color w:val="365F91" w:themeColor="accent1" w:themeShade="BF"/>
        </w:rPr>
        <w:t>♞♛♞</w:t>
      </w:r>
    </w:p>
    <w:p w14:paraId="67C97D55" w14:textId="77777777" w:rsidR="00F91806" w:rsidRDefault="00F91806" w:rsidP="004F5CDE"/>
    <w:p w14:paraId="43506F34" w14:textId="34A80F21" w:rsidR="00F91806" w:rsidRDefault="00000000" w:rsidP="004F5CDE">
      <w:r>
        <w:t>The hum of the engine filled the car, but neither of us spoke. Words felt unnecessary.</w:t>
      </w:r>
      <w:r w:rsidR="00EC4D31">
        <w:t xml:space="preserve"> </w:t>
      </w:r>
      <w:r>
        <w:t>Melanie rested her head against the window, her lips parted, eyes half-lidded in a way that made my stomach clench. The glow of passing streetlights cast golden shadows across her face, flickering over her smirk—the same smirk she’d worn while pulling my orgasm from me just now in that parking lot.</w:t>
      </w:r>
    </w:p>
    <w:p w14:paraId="0DE9E051" w14:textId="54AC39FC" w:rsidR="00F91806" w:rsidRDefault="00000000" w:rsidP="004F5CDE">
      <w:r>
        <w:t>I gripped the steering wheel tighter. My thighs still trembled; my breath still came unevenly. I could still taste myself on her lips.</w:t>
      </w:r>
      <w:r w:rsidR="00280831">
        <w:t xml:space="preserve"> </w:t>
      </w:r>
      <w:r>
        <w:t>She must have noticed me sneaking glances, because she turned her head just slightly, her gaze meeting mine.</w:t>
      </w:r>
    </w:p>
    <w:p w14:paraId="604F4549" w14:textId="77777777" w:rsidR="00F91806" w:rsidRDefault="00000000" w:rsidP="004F5CDE">
      <w:r>
        <w:t>"What's wrong, babe?" Her voice was low, amused. "Still thinking about it?"</w:t>
      </w:r>
    </w:p>
    <w:p w14:paraId="5C21F4C2" w14:textId="77777777" w:rsidR="00F91806" w:rsidRDefault="00000000" w:rsidP="004F5CDE">
      <w:r>
        <w:t>I swallowed hard. “Still feeling it.”</w:t>
      </w:r>
    </w:p>
    <w:p w14:paraId="283EED0B" w14:textId="485EB367" w:rsidR="00F91806" w:rsidRDefault="00000000" w:rsidP="004F5CDE">
      <w:r>
        <w:t>Her smirk deepened. Slowly, deliberately, she trailed a single fingertip along my inner thigh.</w:t>
      </w:r>
      <w:r w:rsidR="00D730ED">
        <w:t xml:space="preserve"> </w:t>
      </w:r>
      <w:r>
        <w:t>"You’re so easy to read," she murmured, her touch featherlight, teasing.</w:t>
      </w:r>
    </w:p>
    <w:p w14:paraId="77B79AE5" w14:textId="6BE78D72" w:rsidR="00F91806" w:rsidRDefault="00000000" w:rsidP="004F5CDE">
      <w:r>
        <w:t>I exhaled sharply, my grip on the wheel tightening. "Mel, if you want to make it to your place in one piece, I suggest you behave."</w:t>
      </w:r>
      <w:r w:rsidR="00356284">
        <w:t xml:space="preserve"> </w:t>
      </w:r>
      <w:r>
        <w:t>She chuckled, unbothered, and pulled her hand away—but not before pressing a final, possessive squeeze to my leg.</w:t>
      </w:r>
    </w:p>
    <w:p w14:paraId="70A2A8AA" w14:textId="14D9A6DC" w:rsidR="00F91806" w:rsidRDefault="00000000" w:rsidP="004F5CDE">
      <w:r>
        <w:t>The city blurred past us in streaks of neon and shadow, but I barely noticed. All I could think about was where we were headed.</w:t>
      </w:r>
      <w:r w:rsidR="00C9714A">
        <w:t xml:space="preserve"> </w:t>
      </w:r>
      <w:r>
        <w:t>Pulling up to her apartment, I let out a slow breath. The building was sleek, modern—floor-to-ceiling windows, dark wood, and clean lines that felt effortlessly sexy, just like her. The lobby smelled like cedarwood and something faintly floral, and the security guard barely glanced up as we passed.</w:t>
      </w:r>
    </w:p>
    <w:p w14:paraId="08B210A4" w14:textId="2C9777EF" w:rsidR="00F91806" w:rsidRDefault="00000000" w:rsidP="004F5CDE">
      <w:r>
        <w:lastRenderedPageBreak/>
        <w:t>Inside the elevator, Melanie leaned against the wall, watching me, arms crossed like she was already undressing me with her eyes.</w:t>
      </w:r>
      <w:r w:rsidR="00C9714A">
        <w:t xml:space="preserve"> </w:t>
      </w:r>
      <w:r>
        <w:t>"You nervous?"</w:t>
      </w:r>
    </w:p>
    <w:p w14:paraId="323525F7" w14:textId="77777777" w:rsidR="00F91806" w:rsidRDefault="00000000" w:rsidP="004F5CDE">
      <w:r>
        <w:t>I scoffed, but my pulse betrayed me. "Should I be?"</w:t>
      </w:r>
    </w:p>
    <w:p w14:paraId="3BFE4C06" w14:textId="77777777" w:rsidR="00F91806" w:rsidRDefault="00000000" w:rsidP="004F5CDE">
      <w:r>
        <w:t>She took a step closer, closing the distance between us. "Maybe."</w:t>
      </w:r>
    </w:p>
    <w:p w14:paraId="0415F73A" w14:textId="4F652FA4" w:rsidR="00F91806" w:rsidRDefault="00000000" w:rsidP="004F5CDE">
      <w:r>
        <w:t>The elevator dinged, and she led me down a quiet hallway, stopping in front of her door. Apartment 22-B.</w:t>
      </w:r>
      <w:r w:rsidR="00C9714A">
        <w:t xml:space="preserve"> </w:t>
      </w:r>
      <w:r>
        <w:t>Stepping inside, the first thing I noticed was the scent—deep, intoxicating, unmistakably her. A mix of warm amber, vanilla, and something darker, something I couldn't quite name but wanted to drown in.</w:t>
      </w:r>
    </w:p>
    <w:p w14:paraId="0525075B" w14:textId="3095EC70" w:rsidR="00F91806" w:rsidRDefault="00000000" w:rsidP="004F5CDE">
      <w:r>
        <w:t>The door clicked shut behind me, and I took in the space.</w:t>
      </w:r>
      <w:r w:rsidR="00C9714A">
        <w:t xml:space="preserve"> </w:t>
      </w:r>
      <w:r>
        <w:t>Minimalist but expensive. Clean lines, sleek furniture, but with an edge of effortless sensuality. Black leather, dark wood, and soft, ambient lighting. The apartment was curated—not sterile, but purposeful, every detail intentional, just like her.</w:t>
      </w:r>
      <w:r w:rsidR="00C9714A">
        <w:t xml:space="preserve"> </w:t>
      </w:r>
      <w:r>
        <w:t>To my right, a modern kitchen, all matte black cabinets and marble countertops, its perfection barely disturbed by an open bottle of red wine and two half-filled glasses waiting on the island.</w:t>
      </w:r>
    </w:p>
    <w:p w14:paraId="7DB0D944" w14:textId="4919336D" w:rsidR="00F91806" w:rsidRDefault="00000000" w:rsidP="004F5CDE">
      <w:r>
        <w:t>Straight ahead, the living room sprawled into an open floor plan, a plush, midnight-blue sectional draped in soft cashmere throws, low glass tables, a collection of books stacked neatly beside a flickering candle.</w:t>
      </w:r>
      <w:r w:rsidR="00C9714A">
        <w:t xml:space="preserve"> </w:t>
      </w:r>
      <w:r>
        <w:t>No television.</w:t>
      </w:r>
      <w:r w:rsidR="00C9714A">
        <w:t xml:space="preserve"> </w:t>
      </w:r>
      <w:r>
        <w:t>Just music, something low and sultry playing through hidden speakers.</w:t>
      </w:r>
    </w:p>
    <w:p w14:paraId="08F3FC3E" w14:textId="487ED2F2" w:rsidR="00F91806" w:rsidRDefault="00000000" w:rsidP="004F5CDE">
      <w:r>
        <w:t>The far wall was all floor-to-ceiling windows, the city glittering below like a million tiny promises. The glass reflected our silhouettes, as Melanie approached me, her gaze locking into mine.</w:t>
      </w:r>
      <w:r w:rsidR="00356284">
        <w:t xml:space="preserve"> </w:t>
      </w:r>
      <w:r>
        <w:t>"You like it?" she murmured.</w:t>
      </w:r>
    </w:p>
    <w:p w14:paraId="7821C77F" w14:textId="488B2DC2" w:rsidR="00F91806" w:rsidRDefault="00000000" w:rsidP="004F5CDE">
      <w:r>
        <w:t>I swallowed. Like wasn’t the right word.</w:t>
      </w:r>
      <w:r w:rsidR="00C9714A">
        <w:t xml:space="preserve"> </w:t>
      </w:r>
      <w:r>
        <w:t>I loved it.</w:t>
      </w:r>
      <w:r w:rsidR="00C9714A">
        <w:t xml:space="preserve"> </w:t>
      </w:r>
      <w:r>
        <w:t>Because this place was her</w:t>
      </w:r>
      <w:r w:rsidR="00280831">
        <w:t>s</w:t>
      </w:r>
      <w:r>
        <w:t>. Cool. Controlled. Beautiful. But underneath—something raw, something just waiting to be unraveled.</w:t>
      </w:r>
      <w:r w:rsidR="00D730ED">
        <w:t xml:space="preserve"> </w:t>
      </w:r>
      <w:r>
        <w:t>And tonight, I would finally get to see what lay beneath the surface.</w:t>
      </w:r>
    </w:p>
    <w:p w14:paraId="42EF457A" w14:textId="77777777" w:rsidR="00F91806" w:rsidRDefault="00000000" w:rsidP="004F5CDE">
      <w:r>
        <w:t>Melanie stepped past me, her fingers trailing down my arm, barely there, but enough to send a shiver through me. She grabbed glasses and a bottle of wine before she disappeared into the bedroom. As she crossed the threshold, she turned back—eyes dark, teasing, daring.</w:t>
      </w:r>
    </w:p>
    <w:p w14:paraId="44507127" w14:textId="24F35F33" w:rsidR="00F91806" w:rsidRDefault="00000000" w:rsidP="004F5CDE">
      <w:r>
        <w:t>"Welcome to my world, babe."</w:t>
      </w:r>
      <w:r w:rsidR="00C9714A">
        <w:t xml:space="preserve"> </w:t>
      </w:r>
      <w:r>
        <w:t>She stepped inside, and I followed without hesitation.</w:t>
      </w:r>
    </w:p>
    <w:p w14:paraId="7BF40C8D" w14:textId="77777777" w:rsidR="00A56335" w:rsidRDefault="00A56335" w:rsidP="004F5CDE"/>
    <w:p w14:paraId="374089A1" w14:textId="5E34CB04" w:rsidR="00A56335" w:rsidRPr="00A351D5" w:rsidRDefault="00304FE8" w:rsidP="00DF668B">
      <w:pPr>
        <w:jc w:val="center"/>
        <w:rPr>
          <w:color w:val="365F91" w:themeColor="accent1" w:themeShade="BF"/>
        </w:rPr>
      </w:pPr>
      <w:r>
        <w:rPr>
          <w:rFonts w:ascii="Segoe UI Symbol" w:hAnsi="Segoe UI Symbol" w:cs="Segoe UI Symbol"/>
          <w:color w:val="365F91" w:themeColor="accent1" w:themeShade="BF"/>
        </w:rPr>
        <w:t>♞♛♞</w:t>
      </w:r>
    </w:p>
    <w:p w14:paraId="5D11B2B8" w14:textId="77777777" w:rsidR="00F91806" w:rsidRDefault="00F91806" w:rsidP="004F5CDE"/>
    <w:p w14:paraId="6A2A2960" w14:textId="0CBE6D3B" w:rsidR="00F91806" w:rsidRDefault="00000000" w:rsidP="004F5CDE">
      <w:r>
        <w:t>Inside, the bedroom was as intoxicating as the rest of her home—low-lit, warm, the scent of her skin mixing with the faint traces of sandalwood lingering in the air.</w:t>
      </w:r>
      <w:r w:rsidR="00C9714A">
        <w:t xml:space="preserve"> </w:t>
      </w:r>
      <w:r>
        <w:t>A king-sized bed dominated the space, dark gray sheets rumpled from restless nights, the headboard sleek and black. A single candle flickered on the nightstand, casting long, golden shadows across her face.</w:t>
      </w:r>
    </w:p>
    <w:p w14:paraId="02E86547" w14:textId="0F505542" w:rsidR="00F91806" w:rsidRDefault="00000000" w:rsidP="004F5CDE">
      <w:r>
        <w:t>Melanie sat on the edge of the bed, watching me, legs spread just enough to make my mouth dry.</w:t>
      </w:r>
      <w:r w:rsidR="00D730ED">
        <w:t xml:space="preserve"> </w:t>
      </w:r>
      <w:r>
        <w:t>"You’ve been staring all night," she murmured, tilting her head. "What are you waiting for?"</w:t>
      </w:r>
      <w:r w:rsidR="00C9714A">
        <w:t xml:space="preserve"> </w:t>
      </w:r>
      <w:r>
        <w:t>Her voice was pure temptation, but I wasn’t about to let her keep all the control.</w:t>
      </w:r>
    </w:p>
    <w:p w14:paraId="7CD8C50A" w14:textId="10034F9D" w:rsidR="00F91806" w:rsidRDefault="00000000" w:rsidP="004F5CDE">
      <w:r>
        <w:t>I closed the space between us in an instant, pushing her back against the sheets.</w:t>
      </w:r>
      <w:r w:rsidR="00D730ED">
        <w:t xml:space="preserve"> </w:t>
      </w:r>
      <w:r>
        <w:t>"You," I whispered against her lips. "I’m waiting for you to fall apart."</w:t>
      </w:r>
      <w:r w:rsidR="00C9714A">
        <w:t xml:space="preserve"> </w:t>
      </w:r>
      <w:r>
        <w:t>Her sharp inhale was all the confirmation I needed.</w:t>
      </w:r>
    </w:p>
    <w:p w14:paraId="230C1A5A" w14:textId="77777777" w:rsidR="00F91806" w:rsidRDefault="00000000" w:rsidP="004F5CDE">
      <w:r>
        <w:t>I pressed her deeper into the bed, my hands trailing down her sides, slow, deliberate, teasing. The urge to taste her, to repay her for the way she ruined me back in the parking lot, burned hotter than anything.</w:t>
      </w:r>
    </w:p>
    <w:p w14:paraId="355A0AC1" w14:textId="4F11E255" w:rsidR="00F91806" w:rsidRDefault="00000000" w:rsidP="004F5CDE">
      <w:r>
        <w:t>Her smirk flickered, turning softer, her breath coming faster as my lips moved lower—down her collarbone, across her ribs, the scent of her skin making me dizzy.</w:t>
      </w:r>
      <w:r w:rsidR="00C9714A">
        <w:t xml:space="preserve"> </w:t>
      </w:r>
      <w:r>
        <w:t>I reached into my bag, fingers curling around the extra-large vibrating sample product I’d grabbed earlier.</w:t>
      </w:r>
    </w:p>
    <w:p w14:paraId="7E179FAC" w14:textId="265477C0" w:rsidR="00F91806" w:rsidRDefault="00000000" w:rsidP="004F5CDE">
      <w:r>
        <w:t>Melanie let out a low laugh, but it was breathless.</w:t>
      </w:r>
      <w:r w:rsidR="00C9714A">
        <w:t xml:space="preserve"> </w:t>
      </w:r>
      <w:r>
        <w:t>"Overachiever," she murmured.</w:t>
      </w:r>
    </w:p>
    <w:p w14:paraId="6B5592FA" w14:textId="77777777" w:rsidR="00F91806" w:rsidRDefault="00000000" w:rsidP="004F5CDE">
      <w:r>
        <w:t>"You earned it," I shot back, kissing a slow path down her stomach.</w:t>
      </w:r>
    </w:p>
    <w:p w14:paraId="5712C273" w14:textId="72C515BE" w:rsidR="00F91806" w:rsidRDefault="00000000" w:rsidP="004F5CDE">
      <w:r>
        <w:t>And then, as the first low hum of vibration filled the room, Melanie’s smirk disappeared.</w:t>
      </w:r>
      <w:r w:rsidR="00D730ED">
        <w:t xml:space="preserve"> </w:t>
      </w:r>
      <w:r>
        <w:t>Her head tipped back against the pillow, a curse slipping from her lips as she arched beneath me.</w:t>
      </w:r>
    </w:p>
    <w:p w14:paraId="610A933C" w14:textId="622B79FE" w:rsidR="00F91806" w:rsidRDefault="00000000" w:rsidP="004F5CDE">
      <w:r>
        <w:t>I took my time, savoring her unraveling, the way her body writhed, the way her hands gripped the sheets like she was trying to keep herself grounded.</w:t>
      </w:r>
      <w:r w:rsidR="00C9714A">
        <w:t xml:space="preserve"> </w:t>
      </w:r>
      <w:r>
        <w:t>"Look at you," I whispered against her skin. "So controlled all the time—except when you’re like this."</w:t>
      </w:r>
    </w:p>
    <w:p w14:paraId="6DBF3CE9" w14:textId="77777777" w:rsidR="00F91806" w:rsidRDefault="00000000" w:rsidP="004F5CDE">
      <w:r>
        <w:t>She let out a choked moan, her nails digging into my shoulders. "Fuck, Hannah."</w:t>
      </w:r>
    </w:p>
    <w:p w14:paraId="34848E72" w14:textId="037A76E5" w:rsidR="00F91806" w:rsidRDefault="00000000" w:rsidP="004F5CDE">
      <w:r>
        <w:t>My name on her lips—ragged, desperate, surrendering—was the best sound I’d ever heard.</w:t>
      </w:r>
      <w:r w:rsidR="00C9714A">
        <w:t xml:space="preserve"> </w:t>
      </w:r>
      <w:r>
        <w:t xml:space="preserve">I worked her slowly, teasing, edging her closer, drawing out every tremor, every </w:t>
      </w:r>
      <w:r>
        <w:lastRenderedPageBreak/>
        <w:t>breathless gasp, until she was pleading, her thighs trembling, her voice breaking with need.</w:t>
      </w:r>
    </w:p>
    <w:p w14:paraId="5C5977FD" w14:textId="77777777" w:rsidR="00F91806" w:rsidRDefault="00000000" w:rsidP="004F5CDE">
      <w:r>
        <w:t>Melanie shattered beneath me, her body arching so sharply I thought she might break, her breath caught between a sob and a curse. And then, when I knew she was on the edge, when I could feel her body tightening beneath me—</w:t>
      </w:r>
    </w:p>
    <w:p w14:paraId="6F5D172C" w14:textId="77777777" w:rsidR="00F91806" w:rsidRDefault="00000000" w:rsidP="004F5CDE">
      <w:r>
        <w:t>I pushed her over.</w:t>
      </w:r>
    </w:p>
    <w:p w14:paraId="2CD729FB" w14:textId="2359D455" w:rsidR="00F91806" w:rsidRDefault="00000000" w:rsidP="004F5CDE">
      <w:r>
        <w:t>She came with a cry, her entire body exploding, muscles tensing, her breath catching as pleasure rolled through her in deep, unrelenting waves.</w:t>
      </w:r>
      <w:r w:rsidR="00C9714A">
        <w:t xml:space="preserve"> </w:t>
      </w:r>
      <w:r>
        <w:t>I didn’t stop until she was wrecked—boneless, panting, eyes hazy and unfocused.</w:t>
      </w:r>
    </w:p>
    <w:p w14:paraId="1E91CBBE" w14:textId="7976938E" w:rsidR="00F91806" w:rsidRDefault="00000000" w:rsidP="004F5CDE">
      <w:r>
        <w:t>Her hand found mine, squeezing tight. A silent thank you. A claim.</w:t>
      </w:r>
      <w:r w:rsidR="00C9714A">
        <w:t xml:space="preserve"> </w:t>
      </w:r>
      <w:r>
        <w:t xml:space="preserve">I crawled up beside her, pressing a slow, lazy kiss against her lips. She tasted like </w:t>
      </w:r>
      <w:r w:rsidR="0071491D">
        <w:t>wine</w:t>
      </w:r>
      <w:r>
        <w:t xml:space="preserve"> and satisfaction, and I felt the weight of it, the intimacy, the absolute fucking rightness of it all.</w:t>
      </w:r>
    </w:p>
    <w:p w14:paraId="45859D44" w14:textId="28A4AA51" w:rsidR="00F91806" w:rsidRDefault="00000000" w:rsidP="004F5CDE">
      <w:r>
        <w:t>We lay there, tangled together, the hum of the city far beneath us, but it didn’t matter.</w:t>
      </w:r>
      <w:r w:rsidR="00C9714A">
        <w:t xml:space="preserve"> </w:t>
      </w:r>
      <w:r>
        <w:t>This moment was ours.</w:t>
      </w:r>
      <w:r w:rsidR="00C9714A">
        <w:t xml:space="preserve"> </w:t>
      </w:r>
      <w:r>
        <w:t>She was mine.</w:t>
      </w:r>
      <w:r w:rsidR="00C9714A">
        <w:t xml:space="preserve"> </w:t>
      </w:r>
      <w:r>
        <w:t>But somehow, it still felt like I was the one who’d been claimed.</w:t>
      </w:r>
    </w:p>
    <w:p w14:paraId="3701903E" w14:textId="77777777" w:rsidR="000D1BEE" w:rsidRDefault="000D1BEE" w:rsidP="004F5CDE"/>
    <w:p w14:paraId="097A39D4" w14:textId="77777777" w:rsidR="000D1BEE" w:rsidRDefault="000D1BEE" w:rsidP="004F5CDE"/>
    <w:p w14:paraId="31EF1B69" w14:textId="5B6E2B95" w:rsidR="00F91806" w:rsidRDefault="00000000" w:rsidP="00A56335">
      <w:pPr>
        <w:pStyle w:val="Heading1"/>
      </w:pPr>
      <w:bookmarkStart w:id="53" w:name="_Toc189281344"/>
      <w:r>
        <w:t>Chapter 30: Fire Hazard</w:t>
      </w:r>
      <w:bookmarkEnd w:id="53"/>
      <w:r>
        <w:t xml:space="preserve"> </w:t>
      </w:r>
    </w:p>
    <w:p w14:paraId="5107D8BA" w14:textId="77777777" w:rsidR="00A56335" w:rsidRDefault="00A56335" w:rsidP="004F5CDE"/>
    <w:p w14:paraId="26753440" w14:textId="77777777" w:rsidR="00856001" w:rsidRDefault="00000000" w:rsidP="00856001">
      <w:r>
        <w:t>No alarm. No gentle wake-up.</w:t>
      </w:r>
      <w:r w:rsidR="00A56335">
        <w:t xml:space="preserve"> </w:t>
      </w:r>
      <w:r>
        <w:t>Just the sharp, gut-punching realization that I was still tangled in bed, naked, dangerously late, and drowning in thoughts I didn’t want to unpack.</w:t>
      </w:r>
      <w:r w:rsidR="00856001">
        <w:t xml:space="preserve"> We’re probably going to be late for work.</w:t>
      </w:r>
    </w:p>
    <w:p w14:paraId="10FB1A9C" w14:textId="77777777" w:rsidR="00F91806" w:rsidRDefault="00000000" w:rsidP="004F5CDE">
      <w:r>
        <w:t>For a fleeting second, I let myself sink back into Melanie’s warmth—the scent of skin and sin wrapped around me like silk, her arm lazily draped over my stomach like she had no intention of letting me go.</w:t>
      </w:r>
    </w:p>
    <w:p w14:paraId="0C3885ED" w14:textId="77777777" w:rsidR="00F91806" w:rsidRDefault="00000000" w:rsidP="004F5CDE">
      <w:r>
        <w:t>God help me. If these were my sheets, I wasn’t sure I’d ever wash them.</w:t>
      </w:r>
    </w:p>
    <w:p w14:paraId="32C6B10A" w14:textId="3F89AC9D" w:rsidR="00F91806" w:rsidRDefault="00000000" w:rsidP="004F5CDE">
      <w:r>
        <w:t>But reality was pounding at the door, and if I didn’t get up now, I’d be running the place in last night’s underwear.</w:t>
      </w:r>
      <w:r w:rsidR="005444AC">
        <w:t xml:space="preserve"> </w:t>
      </w:r>
      <w:r>
        <w:t>I bolted upright, limbs tangled, heart hammering against my ribs like a fire alarm had just gone off.</w:t>
      </w:r>
    </w:p>
    <w:p w14:paraId="596F61E6" w14:textId="37B84C6B" w:rsidR="00F91806" w:rsidRDefault="00000000" w:rsidP="004F5CDE">
      <w:r>
        <w:lastRenderedPageBreak/>
        <w:t>Melanie groaned, shifting just enough to smirk against the pillow.</w:t>
      </w:r>
      <w:r w:rsidR="00856001">
        <w:t xml:space="preserve"> </w:t>
      </w:r>
      <w:r>
        <w:t>“Five more minutes,” she murmured, voice thick with sleep.</w:t>
      </w:r>
      <w:r w:rsidR="00381C63">
        <w:t xml:space="preserve"> </w:t>
      </w:r>
      <w:r>
        <w:t>I yanked the covers off her, forcing my brain to focus on getting the hell out of bed instead of the way her toned body stretched beneath me.</w:t>
      </w:r>
      <w:r w:rsidR="005444AC">
        <w:t xml:space="preserve"> </w:t>
      </w:r>
      <w:r>
        <w:t>“Babe, if we don’t move now, we’ll be selling butt plugs in yesterday’s outfits.”</w:t>
      </w:r>
    </w:p>
    <w:p w14:paraId="53B306BE" w14:textId="47FD13B0" w:rsidR="00F91806" w:rsidRDefault="00000000" w:rsidP="004F5CDE">
      <w:r>
        <w:t>That got her attention.</w:t>
      </w:r>
      <w:r w:rsidR="00856001">
        <w:t xml:space="preserve"> </w:t>
      </w:r>
      <w:r>
        <w:t>Melanie cracked one eye open, her smirk lazy, knowing. “Would that really be the worst thing?”</w:t>
      </w:r>
    </w:p>
    <w:p w14:paraId="1616801E" w14:textId="77777777" w:rsidR="00F91806" w:rsidRDefault="00000000" w:rsidP="004F5CDE">
      <w:r>
        <w:t>"For me? No. For our customers? Possibly traumatic."</w:t>
      </w:r>
    </w:p>
    <w:p w14:paraId="24543A4D" w14:textId="09CA7C85" w:rsidR="00F91806" w:rsidRDefault="00000000" w:rsidP="004F5CDE">
      <w:r>
        <w:t>She stretched like a satisfied cat, arms over her head, completely unbothered.</w:t>
      </w:r>
      <w:r w:rsidR="00856001">
        <w:t xml:space="preserve"> </w:t>
      </w:r>
      <w:r>
        <w:t>"Worth it," she muttered.</w:t>
      </w:r>
      <w:r w:rsidR="00856001">
        <w:t xml:space="preserve"> </w:t>
      </w:r>
      <w:r>
        <w:t>I barely swallowed a groan. Focus, Hannah. Focus.</w:t>
      </w:r>
      <w:r w:rsidR="00856001">
        <w:t xml:space="preserve"> </w:t>
      </w:r>
      <w:r>
        <w:t>"Get up. Now, babe. If we move fast, we might just make it."</w:t>
      </w:r>
    </w:p>
    <w:p w14:paraId="0A5D58E1" w14:textId="6A8703A4" w:rsidR="00F91806" w:rsidRDefault="00000000" w:rsidP="004F5CDE">
      <w:r>
        <w:t>After a record-breaking morning routine—cold shower mandatory, at least for me—we were finally dressed and almost out the door.</w:t>
      </w:r>
      <w:r w:rsidR="005444AC">
        <w:t xml:space="preserve">  But j</w:t>
      </w:r>
      <w:r>
        <w:t>ust as Melanie reached for the handle, I grabbed her wrist.</w:t>
      </w:r>
    </w:p>
    <w:p w14:paraId="3A2767B6" w14:textId="77777777" w:rsidR="00F91806" w:rsidRDefault="00000000" w:rsidP="004F5CDE">
      <w:r>
        <w:t>"Wait."</w:t>
      </w:r>
    </w:p>
    <w:p w14:paraId="14C27EE5" w14:textId="77777777" w:rsidR="00F91806" w:rsidRDefault="00000000" w:rsidP="004F5CDE">
      <w:r>
        <w:t>She turned, eyes still lazy, lips still kiss-bruised.</w:t>
      </w:r>
    </w:p>
    <w:p w14:paraId="048ADF80" w14:textId="77777777" w:rsidR="00F91806" w:rsidRDefault="00000000" w:rsidP="004F5CDE">
      <w:r>
        <w:t>"I’m ordering breakfast. What do you want?"</w:t>
      </w:r>
    </w:p>
    <w:p w14:paraId="48F5D161" w14:textId="7DC11C8F" w:rsidR="00F91806" w:rsidRDefault="00000000" w:rsidP="004F5CDE">
      <w:r>
        <w:t>Something flickered across her face—just for a second. Soft. Real.</w:t>
      </w:r>
      <w:r w:rsidR="00381C63">
        <w:t xml:space="preserve"> </w:t>
      </w:r>
      <w:r>
        <w:t>“I love how you always try to take care of me.”</w:t>
      </w:r>
      <w:r w:rsidR="00381C63">
        <w:t xml:space="preserve"> </w:t>
      </w:r>
      <w:r>
        <w:t>Then, just as she reached for the door, she stopped.</w:t>
      </w:r>
      <w:r w:rsidR="00CC1DB9">
        <w:t xml:space="preserve"> </w:t>
      </w:r>
      <w:r>
        <w:t>She didn’t turn. Didn’t look at me. Just let out a breath and said—"I’m madly in love with you, Hannah. Please don’t hurt me."</w:t>
      </w:r>
    </w:p>
    <w:p w14:paraId="37A9C4F3" w14:textId="030212D1" w:rsidR="00F91806" w:rsidRDefault="00000000" w:rsidP="004F5CDE">
      <w:r>
        <w:t>The words slammed into me like a wrecking ball to the ribs.</w:t>
      </w:r>
      <w:r w:rsidR="00CC1DB9">
        <w:t xml:space="preserve"> </w:t>
      </w:r>
      <w:r>
        <w:t>I stood there, heartbeat thrumming, mind blank.</w:t>
      </w:r>
    </w:p>
    <w:p w14:paraId="06F55DF8" w14:textId="77777777" w:rsidR="00F91806" w:rsidRPr="006D0B6F" w:rsidRDefault="00000000" w:rsidP="004F5CDE">
      <w:pPr>
        <w:rPr>
          <w:i/>
          <w:iCs/>
        </w:rPr>
      </w:pPr>
      <w:r w:rsidRPr="006D0B6F">
        <w:rPr>
          <w:i/>
          <w:iCs/>
        </w:rPr>
        <w:t>Too much. Too fast. But also… not enough.</w:t>
      </w:r>
    </w:p>
    <w:p w14:paraId="2880AD6C" w14:textId="66E42170" w:rsidR="00F91806" w:rsidRDefault="00000000" w:rsidP="004F5CDE">
      <w:r>
        <w:t>A lump formed in my throat, thick and unmovable.</w:t>
      </w:r>
      <w:r w:rsidR="006D0B6F">
        <w:t xml:space="preserve"> </w:t>
      </w:r>
      <w:r>
        <w:t>Then, like a switch had flipped, reality sucker-punched me back into motion.</w:t>
      </w:r>
      <w:r w:rsidR="005444AC">
        <w:t xml:space="preserve"> </w:t>
      </w:r>
      <w:r>
        <w:t>I grabbed my keys, shoved my phone into my pocket, and walked out the door.</w:t>
      </w:r>
    </w:p>
    <w:p w14:paraId="466F4A24" w14:textId="77777777" w:rsidR="00A56335" w:rsidRDefault="00A56335" w:rsidP="004F5CDE"/>
    <w:p w14:paraId="3C8B0D78" w14:textId="55286FDD" w:rsidR="00A56335" w:rsidRPr="00A351D5" w:rsidRDefault="00304FE8" w:rsidP="00DF668B">
      <w:pPr>
        <w:jc w:val="center"/>
        <w:rPr>
          <w:color w:val="365F91" w:themeColor="accent1" w:themeShade="BF"/>
        </w:rPr>
      </w:pPr>
      <w:r>
        <w:rPr>
          <w:rFonts w:ascii="Segoe UI Symbol" w:hAnsi="Segoe UI Symbol" w:cs="Segoe UI Symbol"/>
          <w:color w:val="365F91" w:themeColor="accent1" w:themeShade="BF"/>
        </w:rPr>
        <w:t>♞♛♞</w:t>
      </w:r>
    </w:p>
    <w:p w14:paraId="6B89D568" w14:textId="77777777" w:rsidR="00F91806" w:rsidRDefault="00F91806" w:rsidP="004F5CDE"/>
    <w:p w14:paraId="34C86B93" w14:textId="1B8D3977" w:rsidR="00F91806" w:rsidRDefault="00000000" w:rsidP="004F5CDE">
      <w:r>
        <w:lastRenderedPageBreak/>
        <w:t>I sat in my office, fingers wrapped around a steaming coffee cup.</w:t>
      </w:r>
      <w:r w:rsidR="005444AC">
        <w:t xml:space="preserve"> </w:t>
      </w:r>
      <w:r>
        <w:t>I took a sip and let the warmth chase away the last remnants of sleep.</w:t>
      </w:r>
      <w:r w:rsidR="005444AC">
        <w:t xml:space="preserve"> </w:t>
      </w:r>
      <w:r>
        <w:t>Between my fingers, a perfectly toasted bagel—golden, crisp-edged, slathered in thick, decadent cream cheese.</w:t>
      </w:r>
    </w:p>
    <w:p w14:paraId="07D3C1BE" w14:textId="77777777" w:rsidR="00F91806" w:rsidRDefault="00000000" w:rsidP="004F5CDE">
      <w:r>
        <w:t>For a moment, everything felt normal.</w:t>
      </w:r>
    </w:p>
    <w:p w14:paraId="61BC599B" w14:textId="77777777" w:rsidR="00F91806" w:rsidRDefault="00000000" w:rsidP="004F5CDE">
      <w:r>
        <w:t>And then it hit me.</w:t>
      </w:r>
    </w:p>
    <w:p w14:paraId="11C6895F" w14:textId="77777777" w:rsidR="00F91806" w:rsidRDefault="00000000" w:rsidP="004F5CDE">
      <w:r>
        <w:t>The existential dread.</w:t>
      </w:r>
    </w:p>
    <w:p w14:paraId="61883163" w14:textId="59DE1E2A" w:rsidR="00F91806" w:rsidRDefault="00000000" w:rsidP="004F5CDE">
      <w:r>
        <w:t>It didn’t knock. It slithered in, coiling tight around my ribs, whispering in that quiet, insidious voice:</w:t>
      </w:r>
      <w:r w:rsidR="00856001">
        <w:t xml:space="preserve"> </w:t>
      </w:r>
      <w:r>
        <w:t>"This won’t last."</w:t>
      </w:r>
      <w:r w:rsidR="00856001">
        <w:t xml:space="preserve"> </w:t>
      </w:r>
      <w:r>
        <w:t>Because it never does.</w:t>
      </w:r>
      <w:r w:rsidR="00856001">
        <w:t xml:space="preserve"> </w:t>
      </w:r>
      <w:r>
        <w:t>Infatuation—especially the intoxicating kind—burns hot, but flames don’t stay flames for long.</w:t>
      </w:r>
    </w:p>
    <w:p w14:paraId="18CAF264" w14:textId="2AA3EBC6" w:rsidR="00F91806" w:rsidRDefault="00000000" w:rsidP="004F5CDE">
      <w:r>
        <w:t>How long until the butterflies turned to habit? Until the electric, mind-consuming need softened into routine?</w:t>
      </w:r>
      <w:r w:rsidR="00856001">
        <w:t xml:space="preserve"> </w:t>
      </w:r>
      <w:r>
        <w:t>When would the sex stop feeling like fentanyl?</w:t>
      </w:r>
      <w:r w:rsidR="00856001">
        <w:t xml:space="preserve"> </w:t>
      </w:r>
      <w:r>
        <w:t>And when would the mundane creep in?</w:t>
      </w:r>
      <w:r w:rsidR="0027157A">
        <w:t xml:space="preserve"> </w:t>
      </w:r>
      <w:r>
        <w:t>The petty fights over the thermostat. The passive-aggressive debates about who gets the first shower. The unceremonious moment when farting in front of each other becomes normal instead of mortifying.</w:t>
      </w:r>
    </w:p>
    <w:p w14:paraId="65328ED3" w14:textId="77777777" w:rsidR="00A56335" w:rsidRDefault="00000000" w:rsidP="004F5CDE">
      <w:r>
        <w:t>Isn’t that how it always goes?</w:t>
      </w:r>
    </w:p>
    <w:p w14:paraId="223F0FB0" w14:textId="77777777" w:rsidR="00A56335" w:rsidRDefault="00000000" w:rsidP="004F5CDE">
      <w:r>
        <w:t>Passion to comfort.</w:t>
      </w:r>
    </w:p>
    <w:p w14:paraId="5677FE70" w14:textId="77777777" w:rsidR="00A56335" w:rsidRDefault="00000000" w:rsidP="004F5CDE">
      <w:r>
        <w:t>Comfort to duty.</w:t>
      </w:r>
    </w:p>
    <w:p w14:paraId="6DA2FE10" w14:textId="6A8DA175" w:rsidR="00F91806" w:rsidRDefault="00000000" w:rsidP="004F5CDE">
      <w:r>
        <w:t>Duty to slow decay.</w:t>
      </w:r>
    </w:p>
    <w:p w14:paraId="3FF12AF6" w14:textId="6D0127CB" w:rsidR="00F91806" w:rsidRDefault="00000000" w:rsidP="004F5CDE">
      <w:r>
        <w:t>Until love isn’t what parts us—just time, indifference, and the quiet erosion of wanting.</w:t>
      </w:r>
      <w:r w:rsidR="00856001">
        <w:t xml:space="preserve"> </w:t>
      </w:r>
      <w:r>
        <w:t>I exhaled, shaking my head.</w:t>
      </w:r>
      <w:r w:rsidR="00856001">
        <w:t xml:space="preserve"> </w:t>
      </w:r>
      <w:r>
        <w:t>Maybe I was overthinking it.</w:t>
      </w:r>
      <w:r w:rsidR="007F1650">
        <w:t xml:space="preserve"> </w:t>
      </w:r>
      <w:r>
        <w:t>Maybe, for once, I could just let myself feel something good without obsessing over its expiration date.</w:t>
      </w:r>
    </w:p>
    <w:p w14:paraId="7439F175" w14:textId="7515B3D0" w:rsidR="00F91806" w:rsidRDefault="00000000" w:rsidP="004F5CDE">
      <w:r>
        <w:t>Because right now?</w:t>
      </w:r>
      <w:r w:rsidR="00856001">
        <w:t xml:space="preserve"> </w:t>
      </w:r>
      <w:r>
        <w:t xml:space="preserve">Right now, I was in the midst of experiencing the rarest, most dangerously amazing human experience— </w:t>
      </w:r>
      <w:r w:rsidR="00200B83">
        <w:t xml:space="preserve">mutual, </w:t>
      </w:r>
      <w:r>
        <w:t>blinding, unbridled, reckless passion. The kind that consumes you whole.</w:t>
      </w:r>
    </w:p>
    <w:p w14:paraId="4970B063" w14:textId="7FE02C6A" w:rsidR="00F91806" w:rsidRDefault="00000000" w:rsidP="004F5CDE">
      <w:r>
        <w:t>And maybe—just maybe—</w:t>
      </w:r>
      <w:r w:rsidR="00856001">
        <w:t>t</w:t>
      </w:r>
      <w:r>
        <w:t>hat’s the trick, isn’t it?</w:t>
      </w:r>
      <w:r w:rsidR="00856001">
        <w:t xml:space="preserve"> </w:t>
      </w:r>
      <w:r>
        <w:t>Knowing something will burn out but holding your hand over the flame anyway.</w:t>
      </w:r>
      <w:r w:rsidR="00856001">
        <w:t xml:space="preserve"> </w:t>
      </w:r>
      <w:r>
        <w:t>For now, that was enough.</w:t>
      </w:r>
      <w:r w:rsidR="00856001">
        <w:t xml:space="preserve"> </w:t>
      </w:r>
      <w:r>
        <w:t>I took my final sip of coffee, letting the heat ground me.</w:t>
      </w:r>
    </w:p>
    <w:p w14:paraId="06A0D45A" w14:textId="77777777" w:rsidR="00A56335" w:rsidRDefault="00A56335" w:rsidP="004F5CDE"/>
    <w:p w14:paraId="5468EEF8" w14:textId="57F8BD42" w:rsidR="00A56335" w:rsidRPr="00A351D5" w:rsidRDefault="00304FE8" w:rsidP="00867FFA">
      <w:pPr>
        <w:jc w:val="center"/>
        <w:rPr>
          <w:color w:val="365F91" w:themeColor="accent1" w:themeShade="BF"/>
        </w:rPr>
      </w:pPr>
      <w:r>
        <w:rPr>
          <w:rFonts w:ascii="Segoe UI Symbol" w:hAnsi="Segoe UI Symbol" w:cs="Segoe UI Symbol"/>
          <w:color w:val="365F91" w:themeColor="accent1" w:themeShade="BF"/>
        </w:rPr>
        <w:t>♞♛♞</w:t>
      </w:r>
    </w:p>
    <w:p w14:paraId="032BA73A" w14:textId="77777777" w:rsidR="00F91806" w:rsidRDefault="00F91806" w:rsidP="004F5CDE"/>
    <w:p w14:paraId="202D65B4" w14:textId="1C428674" w:rsidR="00F91806" w:rsidRDefault="00000000" w:rsidP="004F5CDE">
      <w:r>
        <w:t>With my coffee drained and breakfast officially consumed, I hit the floor, scanning the space like a detective piecing together a crime scene.</w:t>
      </w:r>
      <w:r w:rsidR="00856001">
        <w:t xml:space="preserve"> </w:t>
      </w:r>
      <w:r>
        <w:t>Given last night’s conversation, Liam and Flynn were the obvious first stop.</w:t>
      </w:r>
      <w:r w:rsidR="00B37B11">
        <w:t xml:space="preserve"> </w:t>
      </w:r>
      <w:r>
        <w:t>Still, my gut whispered the same thing it had since the beginning—they weren’t the ones I needed to worry about.</w:t>
      </w:r>
      <w:r w:rsidR="00856001">
        <w:t xml:space="preserve"> </w:t>
      </w:r>
      <w:r>
        <w:t>But due diligence was everything. Even if it was just to cross them off my list.</w:t>
      </w:r>
    </w:p>
    <w:p w14:paraId="08A369DC" w14:textId="77777777" w:rsidR="00F91806" w:rsidRDefault="00000000" w:rsidP="004F5CDE">
      <w:r>
        <w:t>The warehouse hummed with its usual controlled chaos—rows of stocked inventory, a forklift maneuvering like clockwork, employees moving with the quiet efficiency of a well-oiled machine. Nothing about it screamed compromised. If anything, it felt too normal.</w:t>
      </w:r>
    </w:p>
    <w:p w14:paraId="0020CAA2" w14:textId="77777777" w:rsidR="00F91806" w:rsidRDefault="00000000" w:rsidP="004F5CDE">
      <w:r>
        <w:t>I spotted Liam first, arms crossed, deep in conversation with Flynn, who was gesturing toward an open crate like he was explaining something technical. Neither of them had the energy of someone guilty—no shifty eyes, no stiff posture, no telltale signs of someone feeling the weight of suspicion.</w:t>
      </w:r>
    </w:p>
    <w:p w14:paraId="050A54B0" w14:textId="77777777" w:rsidR="00F91806" w:rsidRDefault="00000000" w:rsidP="004F5CDE">
      <w:r>
        <w:t>But looks could be deceiving.</w:t>
      </w:r>
    </w:p>
    <w:p w14:paraId="785FA161" w14:textId="77777777" w:rsidR="00F91806" w:rsidRDefault="00000000" w:rsidP="004F5CDE">
      <w:r>
        <w:t>“Liam, Flynn.” I kept my tone casual as I approached, but my eyes sharp.</w:t>
      </w:r>
    </w:p>
    <w:p w14:paraId="07BEEC5B" w14:textId="77777777" w:rsidR="00F91806" w:rsidRDefault="00000000" w:rsidP="004F5CDE">
      <w:r>
        <w:t>Liam turned first, expression easy, relaxed—almost too relaxed. "Boss. Didn’t expect you out here this early. Everything good?"</w:t>
      </w:r>
    </w:p>
    <w:p w14:paraId="427E11C9" w14:textId="77777777" w:rsidR="00F91806" w:rsidRDefault="00000000" w:rsidP="004F5CDE">
      <w:r>
        <w:t>"Just checking in," I said, leaning against a crate like I belonged there. "Wanted to see how things are running. Any issues with inventory lately?"</w:t>
      </w:r>
    </w:p>
    <w:p w14:paraId="797D24BB" w14:textId="77777777" w:rsidR="00F91806" w:rsidRDefault="00000000" w:rsidP="004F5CDE">
      <w:r>
        <w:t>Flynn shook his head, wiping his hands on his jeans. "Nah, everything’s tracking fine. Small delay on one of the newer shipments, but nothing major. Why? Something up?"</w:t>
      </w:r>
    </w:p>
    <w:p w14:paraId="50F71C88" w14:textId="77777777" w:rsidR="00F91806" w:rsidRDefault="00000000" w:rsidP="004F5CDE">
      <w:r>
        <w:t>I watched them both, waiting for any flicker of discomfort, any hesitation.</w:t>
      </w:r>
    </w:p>
    <w:p w14:paraId="330E7E53" w14:textId="77777777" w:rsidR="00F91806" w:rsidRDefault="00000000" w:rsidP="004F5CDE">
      <w:r>
        <w:t>Nothing.</w:t>
      </w:r>
    </w:p>
    <w:p w14:paraId="4E1105BA" w14:textId="77777777" w:rsidR="00F91806" w:rsidRDefault="00000000" w:rsidP="004F5CDE">
      <w:r>
        <w:t>Either they were innocent, or they were damn good at hiding it.</w:t>
      </w:r>
    </w:p>
    <w:p w14:paraId="7E1586A9" w14:textId="77777777" w:rsidR="00F91806" w:rsidRDefault="00000000" w:rsidP="004F5CDE">
      <w:r>
        <w:t>"Just covering my bases," I said smoothly. "You know how it is. Can’t be too careful these days."</w:t>
      </w:r>
    </w:p>
    <w:p w14:paraId="1ADBF649" w14:textId="77777777" w:rsidR="00F91806" w:rsidRDefault="00000000" w:rsidP="004F5CDE">
      <w:r>
        <w:t>Liam smirked. "Sounds like someone’s got you paranoid."</w:t>
      </w:r>
    </w:p>
    <w:p w14:paraId="03840FC9" w14:textId="77777777" w:rsidR="00F91806" w:rsidRDefault="00000000" w:rsidP="004F5CDE">
      <w:r>
        <w:t>I shrugged. "Comes with the territory."</w:t>
      </w:r>
    </w:p>
    <w:p w14:paraId="7C5E4D82" w14:textId="77777777" w:rsidR="00F91806" w:rsidRDefault="00000000" w:rsidP="004F5CDE">
      <w:r>
        <w:lastRenderedPageBreak/>
        <w:t>Flynn frowned slightly, shifting his weight. "This about the cameras?"</w:t>
      </w:r>
    </w:p>
    <w:p w14:paraId="015722F8" w14:textId="348FC81B" w:rsidR="00F91806" w:rsidRDefault="00000000" w:rsidP="004F5CDE">
      <w:r>
        <w:t>Bingo.</w:t>
      </w:r>
      <w:r w:rsidR="00856001">
        <w:t xml:space="preserve"> </w:t>
      </w:r>
      <w:r>
        <w:t>I kept my expression neutral. "You heard about that?"</w:t>
      </w:r>
    </w:p>
    <w:p w14:paraId="06E534A7" w14:textId="77777777" w:rsidR="00F91806" w:rsidRDefault="00000000" w:rsidP="004F5CDE">
      <w:r>
        <w:t>"Hard not to," he said. "Rumors spread fast, especially with the cops sniffing around. People are spooked."</w:t>
      </w:r>
    </w:p>
    <w:p w14:paraId="7D07E245" w14:textId="124C5397" w:rsidR="00F91806" w:rsidRDefault="00000000" w:rsidP="004F5CDE">
      <w:r>
        <w:t>Liam nodded. "Yeah, and to be honest? I get it. If someone planted that shit inside the store, they either work here, or they have access. Either way, it means someone’s betraying us.</w:t>
      </w:r>
      <w:r w:rsidR="00856001">
        <w:t xml:space="preserve"> </w:t>
      </w:r>
      <w:r>
        <w:t>And if there’s one thing I can’t stand, it’s a rat."</w:t>
      </w:r>
    </w:p>
    <w:p w14:paraId="328065B2" w14:textId="77777777" w:rsidR="00F91806" w:rsidRDefault="00000000" w:rsidP="004F5CDE">
      <w:r>
        <w:t>There it was. That flash of something—genuine anger.</w:t>
      </w:r>
    </w:p>
    <w:p w14:paraId="02CA19D6" w14:textId="77777777" w:rsidR="00F91806" w:rsidRDefault="00000000" w:rsidP="004F5CDE">
      <w:r>
        <w:t>I believed him.</w:t>
      </w:r>
    </w:p>
    <w:p w14:paraId="10C41FD5" w14:textId="26FB7B35" w:rsidR="00F91806" w:rsidRDefault="00000000" w:rsidP="004F5CDE">
      <w:r>
        <w:t>Whatever else was going on, Liam wasn’t behind it. Flynn didn’t seem like the type either.</w:t>
      </w:r>
      <w:r w:rsidR="005F1F4C">
        <w:t xml:space="preserve"> </w:t>
      </w:r>
      <w:r>
        <w:t>Which meant I was back to square one.</w:t>
      </w:r>
      <w:r w:rsidR="005444AC">
        <w:t xml:space="preserve"> </w:t>
      </w:r>
      <w:r>
        <w:t>But at least I could cross two names off my list.</w:t>
      </w:r>
    </w:p>
    <w:p w14:paraId="2E4390EA" w14:textId="2B70FB3D" w:rsidR="00F91806" w:rsidRDefault="00000000" w:rsidP="004F5CDE">
      <w:r>
        <w:t>"Appreciate the honesty," I said, straightening up. "Keep things running smooth. And if you hear anything, let me know."</w:t>
      </w:r>
      <w:r w:rsidR="009E1FD8">
        <w:t xml:space="preserve"> </w:t>
      </w:r>
      <w:r>
        <w:t>They nodded, and I turned, heading back toward the main floor.</w:t>
      </w:r>
    </w:p>
    <w:p w14:paraId="711B34ED" w14:textId="77777777" w:rsidR="00F91806" w:rsidRDefault="00000000" w:rsidP="004F5CDE">
      <w:r>
        <w:t>Time to dig deeper.</w:t>
      </w:r>
    </w:p>
    <w:p w14:paraId="26DA3F75" w14:textId="77777777" w:rsidR="00A56335" w:rsidRDefault="00A56335" w:rsidP="004F5CDE"/>
    <w:p w14:paraId="3BCA52B9" w14:textId="77777777" w:rsidR="00F91806" w:rsidRDefault="00F91806" w:rsidP="004F5CDE"/>
    <w:p w14:paraId="5BD448F7" w14:textId="77777777" w:rsidR="00F91806" w:rsidRDefault="00000000" w:rsidP="00A56335">
      <w:pPr>
        <w:pStyle w:val="Heading1"/>
      </w:pPr>
      <w:bookmarkStart w:id="54" w:name="_Toc189281345"/>
      <w:r>
        <w:t>Chapter 31: Smoke &amp; Mirrors</w:t>
      </w:r>
      <w:bookmarkEnd w:id="54"/>
    </w:p>
    <w:p w14:paraId="0166BC55" w14:textId="77777777" w:rsidR="00A56335" w:rsidRDefault="00A56335" w:rsidP="004F5CDE"/>
    <w:p w14:paraId="6E809C98" w14:textId="7C7AD06E" w:rsidR="00F91806" w:rsidRDefault="00000000" w:rsidP="004F5CDE">
      <w:r>
        <w:t>I knocked twice on Pete’s office door, firm but not impatient.</w:t>
      </w:r>
      <w:r w:rsidR="009E1FD8">
        <w:t xml:space="preserve"> </w:t>
      </w:r>
      <w:r>
        <w:t>"Come in," he called.</w:t>
      </w:r>
    </w:p>
    <w:p w14:paraId="42AE27F3" w14:textId="57FD502C" w:rsidR="00F91806" w:rsidRDefault="00000000" w:rsidP="004F5CDE">
      <w:r>
        <w:t>I stepped inside—and immediately wished I hadn’t.</w:t>
      </w:r>
      <w:r w:rsidR="00856001">
        <w:t xml:space="preserve"> </w:t>
      </w:r>
      <w:r w:rsidR="00400041">
        <w:t>Candice Jones was lounging in the chair across from Pete’s desk like she owned the place.</w:t>
      </w:r>
      <w:r w:rsidR="005444AC">
        <w:t xml:space="preserve"> </w:t>
      </w:r>
      <w:r w:rsidR="00400041">
        <w:t>Legs draped over the armrest. Fingers idly tapping the leather. Smirk in full effect. She looked comfortable—too comfortable. Like she was exactly where she was supposed to be.</w:t>
      </w:r>
    </w:p>
    <w:p w14:paraId="5296A392" w14:textId="7D23B36B" w:rsidR="00F91806" w:rsidRDefault="00400041" w:rsidP="004F5CDE">
      <w:r>
        <w:t>Candice beamed when she saw me, all teeth and mischief, like we were just old friends catching up.</w:t>
      </w:r>
      <w:r w:rsidR="003D127F">
        <w:t xml:space="preserve"> </w:t>
      </w:r>
      <w:r>
        <w:t>"Well, well, look who decided to join the fun," she purred. "We had an absolute blast last night, but you missed the after-party."</w:t>
      </w:r>
    </w:p>
    <w:p w14:paraId="49F3D730" w14:textId="39AD9F0D" w:rsidR="00F91806" w:rsidRDefault="00000000" w:rsidP="004F5CDE">
      <w:r>
        <w:lastRenderedPageBreak/>
        <w:t>I leaned against the doorframe, keeping my expression unreadable.</w:t>
      </w:r>
      <w:r w:rsidR="00105B40">
        <w:t xml:space="preserve"> </w:t>
      </w:r>
      <w:r>
        <w:t>"My night was plenty entertaining."</w:t>
      </w:r>
    </w:p>
    <w:p w14:paraId="2A931831" w14:textId="64C6D9DB" w:rsidR="00F91806" w:rsidRDefault="00400041" w:rsidP="004F5CDE">
      <w:r>
        <w:t>Candice’s smirk widened. "Mm, I bet it was."</w:t>
      </w:r>
    </w:p>
    <w:p w14:paraId="5CE3422C" w14:textId="4DEF8031" w:rsidR="00F91806" w:rsidRDefault="00000000" w:rsidP="004F5CDE">
      <w:r>
        <w:t>Pete exhaled, rubbing a hand over his jaw, looking like a man already exhausted by whatever this was.</w:t>
      </w:r>
      <w:r w:rsidR="005444AC">
        <w:t xml:space="preserve"> </w:t>
      </w:r>
      <w:r>
        <w:t>"We’re just trying to figure out which asshole planted the cameras."</w:t>
      </w:r>
    </w:p>
    <w:p w14:paraId="23CF3CB0" w14:textId="5F6AE888" w:rsidR="00F91806" w:rsidRDefault="00000000" w:rsidP="004F5CDE">
      <w:r>
        <w:t>I let that sit for a beat.</w:t>
      </w:r>
      <w:r w:rsidR="00105B40">
        <w:t xml:space="preserve"> </w:t>
      </w:r>
      <w:r>
        <w:t xml:space="preserve">Pete and </w:t>
      </w:r>
      <w:r w:rsidR="00400041">
        <w:t>Candice</w:t>
      </w:r>
      <w:r>
        <w:t>. Alone. Discussing the cameras.</w:t>
      </w:r>
      <w:r w:rsidR="00105B40">
        <w:t xml:space="preserve"> </w:t>
      </w:r>
      <w:r>
        <w:t>The air in the room felt different now—charged.</w:t>
      </w:r>
      <w:r w:rsidR="00105B40">
        <w:t xml:space="preserve"> </w:t>
      </w:r>
      <w:r>
        <w:t xml:space="preserve">I folded my arms, letting my gaze linger on </w:t>
      </w:r>
      <w:r w:rsidR="00400041">
        <w:t>Candice</w:t>
      </w:r>
      <w:r>
        <w:t>.</w:t>
      </w:r>
      <w:r w:rsidR="005444AC">
        <w:t xml:space="preserve"> </w:t>
      </w:r>
      <w:r>
        <w:t>"Funny. Didn’t peg you as the type to care about workplace surveillance."</w:t>
      </w:r>
    </w:p>
    <w:p w14:paraId="2A9503F8" w14:textId="2367A5B7" w:rsidR="00F91806" w:rsidRDefault="00400041" w:rsidP="004F5CDE">
      <w:r>
        <w:t>Candice laughed, low and amused. "Oh, babe, I don’t. But I do love a good scandal." She stretched lazily, like a cat that had just knocked something expensive off a shelf. "And this one? Deliciously messy."</w:t>
      </w:r>
    </w:p>
    <w:p w14:paraId="31C605CE" w14:textId="77777777" w:rsidR="00F91806" w:rsidRDefault="00000000" w:rsidP="004F5CDE">
      <w:r>
        <w:t>Her eyes glittered. "In fact, you’re deliciously messy."</w:t>
      </w:r>
    </w:p>
    <w:p w14:paraId="14D978F8" w14:textId="3C7BC7C7" w:rsidR="00F91806" w:rsidRDefault="00000000" w:rsidP="004F5CDE">
      <w:r>
        <w:t xml:space="preserve">Pete sighed, shaking his head. "This isn’t a joke, </w:t>
      </w:r>
      <w:r w:rsidR="00400041">
        <w:t>Candice</w:t>
      </w:r>
      <w:r>
        <w:t>."</w:t>
      </w:r>
    </w:p>
    <w:p w14:paraId="681936E9" w14:textId="5B87620B" w:rsidR="00F91806" w:rsidRDefault="00000000" w:rsidP="004F5CDE">
      <w:r>
        <w:t>"Never said it was," she mused, voice light but sharp. "But let’s be honest—this is a hell of a story."</w:t>
      </w:r>
      <w:r w:rsidR="00105B40">
        <w:t xml:space="preserve"> </w:t>
      </w:r>
      <w:r>
        <w:t>She tilted her head, watching me, measuring me.</w:t>
      </w:r>
      <w:r w:rsidR="005444AC">
        <w:t xml:space="preserve"> </w:t>
      </w:r>
      <w:r>
        <w:t>"You don’t actually think I had anything to do with it, do you?"</w:t>
      </w:r>
    </w:p>
    <w:p w14:paraId="2754481B" w14:textId="6F39A177" w:rsidR="00F91806" w:rsidRDefault="00000000" w:rsidP="004F5CDE">
      <w:r>
        <w:t>I studied her for a long moment. Then shrugged.</w:t>
      </w:r>
      <w:r w:rsidR="005444AC">
        <w:t xml:space="preserve"> </w:t>
      </w:r>
      <w:r>
        <w:t>"No idea. But you do seem pretty comfortable here."</w:t>
      </w:r>
      <w:r w:rsidR="009E1FD8">
        <w:t xml:space="preserve"> </w:t>
      </w:r>
      <w:r w:rsidR="00400041">
        <w:t>Candice’s smile didn’t falter, but something flickered behind her eyes. A flash of calculation.</w:t>
      </w:r>
    </w:p>
    <w:p w14:paraId="3F09AB1F" w14:textId="74FA7981" w:rsidR="00F91806" w:rsidRDefault="00000000" w:rsidP="004F5CDE">
      <w:r>
        <w:t>Pete shifted in his chair, clearly tired of whatever game she was playing.</w:t>
      </w:r>
      <w:r w:rsidR="009E1FD8">
        <w:t xml:space="preserve"> </w:t>
      </w:r>
      <w:r>
        <w:t xml:space="preserve">"Look, we need to </w:t>
      </w:r>
      <w:r w:rsidRPr="00867FFA">
        <w:t>focus,</w:t>
      </w:r>
      <w:r w:rsidR="00867FFA">
        <w:t>”</w:t>
      </w:r>
      <w:r>
        <w:t xml:space="preserve"> </w:t>
      </w:r>
      <w:r w:rsidR="009E1FD8">
        <w:t>he</w:t>
      </w:r>
      <w:r>
        <w:t xml:space="preserve"> said,</w:t>
      </w:r>
      <w:r w:rsidR="00867FFA">
        <w:t xml:space="preserve"> “</w:t>
      </w:r>
      <w:r>
        <w:t>whoever did this isn’t just screwing around—they’re trying to take us down."</w:t>
      </w:r>
    </w:p>
    <w:p w14:paraId="41A8CB45" w14:textId="5671030E" w:rsidR="00F91806" w:rsidRDefault="00400041" w:rsidP="004F5CDE">
      <w:r>
        <w:t>Candice hummed, tapping her nails against the chair’s armrest.</w:t>
      </w:r>
      <w:r w:rsidR="005444AC">
        <w:t xml:space="preserve"> </w:t>
      </w:r>
      <w:r>
        <w:t>"Or…" she dragged out the word, stretching it like warm taffy. "They’re trying to send a message."</w:t>
      </w:r>
    </w:p>
    <w:p w14:paraId="24937C2A" w14:textId="150771FE" w:rsidR="00F91806" w:rsidRDefault="00000000" w:rsidP="004F5CDE">
      <w:r>
        <w:t>I froze.</w:t>
      </w:r>
      <w:r w:rsidR="00105B40">
        <w:t xml:space="preserve"> </w:t>
      </w:r>
      <w:r>
        <w:t>That felt like something.</w:t>
      </w:r>
      <w:r w:rsidR="00105B40">
        <w:t xml:space="preserve"> </w:t>
      </w:r>
      <w:r>
        <w:t>My pulse ticked higher.</w:t>
      </w:r>
      <w:r w:rsidR="00105B40">
        <w:t xml:space="preserve"> </w:t>
      </w:r>
      <w:r>
        <w:t>"What kind of message?"</w:t>
      </w:r>
    </w:p>
    <w:p w14:paraId="666862ED" w14:textId="34962296" w:rsidR="00F91806" w:rsidRDefault="00400041" w:rsidP="004F5CDE">
      <w:r>
        <w:t>Candice shrugged, her answer coming a little too easily.</w:t>
      </w:r>
      <w:r w:rsidR="005444AC">
        <w:t xml:space="preserve"> </w:t>
      </w:r>
      <w:r>
        <w:t>"Maybe someone’s pissed off. Maybe they wanted dirt on the store. Maybe…" Her gaze flicked to me, slow and deliberate. "Maybe they wanted dirt on you."</w:t>
      </w:r>
    </w:p>
    <w:p w14:paraId="107E50E5" w14:textId="4AF4BC2B" w:rsidR="00F91806" w:rsidRDefault="00000000" w:rsidP="004F5CDE">
      <w:r>
        <w:t>I didn’t react.</w:t>
      </w:r>
      <w:r w:rsidR="00105B40">
        <w:t xml:space="preserve"> </w:t>
      </w:r>
      <w:r>
        <w:t>Didn’t blink.</w:t>
      </w:r>
      <w:r w:rsidR="00105B40">
        <w:t xml:space="preserve"> </w:t>
      </w:r>
      <w:r>
        <w:t>Didn’t let her see that her words had sunk deep, coiling tight in my gut.</w:t>
      </w:r>
      <w:r w:rsidR="009E1FD8">
        <w:t xml:space="preserve"> </w:t>
      </w:r>
      <w:r>
        <w:t>Pete sat forward, brows furrowing. "What the hell is that supposed to mean?"</w:t>
      </w:r>
    </w:p>
    <w:p w14:paraId="7C32D53B" w14:textId="3B944761" w:rsidR="00F91806" w:rsidRDefault="00400041" w:rsidP="004F5CDE">
      <w:r>
        <w:lastRenderedPageBreak/>
        <w:t>Candice’s smirk deepened.</w:t>
      </w:r>
      <w:r w:rsidR="00C20F09">
        <w:t xml:space="preserve"> </w:t>
      </w:r>
      <w:r>
        <w:t>"Relax, boys. I’m just saying—" she lifted a finger, "—that whoever did this wasn’t just being nosy. They were looking for something."</w:t>
      </w:r>
      <w:r w:rsidR="00105B40">
        <w:t xml:space="preserve"> </w:t>
      </w:r>
      <w:r>
        <w:t>Or someone.</w:t>
      </w:r>
    </w:p>
    <w:p w14:paraId="327EF9C4" w14:textId="530E3EF2" w:rsidR="00F91806" w:rsidRDefault="00000000" w:rsidP="004F5CDE">
      <w:r>
        <w:t>A muscle tensed in my jaw.</w:t>
      </w:r>
      <w:r w:rsidR="005444AC">
        <w:t xml:space="preserve"> </w:t>
      </w:r>
      <w:r>
        <w:t>This wasn’t just a security breach. It wasn’t some random act of corporate espionage.</w:t>
      </w:r>
      <w:r w:rsidR="00105B40">
        <w:t xml:space="preserve"> </w:t>
      </w:r>
      <w:r>
        <w:t>It was personal.</w:t>
      </w:r>
      <w:r w:rsidR="00105B40">
        <w:t xml:space="preserve"> </w:t>
      </w:r>
      <w:r>
        <w:t xml:space="preserve">And </w:t>
      </w:r>
      <w:r w:rsidR="00400041">
        <w:t>Candice</w:t>
      </w:r>
      <w:r>
        <w:t xml:space="preserve"> knew more than she was letting on.</w:t>
      </w:r>
      <w:r w:rsidR="00105B40">
        <w:t xml:space="preserve"> </w:t>
      </w:r>
      <w:r>
        <w:t>Pete sighed again, rubbing his temple. “Jesus Christ, I miss when the biggest problem around here was Miguel drunk-texting customers. So what now?"</w:t>
      </w:r>
    </w:p>
    <w:p w14:paraId="674DBA15" w14:textId="75A4A4D8" w:rsidR="00F91806" w:rsidRDefault="00000000" w:rsidP="004F5CDE">
      <w:r>
        <w:t xml:space="preserve">I glanced at him, then back at </w:t>
      </w:r>
      <w:r w:rsidR="00400041">
        <w:t>Candice</w:t>
      </w:r>
      <w:r>
        <w:t>, who was still lounging, still smiling like she was having the time of her life.</w:t>
      </w:r>
      <w:r w:rsidR="00A214BE">
        <w:t xml:space="preserve"> </w:t>
      </w:r>
      <w:r>
        <w:t>"We keep digging," I said.</w:t>
      </w:r>
    </w:p>
    <w:p w14:paraId="2BE89D02" w14:textId="6524CD83" w:rsidR="00F91806" w:rsidRDefault="00400041" w:rsidP="004F5CDE">
      <w:r>
        <w:t>Candice’s smirk widened like a blade. "Good. Because I do love a good mystery."</w:t>
      </w:r>
    </w:p>
    <w:p w14:paraId="39B80F41" w14:textId="7ED90988" w:rsidR="00F91806" w:rsidRDefault="00000000" w:rsidP="004F5CDE">
      <w:r>
        <w:t>I pushed off the doorframe.</w:t>
      </w:r>
      <w:r w:rsidR="00C20F09">
        <w:t xml:space="preserve"> </w:t>
      </w:r>
      <w:r>
        <w:t>"Something tells me you love being in the middle of them even more."</w:t>
      </w:r>
    </w:p>
    <w:p w14:paraId="337BE87E" w14:textId="1E2A5987" w:rsidR="00F91806" w:rsidRDefault="00400041" w:rsidP="004F5CDE">
      <w:r>
        <w:t>Candice laughed, a slow, rich sound that filled the room like smoke.</w:t>
      </w:r>
      <w:r w:rsidR="009E1FD8">
        <w:t xml:space="preserve"> </w:t>
      </w:r>
      <w:r>
        <w:t>"Guilty as charged."</w:t>
      </w:r>
    </w:p>
    <w:p w14:paraId="339300B1" w14:textId="77777777" w:rsidR="00F91806" w:rsidRDefault="00000000" w:rsidP="004F5CDE">
      <w:r>
        <w:t>I turned to Pete. "I’ll check in later."</w:t>
      </w:r>
    </w:p>
    <w:p w14:paraId="54562A68" w14:textId="7C6793D1" w:rsidR="00F91806" w:rsidRDefault="00000000" w:rsidP="004F5CDE">
      <w:r>
        <w:t>Then, without another word, I walked out.</w:t>
      </w:r>
      <w:r w:rsidR="00A214BE">
        <w:t xml:space="preserve"> </w:t>
      </w:r>
      <w:r>
        <w:t xml:space="preserve">And I had the distinct feeling </w:t>
      </w:r>
      <w:r w:rsidR="00400041">
        <w:t>Candice</w:t>
      </w:r>
      <w:r>
        <w:t xml:space="preserve"> was still smiling as I left. Whatever game </w:t>
      </w:r>
      <w:r w:rsidR="00400041">
        <w:t>Candice</w:t>
      </w:r>
      <w:r>
        <w:t xml:space="preserve"> was playing, she was enjoying it way too much. And something told me the next move was already in motion.</w:t>
      </w:r>
    </w:p>
    <w:p w14:paraId="4673DFD8" w14:textId="77777777" w:rsidR="000D1BEE" w:rsidRDefault="000D1BEE" w:rsidP="004F5CDE"/>
    <w:p w14:paraId="56FF2240" w14:textId="77777777" w:rsidR="000D1BEE" w:rsidRDefault="000D1BEE" w:rsidP="004F5CDE"/>
    <w:p w14:paraId="596D9D7B" w14:textId="2C61BB32" w:rsidR="00F91806" w:rsidRDefault="00000000" w:rsidP="006243FF">
      <w:pPr>
        <w:pStyle w:val="Heading1"/>
      </w:pPr>
      <w:bookmarkStart w:id="55" w:name="_Toc189281346"/>
      <w:r>
        <w:t xml:space="preserve">Chapter 32: </w:t>
      </w:r>
      <w:r w:rsidR="009E4DEB">
        <w:t xml:space="preserve">The </w:t>
      </w:r>
      <w:r>
        <w:t>Illusion of Control</w:t>
      </w:r>
      <w:bookmarkEnd w:id="55"/>
    </w:p>
    <w:p w14:paraId="01B08BAB" w14:textId="77777777" w:rsidR="006243FF" w:rsidRDefault="006243FF" w:rsidP="004F5CDE"/>
    <w:p w14:paraId="28AB9877" w14:textId="77777777" w:rsidR="009059B2" w:rsidRDefault="00000000" w:rsidP="004F5CDE">
      <w:r>
        <w:t>I sank into my office chair, the weight of realization pressing down on me like a vice.</w:t>
      </w:r>
      <w:r w:rsidR="009059B2">
        <w:t xml:space="preserve"> </w:t>
      </w:r>
      <w:r w:rsidR="00400041">
        <w:t>Candice was always a wildcard. But now? Now she seemed too dangerous.</w:t>
      </w:r>
      <w:r w:rsidR="00B47BEE">
        <w:t xml:space="preserve"> </w:t>
      </w:r>
      <w:r w:rsidR="00400041">
        <w:t>She wasn’t just tangled in this mess. She was weaving it. I had let her maneuver, let her act like a spectator.</w:t>
      </w:r>
      <w:r w:rsidR="009059B2">
        <w:t xml:space="preserve"> </w:t>
      </w:r>
    </w:p>
    <w:p w14:paraId="0F0B2BE8" w14:textId="70005B83" w:rsidR="00F91806" w:rsidRDefault="00000000" w:rsidP="004F5CDE">
      <w:r>
        <w:t>She wasn’t just watching the game.</w:t>
      </w:r>
      <w:r w:rsidR="009059B2">
        <w:t xml:space="preserve"> </w:t>
      </w:r>
      <w:r>
        <w:t>She was playing it.</w:t>
      </w:r>
      <w:r w:rsidR="009059B2">
        <w:t xml:space="preserve"> </w:t>
      </w:r>
      <w:r>
        <w:t>She was playing me.</w:t>
      </w:r>
      <w:r w:rsidR="009059B2">
        <w:t xml:space="preserve"> </w:t>
      </w:r>
      <w:r>
        <w:t>My fingers drummed against the desk, slow and deliberate.</w:t>
      </w:r>
      <w:r w:rsidR="009059B2">
        <w:t xml:space="preserve"> </w:t>
      </w:r>
      <w:r>
        <w:t>Fine. She wanted to play?</w:t>
      </w:r>
      <w:r w:rsidR="009059B2">
        <w:t xml:space="preserve"> </w:t>
      </w:r>
      <w:r>
        <w:t>Then let’s play.</w:t>
      </w:r>
      <w:r w:rsidR="009059B2">
        <w:t xml:space="preserve"> </w:t>
      </w:r>
      <w:r>
        <w:t>But this time, I was setting the rules.</w:t>
      </w:r>
      <w:r w:rsidR="009059B2">
        <w:t xml:space="preserve"> </w:t>
      </w:r>
      <w:r>
        <w:t>No hidden cameras.</w:t>
      </w:r>
      <w:r w:rsidR="009059B2">
        <w:t xml:space="preserve"> </w:t>
      </w:r>
      <w:r>
        <w:t>No second-guessing.</w:t>
      </w:r>
      <w:r w:rsidR="009059B2">
        <w:t xml:space="preserve"> </w:t>
      </w:r>
      <w:r>
        <w:t>This time, I’d set the trap—and watch her walk straight into it.</w:t>
      </w:r>
    </w:p>
    <w:p w14:paraId="2D2DE447" w14:textId="0A0A47BB" w:rsidR="00F91806" w:rsidRDefault="00000000" w:rsidP="004F5CDE">
      <w:r>
        <w:lastRenderedPageBreak/>
        <w:t>A smirk tugged at my lips as I grabbed my phone and fired off a text to Melanie.</w:t>
      </w:r>
      <w:r w:rsidR="00510E11">
        <w:t xml:space="preserve"> </w:t>
      </w:r>
      <w:r w:rsidR="00B20BE6">
        <w:t>“Stop by when you get a second, babe. I have an interesting idea.”</w:t>
      </w:r>
    </w:p>
    <w:p w14:paraId="549B31F0" w14:textId="77777777" w:rsidR="00F91806" w:rsidRDefault="00000000" w:rsidP="004F5CDE">
      <w:r>
        <w:t>She arrived in under a minute.</w:t>
      </w:r>
    </w:p>
    <w:p w14:paraId="4A914751" w14:textId="65D273F5" w:rsidR="00F91806" w:rsidRDefault="00000000" w:rsidP="004F5CDE">
      <w:r>
        <w:t>A rush of satisfaction curled through me. Quick. Eager. Predictable.</w:t>
      </w:r>
      <w:r w:rsidR="009059B2">
        <w:t xml:space="preserve"> </w:t>
      </w:r>
      <w:r>
        <w:t>I ushered her inside, shutting the door behind us—double-checking the lock with an ease that had become second nature whenever Melanie knocked on my door. A habit forged in necessity. A precaution that had already kept me breathing once.</w:t>
      </w:r>
    </w:p>
    <w:p w14:paraId="4269DDFF" w14:textId="77777777" w:rsidR="00F91806" w:rsidRDefault="00000000" w:rsidP="004F5CDE">
      <w:r>
        <w:t>But this time?</w:t>
      </w:r>
    </w:p>
    <w:p w14:paraId="727644DE" w14:textId="77777777" w:rsidR="00F91806" w:rsidRDefault="00000000" w:rsidP="004F5CDE">
      <w:r>
        <w:t>I wasn’t locking the world out.</w:t>
      </w:r>
    </w:p>
    <w:p w14:paraId="3E3CF28F" w14:textId="77777777" w:rsidR="00F91806" w:rsidRDefault="00000000" w:rsidP="004F5CDE">
      <w:r>
        <w:t>I was locking the game in.</w:t>
      </w:r>
    </w:p>
    <w:p w14:paraId="43321FCE" w14:textId="77777777" w:rsidR="00F91806" w:rsidRDefault="00000000" w:rsidP="004F5CDE">
      <w:r>
        <w:t>I turned back to Melanie and caught the way her eyes dragged over me, slow, assessing. Her smirk wasn’t just knowing—it was hungry. Like she could already taste the chaos we were about to unleash.</w:t>
      </w:r>
    </w:p>
    <w:p w14:paraId="05D031ED" w14:textId="78CE0750" w:rsidR="00F91806" w:rsidRDefault="00000000" w:rsidP="004F5CDE">
      <w:r>
        <w:t>Still, before I said anything, I reached for her chin, tilting her face up just enough to claim her lips.</w:t>
      </w:r>
      <w:r w:rsidR="00B20BE6">
        <w:t xml:space="preserve"> </w:t>
      </w:r>
      <w:r>
        <w:t>The kiss was slow, intentional—a quiet promise that no matter how this played out, we were in it together.</w:t>
      </w:r>
      <w:r w:rsidR="009059B2">
        <w:t xml:space="preserve"> </w:t>
      </w:r>
      <w:r>
        <w:t>When I pulled back, her breath was heavier, but her smirk remained.</w:t>
      </w:r>
      <w:r w:rsidR="00510E11">
        <w:t xml:space="preserve"> </w:t>
      </w:r>
      <w:r>
        <w:t>"You taste like victory," she murmured.</w:t>
      </w:r>
    </w:p>
    <w:p w14:paraId="1F18155C" w14:textId="77777777" w:rsidR="00F91806" w:rsidRDefault="00000000" w:rsidP="004F5CDE">
      <w:r>
        <w:t>I huffed a quiet laugh. "Not yet."</w:t>
      </w:r>
    </w:p>
    <w:p w14:paraId="79F8301A" w14:textId="77777777" w:rsidR="00F91806" w:rsidRDefault="00000000" w:rsidP="004F5CDE">
      <w:r>
        <w:t>"Tell me," she said, voice dipped in curiosity. Not eager like a kid on Christmas morning—eager like a predator who smelled blood.</w:t>
      </w:r>
    </w:p>
    <w:p w14:paraId="412757F7" w14:textId="33DC4B21" w:rsidR="00F91806" w:rsidRDefault="00000000" w:rsidP="004F5CDE">
      <w:r>
        <w:t>I leaned back against the desk, crossing my arms.</w:t>
      </w:r>
      <w:r w:rsidR="00510E11">
        <w:t xml:space="preserve"> </w:t>
      </w:r>
      <w:r>
        <w:t xml:space="preserve">"We need to know whether </w:t>
      </w:r>
      <w:r w:rsidR="00400041">
        <w:t>Candice</w:t>
      </w:r>
      <w:r>
        <w:t xml:space="preserve"> or Pete are guilty as hell or just collateral damage."</w:t>
      </w:r>
    </w:p>
    <w:p w14:paraId="592A109C" w14:textId="57FD7B22" w:rsidR="00F91806" w:rsidRDefault="00000000" w:rsidP="004F5CDE">
      <w:r>
        <w:t>Melanie hummed, stepping closer, pressing a finger against my collarbone as she dragged it down, slow and teasing.</w:t>
      </w:r>
      <w:r w:rsidR="00B20BE6">
        <w:t xml:space="preserve"> </w:t>
      </w:r>
      <w:r>
        <w:t>"Ah," she mused, her grin sharpening like a blade. "I see your evil streak is showing today."</w:t>
      </w:r>
      <w:r w:rsidR="009059B2">
        <w:t xml:space="preserve"> </w:t>
      </w:r>
      <w:r>
        <w:t>She leaned in, lips grazing the shell of my ear.</w:t>
      </w:r>
      <w:r w:rsidR="00B20BE6">
        <w:t xml:space="preserve"> </w:t>
      </w:r>
      <w:r>
        <w:t>"Don’t worry—I still love you for it."</w:t>
      </w:r>
    </w:p>
    <w:p w14:paraId="12BC5F7C" w14:textId="5B36602E" w:rsidR="00F91806" w:rsidRDefault="00000000" w:rsidP="004F5CDE">
      <w:r>
        <w:t>Her eyes roamed over me again, and this time?</w:t>
      </w:r>
      <w:r w:rsidR="00B20BE6">
        <w:t xml:space="preserve"> </w:t>
      </w:r>
      <w:r>
        <w:t>I felt it. Like a blade—sharp, precise, piercing straight through me.</w:t>
      </w:r>
      <w:r w:rsidR="00B20BE6">
        <w:t xml:space="preserve"> </w:t>
      </w:r>
      <w:r>
        <w:t>Melanie perched on the edge of my desk, watching me with that knowing smirk as I laid out the plan.</w:t>
      </w:r>
    </w:p>
    <w:p w14:paraId="5FA7D1E4" w14:textId="29A91FD0" w:rsidR="00F91806" w:rsidRDefault="00000000" w:rsidP="004F5CDE">
      <w:r>
        <w:lastRenderedPageBreak/>
        <w:t>"We’re not waiting around for them to slip up," I said, tapping my pen against the surface, sharp and deliberate. "We’re making them react."</w:t>
      </w:r>
    </w:p>
    <w:p w14:paraId="442BFA5C" w14:textId="77777777" w:rsidR="00F91806" w:rsidRDefault="00000000" w:rsidP="004F5CDE">
      <w:r>
        <w:t>Her eyes gleamed. "So… we play with their heads."</w:t>
      </w:r>
    </w:p>
    <w:p w14:paraId="66306FCA" w14:textId="77777777" w:rsidR="00F91806" w:rsidRDefault="00000000" w:rsidP="004F5CDE">
      <w:r>
        <w:t>"Exactly."</w:t>
      </w:r>
    </w:p>
    <w:p w14:paraId="325BE376" w14:textId="1C9E20D7" w:rsidR="00F91806" w:rsidRDefault="00000000" w:rsidP="004F5CDE">
      <w:r>
        <w:t>I leaned forward, locking eyes with her.</w:t>
      </w:r>
      <w:r w:rsidR="009059B2">
        <w:t xml:space="preserve"> </w:t>
      </w:r>
      <w:r>
        <w:t>"</w:t>
      </w:r>
      <w:r w:rsidR="00400041">
        <w:t>Candice</w:t>
      </w:r>
      <w:r>
        <w:t xml:space="preserve"> and Pete think they have control. They think we’re still scrambling to put the pieces together—but what happens when they believe the net is already closing in on them?"</w:t>
      </w:r>
    </w:p>
    <w:p w14:paraId="0A31FF1C" w14:textId="77777777" w:rsidR="00F91806" w:rsidRDefault="00000000" w:rsidP="004F5CDE">
      <w:r>
        <w:t>Melanie’s smirk stretched wider. "They panic."</w:t>
      </w:r>
    </w:p>
    <w:p w14:paraId="3B149576" w14:textId="77777777" w:rsidR="00F91806" w:rsidRDefault="00000000" w:rsidP="004F5CDE">
      <w:r>
        <w:t>"And when people panic," I murmured, "they make mistakes."</w:t>
      </w:r>
    </w:p>
    <w:p w14:paraId="3CB92084" w14:textId="3F4DD490" w:rsidR="00F91806" w:rsidRDefault="00000000" w:rsidP="004F5CDE">
      <w:r>
        <w:t>Grabbing my phone, I typed out the first bait drop. A single text to Miguel—because Miguel could spread gossip faster than Melanie spread my legs last night.</w:t>
      </w:r>
      <w:r w:rsidR="009059B2">
        <w:t xml:space="preserve"> </w:t>
      </w:r>
      <w:r w:rsidR="00B20BE6">
        <w:t>“Hey, just a heads-up, I’ve got a PI digging into the cameras. Apparently, he found something. I’ll know more by tomorrow.”</w:t>
      </w:r>
    </w:p>
    <w:p w14:paraId="06DB0FB1" w14:textId="68151903" w:rsidR="00F91806" w:rsidRDefault="00000000" w:rsidP="004F5CDE">
      <w:r>
        <w:t>I hovered over the send button, thumb poised, my breath held.</w:t>
      </w:r>
      <w:r w:rsidR="00B20BE6">
        <w:t xml:space="preserve"> </w:t>
      </w:r>
      <w:r>
        <w:t>This was it. The moment where the game shifted from cautious observation to active manipulation.</w:t>
      </w:r>
      <w:r w:rsidR="009059B2">
        <w:t xml:space="preserve"> </w:t>
      </w:r>
      <w:r>
        <w:t>If I did this—if I set this trap—there was no walking it back.</w:t>
      </w:r>
    </w:p>
    <w:p w14:paraId="7DBB3306" w14:textId="4981D2DA" w:rsidR="00F91806" w:rsidRDefault="00000000" w:rsidP="004F5CDE">
      <w:r>
        <w:t>A trickle of unease curled in my gut.</w:t>
      </w:r>
      <w:r w:rsidR="009059B2">
        <w:t xml:space="preserve"> </w:t>
      </w:r>
      <w:r>
        <w:t>I had been burned before, played before. And the moment you start thinking you're the smartest person in the room? That's usually when you lose.</w:t>
      </w:r>
      <w:r w:rsidR="009059B2">
        <w:t xml:space="preserve"> </w:t>
      </w:r>
      <w:r>
        <w:t>Melanie must have noticed the flicker of hesitation in my expression, because she leaned in, close enough that her lips nearly brushed my ear.</w:t>
      </w:r>
      <w:r w:rsidR="00B20BE6">
        <w:t xml:space="preserve"> </w:t>
      </w:r>
      <w:r>
        <w:t>“Cold feet?” she murmured, half-teasing, half-testing.</w:t>
      </w:r>
    </w:p>
    <w:p w14:paraId="11A15CFA" w14:textId="77777777" w:rsidR="00F91806" w:rsidRDefault="00000000" w:rsidP="004F5CDE">
      <w:r>
        <w:t>I exhaled, shaking my head. “No.”</w:t>
      </w:r>
    </w:p>
    <w:p w14:paraId="76789698" w14:textId="77777777" w:rsidR="00F91806" w:rsidRDefault="00000000" w:rsidP="004F5CDE">
      <w:r>
        <w:t>She tilted her head, studying me. “You’re wondering what happens if it backfires.”</w:t>
      </w:r>
    </w:p>
    <w:p w14:paraId="0B3632C4" w14:textId="77777777" w:rsidR="00F91806" w:rsidRDefault="00000000" w:rsidP="004F5CDE">
      <w:r>
        <w:t>I swallowed hard, my throat suddenly dry. “If we’re wrong, we make enemies out of both of them.”</w:t>
      </w:r>
    </w:p>
    <w:p w14:paraId="39465242" w14:textId="77777777" w:rsidR="00F91806" w:rsidRDefault="00000000" w:rsidP="004F5CDE">
      <w:r>
        <w:t>“And if we’re right?” she countered smoothly, her smirk sharp as a knife.</w:t>
      </w:r>
    </w:p>
    <w:p w14:paraId="35389565" w14:textId="7AA64E6B" w:rsidR="00F91806" w:rsidRDefault="00000000" w:rsidP="004F5CDE">
      <w:r>
        <w:t>I glanced at the unsent message again. The tiny blinking cursor felt like a loaded gun in my hands.</w:t>
      </w:r>
      <w:r w:rsidR="009059B2">
        <w:t xml:space="preserve"> </w:t>
      </w:r>
      <w:r>
        <w:t>Melanie’s voice dropped, soft and dangerous.</w:t>
      </w:r>
      <w:r w:rsidR="003218FD">
        <w:t xml:space="preserve"> </w:t>
      </w:r>
      <w:r>
        <w:t>“We’re not the ones who planted those cameras, babe. We’re just shining a light in dark places.” She pressed a slow, deliberate kiss to my jawline before whispering, “Let them be afraid for once.”</w:t>
      </w:r>
    </w:p>
    <w:p w14:paraId="496A43A1" w14:textId="542A5D46" w:rsidR="00F91806" w:rsidRDefault="00000000" w:rsidP="004F5CDE">
      <w:r>
        <w:lastRenderedPageBreak/>
        <w:t>My pulse ticked higher.</w:t>
      </w:r>
      <w:r w:rsidR="009059B2">
        <w:t xml:space="preserve"> </w:t>
      </w:r>
      <w:r>
        <w:t>She was right.</w:t>
      </w:r>
      <w:r w:rsidR="009059B2">
        <w:t xml:space="preserve"> </w:t>
      </w:r>
      <w:r>
        <w:t>I exhaled, forcing the hesitation out with my breath. No more playing nice. No more waiting for the truth to find me.</w:t>
      </w:r>
      <w:r w:rsidR="009059B2">
        <w:t xml:space="preserve"> </w:t>
      </w:r>
      <w:r>
        <w:t>I hit send.</w:t>
      </w:r>
      <w:r w:rsidR="009059B2">
        <w:t xml:space="preserve"> </w:t>
      </w:r>
      <w:r>
        <w:t>And just like that, the countdown began.</w:t>
      </w:r>
    </w:p>
    <w:p w14:paraId="0CB14E8F" w14:textId="77777777" w:rsidR="00F91806" w:rsidRDefault="00000000" w:rsidP="004F5CDE">
      <w:r>
        <w:t>Melanie’s eyebrow arched as she read over my shoulder. "That vague little bomb is going to rattle some cages."</w:t>
      </w:r>
    </w:p>
    <w:p w14:paraId="091F79FA" w14:textId="77777777" w:rsidR="00F91806" w:rsidRDefault="00000000" w:rsidP="004F5CDE">
      <w:r>
        <w:t>"That’s the point," I said. "The less detail, the more their imaginations will fill in the gaps."</w:t>
      </w:r>
    </w:p>
    <w:p w14:paraId="17971DE0" w14:textId="77777777" w:rsidR="00F91806" w:rsidRDefault="00000000" w:rsidP="004F5CDE">
      <w:r>
        <w:t>She hummed approvingly. "So what’s next?"</w:t>
      </w:r>
    </w:p>
    <w:p w14:paraId="61DC73BB" w14:textId="294DBE65" w:rsidR="00F91806" w:rsidRDefault="00000000" w:rsidP="004F5CDE">
      <w:r>
        <w:t>I tapped my phone against my palm.</w:t>
      </w:r>
      <w:r w:rsidR="00C71D64">
        <w:t xml:space="preserve"> </w:t>
      </w:r>
      <w:r>
        <w:t>"A false lead. Something just believable enough to make them sweat."</w:t>
      </w:r>
      <w:r w:rsidR="009059B2">
        <w:t xml:space="preserve"> </w:t>
      </w:r>
      <w:r>
        <w:t>The real trick wasn’t planting information—it was making them think they were discovering it on their own.</w:t>
      </w:r>
      <w:r w:rsidR="00B20BE6">
        <w:t xml:space="preserve"> </w:t>
      </w:r>
      <w:r>
        <w:t>I pulled up my email and composed a message to Melanie, marking it as unread but positioning it to ‘accidentally’ pop up when Pete was in my office.</w:t>
      </w:r>
    </w:p>
    <w:p w14:paraId="6150C724" w14:textId="77777777" w:rsidR="00F91806" w:rsidRPr="00FC54D5" w:rsidRDefault="00000000" w:rsidP="0047169F">
      <w:pPr>
        <w:rPr>
          <w:i/>
          <w:iCs/>
        </w:rPr>
      </w:pPr>
      <w:r w:rsidRPr="00FC54D5">
        <w:rPr>
          <w:i/>
          <w:iCs/>
        </w:rPr>
        <w:t>Subject: URGENT – Need to talk before tomorrow</w:t>
      </w:r>
    </w:p>
    <w:p w14:paraId="72F493BB" w14:textId="77777777" w:rsidR="00F91806" w:rsidRPr="00FC54D5" w:rsidRDefault="00000000" w:rsidP="0047169F">
      <w:pPr>
        <w:rPr>
          <w:i/>
          <w:iCs/>
        </w:rPr>
      </w:pPr>
      <w:r w:rsidRPr="00FC54D5">
        <w:rPr>
          <w:i/>
          <w:iCs/>
        </w:rPr>
        <w:t>There’s something off about the deleted files. I don’t want to say too much over text, but we need to be careful about how we move forward. If we confirm this, it changes everything.</w:t>
      </w:r>
    </w:p>
    <w:p w14:paraId="2BD45D1A" w14:textId="77777777" w:rsidR="00F91806" w:rsidRDefault="00000000" w:rsidP="004F5CDE">
      <w:r>
        <w:t>Melanie let out a low whistle. "That’s dirty."</w:t>
      </w:r>
    </w:p>
    <w:p w14:paraId="0D048524" w14:textId="77777777" w:rsidR="00F91806" w:rsidRDefault="00000000" w:rsidP="004F5CDE">
      <w:r>
        <w:t>I grinned. "Just wait."</w:t>
      </w:r>
    </w:p>
    <w:p w14:paraId="01746FA1" w14:textId="77777777" w:rsidR="00F91806" w:rsidRDefault="00000000" w:rsidP="004F5CDE">
      <w:r>
        <w:t>She crossed her arms, tilting her head. "So how do we get them to see it?"</w:t>
      </w:r>
    </w:p>
    <w:p w14:paraId="5762C483" w14:textId="4D14E656" w:rsidR="00F91806" w:rsidRDefault="00000000" w:rsidP="004F5CDE">
      <w:r>
        <w:t>I smirked, clicking my laptop shut.</w:t>
      </w:r>
      <w:r w:rsidR="00C71D64">
        <w:t xml:space="preserve"> </w:t>
      </w:r>
      <w:r>
        <w:t>"Pete’s already in the habit of snooping through things that aren’t his business."</w:t>
      </w:r>
    </w:p>
    <w:p w14:paraId="0319A757" w14:textId="3F0C9048" w:rsidR="00F91806" w:rsidRDefault="00000000" w:rsidP="004F5CDE">
      <w:r>
        <w:t xml:space="preserve">Her laugh was sharp. "And </w:t>
      </w:r>
      <w:r w:rsidR="00400041">
        <w:t>Candice</w:t>
      </w:r>
      <w:r>
        <w:t>?"</w:t>
      </w:r>
    </w:p>
    <w:p w14:paraId="0A356E9B" w14:textId="77777777" w:rsidR="00F91806" w:rsidRDefault="00000000" w:rsidP="004F5CDE">
      <w:r>
        <w:t>I shrugged. "She’s too curious for her own good."</w:t>
      </w:r>
    </w:p>
    <w:p w14:paraId="3EE0D40D" w14:textId="77777777" w:rsidR="00F91806" w:rsidRDefault="00000000" w:rsidP="004F5CDE">
      <w:r>
        <w:t>"Alright, devil. Walk me through it."</w:t>
      </w:r>
    </w:p>
    <w:p w14:paraId="5233D9D8" w14:textId="77777777" w:rsidR="00F91806" w:rsidRDefault="00000000" w:rsidP="004F5CDE">
      <w:r>
        <w:t>"First, we put Pete in my office. Let him ‘accidentally’ catch a glimpse of the email."</w:t>
      </w:r>
    </w:p>
    <w:p w14:paraId="2A3909F0" w14:textId="77777777" w:rsidR="00F91806" w:rsidRDefault="00000000" w:rsidP="004F5CDE">
      <w:r>
        <w:t>She nodded, already tracking my thought process.</w:t>
      </w:r>
    </w:p>
    <w:p w14:paraId="13824E53" w14:textId="77777777" w:rsidR="009059B2" w:rsidRDefault="00000000" w:rsidP="004F5CDE">
      <w:r>
        <w:t>"Then we let nature take its course."</w:t>
      </w:r>
      <w:r w:rsidR="009059B2">
        <w:t xml:space="preserve"> </w:t>
      </w:r>
    </w:p>
    <w:p w14:paraId="3AAB885A" w14:textId="66A5986A" w:rsidR="00F91806" w:rsidRDefault="00000000" w:rsidP="004F5CDE">
      <w:r>
        <w:lastRenderedPageBreak/>
        <w:t xml:space="preserve">Pete would see the email. He’d get antsy. He’d run straight to </w:t>
      </w:r>
      <w:r w:rsidR="00400041">
        <w:t>Candice</w:t>
      </w:r>
      <w:r>
        <w:t xml:space="preserve"> with the information.</w:t>
      </w:r>
      <w:r w:rsidR="009059B2">
        <w:t xml:space="preserve"> </w:t>
      </w:r>
      <w:r>
        <w:t xml:space="preserve">And </w:t>
      </w:r>
      <w:r w:rsidR="00400041">
        <w:t>Candice</w:t>
      </w:r>
      <w:r>
        <w:t>?</w:t>
      </w:r>
      <w:r w:rsidR="009059B2">
        <w:t xml:space="preserve"> </w:t>
      </w:r>
      <w:r>
        <w:t>She’d run straight into my trap.</w:t>
      </w:r>
      <w:r w:rsidR="009059B2">
        <w:t xml:space="preserve"> </w:t>
      </w:r>
      <w:r>
        <w:t>I turned to Melanie. "Now, we put them in separate rooms."</w:t>
      </w:r>
    </w:p>
    <w:p w14:paraId="0878405A" w14:textId="51246805" w:rsidR="00F91806" w:rsidRDefault="00000000" w:rsidP="004F5CDE">
      <w:r>
        <w:t>I turned my laptop toward her.</w:t>
      </w:r>
      <w:r w:rsidR="00C71D64">
        <w:t xml:space="preserve"> </w:t>
      </w:r>
      <w:r>
        <w:t xml:space="preserve">"First, I tell </w:t>
      </w:r>
      <w:r w:rsidR="00400041">
        <w:t>Candice</w:t>
      </w:r>
      <w:r>
        <w:t xml:space="preserve"> I think Pete is behind the cameras."</w:t>
      </w:r>
    </w:p>
    <w:p w14:paraId="08496636" w14:textId="5B77F2F1" w:rsidR="00F91806" w:rsidRDefault="00000000" w:rsidP="004F5CDE">
      <w:r>
        <w:t xml:space="preserve">Melanie’s smirk widened. "And then you tell Pete you think it’s </w:t>
      </w:r>
      <w:r w:rsidR="00400041">
        <w:t>Candice</w:t>
      </w:r>
      <w:r>
        <w:t>."</w:t>
      </w:r>
    </w:p>
    <w:p w14:paraId="02E2CADC" w14:textId="77777777" w:rsidR="00F91806" w:rsidRDefault="00000000" w:rsidP="004F5CDE">
      <w:r>
        <w:t>"Exactly."</w:t>
      </w:r>
    </w:p>
    <w:p w14:paraId="518D17F6" w14:textId="77777777" w:rsidR="00F91806" w:rsidRDefault="00000000" w:rsidP="004F5CDE">
      <w:r>
        <w:t>She let out a low whistle. "That’s cold."</w:t>
      </w:r>
    </w:p>
    <w:p w14:paraId="47F2D37B" w14:textId="379BC63C" w:rsidR="00F91806" w:rsidRDefault="00000000" w:rsidP="004F5CDE">
      <w:r>
        <w:t>"Cold?" I smirked. "It’s surgical."</w:t>
      </w:r>
      <w:r w:rsidR="009E1FD8">
        <w:t xml:space="preserve"> </w:t>
      </w:r>
      <w:r>
        <w:t>I leaned forward, resting my elbows on the desk.</w:t>
      </w:r>
      <w:r w:rsidR="00B20BE6">
        <w:t xml:space="preserve"> </w:t>
      </w:r>
      <w:r>
        <w:t>"We give them 24 hours to show their cards. If they’re guilty, they’ll try to cover their tracks. If they’re innocent, they won’t overreact."</w:t>
      </w:r>
    </w:p>
    <w:p w14:paraId="49A7E46F" w14:textId="77777777" w:rsidR="00F91806" w:rsidRDefault="00000000" w:rsidP="004F5CDE">
      <w:r>
        <w:t>"And if they turn on each other?" she asked, amusement lacing her tone.</w:t>
      </w:r>
    </w:p>
    <w:p w14:paraId="034E0BE0" w14:textId="7D7B87BE" w:rsidR="009059B2" w:rsidRDefault="00000000" w:rsidP="004F5CDE">
      <w:r>
        <w:t>I met her gaze.</w:t>
      </w:r>
      <w:r w:rsidR="009059B2">
        <w:t xml:space="preserve"> </w:t>
      </w:r>
      <w:r>
        <w:t>"Then we watch the fireworks.</w:t>
      </w:r>
      <w:r w:rsidR="009059B2">
        <w:t>”</w:t>
      </w:r>
    </w:p>
    <w:p w14:paraId="44E93B35" w14:textId="2C15C2D2" w:rsidR="00F91806" w:rsidRDefault="009059B2" w:rsidP="004F5CDE">
      <w:r>
        <w:t>“Final step," I said, clicking my pen closed. "We record everything."</w:t>
      </w:r>
    </w:p>
    <w:p w14:paraId="4291427C" w14:textId="77777777" w:rsidR="00F91806" w:rsidRDefault="00000000" w:rsidP="004F5CDE">
      <w:r>
        <w:t>Melanie nodded, already anticipating where I was going with this. "So when one of them makes a move, we have proof."</w:t>
      </w:r>
    </w:p>
    <w:p w14:paraId="59B06DE8" w14:textId="77777777" w:rsidR="00F91806" w:rsidRDefault="00000000" w:rsidP="004F5CDE">
      <w:r>
        <w:t>"More than that," I said. "We let them set their own trap."</w:t>
      </w:r>
    </w:p>
    <w:p w14:paraId="60753578" w14:textId="77777777" w:rsidR="00F91806" w:rsidRDefault="00000000" w:rsidP="004F5CDE">
      <w:r>
        <w:t>She smirked, running a hand through her hair. "Damn. Remind me never to piss you off."</w:t>
      </w:r>
    </w:p>
    <w:p w14:paraId="0B9134C8" w14:textId="77777777" w:rsidR="00F91806" w:rsidRDefault="00000000" w:rsidP="004F5CDE">
      <w:r>
        <w:t>I stood, stretching. "Too late, babe. You’re stuck with me."</w:t>
      </w:r>
    </w:p>
    <w:p w14:paraId="52C145E3" w14:textId="0C537DA3" w:rsidR="00F91806" w:rsidRDefault="00000000" w:rsidP="004F5CDE">
      <w:r>
        <w:t>She slid off my desk, stepping into my space, pressing a kiss to my jaw.</w:t>
      </w:r>
      <w:r w:rsidR="00B20BE6">
        <w:t xml:space="preserve"> </w:t>
      </w:r>
      <w:r>
        <w:t>"Good thing I like danger."</w:t>
      </w:r>
      <w:r w:rsidR="00C56C1C">
        <w:t xml:space="preserve"> </w:t>
      </w:r>
      <w:r>
        <w:t>I chuckled, reaching for my phone.</w:t>
      </w:r>
    </w:p>
    <w:p w14:paraId="5BA300C3" w14:textId="29A31B10" w:rsidR="00F91806" w:rsidRDefault="00000000" w:rsidP="004F5CDE">
      <w:r>
        <w:t>"Now, let’s go light the match."</w:t>
      </w:r>
    </w:p>
    <w:p w14:paraId="52DE5B32" w14:textId="77777777" w:rsidR="000D1BEE" w:rsidRDefault="000D1BEE" w:rsidP="004F5CDE"/>
    <w:p w14:paraId="153CBD11" w14:textId="77777777" w:rsidR="000D1BEE" w:rsidRDefault="000D1BEE" w:rsidP="004F5CDE"/>
    <w:p w14:paraId="02B767A5" w14:textId="77777777" w:rsidR="00F91806" w:rsidRDefault="00000000" w:rsidP="006243FF">
      <w:pPr>
        <w:pStyle w:val="Heading1"/>
      </w:pPr>
      <w:bookmarkStart w:id="56" w:name="_Toc189281347"/>
      <w:r>
        <w:t>Chapter 33: The Sting</w:t>
      </w:r>
      <w:bookmarkEnd w:id="56"/>
    </w:p>
    <w:p w14:paraId="37CA1D62" w14:textId="77777777" w:rsidR="006243FF" w:rsidRDefault="006243FF" w:rsidP="004F5CDE"/>
    <w:p w14:paraId="510FD75E" w14:textId="5FD6168F" w:rsidR="00F91806" w:rsidRDefault="00000000" w:rsidP="004F5CDE">
      <w:r>
        <w:t>I didn’t have to wait long.</w:t>
      </w:r>
    </w:p>
    <w:p w14:paraId="67C6145B" w14:textId="77777777" w:rsidR="00F91806" w:rsidRDefault="00000000" w:rsidP="004F5CDE">
      <w:r>
        <w:lastRenderedPageBreak/>
        <w:t>Pete was already in my office by noon, standing in front of my desk with that usual air of forced authority, the one he wore when he wanted me to believe he had everything under control.</w:t>
      </w:r>
    </w:p>
    <w:p w14:paraId="06072327" w14:textId="7A0789D6" w:rsidR="00F91806" w:rsidRDefault="00000000" w:rsidP="004F5CDE">
      <w:r>
        <w:t>I let him talk. Let him make his usual comments about keeping the store running smoothly, about staying ahead of "whoever’s trying to take us down." It was routine, the kind of conversation that was meant to disarm me, to lull me into thinking he was just another concerned party. But my focus wasn’t on his words. It was on the screen of my laptop, perfectly angled so that Pete could see the unread email waiting in my inbox.</w:t>
      </w:r>
    </w:p>
    <w:p w14:paraId="5ADC4052" w14:textId="77777777" w:rsidR="00F91806" w:rsidRPr="00F21C40" w:rsidRDefault="00000000" w:rsidP="004F5CDE">
      <w:pPr>
        <w:rPr>
          <w:i/>
          <w:iCs/>
        </w:rPr>
      </w:pPr>
      <w:r w:rsidRPr="00F21C40">
        <w:rPr>
          <w:i/>
          <w:iCs/>
        </w:rPr>
        <w:t>Subject: URGENT – Need to talk before tomorrow</w:t>
      </w:r>
    </w:p>
    <w:p w14:paraId="4E9C699F" w14:textId="77777777" w:rsidR="00F91806" w:rsidRDefault="00000000" w:rsidP="004F5CDE">
      <w:r>
        <w:t>I clicked it open, letting my eyes scan the message, pretending I was deep in thought. Then, as if I had just remembered he was in the room, I turned the screen slightly—just enough and reached into my desk drawer as if searching for something.</w:t>
      </w:r>
    </w:p>
    <w:p w14:paraId="618CDED0" w14:textId="77777777" w:rsidR="00F91806" w:rsidRDefault="00000000" w:rsidP="004F5CDE">
      <w:r>
        <w:t>Pete’s gaze flicked down. He tried to be subtle about it, but I caught it. The quick scan, the slight shift in his posture.</w:t>
      </w:r>
    </w:p>
    <w:p w14:paraId="744CBA89" w14:textId="273DB1E6" w:rsidR="00F91806" w:rsidRDefault="0000753C" w:rsidP="004F5CDE">
      <w:r>
        <w:rPr>
          <w:i/>
          <w:iCs/>
        </w:rPr>
        <w:t>Bait</w:t>
      </w:r>
      <w:r>
        <w:t>.</w:t>
      </w:r>
    </w:p>
    <w:p w14:paraId="28FAB9A9" w14:textId="0ED7B24F" w:rsidR="00F91806" w:rsidRDefault="00000000" w:rsidP="004F5CDE">
      <w:r>
        <w:t>I exhaled, closing the laptop with a little more force than necessary. "Sorry, Pete. Just keeping up with… everything."</w:t>
      </w:r>
      <w:r w:rsidR="00481CEF">
        <w:t xml:space="preserve"> </w:t>
      </w:r>
      <w:r>
        <w:t>I made sure the pause hung in the air, thick with meaning.</w:t>
      </w:r>
    </w:p>
    <w:p w14:paraId="6F2C9F52" w14:textId="430329A1" w:rsidR="00F91806" w:rsidRDefault="00000000" w:rsidP="004F5CDE">
      <w:r>
        <w:t>He didn’t ask about the email outright. That would have been too obvious. But I saw it in the way his jaw tensed, in the way he suddenly wasn’t as relaxed as he had been when he walked through my office door.</w:t>
      </w:r>
      <w:r w:rsidR="00C56C1C">
        <w:t xml:space="preserve"> </w:t>
      </w:r>
      <w:r>
        <w:t>"Right," he said after a beat. "I actually wanted to talk to you about something, but if you're busy—"</w:t>
      </w:r>
    </w:p>
    <w:p w14:paraId="1DE91277" w14:textId="77777777" w:rsidR="00F91806" w:rsidRDefault="00000000" w:rsidP="004F5CDE">
      <w:r>
        <w:t>I waved him off. "No, no, it’s fine. What’s up?"</w:t>
      </w:r>
    </w:p>
    <w:p w14:paraId="0BFDCB5E" w14:textId="7CC39DF0" w:rsidR="00F91806" w:rsidRDefault="00000000" w:rsidP="004F5CDE">
      <w:r>
        <w:t>Pete hesitated, like he was weighing whether to push forward or retreat. I already knew which way he’d lean.</w:t>
      </w:r>
      <w:r w:rsidR="00481CEF">
        <w:t xml:space="preserve"> </w:t>
      </w:r>
      <w:r>
        <w:t>"You still looking into the security breach?" he asked.</w:t>
      </w:r>
      <w:r w:rsidR="00C56C1C">
        <w:t xml:space="preserve"> </w:t>
      </w:r>
      <w:r>
        <w:t>And there it was. The first nibble.</w:t>
      </w:r>
    </w:p>
    <w:p w14:paraId="48F63495" w14:textId="66747EAF" w:rsidR="006243FF" w:rsidRPr="006243FF" w:rsidRDefault="0000753C" w:rsidP="004F5CDE">
      <w:pPr>
        <w:rPr>
          <w:i/>
          <w:iCs/>
        </w:rPr>
      </w:pPr>
      <w:r>
        <w:rPr>
          <w:i/>
          <w:iCs/>
        </w:rPr>
        <w:t>Hook</w:t>
      </w:r>
      <w:r w:rsidR="006243FF" w:rsidRPr="006243FF">
        <w:rPr>
          <w:i/>
          <w:iCs/>
        </w:rPr>
        <w:t>.</w:t>
      </w:r>
    </w:p>
    <w:p w14:paraId="226F8614" w14:textId="77777777" w:rsidR="00F91806" w:rsidRDefault="00000000" w:rsidP="004F5CDE">
      <w:r>
        <w:t>"Yeah," I said smoothly, leaning back. "I’ve got someone digging into it now. Apparently, there's more to it than we thought."</w:t>
      </w:r>
    </w:p>
    <w:p w14:paraId="2B777832" w14:textId="77777777" w:rsidR="00F91806" w:rsidRDefault="00000000" w:rsidP="004F5CDE">
      <w:r>
        <w:lastRenderedPageBreak/>
        <w:t>Pete nodded slowly, his fingers drumming against the side of his jeans. "And what exactly have they found?"</w:t>
      </w:r>
    </w:p>
    <w:p w14:paraId="1FFE9EC7" w14:textId="78CE1A4C" w:rsidR="00F91806" w:rsidRDefault="00000000" w:rsidP="004F5CDE">
      <w:r>
        <w:t>I let the question hang there, watching him.</w:t>
      </w:r>
      <w:r w:rsidR="00C56C1C">
        <w:t xml:space="preserve"> </w:t>
      </w:r>
      <w:r>
        <w:t>Then I gave him just enough rope.</w:t>
      </w:r>
      <w:r w:rsidR="00C56C1C">
        <w:t xml:space="preserve"> </w:t>
      </w:r>
      <w:r>
        <w:t>"Nothing confirmed yet. But something’s off about the deleted files." I kept my voice casual, but my eyes never left his. "If we can prove it, it changes everything."</w:t>
      </w:r>
    </w:p>
    <w:p w14:paraId="4A17DA9E" w14:textId="7A3FE3FF" w:rsidR="00F91806" w:rsidRDefault="00000000" w:rsidP="004F5CDE">
      <w:r>
        <w:t>The words sat between us, thick with unspoken implications.</w:t>
      </w:r>
      <w:r w:rsidR="00C56C1C">
        <w:t xml:space="preserve"> </w:t>
      </w:r>
      <w:r>
        <w:t>Pete shifted. He glanced at the laptop again, then back at me. "Well, let me know if you need any help."</w:t>
      </w:r>
    </w:p>
    <w:p w14:paraId="102ACB26" w14:textId="1C414689" w:rsidR="00F91806" w:rsidRDefault="00000000" w:rsidP="004F5CDE">
      <w:r>
        <w:t>I smiled. "Appreciate it."</w:t>
      </w:r>
    </w:p>
    <w:p w14:paraId="54C02BEC" w14:textId="77777777" w:rsidR="00F91806" w:rsidRDefault="00000000" w:rsidP="004F5CDE">
      <w:r>
        <w:t>As he turned to leave, I watched his hand flex at his side, the telltale sign of someone working too hard to seem unconcerned.</w:t>
      </w:r>
    </w:p>
    <w:p w14:paraId="6B61E2A2" w14:textId="77777777" w:rsidR="00F91806" w:rsidRPr="006243FF" w:rsidRDefault="00000000" w:rsidP="004F5CDE">
      <w:pPr>
        <w:rPr>
          <w:i/>
          <w:iCs/>
        </w:rPr>
      </w:pPr>
      <w:r w:rsidRPr="006243FF">
        <w:rPr>
          <w:i/>
          <w:iCs/>
        </w:rPr>
        <w:t>Sink.</w:t>
      </w:r>
    </w:p>
    <w:p w14:paraId="320625C4" w14:textId="7EF56643" w:rsidR="00F91806" w:rsidRDefault="00000000" w:rsidP="004F5CDE">
      <w:r>
        <w:t>I waited exactly ten minutes before I sent the next text.</w:t>
      </w:r>
      <w:r w:rsidR="00A74AA8">
        <w:t xml:space="preserve"> </w:t>
      </w:r>
      <w:r>
        <w:t>To Melanie:</w:t>
      </w:r>
      <w:r w:rsidR="006243FF">
        <w:t xml:space="preserve"> </w:t>
      </w:r>
      <w:r>
        <w:t xml:space="preserve">"Pete took the bait. Now let’s see if </w:t>
      </w:r>
      <w:r w:rsidR="00400041">
        <w:t>Candice</w:t>
      </w:r>
      <w:r>
        <w:t xml:space="preserve"> follows."</w:t>
      </w:r>
    </w:p>
    <w:p w14:paraId="0DB535D7" w14:textId="77777777" w:rsidR="006243FF" w:rsidRDefault="006243FF" w:rsidP="004F5CDE"/>
    <w:p w14:paraId="05123D87" w14:textId="0C82E3E4" w:rsidR="006243FF" w:rsidRPr="00A351D5" w:rsidRDefault="00304FE8" w:rsidP="007D6A04">
      <w:pPr>
        <w:jc w:val="center"/>
        <w:rPr>
          <w:color w:val="365F91" w:themeColor="accent1" w:themeShade="BF"/>
        </w:rPr>
      </w:pPr>
      <w:r>
        <w:rPr>
          <w:rFonts w:ascii="Segoe UI Symbol" w:hAnsi="Segoe UI Symbol" w:cs="Segoe UI Symbol"/>
          <w:color w:val="365F91" w:themeColor="accent1" w:themeShade="BF"/>
        </w:rPr>
        <w:t>♞♛♞</w:t>
      </w:r>
    </w:p>
    <w:p w14:paraId="3ABE4D50" w14:textId="77777777" w:rsidR="006243FF" w:rsidRDefault="006243FF" w:rsidP="004F5CDE"/>
    <w:p w14:paraId="25D77E03" w14:textId="55A1318A" w:rsidR="00F91806" w:rsidRDefault="00400041" w:rsidP="004F5CDE">
      <w:r>
        <w:t>Candice didn’t even bother with pretense.</w:t>
      </w:r>
    </w:p>
    <w:p w14:paraId="33C51CD7" w14:textId="6181536D" w:rsidR="00F91806" w:rsidRDefault="00000000" w:rsidP="004F5CDE">
      <w:r>
        <w:t>An hour later, she waltzed into my office like she owned the place, shutting the door behind her with a deliberate click.</w:t>
      </w:r>
      <w:r w:rsidR="00481CEF">
        <w:t xml:space="preserve"> </w:t>
      </w:r>
      <w:r>
        <w:t>She didn’t sit. Didn’t lean against my desk like she usually did when she was in the mood to toy with me.</w:t>
      </w:r>
    </w:p>
    <w:p w14:paraId="373B047B" w14:textId="5B0B3975" w:rsidR="00F91806" w:rsidRDefault="00000000" w:rsidP="004F5CDE">
      <w:r>
        <w:t>No, she hovered, sharp-eyed, coiled like a snake waiting to strike.</w:t>
      </w:r>
      <w:r w:rsidR="009E4D66">
        <w:t xml:space="preserve"> </w:t>
      </w:r>
      <w:r>
        <w:t>"So," she said, her voice almost casual, "do I need to be worried?"</w:t>
      </w:r>
    </w:p>
    <w:p w14:paraId="6E27A7EA" w14:textId="77777777" w:rsidR="00F91806" w:rsidRDefault="00000000" w:rsidP="004F5CDE">
      <w:r>
        <w:t>I raised a brow, feigning confusion. "About what?"</w:t>
      </w:r>
    </w:p>
    <w:p w14:paraId="0261B5EC" w14:textId="3CADC00D" w:rsidR="00F91806" w:rsidRDefault="00400041" w:rsidP="004F5CDE">
      <w:r>
        <w:t>Candice smirked, but the edges of her fingers tapped against her thigh—a quick, nervous tic. "Come on, babe. Don’t play coy. You know what I’m talking about."</w:t>
      </w:r>
    </w:p>
    <w:p w14:paraId="798CC039" w14:textId="77777777" w:rsidR="00F91806" w:rsidRDefault="00000000" w:rsidP="004F5CDE">
      <w:r>
        <w:t>I leaned back in my chair, tilting my head just slightly. "Maybe you should tell me."</w:t>
      </w:r>
    </w:p>
    <w:p w14:paraId="7DBFFDF9" w14:textId="3877E034" w:rsidR="00F91806" w:rsidRDefault="00000000" w:rsidP="004F5CDE">
      <w:r>
        <w:t>Her gaze flicked to my laptop.</w:t>
      </w:r>
      <w:r w:rsidR="00C56C1C">
        <w:t xml:space="preserve"> </w:t>
      </w:r>
      <w:r>
        <w:t>I decided to just show her the email.</w:t>
      </w:r>
      <w:r w:rsidR="00C56C1C">
        <w:t xml:space="preserve"> </w:t>
      </w:r>
      <w:r>
        <w:t>Her smirk vanished.</w:t>
      </w:r>
      <w:r w:rsidR="009E4D66">
        <w:t xml:space="preserve"> </w:t>
      </w:r>
      <w:r>
        <w:t>"You think it's Pete," she murmured, but she wasn’t asking. She was confirming. Testing.</w:t>
      </w:r>
    </w:p>
    <w:p w14:paraId="497F480C" w14:textId="77777777" w:rsidR="00F91806" w:rsidRDefault="00000000" w:rsidP="004F5CDE">
      <w:r>
        <w:lastRenderedPageBreak/>
        <w:t>"Don’t you?" I countered smoothly.</w:t>
      </w:r>
    </w:p>
    <w:p w14:paraId="7F33E271" w14:textId="44A7ED30" w:rsidR="00F91806" w:rsidRDefault="00000000" w:rsidP="004F5CDE">
      <w:r>
        <w:t>She hesitated. Just for a breath, but I caught it.</w:t>
      </w:r>
      <w:r w:rsidR="00481CEF">
        <w:t xml:space="preserve"> </w:t>
      </w:r>
      <w:r>
        <w:t>"I think," she said carefully, “that you’re playing a very dangerous game.</w:t>
      </w:r>
      <w:r w:rsidR="00F12865">
        <w:t>”</w:t>
      </w:r>
    </w:p>
    <w:p w14:paraId="0482F4BA" w14:textId="77777777" w:rsidR="00F91806" w:rsidRDefault="00000000" w:rsidP="004F5CDE">
      <w:r>
        <w:t>I shrugged. "Aren’t we all?"</w:t>
      </w:r>
    </w:p>
    <w:p w14:paraId="5F22C433" w14:textId="35FCE18F" w:rsidR="00F91806" w:rsidRDefault="00000000" w:rsidP="004F5CDE">
      <w:r>
        <w:t>“Be careful, babe. Sometimes, the ones setting the traps end up falling into them. And when they do?" She smiled, slow and knowing. "The real players don’t just win. They erase you.”</w:t>
      </w:r>
      <w:r w:rsidR="00C56C1C">
        <w:t xml:space="preserve"> </w:t>
      </w:r>
      <w:r>
        <w:t>She exhaled through her nose, rolling her shoulders like she was trying to loosen invisible tension.</w:t>
      </w:r>
      <w:r w:rsidR="00481CEF">
        <w:t xml:space="preserve"> </w:t>
      </w:r>
      <w:r>
        <w:t>"If Pete really is the one who planted those cameras, what exactly do you plan to do with him?"</w:t>
      </w:r>
    </w:p>
    <w:p w14:paraId="53CDD0DC" w14:textId="77777777" w:rsidR="00F91806" w:rsidRPr="00CA375A" w:rsidRDefault="00000000" w:rsidP="004F5CDE">
      <w:pPr>
        <w:rPr>
          <w:i/>
          <w:iCs/>
        </w:rPr>
      </w:pPr>
      <w:r w:rsidRPr="00CA375A">
        <w:rPr>
          <w:i/>
          <w:iCs/>
        </w:rPr>
        <w:t>Checkmate.</w:t>
      </w:r>
    </w:p>
    <w:p w14:paraId="3B19582E" w14:textId="003D3D4B" w:rsidR="00F91806" w:rsidRDefault="00000000" w:rsidP="004F5CDE">
      <w:r>
        <w:t>She wanted to know my next move—because she was already planning hers.</w:t>
      </w:r>
      <w:r w:rsidR="00C56C1C">
        <w:t xml:space="preserve"> </w:t>
      </w:r>
      <w:r>
        <w:t>I offered a small, easy smirk. "That depends on how desperate he gets."</w:t>
      </w:r>
    </w:p>
    <w:p w14:paraId="227D26A0" w14:textId="376B39A2" w:rsidR="00F91806" w:rsidRDefault="00400041" w:rsidP="004F5CDE">
      <w:r>
        <w:t>Candice studied me, her nails tapping against the back of my chair.</w:t>
      </w:r>
      <w:r w:rsidR="00481CEF">
        <w:t xml:space="preserve"> </w:t>
      </w:r>
      <w:r>
        <w:t>She smiled: "I do love watching men squirm," she said, turning for the door.</w:t>
      </w:r>
    </w:p>
    <w:p w14:paraId="363F7CF3" w14:textId="77777777" w:rsidR="00F91806" w:rsidRDefault="00000000" w:rsidP="004F5CDE">
      <w:r>
        <w:t>And then she was gone.</w:t>
      </w:r>
    </w:p>
    <w:p w14:paraId="48DF5114" w14:textId="77777777" w:rsidR="00CA375A" w:rsidRDefault="00CA375A" w:rsidP="004F5CDE"/>
    <w:p w14:paraId="4E9E6850" w14:textId="44E3BB2D" w:rsidR="00CA375A" w:rsidRPr="00A351D5" w:rsidRDefault="00304FE8" w:rsidP="007D6A04">
      <w:pPr>
        <w:jc w:val="center"/>
        <w:rPr>
          <w:color w:val="365F91" w:themeColor="accent1" w:themeShade="BF"/>
        </w:rPr>
      </w:pPr>
      <w:r>
        <w:rPr>
          <w:rFonts w:ascii="Segoe UI Symbol" w:hAnsi="Segoe UI Symbol" w:cs="Segoe UI Symbol"/>
          <w:color w:val="365F91" w:themeColor="accent1" w:themeShade="BF"/>
        </w:rPr>
        <w:t>♞♛♞</w:t>
      </w:r>
    </w:p>
    <w:p w14:paraId="3CA9524A" w14:textId="77777777" w:rsidR="00F91806" w:rsidRDefault="00F91806" w:rsidP="004F5CDE"/>
    <w:p w14:paraId="68C32EE4" w14:textId="50EF3848" w:rsidR="00F91806" w:rsidRDefault="00000000" w:rsidP="004F5CDE">
      <w:r>
        <w:t>I had them both exactly where I wanted them. At least… I hoped I did</w:t>
      </w:r>
      <w:r w:rsidR="00C56C1C">
        <w:t xml:space="preserve">. </w:t>
      </w:r>
      <w:r>
        <w:t>I counted to five</w:t>
      </w:r>
      <w:r w:rsidR="00C56C1C">
        <w:t>,</w:t>
      </w:r>
      <w:r w:rsidR="006C16E2">
        <w:t xml:space="preserve"> </w:t>
      </w:r>
      <w:r w:rsidR="00C56C1C">
        <w:t>t</w:t>
      </w:r>
      <w:r>
        <w:t>hen I reached for my phone.</w:t>
      </w:r>
      <w:r w:rsidR="006C16E2">
        <w:t xml:space="preserve"> </w:t>
      </w:r>
      <w:r>
        <w:t>To Melanie:</w:t>
      </w:r>
      <w:r w:rsidR="00CA375A">
        <w:t xml:space="preserve"> </w:t>
      </w:r>
      <w:r>
        <w:t>"Both of them bit. Now we watch them rip each other apart."</w:t>
      </w:r>
    </w:p>
    <w:p w14:paraId="3D1A5F9F" w14:textId="77777777" w:rsidR="000D1BEE" w:rsidRDefault="000D1BEE" w:rsidP="004F5CDE"/>
    <w:p w14:paraId="799B57A1" w14:textId="77777777" w:rsidR="000D1BEE" w:rsidRDefault="000D1BEE" w:rsidP="004F5CDE"/>
    <w:p w14:paraId="2263FFA8" w14:textId="77777777" w:rsidR="00F91806" w:rsidRDefault="00000000" w:rsidP="00597DF2">
      <w:pPr>
        <w:pStyle w:val="Heading1"/>
      </w:pPr>
      <w:bookmarkStart w:id="57" w:name="_Toc189281348"/>
      <w:r>
        <w:t>Chapter 34: Sword Fighting and Soap Operas</w:t>
      </w:r>
      <w:bookmarkEnd w:id="57"/>
    </w:p>
    <w:p w14:paraId="6AC7C9C7" w14:textId="77777777" w:rsidR="00597DF2" w:rsidRDefault="00597DF2" w:rsidP="004F5CDE"/>
    <w:p w14:paraId="715398A2" w14:textId="7A034700" w:rsidR="00F91806" w:rsidRDefault="00000000" w:rsidP="004F5CDE">
      <w:r>
        <w:t>I sank back into my office chair, finally calm, figuring I needed to get some real work done.</w:t>
      </w:r>
    </w:p>
    <w:p w14:paraId="2F137F6E" w14:textId="0224017A" w:rsidR="00F91806" w:rsidRPr="00597DF2" w:rsidRDefault="00000000" w:rsidP="004F5CDE">
      <w:pPr>
        <w:rPr>
          <w:b/>
          <w:bCs/>
        </w:rPr>
      </w:pPr>
      <w:r w:rsidRPr="00597DF2">
        <w:rPr>
          <w:b/>
          <w:bCs/>
        </w:rPr>
        <w:lastRenderedPageBreak/>
        <w:t>BANG</w:t>
      </w:r>
    </w:p>
    <w:p w14:paraId="1A0C6D1D" w14:textId="77777777" w:rsidR="00F91806" w:rsidRDefault="00000000" w:rsidP="004F5CDE">
      <w:r>
        <w:t>The door slammed open so hard I thought it might fly off the hinges.</w:t>
      </w:r>
    </w:p>
    <w:p w14:paraId="69C2B651" w14:textId="77777777" w:rsidR="00F91806" w:rsidRPr="00597DF2" w:rsidRDefault="00000000" w:rsidP="004F5CDE">
      <w:pPr>
        <w:rPr>
          <w:b/>
          <w:bCs/>
        </w:rPr>
      </w:pPr>
      <w:r w:rsidRPr="00597DF2">
        <w:rPr>
          <w:b/>
          <w:bCs/>
        </w:rPr>
        <w:t>"WE HAVE A PROBLEM!"</w:t>
      </w:r>
    </w:p>
    <w:p w14:paraId="4141DFF9" w14:textId="1222C9B1" w:rsidR="00F91806" w:rsidRDefault="00000000" w:rsidP="004F5CDE">
      <w:r>
        <w:t>I jumped. My heart nearly stopped—not from fear, but because Tony never barged in like this unless someone was actively dying.</w:t>
      </w:r>
      <w:r w:rsidR="00B24AD8">
        <w:t xml:space="preserve"> </w:t>
      </w:r>
      <w:r>
        <w:t>I shot up. "What happened</w:t>
      </w:r>
      <w:r w:rsidR="00B24AD8">
        <w:t>!</w:t>
      </w:r>
      <w:r>
        <w:t>?"</w:t>
      </w:r>
    </w:p>
    <w:p w14:paraId="173A2B80" w14:textId="77777777" w:rsidR="00F91806" w:rsidRDefault="00000000" w:rsidP="004F5CDE">
      <w:r>
        <w:t xml:space="preserve">Tony was out of breath, hands on his knees like he’d just run a marathon. "One of our loyal customers just turned into a </w:t>
      </w:r>
      <w:r w:rsidRPr="00597DF2">
        <w:rPr>
          <w:b/>
          <w:bCs/>
        </w:rPr>
        <w:t>MAJOR</w:t>
      </w:r>
      <w:r>
        <w:t xml:space="preserve"> pervert in the store, and I don’t know what the hell he’s doing, but </w:t>
      </w:r>
      <w:r w:rsidRPr="00597DF2">
        <w:rPr>
          <w:b/>
          <w:bCs/>
        </w:rPr>
        <w:t>IT IS WEIRD</w:t>
      </w:r>
      <w:r>
        <w:t>."</w:t>
      </w:r>
    </w:p>
    <w:p w14:paraId="2DA39163" w14:textId="77777777" w:rsidR="00F91806" w:rsidRDefault="00000000" w:rsidP="004F5CDE">
      <w:r>
        <w:t>"Define ‘weird,’ I said."</w:t>
      </w:r>
    </w:p>
    <w:p w14:paraId="770D4C2B" w14:textId="77777777" w:rsidR="00F91806" w:rsidRDefault="00000000" w:rsidP="004F5CDE">
      <w:r>
        <w:t xml:space="preserve">Tony looked up, eyes wild. "He’s been in the lingerie section for </w:t>
      </w:r>
      <w:r w:rsidRPr="00597DF2">
        <w:rPr>
          <w:b/>
          <w:bCs/>
        </w:rPr>
        <w:t>OVER AN HOUR.</w:t>
      </w:r>
      <w:r>
        <w:t>"</w:t>
      </w:r>
    </w:p>
    <w:p w14:paraId="542FF938" w14:textId="77777777" w:rsidR="00F91806" w:rsidRDefault="00000000" w:rsidP="004F5CDE">
      <w:r>
        <w:t>I blinked. "Okay? That’s not—"</w:t>
      </w:r>
    </w:p>
    <w:p w14:paraId="4F78ACE3" w14:textId="77777777" w:rsidR="00F91806" w:rsidRPr="00597DF2" w:rsidRDefault="00000000" w:rsidP="004F5CDE">
      <w:pPr>
        <w:rPr>
          <w:b/>
          <w:bCs/>
        </w:rPr>
      </w:pPr>
      <w:r w:rsidRPr="00597DF2">
        <w:rPr>
          <w:b/>
          <w:bCs/>
        </w:rPr>
        <w:t>"TOUCHING THINGS. CARESSING THEM. LIKE THEY’RE LONG-LOST LOVERS."</w:t>
      </w:r>
    </w:p>
    <w:p w14:paraId="638D6E9C" w14:textId="77777777" w:rsidR="00F91806" w:rsidRDefault="00000000" w:rsidP="004F5CDE">
      <w:r>
        <w:t>I sucked in a breath, nodding solemnly. "Yeah, okay. That’s weird."</w:t>
      </w:r>
    </w:p>
    <w:p w14:paraId="43D930F6" w14:textId="2DD18740" w:rsidR="00F91806" w:rsidRPr="00597DF2" w:rsidRDefault="00000000" w:rsidP="004F5CDE">
      <w:pPr>
        <w:rPr>
          <w:b/>
          <w:bCs/>
        </w:rPr>
      </w:pPr>
      <w:r>
        <w:t xml:space="preserve">Tony waved his hands. </w:t>
      </w:r>
      <w:r w:rsidRPr="00597DF2">
        <w:rPr>
          <w:b/>
          <w:bCs/>
        </w:rPr>
        <w:t>"AND HE’S BEEN SNAPPING PICTURES. OF HIMSELF. WEARING A BRA. OVER HIS S</w:t>
      </w:r>
      <w:r w:rsidR="00663A1B">
        <w:rPr>
          <w:b/>
          <w:bCs/>
        </w:rPr>
        <w:t>HIRT</w:t>
      </w:r>
      <w:r w:rsidR="00B24AD8">
        <w:rPr>
          <w:b/>
          <w:bCs/>
        </w:rPr>
        <w:t>!</w:t>
      </w:r>
      <w:r w:rsidRPr="00597DF2">
        <w:rPr>
          <w:b/>
          <w:bCs/>
        </w:rPr>
        <w:t>"</w:t>
      </w:r>
    </w:p>
    <w:p w14:paraId="7E38227B" w14:textId="77777777" w:rsidR="00F91806" w:rsidRDefault="00000000" w:rsidP="004F5CDE">
      <w:r>
        <w:t>I tilted my head. "Is it at least a good fit?"</w:t>
      </w:r>
    </w:p>
    <w:p w14:paraId="0B146774" w14:textId="0DFB9AF4" w:rsidR="00F91806" w:rsidRDefault="00000000" w:rsidP="004F5CDE">
      <w:r>
        <w:t>Tony exhaled like he was having a spiritual crisis.</w:t>
      </w:r>
      <w:r w:rsidR="00B070F2">
        <w:t xml:space="preserve"> </w:t>
      </w:r>
      <w:r>
        <w:t>"</w:t>
      </w:r>
      <w:r w:rsidRPr="00597DF2">
        <w:rPr>
          <w:b/>
          <w:bCs/>
        </w:rPr>
        <w:t>AND THEN</w:t>
      </w:r>
      <w:r>
        <w:t>—get this, kid—he walked up to an older lady, tipped his imaginary hat, and said, ‘Do you think this flatters my curves?’"</w:t>
      </w:r>
    </w:p>
    <w:p w14:paraId="28D18ABC" w14:textId="77777777" w:rsidR="00F91806" w:rsidRDefault="00000000" w:rsidP="004F5CDE">
      <w:r>
        <w:t>I choked on a laugh, covering my mouth to stop a snort.</w:t>
      </w:r>
    </w:p>
    <w:p w14:paraId="09C40D9D" w14:textId="7F87BBB4" w:rsidR="00F91806" w:rsidRPr="00597DF2" w:rsidRDefault="00000000" w:rsidP="004F5CDE">
      <w:pPr>
        <w:rPr>
          <w:b/>
          <w:bCs/>
        </w:rPr>
      </w:pPr>
      <w:r>
        <w:t>Tony glared. "Oh, I’m sorry</w:t>
      </w:r>
      <w:r w:rsidR="00B10065">
        <w:t>,</w:t>
      </w:r>
      <w:r>
        <w:t xml:space="preserve"> </w:t>
      </w:r>
      <w:r w:rsidRPr="00597DF2">
        <w:rPr>
          <w:b/>
          <w:bCs/>
        </w:rPr>
        <w:t>IS THIS FUNNY TO YOU</w:t>
      </w:r>
      <w:r w:rsidR="005C1741">
        <w:rPr>
          <w:b/>
          <w:bCs/>
        </w:rPr>
        <w:t>!</w:t>
      </w:r>
      <w:r w:rsidRPr="00597DF2">
        <w:rPr>
          <w:b/>
          <w:bCs/>
        </w:rPr>
        <w:t>? DO YOU KNOW WHAT ELSE HE’S DOING?!"</w:t>
      </w:r>
    </w:p>
    <w:p w14:paraId="414B062B" w14:textId="77777777" w:rsidR="00F91806" w:rsidRDefault="00000000" w:rsidP="004F5CDE">
      <w:r>
        <w:t>I shook my head, barely keeping it together. "Enlighten me."</w:t>
      </w:r>
    </w:p>
    <w:p w14:paraId="6FAF7480" w14:textId="439EBC9F" w:rsidR="00F91806" w:rsidRDefault="00000000" w:rsidP="004F5CDE">
      <w:r>
        <w:t>Tony put his hands on his hips, his energy manic.</w:t>
      </w:r>
      <w:r w:rsidR="005C1741">
        <w:t xml:space="preserve"> </w:t>
      </w:r>
      <w:r>
        <w:t xml:space="preserve">"He’s in the </w:t>
      </w:r>
      <w:r w:rsidR="00B10065">
        <w:t>dildo</w:t>
      </w:r>
      <w:r>
        <w:t xml:space="preserve"> section now."</w:t>
      </w:r>
    </w:p>
    <w:p w14:paraId="391557CC" w14:textId="77777777" w:rsidR="00F91806" w:rsidRDefault="00000000" w:rsidP="004F5CDE">
      <w:r>
        <w:t>"Oh, this just got better."</w:t>
      </w:r>
    </w:p>
    <w:p w14:paraId="02D60C59" w14:textId="77777777" w:rsidR="00F91806" w:rsidRPr="00597DF2" w:rsidRDefault="00000000" w:rsidP="004F5CDE">
      <w:pPr>
        <w:rPr>
          <w:b/>
          <w:bCs/>
        </w:rPr>
      </w:pPr>
      <w:r>
        <w:lastRenderedPageBreak/>
        <w:t xml:space="preserve">Tony ignored me. </w:t>
      </w:r>
      <w:r w:rsidRPr="00597DF2">
        <w:rPr>
          <w:b/>
          <w:bCs/>
        </w:rPr>
        <w:t>"HE’S PRESSING EVERY SINGLE TALKING TOY. REPEATEDLY. WHILE MAKING EYE CONTACT WITH PEOPLE."</w:t>
      </w:r>
    </w:p>
    <w:p w14:paraId="68A460A3" w14:textId="77777777" w:rsidR="00F91806" w:rsidRDefault="00000000" w:rsidP="004F5CDE">
      <w:r>
        <w:t>I dropped my head into my hands. "Oh my god."</w:t>
      </w:r>
    </w:p>
    <w:p w14:paraId="051C30CD" w14:textId="7532E9B9" w:rsidR="00F91806" w:rsidRPr="00B10065" w:rsidRDefault="00000000" w:rsidP="004F5CDE">
      <w:pPr>
        <w:rPr>
          <w:b/>
          <w:bCs/>
        </w:rPr>
      </w:pPr>
      <w:r>
        <w:t>Tony wasn’t done. "</w:t>
      </w:r>
      <w:r w:rsidRPr="00597DF2">
        <w:rPr>
          <w:b/>
          <w:bCs/>
        </w:rPr>
        <w:t>AND HE’S</w:t>
      </w:r>
      <w:r w:rsidRPr="00B10065">
        <w:rPr>
          <w:b/>
          <w:bCs/>
        </w:rPr>
        <w:t xml:space="preserve">… </w:t>
      </w:r>
      <w:r w:rsidR="00B10065">
        <w:rPr>
          <w:b/>
          <w:bCs/>
        </w:rPr>
        <w:t>HE’S MAKING THEM TALK TO EACH OTHER</w:t>
      </w:r>
      <w:r w:rsidRPr="00B10065">
        <w:rPr>
          <w:b/>
          <w:bCs/>
        </w:rPr>
        <w:t>."</w:t>
      </w:r>
    </w:p>
    <w:p w14:paraId="2588DBF3" w14:textId="77777777" w:rsidR="00F91806" w:rsidRDefault="00000000" w:rsidP="004F5CDE">
      <w:r>
        <w:t>I burst out laughing again. "Like a roleplay?"</w:t>
      </w:r>
    </w:p>
    <w:p w14:paraId="0E6ACAF4" w14:textId="26F2459E" w:rsidR="00F91806" w:rsidRDefault="00000000" w:rsidP="004F5CDE">
      <w:r>
        <w:t>Tony looked haunted. "</w:t>
      </w:r>
      <w:r w:rsidRPr="00597DF2">
        <w:rPr>
          <w:b/>
          <w:bCs/>
        </w:rPr>
        <w:t>HE’S HAVING AN ACTUAL CONVERSATION WITH THEM</w:t>
      </w:r>
      <w:r>
        <w:t xml:space="preserve">. Like… </w:t>
      </w:r>
      <w:r w:rsidR="000C443C" w:rsidRPr="000C443C">
        <w:rPr>
          <w:b/>
          <w:bCs/>
        </w:rPr>
        <w:t>LIKE HE’s</w:t>
      </w:r>
      <w:r w:rsidRPr="000C443C">
        <w:rPr>
          <w:b/>
          <w:bCs/>
        </w:rPr>
        <w:t xml:space="preserve"> </w:t>
      </w:r>
      <w:r w:rsidRPr="00597DF2">
        <w:rPr>
          <w:b/>
          <w:bCs/>
        </w:rPr>
        <w:t>DEVELOPING THEIR CHARACTERS.</w:t>
      </w:r>
      <w:r>
        <w:t>"</w:t>
      </w:r>
    </w:p>
    <w:p w14:paraId="31F8A5AB" w14:textId="77777777" w:rsidR="00F91806" w:rsidRDefault="00000000" w:rsidP="004F5CDE">
      <w:r>
        <w:t>I swore under my breath. "</w:t>
      </w:r>
      <w:r w:rsidRPr="005C1741">
        <w:rPr>
          <w:i/>
          <w:iCs/>
        </w:rPr>
        <w:t>Jesus Christ</w:t>
      </w:r>
      <w:r>
        <w:t>."</w:t>
      </w:r>
    </w:p>
    <w:p w14:paraId="2AF85F59" w14:textId="77777777" w:rsidR="00F91806" w:rsidRPr="00597DF2" w:rsidRDefault="00000000" w:rsidP="004F5CDE">
      <w:pPr>
        <w:rPr>
          <w:b/>
          <w:bCs/>
        </w:rPr>
      </w:pPr>
      <w:r>
        <w:t xml:space="preserve">Tony shook his head furiously. "No. You don’t understand. He has </w:t>
      </w:r>
      <w:r w:rsidRPr="00597DF2">
        <w:rPr>
          <w:b/>
          <w:bCs/>
        </w:rPr>
        <w:t>TWO</w:t>
      </w:r>
      <w:r>
        <w:t xml:space="preserve"> vibrators going at once—one in each hand—</w:t>
      </w:r>
      <w:r w:rsidRPr="00597DF2">
        <w:rPr>
          <w:b/>
          <w:bCs/>
        </w:rPr>
        <w:t>AND HE IS HAVING A ROMANTIC ARGUMENT BETWEEN THEM."</w:t>
      </w:r>
    </w:p>
    <w:p w14:paraId="156EA516" w14:textId="77777777" w:rsidR="00F91806" w:rsidRDefault="00000000" w:rsidP="004F5CDE">
      <w:r>
        <w:t>"Like a soap opera?"</w:t>
      </w:r>
    </w:p>
    <w:p w14:paraId="50C008F8" w14:textId="77777777" w:rsidR="00F91806" w:rsidRPr="00597DF2" w:rsidRDefault="00000000" w:rsidP="004F5CDE">
      <w:pPr>
        <w:rPr>
          <w:b/>
          <w:bCs/>
        </w:rPr>
      </w:pPr>
      <w:r>
        <w:t xml:space="preserve">Tony threw his arms up. </w:t>
      </w:r>
      <w:r w:rsidRPr="00597DF2">
        <w:rPr>
          <w:b/>
          <w:bCs/>
        </w:rPr>
        <w:t>"YES. EXACTLY LIKE A SOAP OPERA."</w:t>
      </w:r>
    </w:p>
    <w:p w14:paraId="7224F2F9" w14:textId="77777777" w:rsidR="00F91806" w:rsidRDefault="00000000" w:rsidP="004F5CDE">
      <w:r>
        <w:t>"One vibrator is like, ‘I can’t believe you cheated on me, Ricardo!’"</w:t>
      </w:r>
    </w:p>
    <w:p w14:paraId="0E8A3558" w14:textId="77777777" w:rsidR="00F91806" w:rsidRDefault="00000000" w:rsidP="004F5CDE">
      <w:r>
        <w:t xml:space="preserve">"And the </w:t>
      </w:r>
      <w:r w:rsidRPr="00597DF2">
        <w:rPr>
          <w:b/>
          <w:bCs/>
        </w:rPr>
        <w:t>OTHER ONE</w:t>
      </w:r>
      <w:r>
        <w:t xml:space="preserve"> is like, ‘But Maria, it was a moment of weakness!’"</w:t>
      </w:r>
    </w:p>
    <w:p w14:paraId="493B0254" w14:textId="47C31A8F" w:rsidR="00F91806" w:rsidRDefault="00000000" w:rsidP="004F5CDE">
      <w:r>
        <w:t xml:space="preserve">I slammed my fist on the desk, wheezing. </w:t>
      </w:r>
      <w:r w:rsidRPr="00597DF2">
        <w:rPr>
          <w:b/>
          <w:bCs/>
        </w:rPr>
        <w:t>"STOP</w:t>
      </w:r>
      <w:r w:rsidR="00C533C0">
        <w:rPr>
          <w:b/>
          <w:bCs/>
        </w:rPr>
        <w:t>!</w:t>
      </w:r>
      <w:r w:rsidRPr="00597DF2">
        <w:rPr>
          <w:b/>
          <w:bCs/>
        </w:rPr>
        <w:t>"</w:t>
      </w:r>
      <w:r w:rsidR="00C51FF8">
        <w:t xml:space="preserve"> </w:t>
      </w:r>
      <w:r>
        <w:t>Wiping a tear, I muttered, "I’m sorry, but that’s talent. He should write screenplays."</w:t>
      </w:r>
    </w:p>
    <w:p w14:paraId="77D52A80" w14:textId="2837F083" w:rsidR="00F91806" w:rsidRPr="00597DF2" w:rsidRDefault="00000000" w:rsidP="004F5CDE">
      <w:pPr>
        <w:rPr>
          <w:b/>
          <w:bCs/>
        </w:rPr>
      </w:pPr>
      <w:r>
        <w:t xml:space="preserve">Tony stared at </w:t>
      </w:r>
      <w:r w:rsidR="009B00FC">
        <w:t>me</w:t>
      </w:r>
      <w:r>
        <w:t xml:space="preserve">, betrayed. </w:t>
      </w:r>
      <w:r w:rsidRPr="00597DF2">
        <w:rPr>
          <w:b/>
          <w:bCs/>
        </w:rPr>
        <w:t>"STOP ENCOURAGING THIS."</w:t>
      </w:r>
    </w:p>
    <w:p w14:paraId="47CC7679" w14:textId="77777777" w:rsidR="00F91806" w:rsidRDefault="00000000" w:rsidP="004F5CDE">
      <w:r>
        <w:t>I took a deep breath, wiping laughter from my eyes. "Okay. Okay. Didn’t one of your guards confront him?"</w:t>
      </w:r>
    </w:p>
    <w:p w14:paraId="09E9D11C" w14:textId="77777777" w:rsidR="00F91806" w:rsidRDefault="00000000" w:rsidP="004F5CDE">
      <w:r>
        <w:t>Tony nodded furiously. "Absolutely, but do you know what this freak did?"</w:t>
      </w:r>
    </w:p>
    <w:p w14:paraId="6A07C7C8" w14:textId="77777777" w:rsidR="00F91806" w:rsidRDefault="00000000" w:rsidP="004F5CDE">
      <w:r>
        <w:t>I shook my head, almost in tears: "Please. Tell me."</w:t>
      </w:r>
    </w:p>
    <w:p w14:paraId="47882EBB" w14:textId="24C7E2C0" w:rsidR="00F91806" w:rsidRDefault="00000000" w:rsidP="004F5CDE">
      <w:r>
        <w:t xml:space="preserve">Tony took a deep breath. </w:t>
      </w:r>
      <w:r w:rsidRPr="00597DF2">
        <w:rPr>
          <w:b/>
          <w:bCs/>
        </w:rPr>
        <w:t>"H</w:t>
      </w:r>
      <w:r w:rsidR="00177CEF">
        <w:rPr>
          <w:b/>
          <w:bCs/>
        </w:rPr>
        <w:t>E</w:t>
      </w:r>
      <w:r w:rsidRPr="00597DF2">
        <w:rPr>
          <w:b/>
          <w:bCs/>
        </w:rPr>
        <w:t xml:space="preserve"> CHALLENGED THE SECURITY GUARD TO A ‘SWORD FIGHT’ WITH TWO DILDOS."</w:t>
      </w:r>
    </w:p>
    <w:p w14:paraId="4E758510" w14:textId="77777777" w:rsidR="00F91806" w:rsidRDefault="00000000" w:rsidP="004F5CDE">
      <w:r>
        <w:t>Silence.</w:t>
      </w:r>
    </w:p>
    <w:p w14:paraId="4D1E15B7" w14:textId="55620DDD" w:rsidR="00F91806" w:rsidRPr="00597DF2" w:rsidRDefault="00000000" w:rsidP="004F5CDE">
      <w:pPr>
        <w:rPr>
          <w:b/>
          <w:bCs/>
        </w:rPr>
      </w:pPr>
      <w:r>
        <w:lastRenderedPageBreak/>
        <w:t>I immediately collapsed on my desk, laughing. Tears. Lightheaded. No oxygen left.</w:t>
      </w:r>
      <w:r w:rsidR="00C51FF8">
        <w:t xml:space="preserve"> </w:t>
      </w:r>
      <w:r w:rsidRPr="00B10065">
        <w:t>"N</w:t>
      </w:r>
      <w:r w:rsidR="00B10065">
        <w:t>o</w:t>
      </w:r>
      <w:r w:rsidRPr="00B10065">
        <w:t>—</w:t>
      </w:r>
      <w:r w:rsidR="00B10065">
        <w:t>stop</w:t>
      </w:r>
      <w:r w:rsidRPr="00B10065">
        <w:t>—"</w:t>
      </w:r>
      <w:r>
        <w:t xml:space="preserve"> I gasped between breaths. </w:t>
      </w:r>
      <w:r w:rsidRPr="00597DF2">
        <w:rPr>
          <w:b/>
          <w:bCs/>
        </w:rPr>
        <w:t>"YOU’RE MAKING THIS UP</w:t>
      </w:r>
      <w:r w:rsidR="006524F2">
        <w:rPr>
          <w:b/>
          <w:bCs/>
        </w:rPr>
        <w:t>!</w:t>
      </w:r>
      <w:r w:rsidRPr="00597DF2">
        <w:rPr>
          <w:b/>
          <w:bCs/>
        </w:rPr>
        <w:t>"</w:t>
      </w:r>
    </w:p>
    <w:p w14:paraId="1633FB41" w14:textId="728876D6" w:rsidR="00F91806" w:rsidRPr="00597DF2" w:rsidRDefault="00000000" w:rsidP="004F5CDE">
      <w:pPr>
        <w:rPr>
          <w:b/>
          <w:bCs/>
        </w:rPr>
      </w:pPr>
      <w:r>
        <w:t xml:space="preserve">Tony looked offended. </w:t>
      </w:r>
      <w:r w:rsidRPr="00597DF2">
        <w:rPr>
          <w:b/>
          <w:bCs/>
        </w:rPr>
        <w:t>"I WISH I WAS MAKING THIS UP</w:t>
      </w:r>
      <w:r w:rsidR="006524F2">
        <w:rPr>
          <w:b/>
          <w:bCs/>
        </w:rPr>
        <w:t>!</w:t>
      </w:r>
      <w:r w:rsidRPr="00597DF2">
        <w:rPr>
          <w:b/>
          <w:bCs/>
        </w:rPr>
        <w:t>"</w:t>
      </w:r>
    </w:p>
    <w:p w14:paraId="633AA40F" w14:textId="77777777" w:rsidR="00F91806" w:rsidRDefault="00000000" w:rsidP="004F5CDE">
      <w:r>
        <w:t>"Did the guard accept the challenge?" I asked, wheezing.</w:t>
      </w:r>
    </w:p>
    <w:p w14:paraId="5BB4BD2C" w14:textId="010F1BCB" w:rsidR="00F91806" w:rsidRPr="00597DF2" w:rsidRDefault="00000000" w:rsidP="004F5CDE">
      <w:pPr>
        <w:rPr>
          <w:b/>
          <w:bCs/>
        </w:rPr>
      </w:pPr>
      <w:r>
        <w:t xml:space="preserve">Tony’s eyelid twitched. "No, because </w:t>
      </w:r>
      <w:r w:rsidRPr="00597DF2">
        <w:rPr>
          <w:b/>
          <w:bCs/>
        </w:rPr>
        <w:t>HE</w:t>
      </w:r>
      <w:r w:rsidR="00C533C0">
        <w:rPr>
          <w:b/>
          <w:bCs/>
        </w:rPr>
        <w:t xml:space="preserve"> I</w:t>
      </w:r>
      <w:r w:rsidRPr="00597DF2">
        <w:rPr>
          <w:b/>
          <w:bCs/>
        </w:rPr>
        <w:t>S A PROFESSIONAL</w:t>
      </w:r>
      <w:r w:rsidR="00C533C0">
        <w:rPr>
          <w:b/>
          <w:bCs/>
        </w:rPr>
        <w:t>!</w:t>
      </w:r>
      <w:r w:rsidRPr="00597DF2">
        <w:t>"</w:t>
      </w:r>
    </w:p>
    <w:p w14:paraId="3FCA2623" w14:textId="77777777" w:rsidR="00F91806" w:rsidRDefault="00000000" w:rsidP="004F5CDE">
      <w:r>
        <w:t>I groaned, rubbing my temples. "Alright. Fine. Where is he now?"</w:t>
      </w:r>
    </w:p>
    <w:p w14:paraId="4925EECC" w14:textId="623B4F59" w:rsidR="00F91806" w:rsidRDefault="00000000" w:rsidP="004F5CDE">
      <w:r>
        <w:t xml:space="preserve">Tony grimaced. "Still in the adult aisle. Still </w:t>
      </w:r>
      <w:r w:rsidR="003D2341">
        <w:t>monologuing</w:t>
      </w:r>
      <w:r>
        <w:t>. Also, he may or may not have attempted to put nipple clamps on a mannequin."</w:t>
      </w:r>
    </w:p>
    <w:p w14:paraId="4F46D908" w14:textId="4F72FD4B" w:rsidR="00F91806" w:rsidRDefault="00000000" w:rsidP="004F5CDE">
      <w:r>
        <w:t>"Why don’t you just kick him out?" I asked. "You’re good at this."</w:t>
      </w:r>
    </w:p>
    <w:p w14:paraId="6C00E856" w14:textId="77777777" w:rsidR="00F91806" w:rsidRDefault="00000000" w:rsidP="004F5CDE">
      <w:r>
        <w:t>"Because he flashed a wad stacked with Benjamins, three inches deep."</w:t>
      </w:r>
    </w:p>
    <w:p w14:paraId="79DE22AD" w14:textId="77777777" w:rsidR="00F91806" w:rsidRDefault="00000000" w:rsidP="004F5CDE">
      <w:r>
        <w:t>I blinked. "Oh. I see."</w:t>
      </w:r>
    </w:p>
    <w:p w14:paraId="4B1A30C1" w14:textId="2631954C" w:rsidR="00F91806" w:rsidRDefault="00000000" w:rsidP="004F5CDE">
      <w:r>
        <w:t>I sighed, stretching. "Alright, let’s go pay him a visit."</w:t>
      </w:r>
      <w:r w:rsidR="005C6C70">
        <w:t xml:space="preserve"> </w:t>
      </w:r>
      <w:r>
        <w:t>We marched toward the front of the store, ready to evict a dildo-dueling, soap-opera-performing, mannequin-molesting legend.</w:t>
      </w:r>
      <w:r w:rsidR="005C6C70">
        <w:t xml:space="preserve"> </w:t>
      </w:r>
      <w:r>
        <w:t>And somewhere, deep down, I already knew…</w:t>
      </w:r>
    </w:p>
    <w:p w14:paraId="46CD40E4" w14:textId="77777777" w:rsidR="00F91806" w:rsidRDefault="00000000" w:rsidP="004F5CDE">
      <w:r>
        <w:t>I would be thinking about this man for the rest of my life.</w:t>
      </w:r>
    </w:p>
    <w:p w14:paraId="55AACA6B" w14:textId="77777777" w:rsidR="00597DF2" w:rsidRDefault="00597DF2" w:rsidP="004F5CDE"/>
    <w:p w14:paraId="0D94BE06" w14:textId="160F5494" w:rsidR="00597DF2" w:rsidRPr="00A351D5" w:rsidRDefault="00304FE8" w:rsidP="007D6A04">
      <w:pPr>
        <w:jc w:val="center"/>
        <w:rPr>
          <w:color w:val="365F91" w:themeColor="accent1" w:themeShade="BF"/>
        </w:rPr>
      </w:pPr>
      <w:r>
        <w:rPr>
          <w:rFonts w:ascii="Segoe UI Symbol" w:hAnsi="Segoe UI Symbol" w:cs="Segoe UI Symbol"/>
          <w:color w:val="365F91" w:themeColor="accent1" w:themeShade="BF"/>
        </w:rPr>
        <w:t>♞♛♞</w:t>
      </w:r>
    </w:p>
    <w:p w14:paraId="4B3F506E" w14:textId="77777777" w:rsidR="00F91806" w:rsidRDefault="00F91806" w:rsidP="004F5CDE"/>
    <w:p w14:paraId="53F7A6F8" w14:textId="4D5F652B" w:rsidR="00F91806" w:rsidRDefault="00000000" w:rsidP="004F5CDE">
      <w:r>
        <w:t>As we reached the aisle, I saw him.</w:t>
      </w:r>
      <w:r w:rsidR="005C6C70">
        <w:t xml:space="preserve"> </w:t>
      </w:r>
      <w:r>
        <w:t>Middle-aged. Hawaiian shirt unbuttoned way too far. Cargo shorts that had seen some real battles. A man with the unshakable confidence of someone who had absolutely nothing to lose.</w:t>
      </w:r>
    </w:p>
    <w:p w14:paraId="7B4D239F" w14:textId="55080011" w:rsidR="00F91806" w:rsidRDefault="00000000" w:rsidP="004F5CDE">
      <w:r>
        <w:t xml:space="preserve">He was still </w:t>
      </w:r>
      <w:r w:rsidR="003D2341">
        <w:t>monologuing</w:t>
      </w:r>
      <w:r>
        <w:t>.</w:t>
      </w:r>
      <w:r w:rsidR="00A73BFA">
        <w:t xml:space="preserve"> </w:t>
      </w:r>
      <w:r>
        <w:t>"But Maria," he murmured, clutching a double-ended vibrator like a lifeline, "you knew what I was before we fell in love."</w:t>
      </w:r>
      <w:r w:rsidR="005C6C70">
        <w:t xml:space="preserve"> </w:t>
      </w:r>
      <w:r>
        <w:t>In his other hand, he held a flesh-toned vibrator, shaking it like it was delivering a Shakespearean soliloquy.</w:t>
      </w:r>
    </w:p>
    <w:p w14:paraId="595C8531" w14:textId="155360E0" w:rsidR="00F91806" w:rsidRDefault="00000000" w:rsidP="004F5CDE">
      <w:r>
        <w:t>"</w:t>
      </w:r>
      <w:r w:rsidRPr="00597DF2">
        <w:rPr>
          <w:b/>
          <w:bCs/>
        </w:rPr>
        <w:t>I KNEW NOTHING, RICARDO!</w:t>
      </w:r>
      <w:r>
        <w:t xml:space="preserve">" he shrieked in a falsetto. "I gave you my </w:t>
      </w:r>
      <w:r w:rsidR="00A73BFA" w:rsidRPr="00A73BFA">
        <w:rPr>
          <w:b/>
          <w:bCs/>
        </w:rPr>
        <w:t>HEART</w:t>
      </w:r>
      <w:r>
        <w:t xml:space="preserve">, and </w:t>
      </w:r>
      <w:r w:rsidRPr="00597DF2">
        <w:rPr>
          <w:b/>
          <w:bCs/>
        </w:rPr>
        <w:t>YOU</w:t>
      </w:r>
      <w:r>
        <w:t xml:space="preserve"> gave it to </w:t>
      </w:r>
      <w:r w:rsidRPr="00597DF2">
        <w:rPr>
          <w:b/>
          <w:bCs/>
        </w:rPr>
        <w:t>HER!</w:t>
      </w:r>
      <w:r>
        <w:t>"</w:t>
      </w:r>
    </w:p>
    <w:p w14:paraId="4D6EA182" w14:textId="77777777" w:rsidR="00F91806" w:rsidRDefault="00000000" w:rsidP="004F5CDE">
      <w:r>
        <w:t>Tony inhaled sharply through his nose, visibly trying not to combust.</w:t>
      </w:r>
    </w:p>
    <w:p w14:paraId="2836E9F8" w14:textId="77777777" w:rsidR="00F91806" w:rsidRDefault="00000000" w:rsidP="004F5CDE">
      <w:r>
        <w:lastRenderedPageBreak/>
        <w:t>"Sir," I said, using my calmest ‘dealing with absolute lunatics’ voice, "I’m gonna need you to—"</w:t>
      </w:r>
    </w:p>
    <w:p w14:paraId="5B62FC57" w14:textId="65450B49" w:rsidR="00F91806" w:rsidRDefault="00000000" w:rsidP="004F5CDE">
      <w:r>
        <w:t>He whipped around so fast that I actually took a step back. His eyes locked onto mine, wild and full of unspeakable horrors.</w:t>
      </w:r>
      <w:r w:rsidR="005C6C70">
        <w:t xml:space="preserve"> </w:t>
      </w:r>
      <w:r>
        <w:t>"You," he whispered dramatically. "</w:t>
      </w:r>
      <w:r w:rsidRPr="00571B87">
        <w:rPr>
          <w:b/>
          <w:bCs/>
        </w:rPr>
        <w:t>H</w:t>
      </w:r>
      <w:r w:rsidR="000C40E6">
        <w:rPr>
          <w:b/>
          <w:bCs/>
        </w:rPr>
        <w:t>AVE YOU EVER KNOWN HEARTBREAK</w:t>
      </w:r>
      <w:r w:rsidRPr="00571B87">
        <w:rPr>
          <w:b/>
          <w:bCs/>
        </w:rPr>
        <w:t>?</w:t>
      </w:r>
      <w:r>
        <w:t>"</w:t>
      </w:r>
    </w:p>
    <w:p w14:paraId="7F778E9C" w14:textId="77777777" w:rsidR="00F91806" w:rsidRDefault="00000000" w:rsidP="004F5CDE">
      <w:r>
        <w:t>I blinked. "I—"</w:t>
      </w:r>
    </w:p>
    <w:p w14:paraId="28A7044A" w14:textId="77777777" w:rsidR="00F91806" w:rsidRDefault="00000000" w:rsidP="004F5CDE">
      <w:r w:rsidRPr="00597DF2">
        <w:rPr>
          <w:b/>
          <w:bCs/>
        </w:rPr>
        <w:t>"BECAUSE MARIA HAS!"</w:t>
      </w:r>
      <w:r>
        <w:t xml:space="preserve"> he bellowed, waving the vibrator like it was a microphone at a rock concert. </w:t>
      </w:r>
      <w:r w:rsidRPr="00597DF2">
        <w:rPr>
          <w:b/>
          <w:bCs/>
        </w:rPr>
        <w:t>"AND SHE DESERVES JUSTICE!"</w:t>
      </w:r>
    </w:p>
    <w:p w14:paraId="2A5C4A0D" w14:textId="77777777" w:rsidR="00F91806" w:rsidRDefault="00000000" w:rsidP="004F5CDE">
      <w:r>
        <w:t>"Sir, you need to leave," Tony ground out, his patience so far gone it was probably orbiting Saturn.</w:t>
      </w:r>
    </w:p>
    <w:p w14:paraId="77F3D745" w14:textId="2EE6DF60" w:rsidR="00F91806" w:rsidRDefault="00000000" w:rsidP="004F5CDE">
      <w:r>
        <w:t xml:space="preserve">But </w:t>
      </w:r>
      <w:r w:rsidR="006F750B" w:rsidRPr="00CB3BDC">
        <w:rPr>
          <w:i/>
          <w:iCs/>
        </w:rPr>
        <w:t>Cargo Pants</w:t>
      </w:r>
      <w:r w:rsidRPr="00CB3BDC">
        <w:rPr>
          <w:i/>
          <w:iCs/>
        </w:rPr>
        <w:t xml:space="preserve"> </w:t>
      </w:r>
      <w:r w:rsidR="00CB3BDC" w:rsidRPr="00CB3BDC">
        <w:rPr>
          <w:i/>
          <w:iCs/>
        </w:rPr>
        <w:t>Guy</w:t>
      </w:r>
      <w:r>
        <w:t>? Oh, he wasn’t done.</w:t>
      </w:r>
      <w:r w:rsidR="0078267E">
        <w:t xml:space="preserve"> </w:t>
      </w:r>
      <w:r>
        <w:t>His gaze sharpened as if he’d just realized something.</w:t>
      </w:r>
      <w:r w:rsidR="0078267E">
        <w:t xml:space="preserve"> </w:t>
      </w:r>
      <w:r>
        <w:t>His stance shifted.</w:t>
      </w:r>
      <w:r w:rsidR="0078267E">
        <w:t xml:space="preserve"> </w:t>
      </w:r>
      <w:r>
        <w:t>Something was about to happen. Something deeply unholy.</w:t>
      </w:r>
      <w:r w:rsidR="005C6C70">
        <w:t xml:space="preserve"> </w:t>
      </w:r>
      <w:r>
        <w:t>Then, with surgical precision, he grabbed two vibrators, turned them on, and threw them onto the floor.</w:t>
      </w:r>
      <w:r w:rsidR="0078267E">
        <w:t xml:space="preserve"> </w:t>
      </w:r>
      <w:r>
        <w:t>They started buzzing and bouncing in random directions like possessed rabbits.</w:t>
      </w:r>
    </w:p>
    <w:p w14:paraId="609658B7" w14:textId="77777777" w:rsidR="00F91806" w:rsidRPr="00A30AB8" w:rsidRDefault="00000000" w:rsidP="004F5CDE">
      <w:pPr>
        <w:rPr>
          <w:b/>
          <w:bCs/>
        </w:rPr>
      </w:pPr>
      <w:r w:rsidRPr="00A30AB8">
        <w:rPr>
          <w:b/>
          <w:bCs/>
        </w:rPr>
        <w:t>"THEY’RE FREE!"</w:t>
      </w:r>
      <w:r>
        <w:t xml:space="preserve"> he howled. </w:t>
      </w:r>
      <w:r w:rsidRPr="00A30AB8">
        <w:rPr>
          <w:b/>
          <w:bCs/>
        </w:rPr>
        <w:t>"GO, MY CHILDREN! BE FREE!"</w:t>
      </w:r>
    </w:p>
    <w:p w14:paraId="02D65EFE" w14:textId="77777777" w:rsidR="00F91806" w:rsidRDefault="00000000" w:rsidP="004F5CDE">
      <w:r>
        <w:t>One of the vibrators spun violently in circles like a demon-possessed Roomba. The other one bounced straight toward Tony’s foot.</w:t>
      </w:r>
    </w:p>
    <w:p w14:paraId="7506E912" w14:textId="77777777" w:rsidR="00F91806" w:rsidRDefault="00000000" w:rsidP="004F5CDE">
      <w:r>
        <w:t>Tony yelped, dodging it like it was an active grenade.</w:t>
      </w:r>
    </w:p>
    <w:p w14:paraId="25285D97" w14:textId="77777777" w:rsidR="00F91806" w:rsidRPr="00A30AB8" w:rsidRDefault="00000000" w:rsidP="004F5CDE">
      <w:pPr>
        <w:rPr>
          <w:b/>
          <w:bCs/>
        </w:rPr>
      </w:pPr>
      <w:r w:rsidRPr="00A30AB8">
        <w:rPr>
          <w:b/>
          <w:bCs/>
        </w:rPr>
        <w:t>"WHAT THE FU—"</w:t>
      </w:r>
    </w:p>
    <w:p w14:paraId="12440E82" w14:textId="77777777" w:rsidR="005C6C70" w:rsidRDefault="00000000" w:rsidP="004F5CDE">
      <w:r>
        <w:t>The bigger one started racing down the aisle at an alarming speed, its motor whining at maximum overdrive.</w:t>
      </w:r>
      <w:r w:rsidR="000C40E6">
        <w:t xml:space="preserve"> </w:t>
      </w:r>
      <w:r>
        <w:t>"Oh my god," I gasped between wheezing laughter. "It’s making a break for it!"</w:t>
      </w:r>
      <w:r w:rsidR="005C6C70">
        <w:t xml:space="preserve"> </w:t>
      </w:r>
    </w:p>
    <w:p w14:paraId="475360E3" w14:textId="119C674F" w:rsidR="00F91806" w:rsidRDefault="00000000" w:rsidP="004F5CDE">
      <w:r>
        <w:t xml:space="preserve">One of </w:t>
      </w:r>
      <w:r w:rsidR="005C6C70">
        <w:t>our</w:t>
      </w:r>
      <w:r>
        <w:t xml:space="preserve"> customers shrieked as the rogue vibrator collided with her ankle, then ricocheted into a shelf of lube bottles.</w:t>
      </w:r>
      <w:r w:rsidR="005C6C70">
        <w:t xml:space="preserve"> </w:t>
      </w:r>
      <w:r>
        <w:t>I was losing it. Tony looked ready to throw hands with God himself.</w:t>
      </w:r>
      <w:r w:rsidR="005C6C70">
        <w:t xml:space="preserve"> </w:t>
      </w:r>
      <w:r>
        <w:t xml:space="preserve">And </w:t>
      </w:r>
      <w:r w:rsidR="006F750B" w:rsidRPr="00CB3BDC">
        <w:rPr>
          <w:i/>
          <w:iCs/>
        </w:rPr>
        <w:t>Cargo Pants Guy</w:t>
      </w:r>
      <w:r>
        <w:t>? He just stood there, proud, and victorious, hands on his hips, watching his creations cause absolute mayhem.</w:t>
      </w:r>
    </w:p>
    <w:p w14:paraId="6C95E310" w14:textId="529A3C27" w:rsidR="007809DF" w:rsidRDefault="00000000" w:rsidP="004F5CDE">
      <w:r>
        <w:t xml:space="preserve">The moment Tony finally got his hands on him, </w:t>
      </w:r>
      <w:r w:rsidR="006F750B">
        <w:t>the guy</w:t>
      </w:r>
      <w:r>
        <w:t xml:space="preserve"> did one last, truly unhinged thing.</w:t>
      </w:r>
      <w:r w:rsidR="00554AF2">
        <w:t xml:space="preserve"> </w:t>
      </w:r>
      <w:r>
        <w:t>He turned back, locked eyes with me, and whispered:</w:t>
      </w:r>
      <w:r w:rsidR="000C40E6">
        <w:t xml:space="preserve"> </w:t>
      </w:r>
      <w:r>
        <w:t>"You haven’t seen the last of me."</w:t>
      </w:r>
      <w:r w:rsidR="005C6C70">
        <w:t xml:space="preserve"> </w:t>
      </w:r>
      <w:r w:rsidR="007809DF">
        <w:t xml:space="preserve">Thereafter, he stooped, as if he was about to relieve himself. </w:t>
      </w:r>
    </w:p>
    <w:p w14:paraId="337DF1D9" w14:textId="77777777" w:rsidR="00554AF2" w:rsidRDefault="00554AF2" w:rsidP="004F5CDE"/>
    <w:p w14:paraId="4CF3DD77" w14:textId="4D34DD8A" w:rsidR="00F91806" w:rsidRDefault="00000000" w:rsidP="004F5CDE">
      <w:r>
        <w:t>And with that, he was escorted out.</w:t>
      </w:r>
    </w:p>
    <w:p w14:paraId="38F14EE2" w14:textId="246EE990" w:rsidR="00F91806" w:rsidRDefault="00000000" w:rsidP="004F5CDE">
      <w:r>
        <w:t>Silence.</w:t>
      </w:r>
      <w:r w:rsidR="005C6C70">
        <w:t xml:space="preserve"> </w:t>
      </w:r>
      <w:r>
        <w:t>Yet chaos still vibrated through the air.</w:t>
      </w:r>
      <w:r w:rsidR="005C6C70">
        <w:t xml:space="preserve"> </w:t>
      </w:r>
      <w:r>
        <w:t>Wiping away tears of laughter. "Oh my god," I gasped, still trying to breathe. "I love this job</w:t>
      </w:r>
      <w:r w:rsidR="005C6C70">
        <w:t xml:space="preserve">!” </w:t>
      </w:r>
      <w:r>
        <w:t>I said, barely holding it together, "who’s in charge of cleaning up the… the escapees?"</w:t>
      </w:r>
    </w:p>
    <w:p w14:paraId="1C6C0B2C" w14:textId="77777777" w:rsidR="00F91806" w:rsidRDefault="00000000" w:rsidP="004F5CDE">
      <w:r>
        <w:t>Tony glared at me, face a shade of red that could kill a man.</w:t>
      </w:r>
    </w:p>
    <w:p w14:paraId="77F54D01" w14:textId="77777777" w:rsidR="00F91806" w:rsidRDefault="00000000" w:rsidP="004F5CDE">
      <w:r>
        <w:t>"I hate you," he said, voice hoarse.</w:t>
      </w:r>
    </w:p>
    <w:p w14:paraId="18981E25" w14:textId="77777777" w:rsidR="00F91806" w:rsidRDefault="00000000" w:rsidP="004F5CDE">
      <w:r>
        <w:t>I grinned.</w:t>
      </w:r>
    </w:p>
    <w:p w14:paraId="1EC931CF" w14:textId="77777777" w:rsidR="00F91806" w:rsidRDefault="00000000" w:rsidP="004F5CDE">
      <w:r>
        <w:t>"Welcome to another day at work, kid."</w:t>
      </w:r>
    </w:p>
    <w:p w14:paraId="2FCE7F0B" w14:textId="77777777" w:rsidR="00A30AB8" w:rsidRDefault="00A30AB8" w:rsidP="004F5CDE"/>
    <w:p w14:paraId="2DFC87CB" w14:textId="7545B565" w:rsidR="00A30AB8" w:rsidRPr="00A351D5" w:rsidRDefault="00304FE8" w:rsidP="006F1D3A">
      <w:pPr>
        <w:jc w:val="center"/>
        <w:rPr>
          <w:color w:val="365F91" w:themeColor="accent1" w:themeShade="BF"/>
        </w:rPr>
      </w:pPr>
      <w:r>
        <w:rPr>
          <w:rFonts w:ascii="Segoe UI Symbol" w:hAnsi="Segoe UI Symbol" w:cs="Segoe UI Symbol"/>
          <w:color w:val="365F91" w:themeColor="accent1" w:themeShade="BF"/>
        </w:rPr>
        <w:t>♞♛♞</w:t>
      </w:r>
    </w:p>
    <w:p w14:paraId="278886CD" w14:textId="77777777" w:rsidR="00F91806" w:rsidRDefault="00F91806" w:rsidP="004F5CDE"/>
    <w:p w14:paraId="3BA82D95" w14:textId="77777777" w:rsidR="00F91806" w:rsidRDefault="00000000" w:rsidP="004F5CDE">
      <w:r>
        <w:t>What a fucking day.</w:t>
      </w:r>
    </w:p>
    <w:p w14:paraId="79DCE887" w14:textId="42D47A33" w:rsidR="00F91806" w:rsidRDefault="00000000" w:rsidP="004F5CDE">
      <w:r>
        <w:t>Dildo duels. Soap opera vibrators. A mannequin assault.</w:t>
      </w:r>
      <w:r w:rsidR="005C6C70">
        <w:t xml:space="preserve"> </w:t>
      </w:r>
      <w:r>
        <w:t>And somehow, that wasn’t even the weirdest part.</w:t>
      </w:r>
      <w:r w:rsidR="005C6C70">
        <w:t xml:space="preserve"> </w:t>
      </w:r>
      <w:r>
        <w:t>I exhaled, rubbing my temples as I packed up my shit, ready to head home. But then I hesitated.</w:t>
      </w:r>
      <w:r w:rsidR="00B658B8">
        <w:t xml:space="preserve"> </w:t>
      </w:r>
      <w:r>
        <w:t>Which home?</w:t>
      </w:r>
      <w:r w:rsidR="00B658B8">
        <w:t xml:space="preserve"> </w:t>
      </w:r>
      <w:r>
        <w:t>Mine? Or… Melanie’s?</w:t>
      </w:r>
    </w:p>
    <w:p w14:paraId="2D829D7C" w14:textId="6F50C38D" w:rsidR="00F91806" w:rsidRDefault="00000000" w:rsidP="004F5CDE">
      <w:r>
        <w:t>That thought landed harder than expected.</w:t>
      </w:r>
      <w:r w:rsidR="00CF0B9A">
        <w:t xml:space="preserve"> </w:t>
      </w:r>
      <w:r>
        <w:t>I pulled out my phone, thumbs hovering over the keyboard before finally typing:</w:t>
      </w:r>
      <w:r w:rsidR="00554AF2">
        <w:t xml:space="preserve"> </w:t>
      </w:r>
      <w:r>
        <w:t xml:space="preserve">Me: </w:t>
      </w:r>
      <w:r w:rsidR="00CF0B9A">
        <w:t>“</w:t>
      </w:r>
      <w:r>
        <w:t>We doing anything tonight?</w:t>
      </w:r>
      <w:r w:rsidR="00CF0B9A">
        <w:t>”</w:t>
      </w:r>
    </w:p>
    <w:p w14:paraId="06E06442" w14:textId="77777777" w:rsidR="00F91806" w:rsidRDefault="00000000" w:rsidP="004F5CDE">
      <w:r>
        <w:t>I hit send.</w:t>
      </w:r>
    </w:p>
    <w:p w14:paraId="6972F305" w14:textId="77777777" w:rsidR="00F91806" w:rsidRDefault="00000000" w:rsidP="004F5CDE">
      <w:r>
        <w:t>And then, I waited.</w:t>
      </w:r>
    </w:p>
    <w:p w14:paraId="79E1E5BF" w14:textId="77777777" w:rsidR="00F91806" w:rsidRDefault="00000000" w:rsidP="004F5CDE">
      <w:r>
        <w:t>One second. Two.</w:t>
      </w:r>
    </w:p>
    <w:p w14:paraId="7B16197E" w14:textId="241119D6" w:rsidR="00F91806" w:rsidRDefault="00000000" w:rsidP="004F5CDE">
      <w:r>
        <w:t>My eyes flicked to the screen, willing those three little dots to appear. Nothing.</w:t>
      </w:r>
      <w:r w:rsidR="00CF0B9A">
        <w:t xml:space="preserve"> </w:t>
      </w:r>
      <w:r>
        <w:t>I flipped my phone face-down, pretending I wasn’t checking it every two seconds.</w:t>
      </w:r>
    </w:p>
    <w:p w14:paraId="19DCEC6A" w14:textId="77777777" w:rsidR="00F91806" w:rsidRPr="00DC360E" w:rsidRDefault="00000000" w:rsidP="004F5CDE">
      <w:pPr>
        <w:rPr>
          <w:i/>
          <w:iCs/>
        </w:rPr>
      </w:pPr>
      <w:r w:rsidRPr="00DC360E">
        <w:rPr>
          <w:i/>
          <w:iCs/>
        </w:rPr>
        <w:t>Cool. Not desperate. Totally normal behavior.</w:t>
      </w:r>
    </w:p>
    <w:p w14:paraId="306C7652" w14:textId="09C6591D" w:rsidR="00F91806" w:rsidRDefault="00000000" w:rsidP="004F5CDE">
      <w:r>
        <w:t>A full minute passed. Then another. Then—finally—my screen lit up.</w:t>
      </w:r>
      <w:r w:rsidR="00160FA9">
        <w:t xml:space="preserve"> </w:t>
      </w:r>
      <w:r>
        <w:t xml:space="preserve">Melanie: </w:t>
      </w:r>
      <w:r w:rsidR="00CF0B9A">
        <w:t>“</w:t>
      </w:r>
      <w:r>
        <w:t>Depends. Are you coming over?</w:t>
      </w:r>
      <w:r w:rsidR="00CF0B9A">
        <w:t>”</w:t>
      </w:r>
    </w:p>
    <w:p w14:paraId="515A882D" w14:textId="7B9A0035" w:rsidR="00F91806" w:rsidRDefault="00000000" w:rsidP="004F5CDE">
      <w:r>
        <w:lastRenderedPageBreak/>
        <w:t>A slow smirk tugged at my lips. She knew exactly what she was doing.</w:t>
      </w:r>
      <w:r w:rsidR="00160FA9">
        <w:t xml:space="preserve"> </w:t>
      </w:r>
      <w:r>
        <w:t xml:space="preserve">Me: </w:t>
      </w:r>
      <w:r w:rsidR="00CF0B9A">
        <w:t>“</w:t>
      </w:r>
      <w:r>
        <w:t>Should I?</w:t>
      </w:r>
      <w:r w:rsidR="00CF0B9A">
        <w:t>”</w:t>
      </w:r>
    </w:p>
    <w:p w14:paraId="0952F6B3" w14:textId="17C9FB0F" w:rsidR="00F91806" w:rsidRDefault="00000000" w:rsidP="004F5CDE">
      <w:r>
        <w:t>The dots blinked back.</w:t>
      </w:r>
      <w:r w:rsidR="00B658B8">
        <w:t xml:space="preserve"> </w:t>
      </w:r>
      <w:r>
        <w:t xml:space="preserve">Melanie: </w:t>
      </w:r>
      <w:r w:rsidR="00CF0B9A">
        <w:t>“</w:t>
      </w:r>
      <w:r>
        <w:t>I mean if you want to.</w:t>
      </w:r>
      <w:r w:rsidR="00CF0B9A">
        <w:t>”</w:t>
      </w:r>
    </w:p>
    <w:p w14:paraId="7043D000" w14:textId="49AF3B2B" w:rsidR="00F91806" w:rsidRDefault="00000000" w:rsidP="004F5CDE">
      <w:r>
        <w:t>Oh, we were playing that game.</w:t>
      </w:r>
      <w:r w:rsidR="00160FA9">
        <w:t xml:space="preserve"> </w:t>
      </w:r>
      <w:r>
        <w:t xml:space="preserve">Me: </w:t>
      </w:r>
      <w:r w:rsidR="00CF0B9A">
        <w:t>“</w:t>
      </w:r>
      <w:r>
        <w:t>I’m already in the car. What’s a</w:t>
      </w:r>
      <w:r w:rsidR="007809DF">
        <w:t>n amazing</w:t>
      </w:r>
      <w:r>
        <w:t xml:space="preserve"> restaurant near you? My treat.</w:t>
      </w:r>
      <w:r w:rsidR="00CF0B9A">
        <w:t>”</w:t>
      </w:r>
    </w:p>
    <w:p w14:paraId="41937889" w14:textId="627DAF72" w:rsidR="00F91806" w:rsidRDefault="00000000" w:rsidP="004F5CDE">
      <w:r>
        <w:t xml:space="preserve">Seconds later—Melanie: </w:t>
      </w:r>
      <w:r w:rsidR="00A0361A">
        <w:t>“</w:t>
      </w:r>
      <w:r>
        <w:t>Come here first. I’m starving, but I feel like you’re just trying to buy your way into my pants… again.</w:t>
      </w:r>
      <w:r w:rsidR="00A0361A">
        <w:t>”</w:t>
      </w:r>
    </w:p>
    <w:p w14:paraId="4F5C23B9" w14:textId="16D04399" w:rsidR="00F91806" w:rsidRDefault="00000000" w:rsidP="004F5CDE">
      <w:r>
        <w:t>I laughed, already pulling out of the parking lot.</w:t>
      </w:r>
      <w:r w:rsidR="00160FA9">
        <w:t xml:space="preserve"> </w:t>
      </w:r>
      <w:r>
        <w:t xml:space="preserve">Me: </w:t>
      </w:r>
      <w:r w:rsidR="00A0361A">
        <w:t>“</w:t>
      </w:r>
      <w:r>
        <w:t>I’m saving you for dessert, babe. And don’t worry—I’ll definitely be picking up your tab.</w:t>
      </w:r>
      <w:r w:rsidR="00A0361A">
        <w:t>”</w:t>
      </w:r>
    </w:p>
    <w:p w14:paraId="70AFC152" w14:textId="3A04A089" w:rsidR="00F91806" w:rsidRDefault="00000000" w:rsidP="004F5CDE">
      <w:r>
        <w:t>I tossed my phone onto the passenger seat, my heart kicking up a notch.</w:t>
      </w:r>
      <w:r w:rsidR="00B658B8">
        <w:t xml:space="preserve"> </w:t>
      </w:r>
      <w:r>
        <w:t>Another night with an insanely gorgeous, green-eyed redhead—the one person capable of making me lose control with just the flick of her tongue.</w:t>
      </w:r>
    </w:p>
    <w:p w14:paraId="21986964" w14:textId="77777777" w:rsidR="00F91806" w:rsidRDefault="00000000" w:rsidP="004F5CDE">
      <w:r>
        <w:t>And I planned to let her.</w:t>
      </w:r>
    </w:p>
    <w:p w14:paraId="0C1AD81F" w14:textId="77777777" w:rsidR="000D1BEE" w:rsidRDefault="000D1BEE" w:rsidP="004F5CDE"/>
    <w:p w14:paraId="2E88D294" w14:textId="77777777" w:rsidR="000D1BEE" w:rsidRDefault="000D1BEE" w:rsidP="004F5CDE"/>
    <w:p w14:paraId="50D90CAD" w14:textId="77777777" w:rsidR="00F91806" w:rsidRDefault="00000000" w:rsidP="00A30AB8">
      <w:pPr>
        <w:pStyle w:val="Heading1"/>
      </w:pPr>
      <w:bookmarkStart w:id="58" w:name="_Toc189281349"/>
      <w:r>
        <w:t>Chapter 35: Check, Please!</w:t>
      </w:r>
      <w:bookmarkEnd w:id="58"/>
    </w:p>
    <w:p w14:paraId="09A89336" w14:textId="77777777" w:rsidR="00A30AB8" w:rsidRDefault="00A30AB8" w:rsidP="004F5CDE"/>
    <w:p w14:paraId="31C81F17" w14:textId="527B2E44" w:rsidR="00F91806" w:rsidRDefault="00000000" w:rsidP="004F5CDE">
      <w:r>
        <w:t>As we stepped into the casino, the world around us shifted into a realm of opulence and seduction. The floor gleamed with polished marble, reflecting the glittering lights from an impossible number of crystal chandeliers. The air was thick with the scent of wealth—expensive perfume, aged whiskey, the faintest trace of burning cigars. The sound of slot machines hummed in the background, punctuated by the occasional triumphant chime, but none of it held a candle to the restaurant ahead.</w:t>
      </w:r>
    </w:p>
    <w:p w14:paraId="655D91D1" w14:textId="77777777" w:rsidR="00F91806" w:rsidRDefault="00000000" w:rsidP="004F5CDE">
      <w:r>
        <w:t>It wasn’t just a restaurant. It was an experience.</w:t>
      </w:r>
    </w:p>
    <w:p w14:paraId="51AFDE4F" w14:textId="77777777" w:rsidR="00F91806" w:rsidRDefault="00000000" w:rsidP="004F5CDE">
      <w:r>
        <w:t>A massive, open doorway framed in gold led into a dimly lit oasis of deep, sultry elegance. Velvet-lined booths curved around candlelit tables, creating intimate pockets of secrecy. The bar—an expansive marble monolith lined with glistening bottles of top-shelf liquor—stood under a suspended sculpture of golden branches and glass-blown leaves, giving the illusion of a modern-day Eden.</w:t>
      </w:r>
    </w:p>
    <w:p w14:paraId="62F05F4E" w14:textId="77777777" w:rsidR="00F91806" w:rsidRDefault="00000000" w:rsidP="004F5CDE">
      <w:r>
        <w:lastRenderedPageBreak/>
        <w:t>The lighting was low, seductive, designed to make everything and everyone look like they belonged in the pages of a luxury magazine. A jazz trio played softly in the corner, their music slipping through the air like smoke, curling around hushed conversations and stolen glances.</w:t>
      </w:r>
    </w:p>
    <w:p w14:paraId="3A850EAD" w14:textId="77777777" w:rsidR="00F91806" w:rsidRDefault="00000000" w:rsidP="004F5CDE">
      <w:r>
        <w:t>Waiters dressed in black glided between tables, their movements precise and effortless, carrying trays of dry-aged steaks, seared scallops, and wine that probably cost more than our rent. The scent of truffle butter and charred rosemary lingered in the air, weaving through the already intoxicating atmosphere.</w:t>
      </w:r>
    </w:p>
    <w:p w14:paraId="56196405" w14:textId="7598C45D" w:rsidR="00F91806" w:rsidRDefault="00000000" w:rsidP="004F5CDE">
      <w:r>
        <w:t>Melanie walked beside me, her presence commanding even in a room filled with the elite. She didn’t just fit in here—she belonged here.</w:t>
      </w:r>
      <w:r w:rsidR="008F0A4A">
        <w:t xml:space="preserve"> </w:t>
      </w:r>
      <w:r>
        <w:t xml:space="preserve">A host in a sharp, midnight suit greeted us with a nod, barely hiding his second glance at Melanie. "Welcome to </w:t>
      </w:r>
      <w:r w:rsidR="008F0A4A">
        <w:t>Chez Francois</w:t>
      </w:r>
      <w:r>
        <w:t>," he said smoothly, his tone dripping with the kind of customer service reserved for those who obviously belonged. "Do you have a reservation?"</w:t>
      </w:r>
    </w:p>
    <w:p w14:paraId="271EE989" w14:textId="77777777" w:rsidR="00F91806" w:rsidRDefault="00000000" w:rsidP="004F5CDE">
      <w:r>
        <w:t>Melanie smirked, slipping her arm through mine like we owned the place. "Not yet," she murmured, her voice velvet-wrapped sin. "But I think you’ll find room for us."</w:t>
      </w:r>
    </w:p>
    <w:p w14:paraId="67F1FED0" w14:textId="77777777" w:rsidR="00F91806" w:rsidRDefault="00000000" w:rsidP="004F5CDE">
      <w:r>
        <w:t>The host hesitated—just for a second—before nodding. "Right this way, ladies."</w:t>
      </w:r>
    </w:p>
    <w:p w14:paraId="4F85E4BB" w14:textId="4C609B23" w:rsidR="00F91806" w:rsidRDefault="00000000" w:rsidP="004F5CDE">
      <w:r>
        <w:t>As we followed him to the table, I took a slow breath. The atmosphere intrigued. Not in the way of crime or threats—but in the way of temptation. This was the kind of place where mistakes were made on purpose, where sins were indulged and whispered about over glasses of deep, ruby-red wine.</w:t>
      </w:r>
      <w:r w:rsidR="008F0A4A">
        <w:t xml:space="preserve"> </w:t>
      </w:r>
      <w:r>
        <w:t>And with Melanie beside me, looking like she was ready to devour me along with dinner…I briefly reveled at how sometimes life can be so amazing.</w:t>
      </w:r>
    </w:p>
    <w:p w14:paraId="530DF574" w14:textId="77777777" w:rsidR="00A30AB8" w:rsidRDefault="00A30AB8" w:rsidP="004F5CDE"/>
    <w:p w14:paraId="417A643E" w14:textId="38174B32" w:rsidR="00A30AB8" w:rsidRPr="00A351D5" w:rsidRDefault="00304FE8" w:rsidP="006F1D3A">
      <w:pPr>
        <w:jc w:val="center"/>
        <w:rPr>
          <w:color w:val="365F91" w:themeColor="accent1" w:themeShade="BF"/>
        </w:rPr>
      </w:pPr>
      <w:r>
        <w:rPr>
          <w:rFonts w:ascii="Segoe UI Symbol" w:hAnsi="Segoe UI Symbol" w:cs="Segoe UI Symbol"/>
          <w:color w:val="365F91" w:themeColor="accent1" w:themeShade="BF"/>
        </w:rPr>
        <w:t>♞♛♞</w:t>
      </w:r>
    </w:p>
    <w:p w14:paraId="5EA4A78F" w14:textId="77777777" w:rsidR="00F91806" w:rsidRDefault="00F91806" w:rsidP="004F5CDE"/>
    <w:p w14:paraId="6DBCF9AE" w14:textId="77777777" w:rsidR="00F91806" w:rsidRDefault="00000000" w:rsidP="004F5CDE">
      <w:r>
        <w:t xml:space="preserve">The moment we slid into our plush, velvet-lined booth, the air between us thickened with something unspoken—an undercurrent of desire humming beneath the surface, barely restrained. </w:t>
      </w:r>
    </w:p>
    <w:p w14:paraId="05C37529" w14:textId="77777777" w:rsidR="00F91806" w:rsidRDefault="00000000" w:rsidP="004F5CDE">
      <w:r>
        <w:t>The restaurant was a temple of indulgence, and as a waiter in an immaculately pressed black suit handed us leather-bound menus, I had the sinking suspicion that the real feast tonight wasn’t going to be the food.</w:t>
      </w:r>
    </w:p>
    <w:p w14:paraId="36725D91" w14:textId="77777777" w:rsidR="00F91806" w:rsidRDefault="00000000" w:rsidP="004F5CDE">
      <w:r>
        <w:lastRenderedPageBreak/>
        <w:t>Melanie sat across from me, legs crossed in a way that was both effortless and infuriatingly suggestive, her emerald eyes glinting like she knew exactly what she was doing. She propped an elbow on the table, resting her chin lightly on her knuckles, and smirked. That smirk.</w:t>
      </w:r>
    </w:p>
    <w:p w14:paraId="5C7C5BF1" w14:textId="77777777" w:rsidR="00F91806" w:rsidRDefault="00000000" w:rsidP="004F5CDE">
      <w:r>
        <w:t>"You keep looking at me like that," she mused, her voice nothing more than a low, sultry purr, "and I’m going to start thinking you brought me here just to undress me with your eyes."</w:t>
      </w:r>
    </w:p>
    <w:p w14:paraId="29E00558" w14:textId="77777777" w:rsidR="00F91806" w:rsidRDefault="00000000" w:rsidP="004F5CDE">
      <w:r>
        <w:t>I exhaled sharply, already a little too warm. "That implies I ever dress you with my eyes in the first place."</w:t>
      </w:r>
    </w:p>
    <w:p w14:paraId="1239BDD0" w14:textId="77777777" w:rsidR="00F91806" w:rsidRDefault="00000000" w:rsidP="004F5CDE">
      <w:r>
        <w:t>Melanie let out a quiet, wicked laugh, her fingers tracing the rim of her wine glass as if imagining something far more indecent. "Hmm. Fair point."</w:t>
      </w:r>
    </w:p>
    <w:p w14:paraId="72CB18B6" w14:textId="1179199C" w:rsidR="00F91806" w:rsidRDefault="00000000" w:rsidP="004F5CDE">
      <w:r>
        <w:t>The waiter cleared his throat, appearing beside us at exactly the wrong moment, and I had to physically force my gaze onto the menu, pretending I wasn’t seconds away from dragging Melanie across the table and making a scene in this absurdly elegant restaurant.</w:t>
      </w:r>
      <w:r w:rsidR="008F0A4A">
        <w:t xml:space="preserve"> </w:t>
      </w:r>
      <w:r>
        <w:t>We ordered quickly—a dry-aged ribeye for me, seared scallops for her, a shared truffle risotto, and a bottle of vintage Bordeaux that probably cost more than my last car payment.</w:t>
      </w:r>
    </w:p>
    <w:p w14:paraId="6CD3A6F7" w14:textId="1B0B0D52" w:rsidR="00F91806" w:rsidRDefault="00000000" w:rsidP="004F5CDE">
      <w:r>
        <w:t>The moment the waiter disappeared, Melanie leaned in, arms folded on the table, her gaze never leaving mine.</w:t>
      </w:r>
      <w:r w:rsidR="008F0A4A">
        <w:t xml:space="preserve"> </w:t>
      </w:r>
      <w:r>
        <w:t xml:space="preserve">"So, tell me," she murmured, voice dropping into that low, honeyed tone that turned my brain into static. "When you said you were saving me for dessert…" </w:t>
      </w:r>
    </w:p>
    <w:p w14:paraId="0EB945CC" w14:textId="77777777" w:rsidR="00F91806" w:rsidRDefault="00000000" w:rsidP="004F5CDE">
      <w:r>
        <w:t>Her lips parted slightly, and I swore I felt the phantom heat of her breath across my skin. "Were you planning on having me here? Or were you thinking something more… private?"</w:t>
      </w:r>
    </w:p>
    <w:p w14:paraId="3A98321C" w14:textId="2BB1315A" w:rsidR="00F91806" w:rsidRDefault="00000000" w:rsidP="004F5CDE">
      <w:r>
        <w:t>My fingers curled into the linen napkin in my lap, anything to stop myself from reaching for her. "Depends. How daring are you feeling tonight?"</w:t>
      </w:r>
    </w:p>
    <w:p w14:paraId="247B623F" w14:textId="0487DA18" w:rsidR="00F91806" w:rsidRDefault="00000000" w:rsidP="004F5CDE">
      <w:r>
        <w:t>Melanie’s smirk deepened. Knowingly yet sinisterly playful. "Oh, Hannah. That’s cute. You still think you’re the one pushing the limits?"</w:t>
      </w:r>
    </w:p>
    <w:p w14:paraId="2C74D3F1" w14:textId="77777777" w:rsidR="00F91806" w:rsidRPr="00A30AB8" w:rsidRDefault="00000000" w:rsidP="004F5CDE">
      <w:pPr>
        <w:rPr>
          <w:i/>
          <w:iCs/>
        </w:rPr>
      </w:pPr>
      <w:r w:rsidRPr="00A30AB8">
        <w:rPr>
          <w:i/>
          <w:iCs/>
        </w:rPr>
        <w:t>Fuck.</w:t>
      </w:r>
    </w:p>
    <w:p w14:paraId="55A2CD67" w14:textId="5A0A40B6" w:rsidR="00F91806" w:rsidRDefault="00000000" w:rsidP="004F5CDE">
      <w:r>
        <w:t xml:space="preserve">I swallowed, struggling to maintain composure, but she wasn’t done. She toyed with the stem of her wine glass, taking a slow sip, her tongue flicking against the rim just long </w:t>
      </w:r>
      <w:r>
        <w:lastRenderedPageBreak/>
        <w:t>enough to make my pulse stutter.</w:t>
      </w:r>
      <w:r w:rsidR="00394A1E">
        <w:t xml:space="preserve"> </w:t>
      </w:r>
      <w:r>
        <w:t>"I was thinking," she continued, as if we were discussing something as mundane as the weather, "Do you want to play a game?"</w:t>
      </w:r>
    </w:p>
    <w:p w14:paraId="61AED5D0" w14:textId="77777777" w:rsidR="00F91806" w:rsidRDefault="00000000" w:rsidP="004F5CDE">
      <w:r>
        <w:t>My brows lifted, the grip on my wine glass tightening. "A game?"</w:t>
      </w:r>
    </w:p>
    <w:p w14:paraId="347DC229" w14:textId="728B1613" w:rsidR="00F91806" w:rsidRDefault="00000000" w:rsidP="004F5CDE">
      <w:r>
        <w:t>Melanie nodded, setting her glass down. "A challenge, really. We sit here, eat our food, have a nice, civilized dinner…"</w:t>
      </w:r>
      <w:r w:rsidR="00394A1E">
        <w:t xml:space="preserve"> </w:t>
      </w:r>
      <w:r>
        <w:t>She uncrossed her legs under the table, and I nearly gasped at the sudden brush of bare skin against mine.</w:t>
      </w:r>
    </w:p>
    <w:p w14:paraId="578E5BCF" w14:textId="77777777" w:rsidR="00F91806" w:rsidRDefault="00000000" w:rsidP="004F5CDE">
      <w:r>
        <w:t>I tensed. "Melanie."</w:t>
      </w:r>
    </w:p>
    <w:p w14:paraId="0B6507E4" w14:textId="5CDAD8FA" w:rsidR="00F91806" w:rsidRDefault="00000000" w:rsidP="004F5CDE">
      <w:r>
        <w:t>Her smile was pure sin. "No touching," she purred. "No reacting. Just… seeing who breaks first."</w:t>
      </w:r>
      <w:r w:rsidR="00394A1E">
        <w:t xml:space="preserve"> </w:t>
      </w:r>
    </w:p>
    <w:p w14:paraId="3DEC7AB0" w14:textId="3BC02692" w:rsidR="00F91806" w:rsidRDefault="00000000" w:rsidP="004F5CDE">
      <w:r>
        <w:t>Heat rushed down my spine, pooling low in my stomach. "You have got to be kidding me</w:t>
      </w:r>
      <w:r w:rsidR="008D7382">
        <w:t>!</w:t>
      </w:r>
      <w:r>
        <w:t>"</w:t>
      </w:r>
    </w:p>
    <w:p w14:paraId="0533C7C1" w14:textId="0A7B33AE" w:rsidR="00F91806" w:rsidRDefault="00000000" w:rsidP="004F5CDE">
      <w:r>
        <w:t>Melanie leaned back, her arms stretching lazily across the back of the booth, radiating pure, unshakable control.</w:t>
      </w:r>
      <w:r w:rsidR="00830E2E">
        <w:t xml:space="preserve"> </w:t>
      </w:r>
      <w:r>
        <w:t>"Oh, I never joke about important things, babe."</w:t>
      </w:r>
    </w:p>
    <w:p w14:paraId="2E82E92B" w14:textId="77777777" w:rsidR="00F91806" w:rsidRDefault="00000000" w:rsidP="004F5CDE">
      <w:r>
        <w:t>I exhaled, slow, measured, dying but refusing to let her see it. "And what does the winner get?"</w:t>
      </w:r>
    </w:p>
    <w:p w14:paraId="4C3F5C82" w14:textId="74232034" w:rsidR="00F91806" w:rsidRDefault="00000000" w:rsidP="004F5CDE">
      <w:r>
        <w:t>Melanie’s lips curled as she traced a slow circle on the table with one manicured nail.</w:t>
      </w:r>
      <w:r w:rsidR="00830E2E">
        <w:t xml:space="preserve"> </w:t>
      </w:r>
      <w:r>
        <w:t>"The winner," she whispered, "gets to decide exactly how the night ends."</w:t>
      </w:r>
    </w:p>
    <w:p w14:paraId="35CCD4D9" w14:textId="77777777" w:rsidR="00F91806" w:rsidRDefault="00000000" w:rsidP="004F5CDE">
      <w:r>
        <w:t>A sharp pulse of arousal shot through me, deadly and demanding. My mouth was suddenly dry, my breath uneven.</w:t>
      </w:r>
    </w:p>
    <w:p w14:paraId="0E0E58B5" w14:textId="1A9413A2" w:rsidR="00F91806" w:rsidRPr="00A30AB8" w:rsidRDefault="00000000" w:rsidP="004F5CDE">
      <w:pPr>
        <w:rPr>
          <w:i/>
          <w:iCs/>
        </w:rPr>
      </w:pPr>
      <w:r w:rsidRPr="00A30AB8">
        <w:rPr>
          <w:i/>
          <w:iCs/>
        </w:rPr>
        <w:t>Jesus Christ.</w:t>
      </w:r>
    </w:p>
    <w:p w14:paraId="06A9DDFF" w14:textId="1A1ED0F8" w:rsidR="00F91806" w:rsidRDefault="00000000" w:rsidP="004F5CDE">
      <w:r>
        <w:t>The waiter returned, setting down our entrees with a polite smile, oblivious to the absolute warfare happening beneath the table.</w:t>
      </w:r>
      <w:r w:rsidR="00394A1E">
        <w:t xml:space="preserve"> </w:t>
      </w:r>
      <w:r>
        <w:t>I thanked him with the steadiest voice I could manage.</w:t>
      </w:r>
      <w:r w:rsidR="00394A1E">
        <w:t xml:space="preserve"> </w:t>
      </w:r>
      <w:r>
        <w:t>Melanie simply picked up her fork.</w:t>
      </w:r>
    </w:p>
    <w:p w14:paraId="3DB62D0B" w14:textId="77777777" w:rsidR="00F91806" w:rsidRDefault="00000000" w:rsidP="004F5CDE">
      <w:r>
        <w:t>And the game began.</w:t>
      </w:r>
    </w:p>
    <w:p w14:paraId="24C6C381" w14:textId="77777777" w:rsidR="00A30AB8" w:rsidRDefault="00A30AB8" w:rsidP="004F5CDE"/>
    <w:p w14:paraId="49249EB9" w14:textId="27B9B815" w:rsidR="00A30AB8" w:rsidRPr="00A351D5" w:rsidRDefault="00304FE8" w:rsidP="006F1D3A">
      <w:pPr>
        <w:jc w:val="center"/>
        <w:rPr>
          <w:color w:val="365F91" w:themeColor="accent1" w:themeShade="BF"/>
        </w:rPr>
      </w:pPr>
      <w:r>
        <w:rPr>
          <w:rFonts w:ascii="Segoe UI Symbol" w:hAnsi="Segoe UI Symbol" w:cs="Segoe UI Symbol"/>
          <w:color w:val="365F91" w:themeColor="accent1" w:themeShade="BF"/>
        </w:rPr>
        <w:t>♞♛♞</w:t>
      </w:r>
    </w:p>
    <w:p w14:paraId="3F5C0B27" w14:textId="77777777" w:rsidR="00A30AB8" w:rsidRDefault="00A30AB8" w:rsidP="004F5CDE"/>
    <w:p w14:paraId="546C82BE" w14:textId="5605CC1C" w:rsidR="00F91806" w:rsidRDefault="00000000" w:rsidP="004F5CDE">
      <w:r>
        <w:lastRenderedPageBreak/>
        <w:t>The next twenty minutes were nothing short of pure, exquisite torture.</w:t>
      </w:r>
      <w:r w:rsidR="00394A1E">
        <w:t xml:space="preserve"> </w:t>
      </w:r>
      <w:r>
        <w:t>Melanie played it beautifully—like she had choreographed every shift, every movement, every glance with surgical precision.</w:t>
      </w:r>
    </w:p>
    <w:p w14:paraId="61E08F7C" w14:textId="77777777" w:rsidR="00F91806" w:rsidRDefault="00000000" w:rsidP="004F5CDE">
      <w:r>
        <w:t>She ate slowly, deliberately. Every sip of wine, every flick of her tongue against the rim of her glass, every tiny, perfectly-timed adjustment of her legs beneath the table—it was all designed to push me over the edge.</w:t>
      </w:r>
    </w:p>
    <w:p w14:paraId="17329B04" w14:textId="00DECDDB" w:rsidR="00F91806" w:rsidRDefault="00000000" w:rsidP="004F5CDE">
      <w:r>
        <w:t>The worst part? She never broke eye contact.</w:t>
      </w:r>
      <w:r w:rsidR="00830E2E">
        <w:t xml:space="preserve"> </w:t>
      </w:r>
      <w:r>
        <w:t>She just watched me, drank me in, like she already knew she had me right where she wanted.</w:t>
      </w:r>
      <w:r w:rsidR="00394A1E">
        <w:t xml:space="preserve"> </w:t>
      </w:r>
      <w:r>
        <w:t>By the time I was halfway through my steak, I was gripping the edge of the table so tightly my knuckles ached.</w:t>
      </w:r>
    </w:p>
    <w:p w14:paraId="0B71AC1E" w14:textId="77777777" w:rsidR="00F91806" w:rsidRDefault="00000000" w:rsidP="004F5CDE">
      <w:r>
        <w:t>Melanie, meanwhile, was the picture of relaxed amusement.</w:t>
      </w:r>
    </w:p>
    <w:p w14:paraId="46C4E30C" w14:textId="5D6C3C1F" w:rsidR="00F91806" w:rsidRDefault="00000000" w:rsidP="004F5CDE">
      <w:r>
        <w:t>And then—the final move.</w:t>
      </w:r>
      <w:r w:rsidR="00394A1E">
        <w:t xml:space="preserve"> </w:t>
      </w:r>
      <w:r>
        <w:t>She reached for her wine glass one last time, swirling the liquid, watching me with that smirk.</w:t>
      </w:r>
      <w:r w:rsidR="002E7CB5">
        <w:t xml:space="preserve"> </w:t>
      </w:r>
      <w:r>
        <w:t>"You know," she murmured, taking a slow sip, licking a stray drop from her bottom lip. "I expected more of a fight."</w:t>
      </w:r>
    </w:p>
    <w:p w14:paraId="1CC4C3DA" w14:textId="0A75FA1A" w:rsidR="00F91806" w:rsidRDefault="00000000" w:rsidP="004F5CDE">
      <w:r>
        <w:t>That… that was it.</w:t>
      </w:r>
      <w:r w:rsidR="00394A1E">
        <w:t xml:space="preserve"> </w:t>
      </w:r>
      <w:r>
        <w:t>I clenched my jaw, barely restraining myself from slamming my silverware down on the table.</w:t>
      </w:r>
      <w:r w:rsidR="00554AF2">
        <w:t xml:space="preserve"> </w:t>
      </w:r>
      <w:r>
        <w:t>Melanie exhaled a mocking sigh, tilting her head. "I win," she murmured, "already."</w:t>
      </w:r>
    </w:p>
    <w:p w14:paraId="439A5152" w14:textId="77777777" w:rsidR="00F91806" w:rsidRDefault="00000000" w:rsidP="004F5CDE">
      <w:r>
        <w:t>I swallowed hard. My entire body felt hot, restless, defeated.</w:t>
      </w:r>
    </w:p>
    <w:p w14:paraId="1E5B4E94" w14:textId="4E2762B4" w:rsidR="00F91806" w:rsidRDefault="00000000" w:rsidP="004F5CDE">
      <w:r>
        <w:t>Melanie placed her glass down with a soft clink, then leaned in, her voice dangerously low.</w:t>
      </w:r>
      <w:r w:rsidR="00394A1E">
        <w:t xml:space="preserve"> </w:t>
      </w:r>
      <w:r>
        <w:t>"Now, about my reward…"</w:t>
      </w:r>
    </w:p>
    <w:p w14:paraId="2FE242C8" w14:textId="77777777" w:rsidR="00F91806" w:rsidRDefault="00000000" w:rsidP="004F5CDE">
      <w:r>
        <w:t>I barely managed to speak. "Yeah?"</w:t>
      </w:r>
    </w:p>
    <w:p w14:paraId="34D865B7" w14:textId="0ECAFE7D" w:rsidR="00F91806" w:rsidRDefault="00000000" w:rsidP="004F5CDE">
      <w:r>
        <w:t>Her smirk deepened. "There’s one place I haven’t taken you yet."</w:t>
      </w:r>
      <w:r w:rsidR="002E7CB5">
        <w:t xml:space="preserve"> </w:t>
      </w:r>
      <w:r>
        <w:t>Her breath ghosted over my lips. "And tonight, babe, I’m taking you there."</w:t>
      </w:r>
    </w:p>
    <w:p w14:paraId="0FBEE925" w14:textId="6F170E42" w:rsidR="00F91806" w:rsidRDefault="00000000" w:rsidP="004F5CDE">
      <w:r>
        <w:t>A slow, dizzying pulse of heat and reckless anticipation shot through me.</w:t>
      </w:r>
      <w:r w:rsidR="00394A1E">
        <w:t xml:space="preserve"> </w:t>
      </w:r>
      <w:r>
        <w:t>I exhaled, trembling. "Check, please!"</w:t>
      </w:r>
    </w:p>
    <w:p w14:paraId="1563F689" w14:textId="29515DF4" w:rsidR="00F91806" w:rsidRDefault="00000000" w:rsidP="004F5CDE">
      <w:r>
        <w:t>Melanie’s breath hitched—just slightly.</w:t>
      </w:r>
      <w:r w:rsidR="00394A1E">
        <w:t xml:space="preserve"> </w:t>
      </w:r>
      <w:r>
        <w:t>But I caught it.</w:t>
      </w:r>
      <w:r w:rsidR="00394A1E">
        <w:t xml:space="preserve"> </w:t>
      </w:r>
      <w:r>
        <w:t>Her gaze turned lethal.</w:t>
      </w:r>
      <w:r w:rsidR="00394A1E">
        <w:t xml:space="preserve"> </w:t>
      </w:r>
      <w:r>
        <w:t>Before I could grab the check, she tossed a stack of crisp bills onto the table, grabbed my hand, and led me toward the exit.</w:t>
      </w:r>
      <w:r w:rsidR="00394A1E">
        <w:t xml:space="preserve"> </w:t>
      </w:r>
      <w:r>
        <w:t>And I already knew—this was going to be a night I’d never forget.</w:t>
      </w:r>
    </w:p>
    <w:p w14:paraId="61DD75D2" w14:textId="77777777" w:rsidR="000D1BEE" w:rsidRDefault="000D1BEE" w:rsidP="004F5CDE"/>
    <w:p w14:paraId="12E78DF1" w14:textId="77777777" w:rsidR="000D1BEE" w:rsidRDefault="000D1BEE" w:rsidP="004F5CDE"/>
    <w:p w14:paraId="074CB454" w14:textId="77777777" w:rsidR="00F91806" w:rsidRDefault="00000000" w:rsidP="00A30AB8">
      <w:pPr>
        <w:pStyle w:val="Heading1"/>
      </w:pPr>
      <w:bookmarkStart w:id="59" w:name="_Toc189281350"/>
      <w:r>
        <w:lastRenderedPageBreak/>
        <w:t>Chapter 36: Checkmate</w:t>
      </w:r>
      <w:bookmarkEnd w:id="59"/>
    </w:p>
    <w:p w14:paraId="1B9DEB53" w14:textId="77777777" w:rsidR="000C4F42" w:rsidRDefault="000C4F42" w:rsidP="004F5CDE"/>
    <w:p w14:paraId="5E1346E6" w14:textId="05055BA6" w:rsidR="00F91806" w:rsidRDefault="00000000" w:rsidP="004F5CDE">
      <w:r>
        <w:t>Melanie’s bedroom door barely clicked shut before she had me pinned against it—breathless, caged, hers. “Turn around,” she demanded.</w:t>
      </w:r>
      <w:r w:rsidR="00427468">
        <w:t xml:space="preserve"> </w:t>
      </w:r>
      <w:r>
        <w:t>Her body pressed flush against mine, the warmth of her skin a stark contrast to the cool wood at my back. She didn’t rush. Didn’t pounce. She let the silence stretch, thick with unspoken promises, her breath ghosting over my lips without touching.</w:t>
      </w:r>
    </w:p>
    <w:p w14:paraId="2493CC5C" w14:textId="77777777" w:rsidR="00F91806" w:rsidRDefault="00000000" w:rsidP="004F5CDE">
      <w:r>
        <w:t>"I won," she murmured, voice dark, velvety, dripping with satisfaction. "And now, I take what’s mine."</w:t>
      </w:r>
    </w:p>
    <w:p w14:paraId="316813A7" w14:textId="12B6D207" w:rsidR="00F91806" w:rsidRDefault="00000000" w:rsidP="004F5CDE">
      <w:r>
        <w:t>A shiver raced down my spine. My fingers twitched at my sides, aching to touch her, to pull her closer, to do something—but she had me right where she wanted me.</w:t>
      </w:r>
      <w:r w:rsidR="00427468">
        <w:t xml:space="preserve"> </w:t>
      </w:r>
      <w:r>
        <w:t>It was a game. A carefully played, exquisitely timed match, and tonight? Tonight, she had me cornered.</w:t>
      </w:r>
      <w:r w:rsidR="00427468">
        <w:t xml:space="preserve"> </w:t>
      </w:r>
      <w:r>
        <w:t>Queen</w:t>
      </w:r>
      <w:r w:rsidR="00C2221B">
        <w:t xml:space="preserve"> x</w:t>
      </w:r>
      <w:r w:rsidR="00201055">
        <w:t xml:space="preserve"> </w:t>
      </w:r>
      <w:r w:rsidR="00AD66E2">
        <w:t>F</w:t>
      </w:r>
      <w:r>
        <w:t>7. Check! A slow, but inevitable maneuver.</w:t>
      </w:r>
    </w:p>
    <w:p w14:paraId="00C6BE12" w14:textId="77777777" w:rsidR="00F91806" w:rsidRDefault="00000000" w:rsidP="004F5CDE">
      <w:r>
        <w:t>And I let her play me.</w:t>
      </w:r>
    </w:p>
    <w:p w14:paraId="63766831" w14:textId="77777777" w:rsidR="00F91806" w:rsidRDefault="00000000" w:rsidP="004F5CDE">
      <w:r>
        <w:t>Her hands skimmed down my arms, teasing, barely there, until her fingertips traced the curve of my hips. She dragged her nails up my spine, slow and deliberate, making me arch into her without thinking.</w:t>
      </w:r>
    </w:p>
    <w:p w14:paraId="50880DB9" w14:textId="77777777" w:rsidR="00F91806" w:rsidRDefault="00000000" w:rsidP="004F5CDE">
      <w:r>
        <w:t>"Melanie…" I breathed, barely able to hold still.</w:t>
      </w:r>
    </w:p>
    <w:p w14:paraId="0E83430F" w14:textId="77777777" w:rsidR="00F91806" w:rsidRDefault="00000000" w:rsidP="004F5CDE">
      <w:r>
        <w:t>She hummed, pleased. "Mm. So responsive."</w:t>
      </w:r>
    </w:p>
    <w:p w14:paraId="64457F80" w14:textId="3B7939B3" w:rsidR="00F91806" w:rsidRDefault="00000000" w:rsidP="004F5CDE">
      <w:r>
        <w:t>Her lips brushed the shell of my ear. "Hands stay right here," she commanded, guiding my palms flat against the door.</w:t>
      </w:r>
      <w:r w:rsidR="00721B20">
        <w:t xml:space="preserve"> </w:t>
      </w:r>
      <w:r>
        <w:t xml:space="preserve">I obeyed. </w:t>
      </w:r>
      <w:r w:rsidRPr="00427468">
        <w:rPr>
          <w:i/>
          <w:iCs/>
        </w:rPr>
        <w:t>Fuck</w:t>
      </w:r>
      <w:r>
        <w:t>.</w:t>
      </w:r>
      <w:r w:rsidR="00427468">
        <w:t xml:space="preserve"> </w:t>
      </w:r>
      <w:r>
        <w:t>A wicked chuckle slipped from her lips as her hands trailed lower, over the curve of my ass, kneading, exploring. A slow exhale left me as she gripped, fingers digging in, claiming.</w:t>
      </w:r>
    </w:p>
    <w:p w14:paraId="24F122E2" w14:textId="40E0FA94" w:rsidR="00F91806" w:rsidRDefault="00000000" w:rsidP="004F5CDE">
      <w:r>
        <w:t>"God, you feel so good," she murmured, half to herself, pressing an open-mouthed kiss between my shoulder blades.</w:t>
      </w:r>
      <w:r w:rsidR="00CE14EF">
        <w:t xml:space="preserve"> </w:t>
      </w:r>
      <w:r>
        <w:t>Then, without warning—a sharp smack.</w:t>
      </w:r>
      <w:r w:rsidR="00CE14EF">
        <w:t xml:space="preserve"> </w:t>
      </w:r>
      <w:r>
        <w:t xml:space="preserve">I gasped. My fingers curled against the </w:t>
      </w:r>
      <w:r w:rsidR="008C6540">
        <w:t>bed</w:t>
      </w:r>
      <w:r>
        <w:t>, my breath catching. Heat flared through me, sharp, searing, unbelievably intoxicating.</w:t>
      </w:r>
    </w:p>
    <w:p w14:paraId="51D40F9E" w14:textId="77777777" w:rsidR="00F91806" w:rsidRDefault="00000000" w:rsidP="004F5CDE">
      <w:r>
        <w:t>Melanie smirked against my skin. "Oh, you like that, don’t you?"</w:t>
      </w:r>
    </w:p>
    <w:p w14:paraId="4F68003B" w14:textId="77777777" w:rsidR="00F91806" w:rsidRDefault="00000000" w:rsidP="004F5CDE">
      <w:r>
        <w:t>I didn’t answer. I couldn’t.</w:t>
      </w:r>
    </w:p>
    <w:p w14:paraId="4CBB2705" w14:textId="37F8AE2C" w:rsidR="00F91806" w:rsidRDefault="00000000" w:rsidP="004F5CDE">
      <w:r>
        <w:lastRenderedPageBreak/>
        <w:t>Another slap—deliberate, teasing. My breath hitched, but this time, I pushed back against her touch.</w:t>
      </w:r>
      <w:r w:rsidR="00CE14EF">
        <w:t xml:space="preserve"> </w:t>
      </w:r>
      <w:r>
        <w:t>She exhaled a laugh. "Mm, good girl."</w:t>
      </w:r>
    </w:p>
    <w:p w14:paraId="42D4D703" w14:textId="77777777" w:rsidR="00F91806" w:rsidRPr="009036CA" w:rsidRDefault="00000000" w:rsidP="004F5CDE">
      <w:pPr>
        <w:rPr>
          <w:i/>
          <w:iCs/>
        </w:rPr>
      </w:pPr>
      <w:r w:rsidRPr="009036CA">
        <w:rPr>
          <w:i/>
          <w:iCs/>
        </w:rPr>
        <w:t>Christ.</w:t>
      </w:r>
    </w:p>
    <w:p w14:paraId="7A497304" w14:textId="77777777" w:rsidR="00F91806" w:rsidRDefault="00000000" w:rsidP="004F5CDE">
      <w:r>
        <w:t>She kept me there, trapped in her rhythm, building me up and holding it, teasing without giving me the satisfaction of release. My body trembled, taut with need, pleasure coiling too tightly—and she knew it.</w:t>
      </w:r>
    </w:p>
    <w:p w14:paraId="6ECE53FD" w14:textId="77777777" w:rsidR="00F91806" w:rsidRDefault="00000000" w:rsidP="004F5CDE">
      <w:r>
        <w:t>She always knew.</w:t>
      </w:r>
    </w:p>
    <w:p w14:paraId="755F2056" w14:textId="6713950B" w:rsidR="00F91806" w:rsidRDefault="00000000" w:rsidP="004F5CDE">
      <w:r>
        <w:t>"Relax," she soothed, lips tracing my shoulder as her fingers slicked, pressing, circling, claiming.</w:t>
      </w:r>
      <w:r w:rsidR="00CE14EF">
        <w:t xml:space="preserve"> </w:t>
      </w:r>
      <w:r>
        <w:t>The stretch was slow, insistent. My nails scraped against the wood, my breath coming in uneven gasps as she pushed deeper, teasing, easing me open inch by inch until I was nothing but sensation.</w:t>
      </w:r>
      <w:r w:rsidR="00CE14EF">
        <w:t xml:space="preserve"> </w:t>
      </w:r>
      <w:r>
        <w:t>I clenched my jaw, desperate for more, for anything—but she made me wait.</w:t>
      </w:r>
    </w:p>
    <w:p w14:paraId="5D688CA9" w14:textId="77777777" w:rsidR="00F91806" w:rsidRDefault="00000000" w:rsidP="004F5CDE">
      <w:r>
        <w:t>"Melanie, please—"</w:t>
      </w:r>
    </w:p>
    <w:p w14:paraId="0EE90E55" w14:textId="77777777" w:rsidR="00F91806" w:rsidRDefault="00000000" w:rsidP="004F5CDE">
      <w:r>
        <w:t>She chuckled darkly. "Oh, I love when you beg."</w:t>
      </w:r>
    </w:p>
    <w:p w14:paraId="1DD78BAD" w14:textId="77777777" w:rsidR="00F91806" w:rsidRDefault="00000000" w:rsidP="004F5CDE">
      <w:r>
        <w:t>And then, she gave me everything.</w:t>
      </w:r>
    </w:p>
    <w:p w14:paraId="378531C6" w14:textId="15ACE49D" w:rsidR="00F91806" w:rsidRDefault="00000000" w:rsidP="004F5CDE">
      <w:r>
        <w:t>I shattered, her name a prayer, a plea, a curse slipping past my lips as she ruined me completely.</w:t>
      </w:r>
      <w:r w:rsidR="00CE14EF">
        <w:t xml:space="preserve"> </w:t>
      </w:r>
      <w:r>
        <w:t>But the second I could breathe again, I turned the tables.</w:t>
      </w:r>
      <w:r w:rsidR="00CE14EF">
        <w:t xml:space="preserve"> </w:t>
      </w:r>
      <w:r>
        <w:t>Melanie barely had time to catch her balance before I spun her, flipping our positions, her back hitting the bed with a soft thump as I caged her beneath me.</w:t>
      </w:r>
    </w:p>
    <w:p w14:paraId="45C7997B" w14:textId="5F883FC8" w:rsidR="00F91806" w:rsidRDefault="00000000" w:rsidP="004F5CDE">
      <w:r>
        <w:t>Surprise flickered in her emerald eyes, but more than that—anticipation.</w:t>
      </w:r>
      <w:r w:rsidR="00133533">
        <w:t xml:space="preserve"> </w:t>
      </w:r>
      <w:r>
        <w:t>"You think you’re the only one who can take control?" I whispered, my breath hot against her throat, my fingers tightening around her wrists.</w:t>
      </w:r>
    </w:p>
    <w:p w14:paraId="1557CBFE" w14:textId="77777777" w:rsidR="00F91806" w:rsidRDefault="00000000" w:rsidP="004F5CDE">
      <w:r>
        <w:t>She let out a slow, shuddering breath. "Oh?" A teasing smirk. "You think you’re in charge now?"</w:t>
      </w:r>
    </w:p>
    <w:p w14:paraId="0EFA9EAC" w14:textId="1C3AD1CD" w:rsidR="00F91806" w:rsidRDefault="00000000" w:rsidP="004F5CDE">
      <w:r>
        <w:t>I nipped at the delicate skin just below her jaw, dragging my teeth slowly, feeling the way she shuddered beneath me.</w:t>
      </w:r>
      <w:r w:rsidR="00CE14EF">
        <w:t xml:space="preserve"> </w:t>
      </w:r>
      <w:r>
        <w:t>"I don’t think, babe," I murmured, savoring her, drinking her in, watching her unravel, "I know."</w:t>
      </w:r>
    </w:p>
    <w:p w14:paraId="030AE631" w14:textId="01AD5889" w:rsidR="00F91806" w:rsidRDefault="00000000" w:rsidP="004F5CDE">
      <w:r>
        <w:t>Before she could throw another cocky remark, I pushed her onto her stomach, my hands pressing into the small of her back, keeping her exactly where I wanted her.</w:t>
      </w:r>
      <w:r w:rsidR="00CE14EF">
        <w:t xml:space="preserve"> </w:t>
      </w:r>
      <w:r>
        <w:t xml:space="preserve">A satisfied hum slipped from her lips as she arched slightly, pushing up onto her hands—as I </w:t>
      </w:r>
      <w:r>
        <w:lastRenderedPageBreak/>
        <w:t>instantly pressed her back down.</w:t>
      </w:r>
      <w:r w:rsidR="00201055">
        <w:t xml:space="preserve"> </w:t>
      </w:r>
      <w:r>
        <w:t>"Don’t move," I commanded, my voice darker now, edged with the same dominance she had over me moments ago.</w:t>
      </w:r>
      <w:r w:rsidR="00CE14EF">
        <w:t xml:space="preserve"> </w:t>
      </w:r>
      <w:r>
        <w:t>She let out a slow exhale, her body melting into submission.</w:t>
      </w:r>
    </w:p>
    <w:p w14:paraId="542DA364" w14:textId="680269E2" w:rsidR="00F91806" w:rsidRDefault="00000000" w:rsidP="004F5CDE">
      <w:r>
        <w:t xml:space="preserve">I had taken </w:t>
      </w:r>
      <w:r w:rsidR="003A7152">
        <w:t>the</w:t>
      </w:r>
      <w:r>
        <w:t xml:space="preserve"> Queen. Now, she was at my mercy.</w:t>
      </w:r>
    </w:p>
    <w:p w14:paraId="75E21901" w14:textId="77777777" w:rsidR="00F91806" w:rsidRDefault="00000000" w:rsidP="004F5CDE">
      <w:r w:rsidRPr="00201055">
        <w:rPr>
          <w:i/>
          <w:iCs/>
        </w:rPr>
        <w:t>Perfect</w:t>
      </w:r>
      <w:r>
        <w:t>.</w:t>
      </w:r>
    </w:p>
    <w:p w14:paraId="7DE63EDC" w14:textId="77777777" w:rsidR="00F91806" w:rsidRDefault="00000000" w:rsidP="004F5CDE">
      <w:r>
        <w:t>"Good girl," I praised, running my palms over the soft skin of her ass, spreading her just enough to watch her shiver.</w:t>
      </w:r>
    </w:p>
    <w:p w14:paraId="0E1FC01E" w14:textId="4680C87D" w:rsidR="00F91806" w:rsidRDefault="00000000" w:rsidP="004F5CDE">
      <w:r>
        <w:t>Melanie gasped as I left an open-mouthed kiss above her back, my tongue teasing, tracing a slow, deliberate path lower.</w:t>
      </w:r>
      <w:r w:rsidR="00CE14EF">
        <w:t xml:space="preserve"> </w:t>
      </w:r>
      <w:r>
        <w:t>"You played with me," I whispered against her skin, my fingers ghosting between her thighs, teasing, barely there, making her arch, making her whimper.</w:t>
      </w:r>
      <w:r w:rsidR="00CE14EF">
        <w:t xml:space="preserve"> </w:t>
      </w:r>
      <w:r>
        <w:t>"Now it’s my turn."</w:t>
      </w:r>
    </w:p>
    <w:p w14:paraId="7CA1CA79" w14:textId="4B9DDB7E" w:rsidR="00F91806" w:rsidRDefault="00000000" w:rsidP="004F5CDE">
      <w:r>
        <w:t>I reached for the bottle of oil on the nightstand, slicking my fingers before sliding them between her cheeks, circling her entrance with slow, calculated pressure.</w:t>
      </w:r>
      <w:r w:rsidR="00CE14EF">
        <w:t xml:space="preserve"> </w:t>
      </w:r>
      <w:r>
        <w:t>Melanie let out a sharp, wrecked moan, her fingers gripping the sheets, back arching into me.</w:t>
      </w:r>
      <w:r w:rsidR="00201055">
        <w:t xml:space="preserve"> </w:t>
      </w:r>
      <w:r>
        <w:t>"</w:t>
      </w:r>
      <w:r w:rsidRPr="008C6540">
        <w:rPr>
          <w:i/>
          <w:iCs/>
        </w:rPr>
        <w:t>Fuck, Hannah</w:t>
      </w:r>
      <w:r>
        <w:t>," she groaned, her voice raw, desperate.</w:t>
      </w:r>
    </w:p>
    <w:p w14:paraId="6D1BF9DB" w14:textId="79B13ED8" w:rsidR="00F91806" w:rsidRDefault="00000000" w:rsidP="004F5CDE">
      <w:r>
        <w:t>I smirked, pressing deeper, feeling her tighten, then surrender.</w:t>
      </w:r>
      <w:r w:rsidR="003B7529">
        <w:t xml:space="preserve"> </w:t>
      </w:r>
      <w:r>
        <w:t>"That’s it," I coaxed, licking, teasing, pushing her to the very edge.</w:t>
      </w:r>
      <w:r w:rsidR="00CE14EF">
        <w:t xml:space="preserve"> </w:t>
      </w:r>
      <w:r>
        <w:t>And when I finally took her there—slow, deep, relentless—Melanie shattered beneath me, her cries swallowed by the pillows, her entire body trembling as she came undone completely.</w:t>
      </w:r>
    </w:p>
    <w:p w14:paraId="5D6BB516" w14:textId="77777777" w:rsidR="000C4F42" w:rsidRDefault="000C4F42" w:rsidP="004F5CDE"/>
    <w:p w14:paraId="707BF0EA" w14:textId="60BA9E95" w:rsidR="000C4F42" w:rsidRPr="00A351D5" w:rsidRDefault="00304FE8" w:rsidP="006F1D3A">
      <w:pPr>
        <w:jc w:val="center"/>
        <w:rPr>
          <w:color w:val="365F91" w:themeColor="accent1" w:themeShade="BF"/>
        </w:rPr>
      </w:pPr>
      <w:r>
        <w:rPr>
          <w:rFonts w:ascii="Segoe UI Symbol" w:hAnsi="Segoe UI Symbol" w:cs="Segoe UI Symbol"/>
          <w:color w:val="365F91" w:themeColor="accent1" w:themeShade="BF"/>
        </w:rPr>
        <w:t>♞♛♞</w:t>
      </w:r>
    </w:p>
    <w:p w14:paraId="654D2EA2" w14:textId="77777777" w:rsidR="00F91806" w:rsidRDefault="00F91806" w:rsidP="004F5CDE"/>
    <w:p w14:paraId="1AC0F449" w14:textId="5C38692E" w:rsidR="00F91806" w:rsidRDefault="00000000" w:rsidP="004F5CDE">
      <w:r>
        <w:t>Silence stretched between us—the kind that only comes after something so utterly consuming.</w:t>
      </w:r>
      <w:r w:rsidR="00201055">
        <w:t xml:space="preserve"> </w:t>
      </w:r>
      <w:r>
        <w:t>Neither of us spoke for a moment, just basking in the aftermath, breathless, tangled together.</w:t>
      </w:r>
      <w:r w:rsidR="00CE14EF">
        <w:t xml:space="preserve"> </w:t>
      </w:r>
      <w:r>
        <w:t>Finally, Melanie exhaled, sated, lazy, gloriously undone.</w:t>
      </w:r>
      <w:r w:rsidR="003B7529">
        <w:t xml:space="preserve"> </w:t>
      </w:r>
      <w:r>
        <w:t>"Fuck," she muttered, a breathless laugh escaping as she ran a hand through her now thoroughly ruined red hair. "You’re never allowed to lose a bet again."</w:t>
      </w:r>
    </w:p>
    <w:p w14:paraId="77685B2D" w14:textId="77777777" w:rsidR="00F91806" w:rsidRDefault="00000000" w:rsidP="004F5CDE">
      <w:r>
        <w:t>I smirked, trailing my fingers lazily along her still-sensitive skin. "Careful what you wish for, babe."</w:t>
      </w:r>
    </w:p>
    <w:p w14:paraId="0C873B40" w14:textId="255C390C" w:rsidR="00F91806" w:rsidRDefault="00000000" w:rsidP="004F5CDE">
      <w:r>
        <w:lastRenderedPageBreak/>
        <w:t>She rolled onto her side, pressing a lingering, open-mouthed kiss against my collarbone.</w:t>
      </w:r>
      <w:r w:rsidR="003B7529">
        <w:t xml:space="preserve"> </w:t>
      </w:r>
      <w:r>
        <w:t>"Next time," she murmured, dragging her lips down my throat, her voice like a brand against my skin, "I want you on your knees. Begging.”</w:t>
      </w:r>
    </w:p>
    <w:p w14:paraId="3AF8CF4E" w14:textId="77777777" w:rsidR="00F91806" w:rsidRDefault="00000000" w:rsidP="004F5CDE">
      <w:r>
        <w:t>I swallowed hard.</w:t>
      </w:r>
    </w:p>
    <w:p w14:paraId="7635C0FE" w14:textId="77777777" w:rsidR="00F91806" w:rsidRPr="000C4F42" w:rsidRDefault="00000000" w:rsidP="004F5CDE">
      <w:pPr>
        <w:rPr>
          <w:i/>
          <w:iCs/>
        </w:rPr>
      </w:pPr>
      <w:r w:rsidRPr="000C4F42">
        <w:rPr>
          <w:i/>
          <w:iCs/>
        </w:rPr>
        <w:t>Jesus Christ.</w:t>
      </w:r>
    </w:p>
    <w:p w14:paraId="5152EFB1" w14:textId="463CF3C8" w:rsidR="00F91806" w:rsidRDefault="00000000" w:rsidP="004F5CDE">
      <w:r>
        <w:t>Melanie smirked, pressing one last taunting kiss to my lips before settling against me, pulling the blankets over us.</w:t>
      </w:r>
      <w:r w:rsidR="00201055">
        <w:t xml:space="preserve"> </w:t>
      </w:r>
      <w:r>
        <w:t>"</w:t>
      </w:r>
      <w:r w:rsidR="00C665D7">
        <w:t>We</w:t>
      </w:r>
      <w:r>
        <w:t xml:space="preserve"> need to crash,” she murmured, lips grazing my shoulder as her breathing slowed.</w:t>
      </w:r>
      <w:r w:rsidR="00CE14EF">
        <w:t xml:space="preserve"> </w:t>
      </w:r>
      <w:r>
        <w:t>I exhaled, sinking into the warmth of her body, the scent of her skin, the feel of her wrapped around me.</w:t>
      </w:r>
    </w:p>
    <w:p w14:paraId="75C22D25" w14:textId="7051B58B" w:rsidR="00F91806" w:rsidRDefault="00000000" w:rsidP="004F5CDE">
      <w:r>
        <w:t xml:space="preserve">This time, however, </w:t>
      </w:r>
      <w:r w:rsidR="00C4699C">
        <w:t>we</w:t>
      </w:r>
      <w:r>
        <w:t xml:space="preserve"> remembered to set the alarm.</w:t>
      </w:r>
    </w:p>
    <w:p w14:paraId="39F871BB" w14:textId="77777777" w:rsidR="000D1BEE" w:rsidRDefault="000D1BEE" w:rsidP="004F5CDE"/>
    <w:p w14:paraId="04A5C43B" w14:textId="77777777" w:rsidR="000D1BEE" w:rsidRDefault="000D1BEE" w:rsidP="004F5CDE"/>
    <w:p w14:paraId="10EB310A" w14:textId="77777777" w:rsidR="00F91806" w:rsidRDefault="00000000" w:rsidP="001F1A4D">
      <w:pPr>
        <w:pStyle w:val="Heading1"/>
      </w:pPr>
      <w:bookmarkStart w:id="60" w:name="_Toc189281351"/>
      <w:r>
        <w:t>Chapter 37: Old Flames</w:t>
      </w:r>
      <w:bookmarkEnd w:id="60"/>
    </w:p>
    <w:p w14:paraId="0BEE8FED" w14:textId="77777777" w:rsidR="001F1A4D" w:rsidRDefault="001F1A4D" w:rsidP="004F5CDE"/>
    <w:p w14:paraId="29C50AD3" w14:textId="0F7162F8" w:rsidR="00F91806" w:rsidRDefault="00000000" w:rsidP="004F5CDE">
      <w:r>
        <w:t>Melanie and I were still awake; too high on each other, too tangled in sheets that smelled like sweat and epic sex. I felt her fingers tracing lazy patterns on my stomach as we lay in the lingering afterglow of everything.</w:t>
      </w:r>
    </w:p>
    <w:p w14:paraId="073D115B" w14:textId="77777777" w:rsidR="00F91806" w:rsidRDefault="00000000" w:rsidP="004F5CDE">
      <w:r>
        <w:t>Then—her phone buzzed.</w:t>
      </w:r>
    </w:p>
    <w:p w14:paraId="4CCF7539" w14:textId="77777777" w:rsidR="00F91806" w:rsidRDefault="00000000" w:rsidP="004F5CDE">
      <w:r>
        <w:t>Once.</w:t>
      </w:r>
    </w:p>
    <w:p w14:paraId="4DD0E924" w14:textId="77777777" w:rsidR="00F91806" w:rsidRDefault="00000000" w:rsidP="004F5CDE">
      <w:r>
        <w:t>Twice.</w:t>
      </w:r>
    </w:p>
    <w:p w14:paraId="628CF752" w14:textId="77777777" w:rsidR="00F91806" w:rsidRDefault="00000000" w:rsidP="004F5CDE">
      <w:r>
        <w:t>A third time.</w:t>
      </w:r>
    </w:p>
    <w:p w14:paraId="6F4A2111" w14:textId="65C7173B" w:rsidR="00F91806" w:rsidRDefault="00000000" w:rsidP="004F5CDE">
      <w:r>
        <w:t>Melanie didn’t move at first. Didn’t react.</w:t>
      </w:r>
      <w:r w:rsidR="00CF51CE">
        <w:t xml:space="preserve"> </w:t>
      </w:r>
      <w:r>
        <w:t>But I felt it. The way her body tensed against mine. The way her fingers stilled.</w:t>
      </w:r>
    </w:p>
    <w:p w14:paraId="09E36BB6" w14:textId="77777777" w:rsidR="00F91806" w:rsidRPr="00C4699C" w:rsidRDefault="00000000" w:rsidP="004F5CDE">
      <w:pPr>
        <w:rPr>
          <w:i/>
          <w:iCs/>
        </w:rPr>
      </w:pPr>
      <w:r w:rsidRPr="00C4699C">
        <w:rPr>
          <w:i/>
          <w:iCs/>
        </w:rPr>
        <w:t>First red flag.</w:t>
      </w:r>
    </w:p>
    <w:p w14:paraId="74A7D332" w14:textId="77777777" w:rsidR="00F91806" w:rsidRDefault="00000000" w:rsidP="004F5CDE">
      <w:r>
        <w:t>Then she shifted—slow, careful, too deliberate. She grabbed her phone off the nightstand, and I caught the way she exhaled through her nose. A breath meant to steady herself.</w:t>
      </w:r>
    </w:p>
    <w:p w14:paraId="655E1A33" w14:textId="77777777" w:rsidR="00F91806" w:rsidRPr="00C4699C" w:rsidRDefault="00000000" w:rsidP="004F5CDE">
      <w:pPr>
        <w:rPr>
          <w:i/>
          <w:iCs/>
        </w:rPr>
      </w:pPr>
      <w:r w:rsidRPr="00C4699C">
        <w:rPr>
          <w:i/>
          <w:iCs/>
        </w:rPr>
        <w:t>Second red flag.</w:t>
      </w:r>
    </w:p>
    <w:p w14:paraId="18F4E8F1" w14:textId="6D8213BE" w:rsidR="00F91806" w:rsidRDefault="00000000" w:rsidP="004F5CDE">
      <w:r>
        <w:lastRenderedPageBreak/>
        <w:t>I was barely awake, lips ghosting over her shoulder, my voice a lazy mumble.</w:t>
      </w:r>
      <w:r w:rsidR="00056F0B">
        <w:t xml:space="preserve"> </w:t>
      </w:r>
      <w:r>
        <w:t>“Who is it?”</w:t>
      </w:r>
      <w:r w:rsidR="00CF51CE">
        <w:t xml:space="preserve"> </w:t>
      </w:r>
      <w:r>
        <w:t>She hesitated. Just for a breath. Barely noticeable.</w:t>
      </w:r>
      <w:r w:rsidR="00D902F8">
        <w:t xml:space="preserve"> </w:t>
      </w:r>
      <w:r>
        <w:t>Then—the lie.</w:t>
      </w:r>
    </w:p>
    <w:p w14:paraId="06993295" w14:textId="77777777" w:rsidR="00F91806" w:rsidRDefault="00000000" w:rsidP="004F5CDE">
      <w:r>
        <w:t>"Spam."</w:t>
      </w:r>
    </w:p>
    <w:p w14:paraId="3E36271D" w14:textId="77777777" w:rsidR="00F91806" w:rsidRPr="00C4699C" w:rsidRDefault="00000000" w:rsidP="004F5CDE">
      <w:pPr>
        <w:rPr>
          <w:i/>
          <w:iCs/>
        </w:rPr>
      </w:pPr>
      <w:r w:rsidRPr="00C4699C">
        <w:rPr>
          <w:i/>
          <w:iCs/>
        </w:rPr>
        <w:t>Third red flag.</w:t>
      </w:r>
    </w:p>
    <w:p w14:paraId="3D026F3E" w14:textId="4DEEA94D" w:rsidR="00F91806" w:rsidRDefault="00000000" w:rsidP="004F5CDE">
      <w:r>
        <w:t>Something flickered in my gut. A slow, creeping unease.</w:t>
      </w:r>
      <w:r w:rsidR="00056F0B">
        <w:t xml:space="preserve"> </w:t>
      </w:r>
      <w:r>
        <w:t>My sleep-fogged brain sharpened. I propped myself up on my elbow, watching her scan the message.</w:t>
      </w:r>
      <w:r w:rsidR="00D902F8">
        <w:t xml:space="preserve"> </w:t>
      </w:r>
      <w:r>
        <w:t>Her thumb hovered over the screen. Hesitating. Like she was considering deleting it. Like she didn’t want me to see.</w:t>
      </w:r>
    </w:p>
    <w:p w14:paraId="21726395" w14:textId="77777777" w:rsidR="00F91806" w:rsidRDefault="00000000" w:rsidP="004F5CDE">
      <w:r>
        <w:t>“Mel?”</w:t>
      </w:r>
    </w:p>
    <w:p w14:paraId="3C631E99" w14:textId="77777777" w:rsidR="00F91806" w:rsidRDefault="00000000" w:rsidP="004F5CDE">
      <w:r>
        <w:t>She forced a smirk, flipping her phone face down on the sheets. "Nothing important, babe. Just some junk."</w:t>
      </w:r>
    </w:p>
    <w:p w14:paraId="78BDC2CC" w14:textId="3FA4F452" w:rsidR="00F91806" w:rsidRDefault="00000000" w:rsidP="004F5CDE">
      <w:r>
        <w:t>But before I could press further—</w:t>
      </w:r>
      <w:r w:rsidR="00056F0B">
        <w:t xml:space="preserve"> h</w:t>
      </w:r>
      <w:r>
        <w:t>er screen lit up again.</w:t>
      </w:r>
      <w:r w:rsidR="00D902F8">
        <w:t xml:space="preserve"> </w:t>
      </w:r>
      <w:r>
        <w:t>And this time, I saw the preview.</w:t>
      </w:r>
      <w:r w:rsidR="00D902F8">
        <w:t xml:space="preserve"> </w:t>
      </w:r>
      <w:r>
        <w:t>UNKNOWN: Tell her the truth, or I will.</w:t>
      </w:r>
    </w:p>
    <w:p w14:paraId="22E717B4" w14:textId="77777777" w:rsidR="00F91806" w:rsidRPr="00F20C97" w:rsidRDefault="00000000" w:rsidP="004F5CDE">
      <w:pPr>
        <w:rPr>
          <w:i/>
          <w:iCs/>
        </w:rPr>
      </w:pPr>
      <w:r w:rsidRPr="00F20C97">
        <w:rPr>
          <w:i/>
          <w:iCs/>
        </w:rPr>
        <w:t>The truth?</w:t>
      </w:r>
    </w:p>
    <w:p w14:paraId="39B5BC4D" w14:textId="780400FB" w:rsidR="00F91806" w:rsidRDefault="00000000" w:rsidP="004F5CDE">
      <w:r>
        <w:t>A strange, weightless feeling spread through me, like the ground had just shifted an inch beneath my feet.</w:t>
      </w:r>
      <w:r w:rsidR="00D902F8">
        <w:t xml:space="preserve"> </w:t>
      </w:r>
      <w:r>
        <w:t>Melanie went rigid. Like she’d just been stabbed in the gut.</w:t>
      </w:r>
      <w:r w:rsidR="00D902F8">
        <w:t xml:space="preserve"> </w:t>
      </w:r>
      <w:r>
        <w:t>Before I could sit up, another message popped onto the screen.</w:t>
      </w:r>
      <w:r w:rsidR="003A7152">
        <w:t xml:space="preserve"> </w:t>
      </w:r>
      <w:r>
        <w:t>UNKNOWN: Does she know about the fire?</w:t>
      </w:r>
    </w:p>
    <w:p w14:paraId="0C05AC38" w14:textId="77777777" w:rsidR="00F91806" w:rsidRPr="00F73E37" w:rsidRDefault="00000000" w:rsidP="004F5CDE">
      <w:pPr>
        <w:rPr>
          <w:i/>
          <w:iCs/>
        </w:rPr>
      </w:pPr>
      <w:r w:rsidRPr="00F73E37">
        <w:rPr>
          <w:i/>
          <w:iCs/>
        </w:rPr>
        <w:t>The fire?</w:t>
      </w:r>
    </w:p>
    <w:p w14:paraId="67EFED0E" w14:textId="2A92C687" w:rsidR="00F91806" w:rsidRDefault="00000000" w:rsidP="004F5CDE">
      <w:r>
        <w:t>My stomach dropped.</w:t>
      </w:r>
      <w:r w:rsidR="00D902F8">
        <w:t xml:space="preserve"> </w:t>
      </w:r>
      <w:r>
        <w:t>The words hit me like a slap to the face. Sharp. Cold.</w:t>
      </w:r>
      <w:r w:rsidR="00D902F8">
        <w:t xml:space="preserve"> </w:t>
      </w:r>
      <w:r>
        <w:t>Melanie flinched.</w:t>
      </w:r>
      <w:r w:rsidR="00D902F8">
        <w:t xml:space="preserve"> </w:t>
      </w:r>
      <w:r>
        <w:t>Like an actual, physical flinch.</w:t>
      </w:r>
      <w:r w:rsidR="00D902F8">
        <w:t xml:space="preserve"> </w:t>
      </w:r>
      <w:r>
        <w:t>I stared at her. She wouldn’t look at me.</w:t>
      </w:r>
    </w:p>
    <w:p w14:paraId="7A662C24" w14:textId="77777777" w:rsidR="00F91806" w:rsidRDefault="00000000" w:rsidP="004F5CDE">
      <w:r w:rsidRPr="009D3585">
        <w:rPr>
          <w:i/>
          <w:iCs/>
        </w:rPr>
        <w:t>Oh, hell no</w:t>
      </w:r>
      <w:r>
        <w:t>.</w:t>
      </w:r>
    </w:p>
    <w:p w14:paraId="6E02566B" w14:textId="5EB0F6A6" w:rsidR="00F91806" w:rsidRDefault="00000000" w:rsidP="004F5CDE">
      <w:r>
        <w:t>I sat up fully, yanking the sheets away, my pulse hammering against my ribs.</w:t>
      </w:r>
      <w:r w:rsidR="009D3585">
        <w:t xml:space="preserve"> </w:t>
      </w:r>
      <w:r>
        <w:t>"Babe. What the hell is this?"</w:t>
      </w:r>
      <w:r w:rsidR="00D902F8">
        <w:t xml:space="preserve"> </w:t>
      </w:r>
      <w:r>
        <w:t>She still didn’t answer. Didn’t move. Just kept her phone clenched in her hand, her jaw tight, her body wound so stiff I thought she might snap in half.</w:t>
      </w:r>
    </w:p>
    <w:p w14:paraId="02716D43" w14:textId="2D782194" w:rsidR="00F91806" w:rsidRDefault="00000000" w:rsidP="004F5CDE">
      <w:r>
        <w:t>Another message popped up.</w:t>
      </w:r>
      <w:r w:rsidR="003A7152">
        <w:t xml:space="preserve"> </w:t>
      </w:r>
      <w:r>
        <w:t>UNKNOWN: Tell her what really happened that night.</w:t>
      </w:r>
    </w:p>
    <w:p w14:paraId="501829AD" w14:textId="1B7623A8" w:rsidR="00F91806" w:rsidRDefault="00000000" w:rsidP="004F5CDE">
      <w:r>
        <w:t>The room felt too small. Too still.</w:t>
      </w:r>
      <w:r w:rsidR="00D902F8">
        <w:t xml:space="preserve"> </w:t>
      </w:r>
      <w:r>
        <w:t>I turned to her, breath slow, controlled. Too controlled.</w:t>
      </w:r>
    </w:p>
    <w:p w14:paraId="4A03A0BF" w14:textId="77777777" w:rsidR="00F91806" w:rsidRDefault="00000000" w:rsidP="004F5CDE">
      <w:r>
        <w:t>“Mel.”</w:t>
      </w:r>
    </w:p>
    <w:p w14:paraId="083AA37F" w14:textId="77777777" w:rsidR="00F91806" w:rsidRPr="00F73E37" w:rsidRDefault="00000000" w:rsidP="004F5CDE">
      <w:r w:rsidRPr="00F73E37">
        <w:lastRenderedPageBreak/>
        <w:t>Nothing.</w:t>
      </w:r>
    </w:p>
    <w:p w14:paraId="4C9EE606" w14:textId="77777777" w:rsidR="00F91806" w:rsidRDefault="00000000" w:rsidP="004F5CDE">
      <w:r>
        <w:t>A silence too thick.</w:t>
      </w:r>
    </w:p>
    <w:p w14:paraId="2C24FE9A" w14:textId="18737AB9" w:rsidR="00F91806" w:rsidRDefault="00000000" w:rsidP="004F5CDE">
      <w:r w:rsidRPr="00F73E37">
        <w:t>Too long…</w:t>
      </w:r>
      <w:r>
        <w:t>Like the moment before a car crash.</w:t>
      </w:r>
      <w:r w:rsidR="00D902F8">
        <w:t xml:space="preserve"> </w:t>
      </w:r>
      <w:r>
        <w:t>I forced out a breath, my voice dipping into something darker. “Talk to me.”</w:t>
      </w:r>
    </w:p>
    <w:p w14:paraId="224835E2" w14:textId="77777777" w:rsidR="00F91806" w:rsidRPr="00F73E37" w:rsidRDefault="00000000" w:rsidP="004F5CDE">
      <w:r w:rsidRPr="00F73E37">
        <w:t>Silence...</w:t>
      </w:r>
    </w:p>
    <w:p w14:paraId="38A56B33" w14:textId="6EED320A" w:rsidR="00F91806" w:rsidRDefault="00000000" w:rsidP="004F5CDE">
      <w:r>
        <w:t>Then—finally—she swallowed. Sat up. Met my eyes.</w:t>
      </w:r>
      <w:r w:rsidR="009D3585">
        <w:t xml:space="preserve"> </w:t>
      </w:r>
      <w:r>
        <w:t>And the fear in them?</w:t>
      </w:r>
      <w:r w:rsidR="009D3585">
        <w:t xml:space="preserve"> </w:t>
      </w:r>
      <w:r>
        <w:t>It scared the shit out of me.</w:t>
      </w:r>
      <w:r w:rsidR="00D902F8">
        <w:t xml:space="preserve"> </w:t>
      </w:r>
      <w:r>
        <w:t>Melanie’s hands gripped the sheets like they were the only thing keeping her grounded.</w:t>
      </w:r>
      <w:r w:rsidR="009D3585">
        <w:t xml:space="preserve"> </w:t>
      </w:r>
      <w:r>
        <w:t>"I didn’t mean for it to happen," she whispered.</w:t>
      </w:r>
      <w:r w:rsidR="00D902F8">
        <w:t xml:space="preserve"> </w:t>
      </w:r>
      <w:r>
        <w:t>A chill crawled up my spine.</w:t>
      </w:r>
    </w:p>
    <w:p w14:paraId="3D0E5DBE" w14:textId="77777777" w:rsidR="00F91806" w:rsidRDefault="00000000" w:rsidP="004F5CDE">
      <w:r>
        <w:t>"Didn’t mean for what to happen?" I demanded.</w:t>
      </w:r>
    </w:p>
    <w:p w14:paraId="078C5323" w14:textId="17E7A5B8" w:rsidR="00F91806" w:rsidRDefault="00000000" w:rsidP="004F5CDE">
      <w:r>
        <w:t>She inhaled sharply. A deep, shaky breath.</w:t>
      </w:r>
      <w:r w:rsidR="00D902F8">
        <w:t xml:space="preserve"> </w:t>
      </w:r>
      <w:r>
        <w:t>"The fire."</w:t>
      </w:r>
    </w:p>
    <w:p w14:paraId="0C7DE779" w14:textId="3B2E3D7F" w:rsidR="00F91806" w:rsidRDefault="00000000" w:rsidP="004F5CDE">
      <w:r>
        <w:t>My blood turned to ice.</w:t>
      </w:r>
      <w:r w:rsidR="00D902F8">
        <w:t xml:space="preserve"> </w:t>
      </w:r>
      <w:r>
        <w:t>I didn’t move. I didn’t breathe.</w:t>
      </w:r>
      <w:r w:rsidR="00D902F8">
        <w:t xml:space="preserve"> </w:t>
      </w:r>
      <w:r>
        <w:t>The fire.</w:t>
      </w:r>
      <w:r w:rsidR="00D902F8">
        <w:t xml:space="preserve"> </w:t>
      </w:r>
      <w:r>
        <w:t>The same fire someone out there knew about.</w:t>
      </w:r>
      <w:r w:rsidR="009D3585">
        <w:t xml:space="preserve"> </w:t>
      </w:r>
      <w:r>
        <w:t>The same fire someone was now using against her. Against us.</w:t>
      </w:r>
    </w:p>
    <w:p w14:paraId="26903A43" w14:textId="52E0BDCC" w:rsidR="00F91806" w:rsidRDefault="00000000" w:rsidP="004F5CDE">
      <w:r>
        <w:t>Melanie shook her head, hands trembling.</w:t>
      </w:r>
      <w:r w:rsidR="00214B63">
        <w:t xml:space="preserve"> </w:t>
      </w:r>
      <w:r>
        <w:t>"I can’t—"</w:t>
      </w:r>
    </w:p>
    <w:p w14:paraId="0617E746" w14:textId="77777777" w:rsidR="00F91806" w:rsidRDefault="00000000" w:rsidP="004F5CDE">
      <w:r>
        <w:t>"Melanie." My voice came out sharper than I intended. "What did you do?"</w:t>
      </w:r>
    </w:p>
    <w:p w14:paraId="2C90A226" w14:textId="6E632E1A" w:rsidR="00F91806" w:rsidRDefault="00000000" w:rsidP="004F5CDE">
      <w:r>
        <w:t>She squeezed her eyes shut. Like she could block out the memory.</w:t>
      </w:r>
      <w:r w:rsidR="009D3585">
        <w:t xml:space="preserve"> </w:t>
      </w:r>
      <w:r>
        <w:t>Then—she finally answered.</w:t>
      </w:r>
      <w:r w:rsidR="00214B63">
        <w:t xml:space="preserve"> </w:t>
      </w:r>
      <w:r>
        <w:t>"It wasn’t an accident."</w:t>
      </w:r>
    </w:p>
    <w:p w14:paraId="1CF41401" w14:textId="4AE09465" w:rsidR="00F91806" w:rsidRDefault="00000000" w:rsidP="004F5CDE">
      <w:r>
        <w:t>The words slammed into me. Cold. Suffocating. Heavy.</w:t>
      </w:r>
      <w:r w:rsidR="00D902F8">
        <w:t xml:space="preserve"> </w:t>
      </w:r>
      <w:r>
        <w:t>A silence stretched between us, pulling tight, threatening to snap.</w:t>
      </w:r>
      <w:r w:rsidR="009D3585">
        <w:t xml:space="preserve"> </w:t>
      </w:r>
      <w:r>
        <w:t>I forced my mouth to work. "What the fuck does that mean?"</w:t>
      </w:r>
    </w:p>
    <w:p w14:paraId="5AB0257B" w14:textId="77777777" w:rsidR="00F91806" w:rsidRDefault="00000000" w:rsidP="004F5CDE">
      <w:r>
        <w:t>Her throat bobbed. Her grip on the sheets tightened. I saw it then.</w:t>
      </w:r>
    </w:p>
    <w:p w14:paraId="329AC596" w14:textId="77777777" w:rsidR="00F91806" w:rsidRDefault="00000000" w:rsidP="004F5CDE">
      <w:r>
        <w:t>The guilt.</w:t>
      </w:r>
    </w:p>
    <w:p w14:paraId="769AE687" w14:textId="77777777" w:rsidR="00F91806" w:rsidRDefault="00000000" w:rsidP="004F5CDE">
      <w:r>
        <w:t>The shame.</w:t>
      </w:r>
    </w:p>
    <w:p w14:paraId="2F8ABD7C" w14:textId="77777777" w:rsidR="00F91806" w:rsidRDefault="00000000" w:rsidP="004F5CDE">
      <w:r>
        <w:t>The weight of whatever she had been running from.</w:t>
      </w:r>
    </w:p>
    <w:p w14:paraId="5AC905ED" w14:textId="0668660A" w:rsidR="00F91806" w:rsidRDefault="00000000" w:rsidP="004F5CDE">
      <w:r>
        <w:t>"It was four years ago."</w:t>
      </w:r>
      <w:r w:rsidR="00F53117">
        <w:t xml:space="preserve"> </w:t>
      </w:r>
      <w:r>
        <w:t>Her voice wavered.</w:t>
      </w:r>
      <w:r w:rsidR="00F53117">
        <w:t xml:space="preserve"> </w:t>
      </w:r>
      <w:r>
        <w:t>"I was seeing someone. Before you. Before all of this. And… it wasn’t good. It wasn’t healthy."</w:t>
      </w:r>
    </w:p>
    <w:p w14:paraId="6CF53F58" w14:textId="77777777" w:rsidR="00F91806" w:rsidRDefault="00000000" w:rsidP="004F5CDE">
      <w:r>
        <w:t>I already hated him. Whoever he was.</w:t>
      </w:r>
    </w:p>
    <w:p w14:paraId="178C028A" w14:textId="77777777" w:rsidR="00F91806" w:rsidRDefault="00000000" w:rsidP="004F5CDE">
      <w:r>
        <w:lastRenderedPageBreak/>
        <w:t>"I tried to leave. I tried to walk away. But he wouldn’t let me."</w:t>
      </w:r>
    </w:p>
    <w:p w14:paraId="714A2D70" w14:textId="77777777" w:rsidR="00F91806" w:rsidRDefault="00000000" w:rsidP="004F5CDE">
      <w:r>
        <w:t>My jaw clenched. "Who?"</w:t>
      </w:r>
    </w:p>
    <w:p w14:paraId="2A40D856" w14:textId="1E210088" w:rsidR="00F91806" w:rsidRDefault="00000000" w:rsidP="004F5CDE">
      <w:r>
        <w:t>She hesitated. Then—quiet.</w:t>
      </w:r>
      <w:r w:rsidR="00D902F8">
        <w:t xml:space="preserve"> </w:t>
      </w:r>
      <w:r>
        <w:t>“Nick."</w:t>
      </w:r>
    </w:p>
    <w:p w14:paraId="14B835E9" w14:textId="77777777" w:rsidR="00F91806" w:rsidRDefault="00000000" w:rsidP="004F5CDE">
      <w:r>
        <w:t>Nick.</w:t>
      </w:r>
    </w:p>
    <w:p w14:paraId="3F2900C9" w14:textId="77777777" w:rsidR="003A7152" w:rsidRDefault="00000000" w:rsidP="004F5CDE">
      <w:r>
        <w:t>The name meant nothing to me.</w:t>
      </w:r>
      <w:r w:rsidR="009D3585">
        <w:t xml:space="preserve"> </w:t>
      </w:r>
      <w:r>
        <w:t>But the way she said it? Like she was spitting out poison? That told me everything.</w:t>
      </w:r>
      <w:r w:rsidR="003A7152">
        <w:t xml:space="preserve"> </w:t>
      </w:r>
      <w:r>
        <w:t>"He was obsessed," she continued. "Controlling. Manipulative. He operated a local restaurant chain. Had money, power—connections. And he wasn’t afraid to use them."</w:t>
      </w:r>
      <w:r w:rsidR="00D902F8">
        <w:t xml:space="preserve"> </w:t>
      </w:r>
    </w:p>
    <w:p w14:paraId="069A7149" w14:textId="7F3F6C41" w:rsidR="00F91806" w:rsidRDefault="00000000" w:rsidP="004F5CDE">
      <w:r>
        <w:t>Her hands curled into fists. Nails digging into her palms.</w:t>
      </w:r>
      <w:r w:rsidR="009D3585">
        <w:t xml:space="preserve"> </w:t>
      </w:r>
      <w:r>
        <w:t>"The night of the fire, I finally had enough. I told him I was leaving, that I was done. And he—"</w:t>
      </w:r>
      <w:r w:rsidR="00D902F8">
        <w:t xml:space="preserve"> </w:t>
      </w:r>
      <w:r>
        <w:t xml:space="preserve">Her breath </w:t>
      </w:r>
      <w:r w:rsidR="00F73E37">
        <w:t>waivered.</w:t>
      </w:r>
      <w:r>
        <w:t xml:space="preserve"> She shook her head, swallowing hard.</w:t>
      </w:r>
      <w:r w:rsidR="00D902F8">
        <w:t xml:space="preserve"> </w:t>
      </w:r>
      <w:r>
        <w:t>"He laughed at me."</w:t>
      </w:r>
    </w:p>
    <w:p w14:paraId="6DF8BE7B" w14:textId="77777777" w:rsidR="00F91806" w:rsidRDefault="00000000" w:rsidP="004F5CDE">
      <w:r>
        <w:t>A firestorm built inside me.</w:t>
      </w:r>
    </w:p>
    <w:p w14:paraId="7AB06107" w14:textId="77777777" w:rsidR="00F91806" w:rsidRDefault="00000000" w:rsidP="004F5CDE">
      <w:r>
        <w:t>"Told me I would never leave him. That I belonged to him."</w:t>
      </w:r>
    </w:p>
    <w:p w14:paraId="3C915BA2" w14:textId="4843CA2F" w:rsidR="00F91806" w:rsidRDefault="00000000" w:rsidP="004F5CDE">
      <w:r>
        <w:t>My vision blurred with anger. I already wanted him dead.</w:t>
      </w:r>
      <w:r w:rsidR="00D902F8">
        <w:t xml:space="preserve"> </w:t>
      </w:r>
      <w:r>
        <w:t>Melanie swallowed.</w:t>
      </w:r>
      <w:r w:rsidR="00D902F8">
        <w:t xml:space="preserve"> </w:t>
      </w:r>
      <w:r>
        <w:t>"I ran."</w:t>
      </w:r>
      <w:r w:rsidR="00D902F8">
        <w:t xml:space="preserve"> </w:t>
      </w:r>
      <w:r>
        <w:t>Her voice dropped.</w:t>
      </w:r>
      <w:r w:rsidR="00D31CC6">
        <w:t xml:space="preserve"> </w:t>
      </w:r>
      <w:r>
        <w:t>"I didn’t know where I was going. I just… I needed to get away. I ended up at a warehouse he owned. I was desperate, I was furious, and I—"</w:t>
      </w:r>
    </w:p>
    <w:p w14:paraId="1BD59186" w14:textId="3E0FEE1D" w:rsidR="00F91806" w:rsidRDefault="00000000" w:rsidP="004F5CDE">
      <w:r>
        <w:t>She broke off, shaking.</w:t>
      </w:r>
      <w:r w:rsidR="00D902F8">
        <w:t xml:space="preserve"> </w:t>
      </w:r>
      <w:r>
        <w:t>"I brought a bottle of high-proof liquor with me, smashed it, and—"</w:t>
      </w:r>
      <w:r w:rsidR="00D902F8">
        <w:t xml:space="preserve"> </w:t>
      </w:r>
      <w:r>
        <w:t>A flicking motion.</w:t>
      </w:r>
      <w:r w:rsidR="00D902F8">
        <w:t xml:space="preserve"> </w:t>
      </w:r>
      <w:r>
        <w:t>A lighter.</w:t>
      </w:r>
      <w:r w:rsidR="00D902F8">
        <w:t xml:space="preserve"> </w:t>
      </w:r>
      <w:r>
        <w:t>"It was supposed to be small. A warning. Just something to make him understand that I wasn’t his to control."</w:t>
      </w:r>
    </w:p>
    <w:p w14:paraId="6B3C8C28" w14:textId="77777777" w:rsidR="00F91806" w:rsidRDefault="00000000" w:rsidP="004F5CDE">
      <w:r>
        <w:t>I felt the breath leave my body.</w:t>
      </w:r>
    </w:p>
    <w:p w14:paraId="0E61D381" w14:textId="5AB1C162" w:rsidR="00F91806" w:rsidRDefault="00000000" w:rsidP="004F5CDE">
      <w:r>
        <w:t>"</w:t>
      </w:r>
      <w:r w:rsidR="009D3585">
        <w:t>T</w:t>
      </w:r>
      <w:r>
        <w:t>he fire spread. Faster than I thought. I tried to put it out, but—"</w:t>
      </w:r>
      <w:r w:rsidR="00D902F8">
        <w:t xml:space="preserve"> </w:t>
      </w:r>
      <w:r>
        <w:t>A hollow laugh. Bitter.</w:t>
      </w:r>
      <w:r w:rsidR="00D902F8">
        <w:t xml:space="preserve"> </w:t>
      </w:r>
      <w:r>
        <w:t>"By the time I got out, the whole place was gone."</w:t>
      </w:r>
    </w:p>
    <w:p w14:paraId="59FBBC86" w14:textId="77777777" w:rsidR="00F91806" w:rsidRDefault="00000000" w:rsidP="004F5CDE">
      <w:r w:rsidRPr="009D3585">
        <w:rPr>
          <w:i/>
          <w:iCs/>
        </w:rPr>
        <w:t>Jesus Christ</w:t>
      </w:r>
      <w:r>
        <w:t>.</w:t>
      </w:r>
    </w:p>
    <w:p w14:paraId="22363FF1" w14:textId="7A59D088" w:rsidR="00F91806" w:rsidRDefault="00000000" w:rsidP="004F5CDE">
      <w:r>
        <w:t>My brain scrambled to process.</w:t>
      </w:r>
      <w:r w:rsidR="00D902F8">
        <w:t xml:space="preserve"> </w:t>
      </w:r>
      <w:r>
        <w:t>"Was anyone inside?" I asked, my voice flat.</w:t>
      </w:r>
    </w:p>
    <w:p w14:paraId="274E86AC" w14:textId="1B41EBDA" w:rsidR="00F91806" w:rsidRDefault="00000000" w:rsidP="004F5CDE">
      <w:r>
        <w:t>Melanie’s face twisted like the question physically hurt her.</w:t>
      </w:r>
      <w:r w:rsidR="001841AD">
        <w:t xml:space="preserve"> </w:t>
      </w:r>
      <w:r>
        <w:t>"No one was supposed to be." Her whisper cracked.</w:t>
      </w:r>
    </w:p>
    <w:p w14:paraId="7E54F2EC" w14:textId="1D6E9A4E" w:rsidR="00F91806" w:rsidRDefault="00000000" w:rsidP="004F5CDE">
      <w:r>
        <w:t>My pulse pounded.</w:t>
      </w:r>
      <w:r w:rsidR="001841AD">
        <w:t xml:space="preserve"> </w:t>
      </w:r>
      <w:r>
        <w:t>"But?"</w:t>
      </w:r>
    </w:p>
    <w:p w14:paraId="1F626E8F" w14:textId="3CF4EAB5" w:rsidR="00F91806" w:rsidRDefault="00000000" w:rsidP="004F5CDE">
      <w:r>
        <w:t>A long, sharp inhale.</w:t>
      </w:r>
      <w:r w:rsidR="001841AD">
        <w:t xml:space="preserve"> </w:t>
      </w:r>
      <w:r>
        <w:t>"They never found Nick’s body."</w:t>
      </w:r>
    </w:p>
    <w:p w14:paraId="1E382DD5" w14:textId="77777777" w:rsidR="00F91806" w:rsidRDefault="00000000" w:rsidP="004F5CDE">
      <w:r>
        <w:lastRenderedPageBreak/>
        <w:t>The world tilted.</w:t>
      </w:r>
    </w:p>
    <w:p w14:paraId="6C42FB99" w14:textId="77777777" w:rsidR="00F91806" w:rsidRDefault="00000000" w:rsidP="004F5CDE">
      <w:r>
        <w:t>"Wait, what?" I gripped the sheets. "Are you telling me—"</w:t>
      </w:r>
    </w:p>
    <w:p w14:paraId="048B855C" w14:textId="76D3610A" w:rsidR="00F91806" w:rsidRDefault="00000000" w:rsidP="004F5CDE">
      <w:r>
        <w:t>"I don’t know!" she burst out, voice cracking. "I don’t fucking know, okay?! He was supposed to be out of town that night! The police ruled it as arson, but they never confirmed if he—"</w:t>
      </w:r>
      <w:r w:rsidR="00D902F8">
        <w:t xml:space="preserve"> </w:t>
      </w:r>
      <w:r>
        <w:t>She stopped, shuddering.</w:t>
      </w:r>
    </w:p>
    <w:p w14:paraId="3103D5F1" w14:textId="2956B748" w:rsidR="00F91806" w:rsidRDefault="00000000" w:rsidP="004F5CDE">
      <w:r>
        <w:t>I could hear my own heartbeat pounding in my ears.</w:t>
      </w:r>
      <w:r w:rsidR="001841AD">
        <w:t xml:space="preserve"> </w:t>
      </w:r>
      <w:r>
        <w:t>"So, either he died in that fire," I said slowly, "or he’s out there somewhere—watching you. Waiting. But the police never found a body?”</w:t>
      </w:r>
    </w:p>
    <w:p w14:paraId="6B1EC3B5" w14:textId="0132F218" w:rsidR="00F91806" w:rsidRDefault="00000000" w:rsidP="004F5CDE">
      <w:r>
        <w:t>Melanie didn’t answer.</w:t>
      </w:r>
      <w:r w:rsidR="00D902F8">
        <w:t xml:space="preserve"> </w:t>
      </w:r>
      <w:r>
        <w:t>She didn’t need to.</w:t>
      </w:r>
      <w:r w:rsidR="00D902F8">
        <w:t xml:space="preserve"> </w:t>
      </w:r>
      <w:r>
        <w:t>The pieces clicked into place.</w:t>
      </w:r>
      <w:r w:rsidR="00B405B3">
        <w:t xml:space="preserve"> </w:t>
      </w:r>
      <w:r>
        <w:t>The messages. The warnings. The blackmail.</w:t>
      </w:r>
      <w:r w:rsidR="00B405B3">
        <w:t xml:space="preserve"> </w:t>
      </w:r>
      <w:r>
        <w:t>I exhaled, realization slamming into me like a freight train.</w:t>
      </w:r>
      <w:r w:rsidR="00D902F8">
        <w:t xml:space="preserve"> </w:t>
      </w:r>
      <w:r>
        <w:t>"Melanie. Nick is still alive."</w:t>
      </w:r>
    </w:p>
    <w:p w14:paraId="6C2EAF6B" w14:textId="1381716B" w:rsidR="00F91806" w:rsidRDefault="00000000" w:rsidP="004F5CDE">
      <w:r>
        <w:t>Her breath hitched.</w:t>
      </w:r>
      <w:r w:rsidR="00D902F8">
        <w:t xml:space="preserve"> </w:t>
      </w:r>
      <w:r>
        <w:t>Her silence was all the answer I needed.</w:t>
      </w:r>
      <w:r w:rsidR="00D902F8">
        <w:t xml:space="preserve"> </w:t>
      </w:r>
      <w:r>
        <w:t>And for the first time, as I stared at the woman I loved, a terrible thought lodged itself in the back of my mind.</w:t>
      </w:r>
      <w:r w:rsidR="00D902F8">
        <w:t xml:space="preserve"> </w:t>
      </w:r>
      <w:r>
        <w:t>If she lied about this… what else has she lied about?</w:t>
      </w:r>
    </w:p>
    <w:p w14:paraId="6AF7842E" w14:textId="77777777" w:rsidR="000D1BEE" w:rsidRDefault="000D1BEE" w:rsidP="004F5CDE"/>
    <w:p w14:paraId="3E688165" w14:textId="77777777" w:rsidR="000D1BEE" w:rsidRDefault="000D1BEE" w:rsidP="004F5CDE"/>
    <w:p w14:paraId="3A093677" w14:textId="77777777" w:rsidR="00F91806" w:rsidRDefault="00000000" w:rsidP="001F1A4D">
      <w:pPr>
        <w:pStyle w:val="Heading1"/>
      </w:pPr>
      <w:bookmarkStart w:id="61" w:name="_Toc189281352"/>
      <w:r>
        <w:t>Chapter 38: The Devil You Know</w:t>
      </w:r>
      <w:bookmarkEnd w:id="61"/>
      <w:r>
        <w:t xml:space="preserve"> </w:t>
      </w:r>
    </w:p>
    <w:p w14:paraId="7224E4AB" w14:textId="77777777" w:rsidR="001F1A4D" w:rsidRDefault="001F1A4D" w:rsidP="004F5CDE"/>
    <w:p w14:paraId="25ECF2FB" w14:textId="45D08805" w:rsidR="00F91806" w:rsidRDefault="00000000" w:rsidP="004F5CDE">
      <w:r>
        <w:t>Melanie wasn’t just running from guilt.</w:t>
      </w:r>
      <w:r w:rsidR="009F1FA0">
        <w:t xml:space="preserve"> </w:t>
      </w:r>
      <w:r>
        <w:t>She was running from him.</w:t>
      </w:r>
      <w:r w:rsidR="009F1FA0">
        <w:t xml:space="preserve"> </w:t>
      </w:r>
      <w:r>
        <w:t>And now, whoever was texting her? They knew everything.</w:t>
      </w:r>
      <w:r w:rsidR="00275F3B">
        <w:t xml:space="preserve"> </w:t>
      </w:r>
      <w:r>
        <w:t xml:space="preserve">I threw the </w:t>
      </w:r>
      <w:r w:rsidR="005E3F52">
        <w:t xml:space="preserve">remaining </w:t>
      </w:r>
      <w:r>
        <w:t>sheets off, adrenaline burning through my veins. My fingers flew across my phone as I fired back a text to the unknown number.</w:t>
      </w:r>
    </w:p>
    <w:p w14:paraId="0E325317" w14:textId="514904B5" w:rsidR="00F91806" w:rsidRDefault="00000000" w:rsidP="004F5CDE">
      <w:r>
        <w:t xml:space="preserve">Me: </w:t>
      </w:r>
      <w:r w:rsidR="00DB60EE">
        <w:t>“</w:t>
      </w:r>
      <w:r>
        <w:t>Who the hell are you?</w:t>
      </w:r>
      <w:r w:rsidR="00DB60EE">
        <w:t>”</w:t>
      </w:r>
    </w:p>
    <w:p w14:paraId="3BAA4CE8" w14:textId="77777777" w:rsidR="00F91806" w:rsidRDefault="00000000" w:rsidP="004F5CDE">
      <w:r>
        <w:t>Delivered.</w:t>
      </w:r>
    </w:p>
    <w:p w14:paraId="0F5538ED" w14:textId="77777777" w:rsidR="00F91806" w:rsidRDefault="00000000" w:rsidP="004F5CDE">
      <w:r>
        <w:t>Read.</w:t>
      </w:r>
    </w:p>
    <w:p w14:paraId="409DC51A" w14:textId="5AF1B25E" w:rsidR="00F91806" w:rsidRDefault="00000000" w:rsidP="004F5CDE">
      <w:r>
        <w:t>No response.</w:t>
      </w:r>
      <w:r w:rsidR="009F1FA0">
        <w:t xml:space="preserve"> </w:t>
      </w:r>
      <w:r>
        <w:t>A slow, gnawing dread crawled under my skin.</w:t>
      </w:r>
      <w:r w:rsidR="00275F3B">
        <w:t xml:space="preserve"> </w:t>
      </w:r>
      <w:r>
        <w:t>I turned to Melanie. She was still staring at her own phone like it might explode in her hands. Her fingers hovered over the keyboard, trembling.</w:t>
      </w:r>
      <w:r w:rsidR="00275F3B">
        <w:t xml:space="preserve"> </w:t>
      </w:r>
      <w:r>
        <w:t>"Who else knows?" My voice came out sharper than I intended.</w:t>
      </w:r>
    </w:p>
    <w:p w14:paraId="3E62B441" w14:textId="1D75A49D" w:rsidR="00F91806" w:rsidRDefault="00000000" w:rsidP="004F5CDE">
      <w:r>
        <w:lastRenderedPageBreak/>
        <w:t>She swallowed, voice barely above a whisper. "Just one person."</w:t>
      </w:r>
      <w:r w:rsidR="00275F3B">
        <w:t xml:space="preserve"> </w:t>
      </w:r>
      <w:r>
        <w:t>Something inside me twisted. If Melanie had told someone else, it meant—</w:t>
      </w:r>
      <w:r w:rsidR="009F1FA0">
        <w:t xml:space="preserve"> h</w:t>
      </w:r>
      <w:r>
        <w:t>er next words hit like a gunshot.</w:t>
      </w:r>
    </w:p>
    <w:p w14:paraId="6BA9FD06" w14:textId="53D6A3FF" w:rsidR="00F91806" w:rsidRDefault="00000000" w:rsidP="004F5CDE">
      <w:r>
        <w:t>"</w:t>
      </w:r>
      <w:r w:rsidR="00400041">
        <w:t>Candice</w:t>
      </w:r>
      <w:r>
        <w:t>."</w:t>
      </w:r>
    </w:p>
    <w:p w14:paraId="735CC018" w14:textId="5738BF8C" w:rsidR="00F91806" w:rsidRDefault="00000000" w:rsidP="004F5CDE">
      <w:r w:rsidRPr="009F1FA0">
        <w:rPr>
          <w:i/>
          <w:iCs/>
        </w:rPr>
        <w:t xml:space="preserve">Fucking </w:t>
      </w:r>
      <w:r w:rsidR="00400041" w:rsidRPr="009F1FA0">
        <w:rPr>
          <w:i/>
          <w:iCs/>
        </w:rPr>
        <w:t>Candice</w:t>
      </w:r>
      <w:r>
        <w:t>.</w:t>
      </w:r>
    </w:p>
    <w:p w14:paraId="32D33912" w14:textId="274B9DCF" w:rsidR="00F91806" w:rsidRDefault="00000000" w:rsidP="004F5CDE">
      <w:r>
        <w:t>My pulse spiked.</w:t>
      </w:r>
      <w:r w:rsidR="00955B72">
        <w:t xml:space="preserve"> </w:t>
      </w:r>
      <w:r>
        <w:t xml:space="preserve">"You told </w:t>
      </w:r>
      <w:r w:rsidR="00400041">
        <w:t>Candice</w:t>
      </w:r>
      <w:r w:rsidR="009F1FA0">
        <w:t>!</w:t>
      </w:r>
      <w:r>
        <w:t>?"</w:t>
      </w:r>
    </w:p>
    <w:p w14:paraId="7C8B2C6A" w14:textId="77777777" w:rsidR="00275F3B" w:rsidRDefault="00000000" w:rsidP="004F5CDE">
      <w:r>
        <w:t>Melanie flinched. "I didn’t have a choice! I needed help covering my tracks. She was the only one I trusted."</w:t>
      </w:r>
      <w:r w:rsidR="00275F3B">
        <w:t xml:space="preserve"> </w:t>
      </w:r>
    </w:p>
    <w:p w14:paraId="019FC178" w14:textId="4818DAB5" w:rsidR="00F91806" w:rsidRDefault="00000000" w:rsidP="004F5CDE">
      <w:r>
        <w:t>I shoved a hand through my hair, pacing. This wasn’t just a mistake. This was a catastrophe.</w:t>
      </w:r>
      <w:r w:rsidR="00955B72">
        <w:t xml:space="preserve"> </w:t>
      </w:r>
      <w:r>
        <w:t xml:space="preserve">"You’re telling me that </w:t>
      </w:r>
      <w:r w:rsidR="00400041">
        <w:t>Candice</w:t>
      </w:r>
      <w:r>
        <w:t>—</w:t>
      </w:r>
      <w:r w:rsidR="00400041">
        <w:t>Candice</w:t>
      </w:r>
      <w:r>
        <w:t>—has known this whole time, and I’m just now finding out?!"</w:t>
      </w:r>
    </w:p>
    <w:p w14:paraId="38D00F16" w14:textId="0F400C25" w:rsidR="00F91806" w:rsidRDefault="00000000" w:rsidP="004F5CDE">
      <w:r>
        <w:t>Melanie’s lips parted, but no words came out. She looked small, folded in on herself, the weight of stress-filled years pressing down on her.</w:t>
      </w:r>
      <w:r w:rsidR="009F1FA0">
        <w:t xml:space="preserve"> </w:t>
      </w:r>
      <w:r>
        <w:t>She exhaled, voice breaking. "Hannah, I didn’t— I didn’t think it would come back like this."</w:t>
      </w:r>
    </w:p>
    <w:p w14:paraId="20DF8B0C" w14:textId="77777777" w:rsidR="00F91806" w:rsidRDefault="00000000" w:rsidP="004F5CDE">
      <w:r>
        <w:t>I let out a sharp, humorless laugh. "Well, guess what? It fucking did."</w:t>
      </w:r>
    </w:p>
    <w:p w14:paraId="3AE60CD9" w14:textId="77777777" w:rsidR="00F91806" w:rsidRDefault="00000000" w:rsidP="004F5CDE">
      <w:r>
        <w:t>She closed her eyes.</w:t>
      </w:r>
    </w:p>
    <w:p w14:paraId="2687B13B" w14:textId="77777777" w:rsidR="00F91806" w:rsidRDefault="00000000" w:rsidP="004F5CDE">
      <w:r>
        <w:t>"And now someone else knows," I continued, my voice lower, colder. "Someone who isn’t playing games. Someone who’s using this to push you toward something."</w:t>
      </w:r>
    </w:p>
    <w:p w14:paraId="3EA6FA74" w14:textId="77777777" w:rsidR="00F91806" w:rsidRDefault="00000000" w:rsidP="004F5CDE">
      <w:r>
        <w:t>Melanie let out a shaky breath. "You think it’s Nick?"</w:t>
      </w:r>
    </w:p>
    <w:p w14:paraId="7B218789" w14:textId="77777777" w:rsidR="003A7152" w:rsidRDefault="00000000" w:rsidP="004F5CDE">
      <w:r>
        <w:t>The question hung between us. Heavy.</w:t>
      </w:r>
      <w:r w:rsidR="009F1FA0">
        <w:t xml:space="preserve"> </w:t>
      </w:r>
      <w:r>
        <w:t>I exhaled slowly, jaw clenched. "I don’t know."</w:t>
      </w:r>
      <w:r w:rsidR="00275F3B">
        <w:t xml:space="preserve"> </w:t>
      </w:r>
    </w:p>
    <w:p w14:paraId="2DE84F74" w14:textId="34F376CE" w:rsidR="00F91806" w:rsidRDefault="00000000" w:rsidP="004F5CDE">
      <w:r>
        <w:t>But if it was him?</w:t>
      </w:r>
      <w:r w:rsidR="009F1FA0">
        <w:t xml:space="preserve"> </w:t>
      </w:r>
      <w:r>
        <w:t>If Nick had spent the last four years waiting for the perfect moment to crawl out of the shadows—</w:t>
      </w:r>
      <w:r w:rsidR="00275F3B">
        <w:t>t</w:t>
      </w:r>
      <w:r>
        <w:t>hen he wasn’t just trying to scare Melanie.</w:t>
      </w:r>
    </w:p>
    <w:p w14:paraId="443CDF18" w14:textId="77777777" w:rsidR="00F91806" w:rsidRDefault="00000000" w:rsidP="004F5CDE">
      <w:r>
        <w:t>He was hunting her.</w:t>
      </w:r>
    </w:p>
    <w:p w14:paraId="6CE63A8E" w14:textId="77777777" w:rsidR="001F1A4D" w:rsidRDefault="001F1A4D" w:rsidP="004F5CDE"/>
    <w:p w14:paraId="0C656DE2" w14:textId="4B6E9BC8" w:rsidR="001F1A4D" w:rsidRPr="00A351D5" w:rsidRDefault="00304FE8" w:rsidP="006F1D3A">
      <w:pPr>
        <w:jc w:val="center"/>
        <w:rPr>
          <w:color w:val="365F91" w:themeColor="accent1" w:themeShade="BF"/>
        </w:rPr>
      </w:pPr>
      <w:r>
        <w:rPr>
          <w:rFonts w:ascii="Segoe UI Symbol" w:hAnsi="Segoe UI Symbol" w:cs="Segoe UI Symbol"/>
          <w:color w:val="365F91" w:themeColor="accent1" w:themeShade="BF"/>
        </w:rPr>
        <w:t>♞♛♞</w:t>
      </w:r>
    </w:p>
    <w:p w14:paraId="6E478045" w14:textId="77777777" w:rsidR="00F91806" w:rsidRDefault="00F91806" w:rsidP="004F5CDE"/>
    <w:p w14:paraId="41EAEC42" w14:textId="70118CC1" w:rsidR="00F91806" w:rsidRDefault="00000000" w:rsidP="004F5CDE">
      <w:r>
        <w:t>A ping broke the silence.</w:t>
      </w:r>
      <w:r w:rsidR="00275F3B">
        <w:t xml:space="preserve"> </w:t>
      </w:r>
      <w:r>
        <w:t>Both of us turned to her phone.</w:t>
      </w:r>
      <w:r w:rsidR="00275F3B">
        <w:t xml:space="preserve"> </w:t>
      </w:r>
      <w:r>
        <w:t>Another message.</w:t>
      </w:r>
    </w:p>
    <w:p w14:paraId="6C768919" w14:textId="77777777" w:rsidR="00F91806" w:rsidRDefault="00000000" w:rsidP="004F5CDE">
      <w:r>
        <w:t>UNKNOWN: You’re already too late.</w:t>
      </w:r>
    </w:p>
    <w:p w14:paraId="57C18DC9" w14:textId="16DBBD6F" w:rsidR="00F91806" w:rsidRDefault="00000000" w:rsidP="004F5CDE">
      <w:r>
        <w:lastRenderedPageBreak/>
        <w:t>Melanie’s breath hitched.</w:t>
      </w:r>
      <w:r w:rsidR="00275F3B">
        <w:t xml:space="preserve"> </w:t>
      </w:r>
      <w:r>
        <w:t>My hands curled into fists.</w:t>
      </w:r>
      <w:r w:rsidR="00275F3B">
        <w:t xml:space="preserve"> </w:t>
      </w:r>
      <w:r>
        <w:t>A second message followed.</w:t>
      </w:r>
    </w:p>
    <w:p w14:paraId="37694C62" w14:textId="77777777" w:rsidR="00F91806" w:rsidRDefault="00000000" w:rsidP="004F5CDE">
      <w:r>
        <w:t>UNKNOWN: Check the kitchen window.</w:t>
      </w:r>
    </w:p>
    <w:p w14:paraId="242F5815" w14:textId="6490A873" w:rsidR="00F91806" w:rsidRDefault="00000000" w:rsidP="004F5CDE">
      <w:r>
        <w:t>My stomach dropped.</w:t>
      </w:r>
      <w:r w:rsidR="00275F3B">
        <w:t xml:space="preserve"> </w:t>
      </w:r>
      <w:r>
        <w:t>Melanie’s face went pale.</w:t>
      </w:r>
      <w:r w:rsidR="00275F3B">
        <w:t xml:space="preserve"> </w:t>
      </w:r>
      <w:r>
        <w:t>We turned—heart hammering—and stepped toward the curtains. Slowly. Carefully.</w:t>
      </w:r>
      <w:r w:rsidR="00275F3B">
        <w:t xml:space="preserve"> </w:t>
      </w:r>
      <w:r>
        <w:t>The streetlights outside cast long shadows, stretching across the parking lot. The glass reflected my own tense face—lips pressed into a tight line, breath too shallow.</w:t>
      </w:r>
    </w:p>
    <w:p w14:paraId="06E2E68F" w14:textId="54341DBB" w:rsidR="00F91806" w:rsidRDefault="00000000" w:rsidP="004F5CDE">
      <w:r>
        <w:t>For a second, we saw nothing.</w:t>
      </w:r>
      <w:r w:rsidR="00275F3B">
        <w:t xml:space="preserve"> </w:t>
      </w:r>
      <w:r>
        <w:t>And then—</w:t>
      </w:r>
      <w:r w:rsidR="00275F3B">
        <w:t xml:space="preserve"> </w:t>
      </w:r>
      <w:r>
        <w:t>A figure.</w:t>
      </w:r>
      <w:r w:rsidR="00275F3B">
        <w:t xml:space="preserve"> </w:t>
      </w:r>
      <w:r>
        <w:t>Standing across the street.</w:t>
      </w:r>
      <w:r w:rsidR="00275F3B">
        <w:t xml:space="preserve"> </w:t>
      </w:r>
      <w:r>
        <w:t>Still. Watching.</w:t>
      </w:r>
      <w:r w:rsidR="00275F3B">
        <w:t xml:space="preserve"> </w:t>
      </w:r>
      <w:r>
        <w:t>I sucked in a sharp breath.</w:t>
      </w:r>
      <w:r w:rsidR="006A5CC1">
        <w:t xml:space="preserve"> </w:t>
      </w:r>
      <w:r>
        <w:t>But before I could react—before I could even move—</w:t>
      </w:r>
      <w:r w:rsidR="006A5CC1">
        <w:t xml:space="preserve"> t</w:t>
      </w:r>
      <w:r>
        <w:t>hey were gone.</w:t>
      </w:r>
    </w:p>
    <w:p w14:paraId="0E7A4D78" w14:textId="17447E76" w:rsidR="00F91806" w:rsidRDefault="00000000" w:rsidP="004F5CDE">
      <w:r>
        <w:t>Melanie’s voice barely broke the silence.</w:t>
      </w:r>
      <w:r w:rsidR="009F1FA0">
        <w:t xml:space="preserve"> </w:t>
      </w:r>
      <w:r>
        <w:t>"Hannah…"</w:t>
      </w:r>
    </w:p>
    <w:p w14:paraId="2116D4CE" w14:textId="3DAFBB49" w:rsidR="00F91806" w:rsidRDefault="00000000" w:rsidP="004F5CDE">
      <w:r>
        <w:t>My pulse thundered against my ribs.</w:t>
      </w:r>
      <w:r w:rsidR="006A5CC1">
        <w:t xml:space="preserve"> </w:t>
      </w:r>
      <w:r>
        <w:t>I turned back to her, my voice steady.</w:t>
      </w:r>
    </w:p>
    <w:p w14:paraId="03EEAB38" w14:textId="77777777" w:rsidR="00F91806" w:rsidRDefault="00000000" w:rsidP="004F5CDE">
      <w:r>
        <w:t>"Get dressed."</w:t>
      </w:r>
    </w:p>
    <w:p w14:paraId="762B48A6" w14:textId="772C3818" w:rsidR="00F91806" w:rsidRDefault="00000000" w:rsidP="004F5CDE">
      <w:r>
        <w:t>"Where are we going</w:t>
      </w:r>
      <w:r w:rsidR="001B0B1E">
        <w:t>?</w:t>
      </w:r>
      <w:r>
        <w:t>," I asked in disbelief.</w:t>
      </w:r>
    </w:p>
    <w:p w14:paraId="758F092E" w14:textId="028C2DBC" w:rsidR="00F91806" w:rsidRDefault="00000000" w:rsidP="004F5CDE">
      <w:r>
        <w:t xml:space="preserve">"To see </w:t>
      </w:r>
      <w:r w:rsidR="00400041">
        <w:t>Candice</w:t>
      </w:r>
      <w:r>
        <w:t>."</w:t>
      </w:r>
    </w:p>
    <w:p w14:paraId="007719AC" w14:textId="77777777" w:rsidR="000D1BEE" w:rsidRDefault="000D1BEE" w:rsidP="004F5CDE"/>
    <w:p w14:paraId="731C64AE" w14:textId="77777777" w:rsidR="000D1BEE" w:rsidRDefault="000D1BEE" w:rsidP="004F5CDE"/>
    <w:p w14:paraId="0B6013BD" w14:textId="77777777" w:rsidR="00F91806" w:rsidRDefault="00000000" w:rsidP="001F1A4D">
      <w:pPr>
        <w:pStyle w:val="Heading1"/>
      </w:pPr>
      <w:bookmarkStart w:id="62" w:name="_Toc189281353"/>
      <w:r>
        <w:t>Chapter 39: Firestarter</w:t>
      </w:r>
      <w:bookmarkEnd w:id="62"/>
    </w:p>
    <w:p w14:paraId="6986B118" w14:textId="77777777" w:rsidR="001F1A4D" w:rsidRDefault="001F1A4D" w:rsidP="004F5CDE"/>
    <w:p w14:paraId="1975A7D6" w14:textId="45DE29AB" w:rsidR="00F91806" w:rsidRDefault="00000000" w:rsidP="004F5CDE">
      <w:r>
        <w:t xml:space="preserve">The second I heard </w:t>
      </w:r>
      <w:r w:rsidR="00400041">
        <w:t>Candice</w:t>
      </w:r>
      <w:r>
        <w:t>’s name</w:t>
      </w:r>
      <w:r w:rsidR="00A43AFF">
        <w:t xml:space="preserve"> again</w:t>
      </w:r>
      <w:r>
        <w:t>, I snapped.</w:t>
      </w:r>
      <w:r w:rsidR="00275F3B">
        <w:t xml:space="preserve"> </w:t>
      </w:r>
      <w:r>
        <w:t>It was like I had been thrown into a different life, a different story—one I hadn’t agreed to. One where my girlfriend wasn’t who I thought she was. Where her past wasn’t just a shadow, but a wildfire, burning beneath my feet this whole time.</w:t>
      </w:r>
    </w:p>
    <w:p w14:paraId="51B48B31" w14:textId="6729DCDE" w:rsidR="00F91806" w:rsidRDefault="00000000" w:rsidP="004F5CDE">
      <w:r>
        <w:t xml:space="preserve">And </w:t>
      </w:r>
      <w:r w:rsidR="00400041">
        <w:t>Candice</w:t>
      </w:r>
      <w:r>
        <w:t>?</w:t>
      </w:r>
    </w:p>
    <w:p w14:paraId="4FCA2301" w14:textId="629D810A" w:rsidR="001F1A4D" w:rsidRDefault="00400041" w:rsidP="004F5CDE">
      <w:r>
        <w:t>Candice had known.</w:t>
      </w:r>
    </w:p>
    <w:p w14:paraId="164CB776" w14:textId="3EC2BC9A" w:rsidR="00F91806" w:rsidRDefault="00000000" w:rsidP="004F5CDE">
      <w:r>
        <w:t>The whole goddamn time.</w:t>
      </w:r>
    </w:p>
    <w:p w14:paraId="1826E97C" w14:textId="09BCA03B" w:rsidR="00F91806" w:rsidRDefault="00000000" w:rsidP="004F5CDE">
      <w:r>
        <w:lastRenderedPageBreak/>
        <w:t xml:space="preserve">As we stepped into my car, a sharp, suffocating pressure built in my chest, like I was breathing in smoke. My mind raced through every interaction, every smirk, every knowing glance </w:t>
      </w:r>
      <w:r w:rsidR="00400041">
        <w:t>Candice</w:t>
      </w:r>
      <w:r>
        <w:t xml:space="preserve"> had ever thrown my way.</w:t>
      </w:r>
    </w:p>
    <w:p w14:paraId="27D7F5B1" w14:textId="77777777" w:rsidR="00F91806" w:rsidRDefault="00000000" w:rsidP="004F5CDE">
      <w:r>
        <w:t>I felt like a fucking idiot.</w:t>
      </w:r>
    </w:p>
    <w:p w14:paraId="23AA3040" w14:textId="77777777" w:rsidR="00275F3B" w:rsidRDefault="00000000" w:rsidP="004F5CDE">
      <w:r>
        <w:t>“I can’t believe you confided in her,” I muttered, my voice hollow, gutted.</w:t>
      </w:r>
      <w:r w:rsidR="00275F3B">
        <w:t xml:space="preserve"> </w:t>
      </w:r>
    </w:p>
    <w:p w14:paraId="51AF0F2B" w14:textId="0E490DFC" w:rsidR="00F91806" w:rsidRDefault="00000000" w:rsidP="004F5CDE">
      <w:r>
        <w:t>Melanie ran a shaking hand through her hair, her breath uneven. “I didn’t have a choice, Hannah.”</w:t>
      </w:r>
    </w:p>
    <w:p w14:paraId="5E69D651" w14:textId="1A594670" w:rsidR="00F91806" w:rsidRDefault="00000000" w:rsidP="004F5CDE">
      <w:r>
        <w:t>My stomach turned to stone.</w:t>
      </w:r>
      <w:r w:rsidR="00840711">
        <w:t xml:space="preserve"> </w:t>
      </w:r>
      <w:r>
        <w:t>"How much does she know?"</w:t>
      </w:r>
    </w:p>
    <w:p w14:paraId="1D4FBEDD" w14:textId="77777777" w:rsidR="00F91806" w:rsidRDefault="00000000" w:rsidP="004F5CDE">
      <w:r>
        <w:t>Silence.</w:t>
      </w:r>
    </w:p>
    <w:p w14:paraId="5A640DA9" w14:textId="3935ED42" w:rsidR="00F91806" w:rsidRDefault="00000000" w:rsidP="004F5CDE">
      <w:r>
        <w:t>Melanie looked away. Ice slid down my spine, wrapping around my ribs like a vice.</w:t>
      </w:r>
      <w:r w:rsidR="00303668">
        <w:t xml:space="preserve"> </w:t>
      </w:r>
      <w:r>
        <w:t>That was the only answer I needed.</w:t>
      </w:r>
      <w:r w:rsidR="00275F3B">
        <w:t xml:space="preserve"> </w:t>
      </w:r>
      <w:r>
        <w:t>“Everything, of course,” I muttered bitterly. “Or just enough to have complete power over you?”</w:t>
      </w:r>
    </w:p>
    <w:p w14:paraId="6AAB28E2" w14:textId="1AD2D94C" w:rsidR="00651E0F" w:rsidRPr="00651E0F" w:rsidRDefault="00000000" w:rsidP="004F5CDE">
      <w:pPr>
        <w:rPr>
          <w:i/>
          <w:iCs/>
        </w:rPr>
      </w:pPr>
      <w:r>
        <w:t>She hesitated.</w:t>
      </w:r>
      <w:r w:rsidR="00275F3B">
        <w:t xml:space="preserve"> </w:t>
      </w:r>
      <w:r>
        <w:t>And that? The hesitation itself was a confession.</w:t>
      </w:r>
      <w:r w:rsidR="00275F3B">
        <w:t xml:space="preserve"> </w:t>
      </w:r>
      <w:r>
        <w:t>I let out a sharp, bitter laugh</w:t>
      </w:r>
      <w:r w:rsidR="00A50376">
        <w:t xml:space="preserve"> as </w:t>
      </w:r>
      <w:r>
        <w:t>I pressed my hands into my temples, my breath ragged. “That’s why she’s been so goddamn smug around me, isn’t it?”</w:t>
      </w:r>
    </w:p>
    <w:p w14:paraId="504C594C" w14:textId="7B10BD07" w:rsidR="00F91806" w:rsidRDefault="00400041" w:rsidP="004F5CDE">
      <w:r>
        <w:t>Candice never had to play detective.</w:t>
      </w:r>
      <w:r w:rsidR="00F97DBC">
        <w:t xml:space="preserve"> </w:t>
      </w:r>
      <w:r>
        <w:t>She already knew the answer.</w:t>
      </w:r>
      <w:r w:rsidR="00275F3B">
        <w:t xml:space="preserve"> </w:t>
      </w:r>
      <w:r>
        <w:t>Melanie wrapped her arms around herself, like she was physically shrinking under the weight of everything. “I didn't think it would come back. I didn’t think—”</w:t>
      </w:r>
    </w:p>
    <w:p w14:paraId="1C0AA0E9" w14:textId="2461155D" w:rsidR="00F91806" w:rsidRDefault="00000000" w:rsidP="004F5CDE">
      <w:r>
        <w:t xml:space="preserve">“Well, it did.” My voice cut like a blade. “And now someone else knows, Melanie. Someone who isn’t </w:t>
      </w:r>
      <w:r w:rsidR="00400041">
        <w:t>Candice</w:t>
      </w:r>
      <w:r>
        <w:t>.”</w:t>
      </w:r>
    </w:p>
    <w:p w14:paraId="4E234510" w14:textId="04688A2C" w:rsidR="00F91806" w:rsidRDefault="00000000" w:rsidP="004F5CDE">
      <w:r>
        <w:t>Her head dipped forward, her entire body trembling, tears flowing from her eyes now.</w:t>
      </w:r>
      <w:r w:rsidR="00275F3B">
        <w:t xml:space="preserve"> </w:t>
      </w:r>
      <w:r>
        <w:t>I yanked out my phone, my hands shaking as I typed.</w:t>
      </w:r>
    </w:p>
    <w:p w14:paraId="3A1D66FB" w14:textId="7B9C3B64" w:rsidR="00F91806" w:rsidRDefault="00000000" w:rsidP="004F5CDE">
      <w:r>
        <w:t xml:space="preserve">Me: </w:t>
      </w:r>
      <w:r w:rsidR="00BB7014">
        <w:t>“</w:t>
      </w:r>
      <w:r>
        <w:t>What do you want?</w:t>
      </w:r>
      <w:r w:rsidR="00BB7014">
        <w:t>”</w:t>
      </w:r>
    </w:p>
    <w:p w14:paraId="150481CE" w14:textId="77777777" w:rsidR="00F91806" w:rsidRDefault="00000000" w:rsidP="004F5CDE">
      <w:r>
        <w:t>Delivered. Read.</w:t>
      </w:r>
    </w:p>
    <w:p w14:paraId="68F46E69" w14:textId="77777777" w:rsidR="00F91806" w:rsidRDefault="00000000" w:rsidP="004F5CDE">
      <w:r>
        <w:t>No response.</w:t>
      </w:r>
    </w:p>
    <w:p w14:paraId="55B9E55A" w14:textId="5500E740" w:rsidR="00F91806" w:rsidRDefault="00000000" w:rsidP="004F5CDE">
      <w:r>
        <w:t>A slow, paralyzing weight again settled in my chest.</w:t>
      </w:r>
      <w:r w:rsidR="00275F3B">
        <w:t xml:space="preserve"> </w:t>
      </w:r>
      <w:r>
        <w:t>This wasn’t about money.</w:t>
      </w:r>
      <w:r w:rsidR="00F97DBC">
        <w:t xml:space="preserve"> </w:t>
      </w:r>
      <w:r>
        <w:t>If it were, we would have already gotten a demand.</w:t>
      </w:r>
      <w:r w:rsidR="00275F3B">
        <w:t xml:space="preserve"> </w:t>
      </w:r>
      <w:r>
        <w:t>This was something else.</w:t>
      </w:r>
      <w:r w:rsidR="00275F3B">
        <w:t xml:space="preserve"> </w:t>
      </w:r>
      <w:r>
        <w:t>Retribution</w:t>
      </w:r>
      <w:r w:rsidR="00F97DBC">
        <w:t>?</w:t>
      </w:r>
      <w:r w:rsidR="00275F3B">
        <w:t xml:space="preserve"> </w:t>
      </w:r>
      <w:r>
        <w:t>I turned to Melanie, my pulse hammering in my skull. “Do you think it's him?”</w:t>
      </w:r>
    </w:p>
    <w:p w14:paraId="57A0A3A2" w14:textId="77777777" w:rsidR="00F91806" w:rsidRDefault="00000000" w:rsidP="004F5CDE">
      <w:r>
        <w:t>Her lips parted.</w:t>
      </w:r>
    </w:p>
    <w:p w14:paraId="48B253F2" w14:textId="77777777" w:rsidR="00F91806" w:rsidRDefault="00000000" w:rsidP="004F5CDE">
      <w:r>
        <w:lastRenderedPageBreak/>
        <w:t>Nothing came out.</w:t>
      </w:r>
    </w:p>
    <w:p w14:paraId="7C4B3970" w14:textId="77777777" w:rsidR="00F91806" w:rsidRDefault="00000000" w:rsidP="004F5CDE">
      <w:r>
        <w:t>That silence again?</w:t>
      </w:r>
    </w:p>
    <w:p w14:paraId="787B584E" w14:textId="6236F042" w:rsidR="00F91806" w:rsidRDefault="00000000" w:rsidP="004F5CDE">
      <w:r>
        <w:t>That was the worst answer of all.</w:t>
      </w:r>
      <w:r w:rsidR="00275F3B">
        <w:t xml:space="preserve"> </w:t>
      </w:r>
      <w:r>
        <w:t xml:space="preserve">Because if Nick was alive—if he had survived that fire, assuming he was even </w:t>
      </w:r>
      <w:r w:rsidR="007305CF">
        <w:t>there</w:t>
      </w:r>
      <w:r>
        <w:t>—</w:t>
      </w:r>
      <w:r w:rsidR="00275F3B">
        <w:t>i</w:t>
      </w:r>
      <w:r>
        <w:t>f he had spent four years waiting…Then he wasn’t just chasing Melanie.</w:t>
      </w:r>
      <w:r w:rsidR="00275F3B">
        <w:t xml:space="preserve"> </w:t>
      </w:r>
      <w:r>
        <w:t>He wanted her to burn.</w:t>
      </w:r>
    </w:p>
    <w:p w14:paraId="2EF79AE7" w14:textId="4FCA6ED9" w:rsidR="00F91806" w:rsidRDefault="00000000" w:rsidP="004F5CDE">
      <w:r>
        <w:t xml:space="preserve">Melanie’s snapped up, her voice confident despite the crackle: “Enough,” she choked out, desperate now, furious. “We need to find </w:t>
      </w:r>
      <w:r w:rsidR="00400041">
        <w:t>Candice</w:t>
      </w:r>
      <w:r>
        <w:t>. Now.”</w:t>
      </w:r>
    </w:p>
    <w:p w14:paraId="3705CD6D" w14:textId="77777777" w:rsidR="000D1BEE" w:rsidRDefault="000D1BEE" w:rsidP="004F5CDE"/>
    <w:p w14:paraId="6BE96076" w14:textId="77777777" w:rsidR="000D1BEE" w:rsidRDefault="000D1BEE" w:rsidP="004F5CDE"/>
    <w:p w14:paraId="189F5B00" w14:textId="77777777" w:rsidR="00F91806" w:rsidRDefault="00000000" w:rsidP="001F1A4D">
      <w:pPr>
        <w:pStyle w:val="Heading1"/>
      </w:pPr>
      <w:bookmarkStart w:id="63" w:name="_Toc189281354"/>
      <w:r>
        <w:t>Chapter 40: Twisting the Knife</w:t>
      </w:r>
      <w:bookmarkEnd w:id="63"/>
      <w:r>
        <w:t xml:space="preserve"> </w:t>
      </w:r>
    </w:p>
    <w:p w14:paraId="58EC3CD1" w14:textId="77777777" w:rsidR="001F1A4D" w:rsidRDefault="001F1A4D" w:rsidP="004F5CDE"/>
    <w:p w14:paraId="557D5FBC" w14:textId="77777777" w:rsidR="005E2706" w:rsidRDefault="00000000" w:rsidP="004F5CDE">
      <w:r>
        <w:t>Twist Nightclub again. A neon-drenched hellscape of flashing lights, sweaty bodies, and a bass</w:t>
      </w:r>
      <w:r w:rsidR="00CC6D25">
        <w:t xml:space="preserve"> </w:t>
      </w:r>
      <w:r>
        <w:t>line that felt more like a heartbeat than a song. This time, the air reeked of spilled vodka, cheap perfume, and desperation.</w:t>
      </w:r>
      <w:r w:rsidR="00275F3B">
        <w:t xml:space="preserve"> </w:t>
      </w:r>
    </w:p>
    <w:p w14:paraId="4A4A4484" w14:textId="1FA0B331" w:rsidR="00F91806" w:rsidRDefault="00400041" w:rsidP="004F5CDE">
      <w:r>
        <w:t>Candice was exactly where we expected her to be—lounging at the bar like she owned the place, smirking over a neon-pink cocktail. Like the walls weren’t closing in. Like the past wasn’t bleeding into the present.</w:t>
      </w:r>
      <w:r w:rsidR="005E2706">
        <w:t xml:space="preserve"> </w:t>
      </w:r>
      <w:r w:rsidR="00000000">
        <w:t>She saw us before we even sat down. And of course, she smiled.</w:t>
      </w:r>
      <w:r w:rsidR="00642014">
        <w:t xml:space="preserve"> </w:t>
      </w:r>
      <w:r w:rsidR="00000000">
        <w:t>“Wow,” she mused, stirring her drink lazily. “Someone looks like they just found out a dirty little secret.”</w:t>
      </w:r>
    </w:p>
    <w:p w14:paraId="22A51755" w14:textId="21997A9E" w:rsidR="00F91806" w:rsidRDefault="00000000" w:rsidP="004F5CDE">
      <w:r>
        <w:t>I slid into the booth across from her, my patience already worn to threads. I wasn’t playing tonight. Melanie remained totally silent.</w:t>
      </w:r>
      <w:r w:rsidR="00275F3B">
        <w:t xml:space="preserve"> </w:t>
      </w:r>
      <w:r>
        <w:t xml:space="preserve">"Cut the shit, </w:t>
      </w:r>
      <w:r w:rsidR="00400041">
        <w:t>Candice</w:t>
      </w:r>
      <w:r>
        <w:t>. Tell me what you know."</w:t>
      </w:r>
    </w:p>
    <w:p w14:paraId="327CEECC" w14:textId="63548835" w:rsidR="00F91806" w:rsidRDefault="00400041" w:rsidP="004F5CDE">
      <w:r>
        <w:t>Candice tilted her head, eyes gleaming like a cat toying with a wounded bird. "About what, babe?"</w:t>
      </w:r>
    </w:p>
    <w:p w14:paraId="5BF10C9B" w14:textId="24D3C1C6" w:rsidR="00F91806" w:rsidRDefault="00000000" w:rsidP="004F5CDE">
      <w:r>
        <w:t>My hands curled into fists under the table. She was enjoying this.</w:t>
      </w:r>
      <w:r w:rsidR="00593103">
        <w:t xml:space="preserve"> </w:t>
      </w:r>
      <w:r>
        <w:t>"The fire." My voice came out sharp, cold.</w:t>
      </w:r>
    </w:p>
    <w:p w14:paraId="6E1B9E44" w14:textId="16AAB0DB" w:rsidR="00F91806" w:rsidRDefault="00400041" w:rsidP="004F5CDE">
      <w:r>
        <w:t>Candice didn’t flinch. Didn’t blink. Just kept stirring her drink, ice clinking softly, like I’d just asked her about the weather.</w:t>
      </w:r>
      <w:r w:rsidR="00275F3B">
        <w:t xml:space="preserve"> </w:t>
      </w:r>
      <w:r>
        <w:t>"You’re gonna have to be more specific," she said, voice dripping boredom.</w:t>
      </w:r>
    </w:p>
    <w:p w14:paraId="7EA9001B" w14:textId="5F91062D" w:rsidR="00F91806" w:rsidRDefault="00000000" w:rsidP="004F5CDE">
      <w:r>
        <w:lastRenderedPageBreak/>
        <w:t>A hot spike of rage shot through me.</w:t>
      </w:r>
      <w:r w:rsidR="0051305D">
        <w:t xml:space="preserve"> </w:t>
      </w:r>
      <w:r>
        <w:t xml:space="preserve">I slammed my hands onto the table. Hard. Glasses rattled. The thud barely cut through the music, but </w:t>
      </w:r>
      <w:r w:rsidR="00400041">
        <w:t>Candice</w:t>
      </w:r>
      <w:r>
        <w:t>’s smirk twitched—just for a second.</w:t>
      </w:r>
      <w:r w:rsidR="00275F3B">
        <w:t xml:space="preserve"> </w:t>
      </w:r>
      <w:r>
        <w:t>"You knew," I said, my voice like a blade. "You’ve known this whole time."</w:t>
      </w:r>
    </w:p>
    <w:p w14:paraId="2C874591" w14:textId="6075DE58" w:rsidR="00F91806" w:rsidRDefault="00400041" w:rsidP="004F5CDE">
      <w:r>
        <w:t>Candice leaned back, her fingers tapping rhythmically against the rim of her glass.</w:t>
      </w:r>
      <w:r w:rsidR="00642014">
        <w:t xml:space="preserve"> </w:t>
      </w:r>
      <w:r>
        <w:t>"Lots of things I know, babe." Another sip. Slow. Calculated. "You’ll have to narrow it down."</w:t>
      </w:r>
    </w:p>
    <w:p w14:paraId="65F43FF6" w14:textId="01D79AE0" w:rsidR="00F91806" w:rsidRDefault="00000000" w:rsidP="004F5CDE">
      <w:r>
        <w:t>I wanted to reach across the table and shake her.</w:t>
      </w:r>
      <w:r w:rsidR="00593103">
        <w:t xml:space="preserve"> </w:t>
      </w:r>
      <w:r>
        <w:t>"Did you send the texts</w:t>
      </w:r>
      <w:r w:rsidR="00593103">
        <w:t>!</w:t>
      </w:r>
      <w:r>
        <w:t>?" I demanded.</w:t>
      </w:r>
    </w:p>
    <w:p w14:paraId="41AFE5B9" w14:textId="60753F31" w:rsidR="00F91806" w:rsidRDefault="00400041" w:rsidP="004F5CDE">
      <w:r>
        <w:t>Candice grinned.</w:t>
      </w:r>
      <w:r w:rsidR="00593103">
        <w:t xml:space="preserve"> </w:t>
      </w:r>
      <w:r>
        <w:t>"What texts?"</w:t>
      </w:r>
    </w:p>
    <w:p w14:paraId="64CB08EC" w14:textId="183A3595" w:rsidR="00F91806" w:rsidRDefault="00000000" w:rsidP="004F5CDE">
      <w:r>
        <w:t>My blood went cold.</w:t>
      </w:r>
      <w:r w:rsidR="00275F3B">
        <w:t xml:space="preserve"> </w:t>
      </w:r>
      <w:r>
        <w:t>She’s lying.</w:t>
      </w:r>
      <w:r w:rsidR="00275F3B">
        <w:t xml:space="preserve"> </w:t>
      </w:r>
      <w:r>
        <w:t>But not about that.</w:t>
      </w:r>
      <w:r w:rsidR="00275F3B">
        <w:t xml:space="preserve"> </w:t>
      </w:r>
      <w:r>
        <w:t xml:space="preserve">I forced my voice steady. "Who else knows, </w:t>
      </w:r>
      <w:r w:rsidR="00400041">
        <w:t>Candice</w:t>
      </w:r>
      <w:r>
        <w:t>?"</w:t>
      </w:r>
    </w:p>
    <w:p w14:paraId="166F1BF7" w14:textId="37E0E443" w:rsidR="00F91806" w:rsidRDefault="00000000" w:rsidP="004F5CDE">
      <w:r>
        <w:t>She set her drink down, finally looking at me. Really looking at me.</w:t>
      </w:r>
      <w:r w:rsidR="00642014">
        <w:t xml:space="preserve"> </w:t>
      </w:r>
      <w:r>
        <w:t>And just like that—the smirk was gone.</w:t>
      </w:r>
      <w:r w:rsidR="00275F3B">
        <w:t xml:space="preserve"> </w:t>
      </w:r>
      <w:r>
        <w:t>“Now,” she murmured, tilting her head, “that’s the real question, isn’t it?”</w:t>
      </w:r>
    </w:p>
    <w:p w14:paraId="2AA6C0D1" w14:textId="40C5218C" w:rsidR="00F91806" w:rsidRDefault="00000000" w:rsidP="004F5CDE">
      <w:r>
        <w:t>The hairs on the back of my neck stood up.</w:t>
      </w:r>
      <w:r w:rsidR="00593103">
        <w:t xml:space="preserve"> </w:t>
      </w:r>
      <w:r>
        <w:t>I leaned in, lowering my voice. "Is Nick alive?"</w:t>
      </w:r>
    </w:p>
    <w:p w14:paraId="262A283C" w14:textId="7F1BF10D" w:rsidR="00F91806" w:rsidRDefault="00000000" w:rsidP="004F5CDE">
      <w:r>
        <w:t xml:space="preserve">For the first time, </w:t>
      </w:r>
      <w:r w:rsidR="00400041">
        <w:t>Candice</w:t>
      </w:r>
      <w:r>
        <w:t xml:space="preserve"> reacted.</w:t>
      </w:r>
      <w:r w:rsidR="00593103">
        <w:t xml:space="preserve"> </w:t>
      </w:r>
      <w:r>
        <w:t>A flicker of something—panic, fear, doubt. It was gone in an instant, but I saw it.</w:t>
      </w:r>
      <w:r w:rsidR="00642014">
        <w:t xml:space="preserve"> </w:t>
      </w:r>
      <w:r>
        <w:t>And that’s when I knew.</w:t>
      </w:r>
    </w:p>
    <w:p w14:paraId="3A565945" w14:textId="25CE810E" w:rsidR="00F91806" w:rsidRDefault="00400041" w:rsidP="004F5CDE">
      <w:r>
        <w:t>Candice was scared.</w:t>
      </w:r>
    </w:p>
    <w:p w14:paraId="1DAB6CE2" w14:textId="77777777" w:rsidR="00F91806" w:rsidRDefault="00000000" w:rsidP="004F5CDE">
      <w:r>
        <w:t>I pressed harder. "What the hell did you do?"</w:t>
      </w:r>
    </w:p>
    <w:p w14:paraId="2763FBDD" w14:textId="58665972" w:rsidR="00F91806" w:rsidRDefault="00000000" w:rsidP="004F5CDE">
      <w:r>
        <w:t>She let out a breathy laugh. But this one wasn’t amused. It was tight. Forced.</w:t>
      </w:r>
      <w:r w:rsidR="00642014">
        <w:t xml:space="preserve"> </w:t>
      </w:r>
      <w:r>
        <w:t>“Oh, babe,” she murmured. “You think I started this?”</w:t>
      </w:r>
      <w:r w:rsidR="00275F3B">
        <w:t xml:space="preserve"> </w:t>
      </w:r>
      <w:r>
        <w:t>She placed her drink down, ice clinking against the glass.</w:t>
      </w:r>
      <w:r w:rsidR="00642014">
        <w:t xml:space="preserve"> </w:t>
      </w:r>
      <w:r>
        <w:t>"I’m trying to protect Melanie."</w:t>
      </w:r>
    </w:p>
    <w:p w14:paraId="64E1251E" w14:textId="613FBD42" w:rsidR="00F91806" w:rsidRDefault="00000000" w:rsidP="004F5CDE">
      <w:r>
        <w:t>The words hit like a sledgehammer.</w:t>
      </w:r>
      <w:r w:rsidR="00642014">
        <w:t xml:space="preserve"> </w:t>
      </w:r>
      <w:r>
        <w:t>I went completely still.</w:t>
      </w:r>
      <w:r w:rsidR="00593103">
        <w:t xml:space="preserve"> </w:t>
      </w:r>
      <w:r>
        <w:t>"From what?" I demanded.</w:t>
      </w:r>
    </w:p>
    <w:p w14:paraId="0CDA4EF2" w14:textId="1DA68BCA" w:rsidR="00F91806" w:rsidRDefault="00400041" w:rsidP="004F5CDE">
      <w:r>
        <w:t>Candice exhaled slowly. Rubbed a hand over her jaw, like she was debating how much to tell me.</w:t>
      </w:r>
      <w:r w:rsidR="00275F3B">
        <w:t xml:space="preserve"> </w:t>
      </w:r>
      <w:r>
        <w:t>Then, finally—</w:t>
      </w:r>
      <w:r w:rsidR="00275F3B">
        <w:t xml:space="preserve"> </w:t>
      </w:r>
      <w:r>
        <w:t>"From him."</w:t>
      </w:r>
    </w:p>
    <w:p w14:paraId="61860FF9" w14:textId="5598605B" w:rsidR="00F91806" w:rsidRDefault="00000000" w:rsidP="004F5CDE">
      <w:r>
        <w:t>A hollow pit opened in my stomach.</w:t>
      </w:r>
      <w:r w:rsidR="00275F3B">
        <w:t xml:space="preserve"> </w:t>
      </w:r>
      <w:r w:rsidR="00400041">
        <w:t>Candice leaned in, her voice barely above a whisper.</w:t>
      </w:r>
      <w:r w:rsidR="005C35BD">
        <w:t xml:space="preserve"> </w:t>
      </w:r>
      <w:r w:rsidR="00400041">
        <w:t>"Nick is alive."</w:t>
      </w:r>
      <w:r w:rsidR="00275F3B">
        <w:t xml:space="preserve"> </w:t>
      </w:r>
      <w:r>
        <w:t>A chill slithered down my spine.</w:t>
      </w:r>
    </w:p>
    <w:p w14:paraId="6F1F9CFE" w14:textId="77777777" w:rsidR="00F91806" w:rsidRDefault="00000000" w:rsidP="004F5CDE">
      <w:r>
        <w:t>"And he’s already here."</w:t>
      </w:r>
    </w:p>
    <w:p w14:paraId="369CCB03" w14:textId="77777777" w:rsidR="00275F3B" w:rsidRDefault="00275F3B" w:rsidP="004F5CDE"/>
    <w:p w14:paraId="08EF06BB" w14:textId="77777777" w:rsidR="00275F3B" w:rsidRDefault="00275F3B" w:rsidP="004F5CDE"/>
    <w:p w14:paraId="0B628223" w14:textId="77777777" w:rsidR="00F91806" w:rsidRDefault="00000000" w:rsidP="001F1A4D">
      <w:pPr>
        <w:pStyle w:val="Heading1"/>
      </w:pPr>
      <w:bookmarkStart w:id="64" w:name="_Toc189281355"/>
      <w:r>
        <w:t>Chapter 41: Ghost in the Machine</w:t>
      </w:r>
      <w:bookmarkEnd w:id="64"/>
    </w:p>
    <w:p w14:paraId="5C52EAB3" w14:textId="77777777" w:rsidR="001F1A4D" w:rsidRDefault="001F1A4D" w:rsidP="004F5CDE"/>
    <w:p w14:paraId="5A66427C" w14:textId="77777777" w:rsidR="000C041B" w:rsidRDefault="00000000" w:rsidP="004F5CDE">
      <w:r>
        <w:t>The club was too loud, too chaotic, the bass rattling my ribs like a war drum.</w:t>
      </w:r>
      <w:r w:rsidR="005C35BD">
        <w:t xml:space="preserve"> </w:t>
      </w:r>
      <w:r>
        <w:t xml:space="preserve">My mind was still catching up—Nick is alive? So said </w:t>
      </w:r>
      <w:r w:rsidR="00400041">
        <w:t>Candice</w:t>
      </w:r>
      <w:r>
        <w:t>. Melanie is in deeper than I ever realized</w:t>
      </w:r>
      <w:r w:rsidR="007E5CF8">
        <w:t>..</w:t>
      </w:r>
      <w:r>
        <w:t>.</w:t>
      </w:r>
    </w:p>
    <w:p w14:paraId="75C6BA56" w14:textId="588DFE6B" w:rsidR="00F91806" w:rsidRDefault="00400041" w:rsidP="004F5CDE">
      <w:r>
        <w:t>Candice was still watching me, but the smirk was gone. That scared me more than anything else.</w:t>
      </w:r>
      <w:r w:rsidR="007E5CF8">
        <w:t xml:space="preserve"> </w:t>
      </w:r>
      <w:r>
        <w:t>“You good, babe?”</w:t>
      </w:r>
    </w:p>
    <w:p w14:paraId="3FF93A87" w14:textId="58812C29" w:rsidR="00F91806" w:rsidRDefault="00000000" w:rsidP="004F5CDE">
      <w:r>
        <w:t>I wanted to punch her. But there wasn’t time.</w:t>
      </w:r>
      <w:r w:rsidR="000C041B">
        <w:t xml:space="preserve"> </w:t>
      </w:r>
      <w:r>
        <w:t>My phone buzzed.</w:t>
      </w:r>
    </w:p>
    <w:p w14:paraId="574710C7" w14:textId="77777777" w:rsidR="00F91806" w:rsidRDefault="00000000" w:rsidP="004F5CDE">
      <w:r>
        <w:t>UNKNOWN: Welcome to Twist.</w:t>
      </w:r>
    </w:p>
    <w:p w14:paraId="3DE0E893" w14:textId="70F6D8B0" w:rsidR="00F91806" w:rsidRDefault="00000000" w:rsidP="004F5CDE">
      <w:r>
        <w:t>My stomach turned to stone.</w:t>
      </w:r>
      <w:r w:rsidR="005C35BD">
        <w:t xml:space="preserve"> </w:t>
      </w:r>
      <w:r>
        <w:t>I barely had time to register it before—</w:t>
      </w:r>
    </w:p>
    <w:p w14:paraId="78472232" w14:textId="77777777" w:rsidR="00F91806" w:rsidRDefault="00000000" w:rsidP="004F5CDE">
      <w:r>
        <w:t>BEEP. BEEP. BEEP.</w:t>
      </w:r>
    </w:p>
    <w:p w14:paraId="1BB5D7A2" w14:textId="5A51736E" w:rsidR="00F91806" w:rsidRDefault="00000000" w:rsidP="004F5CDE">
      <w:r>
        <w:t>A fire alarm shrieked through the club.</w:t>
      </w:r>
      <w:r w:rsidR="000C041B">
        <w:t xml:space="preserve"> </w:t>
      </w:r>
      <w:r>
        <w:t>Red and white strobes pulsed wildly, throwing chaotic shadows across the walls.</w:t>
      </w:r>
      <w:r w:rsidR="000C041B">
        <w:t xml:space="preserve"> </w:t>
      </w:r>
      <w:r>
        <w:t>People screamed. Drinks spilled. Bodies shoved toward the exits in a panicked wave.</w:t>
      </w:r>
      <w:r w:rsidR="000C041B">
        <w:t xml:space="preserve"> </w:t>
      </w:r>
      <w:r>
        <w:t>“Move! Now!” Candice shrieked.</w:t>
      </w:r>
    </w:p>
    <w:p w14:paraId="7054A398" w14:textId="68821057" w:rsidR="00F91806" w:rsidRDefault="00000000" w:rsidP="004F5CDE">
      <w:r>
        <w:t>Yet we barely made it through the crowd before I saw it—</w:t>
      </w:r>
      <w:r w:rsidR="007E5CF8">
        <w:t xml:space="preserve"> </w:t>
      </w:r>
      <w:r>
        <w:t>The real message?</w:t>
      </w:r>
      <w:r w:rsidR="007E5CF8">
        <w:t xml:space="preserve"> </w:t>
      </w:r>
      <w:r>
        <w:t>Near the entrance, right beside the bouncer’s podium, lay a small, blackened object.</w:t>
      </w:r>
      <w:r w:rsidR="000C041B">
        <w:t xml:space="preserve"> </w:t>
      </w:r>
      <w:r>
        <w:t>Deliberately placed. Perfectly positioned.</w:t>
      </w:r>
      <w:r w:rsidR="007E5CF8">
        <w:t xml:space="preserve"> </w:t>
      </w:r>
      <w:r>
        <w:t>Not just a warning. A promise.</w:t>
      </w:r>
      <w:r w:rsidR="000C041B">
        <w:t xml:space="preserve"> </w:t>
      </w:r>
      <w:r>
        <w:t>I wrenched free from Candice’s grip and ran for it.</w:t>
      </w:r>
    </w:p>
    <w:p w14:paraId="7A14E7A4" w14:textId="77777777" w:rsidR="00F91806" w:rsidRDefault="00000000" w:rsidP="004F5CDE">
      <w:r w:rsidRPr="007E5CF8">
        <w:rPr>
          <w:i/>
          <w:iCs/>
        </w:rPr>
        <w:t>A wallet</w:t>
      </w:r>
      <w:r>
        <w:t>.</w:t>
      </w:r>
    </w:p>
    <w:p w14:paraId="37888301" w14:textId="4F8D696E" w:rsidR="00F91806" w:rsidRDefault="00000000" w:rsidP="004F5CDE">
      <w:r>
        <w:t>Old. Burned along the edges. Warped from heat but still intact.</w:t>
      </w:r>
      <w:r w:rsidR="005C35BD">
        <w:t xml:space="preserve"> </w:t>
      </w:r>
      <w:r>
        <w:t>I picked it up, flipped it open—</w:t>
      </w:r>
      <w:r w:rsidR="007E5CF8">
        <w:t xml:space="preserve"> a</w:t>
      </w:r>
      <w:r>
        <w:t>nd my stomach dropped.</w:t>
      </w:r>
      <w:r w:rsidR="000C041B">
        <w:t xml:space="preserve"> </w:t>
      </w:r>
      <w:r>
        <w:t>Nick’s old driver’s license stared back at me.</w:t>
      </w:r>
      <w:r w:rsidR="005C35BD">
        <w:t xml:space="preserve"> </w:t>
      </w:r>
      <w:r>
        <w:t>My breath left me in a hard, shaky exhale.</w:t>
      </w:r>
    </w:p>
    <w:p w14:paraId="0B168C1E" w14:textId="77777777" w:rsidR="00F91806" w:rsidRDefault="00000000" w:rsidP="004F5CDE">
      <w:r>
        <w:t>Melanie’s voice was sharp. “What the hell is that!?”</w:t>
      </w:r>
    </w:p>
    <w:p w14:paraId="4B4970E2" w14:textId="2482823C" w:rsidR="00F91806" w:rsidRDefault="00000000" w:rsidP="004F5CDE">
      <w:r>
        <w:t>I turned the wallet over in my hands. Inside, tucked neatly in the cash slot, was a silver Zippo lighter.</w:t>
      </w:r>
      <w:r w:rsidR="005C35BD">
        <w:t xml:space="preserve"> </w:t>
      </w:r>
      <w:r>
        <w:t>Engraved on the front:</w:t>
      </w:r>
    </w:p>
    <w:p w14:paraId="5B7C71AE" w14:textId="77777777" w:rsidR="00F91806" w:rsidRDefault="00000000" w:rsidP="004F5CDE">
      <w:r>
        <w:t>"</w:t>
      </w:r>
      <w:r w:rsidRPr="00B8643B">
        <w:rPr>
          <w:i/>
          <w:iCs/>
        </w:rPr>
        <w:t>Some fires never go out.</w:t>
      </w:r>
      <w:r>
        <w:t>"</w:t>
      </w:r>
    </w:p>
    <w:p w14:paraId="753345AA" w14:textId="03B01421" w:rsidR="00F91806" w:rsidRDefault="00000000" w:rsidP="004F5CDE">
      <w:r>
        <w:lastRenderedPageBreak/>
        <w:t>The blood in my veins turned to ice.</w:t>
      </w:r>
      <w:r w:rsidR="000C041B">
        <w:t xml:space="preserve"> </w:t>
      </w:r>
      <w:r w:rsidR="00400041">
        <w:t>Candice was now staring at it as well. Her lips parted slightly.</w:t>
      </w:r>
      <w:r w:rsidR="007E5CF8">
        <w:t xml:space="preserve"> </w:t>
      </w:r>
      <w:r w:rsidR="00400041">
        <w:t>“Okay,” she said, voice hollow, “That’s not fucking good.”</w:t>
      </w:r>
    </w:p>
    <w:p w14:paraId="27E52564" w14:textId="3B841398" w:rsidR="00F91806" w:rsidRDefault="00000000" w:rsidP="004F5CDE">
      <w:r>
        <w:t>I swallowed hard.</w:t>
      </w:r>
      <w:r w:rsidR="000C041B">
        <w:t xml:space="preserve"> </w:t>
      </w:r>
      <w:r>
        <w:t>This wasn’t just a threat.</w:t>
      </w:r>
      <w:r w:rsidR="000C041B">
        <w:t xml:space="preserve"> </w:t>
      </w:r>
      <w:r>
        <w:t>It was a signature.</w:t>
      </w:r>
      <w:r w:rsidR="000C041B">
        <w:t xml:space="preserve"> </w:t>
      </w:r>
      <w:r>
        <w:t>Nick wasn’t sending messages from the shadows anymore.</w:t>
      </w:r>
      <w:r w:rsidR="000C041B">
        <w:t xml:space="preserve"> </w:t>
      </w:r>
      <w:r>
        <w:t>He was announcing himself.</w:t>
      </w:r>
      <w:r w:rsidR="000C041B">
        <w:t xml:space="preserve"> </w:t>
      </w:r>
      <w:r>
        <w:t xml:space="preserve">I turned to </w:t>
      </w:r>
      <w:r w:rsidR="00400041">
        <w:t>Candice</w:t>
      </w:r>
      <w:r>
        <w:t>.</w:t>
      </w:r>
      <w:r w:rsidR="000C041B">
        <w:t xml:space="preserve"> </w:t>
      </w:r>
      <w:r>
        <w:t>"We need to get the fuck out of here. Now."</w:t>
      </w:r>
    </w:p>
    <w:p w14:paraId="51B9B90D" w14:textId="70C453F0" w:rsidR="00F91806" w:rsidRDefault="00400041" w:rsidP="004F5CDE">
      <w:r>
        <w:t>Candice didn’t argue. Didn’t even hesitate.</w:t>
      </w:r>
      <w:r w:rsidR="000C041B">
        <w:t xml:space="preserve"> </w:t>
      </w:r>
      <w:r>
        <w:t>Because she knew.</w:t>
      </w:r>
      <w:r w:rsidR="000C041B">
        <w:t xml:space="preserve"> </w:t>
      </w:r>
      <w:r>
        <w:t>This wasn’t Nick’s real move.</w:t>
      </w:r>
      <w:r w:rsidR="000C041B">
        <w:t xml:space="preserve"> </w:t>
      </w:r>
      <w:r>
        <w:t>It was just the opening act.</w:t>
      </w:r>
      <w:r w:rsidR="000C041B">
        <w:t xml:space="preserve"> </w:t>
      </w:r>
      <w:r>
        <w:t>And the next time?</w:t>
      </w:r>
    </w:p>
    <w:p w14:paraId="5CFD0F46" w14:textId="77777777" w:rsidR="00F91806" w:rsidRDefault="00000000" w:rsidP="004F5CDE">
      <w:r>
        <w:t>He wouldn’t be leaving just hints.</w:t>
      </w:r>
    </w:p>
    <w:p w14:paraId="4A3C74E1" w14:textId="77777777" w:rsidR="00DB6324" w:rsidRDefault="00DB6324" w:rsidP="004F5CDE"/>
    <w:p w14:paraId="345BA221" w14:textId="77777777" w:rsidR="00DB6324" w:rsidRDefault="00DB6324" w:rsidP="004F5CDE"/>
    <w:p w14:paraId="7167C8ED" w14:textId="77777777" w:rsidR="00F91806" w:rsidRDefault="00000000" w:rsidP="006A698A">
      <w:pPr>
        <w:pStyle w:val="Heading1"/>
      </w:pPr>
      <w:bookmarkStart w:id="65" w:name="_Toc189281356"/>
      <w:r>
        <w:t>Chapter 42: Patient Predator</w:t>
      </w:r>
      <w:bookmarkEnd w:id="65"/>
    </w:p>
    <w:p w14:paraId="0BC17EAD" w14:textId="77777777" w:rsidR="006A698A" w:rsidRDefault="006A698A" w:rsidP="004F5CDE"/>
    <w:p w14:paraId="4BB8F577" w14:textId="0028A7F3" w:rsidR="00F91806" w:rsidRDefault="00000000" w:rsidP="004F5CDE">
      <w:r>
        <w:t>Our car screeched into Melanie’s apartment complex, as my body thrummed with adrenaline. Inside my mind, I felt a tangled mess of equal rage, panic, and dread.</w:t>
      </w:r>
      <w:r w:rsidR="00564E6F">
        <w:t xml:space="preserve"> </w:t>
      </w:r>
      <w:r>
        <w:t>Forgoing the elevator, we sprinted rapidly up the stairs to her apartment.</w:t>
      </w:r>
      <w:r w:rsidR="00564E6F">
        <w:t xml:space="preserve"> </w:t>
      </w:r>
      <w:r>
        <w:t>But once inside, I couldn’t even sit. I couldn’t even breathe right.</w:t>
      </w:r>
      <w:r w:rsidR="009C2E12">
        <w:t xml:space="preserve"> </w:t>
      </w:r>
      <w:r>
        <w:t>Pacing the large, living room floor, my pulse still hammered—every muscle in my body was coiled, ready to snap.</w:t>
      </w:r>
    </w:p>
    <w:p w14:paraId="4E935C5C" w14:textId="7F40EB6B" w:rsidR="00F91806" w:rsidRDefault="00000000" w:rsidP="004F5CDE">
      <w:r>
        <w:t>Melanie sat on the couch, arms wrapped around herself, her expression unreadable. Silent.</w:t>
      </w:r>
      <w:r w:rsidR="00564E6F">
        <w:t xml:space="preserve"> </w:t>
      </w:r>
      <w:r w:rsidR="00400041">
        <w:t>Candice stood by the kitchen counter, drinking straight from a half-empty bottle of tequila. No smirk. No smug remarks. For once, even she wasn’t enjoying the game.</w:t>
      </w:r>
    </w:p>
    <w:p w14:paraId="064B05E6" w14:textId="77777777" w:rsidR="00F91806" w:rsidRDefault="00000000" w:rsidP="004F5CDE">
      <w:r>
        <w:t xml:space="preserve">“Obviously, he’s playing with us,” I said finally, gripping the edge of Melanie’s couch  so hard my knuckles ached. </w:t>
      </w:r>
    </w:p>
    <w:p w14:paraId="072DFF2E" w14:textId="77777777" w:rsidR="00F91806" w:rsidRDefault="00000000" w:rsidP="004F5CDE">
      <w:r>
        <w:t>“No doubt, he wanted us to find that. The wallet. The lighter. It’s a not-so-clever message.”</w:t>
      </w:r>
    </w:p>
    <w:p w14:paraId="0AA34B26" w14:textId="77777777" w:rsidR="00F91806" w:rsidRDefault="00000000" w:rsidP="004F5CDE">
      <w:r>
        <w:t>Melanie replied in a quiet, haunted voice: “Hannah, he’s not just close.” She swallowed hard. “I think he might be here.”</w:t>
      </w:r>
    </w:p>
    <w:p w14:paraId="3586B690" w14:textId="77777777" w:rsidR="00F91806" w:rsidRDefault="00000000" w:rsidP="004F5CDE">
      <w:r>
        <w:t>I shook my head, refusing to let that settle in. “No. He’s still watching. Still waiting.”</w:t>
      </w:r>
    </w:p>
    <w:p w14:paraId="0C169047" w14:textId="7B27A193" w:rsidR="00F91806" w:rsidRDefault="00400041" w:rsidP="004F5CDE">
      <w:r>
        <w:t>Candice let out a slow exhale. “And that’s worse, isn’t it?”</w:t>
      </w:r>
    </w:p>
    <w:p w14:paraId="7E3B227A" w14:textId="299D2107" w:rsidR="00F91806" w:rsidRDefault="00000000" w:rsidP="004F5CDE">
      <w:r>
        <w:lastRenderedPageBreak/>
        <w:t xml:space="preserve">She was right, but instead of addressing the question, I turned on her, the rage in my chest threatening to explode. “So, </w:t>
      </w:r>
      <w:r w:rsidR="00400041">
        <w:t>Candice</w:t>
      </w:r>
      <w:r>
        <w:t>, tell me—why the fuck have you been keeping this from me?”</w:t>
      </w:r>
    </w:p>
    <w:p w14:paraId="3DA6AB84" w14:textId="750DA20A" w:rsidR="00F91806" w:rsidRDefault="00400041" w:rsidP="004F5CDE">
      <w:r>
        <w:t>Candice sighed, leaning heavier against the counter, her grip tightening on the bottle. “Because I knew you’d react exactly like this.”</w:t>
      </w:r>
    </w:p>
    <w:p w14:paraId="3E0EB0E8" w14:textId="77777777" w:rsidR="00F91806" w:rsidRDefault="00000000" w:rsidP="004F5CDE">
      <w:r>
        <w:t>“Like what?”</w:t>
      </w:r>
    </w:p>
    <w:p w14:paraId="54A598D6" w14:textId="77777777" w:rsidR="00F91806" w:rsidRDefault="00000000" w:rsidP="004F5CDE">
      <w:r>
        <w:t>“Like you’d go full nuclear instead of thinking straight.”</w:t>
      </w:r>
    </w:p>
    <w:p w14:paraId="6FE51A70" w14:textId="77777777" w:rsidR="00F91806" w:rsidRDefault="00000000" w:rsidP="004F5CDE">
      <w:r>
        <w:t>I took a sharp step toward her, my voice like a blade. “You think I’m not thinking straight? You’ve known this entire time. About the fire. About Nick. And you still kept me in the dark?”</w:t>
      </w:r>
    </w:p>
    <w:p w14:paraId="43342C94" w14:textId="77777777" w:rsidR="00F91806" w:rsidRDefault="00000000" w:rsidP="004F5CDE">
      <w:r>
        <w:t>Her jaw tightened. “Because I was trying to fix it before it got this bad.”</w:t>
      </w:r>
    </w:p>
    <w:p w14:paraId="439F0734" w14:textId="77777777" w:rsidR="00F91806" w:rsidRDefault="00000000" w:rsidP="004F5CDE">
      <w:r>
        <w:t>I let out a sharp, humorless laugh. “Yeah? How’s that working out?”</w:t>
      </w:r>
    </w:p>
    <w:p w14:paraId="46E41CC6" w14:textId="77777777" w:rsidR="00F91806" w:rsidRDefault="00000000" w:rsidP="004F5CDE">
      <w:r>
        <w:t>Silence.</w:t>
      </w:r>
    </w:p>
    <w:p w14:paraId="3830AB53" w14:textId="77777777" w:rsidR="00F91806" w:rsidRDefault="00000000" w:rsidP="004F5CDE">
      <w:r>
        <w:t>Then, Melanie’s voice—barely above a whisper. “She’s not lying.”</w:t>
      </w:r>
    </w:p>
    <w:p w14:paraId="56A1FEF4" w14:textId="6E3EABAE" w:rsidR="00F91806" w:rsidRDefault="00000000" w:rsidP="004F5CDE">
      <w:r>
        <w:t>I snapped my gaze to her. “And you’re defending her? After everything?”</w:t>
      </w:r>
      <w:r w:rsidR="00564E6F">
        <w:t xml:space="preserve"> </w:t>
      </w:r>
      <w:r>
        <w:t>Melanie looked at me—really looked at me. And for the first time, I saw something in her eyes I hadn’t noticed before.</w:t>
      </w:r>
    </w:p>
    <w:p w14:paraId="1FBEAB03" w14:textId="77777777" w:rsidR="00F91806" w:rsidRDefault="00000000" w:rsidP="004F5CDE">
      <w:r>
        <w:t>Guilt.</w:t>
      </w:r>
    </w:p>
    <w:p w14:paraId="70B359CB" w14:textId="684F29E4" w:rsidR="00F91806" w:rsidRDefault="00400041" w:rsidP="004F5CDE">
      <w:r>
        <w:t>Candice set the bottle down with a hard thunk against the counter. “Look, you’re not the only one who’s been played here. Nick had his own insurance in case Melanie ever outplayed him.” She gestured around the room, her voice grim. “And now? We’re all caught in it.”</w:t>
      </w:r>
    </w:p>
    <w:p w14:paraId="3764E734" w14:textId="057EBC84" w:rsidR="00F91806" w:rsidRDefault="00000000" w:rsidP="004F5CDE">
      <w:r>
        <w:t>I grabbed my phone, hands shaking, “</w:t>
      </w:r>
      <w:r w:rsidR="008809E8">
        <w:t>t</w:t>
      </w:r>
      <w:r>
        <w:t>hen we stop waiting. We end this.”</w:t>
      </w:r>
      <w:r w:rsidR="00600420">
        <w:t xml:space="preserve"> </w:t>
      </w:r>
      <w:r>
        <w:t>But before I could fire off a text, a new one appeared on my screen:</w:t>
      </w:r>
    </w:p>
    <w:p w14:paraId="3506762E" w14:textId="77777777" w:rsidR="00F91806" w:rsidRDefault="00000000" w:rsidP="004F5CDE">
      <w:r>
        <w:t>UNKNOWN: Check your car.</w:t>
      </w:r>
    </w:p>
    <w:p w14:paraId="1725028B" w14:textId="2E125891" w:rsidR="00F91806" w:rsidRDefault="00000000" w:rsidP="004F5CDE">
      <w:r>
        <w:t>My stomach bottomed out.</w:t>
      </w:r>
      <w:r w:rsidR="00564E6F">
        <w:t xml:space="preserve"> </w:t>
      </w:r>
      <w:r>
        <w:t>Melanie shot up from the couch next to me. “Hannah—”</w:t>
      </w:r>
      <w:r w:rsidR="009C2E12">
        <w:t xml:space="preserve"> b</w:t>
      </w:r>
      <w:r>
        <w:t>ut I was already in motion.</w:t>
      </w:r>
      <w:r w:rsidR="00600420">
        <w:t xml:space="preserve"> </w:t>
      </w:r>
      <w:r>
        <w:t>Whatever was waiting outside, I was done hiding from it.</w:t>
      </w:r>
    </w:p>
    <w:p w14:paraId="34CA6DC4" w14:textId="77777777" w:rsidR="00DB6324" w:rsidRDefault="00DB6324" w:rsidP="004F5CDE"/>
    <w:p w14:paraId="150332B1" w14:textId="77777777" w:rsidR="00DB6324" w:rsidRDefault="00DB6324" w:rsidP="004F5CDE"/>
    <w:p w14:paraId="6BC20CD6" w14:textId="77777777" w:rsidR="00F91806" w:rsidRDefault="00000000" w:rsidP="006A698A">
      <w:pPr>
        <w:pStyle w:val="Heading1"/>
      </w:pPr>
      <w:bookmarkStart w:id="66" w:name="_Toc189281357"/>
      <w:r>
        <w:t>Chapter 43: Lazarus Man</w:t>
      </w:r>
      <w:bookmarkEnd w:id="66"/>
    </w:p>
    <w:p w14:paraId="63BD98A9" w14:textId="77777777" w:rsidR="006A698A" w:rsidRDefault="006A698A" w:rsidP="004F5CDE"/>
    <w:p w14:paraId="61D62CE0" w14:textId="134A0B8B" w:rsidR="00F91806" w:rsidRDefault="00000000" w:rsidP="004F5CDE">
      <w:r>
        <w:t>The parking garage seemed too empty, too silent. That kind of unnatural quiet that made neck hairs reflexively rise, as if something sinister was lurking.</w:t>
      </w:r>
      <w:r w:rsidR="00564E6F">
        <w:t xml:space="preserve"> </w:t>
      </w:r>
      <w:r>
        <w:t>I spotted my car immediately.</w:t>
      </w:r>
      <w:r w:rsidR="00564E6F">
        <w:t xml:space="preserve"> </w:t>
      </w:r>
      <w:r>
        <w:t>Its windshield was shattered.</w:t>
      </w:r>
      <w:r w:rsidR="00564E6F">
        <w:t xml:space="preserve"> </w:t>
      </w:r>
      <w:r>
        <w:t>I cursed under my breath while sprinting toward it; the thumping of my pulse drowning out any other sound presumably present in the lot.</w:t>
      </w:r>
    </w:p>
    <w:p w14:paraId="70846770" w14:textId="77777777" w:rsidR="00F91806" w:rsidRDefault="00000000" w:rsidP="004F5CDE">
      <w:r>
        <w:t xml:space="preserve">My hood was deeply scratched, the metal gouged like someone had taken a knife to it. A single three-letter word appeared, scratched into the front of my car: </w:t>
      </w:r>
    </w:p>
    <w:p w14:paraId="22811A44" w14:textId="77777777" w:rsidR="00F91806" w:rsidRDefault="00000000" w:rsidP="004F5CDE">
      <w:r w:rsidRPr="009C2E12">
        <w:rPr>
          <w:i/>
          <w:iCs/>
        </w:rPr>
        <w:t>RUN</w:t>
      </w:r>
      <w:r>
        <w:t>.</w:t>
      </w:r>
    </w:p>
    <w:p w14:paraId="280FE49A" w14:textId="157B9597" w:rsidR="00F91806" w:rsidRDefault="00000000" w:rsidP="004F5CDE">
      <w:r>
        <w:t>A slow, sickening chill crawled up my spine.</w:t>
      </w:r>
      <w:r w:rsidR="00564E6F">
        <w:t xml:space="preserve"> </w:t>
      </w:r>
      <w:r>
        <w:t xml:space="preserve">Behind me, Melanie let out a strangled breath as </w:t>
      </w:r>
      <w:r w:rsidR="00400041">
        <w:t>Candice</w:t>
      </w:r>
      <w:r>
        <w:t xml:space="preserve"> whistled low: “Motherfucker really has a flair for theatrics,” she muttered.</w:t>
      </w:r>
      <w:r w:rsidR="00564E6F">
        <w:t xml:space="preserve"> </w:t>
      </w:r>
      <w:r>
        <w:t>But I barely heard her.</w:t>
      </w:r>
      <w:r w:rsidR="00564E6F">
        <w:t xml:space="preserve"> </w:t>
      </w:r>
      <w:r>
        <w:t>Because my eyes were locked on what was sitting on the hood.</w:t>
      </w:r>
      <w:r w:rsidR="00564E6F">
        <w:t xml:space="preserve"> </w:t>
      </w:r>
      <w:r>
        <w:t>A burned, semi-melted phone.</w:t>
      </w:r>
    </w:p>
    <w:p w14:paraId="10E6154A" w14:textId="224B09F3" w:rsidR="00F91806" w:rsidRDefault="00000000" w:rsidP="004F5CDE">
      <w:r>
        <w:t>My throat tightened. My fingers tingled with adrenaline as I picked it up carefully. The screen was cracked, the casing blackened from heat. Curiously, it still worked, as a video queued up on the screen.</w:t>
      </w:r>
      <w:r w:rsidR="00564E6F">
        <w:t xml:space="preserve"> </w:t>
      </w:r>
      <w:r>
        <w:t>I hesitated.</w:t>
      </w:r>
      <w:r w:rsidR="00564E6F">
        <w:t xml:space="preserve"> </w:t>
      </w:r>
      <w:r>
        <w:t>Then, I pressed play.</w:t>
      </w:r>
    </w:p>
    <w:p w14:paraId="5A0B7973" w14:textId="77777777" w:rsidR="00564E6F" w:rsidRDefault="00000000" w:rsidP="004F5CDE">
      <w:r>
        <w:t>The footage was grainy, older.</w:t>
      </w:r>
      <w:r w:rsidR="00564E6F">
        <w:t xml:space="preserve"> </w:t>
      </w:r>
      <w:r>
        <w:t>Flames. Smoke. The warehouse fire.</w:t>
      </w:r>
      <w:r w:rsidR="00564E6F">
        <w:t xml:space="preserve"> </w:t>
      </w:r>
      <w:r>
        <w:t>It played in eerie silence—a nightmare unfolding in real time. The camera was positioned from the outside, a shaky recording that caught the moment the windows exploded outward in a storm of glass and fire.</w:t>
      </w:r>
      <w:r w:rsidR="00564E6F">
        <w:t xml:space="preserve"> </w:t>
      </w:r>
      <w:r>
        <w:t>The fire Melanie swore no one saw.</w:t>
      </w:r>
      <w:r w:rsidR="00564E6F">
        <w:t xml:space="preserve"> </w:t>
      </w:r>
      <w:r>
        <w:t>The one she thought she got away with.</w:t>
      </w:r>
      <w:r w:rsidR="00564E6F">
        <w:t xml:space="preserve"> </w:t>
      </w:r>
    </w:p>
    <w:p w14:paraId="05175801" w14:textId="226A1099" w:rsidR="00F91806" w:rsidRDefault="00000000" w:rsidP="004F5CDE">
      <w:r>
        <w:t>The video cut out just before the flames reached their peak. Just before the warehouse collapsed.</w:t>
      </w:r>
      <w:r w:rsidR="00317E82">
        <w:t xml:space="preserve"> </w:t>
      </w:r>
      <w:r>
        <w:t>A final message flashed across the screen.</w:t>
      </w:r>
    </w:p>
    <w:p w14:paraId="6B97D61C" w14:textId="77777777" w:rsidR="00F91806" w:rsidRDefault="00000000" w:rsidP="004F5CDE">
      <w:r>
        <w:t>SOME FIRES NEVER GO OUT.</w:t>
      </w:r>
    </w:p>
    <w:p w14:paraId="3AFDCF68" w14:textId="731B493A" w:rsidR="00F91806" w:rsidRDefault="00400041" w:rsidP="004F5CDE">
      <w:r>
        <w:t>Candice cursed loudly: “That motherfucker,” she exclaimed, while stepping closer to me.</w:t>
      </w:r>
    </w:p>
    <w:p w14:paraId="504A083A" w14:textId="5F47B867" w:rsidR="00F91806" w:rsidRDefault="00000000" w:rsidP="004F5CDE">
      <w:r>
        <w:t>My pulse pounded in my ears. My grip tightened around the melted phone.</w:t>
      </w:r>
      <w:r w:rsidR="00564E6F">
        <w:t xml:space="preserve"> </w:t>
      </w:r>
      <w:r>
        <w:t>“He’s proving a point,” I said, voice barely audible.</w:t>
      </w:r>
    </w:p>
    <w:p w14:paraId="16160F46" w14:textId="7E7FF015" w:rsidR="00F91806" w:rsidRDefault="00000000" w:rsidP="004F5CDE">
      <w:r>
        <w:lastRenderedPageBreak/>
        <w:t>Melanie was shaking.</w:t>
      </w:r>
      <w:r w:rsidR="00564E6F">
        <w:t xml:space="preserve"> </w:t>
      </w:r>
      <w:r>
        <w:t>Not just her hands.</w:t>
      </w:r>
      <w:r w:rsidR="00564E6F">
        <w:t xml:space="preserve"> </w:t>
      </w:r>
      <w:r>
        <w:t>Her entire body.</w:t>
      </w:r>
      <w:r w:rsidR="00564E6F">
        <w:t xml:space="preserve"> </w:t>
      </w:r>
      <w:r>
        <w:t>Her arms were wrapped around herself as she pressed her back against the nearest pillar, seemingly to support her from collapsing. Suddenly, she let out a slow breath, fear obviously gripping all of her: "What do we do?"</w:t>
      </w:r>
    </w:p>
    <w:p w14:paraId="358B282B" w14:textId="2B5127F5" w:rsidR="00F91806" w:rsidRDefault="00000000" w:rsidP="004F5CDE">
      <w:r>
        <w:t>I turned to her.</w:t>
      </w:r>
      <w:r w:rsidR="00564E6F">
        <w:t xml:space="preserve"> </w:t>
      </w:r>
      <w:r>
        <w:t>"Where did Nick keep his records? Where’s his leverage?"</w:t>
      </w:r>
    </w:p>
    <w:p w14:paraId="758DBE52" w14:textId="38D35CE1" w:rsidR="00F91806" w:rsidRDefault="00000000" w:rsidP="004F5CDE">
      <w:r>
        <w:t>Melanie swallowed, wiping her palms against her jeans like she was rubbing away the fear and her guilt.</w:t>
      </w:r>
      <w:r w:rsidR="00564E6F">
        <w:t xml:space="preserve"> </w:t>
      </w:r>
      <w:r>
        <w:t>She wasn’t looking at the phone.</w:t>
      </w:r>
      <w:r w:rsidR="00564E6F">
        <w:t xml:space="preserve"> </w:t>
      </w:r>
      <w:r>
        <w:t>She wasn’t looking at anything.</w:t>
      </w:r>
      <w:r w:rsidR="00564E6F">
        <w:t xml:space="preserve"> </w:t>
      </w:r>
      <w:r>
        <w:t>“The warehouse,” she said. That’s where he kept all his records.</w:t>
      </w:r>
    </w:p>
    <w:p w14:paraId="59CB4F9E" w14:textId="77777777" w:rsidR="00F91806" w:rsidRDefault="00000000" w:rsidP="004F5CDE">
      <w:r>
        <w:t>I inhaled sharply. “If there’s anything that proves he’s been alive all this time— “that’s where it would be?” I demanded.</w:t>
      </w:r>
    </w:p>
    <w:p w14:paraId="70B43AB3" w14:textId="2EC6C738" w:rsidR="00F91806" w:rsidRDefault="00400041" w:rsidP="004F5CDE">
      <w:r>
        <w:t>Candice chimed in before Melanie could answer: “We need to get there first</w:t>
      </w:r>
      <w:r w:rsidR="00566ED0">
        <w:t>!</w:t>
      </w:r>
      <w:r>
        <w:t>”</w:t>
      </w:r>
      <w:r w:rsidR="00564E6F">
        <w:t xml:space="preserve"> </w:t>
      </w:r>
      <w:r>
        <w:t>But before we could move—before we could even take a breath—</w:t>
      </w:r>
      <w:r w:rsidR="00566ED0">
        <w:t xml:space="preserve"> h</w:t>
      </w:r>
      <w:r>
        <w:t>eadlights flashed.</w:t>
      </w:r>
      <w:r w:rsidR="00566ED0">
        <w:t xml:space="preserve"> </w:t>
      </w:r>
      <w:r>
        <w:t>A car pulled up slowly, rolling to a stop just outside the glow of the overhead fluorescents.</w:t>
      </w:r>
    </w:p>
    <w:p w14:paraId="778BE569" w14:textId="484BC7CE" w:rsidR="00F91806" w:rsidRDefault="00000000" w:rsidP="004F5CDE">
      <w:r>
        <w:t>A figure leaned against the hood.</w:t>
      </w:r>
      <w:r w:rsidR="00564E6F">
        <w:t xml:space="preserve"> </w:t>
      </w:r>
      <w:r>
        <w:t>Arms crossed.</w:t>
      </w:r>
      <w:r w:rsidR="00564E6F">
        <w:t xml:space="preserve"> </w:t>
      </w:r>
      <w:r>
        <w:t>Watching.</w:t>
      </w:r>
      <w:r w:rsidR="00564E6F">
        <w:t xml:space="preserve"> </w:t>
      </w:r>
      <w:r>
        <w:t>I couldn’t see his face clearly. Not at first.</w:t>
      </w:r>
      <w:r w:rsidR="00564E6F">
        <w:t xml:space="preserve"> </w:t>
      </w:r>
      <w:r>
        <w:t>But I didn’t have to.</w:t>
      </w:r>
      <w:r w:rsidR="00564E6F">
        <w:t xml:space="preserve"> </w:t>
      </w:r>
      <w:r>
        <w:t>I already knew.</w:t>
      </w:r>
      <w:r w:rsidR="00564E6F">
        <w:t xml:space="preserve"> </w:t>
      </w:r>
      <w:r>
        <w:t>The relaxed stance. The easy confidence. The way he stood there like he’d been waiting for this exact moment. A slow smirk stretched across his face, barely visible under the flickering light.</w:t>
      </w:r>
    </w:p>
    <w:p w14:paraId="4CECDA51" w14:textId="77777777" w:rsidR="00F91806" w:rsidRDefault="00000000" w:rsidP="004F5CDE">
      <w:r w:rsidRPr="00566ED0">
        <w:rPr>
          <w:i/>
          <w:iCs/>
        </w:rPr>
        <w:t>Nick</w:t>
      </w:r>
      <w:r>
        <w:t>.</w:t>
      </w:r>
    </w:p>
    <w:p w14:paraId="2FA98189" w14:textId="3AC893C2" w:rsidR="00F91806" w:rsidRDefault="00000000" w:rsidP="004F5CDE">
      <w:r>
        <w:t>My breath hitched. Melanie grabbed my wrist, her nails painfully digging into my skin.</w:t>
      </w:r>
      <w:r w:rsidR="00564E6F">
        <w:t xml:space="preserve"> </w:t>
      </w:r>
      <w:r w:rsidR="00400041">
        <w:t>Candice cursed under her breath. "Fucking shit."</w:t>
      </w:r>
      <w:r w:rsidR="00564E6F">
        <w:t xml:space="preserve"> </w:t>
      </w:r>
      <w:r>
        <w:t>And then—Nick took a step forward.</w:t>
      </w:r>
      <w:r w:rsidR="00564E6F">
        <w:t xml:space="preserve"> </w:t>
      </w:r>
      <w:r>
        <w:t>No rush. No hesitation. Just slow, deliberate movements, like a predator enjoying the moment before the kill.</w:t>
      </w:r>
      <w:r w:rsidR="00564E6F">
        <w:t xml:space="preserve"> </w:t>
      </w:r>
      <w:r>
        <w:t>His voice cut through the silence. Smooth. Unbothered.</w:t>
      </w:r>
    </w:p>
    <w:p w14:paraId="14DB219D" w14:textId="77777777" w:rsidR="00F91806" w:rsidRDefault="00000000" w:rsidP="004F5CDE">
      <w:r>
        <w:t>“Long time no see, babe.”</w:t>
      </w:r>
    </w:p>
    <w:p w14:paraId="76CABE40" w14:textId="77777777" w:rsidR="00DB6324" w:rsidRDefault="00DB6324" w:rsidP="004F5CDE"/>
    <w:p w14:paraId="1A783D73" w14:textId="77777777" w:rsidR="00564E6F" w:rsidRDefault="00564E6F" w:rsidP="004F5CDE"/>
    <w:p w14:paraId="2123CDAC" w14:textId="77777777" w:rsidR="00F91806" w:rsidRDefault="00000000" w:rsidP="00E114B5">
      <w:pPr>
        <w:pStyle w:val="Heading1"/>
      </w:pPr>
      <w:bookmarkStart w:id="67" w:name="_Toc189281358"/>
      <w:r>
        <w:t>Chapter 44: Debt Collector</w:t>
      </w:r>
      <w:bookmarkEnd w:id="67"/>
    </w:p>
    <w:p w14:paraId="555DEFE8" w14:textId="77777777" w:rsidR="00E114B5" w:rsidRDefault="00E114B5" w:rsidP="004F5CDE"/>
    <w:p w14:paraId="19DD9C42" w14:textId="5A4337D6" w:rsidR="00F91806" w:rsidRDefault="00000000" w:rsidP="004F5CDE">
      <w:r>
        <w:t>Nick leaned against the hood of his car like he had all the time in the world. Arms crossed. Posture easy. Controlled.</w:t>
      </w:r>
      <w:r w:rsidR="00F35A39">
        <w:t xml:space="preserve"> </w:t>
      </w:r>
      <w:r>
        <w:t xml:space="preserve">But it wasn’t the kind of casual that came from </w:t>
      </w:r>
      <w:r>
        <w:lastRenderedPageBreak/>
        <w:t>comfort. This was manufactured stillness—the kind of restraint that suggested he was keeping himself just on the right side of violence.</w:t>
      </w:r>
    </w:p>
    <w:p w14:paraId="5C8D60C6" w14:textId="3B7779F3" w:rsidR="00F91806" w:rsidRDefault="00000000" w:rsidP="004F5CDE">
      <w:r>
        <w:t>The shadows didn’t quite swallow him, but they tried. He instead seemed part of them.</w:t>
      </w:r>
      <w:r w:rsidR="00CA0AF4">
        <w:t xml:space="preserve"> </w:t>
      </w:r>
      <w:r>
        <w:t>Nick’s auburn hair was tousled, like he hadn’t bothered to fix it since rolling out of bed—or out of a grave. A thin scar cut above his left brow, vanishing into his hairline. And his eyes—God, his eyes.</w:t>
      </w:r>
      <w:r w:rsidR="00F35A39">
        <w:t xml:space="preserve"> </w:t>
      </w:r>
      <w:r>
        <w:t>Sharp, winter blue. Frozen steel. Any warmth that had once lived there had burned away years ago, leaving something vacant, something uncontrolled.</w:t>
      </w:r>
    </w:p>
    <w:p w14:paraId="74FE7F71" w14:textId="38E916B0" w:rsidR="00F91806" w:rsidRDefault="00000000" w:rsidP="004F5CDE">
      <w:r>
        <w:t>Nick smirked. Slow. Deliberate. Calculated.</w:t>
      </w:r>
      <w:r w:rsidR="00EA7488">
        <w:t xml:space="preserve"> </w:t>
      </w:r>
      <w:r>
        <w:t>“Took you long enough.”</w:t>
      </w:r>
    </w:p>
    <w:p w14:paraId="65336E4F" w14:textId="1BC8A0BF" w:rsidR="00F91806" w:rsidRDefault="00000000" w:rsidP="004F5CDE">
      <w:r>
        <w:t>The words slithered down my spine.</w:t>
      </w:r>
      <w:r w:rsidR="00CA0AF4">
        <w:t xml:space="preserve"> </w:t>
      </w:r>
      <w:r>
        <w:t>Nick wasn’t just alive.</w:t>
      </w:r>
      <w:r w:rsidR="00CA0AF4">
        <w:t xml:space="preserve"> </w:t>
      </w:r>
      <w:r>
        <w:t>He had been waiting.</w:t>
      </w:r>
    </w:p>
    <w:p w14:paraId="6E20B161" w14:textId="77777777" w:rsidR="00E114B5" w:rsidRDefault="00E114B5" w:rsidP="004F5CDE"/>
    <w:p w14:paraId="1F93AFB2" w14:textId="5D34CA64" w:rsidR="00E114B5" w:rsidRPr="00A351D5" w:rsidRDefault="00304FE8" w:rsidP="006F1D3A">
      <w:pPr>
        <w:jc w:val="center"/>
        <w:rPr>
          <w:color w:val="365F91" w:themeColor="accent1" w:themeShade="BF"/>
        </w:rPr>
      </w:pPr>
      <w:r>
        <w:rPr>
          <w:rFonts w:ascii="Segoe UI Symbol" w:hAnsi="Segoe UI Symbol" w:cs="Segoe UI Symbol"/>
          <w:color w:val="365F91" w:themeColor="accent1" w:themeShade="BF"/>
        </w:rPr>
        <w:t>♞♛♞</w:t>
      </w:r>
    </w:p>
    <w:p w14:paraId="2F43330C" w14:textId="77777777" w:rsidR="00E114B5" w:rsidRDefault="00E114B5" w:rsidP="004F5CDE"/>
    <w:p w14:paraId="77E92334" w14:textId="214C776A" w:rsidR="00F91806" w:rsidRDefault="00000000" w:rsidP="004F5CDE">
      <w:r>
        <w:t>The parking garage still felt entirely too quiet, like we had just slipped into a different world. A world where ghosts came back to life.</w:t>
      </w:r>
      <w:r w:rsidR="00CA0AF4">
        <w:t xml:space="preserve"> </w:t>
      </w:r>
      <w:r>
        <w:t xml:space="preserve">Beside me, </w:t>
      </w:r>
      <w:r w:rsidR="00400041">
        <w:t>Candice</w:t>
      </w:r>
      <w:r>
        <w:t xml:space="preserve"> let out a low, dry whistle. “Well, shit.”</w:t>
      </w:r>
      <w:r w:rsidR="00CA0AF4">
        <w:t xml:space="preserve"> </w:t>
      </w:r>
      <w:r>
        <w:t>Melanie was frozen. I could feel her nails digging into my wrist, but her breathing had gone silent. Like if she made a sound, Nick would lunge.</w:t>
      </w:r>
    </w:p>
    <w:p w14:paraId="7CA1A26F" w14:textId="699A976F" w:rsidR="00F91806" w:rsidRDefault="00000000" w:rsidP="004F5CDE">
      <w:r>
        <w:t>I stepped in front of her. Instinctive. Defensive. Ready.</w:t>
      </w:r>
      <w:r w:rsidR="00CA0AF4">
        <w:t xml:space="preserve"> </w:t>
      </w:r>
      <w:r>
        <w:t>Nick noticed. And he liked it.</w:t>
      </w:r>
      <w:r w:rsidR="00EA7488">
        <w:t xml:space="preserve"> </w:t>
      </w:r>
      <w:r>
        <w:t>"Wow," he mused. "You’re just as fierce as I imagined."</w:t>
      </w:r>
      <w:r w:rsidR="00CA0AF4">
        <w:t xml:space="preserve"> </w:t>
      </w:r>
      <w:r>
        <w:t>His voice was smooth but sharp, like a silk sheet covering a blade. He took a slow step forward, measuring the distance between us.</w:t>
      </w:r>
    </w:p>
    <w:p w14:paraId="5FE17DCC" w14:textId="77777777" w:rsidR="00F91806" w:rsidRDefault="00000000" w:rsidP="004F5CDE">
      <w:r>
        <w:t>"You’ve been imagining me?" I kept my stance steady.</w:t>
      </w:r>
    </w:p>
    <w:p w14:paraId="68A3F684" w14:textId="77777777" w:rsidR="00F91806" w:rsidRDefault="00000000" w:rsidP="004F5CDE">
      <w:r>
        <w:t>Nick exhaled, shaking his head with something that looked like mock fondness. "Of course. I had to keep myself entertained these past few years." His gaze flicked to Melanie. "Besides, it’s not every day the woman who tried to kill me finds herself a new pet."</w:t>
      </w:r>
    </w:p>
    <w:p w14:paraId="0D939744" w14:textId="6F8E024E" w:rsidR="00F91806" w:rsidRDefault="00000000" w:rsidP="004F5CDE">
      <w:r>
        <w:t>Melanie flinched. Like she had been physically struck.</w:t>
      </w:r>
      <w:r w:rsidR="00CA0AF4">
        <w:t xml:space="preserve"> </w:t>
      </w:r>
      <w:r>
        <w:t>I didn’t react. Didn’t take the bait.</w:t>
      </w:r>
      <w:r w:rsidR="00921E37">
        <w:t xml:space="preserve"> </w:t>
      </w:r>
      <w:r>
        <w:t>"You were supposed to be dead," I said instead.</w:t>
      </w:r>
      <w:r w:rsidR="00CA0AF4">
        <w:t xml:space="preserve"> </w:t>
      </w:r>
    </w:p>
    <w:p w14:paraId="2EB3D974" w14:textId="62FB4077" w:rsidR="00F91806" w:rsidRDefault="00000000" w:rsidP="004F5CDE">
      <w:r>
        <w:t>Nick chuckled. "Come on, Hannah. You don’t really think a little fire could take me out, do you?"</w:t>
      </w:r>
      <w:r w:rsidR="00CA0AF4">
        <w:t xml:space="preserve"> </w:t>
      </w:r>
      <w:r>
        <w:t>The way he said my name made me want to burn something down.</w:t>
      </w:r>
      <w:r w:rsidR="00921E37">
        <w:t xml:space="preserve"> </w:t>
      </w:r>
      <w:r>
        <w:t>I took another step forward, closing the space between us. He let me. He wanted me to.</w:t>
      </w:r>
    </w:p>
    <w:p w14:paraId="44A9F721" w14:textId="77777777" w:rsidR="00F91806" w:rsidRDefault="00000000" w:rsidP="004F5CDE">
      <w:r>
        <w:lastRenderedPageBreak/>
        <w:t>"You set this all up," I said. "The texts. The fire alarm. The messages."</w:t>
      </w:r>
    </w:p>
    <w:p w14:paraId="477A8B79" w14:textId="77777777" w:rsidR="00F91806" w:rsidRDefault="00000000" w:rsidP="004F5CDE">
      <w:r>
        <w:t>His grin didn’t waver. "And you finally showed up."</w:t>
      </w:r>
    </w:p>
    <w:p w14:paraId="43457CAB" w14:textId="77777777" w:rsidR="00F91806" w:rsidRDefault="00000000" w:rsidP="004F5CDE">
      <w:r>
        <w:t>My pulse pounded against my ribs, but my voice stayed steady: "Why now? You had four years to crawl out of whatever hole you were hiding in. What changed?"</w:t>
      </w:r>
    </w:p>
    <w:p w14:paraId="521EEA50" w14:textId="2C415B4E" w:rsidR="00F91806" w:rsidRDefault="00000000" w:rsidP="004F5CDE">
      <w:r>
        <w:t>Nick tilted his head slightly, considering me.</w:t>
      </w:r>
      <w:r w:rsidR="00921E37">
        <w:t xml:space="preserve"> </w:t>
      </w:r>
      <w:r>
        <w:t>"See, that’s the thing about revenge," he mused. "It takes patience. Timing. The right pieces in the right places."</w:t>
      </w:r>
    </w:p>
    <w:p w14:paraId="12648A08" w14:textId="647845A4" w:rsidR="00F91806" w:rsidRDefault="00000000" w:rsidP="004F5CDE">
      <w:r>
        <w:t>Then, he smiled. Slow. Cruel.</w:t>
      </w:r>
      <w:r w:rsidR="00921E37">
        <w:t xml:space="preserve"> </w:t>
      </w:r>
      <w:r>
        <w:t>"And she just kept running. Making it so fun to chase her."</w:t>
      </w:r>
      <w:r w:rsidR="00CA0AF4">
        <w:t xml:space="preserve"> </w:t>
      </w:r>
      <w:r>
        <w:t>Melanie’s breath hitched behind me.</w:t>
      </w:r>
      <w:r w:rsidR="00CA0AF4">
        <w:t xml:space="preserve"> </w:t>
      </w:r>
      <w:r>
        <w:t>"But then she got comfortable," he continued. "Settled in. Thought I was gone. She got lazy. And the thing is, babe—"</w:t>
      </w:r>
    </w:p>
    <w:p w14:paraId="225D4F69" w14:textId="32A68DFA" w:rsidR="00F91806" w:rsidRDefault="00000000" w:rsidP="004F5CDE">
      <w:r>
        <w:t>Nick leaned in slightly, his voice dipping lower.</w:t>
      </w:r>
      <w:r w:rsidR="00CA0AF4">
        <w:t xml:space="preserve"> </w:t>
      </w:r>
      <w:r>
        <w:t>"I never left."</w:t>
      </w:r>
    </w:p>
    <w:p w14:paraId="7F6E9E10" w14:textId="6DE9B408" w:rsidR="00F91806" w:rsidRDefault="00000000" w:rsidP="004F5CDE">
      <w:r>
        <w:t>Something in my stomach twisted, hard, as Melanie finally found her voice. "What do you want?"</w:t>
      </w:r>
    </w:p>
    <w:p w14:paraId="315C9DF5" w14:textId="6219AAD7" w:rsidR="00F91806" w:rsidRDefault="00000000" w:rsidP="004F5CDE">
      <w:r>
        <w:t>Nick straightened, clasping his hands together, rocking back on his heels like this was just a casual business meeting.</w:t>
      </w:r>
      <w:r w:rsidR="00EA7488">
        <w:t xml:space="preserve"> </w:t>
      </w:r>
      <w:r>
        <w:t>"I want what I’m owed."</w:t>
      </w:r>
      <w:r w:rsidR="00921E37">
        <w:t xml:space="preserve"> </w:t>
      </w:r>
      <w:r>
        <w:t>His voice was too calm.</w:t>
      </w:r>
      <w:r w:rsidR="00CA0AF4">
        <w:t xml:space="preserve"> </w:t>
      </w:r>
      <w:r>
        <w:t>"And I want you to pay for what you took from me."</w:t>
      </w:r>
    </w:p>
    <w:p w14:paraId="492491D3" w14:textId="77777777" w:rsidR="00F91806" w:rsidRDefault="00000000" w:rsidP="004F5CDE">
      <w:r>
        <w:t>I stepped fully in front of Melanie now, blocking his view of her. "She doesn’t owe you shit."</w:t>
      </w:r>
    </w:p>
    <w:p w14:paraId="31DF8D2B" w14:textId="7D6212AE" w:rsidR="00F91806" w:rsidRDefault="00000000" w:rsidP="004F5CDE">
      <w:r>
        <w:t>Nick laughed, slow and knowing. "Oh, I like you." Then his voice darkened, just slightly. "Almost makes me feel bad about what’s coming next."</w:t>
      </w:r>
      <w:r w:rsidR="00CA0AF4">
        <w:t xml:space="preserve"> </w:t>
      </w:r>
      <w:r>
        <w:t>I barely had time to process his words before I caught the movement—a lone shadow shifting behind him.</w:t>
      </w:r>
    </w:p>
    <w:p w14:paraId="6837771F" w14:textId="77777777" w:rsidR="00F91806" w:rsidRDefault="00000000" w:rsidP="004F5CDE">
      <w:r>
        <w:t>Too late.</w:t>
      </w:r>
    </w:p>
    <w:p w14:paraId="32E1CB8F" w14:textId="77777777" w:rsidR="00F91806" w:rsidRDefault="00000000" w:rsidP="004F5CDE">
      <w:r>
        <w:t>The shadow lunged.</w:t>
      </w:r>
    </w:p>
    <w:p w14:paraId="0D556F09" w14:textId="77777777" w:rsidR="006F1D3A" w:rsidRDefault="006F1D3A" w:rsidP="004F5CDE"/>
    <w:p w14:paraId="14BAB0F9" w14:textId="7770EE49" w:rsidR="00E114B5" w:rsidRPr="00A351D5" w:rsidRDefault="00304FE8" w:rsidP="006F1D3A">
      <w:pPr>
        <w:jc w:val="center"/>
        <w:rPr>
          <w:color w:val="365F91" w:themeColor="accent1" w:themeShade="BF"/>
        </w:rPr>
      </w:pPr>
      <w:r>
        <w:rPr>
          <w:rFonts w:ascii="Segoe UI Symbol" w:hAnsi="Segoe UI Symbol" w:cs="Segoe UI Symbol"/>
          <w:color w:val="365F91" w:themeColor="accent1" w:themeShade="BF"/>
        </w:rPr>
        <w:t>♞♛♞</w:t>
      </w:r>
    </w:p>
    <w:p w14:paraId="4517ADC1" w14:textId="77777777" w:rsidR="00E114B5" w:rsidRDefault="00E114B5" w:rsidP="004F5CDE"/>
    <w:p w14:paraId="49DD2D5A" w14:textId="0D78F11A" w:rsidR="00F91806" w:rsidRDefault="00000000" w:rsidP="004F5CDE">
      <w:r>
        <w:t>Chaos erupted.</w:t>
      </w:r>
      <w:r w:rsidR="00CA0AF4">
        <w:t xml:space="preserve"> </w:t>
      </w:r>
      <w:r>
        <w:t>I grabbed Melanie, yanking her back just as he swung for me. A fist clipped my ribs, hard, but I twisted, slamming my elbow into his side. He barely stumbled—he was built like a fucking tank—but I was already moving.</w:t>
      </w:r>
    </w:p>
    <w:p w14:paraId="689DE5BE" w14:textId="3C225C3B" w:rsidR="00F91806" w:rsidRDefault="00400041" w:rsidP="004F5CDE">
      <w:r>
        <w:lastRenderedPageBreak/>
        <w:t>Candice didn’t hesitate either.</w:t>
      </w:r>
      <w:r w:rsidR="00EA7488">
        <w:t xml:space="preserve"> </w:t>
      </w:r>
      <w:r>
        <w:t>She moved fast, slamming her knee into his stomach before throwing him against the hood of Nick’s car.</w:t>
      </w:r>
      <w:r w:rsidR="00CA0AF4">
        <w:t xml:space="preserve"> </w:t>
      </w:r>
      <w:r>
        <w:t>Nick didn’t flinch. Didn’t move.</w:t>
      </w:r>
      <w:r w:rsidR="00CA0AF4">
        <w:t xml:space="preserve"> </w:t>
      </w:r>
      <w:r>
        <w:t>Didn’t care.</w:t>
      </w:r>
      <w:r w:rsidR="00CA0AF4">
        <w:t xml:space="preserve"> </w:t>
      </w:r>
      <w:r>
        <w:t>He just watched, arms still crossed, grinning like he had already won.</w:t>
      </w:r>
    </w:p>
    <w:p w14:paraId="6D267CE7" w14:textId="0389DFC1" w:rsidR="00F91806" w:rsidRDefault="00000000" w:rsidP="004F5CDE">
      <w:r>
        <w:t>Melanie snapped.</w:t>
      </w:r>
      <w:r w:rsidR="00CA0AF4">
        <w:t xml:space="preserve"> </w:t>
      </w:r>
      <w:r>
        <w:t>She grabbed a tire iron from the ground—where the fuck did that come from?—and swung. Hard.</w:t>
      </w:r>
      <w:r w:rsidR="00CA0AF4">
        <w:t xml:space="preserve"> </w:t>
      </w:r>
      <w:r>
        <w:t>The metal cracked against tank guy’s knee.</w:t>
      </w:r>
      <w:r w:rsidR="00921E37">
        <w:t xml:space="preserve"> </w:t>
      </w:r>
      <w:r>
        <w:t>He collapsed instantly with a strangled yell.</w:t>
      </w:r>
      <w:r w:rsidR="00CA0AF4">
        <w:t xml:space="preserve"> </w:t>
      </w:r>
      <w:r w:rsidR="00400041">
        <w:t>Candice had him pinned now, forearm against his throat.</w:t>
      </w:r>
    </w:p>
    <w:p w14:paraId="1E4CCFA5" w14:textId="16E07E82" w:rsidR="00F91806" w:rsidRDefault="00000000" w:rsidP="004F5CDE">
      <w:r>
        <w:t>But Nick?</w:t>
      </w:r>
      <w:r w:rsidR="00CA0AF4">
        <w:t xml:space="preserve"> </w:t>
      </w:r>
      <w:r>
        <w:t>Nick just smiled.</w:t>
      </w:r>
      <w:r w:rsidR="00CA0AF4">
        <w:t xml:space="preserve"> </w:t>
      </w:r>
      <w:r>
        <w:t>Unbothered. Amused. Like this was all just part of the plan.</w:t>
      </w:r>
    </w:p>
    <w:p w14:paraId="7FC8AF4A" w14:textId="16C229F8" w:rsidR="00F91806" w:rsidRDefault="00000000" w:rsidP="004F5CDE">
      <w:r>
        <w:t>Then—tires screeched.</w:t>
      </w:r>
      <w:r w:rsidR="00CA0AF4">
        <w:t xml:space="preserve"> </w:t>
      </w:r>
      <w:r>
        <w:t>A black SUV turned the corner at full speed, heading straight for us.</w:t>
      </w:r>
      <w:r w:rsidR="00CA0AF4">
        <w:t xml:space="preserve"> </w:t>
      </w:r>
      <w:r>
        <w:t>Nick stepped back.</w:t>
      </w:r>
      <w:r w:rsidR="00CA0AF4">
        <w:t xml:space="preserve"> </w:t>
      </w:r>
      <w:r>
        <w:t>"You should probably start running now," he said casually.</w:t>
      </w:r>
    </w:p>
    <w:p w14:paraId="50F9B5FF" w14:textId="77777777" w:rsidR="00F91806" w:rsidRDefault="00000000" w:rsidP="004F5CDE">
      <w:r>
        <w:t>Melanie grabbed my arm. "Hannah—"</w:t>
      </w:r>
    </w:p>
    <w:p w14:paraId="16C7EB41" w14:textId="77777777" w:rsidR="00F91806" w:rsidRDefault="00000000" w:rsidP="004F5CDE">
      <w:r>
        <w:t>Too late.</w:t>
      </w:r>
    </w:p>
    <w:p w14:paraId="0E98DA82" w14:textId="77777777" w:rsidR="00F91806" w:rsidRDefault="00000000" w:rsidP="004F5CDE">
      <w:r>
        <w:t>The SUV’s doors flew open.</w:t>
      </w:r>
    </w:p>
    <w:p w14:paraId="1903620E" w14:textId="77777777" w:rsidR="00F91806" w:rsidRDefault="00000000" w:rsidP="004F5CDE">
      <w:r>
        <w:t>Two more men jumped out.</w:t>
      </w:r>
    </w:p>
    <w:p w14:paraId="01E6B8C0" w14:textId="77777777" w:rsidR="00C90175" w:rsidRDefault="00000000" w:rsidP="004F5CDE">
      <w:r>
        <w:t xml:space="preserve">I grabbed Melanie and ran. </w:t>
      </w:r>
      <w:r w:rsidR="00400041">
        <w:t>Candice</w:t>
      </w:r>
      <w:r>
        <w:t xml:space="preserve"> released her grip from tank guy and bolted with us.</w:t>
      </w:r>
      <w:r w:rsidR="00CA0AF4">
        <w:t xml:space="preserve"> </w:t>
      </w:r>
      <w:r>
        <w:t>Nick’s laughter followed.</w:t>
      </w:r>
      <w:r w:rsidR="00EA7488">
        <w:t xml:space="preserve"> </w:t>
      </w:r>
      <w:r>
        <w:t>"See you soon, babe."</w:t>
      </w:r>
      <w:r w:rsidR="00CA0AF4">
        <w:t xml:space="preserve"> </w:t>
      </w:r>
    </w:p>
    <w:p w14:paraId="06095FF7" w14:textId="0C891491" w:rsidR="00F91806" w:rsidRDefault="00000000" w:rsidP="004F5CDE">
      <w:r>
        <w:t>And then we were running.</w:t>
      </w:r>
      <w:r w:rsidR="00CA0AF4">
        <w:t xml:space="preserve"> </w:t>
      </w:r>
      <w:r>
        <w:t>Running for our lives.</w:t>
      </w:r>
      <w:r w:rsidR="00CA0AF4">
        <w:t xml:space="preserve"> </w:t>
      </w:r>
      <w:r>
        <w:t>Running from the past we couldn’t outrun.</w:t>
      </w:r>
      <w:r w:rsidR="00CA0AF4">
        <w:t xml:space="preserve"> </w:t>
      </w:r>
      <w:r>
        <w:t>Running straight into whatever trap Nick had just set.</w:t>
      </w:r>
    </w:p>
    <w:p w14:paraId="3F4DD2E8" w14:textId="77777777" w:rsidR="00DB6324" w:rsidRDefault="00DB6324" w:rsidP="004F5CDE"/>
    <w:p w14:paraId="704C4883" w14:textId="77777777" w:rsidR="00DB6324" w:rsidRDefault="00DB6324" w:rsidP="004F5CDE"/>
    <w:p w14:paraId="6728D0C9" w14:textId="77777777" w:rsidR="00F91806" w:rsidRDefault="00000000" w:rsidP="00E114B5">
      <w:pPr>
        <w:pStyle w:val="Heading1"/>
      </w:pPr>
      <w:bookmarkStart w:id="68" w:name="_Toc189281359"/>
      <w:r>
        <w:t>Chapter 45: The Shepherd</w:t>
      </w:r>
      <w:bookmarkEnd w:id="68"/>
    </w:p>
    <w:p w14:paraId="50FCDEED" w14:textId="77777777" w:rsidR="00E114B5" w:rsidRDefault="00E114B5" w:rsidP="004F5CDE"/>
    <w:p w14:paraId="23DE9DFE" w14:textId="7538F55C" w:rsidR="00F91806" w:rsidRDefault="00000000" w:rsidP="004F5CDE">
      <w:r>
        <w:t xml:space="preserve">The tires shrieked as </w:t>
      </w:r>
      <w:r w:rsidR="00400041">
        <w:t>Candice</w:t>
      </w:r>
      <w:r>
        <w:t xml:space="preserve"> slammed her foot on the gas. My back hit the seat so hard I nearly bit my tongue, and Melanie let out a sharp breath beside me, bracing against the door.</w:t>
      </w:r>
    </w:p>
    <w:p w14:paraId="210FEC4C" w14:textId="09E58DB9" w:rsidR="00F91806" w:rsidRDefault="00000000" w:rsidP="004F5CDE">
      <w:r>
        <w:t>Behind us, the SUV followed.</w:t>
      </w:r>
      <w:r w:rsidR="00E83E0A">
        <w:t xml:space="preserve"> </w:t>
      </w:r>
      <w:r>
        <w:t>Black. Tinted windows. Silent.</w:t>
      </w:r>
      <w:r w:rsidR="00E83E0A">
        <w:t xml:space="preserve"> </w:t>
      </w:r>
      <w:r>
        <w:t>Like a goddamn shadow.</w:t>
      </w:r>
      <w:r w:rsidR="00E83E0A">
        <w:t xml:space="preserve"> </w:t>
      </w:r>
      <w:r>
        <w:t>“Faster,” I gritted out.</w:t>
      </w:r>
      <w:r w:rsidR="00E83E0A">
        <w:t xml:space="preserve"> </w:t>
      </w:r>
      <w:r w:rsidR="00400041">
        <w:t>Candice didn’t need to be told twice. She wrenched the wheel, veering onto an empty side street. The glow of the city smeared past in streaks of neon and asphalt. The SUV followed. Not reckless. Not rushing. Just keeping pace.</w:t>
      </w:r>
    </w:p>
    <w:p w14:paraId="7AE8D149" w14:textId="77777777" w:rsidR="00F91806" w:rsidRDefault="00000000" w:rsidP="004F5CDE">
      <w:r>
        <w:lastRenderedPageBreak/>
        <w:t>A slow hunt.</w:t>
      </w:r>
    </w:p>
    <w:p w14:paraId="50B1C7C4" w14:textId="77777777" w:rsidR="00F91806" w:rsidRDefault="00000000" w:rsidP="004F5CDE">
      <w:r>
        <w:t>Melanie’s breathing was ragged. “Fucker’s playing with us.”</w:t>
      </w:r>
    </w:p>
    <w:p w14:paraId="4F4999EC" w14:textId="77777777" w:rsidR="00F91806" w:rsidRDefault="00000000" w:rsidP="004F5CDE">
      <w:r>
        <w:t>I tore my gaze from the mirror, my pulse hammering. “What do you mean?”</w:t>
      </w:r>
    </w:p>
    <w:p w14:paraId="55A2C5E7" w14:textId="77777777" w:rsidR="00F91806" w:rsidRDefault="00000000" w:rsidP="004F5CDE">
      <w:r>
        <w:t>She swallowed hard, her fingers white-knuckled around the door handle. “He’s not trying to run us off the road.” Her voice was barely above a whisper. “If he wanted us dead, we’d already be dead.”</w:t>
      </w:r>
    </w:p>
    <w:p w14:paraId="0DCF306E" w14:textId="02EC1EED" w:rsidR="00F91806" w:rsidRDefault="00000000" w:rsidP="004F5CDE">
      <w:r>
        <w:t>She was right.</w:t>
      </w:r>
      <w:r w:rsidR="00E83E0A">
        <w:t xml:space="preserve"> </w:t>
      </w:r>
      <w:r>
        <w:t>Nick wasn’t chasing us.</w:t>
      </w:r>
      <w:r w:rsidR="00E83E0A">
        <w:t xml:space="preserve"> </w:t>
      </w:r>
      <w:r>
        <w:t>He was guiding us.</w:t>
      </w:r>
      <w:r w:rsidR="00E83E0A">
        <w:t xml:space="preserve"> </w:t>
      </w:r>
      <w:r w:rsidR="00400041">
        <w:t>Candice’s grip on the wheel tightened. Her knuckles went pale, her jaw clenched, her expression a razor-thin line between fury and exhilaration. “Yeah, well, I’d rather not make it easy for the motherfucker.”</w:t>
      </w:r>
    </w:p>
    <w:p w14:paraId="5F5F0EBE" w14:textId="6DC0B819" w:rsidR="00F91806" w:rsidRDefault="00000000" w:rsidP="004F5CDE">
      <w:r>
        <w:t>The car fishtailed as she yanked another turn. The alley narrowed, brick walls closing in. Metal screeched as the side mirror clipped the wall. I twisted in my seat just in time to see the SUV slowing down.</w:t>
      </w:r>
      <w:r w:rsidR="00E83E0A">
        <w:t xml:space="preserve"> </w:t>
      </w:r>
      <w:r>
        <w:t>Not because it couldn’t keep up.</w:t>
      </w:r>
      <w:r w:rsidR="00E83E0A">
        <w:t xml:space="preserve"> </w:t>
      </w:r>
      <w:r>
        <w:t>Because it didn’t need to.</w:t>
      </w:r>
    </w:p>
    <w:p w14:paraId="5CC58482" w14:textId="77777777" w:rsidR="00F91806" w:rsidRDefault="00000000" w:rsidP="004F5CDE">
      <w:r>
        <w:t>It was letting us run.</w:t>
      </w:r>
    </w:p>
    <w:p w14:paraId="2079683D" w14:textId="77777777" w:rsidR="00F91806" w:rsidRDefault="00000000" w:rsidP="004F5CDE">
      <w:r>
        <w:t>Letting us think we had control.</w:t>
      </w:r>
    </w:p>
    <w:p w14:paraId="6B1B8ABC" w14:textId="120ED109" w:rsidR="00F91806" w:rsidRDefault="00000000" w:rsidP="004F5CDE">
      <w:r>
        <w:t>Then—Melanie’s phone buzzed.</w:t>
      </w:r>
      <w:r w:rsidR="001864E8">
        <w:t xml:space="preserve"> </w:t>
      </w:r>
      <w:r>
        <w:t>She barely looked before she whispered, “No…”</w:t>
      </w:r>
    </w:p>
    <w:p w14:paraId="1AA6455C" w14:textId="77777777" w:rsidR="00F91806" w:rsidRDefault="00000000" w:rsidP="004F5CDE">
      <w:r>
        <w:t>UNKNOWN: Coming full circle, babe.</w:t>
      </w:r>
    </w:p>
    <w:p w14:paraId="77BFA605" w14:textId="77777777" w:rsidR="00F91806" w:rsidRDefault="00000000" w:rsidP="004F5CDE">
      <w:r>
        <w:t>My own phone vibrated. A new text.</w:t>
      </w:r>
    </w:p>
    <w:p w14:paraId="0E511896" w14:textId="77777777" w:rsidR="00F91806" w:rsidRDefault="00000000" w:rsidP="004F5CDE">
      <w:r>
        <w:t xml:space="preserve">UNKNOWN: Too cute, but you have zero power here. </w:t>
      </w:r>
    </w:p>
    <w:p w14:paraId="5828F541" w14:textId="77777777" w:rsidR="00F91806" w:rsidRDefault="00000000" w:rsidP="004F5CDE">
      <w:r>
        <w:t>A chill slithered down my spine. I turned to Melanie. Her screen lit up. Another message.</w:t>
      </w:r>
    </w:p>
    <w:p w14:paraId="0BDD964B" w14:textId="1563896D" w:rsidR="00F91806" w:rsidRDefault="00000000" w:rsidP="004F5CDE">
      <w:r>
        <w:t>And below it…A picture.</w:t>
      </w:r>
    </w:p>
    <w:p w14:paraId="6B2B4302" w14:textId="2AD7D3CA" w:rsidR="00F91806" w:rsidRDefault="00000000" w:rsidP="004F5CDE">
      <w:r>
        <w:t>My stomach dropped.</w:t>
      </w:r>
      <w:r w:rsidR="00E83E0A">
        <w:t xml:space="preserve"> </w:t>
      </w:r>
      <w:r>
        <w:t>An apartment.</w:t>
      </w:r>
      <w:r w:rsidR="00E83E0A">
        <w:t xml:space="preserve"> </w:t>
      </w:r>
      <w:r>
        <w:t>Burned-out.</w:t>
      </w:r>
      <w:r w:rsidR="00E83E0A">
        <w:t xml:space="preserve"> </w:t>
      </w:r>
      <w:r>
        <w:t>Ruined.</w:t>
      </w:r>
      <w:r w:rsidR="00E83E0A">
        <w:t xml:space="preserve"> </w:t>
      </w:r>
      <w:r>
        <w:t>Melanie’s old apartment.</w:t>
      </w:r>
      <w:r w:rsidR="00E83E0A">
        <w:t xml:space="preserve"> </w:t>
      </w:r>
      <w:r>
        <w:t>The world tilted.</w:t>
      </w:r>
      <w:r w:rsidR="00E83E0A">
        <w:t xml:space="preserve"> </w:t>
      </w:r>
      <w:r>
        <w:t>The fire, now her fire.</w:t>
      </w:r>
      <w:r w:rsidR="00E83E0A">
        <w:t xml:space="preserve"> </w:t>
      </w:r>
      <w:r>
        <w:t>The past wasn’t just catching up.</w:t>
      </w:r>
      <w:r w:rsidR="00E83E0A">
        <w:t xml:space="preserve"> </w:t>
      </w:r>
      <w:r>
        <w:t>It had already arrived.</w:t>
      </w:r>
      <w:r w:rsidR="00E83E0A">
        <w:t xml:space="preserve"> </w:t>
      </w:r>
      <w:r w:rsidR="00400041">
        <w:t>Candice exhaled sharply, dragging a shaking hand through her hair. “Where the fuck are we supposed to go?”</w:t>
      </w:r>
    </w:p>
    <w:p w14:paraId="35DBB467" w14:textId="3F9BD00D" w:rsidR="00F91806" w:rsidRDefault="00000000" w:rsidP="004F5CDE">
      <w:r>
        <w:t>I didn’t have an answer</w:t>
      </w:r>
      <w:r w:rsidR="00E83E0A">
        <w:t>, we h</w:t>
      </w:r>
      <w:r>
        <w:t>e had nowhere to go.</w:t>
      </w:r>
      <w:r w:rsidR="00E83E0A">
        <w:t xml:space="preserve"> </w:t>
      </w:r>
      <w:r>
        <w:t>Nick had been waiting for this.</w:t>
      </w:r>
      <w:r w:rsidR="00E83E0A">
        <w:t xml:space="preserve"> </w:t>
      </w:r>
      <w:r>
        <w:t>For us to run straight into his trap.</w:t>
      </w:r>
    </w:p>
    <w:p w14:paraId="7F0A2FC1" w14:textId="77777777" w:rsidR="00DB6324" w:rsidRDefault="00DB6324" w:rsidP="004F5CDE"/>
    <w:p w14:paraId="6A7039FD" w14:textId="77777777" w:rsidR="00DB6324" w:rsidRDefault="00DB6324" w:rsidP="004F5CDE"/>
    <w:p w14:paraId="48A4B054" w14:textId="77777777" w:rsidR="00F91806" w:rsidRDefault="00000000" w:rsidP="006A56A4">
      <w:pPr>
        <w:pStyle w:val="Heading1"/>
      </w:pPr>
      <w:bookmarkStart w:id="69" w:name="_Toc189281360"/>
      <w:r>
        <w:t>Chapter 46: Happiness is a Warm Shotgun</w:t>
      </w:r>
      <w:bookmarkEnd w:id="69"/>
    </w:p>
    <w:p w14:paraId="3227FD6A" w14:textId="77777777" w:rsidR="006A56A4" w:rsidRDefault="006A56A4" w:rsidP="004F5CDE"/>
    <w:p w14:paraId="2A8F4537" w14:textId="7A3213A6" w:rsidR="00F91806" w:rsidRDefault="00000000" w:rsidP="004F5CDE">
      <w:r>
        <w:t>The only place we had left to go was the damn store.</w:t>
      </w:r>
      <w:r w:rsidR="00B61402">
        <w:t xml:space="preserve"> </w:t>
      </w:r>
      <w:r>
        <w:t>Because, of course, when you’re running for your life from a psycho ex-arsonist-slash-stalker, your best move is to seek refuge in a retail establishment filled with sex toys and questionable life choices.</w:t>
      </w:r>
    </w:p>
    <w:p w14:paraId="68E2FA6D" w14:textId="5A07CA7C" w:rsidR="00F91806" w:rsidRDefault="00400041" w:rsidP="004F5CDE">
      <w:r>
        <w:t>Candice yanked the car into the back alley, tires screeching as she killed the headlights.</w:t>
      </w:r>
      <w:r w:rsidR="00B61402">
        <w:t xml:space="preserve"> </w:t>
      </w:r>
      <w:r>
        <w:t>We all sat there for a second.</w:t>
      </w:r>
      <w:r w:rsidR="00B61402">
        <w:t xml:space="preserve"> </w:t>
      </w:r>
      <w:r>
        <w:t>Breathing. Processing.</w:t>
      </w:r>
      <w:r w:rsidR="00B61402">
        <w:t xml:space="preserve"> </w:t>
      </w:r>
      <w:r>
        <w:t>Then—Candice quickly unbuckled her seatbelt. “Inside. Now.”</w:t>
      </w:r>
    </w:p>
    <w:p w14:paraId="416ABE75" w14:textId="45307184" w:rsidR="00F91806" w:rsidRDefault="00000000" w:rsidP="004F5CDE">
      <w:r>
        <w:t>What a plan, I thought bitterly. We were about to break into my own store like a bunch of Darwin-award criminals.</w:t>
      </w:r>
      <w:r w:rsidR="00B61402">
        <w:t xml:space="preserve"> </w:t>
      </w:r>
      <w:r>
        <w:t>“This is so fucking stupid,” I muttered.</w:t>
      </w:r>
    </w:p>
    <w:p w14:paraId="37195DB4" w14:textId="1FB99FA6" w:rsidR="00F91806" w:rsidRDefault="00400041" w:rsidP="004F5CDE">
      <w:r>
        <w:t>Candice smirked. “Yeah, but we’re out of options.”</w:t>
      </w:r>
    </w:p>
    <w:p w14:paraId="632C9C01" w14:textId="77777777" w:rsidR="00F91806" w:rsidRDefault="00000000" w:rsidP="004F5CDE">
      <w:r>
        <w:t>Melanie exhaled, still gripping the dashboard like we’d barely survived a plane crash. “Just get inside before we’re spotted.”</w:t>
      </w:r>
    </w:p>
    <w:p w14:paraId="424B22E8" w14:textId="56E631D9" w:rsidR="00F91806" w:rsidRDefault="00000000" w:rsidP="004F5CDE">
      <w:r>
        <w:t>I fumbled with my keys, practically throwing myself at the back door. I jammed the key in, turned the lock—</w:t>
      </w:r>
      <w:r w:rsidR="00B61402">
        <w:t xml:space="preserve"> a</w:t>
      </w:r>
      <w:r>
        <w:t>nd froze.</w:t>
      </w:r>
      <w:r w:rsidR="00B61402">
        <w:t xml:space="preserve"> </w:t>
      </w:r>
      <w:r>
        <w:t>The lights were already on.</w:t>
      </w:r>
      <w:r w:rsidR="00B61402">
        <w:t xml:space="preserve"> </w:t>
      </w:r>
      <w:r>
        <w:t>Someone was here.</w:t>
      </w:r>
      <w:r w:rsidR="00B61402">
        <w:t xml:space="preserve"> </w:t>
      </w:r>
      <w:r w:rsidR="00400041">
        <w:t>Candice reached for her pocket—where she absolutely did not have a weapon, but she sure as hell wanted one. Melanie tensed beside me, her breathing shallow.</w:t>
      </w:r>
    </w:p>
    <w:p w14:paraId="5CA95504" w14:textId="33EC8CA9" w:rsidR="00F91806" w:rsidRDefault="00000000" w:rsidP="004F5CDE">
      <w:r>
        <w:t>I held up a hand. “Be quiet.”</w:t>
      </w:r>
      <w:r w:rsidR="00B61402">
        <w:t xml:space="preserve"> </w:t>
      </w:r>
      <w:r>
        <w:t>We stepped inside. The softest jingle of the door chime mocked us as we entered.</w:t>
      </w:r>
      <w:r w:rsidR="00B61402">
        <w:t xml:space="preserve"> </w:t>
      </w:r>
      <w:r>
        <w:t>The scent of cheap lavender air freshener clung to the air. The store looked… normal.</w:t>
      </w:r>
      <w:r w:rsidR="00B61402">
        <w:t xml:space="preserve"> </w:t>
      </w:r>
      <w:r>
        <w:t>Too normal.</w:t>
      </w:r>
      <w:r w:rsidR="00B61402">
        <w:t xml:space="preserve"> </w:t>
      </w:r>
      <w:r>
        <w:t>Nothing trashed. No signs of forced entry. Just shelves of colorful packaging advertising orgasms and high-priced products.</w:t>
      </w:r>
    </w:p>
    <w:p w14:paraId="2DF30615" w14:textId="03E0F7A4" w:rsidR="00F91806" w:rsidRDefault="00000000" w:rsidP="004F5CDE">
      <w:r>
        <w:t>And then—</w:t>
      </w:r>
      <w:r w:rsidR="00B61402">
        <w:t>f</w:t>
      </w:r>
      <w:r>
        <w:t>rom the next aisle over—</w:t>
      </w:r>
      <w:r w:rsidR="00B61402">
        <w:t>a</w:t>
      </w:r>
      <w:r>
        <w:t xml:space="preserve"> voice.</w:t>
      </w:r>
      <w:r w:rsidR="00B61402">
        <w:t xml:space="preserve"> </w:t>
      </w:r>
      <w:r>
        <w:t>"Kid, what’s up? Didn’t expect you back tonight."</w:t>
      </w:r>
    </w:p>
    <w:p w14:paraId="04AAC5A8" w14:textId="77777777" w:rsidR="0056274D" w:rsidRDefault="00000000" w:rsidP="004F5CDE">
      <w:pPr>
        <w:rPr>
          <w:i/>
          <w:iCs/>
        </w:rPr>
      </w:pPr>
      <w:r>
        <w:t xml:space="preserve">I nearly threw myself into a shelf. </w:t>
      </w:r>
    </w:p>
    <w:p w14:paraId="5F3D10D8" w14:textId="7E685C53" w:rsidR="00F91806" w:rsidRPr="00C33AEE" w:rsidRDefault="00000000" w:rsidP="004F5CDE">
      <w:pPr>
        <w:rPr>
          <w:i/>
          <w:iCs/>
        </w:rPr>
      </w:pPr>
      <w:r w:rsidRPr="00C33AEE">
        <w:rPr>
          <w:i/>
          <w:iCs/>
        </w:rPr>
        <w:t>Jesus Christ.</w:t>
      </w:r>
    </w:p>
    <w:p w14:paraId="2BED317D" w14:textId="6882E2E3" w:rsidR="00F91806" w:rsidRDefault="00000000" w:rsidP="004F5CDE">
      <w:r>
        <w:t xml:space="preserve">Melanie sucked in a sharp breath. </w:t>
      </w:r>
      <w:r w:rsidR="00400041">
        <w:t>Candice</w:t>
      </w:r>
      <w:r>
        <w:t xml:space="preserve"> looked like she wanted to punch something.</w:t>
      </w:r>
      <w:r w:rsidR="00764421">
        <w:t xml:space="preserve"> </w:t>
      </w:r>
      <w:r>
        <w:t>And then, around the corner, holding a half-eaten gas station burrito, stood Tony.</w:t>
      </w:r>
      <w:r w:rsidR="00B61402">
        <w:t xml:space="preserve"> </w:t>
      </w:r>
      <w:r>
        <w:lastRenderedPageBreak/>
        <w:t>Wearing one of our store’s promotional T-shirts that read: ORGASMS: GUARANTEED OR YOUR EX’S MONEY BACK.</w:t>
      </w:r>
    </w:p>
    <w:p w14:paraId="4D611694" w14:textId="438A36A1" w:rsidR="00F91806" w:rsidRDefault="00000000" w:rsidP="004F5CDE">
      <w:r>
        <w:t>I closed my eyes. Counted to five.</w:t>
      </w:r>
      <w:r w:rsidR="00B61402">
        <w:t xml:space="preserve"> </w:t>
      </w:r>
      <w:r>
        <w:t xml:space="preserve">"Tony." My voice was so enraged that even </w:t>
      </w:r>
      <w:r w:rsidR="00400041">
        <w:t>Candice</w:t>
      </w:r>
      <w:r>
        <w:t xml:space="preserve"> took a step back.</w:t>
      </w:r>
    </w:p>
    <w:p w14:paraId="20AC11BF" w14:textId="77777777" w:rsidR="00F91806" w:rsidRDefault="00000000" w:rsidP="004F5CDE">
      <w:r>
        <w:t>Tony blinked. “Damn, you look stressed. You need, like, a deep-tissue massage or something? We got that new warming lube in—”</w:t>
      </w:r>
    </w:p>
    <w:p w14:paraId="04318809" w14:textId="77777777" w:rsidR="00F91806" w:rsidRDefault="00000000" w:rsidP="004F5CDE">
      <w:r>
        <w:t>"Tony!" I was seconds from committing a felony.</w:t>
      </w:r>
    </w:p>
    <w:p w14:paraId="7B3C64DB" w14:textId="77777777" w:rsidR="00F91806" w:rsidRDefault="00000000" w:rsidP="004F5CDE">
      <w:r>
        <w:t>Melanie cleared her throat. “What the hell are you still doing here?”</w:t>
      </w:r>
    </w:p>
    <w:p w14:paraId="3DAE892B" w14:textId="5D458336" w:rsidR="00F91806" w:rsidRDefault="00000000" w:rsidP="004F5CDE">
      <w:r>
        <w:t>Tony looked confused. Like we were the weird ones.</w:t>
      </w:r>
      <w:r w:rsidR="00672E1C">
        <w:t xml:space="preserve"> </w:t>
      </w:r>
      <w:r>
        <w:t>He gestured vaguely at the counter. “Uh, closing? Inventory? I don’t know, dude, I kinda just lost track of time. Also, I had, like, three Red Bulls and half a weed gummy, so I’m, like, super in the zone.”</w:t>
      </w:r>
    </w:p>
    <w:p w14:paraId="6BD11015" w14:textId="77777777" w:rsidR="00F91806" w:rsidRDefault="00000000" w:rsidP="004F5CDE">
      <w:r>
        <w:t>"Tony," I hissed, stepping closer. "Listen to me. We are in danger. Like, actual, life-threatening, not-in-a-sexy-way danger."</w:t>
      </w:r>
    </w:p>
    <w:p w14:paraId="4E62F12F" w14:textId="77777777" w:rsidR="00F91806" w:rsidRDefault="00000000" w:rsidP="004F5CDE">
      <w:r>
        <w:t>Tony frowned. “Like, legal trouble? ‘Cause I swear, I didn’t know those nipple clamps weren’t part of the employee discount program—”</w:t>
      </w:r>
    </w:p>
    <w:p w14:paraId="44CB8625" w14:textId="77777777" w:rsidR="00F91806" w:rsidRDefault="00000000" w:rsidP="004F5CDE">
      <w:r>
        <w:t>“NO, TONY.” I grabbed his shoulders. “A man is trying to kill us.”</w:t>
      </w:r>
    </w:p>
    <w:p w14:paraId="6A846E14" w14:textId="679ED492" w:rsidR="00F91806" w:rsidRDefault="00000000" w:rsidP="004F5CDE">
      <w:r>
        <w:t>His face went slack. His burrito paused mid-bite.</w:t>
      </w:r>
      <w:r w:rsidR="00764421">
        <w:t xml:space="preserve"> </w:t>
      </w:r>
      <w:r>
        <w:t>"Oh. Shit. Like… real danger?"</w:t>
      </w:r>
    </w:p>
    <w:p w14:paraId="757FDBEA" w14:textId="77777777" w:rsidR="00F91806" w:rsidRDefault="00000000" w:rsidP="004F5CDE">
      <w:r>
        <w:t>“Yes.”</w:t>
      </w:r>
    </w:p>
    <w:p w14:paraId="45249A5E" w14:textId="77777777" w:rsidR="00F91806" w:rsidRDefault="00000000" w:rsidP="004F5CDE">
      <w:r>
        <w:t>Tony nodded slowly. “Damn. Okay. Do you need, like… snacks? A safe house? I got a cousin with a trailer in the woods—”</w:t>
      </w:r>
    </w:p>
    <w:p w14:paraId="2842D374" w14:textId="77777777" w:rsidR="00F91806" w:rsidRDefault="00000000" w:rsidP="004F5CDE">
      <w:r>
        <w:t>"Just—shut up." I pinched the bridge of my nose, inhaling through my teeth.</w:t>
      </w:r>
    </w:p>
    <w:p w14:paraId="299868A5" w14:textId="77777777" w:rsidR="006A56A4" w:rsidRDefault="006A56A4" w:rsidP="004F5CDE"/>
    <w:p w14:paraId="43318A4C" w14:textId="3796F314" w:rsidR="006A56A4" w:rsidRPr="00A351D5" w:rsidRDefault="00304FE8" w:rsidP="006F1D3A">
      <w:pPr>
        <w:jc w:val="center"/>
        <w:rPr>
          <w:color w:val="365F91" w:themeColor="accent1" w:themeShade="BF"/>
        </w:rPr>
      </w:pPr>
      <w:r>
        <w:rPr>
          <w:rFonts w:ascii="Segoe UI Symbol" w:hAnsi="Segoe UI Symbol" w:cs="Segoe UI Symbol"/>
          <w:color w:val="365F91" w:themeColor="accent1" w:themeShade="BF"/>
        </w:rPr>
        <w:t>♞♛♞</w:t>
      </w:r>
    </w:p>
    <w:p w14:paraId="4D43854C" w14:textId="77777777" w:rsidR="006A56A4" w:rsidRDefault="006A56A4" w:rsidP="004F5CDE"/>
    <w:p w14:paraId="4E9686BB" w14:textId="56F3424E" w:rsidR="00F91806" w:rsidRDefault="00000000" w:rsidP="004F5CDE">
      <w:r>
        <w:t>Meanwhile, Candice was slowly backing toward the door. “Guys.” Her voice was sharp, all humor gone. “We have a problem.”</w:t>
      </w:r>
    </w:p>
    <w:p w14:paraId="7FBB8634" w14:textId="77777777" w:rsidR="00F91806" w:rsidRDefault="00000000" w:rsidP="004F5CDE">
      <w:r>
        <w:t>I turned. "What now?"</w:t>
      </w:r>
    </w:p>
    <w:p w14:paraId="6FA387F6" w14:textId="64C7B4C5" w:rsidR="00F91806" w:rsidRDefault="00400041" w:rsidP="004F5CDE">
      <w:r>
        <w:lastRenderedPageBreak/>
        <w:t>Candice gestured at the security monitors behind the counter.</w:t>
      </w:r>
      <w:r w:rsidR="00764421">
        <w:t xml:space="preserve"> </w:t>
      </w:r>
      <w:r>
        <w:t>One of the cameras—the one facing the parking lot—had gone dark.</w:t>
      </w:r>
      <w:r w:rsidR="00672E1C">
        <w:t xml:space="preserve"> </w:t>
      </w:r>
      <w:r>
        <w:t>Like it had been cut.</w:t>
      </w:r>
      <w:r w:rsidR="00672E1C">
        <w:t xml:space="preserve"> </w:t>
      </w:r>
      <w:r>
        <w:t>My stomach plummeted.</w:t>
      </w:r>
      <w:r w:rsidR="00672E1C">
        <w:t xml:space="preserve"> </w:t>
      </w:r>
      <w:r>
        <w:t>Melanie grabbed my arm. “We need to go. Now.”</w:t>
      </w:r>
    </w:p>
    <w:p w14:paraId="6FA3C859" w14:textId="77777777" w:rsidR="00F91806" w:rsidRDefault="00000000" w:rsidP="004F5CDE">
      <w:r>
        <w:t>But Tony?</w:t>
      </w:r>
    </w:p>
    <w:p w14:paraId="7949F265" w14:textId="77777777" w:rsidR="00F91806" w:rsidRDefault="00000000" w:rsidP="004F5CDE">
      <w:r>
        <w:t>Tony was still catching up.</w:t>
      </w:r>
    </w:p>
    <w:p w14:paraId="1890ABDD" w14:textId="1FE2FEFE" w:rsidR="00F91806" w:rsidRDefault="00000000" w:rsidP="004F5CDE">
      <w:r>
        <w:t>“Wait, wait, wait. Are you saying someone’s, like, here, here? Like, with us?”</w:t>
      </w:r>
      <w:r w:rsidR="00764421">
        <w:t xml:space="preserve"> </w:t>
      </w:r>
      <w:r>
        <w:t>As if to answer him, a slow, deliberate knock echoed against the front glass.</w:t>
      </w:r>
      <w:r w:rsidR="00672E1C">
        <w:t xml:space="preserve"> </w:t>
      </w:r>
      <w:r>
        <w:t>Tony turned toward the entrance, pausing.</w:t>
      </w:r>
      <w:r w:rsidR="00672E1C">
        <w:t xml:space="preserve"> </w:t>
      </w:r>
      <w:r>
        <w:t>Then—as if reliving his mobster days—</w:t>
      </w:r>
      <w:r w:rsidR="00672E1C">
        <w:t>he</w:t>
      </w:r>
      <w:r>
        <w:t xml:space="preserve"> reached behind the counter and grabbed a duffle bag containing his trusty shotgun.</w:t>
      </w:r>
    </w:p>
    <w:p w14:paraId="011E0692" w14:textId="77777777" w:rsidR="00F91806" w:rsidRDefault="00000000" w:rsidP="004F5CDE">
      <w:r>
        <w:t>"</w:t>
      </w:r>
      <w:r w:rsidRPr="00672E1C">
        <w:rPr>
          <w:i/>
          <w:iCs/>
        </w:rPr>
        <w:t>Precious</w:t>
      </w:r>
      <w:r>
        <w:t>."</w:t>
      </w:r>
    </w:p>
    <w:p w14:paraId="1B9DEB2A" w14:textId="2A8B4DBE" w:rsidR="00F91806" w:rsidRDefault="00000000" w:rsidP="004F5CDE">
      <w:r>
        <w:t>He cocked it with a sharp, mechanical click.</w:t>
      </w:r>
      <w:r w:rsidR="00421F3B">
        <w:t xml:space="preserve"> </w:t>
      </w:r>
      <w:r>
        <w:t>“I got you, babes,” he muttered. “We really need to renegotiate my salary.”</w:t>
      </w:r>
    </w:p>
    <w:p w14:paraId="1AC439DA" w14:textId="723A96EE" w:rsidR="00F91806" w:rsidRDefault="00000000" w:rsidP="004F5CDE">
      <w:r>
        <w:t>Another knock.</w:t>
      </w:r>
      <w:r w:rsidR="00421F3B">
        <w:t xml:space="preserve"> </w:t>
      </w:r>
      <w:r>
        <w:t>Harder this time.</w:t>
      </w:r>
      <w:r w:rsidR="00421F3B">
        <w:t xml:space="preserve"> </w:t>
      </w:r>
      <w:r>
        <w:t>Then—from the alley behind the store—</w:t>
      </w:r>
      <w:r w:rsidR="00421F3B">
        <w:t xml:space="preserve"> a</w:t>
      </w:r>
      <w:r>
        <w:t xml:space="preserve"> second noise.</w:t>
      </w:r>
      <w:r w:rsidR="00421F3B">
        <w:t xml:space="preserve"> </w:t>
      </w:r>
      <w:r w:rsidR="00400041">
        <w:t>Candice glanced at the monitors. Another camera feed went dark.</w:t>
      </w:r>
    </w:p>
    <w:p w14:paraId="74EC2DE5" w14:textId="77777777" w:rsidR="00F91806" w:rsidRDefault="00000000" w:rsidP="004F5CDE">
      <w:r>
        <w:t>Melanie exhaled sharply. “We’re surrounded.”</w:t>
      </w:r>
    </w:p>
    <w:p w14:paraId="3B4EC0A7" w14:textId="0DF388EC" w:rsidR="00F91806" w:rsidRDefault="00000000" w:rsidP="004F5CDE">
      <w:r>
        <w:t>Tony rolled his shoulders, adjusting his grip.</w:t>
      </w:r>
      <w:r w:rsidR="00421F3B">
        <w:t xml:space="preserve"> </w:t>
      </w:r>
      <w:r>
        <w:t>“Good. Saves me the trouble of hunting them down.”</w:t>
      </w:r>
    </w:p>
    <w:p w14:paraId="0C610546" w14:textId="561EF93F" w:rsidR="00F91806" w:rsidRDefault="00000000" w:rsidP="004F5CDE">
      <w:r>
        <w:t>From outside, a voice drifted through the glass—mocking, taunting, razor-sharp as it sliced through the silence.</w:t>
      </w:r>
      <w:r w:rsidR="00421F3B">
        <w:t xml:space="preserve"> </w:t>
      </w:r>
      <w:r>
        <w:t>“Warriors… come out to play.”</w:t>
      </w:r>
    </w:p>
    <w:p w14:paraId="75976A19" w14:textId="033C0191" w:rsidR="00F91806" w:rsidRDefault="00000000" w:rsidP="004F5CDE">
      <w:r>
        <w:t>Tony smirked.</w:t>
      </w:r>
      <w:r w:rsidR="00421F3B">
        <w:t xml:space="preserve"> </w:t>
      </w:r>
      <w:r>
        <w:t>“OK, bitches, I’ve been waiting for this.”</w:t>
      </w:r>
    </w:p>
    <w:p w14:paraId="4CCE499A" w14:textId="77777777" w:rsidR="00F91806" w:rsidRDefault="00000000" w:rsidP="004F5CDE">
      <w:r>
        <w:t>Then—</w:t>
      </w:r>
    </w:p>
    <w:p w14:paraId="20EA7C61" w14:textId="77777777" w:rsidR="00F91806" w:rsidRDefault="00000000" w:rsidP="004F5CDE">
      <w:r>
        <w:t>The lights cut out.</w:t>
      </w:r>
    </w:p>
    <w:p w14:paraId="7CF9DEAA" w14:textId="77777777" w:rsidR="00DB6324" w:rsidRDefault="00DB6324" w:rsidP="004F5CDE"/>
    <w:p w14:paraId="6DDBF4DF" w14:textId="77777777" w:rsidR="00DB6324" w:rsidRDefault="00DB6324" w:rsidP="004F5CDE"/>
    <w:p w14:paraId="78D303B1" w14:textId="77777777" w:rsidR="00F91806" w:rsidRDefault="00000000" w:rsidP="003D7E42">
      <w:pPr>
        <w:pStyle w:val="Heading1"/>
      </w:pPr>
      <w:bookmarkStart w:id="70" w:name="_Toc189281361"/>
      <w:r>
        <w:t>Chapter 47: This Round’s On Me</w:t>
      </w:r>
      <w:bookmarkEnd w:id="70"/>
    </w:p>
    <w:p w14:paraId="66B67891" w14:textId="77777777" w:rsidR="003D7E42" w:rsidRDefault="003D7E42" w:rsidP="004F5CDE"/>
    <w:p w14:paraId="52419B7B" w14:textId="4139EFEF" w:rsidR="00F91806" w:rsidRDefault="00000000" w:rsidP="004F5CDE">
      <w:r>
        <w:t>Pitch black.</w:t>
      </w:r>
    </w:p>
    <w:p w14:paraId="03EE150E" w14:textId="77174F87" w:rsidR="00F91806" w:rsidRDefault="00000000" w:rsidP="004F5CDE">
      <w:r>
        <w:lastRenderedPageBreak/>
        <w:t>For a second, all I could hear was breathing—ragged, uneven, too many people sucking in air at once. Then—movement. A shuffle. The barely-there creak of leather shifting.</w:t>
      </w:r>
      <w:r w:rsidR="0064488E">
        <w:t xml:space="preserve"> </w:t>
      </w:r>
      <w:r>
        <w:t>Someone was outside. Getting ready.</w:t>
      </w:r>
      <w:r w:rsidR="0064488E">
        <w:t xml:space="preserve"> </w:t>
      </w:r>
      <w:r>
        <w:t>Nick wasn’t just fucking with us anymore.</w:t>
      </w:r>
      <w:r w:rsidR="0064488E">
        <w:t xml:space="preserve"> </w:t>
      </w:r>
      <w:r>
        <w:t>This was it.</w:t>
      </w:r>
    </w:p>
    <w:p w14:paraId="5FAA72F4" w14:textId="71D29822" w:rsidR="00F91806" w:rsidRDefault="00400041" w:rsidP="004F5CDE">
      <w:r>
        <w:t>Candice reacted first, yanking Melanie and me down, pressing us low behind the counter. My pulse slammed against my ribs, my fingers clenched around nothing. We needed a plan.</w:t>
      </w:r>
    </w:p>
    <w:p w14:paraId="2908F5AD" w14:textId="77777777" w:rsidR="00F91806" w:rsidRDefault="00000000" w:rsidP="004F5CDE">
      <w:r>
        <w:t>We didn’t have time for a plan.</w:t>
      </w:r>
    </w:p>
    <w:p w14:paraId="55406E03" w14:textId="3D83DB06" w:rsidR="00F91806" w:rsidRDefault="00000000" w:rsidP="004F5CDE">
      <w:r>
        <w:t>Tony didn’t move. Didn’t flinch. He just stood there, shotgun at the ready, grinning like a goddamn maniac.</w:t>
      </w:r>
      <w:r w:rsidR="00C90175">
        <w:t xml:space="preserve"> </w:t>
      </w:r>
      <w:r>
        <w:t xml:space="preserve">“You good, big guy?” </w:t>
      </w:r>
      <w:r w:rsidR="00400041">
        <w:t>Candice</w:t>
      </w:r>
      <w:r>
        <w:t xml:space="preserve"> whispered.</w:t>
      </w:r>
    </w:p>
    <w:p w14:paraId="23C943D4" w14:textId="052903F3" w:rsidR="00F91806" w:rsidRDefault="00000000" w:rsidP="004F5CDE">
      <w:r>
        <w:t>Tony clicked his tongue. “I was built for this</w:t>
      </w:r>
      <w:r w:rsidR="00274D90">
        <w:t xml:space="preserve"> shit</w:t>
      </w:r>
      <w:r>
        <w:t>.”</w:t>
      </w:r>
    </w:p>
    <w:p w14:paraId="7B3BF494" w14:textId="2A0AEA7E" w:rsidR="00F91806" w:rsidRPr="00562EFD" w:rsidRDefault="00000000" w:rsidP="004F5CDE">
      <w:pPr>
        <w:rPr>
          <w:b/>
          <w:bCs/>
        </w:rPr>
      </w:pPr>
      <w:r w:rsidRPr="00562EFD">
        <w:rPr>
          <w:b/>
          <w:bCs/>
        </w:rPr>
        <w:t>BANG</w:t>
      </w:r>
    </w:p>
    <w:p w14:paraId="45DEAD4D" w14:textId="0CE45DCB" w:rsidR="00F91806" w:rsidRDefault="00000000" w:rsidP="004F5CDE">
      <w:r>
        <w:t>Glass exploded.</w:t>
      </w:r>
      <w:r w:rsidR="0064488E">
        <w:t xml:space="preserve"> </w:t>
      </w:r>
      <w:r>
        <w:t>A brick smashed through the storefront, skidding across the floor. Shards rained down, catching the faint glow of the neon signs outside.</w:t>
      </w:r>
      <w:r w:rsidR="0064488E">
        <w:t xml:space="preserve"> </w:t>
      </w:r>
      <w:r>
        <w:t>Attached to the brick, written in sharp, slanted handwriting:</w:t>
      </w:r>
    </w:p>
    <w:p w14:paraId="0AAB401D" w14:textId="77777777" w:rsidR="00F91806" w:rsidRPr="003C352C" w:rsidRDefault="00000000" w:rsidP="004F5CDE">
      <w:pPr>
        <w:rPr>
          <w:i/>
          <w:iCs/>
        </w:rPr>
      </w:pPr>
      <w:r w:rsidRPr="003C352C">
        <w:rPr>
          <w:i/>
          <w:iCs/>
        </w:rPr>
        <w:t>“Time’s up, babe.”</w:t>
      </w:r>
    </w:p>
    <w:p w14:paraId="157F8174" w14:textId="78580A48" w:rsidR="00F91806" w:rsidRDefault="00000000" w:rsidP="004F5CDE">
      <w:r>
        <w:t>Melanie sucked in a breath, fingers digging into my arm.</w:t>
      </w:r>
      <w:r w:rsidR="0064488E">
        <w:t xml:space="preserve"> </w:t>
      </w:r>
      <w:r>
        <w:t>Then—another sound.</w:t>
      </w:r>
      <w:r w:rsidR="0064488E">
        <w:t xml:space="preserve"> </w:t>
      </w:r>
      <w:r>
        <w:t>The back door.</w:t>
      </w:r>
      <w:r w:rsidR="0064488E">
        <w:t xml:space="preserve"> </w:t>
      </w:r>
      <w:r>
        <w:t>My stomach dropped.</w:t>
      </w:r>
      <w:r w:rsidR="0064488E">
        <w:t xml:space="preserve"> </w:t>
      </w:r>
      <w:r>
        <w:t>We were being flanked!</w:t>
      </w:r>
    </w:p>
    <w:p w14:paraId="5795FF5A" w14:textId="77777777" w:rsidR="00F91806" w:rsidRDefault="00000000" w:rsidP="004F5CDE">
      <w:r>
        <w:t>Tony shifted, whispering under his breath, “Alright. We’re doing this the loud way.”</w:t>
      </w:r>
    </w:p>
    <w:p w14:paraId="30721316" w14:textId="77777777" w:rsidR="00F91806" w:rsidRDefault="00000000" w:rsidP="004F5CDE">
      <w:r>
        <w:t>He fired.</w:t>
      </w:r>
    </w:p>
    <w:p w14:paraId="23530258" w14:textId="77777777" w:rsidR="00F91806" w:rsidRDefault="00000000" w:rsidP="004F5CDE">
      <w:r>
        <w:t>The blast lit the place up like lightning.</w:t>
      </w:r>
    </w:p>
    <w:p w14:paraId="4FEBF86B" w14:textId="6CA75DE4" w:rsidR="00F91806" w:rsidRDefault="00000000" w:rsidP="004F5CDE">
      <w:r>
        <w:t>The back door exploded inward, wood splintering as the force threw someone—one of Nick’s guys—back into the alley with a strangled yell.</w:t>
      </w:r>
      <w:r w:rsidR="0064488E">
        <w:t xml:space="preserve"> </w:t>
      </w:r>
      <w:r>
        <w:t>Then—chaos.</w:t>
      </w:r>
    </w:p>
    <w:p w14:paraId="2AA60760" w14:textId="77777777" w:rsidR="00F91806" w:rsidRDefault="00000000" w:rsidP="004F5CDE">
      <w:r>
        <w:t>Gunfire.</w:t>
      </w:r>
    </w:p>
    <w:p w14:paraId="30AC436C" w14:textId="7AA9CA0F" w:rsidR="00F91806" w:rsidRDefault="00400041" w:rsidP="004F5CDE">
      <w:r>
        <w:t>Candice grabbed Melanie, yanking her through the storage room, dragging me with them as Tony laid down cover fire like some kind of action hero.</w:t>
      </w:r>
      <w:r w:rsidR="0064488E">
        <w:t xml:space="preserve"> </w:t>
      </w:r>
      <w:r>
        <w:t>The crazy bastard was laughing.</w:t>
      </w:r>
      <w:r w:rsidR="0064488E">
        <w:t xml:space="preserve"> </w:t>
      </w:r>
      <w:r>
        <w:t>Actually having a good time.</w:t>
      </w:r>
    </w:p>
    <w:p w14:paraId="5BA364A5" w14:textId="7CC59771" w:rsidR="00F91806" w:rsidRDefault="00400041" w:rsidP="004F5CDE">
      <w:r>
        <w:t>Candice threw open the emergency exit. “MOVE!”</w:t>
      </w:r>
    </w:p>
    <w:p w14:paraId="2658E2B0" w14:textId="77777777" w:rsidR="00F91806" w:rsidRDefault="00000000" w:rsidP="004F5CDE">
      <w:r>
        <w:lastRenderedPageBreak/>
        <w:t>We bolted.</w:t>
      </w:r>
    </w:p>
    <w:p w14:paraId="3AFD3E1F" w14:textId="77777777" w:rsidR="00F91806" w:rsidRDefault="00000000" w:rsidP="004F5CDE">
      <w:r>
        <w:t>Run!</w:t>
      </w:r>
    </w:p>
    <w:p w14:paraId="0E71CBE4" w14:textId="5C97082F" w:rsidR="00F91806" w:rsidRDefault="00000000" w:rsidP="004F5CDE">
      <w:r>
        <w:t>Through the alley, past the dumpster, ducking low as another shot rang out behind us.</w:t>
      </w:r>
      <w:r w:rsidR="0064488E">
        <w:t xml:space="preserve"> </w:t>
      </w:r>
      <w:r w:rsidR="00562EFD">
        <w:t xml:space="preserve">Nick’s </w:t>
      </w:r>
      <w:r w:rsidR="00395575">
        <w:t xml:space="preserve">black </w:t>
      </w:r>
      <w:r w:rsidR="00562EFD">
        <w:t>SUV was still there, still running.</w:t>
      </w:r>
      <w:r w:rsidR="0064488E">
        <w:t xml:space="preserve"> </w:t>
      </w:r>
      <w:r>
        <w:t>Tony covered us, his shotgun kicking back with every blast.</w:t>
      </w:r>
    </w:p>
    <w:p w14:paraId="63603EF4" w14:textId="7A5DD455" w:rsidR="00F91806" w:rsidRDefault="00562EFD" w:rsidP="004F5CDE">
      <w:r>
        <w:t xml:space="preserve">We leapt inside the SUV. I threw myself into the back seat with Melanie, as </w:t>
      </w:r>
      <w:r w:rsidR="00400041">
        <w:t>Candice</w:t>
      </w:r>
      <w:r>
        <w:t xml:space="preserve"> peeled out before the doors even shut.</w:t>
      </w:r>
      <w:r w:rsidR="0064488E">
        <w:t xml:space="preserve"> </w:t>
      </w:r>
      <w:r>
        <w:t>Tony was still outside.</w:t>
      </w:r>
      <w:r w:rsidR="0064488E">
        <w:t xml:space="preserve"> </w:t>
      </w:r>
      <w:r>
        <w:t>Still firing.</w:t>
      </w:r>
    </w:p>
    <w:p w14:paraId="7E5BF100" w14:textId="77777777" w:rsidR="00F91806" w:rsidRDefault="00000000" w:rsidP="004F5CDE">
      <w:r>
        <w:t>"TONY!" I screamed.</w:t>
      </w:r>
    </w:p>
    <w:p w14:paraId="04B7AD76" w14:textId="77777777" w:rsidR="00C90175" w:rsidRDefault="00000000" w:rsidP="004F5CDE">
      <w:r>
        <w:t>Tony quickly grabbed his duffle bag—then, at the last second, snatched his half-eaten burrito off the counter. He vaulted into the car just as bullets ripped into the asphalt behind us, slamming the door shut and taking a victorious bite.</w:t>
      </w:r>
      <w:r w:rsidR="0064488E">
        <w:t xml:space="preserve"> </w:t>
      </w:r>
    </w:p>
    <w:p w14:paraId="434111C2" w14:textId="0676556B" w:rsidR="00F91806" w:rsidRDefault="00000000" w:rsidP="004F5CDE">
      <w:r>
        <w:t>“Okay, now we’re good,” he mumbled through a mouthful of carnitas.</w:t>
      </w:r>
    </w:p>
    <w:p w14:paraId="3253174B" w14:textId="77777777" w:rsidR="00F91806" w:rsidRDefault="00000000" w:rsidP="004F5CDE">
      <w:r>
        <w:t>Then we were gone.</w:t>
      </w:r>
    </w:p>
    <w:p w14:paraId="0C158BE9" w14:textId="77777777" w:rsidR="00DB6324" w:rsidRDefault="00DB6324" w:rsidP="004F5CDE"/>
    <w:p w14:paraId="1686C36C" w14:textId="77777777" w:rsidR="00DB6324" w:rsidRDefault="00DB6324" w:rsidP="004F5CDE"/>
    <w:p w14:paraId="09C60F6D" w14:textId="77777777" w:rsidR="00F91806" w:rsidRDefault="00000000" w:rsidP="003D7E42">
      <w:pPr>
        <w:pStyle w:val="Heading1"/>
      </w:pPr>
      <w:bookmarkStart w:id="71" w:name="_Toc189281362"/>
      <w:r>
        <w:t>Chapter 48: Trigger Discipline</w:t>
      </w:r>
      <w:bookmarkEnd w:id="71"/>
    </w:p>
    <w:p w14:paraId="68411E8D" w14:textId="77777777" w:rsidR="003D7E42" w:rsidRDefault="003D7E42" w:rsidP="004F5CDE"/>
    <w:p w14:paraId="0E4A8CB6" w14:textId="513E90AD" w:rsidR="00F91806" w:rsidRDefault="00000000" w:rsidP="004F5CDE">
      <w:r>
        <w:t>Somehow, we were still alive.</w:t>
      </w:r>
    </w:p>
    <w:p w14:paraId="1E26D285" w14:textId="2F57237B" w:rsidR="00F91806" w:rsidRDefault="00E54B4C" w:rsidP="004F5CDE">
      <w:r>
        <w:t xml:space="preserve">Minutes of white-knuckled silence passed before </w:t>
      </w:r>
      <w:r w:rsidR="00400041">
        <w:t>Candice</w:t>
      </w:r>
      <w:r>
        <w:t xml:space="preserve"> finally yanked the wheel, pulling us into a run-down motel on the outskirts of the city.</w:t>
      </w:r>
      <w:r w:rsidR="0064488E">
        <w:t xml:space="preserve"> </w:t>
      </w:r>
      <w:r>
        <w:t>The “No Vacancy” sign flickered weakly, like even it was questioning our life choices.</w:t>
      </w:r>
    </w:p>
    <w:p w14:paraId="06891255" w14:textId="77777777" w:rsidR="003D7E42" w:rsidRDefault="00000000" w:rsidP="004F5CDE">
      <w:r>
        <w:t>Nobody spoke.</w:t>
      </w:r>
    </w:p>
    <w:p w14:paraId="41900FA7" w14:textId="77777777" w:rsidR="003D7E42" w:rsidRDefault="00000000" w:rsidP="004F5CDE">
      <w:r>
        <w:t>Nobody moved.</w:t>
      </w:r>
    </w:p>
    <w:p w14:paraId="02F0EB90" w14:textId="77777777" w:rsidR="0064488E" w:rsidRDefault="00000000" w:rsidP="004F5CDE">
      <w:r>
        <w:t>We were all still too wired from the firefight.</w:t>
      </w:r>
      <w:r w:rsidR="0064488E">
        <w:t xml:space="preserve"> </w:t>
      </w:r>
    </w:p>
    <w:p w14:paraId="566A0320" w14:textId="519CAEF6" w:rsidR="00F91806" w:rsidRDefault="00000000" w:rsidP="004F5CDE">
      <w:r>
        <w:t>Finally, Tony clapped his hands together. “Alright, that was fun!”</w:t>
      </w:r>
    </w:p>
    <w:p w14:paraId="3C06CBD3" w14:textId="4B884957" w:rsidR="00F91806" w:rsidRDefault="00400041" w:rsidP="004F5CDE">
      <w:r>
        <w:lastRenderedPageBreak/>
        <w:t>Candice whipped around so fast I thought she’d strangle him. “Are you actually out of your goddamn mind?”</w:t>
      </w:r>
    </w:p>
    <w:p w14:paraId="6BC63863" w14:textId="77777777" w:rsidR="00F91806" w:rsidRDefault="00000000" w:rsidP="004F5CDE">
      <w:r>
        <w:t>Tony shrugged. “Probably.”</w:t>
      </w:r>
    </w:p>
    <w:p w14:paraId="53BD1BA4" w14:textId="0D9CD2E6" w:rsidR="00F91806" w:rsidRDefault="00000000" w:rsidP="004F5CDE">
      <w:r>
        <w:t>Melanie exhaled, pressing her forehead against my shoulder. I could feel the slight tremor in her body—shock settling in.</w:t>
      </w:r>
      <w:r w:rsidR="0064488E">
        <w:t xml:space="preserve"> </w:t>
      </w:r>
      <w:r w:rsidR="00400041">
        <w:t>Candice didn’t wait for us. She threw open the door, already storming toward the front desk. “We need a room. And a fucking drink.”</w:t>
      </w:r>
    </w:p>
    <w:p w14:paraId="18DA433D" w14:textId="77777777" w:rsidR="00F91806" w:rsidRDefault="00000000" w:rsidP="004F5CDE">
      <w:r>
        <w:t>Within five minutes, we had our room.</w:t>
      </w:r>
    </w:p>
    <w:p w14:paraId="55A59FEF" w14:textId="21364026" w:rsidR="00F91806" w:rsidRDefault="00000000" w:rsidP="004F5CDE">
      <w:r>
        <w:t>As soon as we were mostly settled in, Tony turned to us all. Then—he casually unzipped the duffel bag he’d grabbed from the store.</w:t>
      </w:r>
      <w:r w:rsidR="0064488E">
        <w:t xml:space="preserve"> </w:t>
      </w:r>
      <w:r>
        <w:t>And holy shit.</w:t>
      </w:r>
    </w:p>
    <w:p w14:paraId="4DF58424" w14:textId="77777777" w:rsidR="00F91806" w:rsidRPr="005F4E13" w:rsidRDefault="00000000" w:rsidP="004F5CDE">
      <w:pPr>
        <w:rPr>
          <w:i/>
          <w:iCs/>
        </w:rPr>
      </w:pPr>
      <w:r w:rsidRPr="005F4E13">
        <w:rPr>
          <w:i/>
          <w:iCs/>
        </w:rPr>
        <w:t>Guns.</w:t>
      </w:r>
    </w:p>
    <w:p w14:paraId="5EDB3DA1" w14:textId="77777777" w:rsidR="00F91806" w:rsidRDefault="00000000" w:rsidP="004F5CDE">
      <w:r>
        <w:t>A full fucking arsenal.</w:t>
      </w:r>
    </w:p>
    <w:p w14:paraId="1BD8408D" w14:textId="77777777" w:rsidR="00F91806" w:rsidRDefault="00000000" w:rsidP="004F5CDE">
      <w:r>
        <w:t>Melanie and I just stared.</w:t>
      </w:r>
    </w:p>
    <w:p w14:paraId="52312CC0" w14:textId="77777777" w:rsidR="00F91806" w:rsidRDefault="00000000" w:rsidP="004F5CDE">
      <w:r>
        <w:t>Tony beamed like a kid eating ice cream. “I figure after tonight, you ladies might want a little more… personal protection.”</w:t>
      </w:r>
    </w:p>
    <w:p w14:paraId="438E9F30" w14:textId="77777777" w:rsidR="00F91806" w:rsidRDefault="00000000" w:rsidP="004F5CDE">
      <w:r>
        <w:t>I blinked. “Tony… where the hell did you get all these?”</w:t>
      </w:r>
    </w:p>
    <w:p w14:paraId="517DBB52" w14:textId="77777777" w:rsidR="00F91806" w:rsidRDefault="00000000" w:rsidP="004F5CDE">
      <w:r>
        <w:t>He waved a hand. “I got a guy.”</w:t>
      </w:r>
    </w:p>
    <w:p w14:paraId="5F880C2F" w14:textId="77777777" w:rsidR="00F91806" w:rsidRDefault="00000000" w:rsidP="004F5CDE">
      <w:r>
        <w:t>“You got a guy?”</w:t>
      </w:r>
    </w:p>
    <w:p w14:paraId="01484749" w14:textId="77777777" w:rsidR="00F91806" w:rsidRDefault="00000000" w:rsidP="004F5CDE">
      <w:r>
        <w:t>Tony nodded. “Yeah. Everyone should have a guy.”</w:t>
      </w:r>
    </w:p>
    <w:p w14:paraId="4CE377B0" w14:textId="77777777" w:rsidR="00F91806" w:rsidRDefault="00000000" w:rsidP="004F5CDE">
      <w:r>
        <w:t>Melanie hesitated. “Why do you… have a guy?”</w:t>
      </w:r>
    </w:p>
    <w:p w14:paraId="4D736F4F" w14:textId="77777777" w:rsidR="00F91806" w:rsidRDefault="00000000" w:rsidP="004F5CDE">
      <w:r>
        <w:t>Tony grinned. “The first rule of Fight Club...”</w:t>
      </w:r>
    </w:p>
    <w:p w14:paraId="6081FCDE" w14:textId="77777777" w:rsidR="00F91806" w:rsidRDefault="00000000" w:rsidP="004F5CDE">
      <w:r>
        <w:t>I pinched the bridge of my nose. “Jesus Christ.”</w:t>
      </w:r>
    </w:p>
    <w:p w14:paraId="180165F6" w14:textId="08550606" w:rsidR="00F91806" w:rsidRDefault="00000000" w:rsidP="004F5CDE">
      <w:r>
        <w:t>Tony ignored me and started pulling out weapons like he was Santa Claus at a very illegal Christmas.</w:t>
      </w:r>
      <w:r w:rsidR="003C46ED">
        <w:t xml:space="preserve"> </w:t>
      </w:r>
      <w:r>
        <w:t>“Alright, let’s see what we’ve got here,” he muttered, rummaging through the bag. “Hannah, this baby’s for you.”</w:t>
      </w:r>
    </w:p>
    <w:p w14:paraId="08B13B41" w14:textId="77777777" w:rsidR="00F91806" w:rsidRDefault="00000000" w:rsidP="004F5CDE">
      <w:r>
        <w:t>He held up a sleek, silver SIG P226.</w:t>
      </w:r>
    </w:p>
    <w:p w14:paraId="123AD886" w14:textId="77777777" w:rsidR="00F91806" w:rsidRDefault="00000000" w:rsidP="004F5CDE">
      <w:r>
        <w:t>Clean. Compact. Classic.</w:t>
      </w:r>
    </w:p>
    <w:p w14:paraId="76915116" w14:textId="77777777" w:rsidR="00F91806" w:rsidRDefault="00000000" w:rsidP="004F5CDE">
      <w:r>
        <w:lastRenderedPageBreak/>
        <w:t>I took it carefully, feeling the weight. “Damn.”</w:t>
      </w:r>
    </w:p>
    <w:p w14:paraId="3FE0B2FA" w14:textId="0CBC2EE6" w:rsidR="00F91806" w:rsidRDefault="00000000" w:rsidP="004F5CDE">
      <w:r>
        <w:t xml:space="preserve">“For </w:t>
      </w:r>
      <w:r w:rsidR="00400041">
        <w:t>Candice</w:t>
      </w:r>
      <w:r>
        <w:t>…” Tony reached deeper, pulling out something heavier. “A 1911 Colt. Old-school. A little flashy and powerful, just like her.”</w:t>
      </w:r>
    </w:p>
    <w:p w14:paraId="267D7163" w14:textId="5FC2C58C" w:rsidR="00F91806" w:rsidRDefault="00000000" w:rsidP="004F5CDE">
      <w:r>
        <w:t>Then, for Melanie?</w:t>
      </w:r>
      <w:r w:rsidR="0064488E">
        <w:t xml:space="preserve"> </w:t>
      </w:r>
      <w:r>
        <w:t>Tony hesitated.</w:t>
      </w:r>
      <w:r w:rsidR="0064488E">
        <w:t xml:space="preserve"> </w:t>
      </w:r>
      <w:r>
        <w:t>Then—slowly—he pulled out something different.</w:t>
      </w:r>
      <w:r w:rsidR="0064488E">
        <w:t xml:space="preserve"> </w:t>
      </w:r>
      <w:r>
        <w:t>A Beretta M9.</w:t>
      </w:r>
      <w:r w:rsidR="0064488E">
        <w:t xml:space="preserve"> </w:t>
      </w:r>
      <w:r>
        <w:t>Black. Polished. Pristine.</w:t>
      </w:r>
      <w:r w:rsidR="003C46ED">
        <w:t xml:space="preserve"> </w:t>
      </w:r>
      <w:r>
        <w:t>He turned it over in his hands. “I, uh… actually got this one a while back. Thought it suited you.”</w:t>
      </w:r>
    </w:p>
    <w:p w14:paraId="6444B234" w14:textId="1821900C" w:rsidR="00F91806" w:rsidRDefault="00000000" w:rsidP="004F5CDE">
      <w:r>
        <w:t>Melanie took it without a word. Just stared at it.</w:t>
      </w:r>
      <w:r w:rsidR="0064488E">
        <w:t xml:space="preserve"> </w:t>
      </w:r>
      <w:r>
        <w:t>Like she was remembering something.</w:t>
      </w:r>
      <w:r w:rsidR="0064488E">
        <w:t xml:space="preserve"> </w:t>
      </w:r>
      <w:r>
        <w:t>Something she wasn’t saying out loud.</w:t>
      </w:r>
      <w:r w:rsidR="0064488E">
        <w:t xml:space="preserve"> </w:t>
      </w:r>
      <w:r>
        <w:t>Tony clapped his hands together. “Alright! Now that we’re all packing heat, who’s ready to get some goddamn sleep?”</w:t>
      </w:r>
    </w:p>
    <w:p w14:paraId="25CED440" w14:textId="67256B76" w:rsidR="00F91806" w:rsidRDefault="00000000" w:rsidP="004F5CDE">
      <w:r>
        <w:t>Melanie and I gave each other a look.</w:t>
      </w:r>
      <w:r w:rsidR="0064488E">
        <w:t xml:space="preserve"> </w:t>
      </w:r>
      <w:r>
        <w:t>Because we both knew the truth.</w:t>
      </w:r>
      <w:r w:rsidR="0064488E">
        <w:t xml:space="preserve"> </w:t>
      </w:r>
      <w:r>
        <w:t>Nick wasn’t done yet.</w:t>
      </w:r>
    </w:p>
    <w:p w14:paraId="6B9EAE44" w14:textId="77777777" w:rsidR="00DB6324" w:rsidRDefault="00DB6324" w:rsidP="004F5CDE"/>
    <w:p w14:paraId="040F7FAD" w14:textId="77777777" w:rsidR="00DB6324" w:rsidRDefault="00DB6324" w:rsidP="004F5CDE"/>
    <w:p w14:paraId="50B87523" w14:textId="77777777" w:rsidR="00F91806" w:rsidRDefault="00000000" w:rsidP="003D7E42">
      <w:pPr>
        <w:pStyle w:val="Heading1"/>
      </w:pPr>
      <w:bookmarkStart w:id="72" w:name="_Toc189281363"/>
      <w:r>
        <w:t>Chapter 49: Red Redemption</w:t>
      </w:r>
      <w:bookmarkEnd w:id="72"/>
    </w:p>
    <w:p w14:paraId="3E95BC8D" w14:textId="77777777" w:rsidR="003D7E42" w:rsidRDefault="003D7E42" w:rsidP="004F5CDE"/>
    <w:p w14:paraId="4F72979B" w14:textId="14C0AC11" w:rsidR="00F91806" w:rsidRDefault="00000000" w:rsidP="004F5CDE">
      <w:r>
        <w:t>The motel room was quiet. Too quiet.</w:t>
      </w:r>
    </w:p>
    <w:p w14:paraId="7A2EF19E" w14:textId="499C0A4B" w:rsidR="00F91806" w:rsidRDefault="00400041" w:rsidP="004F5CDE">
      <w:r>
        <w:t>Candice was nursing whiskey straight from the bottle. Tony was sitting on the edge of the bed, casually cleaning his “Precious.” Melanie, however, hadn’t spoken in minutes. She was just staring at the Beretta in her hands, turning it over, checking the weight, perhaps like she was reacquainting herself with something familiar.</w:t>
      </w:r>
    </w:p>
    <w:p w14:paraId="3518CDFB" w14:textId="6699C0AC" w:rsidR="00F91806" w:rsidRDefault="00000000" w:rsidP="004F5CDE">
      <w:r>
        <w:t>I couldn’t shake the feeling that this was it.</w:t>
      </w:r>
      <w:r w:rsidR="00D34547">
        <w:t xml:space="preserve"> </w:t>
      </w:r>
      <w:r>
        <w:t>Nick had been playing with us seemingly forever. Toying, taunting, pushing us exactly where he wanted. But the moment he sent that picture—the burned-out ruins of Melanie’s past—something shifted. He wasn’t just chasing us anymore.</w:t>
      </w:r>
      <w:r w:rsidR="00A23D3A">
        <w:t xml:space="preserve"> </w:t>
      </w:r>
      <w:r>
        <w:t>He was finishing what he started.</w:t>
      </w:r>
    </w:p>
    <w:p w14:paraId="1B3F73B2" w14:textId="77777777" w:rsidR="00C90175" w:rsidRDefault="00A23D3A" w:rsidP="004F5CDE">
      <w:r>
        <w:t>But I was done playing by his rules. I pulled out my phone and tapped out a text.</w:t>
      </w:r>
      <w:r w:rsidR="00C90175">
        <w:t xml:space="preserve"> </w:t>
      </w:r>
      <w:r w:rsidR="00000000">
        <w:t xml:space="preserve">Me: </w:t>
      </w:r>
      <w:r w:rsidR="003C46ED">
        <w:t>“</w:t>
      </w:r>
      <w:r w:rsidR="00000000">
        <w:t>Where will this end?</w:t>
      </w:r>
      <w:r w:rsidR="003C46ED">
        <w:t>”</w:t>
      </w:r>
      <w:r>
        <w:t xml:space="preserve"> </w:t>
      </w:r>
    </w:p>
    <w:p w14:paraId="00A2EA44" w14:textId="022331F0" w:rsidR="00F91806" w:rsidRDefault="00000000" w:rsidP="004F5CDE">
      <w:r>
        <w:t>Seconds later, my screen lit up.</w:t>
      </w:r>
    </w:p>
    <w:p w14:paraId="5292392E" w14:textId="37731E0F" w:rsidR="00F91806" w:rsidRDefault="00000000" w:rsidP="004F5CDE">
      <w:r>
        <w:lastRenderedPageBreak/>
        <w:t>UNKNOWN: You already know.</w:t>
      </w:r>
      <w:r w:rsidR="00A23D3A">
        <w:t xml:space="preserve"> </w:t>
      </w:r>
      <w:r>
        <w:t>A location pinged on my screen.</w:t>
      </w:r>
      <w:r w:rsidR="00A23D3A">
        <w:t xml:space="preserve"> </w:t>
      </w:r>
      <w:r>
        <w:t>I exhaled. Of course</w:t>
      </w:r>
      <w:r w:rsidR="00D34547">
        <w:t>…</w:t>
      </w:r>
      <w:r w:rsidR="00A23D3A">
        <w:t>t</w:t>
      </w:r>
      <w:r>
        <w:t>he old warehouse.</w:t>
      </w:r>
      <w:r w:rsidR="00A23D3A">
        <w:t xml:space="preserve"> </w:t>
      </w:r>
      <w:r>
        <w:t>The same place he was supposed to have died. The same place where all of this had started. Where Melanie had set the fire.</w:t>
      </w:r>
    </w:p>
    <w:p w14:paraId="2E2C67FE" w14:textId="11EA3890" w:rsidR="00F91806" w:rsidRDefault="00000000" w:rsidP="004F5CDE">
      <w:r>
        <w:t>I turned the phone toward them.</w:t>
      </w:r>
      <w:r w:rsidR="00A23D3A">
        <w:t xml:space="preserve"> </w:t>
      </w:r>
      <w:r w:rsidR="00400041">
        <w:t>Candice let out a low whistle</w:t>
      </w:r>
      <w:r w:rsidR="003C46ED">
        <w:t>,</w:t>
      </w:r>
      <w:r w:rsidR="00400041">
        <w:t xml:space="preserve"> “Damn. Full circle!”</w:t>
      </w:r>
    </w:p>
    <w:p w14:paraId="789E497F" w14:textId="77777777" w:rsidR="00F91806" w:rsidRDefault="00000000" w:rsidP="004F5CDE">
      <w:r>
        <w:t>Tony stood, stretched and cracked his neck. “Alright then. Let’s go kill a motherfucker.”</w:t>
      </w:r>
    </w:p>
    <w:p w14:paraId="6778DDAE" w14:textId="18CFB113" w:rsidR="00F91806" w:rsidRDefault="00000000" w:rsidP="004F5CDE">
      <w:r>
        <w:t>Melanie just nodded. But there was something in her eyes. Something darker.</w:t>
      </w:r>
      <w:r w:rsidR="00A23D3A">
        <w:t xml:space="preserve"> </w:t>
      </w:r>
      <w:r>
        <w:t>She wasn’t afraid anymore.</w:t>
      </w:r>
      <w:r w:rsidR="00A23D3A">
        <w:t xml:space="preserve"> </w:t>
      </w:r>
      <w:r>
        <w:t>She was ready.</w:t>
      </w:r>
    </w:p>
    <w:p w14:paraId="18643B15" w14:textId="77777777" w:rsidR="00DB6324" w:rsidRDefault="00DB6324" w:rsidP="004F5CDE"/>
    <w:p w14:paraId="56190EBF" w14:textId="77777777" w:rsidR="00DB6324" w:rsidRDefault="00DB6324" w:rsidP="004F5CDE"/>
    <w:p w14:paraId="20D04473" w14:textId="77777777" w:rsidR="00F91806" w:rsidRDefault="00000000" w:rsidP="003D7E42">
      <w:pPr>
        <w:pStyle w:val="Heading1"/>
      </w:pPr>
      <w:bookmarkStart w:id="73" w:name="_Toc189281364"/>
      <w:r>
        <w:t>Chapter 50: Sic Semper Tyrannis</w:t>
      </w:r>
      <w:bookmarkEnd w:id="73"/>
    </w:p>
    <w:p w14:paraId="74714CFB" w14:textId="77777777" w:rsidR="003D7E42" w:rsidRPr="003D7E42" w:rsidRDefault="003D7E42" w:rsidP="003D7E42"/>
    <w:p w14:paraId="19089B19" w14:textId="39040CB6" w:rsidR="00F91806" w:rsidRDefault="00000000" w:rsidP="004F5CDE">
      <w:r>
        <w:t>The warehouse loomed ahead, still skeletal and charred, a blackened corpse of a building.</w:t>
      </w:r>
      <w:r w:rsidR="00A23D3A">
        <w:t xml:space="preserve"> </w:t>
      </w:r>
      <w:r>
        <w:t>The last time Melanie had been here, she’d been running for her life.</w:t>
      </w:r>
      <w:r w:rsidR="00A23D3A">
        <w:t xml:space="preserve"> </w:t>
      </w:r>
      <w:r>
        <w:t>This time?</w:t>
      </w:r>
      <w:r w:rsidR="00A23D3A">
        <w:t xml:space="preserve"> </w:t>
      </w:r>
      <w:r>
        <w:t>She wasn’t running.</w:t>
      </w:r>
    </w:p>
    <w:p w14:paraId="0AEA3D96" w14:textId="23458DB8" w:rsidR="00F91806" w:rsidRDefault="00000000" w:rsidP="004F5CDE">
      <w:r>
        <w:t xml:space="preserve">We moved in silence, our footsteps crunching over dirt and debris. </w:t>
      </w:r>
      <w:r w:rsidR="00400041">
        <w:t>Candice</w:t>
      </w:r>
      <w:r>
        <w:t xml:space="preserve"> led, gun drawn, her steps slow and measured. Tony flanked behind, his shotgun slung over his shoulder like a mercenary preparing for war.</w:t>
      </w:r>
      <w:r w:rsidR="00A23D3A">
        <w:t xml:space="preserve"> </w:t>
      </w:r>
      <w:r>
        <w:t>Melanie walked beside me, gripping the Beretta so tightly her knuckles turned white.</w:t>
      </w:r>
    </w:p>
    <w:p w14:paraId="57495F0F" w14:textId="77777777" w:rsidR="00F91806" w:rsidRDefault="00000000" w:rsidP="004F5CDE">
      <w:r>
        <w:t>Then—</w:t>
      </w:r>
    </w:p>
    <w:p w14:paraId="34D0ABCD" w14:textId="77777777" w:rsidR="00F91806" w:rsidRDefault="00000000" w:rsidP="004F5CDE">
      <w:r>
        <w:t>A sound.</w:t>
      </w:r>
    </w:p>
    <w:p w14:paraId="445B99C9" w14:textId="77777777" w:rsidR="00F91806" w:rsidRDefault="00000000" w:rsidP="004F5CDE">
      <w:r>
        <w:t>A single, deliberate clap.</w:t>
      </w:r>
    </w:p>
    <w:p w14:paraId="09278459" w14:textId="77777777" w:rsidR="00F91806" w:rsidRDefault="00000000" w:rsidP="004F5CDE">
      <w:r>
        <w:t>Slow. Mocking.</w:t>
      </w:r>
    </w:p>
    <w:p w14:paraId="27D3D27F" w14:textId="34F50EDF" w:rsidR="00F91806" w:rsidRDefault="00000000" w:rsidP="004F5CDE">
      <w:r>
        <w:t>Nick stepped into the moonlight, his hands in his pockets, his smirk slow and knowing. He looked as if he had all the time in the world. Like he had already won.</w:t>
      </w:r>
      <w:r w:rsidR="00A23D3A">
        <w:t xml:space="preserve"> </w:t>
      </w:r>
      <w:r>
        <w:t>“Well, well,” he drawled. “Look at you. Armed. Dangerous. Finally taking this seriously.”</w:t>
      </w:r>
    </w:p>
    <w:p w14:paraId="3FF4A88F" w14:textId="7B60397C" w:rsidR="00F91806" w:rsidRDefault="00000000" w:rsidP="004F5CDE">
      <w:r>
        <w:t>No one moved.</w:t>
      </w:r>
      <w:r w:rsidR="00A23D3A">
        <w:t xml:space="preserve"> </w:t>
      </w:r>
      <w:r>
        <w:t>Where the fuck are his henchmen, I thought, snipping us on the roof?</w:t>
      </w:r>
      <w:r w:rsidR="00A23D3A">
        <w:t xml:space="preserve"> </w:t>
      </w:r>
      <w:r>
        <w:t>Nick’s gaze flicked to Melanie, his grin widening. “You know, babe, I used to love that fire in you. Who knew you’d get so good at actually starting them?”</w:t>
      </w:r>
    </w:p>
    <w:p w14:paraId="6F029B75" w14:textId="0E29888F" w:rsidR="00F91806" w:rsidRDefault="00000000" w:rsidP="004F5CDE">
      <w:r>
        <w:lastRenderedPageBreak/>
        <w:t>Melanie didn’t flinch.</w:t>
      </w:r>
      <w:r w:rsidR="00A23D3A">
        <w:t xml:space="preserve"> </w:t>
      </w:r>
      <w:r>
        <w:t>She raised the gun.</w:t>
      </w:r>
      <w:r w:rsidR="00A23D3A">
        <w:t xml:space="preserve"> </w:t>
      </w:r>
      <w:r>
        <w:t>Nick chuckled, tilting his head like she was a particularly amusing puzzle. “Oh, you’re really gonna do it, huh?”</w:t>
      </w:r>
    </w:p>
    <w:p w14:paraId="5212C8B8" w14:textId="77777777" w:rsidR="00F91806" w:rsidRDefault="00000000" w:rsidP="004F5CDE">
      <w:r>
        <w:t>I took a slow step forward, gun steady. “No games, Nick. No more chasing. No more fucking riddles. This ends tonight.”</w:t>
      </w:r>
    </w:p>
    <w:p w14:paraId="6F98C53B" w14:textId="3BA3DA06" w:rsidR="00F91806" w:rsidRDefault="00000000" w:rsidP="004F5CDE">
      <w:r>
        <w:t xml:space="preserve">Nick </w:t>
      </w:r>
      <w:r w:rsidR="00A23D3A">
        <w:t xml:space="preserve">exaggerated his </w:t>
      </w:r>
      <w:r>
        <w:t>exhal</w:t>
      </w:r>
      <w:r w:rsidR="00A23D3A">
        <w:t>e</w:t>
      </w:r>
      <w:r>
        <w:t>. “So dramatic.”</w:t>
      </w:r>
      <w:r w:rsidR="003C46ED">
        <w:t xml:space="preserve"> </w:t>
      </w:r>
      <w:r>
        <w:t>Then—without warning—he moved.</w:t>
      </w:r>
      <w:r w:rsidR="00A23D3A">
        <w:t xml:space="preserve"> </w:t>
      </w:r>
      <w:r>
        <w:t>Fast.</w:t>
      </w:r>
      <w:r w:rsidR="00A23D3A">
        <w:t xml:space="preserve"> </w:t>
      </w:r>
      <w:r>
        <w:t>Too fast.</w:t>
      </w:r>
      <w:r w:rsidR="00A23D3A">
        <w:t xml:space="preserve"> </w:t>
      </w:r>
      <w:r>
        <w:t>A blast rang out.</w:t>
      </w:r>
      <w:r w:rsidR="00A23D3A">
        <w:t xml:space="preserve"> </w:t>
      </w:r>
      <w:r>
        <w:t>I dove, rolling behind a stack of wooden crates. It was Tony’s shotgun blast, splinting through the air, barely missing Nick as he ducked behind a steel beam.</w:t>
      </w:r>
    </w:p>
    <w:p w14:paraId="52738D0D" w14:textId="33A210ED" w:rsidR="00F91806" w:rsidRDefault="00400041" w:rsidP="004F5CDE">
      <w:r>
        <w:t>Candice flanked left, circling, her gun trained on the shadows.</w:t>
      </w:r>
      <w:r w:rsidR="00A23D3A">
        <w:t xml:space="preserve"> </w:t>
      </w:r>
      <w:r>
        <w:t>Nick laughed. “Oh, this is fun.”</w:t>
      </w:r>
      <w:r w:rsidR="00A23D3A">
        <w:t xml:space="preserve"> </w:t>
      </w:r>
      <w:r>
        <w:t>I caught movement—Melanie, slipping through the dark, positioning herself.</w:t>
      </w:r>
    </w:p>
    <w:p w14:paraId="35F7129A" w14:textId="77777777" w:rsidR="00F91806" w:rsidRDefault="00000000" w:rsidP="004F5CDE">
      <w:r>
        <w:t>Then—</w:t>
      </w:r>
    </w:p>
    <w:p w14:paraId="6291607B" w14:textId="77777777" w:rsidR="00F91806" w:rsidRDefault="00000000" w:rsidP="004F5CDE">
      <w:r>
        <w:t>Another gunshot.</w:t>
      </w:r>
    </w:p>
    <w:p w14:paraId="7E2F33E9" w14:textId="77777777" w:rsidR="00F91806" w:rsidRDefault="00000000" w:rsidP="004F5CDE">
      <w:r>
        <w:t>Nick staggered.</w:t>
      </w:r>
    </w:p>
    <w:p w14:paraId="73E75AB1" w14:textId="77777777" w:rsidR="00F91806" w:rsidRDefault="00000000" w:rsidP="004F5CDE">
      <w:r>
        <w:t>He looked down.</w:t>
      </w:r>
    </w:p>
    <w:p w14:paraId="0D8F2B9E" w14:textId="77777777" w:rsidR="00F91806" w:rsidRDefault="00000000" w:rsidP="004F5CDE">
      <w:r>
        <w:t>His hand pressed to his stomach. Blood.</w:t>
      </w:r>
    </w:p>
    <w:p w14:paraId="49D8F3C0" w14:textId="75FA2D31" w:rsidR="00F91806" w:rsidRDefault="00000000" w:rsidP="004F5CDE">
      <w:r>
        <w:t>Melanie stood there, gun still raised, hands steady.</w:t>
      </w:r>
      <w:r w:rsidR="00A23D3A">
        <w:t xml:space="preserve"> </w:t>
      </w:r>
      <w:r>
        <w:t>Nick’s smirk didn’t fade. “Took you long enough.” His voice was weaker now, but that smug fucking tone was still there.</w:t>
      </w:r>
      <w:r w:rsidR="00A23D3A">
        <w:t xml:space="preserve"> </w:t>
      </w:r>
      <w:r>
        <w:t>He coughed. Blood dripped onto the scorched floor.</w:t>
      </w:r>
      <w:r w:rsidR="003C46ED">
        <w:t xml:space="preserve"> </w:t>
      </w:r>
      <w:r>
        <w:t>“You think this is over?” His breath hitched. “You think I was the only one who wanted you to burn?”</w:t>
      </w:r>
    </w:p>
    <w:p w14:paraId="0CD6F09D" w14:textId="2B741D63" w:rsidR="00F91806" w:rsidRDefault="00000000" w:rsidP="004F5CDE">
      <w:r>
        <w:t>Melanie’s grip tightened around the gun.</w:t>
      </w:r>
      <w:r w:rsidR="00A23D3A">
        <w:t xml:space="preserve"> </w:t>
      </w:r>
      <w:r w:rsidR="00400041">
        <w:t xml:space="preserve">Candice didn’t hesitate. </w:t>
      </w:r>
      <w:r>
        <w:t>One breath. One bullet.</w:t>
      </w:r>
      <w:r w:rsidR="00A23D3A">
        <w:t xml:space="preserve"> </w:t>
      </w:r>
      <w:r>
        <w:t>Dead center.</w:t>
      </w:r>
      <w:r w:rsidR="00A23D3A">
        <w:t xml:space="preserve"> </w:t>
      </w:r>
      <w:r>
        <w:t>Nick slumped against the crates</w:t>
      </w:r>
      <w:r w:rsidR="00765077">
        <w:t>, b</w:t>
      </w:r>
      <w:r>
        <w:t>leeding out.</w:t>
      </w:r>
      <w:r w:rsidR="00A23D3A">
        <w:t xml:space="preserve"> </w:t>
      </w:r>
      <w:r>
        <w:t>Still grinning.</w:t>
      </w:r>
      <w:r w:rsidR="00A23D3A">
        <w:t xml:space="preserve"> </w:t>
      </w:r>
      <w:r>
        <w:t>His lips moved, barely a whisper.</w:t>
      </w:r>
    </w:p>
    <w:p w14:paraId="2ED492DD" w14:textId="05924485" w:rsidR="00F91806" w:rsidRDefault="00000000" w:rsidP="004F5CDE">
      <w:r>
        <w:t>We stepped closer. “What?”</w:t>
      </w:r>
      <w:r w:rsidR="00A23D3A">
        <w:t xml:space="preserve"> </w:t>
      </w:r>
      <w:r>
        <w:t>His breathing was ragged, his words almost lost in the thin space between life and death.</w:t>
      </w:r>
    </w:p>
    <w:p w14:paraId="2C12EBA6" w14:textId="4DE7111A" w:rsidR="00F91806" w:rsidRDefault="00000000" w:rsidP="004F5CDE">
      <w:r>
        <w:t>Nick exhaled, a slow, rattling death breath. His lips curled into a bloody smirk.</w:t>
      </w:r>
      <w:r w:rsidR="003C46ED">
        <w:t xml:space="preserve"> </w:t>
      </w:r>
      <w:r>
        <w:t>“Did you think you were the only monster in the room?”</w:t>
      </w:r>
    </w:p>
    <w:p w14:paraId="6CE6FE18" w14:textId="77777777" w:rsidR="00F91806" w:rsidRDefault="00000000" w:rsidP="004F5CDE">
      <w:r>
        <w:t>Then—silence.</w:t>
      </w:r>
    </w:p>
    <w:p w14:paraId="74AEC0CC" w14:textId="77777777" w:rsidR="00F91806" w:rsidRDefault="00000000" w:rsidP="004F5CDE">
      <w:r>
        <w:t>A heavy, suffocating silence.</w:t>
      </w:r>
    </w:p>
    <w:p w14:paraId="6F274978" w14:textId="77777777" w:rsidR="00F91806" w:rsidRDefault="00000000" w:rsidP="004F5CDE">
      <w:r>
        <w:t>Melanie exhaled.</w:t>
      </w:r>
    </w:p>
    <w:p w14:paraId="513A6812" w14:textId="48C85F63" w:rsidR="00F91806" w:rsidRDefault="00400041" w:rsidP="004F5CDE">
      <w:r>
        <w:lastRenderedPageBreak/>
        <w:t>Candice lowered her gun.</w:t>
      </w:r>
    </w:p>
    <w:p w14:paraId="48B74E89" w14:textId="77777777" w:rsidR="00F91806" w:rsidRDefault="00000000" w:rsidP="004F5CDE">
      <w:r>
        <w:t>Tony nudged Nick’s body with his boot. “Well. That’s that.”</w:t>
      </w:r>
    </w:p>
    <w:p w14:paraId="00F3A934" w14:textId="45D14592" w:rsidR="00F91806" w:rsidRDefault="00000000" w:rsidP="004F5CDE">
      <w:r>
        <w:t>Nobody spoke.</w:t>
      </w:r>
      <w:r w:rsidR="00A23D3A">
        <w:t xml:space="preserve"> </w:t>
      </w:r>
      <w:r>
        <w:t>Melanie just stared. At Nick. At the blood pooling around his body. At the now real ghost of a man who had haunted her for over four years.</w:t>
      </w:r>
      <w:r w:rsidR="00A23D3A">
        <w:t xml:space="preserve"> </w:t>
      </w:r>
      <w:r>
        <w:t>Then—</w:t>
      </w:r>
      <w:r w:rsidR="00A23D3A">
        <w:t>s</w:t>
      </w:r>
      <w:r>
        <w:t>he let out a breath, sharp and uneven. And then another. Faster now. Shallower.</w:t>
      </w:r>
      <w:r w:rsidR="00A23D3A">
        <w:t xml:space="preserve"> </w:t>
      </w:r>
      <w:r>
        <w:t>Her knees buckled.</w:t>
      </w:r>
      <w:r w:rsidR="00A23D3A">
        <w:t xml:space="preserve"> </w:t>
      </w:r>
      <w:r>
        <w:t>Her hands, still slick with gunpowder, clamped over her mouth.</w:t>
      </w:r>
      <w:r w:rsidR="00765077">
        <w:t xml:space="preserve"> </w:t>
      </w:r>
      <w:r>
        <w:t>And then, she broke.</w:t>
      </w:r>
      <w:r w:rsidR="003C46ED">
        <w:t xml:space="preserve"> </w:t>
      </w:r>
      <w:r>
        <w:t>A scream ripped from her throat—raw, shattered, the sound of something inside her finally collapsing.</w:t>
      </w:r>
      <w:r w:rsidR="003C46ED">
        <w:t xml:space="preserve"> </w:t>
      </w:r>
      <w:r>
        <w:t>Years of rage, guilt, and terror tore out of her in a sound so visceral it didn’t even seem human.</w:t>
      </w:r>
    </w:p>
    <w:p w14:paraId="1EAED2F6" w14:textId="77777777" w:rsidR="00F91806" w:rsidRDefault="00000000" w:rsidP="004F5CDE">
      <w:r>
        <w:t>She dropped the gun.</w:t>
      </w:r>
    </w:p>
    <w:p w14:paraId="33DFDB25" w14:textId="77777777" w:rsidR="00F91806" w:rsidRDefault="00000000" w:rsidP="004F5CDE">
      <w:r>
        <w:t>And walked away.</w:t>
      </w:r>
    </w:p>
    <w:p w14:paraId="2D326954" w14:textId="77777777" w:rsidR="00DB6324" w:rsidRDefault="00DB6324" w:rsidP="004F5CDE"/>
    <w:p w14:paraId="2F1BAC09" w14:textId="77777777" w:rsidR="00DB6324" w:rsidRDefault="00DB6324" w:rsidP="004F5CDE"/>
    <w:p w14:paraId="0F23BC2F" w14:textId="77777777" w:rsidR="00F91806" w:rsidRDefault="00000000" w:rsidP="003D7E42">
      <w:pPr>
        <w:pStyle w:val="Heading1"/>
      </w:pPr>
      <w:bookmarkStart w:id="74" w:name="_Toc189281365"/>
      <w:r>
        <w:t>Chapter 51: Me and Tonya McGee</w:t>
      </w:r>
      <w:bookmarkEnd w:id="74"/>
    </w:p>
    <w:p w14:paraId="7B18DD26" w14:textId="77777777" w:rsidR="003D7E42" w:rsidRDefault="003D7E42" w:rsidP="004F5CDE"/>
    <w:p w14:paraId="66E855A4" w14:textId="051D1753" w:rsidR="00F91806" w:rsidRDefault="00000000" w:rsidP="004F5CDE">
      <w:r>
        <w:t>The fluorescent lights buzzed overhead, casting everything in a sickly, artificial glow. The whole place smelled like donuts and bad decisions.</w:t>
      </w:r>
      <w:r w:rsidR="00DD06C4">
        <w:t xml:space="preserve"> </w:t>
      </w:r>
      <w:r>
        <w:t>I sat in a plastic chair so uncomfortable it felt like a punishment in itself, my ribs aching, my pulse still not back to normal. Gunpowder, sweat, adrenaline—it clung to my clothes, my skin, my goddamn bones.</w:t>
      </w:r>
    </w:p>
    <w:p w14:paraId="465C7608" w14:textId="19AB0B59" w:rsidR="00F91806" w:rsidRDefault="00000000" w:rsidP="004F5CDE">
      <w:r>
        <w:t>Across from me, Detective Tonya McGee tapped a pen against her notepad. She didn’t look impatient. She looked entertained. Like she was watching a puzzle slowly solve itself.</w:t>
      </w:r>
      <w:r w:rsidR="00DD06C4">
        <w:t xml:space="preserve"> </w:t>
      </w:r>
      <w:r>
        <w:t>"You look like hell," she mused. "Long night?"</w:t>
      </w:r>
    </w:p>
    <w:p w14:paraId="6428E98B" w14:textId="77777777" w:rsidR="00F91806" w:rsidRDefault="00000000" w:rsidP="004F5CDE">
      <w:r>
        <w:t>I exhaled. "Either charge me with something or let me go."</w:t>
      </w:r>
    </w:p>
    <w:p w14:paraId="10947522" w14:textId="77777777" w:rsidR="00F91806" w:rsidRDefault="00000000" w:rsidP="004F5CDE">
      <w:r>
        <w:t>McGee smirked. "You ever notice how guilty people always say that?"</w:t>
      </w:r>
    </w:p>
    <w:p w14:paraId="2A0F5D67" w14:textId="6CE2C0FD" w:rsidR="00F91806" w:rsidRDefault="00000000" w:rsidP="004F5CDE">
      <w:r>
        <w:t xml:space="preserve">I clenched my jaw. </w:t>
      </w:r>
      <w:r w:rsidRPr="00395196">
        <w:rPr>
          <w:i/>
          <w:iCs/>
        </w:rPr>
        <w:t>Do not lose your temper.</w:t>
      </w:r>
      <w:r w:rsidR="00DD06C4">
        <w:t xml:space="preserve"> </w:t>
      </w:r>
      <w:r>
        <w:t>She leaned back, flipping through a thick file—probably filled with even my grade school report cards.</w:t>
      </w:r>
      <w:r w:rsidR="00DD06C4">
        <w:t xml:space="preserve"> </w:t>
      </w:r>
      <w:r>
        <w:t>“Let’s see here. Warehouse fire. Assault. And oh—tonight?” She lifted a page, raising an eyebrow. "Self-defense homicide. Busy week.”</w:t>
      </w:r>
    </w:p>
    <w:p w14:paraId="2A7F024D" w14:textId="77777777" w:rsidR="00F91806" w:rsidRDefault="00000000" w:rsidP="004F5CDE">
      <w:r>
        <w:lastRenderedPageBreak/>
        <w:t>She snapped the file shut and met my gaze. "Nick had leverage on people. A lot of people. You think just because he’s dead, that leverage disappears?"</w:t>
      </w:r>
    </w:p>
    <w:p w14:paraId="2CBC81FC" w14:textId="31936698" w:rsidR="00F91806" w:rsidRDefault="00000000" w:rsidP="004F5CDE">
      <w:r>
        <w:t>My pulse spiked.</w:t>
      </w:r>
      <w:r w:rsidR="00DD06C4">
        <w:t xml:space="preserve"> </w:t>
      </w:r>
      <w:r>
        <w:t xml:space="preserve">I forced my voice steady. "He kidnapped us. He pulled a gun. Melanie shot him first. </w:t>
      </w:r>
      <w:r w:rsidR="00400041">
        <w:t>Candice</w:t>
      </w:r>
      <w:r>
        <w:t xml:space="preserve"> shot him second. It was self-defense."</w:t>
      </w:r>
    </w:p>
    <w:p w14:paraId="56D36BB3" w14:textId="77777777" w:rsidR="00F91806" w:rsidRDefault="00000000" w:rsidP="004F5CDE">
      <w:r>
        <w:t>McGee nodded, as if considering. “Mm-hmm. That’s a nice, neat version of events.” She smiled, slow and knowing. "But I like messy ones."</w:t>
      </w:r>
    </w:p>
    <w:p w14:paraId="34151BAD" w14:textId="77777777" w:rsidR="00BF4EEB" w:rsidRDefault="00BF4EEB" w:rsidP="004F5CDE"/>
    <w:p w14:paraId="14CA06B5" w14:textId="2D33E626" w:rsidR="00BF4EEB" w:rsidRPr="00A351D5" w:rsidRDefault="00304FE8" w:rsidP="00D9773B">
      <w:pPr>
        <w:jc w:val="center"/>
        <w:rPr>
          <w:color w:val="365F91" w:themeColor="accent1" w:themeShade="BF"/>
        </w:rPr>
      </w:pPr>
      <w:r>
        <w:rPr>
          <w:rFonts w:ascii="Segoe UI Symbol" w:hAnsi="Segoe UI Symbol" w:cs="Segoe UI Symbol"/>
          <w:color w:val="365F91" w:themeColor="accent1" w:themeShade="BF"/>
        </w:rPr>
        <w:t>♞♛♞</w:t>
      </w:r>
    </w:p>
    <w:p w14:paraId="07D792FD" w14:textId="77777777" w:rsidR="00F91806" w:rsidRDefault="00F91806" w:rsidP="004F5CDE"/>
    <w:p w14:paraId="742EA908" w14:textId="77777777" w:rsidR="00F91806" w:rsidRDefault="00000000" w:rsidP="004F5CDE">
      <w:r>
        <w:t>Meanwhile, in Interrogation Room #2…</w:t>
      </w:r>
    </w:p>
    <w:p w14:paraId="4BF42A33" w14:textId="16BC68FB" w:rsidR="00F91806" w:rsidRDefault="00000000" w:rsidP="004F5CDE">
      <w:r>
        <w:t>Tony sat back like he was at brunch. Half a bagel. Styrofoam coffee. Zero fear of prison.</w:t>
      </w:r>
      <w:r w:rsidR="00DD06C4">
        <w:t xml:space="preserve"> </w:t>
      </w:r>
      <w:r>
        <w:t>McGee’s partner was a detective nicknamed “Big Tom.” He first let out a deep sigh,  “Tony?”</w:t>
      </w:r>
    </w:p>
    <w:p w14:paraId="7103BCFE" w14:textId="77777777" w:rsidR="00F91806" w:rsidRDefault="00000000" w:rsidP="004F5CDE">
      <w:r>
        <w:t>“Big Tom?”</w:t>
      </w:r>
    </w:p>
    <w:p w14:paraId="37764DA4" w14:textId="77777777" w:rsidR="00F91806" w:rsidRDefault="00000000" w:rsidP="004F5CDE">
      <w:r>
        <w:t>"You want to tell me why you were in a shootout tonight?"</w:t>
      </w:r>
    </w:p>
    <w:p w14:paraId="508D5FAC" w14:textId="77777777" w:rsidR="00F91806" w:rsidRDefault="00000000" w:rsidP="004F5CDE">
      <w:r>
        <w:t>Tony took a slow sip of coffee. “Technically, I wasn’t in a shootout. I was providing emotional support via heavy artillery.”</w:t>
      </w:r>
    </w:p>
    <w:p w14:paraId="5A9C342E" w14:textId="77777777" w:rsidR="00F91806" w:rsidRDefault="00000000" w:rsidP="004F5CDE">
      <w:r>
        <w:t>Big Tom pinched the bridge of his nose. “And the shotgun?”</w:t>
      </w:r>
    </w:p>
    <w:p w14:paraId="358ABBBA" w14:textId="77777777" w:rsidR="00F91806" w:rsidRDefault="00000000" w:rsidP="004F5CDE">
      <w:r>
        <w:t>Tony grinned. "Registered."</w:t>
      </w:r>
    </w:p>
    <w:p w14:paraId="2650A171" w14:textId="77777777" w:rsidR="00F91806" w:rsidRDefault="00000000" w:rsidP="004F5CDE">
      <w:r>
        <w:t>Tom sighed even deeper. "And the fact that it was used to shoot a guy?"</w:t>
      </w:r>
    </w:p>
    <w:p w14:paraId="7E4E41D7" w14:textId="77777777" w:rsidR="00F91806" w:rsidRDefault="00000000" w:rsidP="004F5CDE">
      <w:r>
        <w:t>Tony shrugged. “Look, I think we’re losing sight of the real issue here, which is—how much taxpayer money did you waste bringing me in? ‘Cause this coffee tastes like a hate crime.”</w:t>
      </w:r>
    </w:p>
    <w:p w14:paraId="5773D537" w14:textId="77777777" w:rsidR="00BF4EEB" w:rsidRDefault="00BF4EEB" w:rsidP="004F5CDE"/>
    <w:p w14:paraId="28D389DA" w14:textId="1562F68C" w:rsidR="00BF4EEB" w:rsidRPr="00A351D5" w:rsidRDefault="00304FE8" w:rsidP="00D9773B">
      <w:pPr>
        <w:jc w:val="center"/>
        <w:rPr>
          <w:color w:val="365F91" w:themeColor="accent1" w:themeShade="BF"/>
        </w:rPr>
      </w:pPr>
      <w:r>
        <w:rPr>
          <w:rFonts w:ascii="Segoe UI Symbol" w:hAnsi="Segoe UI Symbol" w:cs="Segoe UI Symbol"/>
          <w:color w:val="365F91" w:themeColor="accent1" w:themeShade="BF"/>
        </w:rPr>
        <w:t>♞♛♞</w:t>
      </w:r>
    </w:p>
    <w:p w14:paraId="2B4DAF27" w14:textId="77777777" w:rsidR="00BF4EEB" w:rsidRDefault="00BF4EEB" w:rsidP="004F5CDE"/>
    <w:p w14:paraId="21246ACC" w14:textId="67603AE3" w:rsidR="00F91806" w:rsidRDefault="00000000" w:rsidP="004F5CDE">
      <w:r>
        <w:t xml:space="preserve">Back in </w:t>
      </w:r>
      <w:r w:rsidR="00DD06C4">
        <w:t xml:space="preserve">Interrogation </w:t>
      </w:r>
      <w:r>
        <w:t>Room #1…</w:t>
      </w:r>
    </w:p>
    <w:p w14:paraId="0D21CE1B" w14:textId="77777777" w:rsidR="00F91806" w:rsidRDefault="00000000" w:rsidP="004F5CDE">
      <w:r>
        <w:lastRenderedPageBreak/>
        <w:t>McGee tapped the file again. “How do you end up in the middle of all this, Hannah?”</w:t>
      </w:r>
    </w:p>
    <w:p w14:paraId="64ECABE9" w14:textId="77777777" w:rsidR="00F91806" w:rsidRDefault="00000000" w:rsidP="004F5CDE">
      <w:r>
        <w:t>I exhaled. "Bad luck."</w:t>
      </w:r>
    </w:p>
    <w:p w14:paraId="668BFC22" w14:textId="77777777" w:rsidR="00F91806" w:rsidRDefault="00000000" w:rsidP="004F5CDE">
      <w:r>
        <w:t>She smirked. "Bad luck would’ve been getting shot tonight. You, on the other hand? You’re still standing.”</w:t>
      </w:r>
    </w:p>
    <w:p w14:paraId="2354932C" w14:textId="77777777" w:rsidR="00F91806" w:rsidRDefault="00000000" w:rsidP="004F5CDE">
      <w:r>
        <w:t>Silence.</w:t>
      </w:r>
    </w:p>
    <w:p w14:paraId="2CE89FBC" w14:textId="6CCBA27C" w:rsidR="00F91806" w:rsidRDefault="00000000" w:rsidP="004F5CDE">
      <w:r>
        <w:t>McGee leaned in slightly. "I'll tell you what I think."</w:t>
      </w:r>
      <w:r w:rsidR="00DD06C4">
        <w:t xml:space="preserve"> </w:t>
      </w:r>
      <w:r>
        <w:t>My stomach twisted.</w:t>
      </w:r>
    </w:p>
    <w:p w14:paraId="7344B367" w14:textId="77777777" w:rsidR="00F91806" w:rsidRDefault="00000000" w:rsidP="004F5CDE">
      <w:r>
        <w:t>“I think you knew exactly what you were walking into. And I think that scares you.”</w:t>
      </w:r>
    </w:p>
    <w:p w14:paraId="2DA37AE5" w14:textId="77777777" w:rsidR="00F91806" w:rsidRDefault="00000000" w:rsidP="004F5CDE">
      <w:r>
        <w:t>I didn’t answer.</w:t>
      </w:r>
    </w:p>
    <w:p w14:paraId="73AE5C0F" w14:textId="77777777" w:rsidR="00F91806" w:rsidRDefault="00000000" w:rsidP="004F5CDE">
      <w:r>
        <w:t>She studied me for another long beat before standing up. "You covered your tracks well. Long dead security cameras. No witnesses. And lucky you—Nick’s body was found with his own gun in his hand.”</w:t>
      </w:r>
    </w:p>
    <w:p w14:paraId="030EA67C" w14:textId="77777777" w:rsidR="00F91806" w:rsidRDefault="00000000" w:rsidP="004F5CDE">
      <w:r>
        <w:t>I frowned. “What are you saying?”</w:t>
      </w:r>
    </w:p>
    <w:p w14:paraId="6415A069" w14:textId="77777777" w:rsidR="00F91806" w:rsidRDefault="00000000" w:rsidP="004F5CDE">
      <w:r>
        <w:t>She smirked. "I'm saying… I could push this further. Dig into why a guy like Nick had dirt on so many people, and why some of his most valuable files… were burned before the cops even got there.”</w:t>
      </w:r>
    </w:p>
    <w:p w14:paraId="52A4253D" w14:textId="559D61C2" w:rsidR="00F91806" w:rsidRDefault="00000000" w:rsidP="004F5CDE">
      <w:r>
        <w:t>Shit.</w:t>
      </w:r>
      <w:r w:rsidR="00DD06C4">
        <w:t xml:space="preserve"> </w:t>
      </w:r>
      <w:r>
        <w:t>McGee knew.</w:t>
      </w:r>
      <w:r w:rsidR="00DD06C4">
        <w:t xml:space="preserve"> </w:t>
      </w:r>
      <w:r>
        <w:t>"But…" McGee stretched, cracking her neck like this was just another night shift. "I got better things to do than chase ghosts."</w:t>
      </w:r>
      <w:r w:rsidR="00DD06C4">
        <w:t xml:space="preserve"> </w:t>
      </w:r>
      <w:r>
        <w:t>She smiled, slow and sharp.</w:t>
      </w:r>
    </w:p>
    <w:p w14:paraId="7E3564F5" w14:textId="77777777" w:rsidR="00F91806" w:rsidRDefault="00000000" w:rsidP="004F5CDE">
      <w:r>
        <w:t>"And right now? That’s all Nick is."</w:t>
      </w:r>
    </w:p>
    <w:p w14:paraId="616EF600" w14:textId="77777777" w:rsidR="00F91806" w:rsidRDefault="00000000" w:rsidP="004F5CDE">
      <w:r>
        <w:t>My throat was dry. "So… we’re free to go?"</w:t>
      </w:r>
    </w:p>
    <w:p w14:paraId="116C3268" w14:textId="458265B9" w:rsidR="00F91806" w:rsidRDefault="00000000" w:rsidP="004F5CDE">
      <w:r>
        <w:t>McGee laughed softly. "Oh, sweetheart. You don’t walk away from something like this without a price.”</w:t>
      </w:r>
      <w:r w:rsidR="00DD06C4">
        <w:t xml:space="preserve"> </w:t>
      </w:r>
      <w:r>
        <w:t>She tapped the file once, final.</w:t>
      </w:r>
      <w:r w:rsidR="00DD06C4">
        <w:t xml:space="preserve"> </w:t>
      </w:r>
      <w:r>
        <w:t>“One day? I’ll collect.”</w:t>
      </w:r>
    </w:p>
    <w:p w14:paraId="67897F7E" w14:textId="77777777" w:rsidR="00BF4EEB" w:rsidRDefault="00BF4EEB" w:rsidP="004F5CDE"/>
    <w:p w14:paraId="5E4542E8" w14:textId="593BFF45" w:rsidR="00BF4EEB" w:rsidRPr="00A351D5" w:rsidRDefault="00304FE8" w:rsidP="00D9773B">
      <w:pPr>
        <w:jc w:val="center"/>
        <w:rPr>
          <w:color w:val="365F91" w:themeColor="accent1" w:themeShade="BF"/>
        </w:rPr>
      </w:pPr>
      <w:r>
        <w:rPr>
          <w:rFonts w:ascii="Segoe UI Symbol" w:hAnsi="Segoe UI Symbol" w:cs="Segoe UI Symbol"/>
          <w:color w:val="365F91" w:themeColor="accent1" w:themeShade="BF"/>
        </w:rPr>
        <w:t>♞♛♞</w:t>
      </w:r>
    </w:p>
    <w:p w14:paraId="7ED67248" w14:textId="77777777" w:rsidR="00F91806" w:rsidRDefault="00F91806" w:rsidP="004F5CDE"/>
    <w:p w14:paraId="47236FAD" w14:textId="0474A627" w:rsidR="00F91806" w:rsidRDefault="00000000" w:rsidP="004F5CDE">
      <w:r>
        <w:t>The moment we stepped outside, the night air felt heavier.</w:t>
      </w:r>
      <w:r w:rsidR="003C6CAD">
        <w:t xml:space="preserve"> </w:t>
      </w:r>
      <w:r>
        <w:t>Like something unseen was still watching.</w:t>
      </w:r>
      <w:r w:rsidR="00DD06C4">
        <w:t xml:space="preserve"> </w:t>
      </w:r>
      <w:r w:rsidR="00400041">
        <w:t>Candice stretched. “Well. That was fun.”</w:t>
      </w:r>
    </w:p>
    <w:p w14:paraId="35800B87" w14:textId="77777777" w:rsidR="00F91806" w:rsidRDefault="00000000" w:rsidP="004F5CDE">
      <w:r>
        <w:lastRenderedPageBreak/>
        <w:t>Melanie shot her a look. “You were almost charged with murder.”</w:t>
      </w:r>
    </w:p>
    <w:p w14:paraId="0C46FF0E" w14:textId="1A53F67D" w:rsidR="00F91806" w:rsidRDefault="00400041" w:rsidP="004F5CDE">
      <w:r>
        <w:t>Candice shrugged. “Yeah, but I wasn’t.”</w:t>
      </w:r>
    </w:p>
    <w:p w14:paraId="1AB37ABB" w14:textId="77777777" w:rsidR="00F91806" w:rsidRDefault="00000000" w:rsidP="004F5CDE">
      <w:r>
        <w:t>Tony yawned. “Anybody else hungry? I feel that almost getting arrested calls for waffles.”</w:t>
      </w:r>
    </w:p>
    <w:p w14:paraId="29F197C7" w14:textId="11A949EE" w:rsidR="00F91806" w:rsidRDefault="00000000" w:rsidP="004F5CDE">
      <w:r>
        <w:t>I let out a breath.</w:t>
      </w:r>
      <w:r w:rsidR="00DD06C4">
        <w:t xml:space="preserve"> </w:t>
      </w:r>
      <w:r>
        <w:t>It was over.</w:t>
      </w:r>
      <w:r w:rsidR="00DD06C4">
        <w:t xml:space="preserve"> </w:t>
      </w:r>
      <w:r>
        <w:t>At least… for now.</w:t>
      </w:r>
    </w:p>
    <w:p w14:paraId="487922BE" w14:textId="77777777" w:rsidR="00DB6324" w:rsidRDefault="00DB6324" w:rsidP="004F5CDE"/>
    <w:p w14:paraId="632CD3EB" w14:textId="77777777" w:rsidR="00DB6324" w:rsidRDefault="00DB6324" w:rsidP="004F5CDE"/>
    <w:p w14:paraId="3F59CDA9" w14:textId="77777777" w:rsidR="00F91806" w:rsidRDefault="00000000" w:rsidP="00BF4EEB">
      <w:pPr>
        <w:pStyle w:val="Heading1"/>
      </w:pPr>
      <w:bookmarkStart w:id="75" w:name="_Toc189281366"/>
      <w:r>
        <w:t>Chapter 52: A Second Shadow</w:t>
      </w:r>
      <w:bookmarkEnd w:id="75"/>
    </w:p>
    <w:p w14:paraId="1D4582D7" w14:textId="77777777" w:rsidR="00BF4EEB" w:rsidRPr="00BF4EEB" w:rsidRDefault="00BF4EEB" w:rsidP="00BF4EEB"/>
    <w:p w14:paraId="608EBF54" w14:textId="1657DBC1" w:rsidR="00F91806" w:rsidRDefault="00000000" w:rsidP="004F5CDE">
      <w:r>
        <w:t>One week later.</w:t>
      </w:r>
      <w:r w:rsidR="002D3F13">
        <w:t xml:space="preserve"> </w:t>
      </w:r>
      <w:r>
        <w:t>Back to work</w:t>
      </w:r>
      <w:r w:rsidR="002D3F13">
        <w:t>, l</w:t>
      </w:r>
      <w:r>
        <w:t>ike nothing ever happened.</w:t>
      </w:r>
      <w:r w:rsidR="002D3F13">
        <w:t xml:space="preserve"> </w:t>
      </w:r>
      <w:r>
        <w:t>The store looked the same—rows of neon-lit pleasure enhancers, perfectly aligned bottles of lube, and the faint, synthetic lavender scent from a plug-in air freshener that had probably been here since the dawn of time.</w:t>
      </w:r>
    </w:p>
    <w:p w14:paraId="6F28CF0E" w14:textId="72EE4C80" w:rsidR="00F91806" w:rsidRDefault="00000000" w:rsidP="004F5CDE">
      <w:r>
        <w:t>The OPEN sign flickered in the window like a heartbeat.</w:t>
      </w:r>
      <w:r w:rsidR="00765077">
        <w:t xml:space="preserve"> </w:t>
      </w:r>
      <w:r>
        <w:t>Like the past hadn’t come roaring back to life.</w:t>
      </w:r>
      <w:r w:rsidR="002D3F13">
        <w:t xml:space="preserve"> </w:t>
      </w:r>
      <w:r>
        <w:t>Like we hadn’t barely survived a war.</w:t>
      </w:r>
      <w:r w:rsidR="002D3F13">
        <w:t xml:space="preserve"> </w:t>
      </w:r>
      <w:r>
        <w:t>Like we weren’t still being watched.</w:t>
      </w:r>
    </w:p>
    <w:p w14:paraId="0B9C379D" w14:textId="517DDD63" w:rsidR="00F91806" w:rsidRDefault="00000000" w:rsidP="004F5CDE">
      <w:r>
        <w:t xml:space="preserve">Melanie ran her fingers along the counter, her expression unreadable. </w:t>
      </w:r>
      <w:r w:rsidR="00400041">
        <w:t>Candice</w:t>
      </w:r>
      <w:r>
        <w:t xml:space="preserve"> was busy reorganizing a display shelf with a little too much focus—her version of avoiding reality.</w:t>
      </w:r>
    </w:p>
    <w:p w14:paraId="79C49279" w14:textId="71D613E1" w:rsidR="00F91806" w:rsidRDefault="00000000" w:rsidP="004F5CDE">
      <w:r>
        <w:t>And Tony?</w:t>
      </w:r>
      <w:r w:rsidR="002D3F13">
        <w:t xml:space="preserve"> </w:t>
      </w:r>
      <w:r>
        <w:t>Tony was the only one acting like we hadn’t been in a literal gunfight last week.</w:t>
      </w:r>
      <w:r w:rsidR="002D3F13">
        <w:t xml:space="preserve"> </w:t>
      </w:r>
      <w:r>
        <w:t>He strolled up, dropping a heavy duffel bag onto the counter with a shit-eating grin.</w:t>
      </w:r>
      <w:r w:rsidR="00414952">
        <w:t xml:space="preserve"> </w:t>
      </w:r>
      <w:r>
        <w:t>"Alright, listen up," he announced. "We’ve been through some serious trauma, yeah? So, as a token of our survival, I got us all a little treat."</w:t>
      </w:r>
    </w:p>
    <w:p w14:paraId="05341B01" w14:textId="77777777" w:rsidR="00F91806" w:rsidRDefault="00000000" w:rsidP="004F5CDE">
      <w:r>
        <w:t>He unzipped the bag.</w:t>
      </w:r>
    </w:p>
    <w:p w14:paraId="3AFCB055" w14:textId="5D1B5264" w:rsidR="00F91806" w:rsidRDefault="00400041" w:rsidP="004F5CDE">
      <w:r>
        <w:t>Candice peered inside. "What the hell, Tony? We already have guns."</w:t>
      </w:r>
    </w:p>
    <w:p w14:paraId="0B0584D9" w14:textId="77777777" w:rsidR="00F91806" w:rsidRDefault="00000000" w:rsidP="004F5CDE">
      <w:r>
        <w:t>"Yeah," Tony grinned, "but these ones are personalized."</w:t>
      </w:r>
    </w:p>
    <w:p w14:paraId="6DC635BF" w14:textId="77777777" w:rsidR="00F91806" w:rsidRDefault="00000000" w:rsidP="004F5CDE">
      <w:r>
        <w:t>He slid a sleek, black pistol across the counter to me—engraved in silver:</w:t>
      </w:r>
    </w:p>
    <w:p w14:paraId="6808D413" w14:textId="77777777" w:rsidR="00F91806" w:rsidRDefault="00000000" w:rsidP="004F5CDE">
      <w:r>
        <w:t>"FUCK AROUND AND FIND OUT."</w:t>
      </w:r>
    </w:p>
    <w:p w14:paraId="26564AB2" w14:textId="05132DDB" w:rsidR="00F91806" w:rsidRDefault="00000000" w:rsidP="004F5CDE">
      <w:r>
        <w:lastRenderedPageBreak/>
        <w:t>I actually laughed. Small. Real.</w:t>
      </w:r>
      <w:r w:rsidR="002D3F13">
        <w:t xml:space="preserve"> </w:t>
      </w:r>
      <w:r w:rsidR="00400041">
        <w:t>Candice got a pearl-handled revolver with "QUEEN’S GAMBIT" carved into the side.</w:t>
      </w:r>
    </w:p>
    <w:p w14:paraId="520A42E4" w14:textId="4FCEFA44" w:rsidR="00F91806" w:rsidRDefault="00000000" w:rsidP="004F5CDE">
      <w:r>
        <w:t>But Melanie’s?</w:t>
      </w:r>
      <w:r w:rsidR="002D3F13">
        <w:t xml:space="preserve"> </w:t>
      </w:r>
      <w:r>
        <w:t>Tony hesitated.</w:t>
      </w:r>
      <w:r w:rsidR="002D3F13">
        <w:t xml:space="preserve"> </w:t>
      </w:r>
      <w:r>
        <w:t>Then—slowly—he pulled out a Beretta M9.</w:t>
      </w:r>
      <w:r w:rsidR="002D3F13">
        <w:t xml:space="preserve"> </w:t>
      </w:r>
      <w:r>
        <w:t>Black. Polished. Pristine.</w:t>
      </w:r>
      <w:r w:rsidR="002D3F13">
        <w:t xml:space="preserve"> </w:t>
      </w:r>
      <w:r>
        <w:t>This time, engraved with silver lettering:</w:t>
      </w:r>
      <w:r w:rsidR="002D3F13">
        <w:t xml:space="preserve"> </w:t>
      </w:r>
      <w:r>
        <w:t>"SOME FIRES NEVER GO OUT."</w:t>
      </w:r>
    </w:p>
    <w:p w14:paraId="7799AE3A" w14:textId="15F2D705" w:rsidR="00F91806" w:rsidRDefault="00000000" w:rsidP="004F5CDE">
      <w:r>
        <w:t>Melanie’s fingers traced the words, her expression unreadable.</w:t>
      </w:r>
      <w:r w:rsidR="00414952">
        <w:t xml:space="preserve"> </w:t>
      </w:r>
      <w:r>
        <w:t xml:space="preserve">Then, for the first time in </w:t>
      </w:r>
      <w:r w:rsidR="00263185">
        <w:t xml:space="preserve">a </w:t>
      </w:r>
      <w:r>
        <w:t>week, she smirked.</w:t>
      </w:r>
      <w:r w:rsidR="002D3F13">
        <w:t xml:space="preserve"> </w:t>
      </w:r>
      <w:r>
        <w:t>Not forced. Not broken. Real.</w:t>
      </w:r>
      <w:r w:rsidR="002D3F13">
        <w:t xml:space="preserve"> </w:t>
      </w:r>
      <w:r>
        <w:t>For a second, she almost looked like herself again.</w:t>
      </w:r>
    </w:p>
    <w:p w14:paraId="03088E0B" w14:textId="77777777" w:rsidR="00BF4EEB" w:rsidRDefault="00BF4EEB" w:rsidP="004F5CDE"/>
    <w:p w14:paraId="2BE420C6" w14:textId="7F98E2C5" w:rsidR="00BF4EEB" w:rsidRPr="00A351D5" w:rsidRDefault="00304FE8" w:rsidP="00D9773B">
      <w:pPr>
        <w:jc w:val="center"/>
        <w:rPr>
          <w:color w:val="365F91" w:themeColor="accent1" w:themeShade="BF"/>
        </w:rPr>
      </w:pPr>
      <w:r>
        <w:rPr>
          <w:rFonts w:ascii="Segoe UI Symbol" w:hAnsi="Segoe UI Symbol" w:cs="Segoe UI Symbol"/>
          <w:color w:val="365F91" w:themeColor="accent1" w:themeShade="BF"/>
        </w:rPr>
        <w:t>♞♛♞</w:t>
      </w:r>
    </w:p>
    <w:p w14:paraId="333B9C1A" w14:textId="77777777" w:rsidR="00BF4EEB" w:rsidRDefault="00BF4EEB" w:rsidP="004F5CDE"/>
    <w:p w14:paraId="6A31C46F" w14:textId="6D6C2C5A" w:rsidR="00F91806" w:rsidRDefault="00000000" w:rsidP="004F5CDE">
      <w:r>
        <w:t>But the next morning, the unease crept in.</w:t>
      </w:r>
      <w:r w:rsidR="00414952">
        <w:t xml:space="preserve"> </w:t>
      </w:r>
      <w:r>
        <w:t>Something was off the moment I walked into the store.</w:t>
      </w:r>
      <w:r w:rsidR="00414952">
        <w:t xml:space="preserve"> </w:t>
      </w:r>
      <w:r>
        <w:t>The air was too still. Too quiet.</w:t>
      </w:r>
      <w:r w:rsidR="006C3E94">
        <w:t xml:space="preserve"> </w:t>
      </w:r>
      <w:r>
        <w:t>Melanie was already inside, sitting on the edge of the counter, eyes glued to a laptop that I had no memory of seeing before.</w:t>
      </w:r>
      <w:r w:rsidR="00414952">
        <w:t xml:space="preserve"> </w:t>
      </w:r>
      <w:r w:rsidR="00400041">
        <w:t>Candice had pulled it out from God knows where.</w:t>
      </w:r>
    </w:p>
    <w:p w14:paraId="1885DC49" w14:textId="76AE6413" w:rsidR="00F91806" w:rsidRDefault="00000000" w:rsidP="004F5CDE">
      <w:r>
        <w:t>Tony, ever the wildcard, leaned against the wall, arms crossed, looking like he was either ready to deliver a snarky comment or start another fire.</w:t>
      </w:r>
      <w:r w:rsidR="006C3E94">
        <w:t xml:space="preserve"> </w:t>
      </w:r>
      <w:r>
        <w:t>But all of them—every single one—were tense.</w:t>
      </w:r>
      <w:r w:rsidR="006C3E94">
        <w:t xml:space="preserve"> </w:t>
      </w:r>
      <w:r>
        <w:t>A coiled, silent tension.</w:t>
      </w:r>
    </w:p>
    <w:p w14:paraId="6260AAAB" w14:textId="77777777" w:rsidR="00F91806" w:rsidRDefault="00000000" w:rsidP="004F5CDE">
      <w:r>
        <w:t>"What’s going on?" I asked, tossing my bag onto the counter.</w:t>
      </w:r>
    </w:p>
    <w:p w14:paraId="2221202B" w14:textId="7E42237D" w:rsidR="00F91806" w:rsidRDefault="00400041" w:rsidP="004F5CDE">
      <w:r>
        <w:t>Candice didn’t even look up, her fingers flying across the keyboard.</w:t>
      </w:r>
      <w:r w:rsidR="00414952">
        <w:t xml:space="preserve"> </w:t>
      </w:r>
      <w:r>
        <w:t>"Oh, you know, just casually trying to figure out how long we’ve been starring in a reality show nobody signed up for."</w:t>
      </w:r>
    </w:p>
    <w:p w14:paraId="6A24F63E" w14:textId="555BD009" w:rsidR="00F91806" w:rsidRDefault="00000000" w:rsidP="004F5CDE">
      <w:r>
        <w:t>I froze.</w:t>
      </w:r>
      <w:r w:rsidR="006C3E94">
        <w:t xml:space="preserve"> </w:t>
      </w:r>
      <w:r>
        <w:t>Melanie glanced at me, her green eyes darker than usual. "The security cameras. It’s worse than we thought."</w:t>
      </w:r>
    </w:p>
    <w:p w14:paraId="67423CCD" w14:textId="4D122902" w:rsidR="00F91806" w:rsidRDefault="00000000" w:rsidP="004F5CDE">
      <w:r>
        <w:t>My stomach sank.</w:t>
      </w:r>
      <w:r w:rsidR="006C3E94">
        <w:t xml:space="preserve"> </w:t>
      </w:r>
      <w:r>
        <w:t>Tony straightened up, pulling a crumpled sheet of paper from his pocket. "Here’s the kicker, kid. Those ‘security cameras’ that were supposed to be watching the doors?"</w:t>
      </w:r>
      <w:r w:rsidR="006C3E94">
        <w:t xml:space="preserve"> </w:t>
      </w:r>
      <w:r>
        <w:t>He flattened the page out on the counter.</w:t>
      </w:r>
      <w:r w:rsidR="006C3E94">
        <w:t xml:space="preserve"> </w:t>
      </w:r>
      <w:r>
        <w:t xml:space="preserve">"They’ve been pointed at us. For </w:t>
      </w:r>
      <w:r w:rsidR="00263185">
        <w:t>week</w:t>
      </w:r>
      <w:r>
        <w:t>s."</w:t>
      </w:r>
    </w:p>
    <w:p w14:paraId="31A0754F" w14:textId="20093BC3" w:rsidR="00F91806" w:rsidRDefault="00000000" w:rsidP="004F5CDE">
      <w:r>
        <w:t>I felt my pulse slam against my ribs.</w:t>
      </w:r>
      <w:r w:rsidR="00414952">
        <w:t xml:space="preserve"> </w:t>
      </w:r>
      <w:r>
        <w:t>"What?"</w:t>
      </w:r>
    </w:p>
    <w:p w14:paraId="151AD78A" w14:textId="6522EAB3" w:rsidR="00F91806" w:rsidRDefault="00400041" w:rsidP="004F5CDE">
      <w:r>
        <w:lastRenderedPageBreak/>
        <w:t>Candice spun the laptop around.</w:t>
      </w:r>
      <w:r w:rsidR="00414952">
        <w:t xml:space="preserve"> </w:t>
      </w:r>
      <w:r>
        <w:t>The screen flickered, revealing grainy footage.</w:t>
      </w:r>
      <w:r w:rsidR="006C3E94">
        <w:t xml:space="preserve"> </w:t>
      </w:r>
      <w:r>
        <w:t>The store.</w:t>
      </w:r>
      <w:r w:rsidR="00414952">
        <w:t xml:space="preserve"> </w:t>
      </w:r>
      <w:r>
        <w:t>The warehouse.</w:t>
      </w:r>
      <w:r w:rsidR="00414952">
        <w:t xml:space="preserve"> </w:t>
      </w:r>
      <w:r>
        <w:t>"Someone’s been watching everything."</w:t>
      </w:r>
    </w:p>
    <w:p w14:paraId="67347014" w14:textId="28D9B731" w:rsidR="00F91806" w:rsidRDefault="00000000" w:rsidP="004F5CDE">
      <w:r>
        <w:t>The room felt too small. Too cold.</w:t>
      </w:r>
      <w:r w:rsidR="006C3E94">
        <w:t xml:space="preserve"> </w:t>
      </w:r>
      <w:r w:rsidR="00400041">
        <w:t>Candice clicked play. “This is from yesterday.”</w:t>
      </w:r>
      <w:r w:rsidR="006C3E94">
        <w:t xml:space="preserve"> </w:t>
      </w:r>
      <w:r>
        <w:t>The video rolled.</w:t>
      </w:r>
      <w:r w:rsidR="006C3E94">
        <w:t xml:space="preserve"> </w:t>
      </w:r>
      <w:r>
        <w:t xml:space="preserve">I saw me. Melanie. </w:t>
      </w:r>
      <w:r w:rsidR="00400041">
        <w:t>Candice</w:t>
      </w:r>
      <w:r>
        <w:t>.</w:t>
      </w:r>
      <w:r w:rsidR="00C51366">
        <w:t xml:space="preserve"> </w:t>
      </w:r>
      <w:r>
        <w:t>Standing behind the counter, laughing about something.</w:t>
      </w:r>
      <w:r w:rsidR="006C3E94">
        <w:t xml:space="preserve"> </w:t>
      </w:r>
      <w:r>
        <w:t>Oblivious.</w:t>
      </w:r>
      <w:r w:rsidR="006C3E94">
        <w:t xml:space="preserve"> </w:t>
      </w:r>
      <w:r>
        <w:t>Like prey that hadn’t realized the hunter was already inside the cage.</w:t>
      </w:r>
    </w:p>
    <w:p w14:paraId="61BCADE5" w14:textId="70EB7711" w:rsidR="00F91806" w:rsidRDefault="00000000" w:rsidP="004F5CDE">
      <w:r>
        <w:t>"This is insane," I muttered, my voice barely above a whisper</w:t>
      </w:r>
      <w:r w:rsidR="00832EB9">
        <w:t>,</w:t>
      </w:r>
      <w:r>
        <w:t xml:space="preserve"> "</w:t>
      </w:r>
      <w:r w:rsidR="00832EB9">
        <w:t>w</w:t>
      </w:r>
      <w:r>
        <w:t>ho the hell does this?"</w:t>
      </w:r>
    </w:p>
    <w:p w14:paraId="1E6802FC" w14:textId="151D3359" w:rsidR="00F91806" w:rsidRDefault="00400041" w:rsidP="004F5CDE">
      <w:r>
        <w:t>Candice raised an eyebrow. "I can think of a few candidates. Nick, for one. But considering he’s been reduced to ash, I’d say if this continues, we’re looking at someone else."</w:t>
      </w:r>
    </w:p>
    <w:p w14:paraId="17473A64" w14:textId="77777777" w:rsidR="00F91806" w:rsidRDefault="00000000" w:rsidP="004F5CDE">
      <w:r>
        <w:t>I swallowed. Hard.</w:t>
      </w:r>
    </w:p>
    <w:p w14:paraId="2297D4B0" w14:textId="77777777" w:rsidR="00F91806" w:rsidRDefault="00000000" w:rsidP="004F5CDE">
      <w:r>
        <w:t>"Ms. Obvious," Tony exhaled. "It’s not just creepy. It’s calculated. Whoever set this up wasn’t just spying for fun. They wanted leverage."</w:t>
      </w:r>
    </w:p>
    <w:p w14:paraId="35130A10" w14:textId="7BBD5036" w:rsidR="00F91806" w:rsidRDefault="00000000" w:rsidP="004F5CDE">
      <w:r>
        <w:t>Melanie swallowed hard, her gaze flicking between the laptop and me.</w:t>
      </w:r>
      <w:r w:rsidR="00414952">
        <w:t xml:space="preserve"> </w:t>
      </w:r>
      <w:r>
        <w:t>"There’s something else."</w:t>
      </w:r>
    </w:p>
    <w:p w14:paraId="3675E7B9" w14:textId="77777777" w:rsidR="00F91806" w:rsidRDefault="00000000" w:rsidP="004F5CDE">
      <w:r>
        <w:t>A warning bell went off in my head.</w:t>
      </w:r>
    </w:p>
    <w:p w14:paraId="04B3EFE1" w14:textId="3C192846" w:rsidR="00F91806" w:rsidRDefault="00000000" w:rsidP="004F5CDE">
      <w:r>
        <w:t>I braced myself. "What?"</w:t>
      </w:r>
      <w:r w:rsidR="006C3E94">
        <w:t xml:space="preserve"> </w:t>
      </w:r>
      <w:r w:rsidR="00400041">
        <w:t>Candice hesitated. And that’s how I knew it was bad.</w:t>
      </w:r>
      <w:r w:rsidR="00414952">
        <w:t xml:space="preserve"> </w:t>
      </w:r>
      <w:r w:rsidR="00400041">
        <w:t>She clicked another file.</w:t>
      </w:r>
      <w:r w:rsidR="00414952">
        <w:t xml:space="preserve"> </w:t>
      </w:r>
      <w:r w:rsidR="00400041">
        <w:t>Another video.</w:t>
      </w:r>
      <w:r w:rsidR="006C3E94">
        <w:t xml:space="preserve"> </w:t>
      </w:r>
      <w:r>
        <w:t>This one wasn’t the store floor.</w:t>
      </w:r>
      <w:r w:rsidR="006C3E94">
        <w:t xml:space="preserve"> </w:t>
      </w:r>
      <w:r>
        <w:t>It was a storage room.</w:t>
      </w:r>
    </w:p>
    <w:p w14:paraId="12626030" w14:textId="0034F4BD" w:rsidR="00F91806" w:rsidRDefault="00000000" w:rsidP="004F5CDE">
      <w:r>
        <w:t>Dusty. Empty—except for a table, a single leather chair, and a framed photo.</w:t>
      </w:r>
      <w:r w:rsidR="00414952">
        <w:t xml:space="preserve"> </w:t>
      </w:r>
      <w:r>
        <w:t>I recognized it instantly.</w:t>
      </w:r>
      <w:r w:rsidR="00327DE0">
        <w:t xml:space="preserve"> </w:t>
      </w:r>
      <w:r>
        <w:t>The same place they moved my aunt’s stuff right before I started.</w:t>
      </w:r>
      <w:r w:rsidR="006C3E94">
        <w:t xml:space="preserve"> </w:t>
      </w:r>
      <w:r>
        <w:t>"Why would someone be watching this?" I asked.</w:t>
      </w:r>
    </w:p>
    <w:p w14:paraId="6310DDDD" w14:textId="7BACB1C3" w:rsidR="00F91806" w:rsidRDefault="00400041" w:rsidP="004F5CDE">
      <w:r>
        <w:t>Candice’s jaw tightened. "Maybe they weren’t watching the room. Maybe they were waiting for someone else to show up."</w:t>
      </w:r>
    </w:p>
    <w:p w14:paraId="6D8DA830" w14:textId="5DD12FAC" w:rsidR="00F91806" w:rsidRDefault="00000000" w:rsidP="004F5CDE">
      <w:r>
        <w:t>A slow, sick feeling curled in my stomach.</w:t>
      </w:r>
      <w:r w:rsidR="006C3E94">
        <w:t xml:space="preserve"> </w:t>
      </w:r>
      <w:r>
        <w:t>Melanie crossed her arms, her breath unsteady. "Whoever it is, they’re not just watching us. They’re keeping tabs on the entire operation. The store, the money, the—"</w:t>
      </w:r>
    </w:p>
    <w:p w14:paraId="5292016D" w14:textId="70E9DDA3" w:rsidR="00F91806" w:rsidRDefault="00000000" w:rsidP="004F5CDE">
      <w:r>
        <w:t>She stopped.</w:t>
      </w:r>
      <w:r w:rsidR="006C3E94">
        <w:t xml:space="preserve"> </w:t>
      </w:r>
      <w:r>
        <w:t>Her eyes locked onto mine.</w:t>
      </w:r>
      <w:r w:rsidR="006C3E94">
        <w:t xml:space="preserve"> </w:t>
      </w:r>
      <w:r>
        <w:t>"The secret," I finished for her.</w:t>
      </w:r>
    </w:p>
    <w:p w14:paraId="5BA3F6EB" w14:textId="365233B9" w:rsidR="00F91806" w:rsidRDefault="00400041" w:rsidP="004F5CDE">
      <w:r>
        <w:t>Candice snapped the laptop shut with a sharp click.</w:t>
      </w:r>
      <w:r w:rsidR="00414952">
        <w:t xml:space="preserve"> </w:t>
      </w:r>
      <w:r>
        <w:t>The air felt suffocatingly thick.</w:t>
      </w:r>
      <w:r w:rsidR="006C3E94">
        <w:t xml:space="preserve"> </w:t>
      </w:r>
      <w:r>
        <w:t>"Whoever has these cameras…"</w:t>
      </w:r>
      <w:r w:rsidR="00414952">
        <w:t xml:space="preserve"> </w:t>
      </w:r>
      <w:r>
        <w:t>She exhaled slowly</w:t>
      </w:r>
      <w:r w:rsidR="00414952">
        <w:t xml:space="preserve">, </w:t>
      </w:r>
      <w:r>
        <w:t>"</w:t>
      </w:r>
      <w:r w:rsidR="00414952">
        <w:t>t</w:t>
      </w:r>
      <w:r>
        <w:t>hey know everything."</w:t>
      </w:r>
    </w:p>
    <w:p w14:paraId="3C447AE6" w14:textId="77777777" w:rsidR="00F91806" w:rsidRDefault="00000000" w:rsidP="004F5CDE">
      <w:r>
        <w:lastRenderedPageBreak/>
        <w:t>Tony’s usual reckless humor was gone. "So, what do we do? Smash the damn things?"</w:t>
      </w:r>
    </w:p>
    <w:p w14:paraId="2A2BA81E" w14:textId="77777777" w:rsidR="00F91806" w:rsidRDefault="00000000" w:rsidP="004F5CDE">
      <w:r>
        <w:t>I shook my head. "No. If we destroy them, we lose the only trail we have. We need to figure out who’s behind this and why. And we need to do it fast."</w:t>
      </w:r>
    </w:p>
    <w:p w14:paraId="78B51158" w14:textId="66144CBE" w:rsidR="00F91806" w:rsidRDefault="00400041" w:rsidP="004F5CDE">
      <w:r>
        <w:t>Candice smirked.</w:t>
      </w:r>
      <w:r w:rsidR="00414952">
        <w:t xml:space="preserve"> </w:t>
      </w:r>
      <w:r>
        <w:t>For the first time today, her usual attitude cracked through.</w:t>
      </w:r>
      <w:r w:rsidR="00414952">
        <w:t xml:space="preserve"> </w:t>
      </w:r>
      <w:r>
        <w:t>"Finally. Some drama that doesn’t involve me getting shot at."</w:t>
      </w:r>
    </w:p>
    <w:p w14:paraId="55675767" w14:textId="7205F025" w:rsidR="00F91806" w:rsidRDefault="00000000" w:rsidP="004F5CDE">
      <w:r>
        <w:t xml:space="preserve">Melanie shot her a look. "This isn’t funny, </w:t>
      </w:r>
      <w:r w:rsidR="00400041">
        <w:t>Candice</w:t>
      </w:r>
      <w:r>
        <w:t>."</w:t>
      </w:r>
    </w:p>
    <w:p w14:paraId="7890DCC3" w14:textId="268C26A9" w:rsidR="00F91806" w:rsidRDefault="00400041" w:rsidP="004F5CDE">
      <w:r>
        <w:t>Candice shrugged. "No, but it’s solvable. We find the feed, we trace it back, and we figure out who’s been playing Big Brother. Easy."</w:t>
      </w:r>
    </w:p>
    <w:p w14:paraId="68721694" w14:textId="77777777" w:rsidR="00F91806" w:rsidRDefault="00000000" w:rsidP="004F5CDE">
      <w:r>
        <w:t>Easy.</w:t>
      </w:r>
    </w:p>
    <w:p w14:paraId="7BD921C6" w14:textId="77777777" w:rsidR="00F91806" w:rsidRDefault="00000000" w:rsidP="004F5CDE">
      <w:r>
        <w:t>Sure.</w:t>
      </w:r>
    </w:p>
    <w:p w14:paraId="366240FA" w14:textId="5242795B" w:rsidR="00F91806" w:rsidRDefault="00000000" w:rsidP="004F5CDE">
      <w:r>
        <w:t>I exhaled. My mind was racing.</w:t>
      </w:r>
      <w:r w:rsidR="006C3E94">
        <w:t xml:space="preserve"> </w:t>
      </w:r>
      <w:r>
        <w:t>This wasn’t just about the cameras.</w:t>
      </w:r>
      <w:r w:rsidR="00E80772">
        <w:t xml:space="preserve"> </w:t>
      </w:r>
      <w:r>
        <w:t>This was about control. Again.</w:t>
      </w:r>
      <w:r w:rsidR="00E80772">
        <w:t xml:space="preserve"> </w:t>
      </w:r>
      <w:r>
        <w:t>And whoever was behind it wasn’t going to give it up without a fight.</w:t>
      </w:r>
      <w:r w:rsidR="006C3E94">
        <w:t xml:space="preserve"> </w:t>
      </w:r>
      <w:r>
        <w:t>I tightened my grip on the counter.</w:t>
      </w:r>
      <w:r w:rsidR="00414952">
        <w:t xml:space="preserve"> </w:t>
      </w:r>
      <w:r>
        <w:t>"Alright," I said, voice steady. "Let’s find them."</w:t>
      </w:r>
    </w:p>
    <w:p w14:paraId="400A5C5D" w14:textId="77777777" w:rsidR="00414952" w:rsidRDefault="00000000" w:rsidP="004F5CDE">
      <w:r>
        <w:t>But deep down?</w:t>
      </w:r>
      <w:r w:rsidR="00414952">
        <w:t xml:space="preserve"> </w:t>
      </w:r>
      <w:r>
        <w:t>I couldn’t shake the feeling that we weren’t just being watched.</w:t>
      </w:r>
      <w:r w:rsidR="00414952">
        <w:t xml:space="preserve"> </w:t>
      </w:r>
    </w:p>
    <w:p w14:paraId="3759B5AA" w14:textId="49864B7A" w:rsidR="00F91806" w:rsidRDefault="00000000" w:rsidP="004F5CDE">
      <w:r>
        <w:t>We were still being hunted.</w:t>
      </w:r>
    </w:p>
    <w:p w14:paraId="03A1C36B" w14:textId="77777777" w:rsidR="00DB6324" w:rsidRDefault="00DB6324" w:rsidP="004F5CDE"/>
    <w:p w14:paraId="505B92F6" w14:textId="77777777" w:rsidR="00DB6324" w:rsidRDefault="00DB6324" w:rsidP="004F5CDE"/>
    <w:p w14:paraId="62978D15" w14:textId="77777777" w:rsidR="00F91806" w:rsidRDefault="00000000" w:rsidP="00BF4EEB">
      <w:pPr>
        <w:pStyle w:val="Heading1"/>
      </w:pPr>
      <w:bookmarkStart w:id="76" w:name="_Toc189281367"/>
      <w:r>
        <w:t>Chapter 53: Penance &amp; Pleasure</w:t>
      </w:r>
      <w:bookmarkEnd w:id="76"/>
    </w:p>
    <w:p w14:paraId="561C48C0" w14:textId="77777777" w:rsidR="00BF4EEB" w:rsidRDefault="00BF4EEB" w:rsidP="004F5CDE"/>
    <w:p w14:paraId="6B0C3E4F" w14:textId="4EC0D0EF" w:rsidR="00F91806" w:rsidRDefault="00000000" w:rsidP="004F5CDE">
      <w:r>
        <w:t>The store was quiet the next day.</w:t>
      </w:r>
    </w:p>
    <w:p w14:paraId="4FBF5B2D" w14:textId="77777777" w:rsidR="00F91806" w:rsidRDefault="00000000" w:rsidP="004F5CDE">
      <w:r>
        <w:t>Too quiet.</w:t>
      </w:r>
    </w:p>
    <w:p w14:paraId="59E27E8A" w14:textId="01223127" w:rsidR="00F91806" w:rsidRDefault="00000000" w:rsidP="004F5CDE">
      <w:r>
        <w:t xml:space="preserve">Tony and </w:t>
      </w:r>
      <w:r w:rsidR="00400041">
        <w:t>Candice</w:t>
      </w:r>
      <w:r>
        <w:t xml:space="preserve"> had left after a few hours of digging through the camera feeds, muttering about grabbing food and “doing some light cybercrime.”</w:t>
      </w:r>
      <w:r w:rsidR="00861392">
        <w:t xml:space="preserve"> </w:t>
      </w:r>
      <w:r>
        <w:t>But Melanie and I stayed behind.</w:t>
      </w:r>
      <w:r w:rsidR="00861392">
        <w:t xml:space="preserve"> </w:t>
      </w:r>
      <w:r>
        <w:t>Or, more accurately?</w:t>
      </w:r>
      <w:r w:rsidR="00861392">
        <w:t xml:space="preserve"> </w:t>
      </w:r>
      <w:r>
        <w:t>I stayed because Melanie stayed.</w:t>
      </w:r>
    </w:p>
    <w:p w14:paraId="385D4429" w14:textId="3741FDE3" w:rsidR="00F91806" w:rsidRDefault="00000000" w:rsidP="004F5CDE">
      <w:r>
        <w:t>She sat at the counter, absently running her fingers over the engraved words on her Beretta.</w:t>
      </w:r>
      <w:r w:rsidR="00861392">
        <w:t xml:space="preserve"> </w:t>
      </w:r>
      <w:r>
        <w:t>"</w:t>
      </w:r>
      <w:r w:rsidRPr="00414952">
        <w:rPr>
          <w:i/>
          <w:iCs/>
        </w:rPr>
        <w:t xml:space="preserve">Some </w:t>
      </w:r>
      <w:r w:rsidR="00612FD3" w:rsidRPr="00414952">
        <w:rPr>
          <w:i/>
          <w:iCs/>
        </w:rPr>
        <w:t>F</w:t>
      </w:r>
      <w:r w:rsidRPr="00414952">
        <w:rPr>
          <w:i/>
          <w:iCs/>
        </w:rPr>
        <w:t xml:space="preserve">ires </w:t>
      </w:r>
      <w:r w:rsidR="00612FD3" w:rsidRPr="00414952">
        <w:rPr>
          <w:i/>
          <w:iCs/>
        </w:rPr>
        <w:t>N</w:t>
      </w:r>
      <w:r w:rsidRPr="00414952">
        <w:rPr>
          <w:i/>
          <w:iCs/>
        </w:rPr>
        <w:t xml:space="preserve">ever </w:t>
      </w:r>
      <w:r w:rsidR="00612FD3" w:rsidRPr="00414952">
        <w:rPr>
          <w:i/>
          <w:iCs/>
        </w:rPr>
        <w:t>G</w:t>
      </w:r>
      <w:r w:rsidRPr="00414952">
        <w:rPr>
          <w:i/>
          <w:iCs/>
        </w:rPr>
        <w:t xml:space="preserve">o </w:t>
      </w:r>
      <w:r w:rsidR="00612FD3" w:rsidRPr="00414952">
        <w:rPr>
          <w:i/>
          <w:iCs/>
        </w:rPr>
        <w:t>O</w:t>
      </w:r>
      <w:r w:rsidRPr="00414952">
        <w:rPr>
          <w:i/>
          <w:iCs/>
        </w:rPr>
        <w:t>ut</w:t>
      </w:r>
      <w:r>
        <w:t>."</w:t>
      </w:r>
      <w:r w:rsidR="00861392">
        <w:t xml:space="preserve"> </w:t>
      </w:r>
      <w:r>
        <w:t>Her expression was unreadable.</w:t>
      </w:r>
      <w:r w:rsidR="00612FD3">
        <w:t xml:space="preserve"> She hadn’t spoken much since the precinct, and I didn’t know how to fix that. </w:t>
      </w:r>
      <w:r>
        <w:t xml:space="preserve">I leaned against the counter </w:t>
      </w:r>
      <w:r>
        <w:lastRenderedPageBreak/>
        <w:t>across from her, arms crossed, watching. Waiting.</w:t>
      </w:r>
      <w:r w:rsidR="00612FD3">
        <w:t xml:space="preserve"> </w:t>
      </w:r>
      <w:r>
        <w:t>I cleared my throat. “You should go home. Get some sleep.”</w:t>
      </w:r>
    </w:p>
    <w:p w14:paraId="6D0C9D14" w14:textId="77777777" w:rsidR="00F91806" w:rsidRDefault="00000000" w:rsidP="004F5CDE">
      <w:r>
        <w:t>Oops, I thought…</w:t>
      </w:r>
    </w:p>
    <w:p w14:paraId="63292756" w14:textId="7F15D647" w:rsidR="00F91806" w:rsidRDefault="00000000" w:rsidP="004F5CDE">
      <w:r>
        <w:t>Melanie let out a hollow laugh, shaking her head.</w:t>
      </w:r>
      <w:r w:rsidR="00861392">
        <w:t xml:space="preserve"> </w:t>
      </w:r>
      <w:r>
        <w:t>"Home?"</w:t>
      </w:r>
      <w:r w:rsidR="00861392">
        <w:t xml:space="preserve"> </w:t>
      </w:r>
      <w:r>
        <w:t>She said the word like it was foreign.</w:t>
      </w:r>
      <w:r w:rsidR="00477547">
        <w:t xml:space="preserve"> </w:t>
      </w:r>
      <w:r>
        <w:t>Like it was a place she used to know but obviously couldn’t get back to.</w:t>
      </w:r>
      <w:r w:rsidR="009F613D">
        <w:t xml:space="preserve"> </w:t>
      </w:r>
      <w:r>
        <w:t>She set the gun down, finally looking at me.</w:t>
      </w:r>
      <w:r w:rsidR="00477547">
        <w:t xml:space="preserve"> </w:t>
      </w:r>
      <w:r>
        <w:t>Her green eyes were dark. Guarded.</w:t>
      </w:r>
    </w:p>
    <w:p w14:paraId="3CD6E6F5" w14:textId="77777777" w:rsidR="00F91806" w:rsidRDefault="00000000" w:rsidP="004F5CDE">
      <w:r>
        <w:t>"Do you think I’m a monster?" she asked.</w:t>
      </w:r>
    </w:p>
    <w:p w14:paraId="5E731200" w14:textId="0332E703" w:rsidR="00F91806" w:rsidRDefault="00000000" w:rsidP="004F5CDE">
      <w:r>
        <w:t>The question hit like a punch to the ribs.</w:t>
      </w:r>
      <w:r w:rsidR="00861392">
        <w:t xml:space="preserve"> </w:t>
      </w:r>
      <w:r>
        <w:t>I blinked. "What?"</w:t>
      </w:r>
    </w:p>
    <w:p w14:paraId="64DB9C4E" w14:textId="53A252C1" w:rsidR="00F91806" w:rsidRDefault="00000000" w:rsidP="004F5CDE">
      <w:r>
        <w:t>She inhaled sharply, like she’d been holding it in for too long.</w:t>
      </w:r>
      <w:r w:rsidR="00861392">
        <w:t xml:space="preserve"> </w:t>
      </w:r>
      <w:r>
        <w:t>"For killing him."</w:t>
      </w:r>
    </w:p>
    <w:p w14:paraId="2AC49049" w14:textId="5C394E12" w:rsidR="00F91806" w:rsidRDefault="00000000" w:rsidP="004F5CDE">
      <w:r>
        <w:t>The words landed between us like a loaded gun.</w:t>
      </w:r>
      <w:r w:rsidR="00477547">
        <w:t xml:space="preserve"> </w:t>
      </w:r>
      <w:r>
        <w:t>I studied her carefully. Her fingers tapped against the counter—restless, searching for reassurance.</w:t>
      </w:r>
      <w:r w:rsidR="00861392">
        <w:t xml:space="preserve"> </w:t>
      </w:r>
      <w:r>
        <w:t>"No," I said finally.</w:t>
      </w:r>
    </w:p>
    <w:p w14:paraId="51DFFAAA" w14:textId="77777777" w:rsidR="00F91806" w:rsidRDefault="00000000" w:rsidP="004F5CDE">
      <w:r>
        <w:t>She exhaled a bitter, tired laugh. “You say that like you’re sure.”</w:t>
      </w:r>
    </w:p>
    <w:p w14:paraId="18A023CD" w14:textId="77777777" w:rsidR="00F91806" w:rsidRDefault="00000000" w:rsidP="004F5CDE">
      <w:r>
        <w:t>"Because I am."</w:t>
      </w:r>
    </w:p>
    <w:p w14:paraId="528A335B" w14:textId="77777777" w:rsidR="00F91806" w:rsidRDefault="00000000" w:rsidP="004F5CDE">
      <w:r>
        <w:t>Her eyes searched mine.</w:t>
      </w:r>
    </w:p>
    <w:p w14:paraId="50B8170A" w14:textId="77777777" w:rsidR="00BF4EEB" w:rsidRDefault="00000000" w:rsidP="004F5CDE">
      <w:r>
        <w:t>Looking for hesitation.</w:t>
      </w:r>
    </w:p>
    <w:p w14:paraId="59CDFFE2" w14:textId="77777777" w:rsidR="00BF4EEB" w:rsidRDefault="00000000" w:rsidP="004F5CDE">
      <w:r>
        <w:t>Looking for doubt.</w:t>
      </w:r>
    </w:p>
    <w:p w14:paraId="1AE119A1" w14:textId="05383ECD" w:rsidR="00F91806" w:rsidRDefault="00000000" w:rsidP="004F5CDE">
      <w:r>
        <w:t>Looking for a reason to believe she was beyond saving.</w:t>
      </w:r>
    </w:p>
    <w:p w14:paraId="48A0FAB9" w14:textId="77777777" w:rsidR="00F91806" w:rsidRDefault="00000000" w:rsidP="004F5CDE">
      <w:r>
        <w:t>But she wouldn’t find it.</w:t>
      </w:r>
    </w:p>
    <w:p w14:paraId="62BF5EC0" w14:textId="77777777" w:rsidR="00F91806" w:rsidRDefault="00000000" w:rsidP="004F5CDE">
      <w:r>
        <w:t>Not with me.</w:t>
      </w:r>
    </w:p>
    <w:p w14:paraId="3BF46ED1" w14:textId="27F536B9" w:rsidR="009F613D" w:rsidRDefault="00000000" w:rsidP="004F5CDE">
      <w:r>
        <w:t>I moved closer, resting my hands on the counter between us.</w:t>
      </w:r>
      <w:r w:rsidR="00861392">
        <w:t xml:space="preserve"> </w:t>
      </w:r>
      <w:r>
        <w:t>"Mel, he wasn’t going to stop. Ever. You didn’t just save yourself. You saved all of us.”</w:t>
      </w:r>
      <w:r w:rsidR="009F613D">
        <w:t xml:space="preserve"> </w:t>
      </w:r>
    </w:p>
    <w:p w14:paraId="0EB543CE" w14:textId="62E6666E" w:rsidR="00F91806" w:rsidRDefault="00000000" w:rsidP="004F5CDE">
      <w:r>
        <w:t>She swallowed hard. “Doesn’t mean it doesn’t haunt me.”</w:t>
      </w:r>
    </w:p>
    <w:p w14:paraId="5AF6F67F" w14:textId="77777777" w:rsidR="00F91806" w:rsidRDefault="00000000" w:rsidP="004F5CDE">
      <w:r>
        <w:t>I nodded. “Maybe it always will.”</w:t>
      </w:r>
    </w:p>
    <w:p w14:paraId="1C5C09F5" w14:textId="75073970" w:rsidR="00F91806" w:rsidRDefault="00000000" w:rsidP="004F5CDE">
      <w:r>
        <w:t>The silence between us was heavy.</w:t>
      </w:r>
      <w:r w:rsidR="00861392">
        <w:t xml:space="preserve"> </w:t>
      </w:r>
      <w:r>
        <w:t>Not uncomfortable.</w:t>
      </w:r>
      <w:r w:rsidR="00861392">
        <w:t xml:space="preserve"> </w:t>
      </w:r>
      <w:r>
        <w:t>Just real.</w:t>
      </w:r>
      <w:r w:rsidR="00861392">
        <w:t xml:space="preserve"> </w:t>
      </w:r>
      <w:r>
        <w:t>Finally, she sighed. “I wanted to tell you everything earlier. Before it got this far. But…”</w:t>
      </w:r>
    </w:p>
    <w:p w14:paraId="11F6B39B" w14:textId="77777777" w:rsidR="00F91806" w:rsidRDefault="00000000" w:rsidP="004F5CDE">
      <w:r>
        <w:t>“But you were afraid,” I finished for her.</w:t>
      </w:r>
    </w:p>
    <w:p w14:paraId="4054EC3E" w14:textId="77777777" w:rsidR="00F91806" w:rsidRDefault="00000000" w:rsidP="004F5CDE">
      <w:r>
        <w:lastRenderedPageBreak/>
        <w:t>She nodded. “That you’d leave.”</w:t>
      </w:r>
    </w:p>
    <w:p w14:paraId="00F747BD" w14:textId="69E31C73" w:rsidR="00F91806" w:rsidRDefault="00000000" w:rsidP="004F5CDE">
      <w:r>
        <w:t>The words hit harder than they should have.</w:t>
      </w:r>
      <w:r w:rsidR="0092651E">
        <w:t xml:space="preserve"> </w:t>
      </w:r>
      <w:r>
        <w:t>I reached for her hand, slowly, carefully—giving her time to pull away.</w:t>
      </w:r>
      <w:r w:rsidR="00861392">
        <w:t xml:space="preserve"> </w:t>
      </w:r>
      <w:r>
        <w:t>She didn’t.</w:t>
      </w:r>
      <w:r w:rsidR="00861392">
        <w:t xml:space="preserve"> </w:t>
      </w:r>
      <w:r>
        <w:t>“Melanie.”</w:t>
      </w:r>
      <w:r w:rsidR="00861392">
        <w:t xml:space="preserve"> </w:t>
      </w:r>
      <w:r>
        <w:t xml:space="preserve">I said her name like it was </w:t>
      </w:r>
      <w:r w:rsidR="00861392">
        <w:t>s</w:t>
      </w:r>
      <w:r>
        <w:t>omething solid.</w:t>
      </w:r>
      <w:r w:rsidR="00861392">
        <w:t xml:space="preserve"> </w:t>
      </w:r>
      <w:r>
        <w:t>Something real.</w:t>
      </w:r>
      <w:r w:rsidR="00861392">
        <w:t xml:space="preserve"> </w:t>
      </w:r>
      <w:r>
        <w:t>“I’m not going anywhere.”</w:t>
      </w:r>
    </w:p>
    <w:p w14:paraId="789D3547" w14:textId="229CB480" w:rsidR="00F91806" w:rsidRDefault="00000000" w:rsidP="004F5CDE">
      <w:r>
        <w:t>She let out a slow breath, like she’d been bracing for impact.</w:t>
      </w:r>
      <w:r w:rsidR="0092651E">
        <w:t xml:space="preserve"> </w:t>
      </w:r>
      <w:r>
        <w:t>Like she’d been expecting me to run.</w:t>
      </w:r>
      <w:r w:rsidR="00861392">
        <w:t xml:space="preserve"> </w:t>
      </w:r>
      <w:r>
        <w:t>I squeezed her fingers. “Not after everything.”</w:t>
      </w:r>
    </w:p>
    <w:p w14:paraId="4211ECB7" w14:textId="77777777" w:rsidR="00F91806" w:rsidRDefault="00000000" w:rsidP="004F5CDE">
      <w:r>
        <w:t>"You know," I said, "given your temporary living arrangements, why don’t you just move in with me? I’m still madly in love with you, although you owe me one, and this is the perfect time for us. Come over tonight. We’ll talk about it. I’ll cook you dinner.”</w:t>
      </w:r>
    </w:p>
    <w:p w14:paraId="1F8CF692" w14:textId="5BC6D1BB" w:rsidR="00F91806" w:rsidRDefault="00000000" w:rsidP="004F5CDE">
      <w:r>
        <w:t>She finally, finally gave me a small smile.</w:t>
      </w:r>
      <w:r w:rsidR="00861392">
        <w:t xml:space="preserve"> </w:t>
      </w:r>
      <w:r>
        <w:t>"You’re such a sap. Okay, let’s talk about it tonight. But let’s be real—we should probably order in rather than pretending you’re a chef."</w:t>
      </w:r>
    </w:p>
    <w:p w14:paraId="3ED0D32E" w14:textId="53A97564" w:rsidR="00F91806" w:rsidRDefault="00000000" w:rsidP="004F5CDE">
      <w:r>
        <w:t>I smirked. "Yeah, well. Don't tell anyone. I’ve got a reputation to uphold."</w:t>
      </w:r>
      <w:r w:rsidR="00861392">
        <w:t xml:space="preserve"> </w:t>
      </w:r>
      <w:r>
        <w:t>She leaned forward, resting her forehead against mine.</w:t>
      </w:r>
      <w:r w:rsidR="00034A99">
        <w:t xml:space="preserve"> </w:t>
      </w:r>
      <w:r>
        <w:t xml:space="preserve">For the first time in </w:t>
      </w:r>
      <w:r w:rsidR="00263185">
        <w:t>a week</w:t>
      </w:r>
      <w:r>
        <w:t>, she looked lighter.</w:t>
      </w:r>
    </w:p>
    <w:p w14:paraId="6C426AF1" w14:textId="77777777" w:rsidR="00F91806" w:rsidRDefault="00000000" w:rsidP="004F5CDE">
      <w:r>
        <w:t>Maybe we weren’t okay yet.</w:t>
      </w:r>
    </w:p>
    <w:p w14:paraId="4B0D9A95" w14:textId="77777777" w:rsidR="00F91806" w:rsidRDefault="00000000" w:rsidP="004F5CDE">
      <w:r>
        <w:t>Maybe we wouldn’t be for a long time.</w:t>
      </w:r>
    </w:p>
    <w:p w14:paraId="63F029DB" w14:textId="77777777" w:rsidR="00F91806" w:rsidRDefault="00000000" w:rsidP="004F5CDE">
      <w:r>
        <w:t>But for now?</w:t>
      </w:r>
    </w:p>
    <w:p w14:paraId="0F82ADB3" w14:textId="77777777" w:rsidR="00F91806" w:rsidRDefault="00000000" w:rsidP="004F5CDE">
      <w:r>
        <w:t>We weren’t running anymore.</w:t>
      </w:r>
    </w:p>
    <w:p w14:paraId="45BBA157" w14:textId="77777777" w:rsidR="005260FB" w:rsidRDefault="005260FB" w:rsidP="004F5CDE"/>
    <w:p w14:paraId="7D1E4474" w14:textId="743B65F3" w:rsidR="005260FB" w:rsidRPr="00A351D5" w:rsidRDefault="00304FE8" w:rsidP="00D9773B">
      <w:pPr>
        <w:jc w:val="center"/>
        <w:rPr>
          <w:color w:val="365F91" w:themeColor="accent1" w:themeShade="BF"/>
        </w:rPr>
      </w:pPr>
      <w:r>
        <w:rPr>
          <w:rFonts w:ascii="Segoe UI Symbol" w:hAnsi="Segoe UI Symbol" w:cs="Segoe UI Symbol"/>
          <w:color w:val="365F91" w:themeColor="accent1" w:themeShade="BF"/>
        </w:rPr>
        <w:t>♞♛♞</w:t>
      </w:r>
    </w:p>
    <w:p w14:paraId="234E582A" w14:textId="7A531AA6" w:rsidR="00F91806" w:rsidRDefault="00F91806" w:rsidP="004F5CDE"/>
    <w:p w14:paraId="0E9B3E58" w14:textId="30C8BE85" w:rsidR="00F91806" w:rsidRDefault="00000000" w:rsidP="004F5CDE">
      <w:r>
        <w:t>The knock at my door that night seemed hesitant.</w:t>
      </w:r>
      <w:r w:rsidR="00861392">
        <w:t xml:space="preserve"> </w:t>
      </w:r>
      <w:r>
        <w:t>But I barely had time to brace myself before it swung open.</w:t>
      </w:r>
      <w:r w:rsidR="00034A99">
        <w:t xml:space="preserve"> </w:t>
      </w:r>
      <w:r>
        <w:t>Melanie stood there, damp from the rain, curls wild and clinging to her flushed face.</w:t>
      </w:r>
      <w:r w:rsidR="00861392">
        <w:t xml:space="preserve"> </w:t>
      </w:r>
      <w:r>
        <w:t>Her green eyes flickered with something deep—frustration, longing, maybe even regret.</w:t>
      </w:r>
      <w:r w:rsidR="00034A99">
        <w:t xml:space="preserve"> </w:t>
      </w:r>
      <w:r>
        <w:t>Before I could process the storm behind them, Melanie stepped forward, fists curling into the fabric of my T-shirt, dragging me forward.</w:t>
      </w:r>
    </w:p>
    <w:p w14:paraId="74B3707C" w14:textId="77777777" w:rsidR="00F91806" w:rsidRDefault="00000000" w:rsidP="004F5CDE">
      <w:r>
        <w:t>And then—</w:t>
      </w:r>
    </w:p>
    <w:p w14:paraId="22EF3FEE" w14:textId="77777777" w:rsidR="00F91806" w:rsidRDefault="00000000" w:rsidP="004F5CDE">
      <w:r>
        <w:lastRenderedPageBreak/>
        <w:t>Our mouths crashed together.</w:t>
      </w:r>
    </w:p>
    <w:p w14:paraId="4F74631A" w14:textId="77777777" w:rsidR="00F91806" w:rsidRDefault="00000000" w:rsidP="004F5CDE">
      <w:r>
        <w:t>It wasn’t soft.</w:t>
      </w:r>
    </w:p>
    <w:p w14:paraId="3F0ACDE3" w14:textId="77777777" w:rsidR="00F91806" w:rsidRDefault="00000000" w:rsidP="004F5CDE">
      <w:r>
        <w:t>It wasn’t gentle.</w:t>
      </w:r>
    </w:p>
    <w:p w14:paraId="28DD82E6" w14:textId="05099D82" w:rsidR="00F91806" w:rsidRDefault="00000000" w:rsidP="004F5CDE">
      <w:r>
        <w:t>It was desperate. Aggressive. Messy.</w:t>
      </w:r>
      <w:r w:rsidR="0025386D">
        <w:t xml:space="preserve"> </w:t>
      </w:r>
      <w:r>
        <w:t>A collision of teeth and tongues, and hands clawing for purchase. Melanie moaned into the kiss, a raw, guttural sound that sent heat slamming through me.</w:t>
      </w:r>
    </w:p>
    <w:p w14:paraId="54F38087" w14:textId="77777777" w:rsidR="00F91806" w:rsidRDefault="00000000" w:rsidP="004F5CDE">
      <w:r w:rsidRPr="00034A99">
        <w:rPr>
          <w:i/>
          <w:iCs/>
        </w:rPr>
        <w:t>Fuck</w:t>
      </w:r>
      <w:r>
        <w:t>.</w:t>
      </w:r>
    </w:p>
    <w:p w14:paraId="5A6F9607" w14:textId="15ABBBEF" w:rsidR="00F91806" w:rsidRDefault="00000000" w:rsidP="004F5CDE">
      <w:r>
        <w:t>I kicked the door shut, gripping her hips, grinding into her, pushing her hard against the door.</w:t>
      </w:r>
      <w:r w:rsidR="00861392">
        <w:t xml:space="preserve"> </w:t>
      </w:r>
      <w:r>
        <w:t>"Fucking finally," Melanie panted, her fingers yanking my shirt up, nails scraping against my stomach.</w:t>
      </w:r>
    </w:p>
    <w:p w14:paraId="05DB6F2D" w14:textId="77777777" w:rsidR="00F91806" w:rsidRDefault="00000000" w:rsidP="004F5CDE">
      <w:r>
        <w:t>I growled against her lips. "You done playing?"</w:t>
      </w:r>
    </w:p>
    <w:p w14:paraId="4E44C2A6" w14:textId="77777777" w:rsidR="00F91806" w:rsidRDefault="00000000" w:rsidP="004F5CDE">
      <w:r>
        <w:t>Her smirk was breathless, wrecked, pupils blown wide.</w:t>
      </w:r>
    </w:p>
    <w:p w14:paraId="3EEC4813" w14:textId="77777777" w:rsidR="00F91806" w:rsidRDefault="00000000" w:rsidP="004F5CDE">
      <w:r>
        <w:t>"</w:t>
      </w:r>
      <w:r w:rsidRPr="00C57009">
        <w:rPr>
          <w:i/>
          <w:iCs/>
        </w:rPr>
        <w:t>Fuck me hard.</w:t>
      </w:r>
      <w:r>
        <w:t>"</w:t>
      </w:r>
    </w:p>
    <w:p w14:paraId="0995DEB7" w14:textId="77777777" w:rsidR="00F91806" w:rsidRDefault="00000000" w:rsidP="004F5CDE">
      <w:r>
        <w:t>Challenge accepted.</w:t>
      </w:r>
    </w:p>
    <w:p w14:paraId="35C9CACC" w14:textId="77777777" w:rsidR="00BF4EEB" w:rsidRDefault="00BF4EEB" w:rsidP="004F5CDE"/>
    <w:p w14:paraId="4EDE70E5" w14:textId="48137A17" w:rsidR="00BF4EEB" w:rsidRPr="00A351D5" w:rsidRDefault="00304FE8" w:rsidP="00D9773B">
      <w:pPr>
        <w:jc w:val="center"/>
        <w:rPr>
          <w:color w:val="365F91" w:themeColor="accent1" w:themeShade="BF"/>
        </w:rPr>
      </w:pPr>
      <w:r>
        <w:rPr>
          <w:rFonts w:ascii="Segoe UI Symbol" w:hAnsi="Segoe UI Symbol" w:cs="Segoe UI Symbol"/>
          <w:color w:val="365F91" w:themeColor="accent1" w:themeShade="BF"/>
        </w:rPr>
        <w:t>♞♛♞</w:t>
      </w:r>
    </w:p>
    <w:p w14:paraId="558DD5D7" w14:textId="77777777" w:rsidR="00F91806" w:rsidRDefault="00F91806" w:rsidP="004F5CDE"/>
    <w:p w14:paraId="24BAEC60" w14:textId="51C147C1" w:rsidR="00F91806" w:rsidRDefault="00000000" w:rsidP="004F5CDE">
      <w:r>
        <w:t>We barely made it to the bedroom.</w:t>
      </w:r>
      <w:r w:rsidR="00861392">
        <w:t xml:space="preserve"> </w:t>
      </w:r>
      <w:r>
        <w:t>I had her half-undressed before I spun her around, pressing her against the wall, my breath hot against her ear.</w:t>
      </w:r>
      <w:r w:rsidR="00861392">
        <w:t xml:space="preserve"> </w:t>
      </w:r>
      <w:r>
        <w:t>She arched into me, restless, needy.</w:t>
      </w:r>
    </w:p>
    <w:p w14:paraId="320AD8F2" w14:textId="77777777" w:rsidR="00F91806" w:rsidRDefault="00000000" w:rsidP="004F5CDE">
      <w:r>
        <w:t>"Still haunted?" I whispered.</w:t>
      </w:r>
    </w:p>
    <w:p w14:paraId="65318CFC" w14:textId="77777777" w:rsidR="00F91806" w:rsidRDefault="00000000" w:rsidP="004F5CDE">
      <w:r>
        <w:t>She shuddered. "Make me forget."</w:t>
      </w:r>
    </w:p>
    <w:p w14:paraId="7F233933" w14:textId="46149623" w:rsidR="00F91806" w:rsidRDefault="00000000" w:rsidP="004F5CDE">
      <w:r>
        <w:t>My fingers slid into her hair, tilting her head to the side.</w:t>
      </w:r>
      <w:r w:rsidR="00210438">
        <w:t xml:space="preserve"> </w:t>
      </w:r>
      <w:r>
        <w:t>I dragged my teeth along her throat, sucking hard enough to bruise, to mark, to remind her exactly who she belonged to tonight, and to punish her for lying to me.</w:t>
      </w:r>
    </w:p>
    <w:p w14:paraId="1E670FEA" w14:textId="317243A8" w:rsidR="00F91806" w:rsidRDefault="00000000" w:rsidP="004F5CDE">
      <w:r>
        <w:lastRenderedPageBreak/>
        <w:t>Melanie whimpered, grinding back against me.</w:t>
      </w:r>
      <w:r w:rsidR="00861392">
        <w:t xml:space="preserve"> </w:t>
      </w:r>
      <w:r>
        <w:t>I didn’t let her recover.</w:t>
      </w:r>
      <w:r w:rsidR="00861392">
        <w:t xml:space="preserve"> </w:t>
      </w:r>
      <w:r>
        <w:t>I spun her again, lifting her effortlessly, throwing her onto the bed before she had time to process it.</w:t>
      </w:r>
      <w:r w:rsidR="00861392">
        <w:t xml:space="preserve"> </w:t>
      </w:r>
      <w:r>
        <w:t>She landed with a breathless laugh. "God, you’re strong."</w:t>
      </w:r>
    </w:p>
    <w:p w14:paraId="3BD99BD4" w14:textId="44BD2BF7" w:rsidR="00F91806" w:rsidRDefault="00000000" w:rsidP="004F5CDE">
      <w:r>
        <w:t>I crawled over her, pinning her wrists, letting my weight settle until she stopped laughing—until all that was left was heat.</w:t>
      </w:r>
      <w:r w:rsidR="00861392">
        <w:t xml:space="preserve"> </w:t>
      </w:r>
      <w:r>
        <w:t>"I’m in control."</w:t>
      </w:r>
    </w:p>
    <w:p w14:paraId="263BDB46" w14:textId="77777777" w:rsidR="00F91806" w:rsidRDefault="00000000" w:rsidP="004F5CDE">
      <w:r>
        <w:t>My voice was low. Firm. Authoritative.</w:t>
      </w:r>
    </w:p>
    <w:p w14:paraId="6157DC4D" w14:textId="77777777" w:rsidR="00F91806" w:rsidRDefault="00000000" w:rsidP="004F5CDE">
      <w:r>
        <w:t>Melanie’s breath hitched. "Then take it."</w:t>
      </w:r>
    </w:p>
    <w:p w14:paraId="04BF4698" w14:textId="45ED99FD" w:rsidR="00F91806" w:rsidRDefault="00197786" w:rsidP="004F5CDE">
      <w:r>
        <w:t>“Oh, sweetheart.” I reached into the nightstand, fingers curling around exactly what I needed.</w:t>
      </w:r>
    </w:p>
    <w:p w14:paraId="7538DBAF" w14:textId="78F1C088" w:rsidR="00F91806" w:rsidRDefault="00000000" w:rsidP="004F5CDE">
      <w:r>
        <w:t>My green toy.</w:t>
      </w:r>
      <w:r w:rsidR="00861392">
        <w:t xml:space="preserve"> </w:t>
      </w:r>
      <w:r>
        <w:t>Sleek. Powerful. Built to break stubborn girls like Melanie into pieces.</w:t>
      </w:r>
      <w:r w:rsidR="00861392">
        <w:t xml:space="preserve"> </w:t>
      </w:r>
      <w:r>
        <w:t>When I pulled it out, Melanie’s breath stuttered.</w:t>
      </w:r>
      <w:r w:rsidR="00861392">
        <w:t xml:space="preserve"> </w:t>
      </w:r>
      <w:r>
        <w:t>"You’re not serious," she murmured.</w:t>
      </w:r>
    </w:p>
    <w:p w14:paraId="2150C1E3" w14:textId="77777777" w:rsidR="00F91806" w:rsidRDefault="00000000" w:rsidP="004F5CDE">
      <w:r>
        <w:t>I tilted my head. "Tell me to stop, and I will."</w:t>
      </w:r>
    </w:p>
    <w:p w14:paraId="322AD7F0" w14:textId="77777777" w:rsidR="00F91806" w:rsidRDefault="00000000" w:rsidP="004F5CDE">
      <w:r>
        <w:t>Silence.</w:t>
      </w:r>
    </w:p>
    <w:p w14:paraId="08BAC537" w14:textId="67B6442F" w:rsidR="00F91806" w:rsidRDefault="00000000" w:rsidP="004F5CDE">
      <w:r>
        <w:t>Then—</w:t>
      </w:r>
      <w:r w:rsidR="00861392">
        <w:t xml:space="preserve"> </w:t>
      </w:r>
      <w:r>
        <w:t>"Don’t you fucking dare."</w:t>
      </w:r>
      <w:r w:rsidR="00861392">
        <w:t xml:space="preserve"> </w:t>
      </w:r>
      <w:r>
        <w:t>I grinned, pressing my hand to her back, forcing her hips up until she was exactly where I wanted her.</w:t>
      </w:r>
      <w:r w:rsidR="00861392">
        <w:t xml:space="preserve"> </w:t>
      </w:r>
      <w:r>
        <w:t>She turned to watch as I ran my tongue over the tip of the toy, wetting it.</w:t>
      </w:r>
    </w:p>
    <w:p w14:paraId="002C8861" w14:textId="77777777" w:rsidR="00F91806" w:rsidRDefault="00000000" w:rsidP="004F5CDE">
      <w:r>
        <w:t>Melanie whimpered.</w:t>
      </w:r>
    </w:p>
    <w:p w14:paraId="3C12409D" w14:textId="1230579F" w:rsidR="00F91806" w:rsidRDefault="00000000" w:rsidP="004F5CDE">
      <w:r>
        <w:t>"Watch." My voice was dark. Commanding. "I want to see your face when you fall apart."</w:t>
      </w:r>
      <w:r w:rsidR="00861392">
        <w:t xml:space="preserve"> </w:t>
      </w:r>
      <w:r>
        <w:t>And then—</w:t>
      </w:r>
      <w:r w:rsidR="00197786">
        <w:t xml:space="preserve"> </w:t>
      </w:r>
      <w:r>
        <w:t>I thrust it inside her, no warning, no teasing—just deliberate, unrelenting force.</w:t>
      </w:r>
      <w:r w:rsidR="00861392">
        <w:t xml:space="preserve"> </w:t>
      </w:r>
      <w:r>
        <w:t>Melanie cried out, fingers twisting in the sheets, her body shaking, writhing, drowning in pleasure.</w:t>
      </w:r>
    </w:p>
    <w:p w14:paraId="371D2FFB" w14:textId="79584EE4" w:rsidR="00F91806" w:rsidRDefault="00000000" w:rsidP="004F5CDE">
      <w:r>
        <w:t>I set a brutal, punishing pace, thrusting deep, forcing her past the point of control.</w:t>
      </w:r>
      <w:r w:rsidR="001E2DF1">
        <w:t xml:space="preserve"> </w:t>
      </w:r>
      <w:r>
        <w:t>She sobbed against the mattress, her entire body trembling beneath me.</w:t>
      </w:r>
      <w:r w:rsidR="001E2DF1">
        <w:t xml:space="preserve"> </w:t>
      </w:r>
      <w:r>
        <w:t>And fuck, I had never seen anything more beautiful.</w:t>
      </w:r>
    </w:p>
    <w:p w14:paraId="17ECAB2D" w14:textId="688AFE9B" w:rsidR="00F91806" w:rsidRDefault="00000000" w:rsidP="004F5CDE">
      <w:r>
        <w:t>When she came, it was violent. Devastating. Completely wrecked.</w:t>
      </w:r>
      <w:r w:rsidR="00861392">
        <w:t xml:space="preserve"> </w:t>
      </w:r>
      <w:r>
        <w:t>She collapsed. Boneless. Breathless. Undone.</w:t>
      </w:r>
      <w:r w:rsidR="00861392">
        <w:t xml:space="preserve"> </w:t>
      </w:r>
      <w:r>
        <w:t>I leaned down, pressing a slow kiss to her quivering lips.</w:t>
      </w:r>
      <w:r w:rsidR="00197786">
        <w:t xml:space="preserve"> </w:t>
      </w:r>
      <w:r>
        <w:t>"Still haunted?" I whispered.</w:t>
      </w:r>
    </w:p>
    <w:p w14:paraId="6D21F42A" w14:textId="0984D62F" w:rsidR="00F91806" w:rsidRDefault="00000000" w:rsidP="004F5CDE">
      <w:r>
        <w:t>Melanie let out a breathless laugh, her body still shaking.</w:t>
      </w:r>
      <w:r w:rsidR="00861392">
        <w:t xml:space="preserve"> </w:t>
      </w:r>
      <w:r>
        <w:t>"You just fucked the ghosts out of me."</w:t>
      </w:r>
    </w:p>
    <w:p w14:paraId="1A6E5ADC" w14:textId="14C07F6A" w:rsidR="00F91806" w:rsidRDefault="00000000" w:rsidP="004F5CDE">
      <w:r>
        <w:lastRenderedPageBreak/>
        <w:t>I smirked.</w:t>
      </w:r>
      <w:r w:rsidR="00861392">
        <w:t xml:space="preserve"> </w:t>
      </w:r>
      <w:r>
        <w:t>"Good. Because I’m not done with you yet."</w:t>
      </w:r>
    </w:p>
    <w:p w14:paraId="1938F617" w14:textId="77777777" w:rsidR="00FB1BD9" w:rsidRDefault="00FB1BD9" w:rsidP="004F5CDE"/>
    <w:p w14:paraId="2672AC4D" w14:textId="77777777" w:rsidR="00FB1BD9" w:rsidRDefault="00FB1BD9" w:rsidP="004F5CDE"/>
    <w:p w14:paraId="223CF771" w14:textId="2F173DE9" w:rsidR="00F91806" w:rsidRDefault="004D1EA4" w:rsidP="00BF4EEB">
      <w:pPr>
        <w:pStyle w:val="Heading1"/>
      </w:pPr>
      <w:bookmarkStart w:id="77" w:name="_Toc189281368"/>
      <w:r>
        <w:t>Chapter 54: Peep Show</w:t>
      </w:r>
      <w:bookmarkEnd w:id="77"/>
    </w:p>
    <w:p w14:paraId="6158589C" w14:textId="77777777" w:rsidR="00BF4EEB" w:rsidRDefault="00BF4EEB" w:rsidP="004F5CDE"/>
    <w:p w14:paraId="17ED7B93" w14:textId="36F49DD9" w:rsidR="00F91806" w:rsidRDefault="00000000" w:rsidP="004F5CDE">
      <w:r>
        <w:t>I woke up to an empty bed.</w:t>
      </w:r>
    </w:p>
    <w:p w14:paraId="0CAA81DC" w14:textId="77777777" w:rsidR="00F91806" w:rsidRDefault="00000000" w:rsidP="004F5CDE">
      <w:r>
        <w:t>For a second, the warmth beside me tricked my brain into thinking she was still there. That last night hadn’t been a one-time thing. That she hadn’t changed her mind. That I hadn’t just dreamed it all.</w:t>
      </w:r>
    </w:p>
    <w:p w14:paraId="54A2D85E" w14:textId="6891C242" w:rsidR="00F91806" w:rsidRDefault="00000000" w:rsidP="004F5CDE">
      <w:r>
        <w:t>But when I reached out—</w:t>
      </w:r>
      <w:r w:rsidR="00BF4EEB">
        <w:t xml:space="preserve"> </w:t>
      </w:r>
      <w:r>
        <w:t>Cool sheets.</w:t>
      </w:r>
      <w:r w:rsidR="00F243D0">
        <w:t xml:space="preserve"> </w:t>
      </w:r>
      <w:r>
        <w:t>A sharp, stupid pang of panic hit my chest.</w:t>
      </w:r>
      <w:r w:rsidR="003763CB">
        <w:t xml:space="preserve"> </w:t>
      </w:r>
      <w:r>
        <w:t>I sat up, rubbing the sleep from my eyes, listening.</w:t>
      </w:r>
      <w:r w:rsidR="003763CB">
        <w:t xml:space="preserve"> </w:t>
      </w:r>
      <w:r>
        <w:t>The apartment was too quiet.</w:t>
      </w:r>
      <w:r w:rsidR="00F243D0">
        <w:t xml:space="preserve"> </w:t>
      </w:r>
      <w:r>
        <w:t>Then—</w:t>
      </w:r>
      <w:r w:rsidR="00BF4EEB">
        <w:t xml:space="preserve"> </w:t>
      </w:r>
      <w:r>
        <w:t>A soft clatter from the kitchen.</w:t>
      </w:r>
      <w:r w:rsidR="00A44EA4">
        <w:t xml:space="preserve"> </w:t>
      </w:r>
      <w:r>
        <w:t>I exhaled, tension easing just slightly, and slipped out of bed.</w:t>
      </w:r>
    </w:p>
    <w:p w14:paraId="7720C5A0" w14:textId="77777777" w:rsidR="00BF4EEB" w:rsidRDefault="00000000" w:rsidP="004F5CDE">
      <w:r>
        <w:t>Melanie stood at the counter.</w:t>
      </w:r>
    </w:p>
    <w:p w14:paraId="7C5CA4CB" w14:textId="77777777" w:rsidR="00BF4EEB" w:rsidRDefault="00000000" w:rsidP="004F5CDE">
      <w:r>
        <w:t>Back to me.</w:t>
      </w:r>
    </w:p>
    <w:p w14:paraId="208F2FF9" w14:textId="77777777" w:rsidR="00BF4EEB" w:rsidRDefault="00000000" w:rsidP="004F5CDE">
      <w:r>
        <w:t>Hair a mess.</w:t>
      </w:r>
    </w:p>
    <w:p w14:paraId="05D08D17" w14:textId="4D1B9A0E" w:rsidR="00F91806" w:rsidRDefault="00000000" w:rsidP="004F5CDE">
      <w:r>
        <w:t>Wearing my oversized shirt like it had always belonged to her.</w:t>
      </w:r>
      <w:r w:rsidR="00A44EA4">
        <w:t xml:space="preserve"> </w:t>
      </w:r>
      <w:r>
        <w:t>She was making coffee, fingers wrapped around the handle of my favorite mug.</w:t>
      </w:r>
      <w:r w:rsidR="003539AD">
        <w:t xml:space="preserve"> </w:t>
      </w:r>
      <w:r>
        <w:t>For the first time in weeks—she looked calm. Like the war inside her had finally quieted.</w:t>
      </w:r>
      <w:r w:rsidR="00F243D0">
        <w:t xml:space="preserve"> </w:t>
      </w:r>
      <w:r>
        <w:t>I stepped up behind her, sliding my arms around her waist.</w:t>
      </w:r>
      <w:r w:rsidR="003763CB">
        <w:t xml:space="preserve"> </w:t>
      </w:r>
      <w:r>
        <w:t>She tensed—just for a second—then relaxed into me.</w:t>
      </w:r>
    </w:p>
    <w:p w14:paraId="2CC16979" w14:textId="77777777" w:rsidR="00F91806" w:rsidRDefault="00000000" w:rsidP="004F5CDE">
      <w:r>
        <w:t>“You didn’t run.”</w:t>
      </w:r>
    </w:p>
    <w:p w14:paraId="12F810B1" w14:textId="7938A625" w:rsidR="00F91806" w:rsidRDefault="00000000" w:rsidP="004F5CDE">
      <w:r>
        <w:t>Melanie let out a slow breath, leaning back against me.</w:t>
      </w:r>
      <w:r w:rsidR="00F243D0">
        <w:t xml:space="preserve"> </w:t>
      </w:r>
      <w:r>
        <w:t>“Thought about it.”</w:t>
      </w:r>
    </w:p>
    <w:p w14:paraId="51A4FF96" w14:textId="77777777" w:rsidR="00F91806" w:rsidRDefault="00000000" w:rsidP="004F5CDE">
      <w:r>
        <w:t>“But you didn’t.”</w:t>
      </w:r>
    </w:p>
    <w:p w14:paraId="008448EA" w14:textId="0BB27AB9" w:rsidR="00F91806" w:rsidRDefault="00000000" w:rsidP="004F5CDE">
      <w:r>
        <w:t>She turned in my arms, green eyes meeting mine. There was something unreadable in them.</w:t>
      </w:r>
      <w:r w:rsidR="00F243D0">
        <w:t xml:space="preserve"> </w:t>
      </w:r>
      <w:r>
        <w:t>Something fragile.</w:t>
      </w:r>
      <w:r w:rsidR="00F243D0">
        <w:t xml:space="preserve"> Raw. </w:t>
      </w:r>
      <w:r>
        <w:t>"I want this. I want you. But I don’t know how to be normal after everything we’ve been through."</w:t>
      </w:r>
    </w:p>
    <w:p w14:paraId="5E653245" w14:textId="3DF05D25" w:rsidR="00F91806" w:rsidRDefault="00000000" w:rsidP="004F5CDE">
      <w:r>
        <w:lastRenderedPageBreak/>
        <w:t>I cupped her face, my thumb tracing slow circles along her jaw.</w:t>
      </w:r>
      <w:r w:rsidR="00F243D0">
        <w:t xml:space="preserve"> </w:t>
      </w:r>
      <w:r>
        <w:t>“Then let’s stop trying to be normal.”</w:t>
      </w:r>
      <w:r w:rsidR="00F243D0">
        <w:t xml:space="preserve"> </w:t>
      </w:r>
      <w:r>
        <w:t>A beat of silence.</w:t>
      </w:r>
      <w:r w:rsidR="00F243D0">
        <w:t xml:space="preserve"> </w:t>
      </w:r>
      <w:r>
        <w:t>Then—</w:t>
      </w:r>
    </w:p>
    <w:p w14:paraId="6B46713C" w14:textId="77777777" w:rsidR="00F91806" w:rsidRDefault="00000000" w:rsidP="004F5CDE">
      <w:r>
        <w:t>“Let’s just be us.”</w:t>
      </w:r>
    </w:p>
    <w:p w14:paraId="3DB0F0D2" w14:textId="5A70FB5F" w:rsidR="00F91806" w:rsidRDefault="00000000" w:rsidP="004F5CDE">
      <w:r>
        <w:t>For a second, I thought she might kiss me again.</w:t>
      </w:r>
      <w:r w:rsidR="006D61E8">
        <w:t xml:space="preserve"> </w:t>
      </w:r>
      <w:r>
        <w:t>Then—</w:t>
      </w:r>
    </w:p>
    <w:p w14:paraId="48137ADC" w14:textId="77777777" w:rsidR="00F91806" w:rsidRPr="00CA3EBC" w:rsidRDefault="00000000" w:rsidP="004F5CDE">
      <w:pPr>
        <w:rPr>
          <w:b/>
          <w:bCs/>
        </w:rPr>
      </w:pPr>
      <w:r w:rsidRPr="00CA3EBC">
        <w:rPr>
          <w:b/>
          <w:bCs/>
        </w:rPr>
        <w:t>BANG. BANG. BANG.</w:t>
      </w:r>
    </w:p>
    <w:p w14:paraId="09812A94" w14:textId="2E5B2FC7" w:rsidR="00F91806" w:rsidRDefault="00000000" w:rsidP="004F5CDE">
      <w:r>
        <w:t>The pounding at the door shattered the moment.</w:t>
      </w:r>
      <w:r w:rsidR="006D61E8">
        <w:t xml:space="preserve"> </w:t>
      </w:r>
      <w:r>
        <w:t>Melanie tensed instantly, fingers already reaching for the Beretta on the counter.</w:t>
      </w:r>
      <w:r w:rsidR="004E6B7D">
        <w:t xml:space="preserve"> </w:t>
      </w:r>
      <w:r>
        <w:t>I grabbed my SIG P226, exchanging a look with her before moving toward the door. Every muscle in my body was coiled. Ready.</w:t>
      </w:r>
    </w:p>
    <w:p w14:paraId="53BDBE7C" w14:textId="7FFE6EE4" w:rsidR="00F91806" w:rsidRDefault="00000000" w:rsidP="004F5CDE">
      <w:r>
        <w:t>I glanced through the peephole—</w:t>
      </w:r>
      <w:r w:rsidR="00BF4EEB">
        <w:t xml:space="preserve"> </w:t>
      </w:r>
      <w:r>
        <w:t>Then exhaled sharply.</w:t>
      </w:r>
      <w:r w:rsidR="006D61E8">
        <w:t xml:space="preserve"> </w:t>
      </w:r>
      <w:r w:rsidR="00400041">
        <w:t>Candice. And Tony.</w:t>
      </w:r>
      <w:r w:rsidR="006D61E8">
        <w:t xml:space="preserve"> </w:t>
      </w:r>
      <w:r>
        <w:t>I unlocked the door. They shoved past me, wild-eyed and breathless, like they’d just seen a ghost.</w:t>
      </w:r>
    </w:p>
    <w:p w14:paraId="0C6118E6" w14:textId="6CF0E842" w:rsidR="00F91806" w:rsidRDefault="00400041" w:rsidP="004F5CDE">
      <w:r>
        <w:t>Candice slammed her laptop onto the counter.</w:t>
      </w:r>
      <w:r w:rsidR="009B4C9D">
        <w:t xml:space="preserve"> </w:t>
      </w:r>
      <w:r>
        <w:t>"You need to see this. Now."</w:t>
      </w:r>
      <w:r w:rsidR="0025386D">
        <w:t xml:space="preserve"> </w:t>
      </w:r>
      <w:r w:rsidR="00000000">
        <w:t>Melanie and I exchanged a look before moving to the screen.</w:t>
      </w:r>
      <w:r w:rsidR="006D61E8">
        <w:t xml:space="preserve"> </w:t>
      </w:r>
      <w:r w:rsidR="00000000">
        <w:t>The video flickered to life.</w:t>
      </w:r>
      <w:r w:rsidR="006D61E8">
        <w:t xml:space="preserve"> </w:t>
      </w:r>
      <w:r w:rsidR="00000000">
        <w:t>It took me a second to process what I was seeing.</w:t>
      </w:r>
      <w:r w:rsidR="005A7A1E">
        <w:t xml:space="preserve"> </w:t>
      </w:r>
      <w:r w:rsidR="00000000">
        <w:t>A grainy, black-and-white recording.</w:t>
      </w:r>
    </w:p>
    <w:p w14:paraId="2C4C4AA1" w14:textId="77777777" w:rsidR="00BF4EEB" w:rsidRDefault="00000000" w:rsidP="004F5CDE">
      <w:r>
        <w:t>My apartment.</w:t>
      </w:r>
    </w:p>
    <w:p w14:paraId="6AF49E0B" w14:textId="77777777" w:rsidR="00BF4EEB" w:rsidRDefault="00000000" w:rsidP="004F5CDE">
      <w:r>
        <w:t>Last night.</w:t>
      </w:r>
    </w:p>
    <w:p w14:paraId="0404E090" w14:textId="40F0A4F2" w:rsidR="00F91806" w:rsidRDefault="00000000" w:rsidP="004F5CDE">
      <w:r>
        <w:t>Us.</w:t>
      </w:r>
    </w:p>
    <w:p w14:paraId="4A279FD8" w14:textId="77777777" w:rsidR="00F91806" w:rsidRDefault="00000000" w:rsidP="004F5CDE">
      <w:r>
        <w:t>Every second of it.</w:t>
      </w:r>
    </w:p>
    <w:p w14:paraId="2EE0435F" w14:textId="34256877" w:rsidR="00F91806" w:rsidRDefault="00000000" w:rsidP="004F5CDE">
      <w:r>
        <w:t>The warmth in my chest turned to ice.</w:t>
      </w:r>
      <w:r w:rsidR="009B4C9D">
        <w:t xml:space="preserve"> </w:t>
      </w:r>
      <w:r>
        <w:t>"What the fuck!</w:t>
      </w:r>
      <w:r w:rsidR="00DA0DD6">
        <w:t>?</w:t>
      </w:r>
      <w:r>
        <w:t>"</w:t>
      </w:r>
      <w:r w:rsidR="006D61E8">
        <w:t xml:space="preserve"> </w:t>
      </w:r>
      <w:r>
        <w:t>My voice came out hollow.</w:t>
      </w:r>
      <w:r w:rsidR="006D61E8">
        <w:t xml:space="preserve"> </w:t>
      </w:r>
      <w:r>
        <w:t xml:space="preserve">I turned to </w:t>
      </w:r>
      <w:r w:rsidR="00400041">
        <w:t>Candice</w:t>
      </w:r>
      <w:r>
        <w:t>.</w:t>
      </w:r>
      <w:r w:rsidR="006D61E8">
        <w:t xml:space="preserve"> </w:t>
      </w:r>
      <w:r>
        <w:t>“Tell me this isn’t what I think it is.”</w:t>
      </w:r>
    </w:p>
    <w:p w14:paraId="03B6D6CE" w14:textId="23215AE2" w:rsidR="00F91806" w:rsidRDefault="00400041" w:rsidP="004F5CDE">
      <w:r>
        <w:t>Candice swallowed hard.</w:t>
      </w:r>
      <w:r w:rsidR="006D61E8">
        <w:t xml:space="preserve"> </w:t>
      </w:r>
      <w:r>
        <w:t>"I traced the signal from the security cameras. Followed the feed, like I always do. But whoever’s behind this?"</w:t>
      </w:r>
      <w:r w:rsidR="006D61E8">
        <w:t xml:space="preserve"> </w:t>
      </w:r>
      <w:r>
        <w:t>She hesitated.</w:t>
      </w:r>
      <w:r w:rsidR="006D61E8">
        <w:t xml:space="preserve"> </w:t>
      </w:r>
      <w:r>
        <w:t>"They were waiting."</w:t>
      </w:r>
    </w:p>
    <w:p w14:paraId="2DD9D6DC" w14:textId="64BE0096" w:rsidR="00F91806" w:rsidRDefault="00000000" w:rsidP="004F5CDE">
      <w:r>
        <w:t>Tony exhaled sharply, scrubbing a hand down his face.</w:t>
      </w:r>
      <w:r w:rsidR="006D61E8">
        <w:t xml:space="preserve"> </w:t>
      </w:r>
      <w:r>
        <w:t>"Not just waiting."</w:t>
      </w:r>
      <w:r w:rsidR="006D61E8">
        <w:t xml:space="preserve"> </w:t>
      </w:r>
      <w:r>
        <w:t>He looked up, voice grimmer than I’d ever heard it.</w:t>
      </w:r>
      <w:r w:rsidR="006D61E8">
        <w:t xml:space="preserve"> </w:t>
      </w:r>
      <w:r>
        <w:t>"Watching."</w:t>
      </w:r>
    </w:p>
    <w:p w14:paraId="5AEE5FDB" w14:textId="77777777" w:rsidR="00BF4EEB" w:rsidRDefault="00BF4EEB" w:rsidP="004F5CDE"/>
    <w:p w14:paraId="35473C1C" w14:textId="5917DC2C" w:rsidR="00BF4EEB" w:rsidRPr="00A351D5" w:rsidRDefault="00304FE8" w:rsidP="00BC2AB2">
      <w:pPr>
        <w:jc w:val="center"/>
        <w:rPr>
          <w:color w:val="365F91" w:themeColor="accent1" w:themeShade="BF"/>
        </w:rPr>
      </w:pPr>
      <w:r>
        <w:rPr>
          <w:rFonts w:ascii="Segoe UI Symbol" w:hAnsi="Segoe UI Symbol" w:cs="Segoe UI Symbol"/>
          <w:color w:val="365F91" w:themeColor="accent1" w:themeShade="BF"/>
        </w:rPr>
        <w:t>♞♛♞</w:t>
      </w:r>
    </w:p>
    <w:p w14:paraId="191490F6" w14:textId="77777777" w:rsidR="00F91806" w:rsidRDefault="00F91806" w:rsidP="004F5CDE"/>
    <w:p w14:paraId="65C8352A" w14:textId="77777777" w:rsidR="00BF4EEB" w:rsidRDefault="00000000" w:rsidP="004F5CDE">
      <w:r>
        <w:t>I forced myself to breathe.</w:t>
      </w:r>
    </w:p>
    <w:p w14:paraId="4509FB71" w14:textId="04F929E0" w:rsidR="00F91806" w:rsidRPr="00BF4EEB" w:rsidRDefault="00000000" w:rsidP="004F5CDE">
      <w:pPr>
        <w:rPr>
          <w:i/>
          <w:iCs/>
        </w:rPr>
      </w:pPr>
      <w:r w:rsidRPr="00BF4EEB">
        <w:rPr>
          <w:i/>
          <w:iCs/>
        </w:rPr>
        <w:lastRenderedPageBreak/>
        <w:t>Think.</w:t>
      </w:r>
    </w:p>
    <w:p w14:paraId="3A6265A7" w14:textId="172FF48D" w:rsidR="00F91806" w:rsidRDefault="00000000" w:rsidP="004F5CDE">
      <w:r>
        <w:t>Melanie’s hands curled into fists, knuckles white.</w:t>
      </w:r>
      <w:r w:rsidR="006D61E8">
        <w:t xml:space="preserve"> </w:t>
      </w:r>
      <w:r>
        <w:t>"How long?"</w:t>
      </w:r>
    </w:p>
    <w:p w14:paraId="193E84EA" w14:textId="290015FE" w:rsidR="00F91806" w:rsidRDefault="00400041" w:rsidP="004F5CDE">
      <w:r>
        <w:t>Candice hesitated.</w:t>
      </w:r>
      <w:r w:rsidR="006D61E8">
        <w:t xml:space="preserve"> </w:t>
      </w:r>
      <w:r>
        <w:t>Then—barely above a whisper—</w:t>
      </w:r>
      <w:r w:rsidR="006D61E8">
        <w:t xml:space="preserve"> </w:t>
      </w:r>
      <w:r>
        <w:t>"Weeks."</w:t>
      </w:r>
    </w:p>
    <w:p w14:paraId="6ECA64A8" w14:textId="77777777" w:rsidR="006D61E8" w:rsidRDefault="00000000" w:rsidP="004F5CDE">
      <w:r>
        <w:t>The air in the apartment felt thick.</w:t>
      </w:r>
      <w:r w:rsidR="008E446E">
        <w:t xml:space="preserve"> </w:t>
      </w:r>
      <w:r>
        <w:t>Too thick</w:t>
      </w:r>
      <w:r w:rsidR="008E446E">
        <w:t xml:space="preserve">, until </w:t>
      </w:r>
      <w:r>
        <w:t xml:space="preserve">a notification flashed across </w:t>
      </w:r>
      <w:r w:rsidR="00400041">
        <w:t>Candice</w:t>
      </w:r>
      <w:r>
        <w:t>’s screen.</w:t>
      </w:r>
      <w:r w:rsidR="006D61E8">
        <w:t xml:space="preserve"> </w:t>
      </w:r>
      <w:r>
        <w:t>A message.</w:t>
      </w:r>
      <w:r w:rsidR="006D61E8">
        <w:t xml:space="preserve"> </w:t>
      </w:r>
      <w:r>
        <w:t>YOU THOUGHT YOU WERE ALONE?</w:t>
      </w:r>
      <w:r w:rsidR="006D61E8">
        <w:t xml:space="preserve"> </w:t>
      </w:r>
      <w:r>
        <w:t>YOU NEVER WERE.</w:t>
      </w:r>
      <w:r w:rsidR="006D61E8">
        <w:t xml:space="preserve"> </w:t>
      </w:r>
      <w:r>
        <w:t>A chill slithered down my spine.</w:t>
      </w:r>
      <w:r w:rsidR="006D61E8">
        <w:t xml:space="preserve"> </w:t>
      </w:r>
    </w:p>
    <w:p w14:paraId="6A4F103B" w14:textId="562240B9" w:rsidR="00F91806" w:rsidRDefault="00000000" w:rsidP="004F5CDE">
      <w:r>
        <w:t>Melanie’s breath hitched.</w:t>
      </w:r>
      <w:r w:rsidR="006D61E8">
        <w:t xml:space="preserve"> </w:t>
      </w:r>
      <w:r>
        <w:t>She reached for me—gripping my wrist like she needed something to hold onto before she drowned.</w:t>
      </w:r>
      <w:r w:rsidR="006D61E8">
        <w:t xml:space="preserve"> </w:t>
      </w:r>
      <w:r>
        <w:t>Tony muttered, "</w:t>
      </w:r>
      <w:r w:rsidRPr="00F022AD">
        <w:rPr>
          <w:i/>
          <w:iCs/>
        </w:rPr>
        <w:t>Jesus Christ</w:t>
      </w:r>
      <w:r>
        <w:t>."</w:t>
      </w:r>
      <w:r w:rsidR="006D61E8">
        <w:t xml:space="preserve"> </w:t>
      </w:r>
      <w:r>
        <w:t xml:space="preserve">But </w:t>
      </w:r>
      <w:r w:rsidR="00400041">
        <w:t>Candice</w:t>
      </w:r>
      <w:r>
        <w:t xml:space="preserve"> wasn’t finished.</w:t>
      </w:r>
      <w:r w:rsidR="009B4C9D">
        <w:t xml:space="preserve"> </w:t>
      </w:r>
      <w:r>
        <w:t>Her fingers flew across the keyboard.</w:t>
      </w:r>
      <w:r w:rsidR="00BF4EEB">
        <w:t xml:space="preserve"> </w:t>
      </w:r>
      <w:r>
        <w:t>Another file.</w:t>
      </w:r>
      <w:r w:rsidR="006D61E8">
        <w:t xml:space="preserve"> </w:t>
      </w:r>
      <w:r>
        <w:t>Bank statements.</w:t>
      </w:r>
      <w:r w:rsidR="00BF4EEB">
        <w:t xml:space="preserve"> </w:t>
      </w:r>
      <w:r>
        <w:t>Wire transfers.</w:t>
      </w:r>
      <w:r w:rsidR="006D61E8">
        <w:t xml:space="preserve"> </w:t>
      </w:r>
      <w:r>
        <w:t>Names we didn’t recognize.</w:t>
      </w:r>
    </w:p>
    <w:p w14:paraId="761E72AE" w14:textId="1BF348E9" w:rsidR="00F91806" w:rsidRDefault="00000000" w:rsidP="004F5CDE">
      <w:r>
        <w:t>And then—</w:t>
      </w:r>
      <w:r w:rsidR="006D61E8">
        <w:t xml:space="preserve"> </w:t>
      </w:r>
      <w:r>
        <w:t>One we did.</w:t>
      </w:r>
    </w:p>
    <w:p w14:paraId="09226271" w14:textId="77777777" w:rsidR="00F91806" w:rsidRDefault="00000000" w:rsidP="004F5CDE">
      <w:r>
        <w:t>Uncle Pete.</w:t>
      </w:r>
    </w:p>
    <w:p w14:paraId="74AF4394" w14:textId="77777777" w:rsidR="00BF4EEB" w:rsidRDefault="00BF4EEB" w:rsidP="004F5CDE"/>
    <w:p w14:paraId="308EA342" w14:textId="0A9D08A5" w:rsidR="00BF4EEB" w:rsidRPr="00A351D5" w:rsidRDefault="00304FE8" w:rsidP="00BC2AB2">
      <w:pPr>
        <w:jc w:val="center"/>
        <w:rPr>
          <w:color w:val="365F91" w:themeColor="accent1" w:themeShade="BF"/>
        </w:rPr>
      </w:pPr>
      <w:r>
        <w:rPr>
          <w:rFonts w:ascii="Segoe UI Symbol" w:hAnsi="Segoe UI Symbol" w:cs="Segoe UI Symbol"/>
          <w:color w:val="365F91" w:themeColor="accent1" w:themeShade="BF"/>
        </w:rPr>
        <w:t>♞♛♞</w:t>
      </w:r>
    </w:p>
    <w:p w14:paraId="2CC5C658" w14:textId="77777777" w:rsidR="00BF4EEB" w:rsidRDefault="00BF4EEB" w:rsidP="004F5CDE"/>
    <w:p w14:paraId="17281F91" w14:textId="283E0AFB" w:rsidR="00F91806" w:rsidRDefault="00000000" w:rsidP="004F5CDE">
      <w:r>
        <w:t>Melanie inhaled sharply.</w:t>
      </w:r>
      <w:r w:rsidR="006D61E8">
        <w:t xml:space="preserve"> </w:t>
      </w:r>
      <w:r>
        <w:t>"No."</w:t>
      </w:r>
    </w:p>
    <w:p w14:paraId="2D1A03AF" w14:textId="470EE129" w:rsidR="00F91806" w:rsidRDefault="00400041" w:rsidP="004F5CDE">
      <w:r>
        <w:t>Candice’s voice was tight.</w:t>
      </w:r>
      <w:r w:rsidR="006D61E8">
        <w:t xml:space="preserve"> </w:t>
      </w:r>
      <w:r>
        <w:t>"Yes."</w:t>
      </w:r>
      <w:r w:rsidR="006D61E8">
        <w:t xml:space="preserve"> </w:t>
      </w:r>
      <w:r>
        <w:t>The account was buried deep. Hidden.</w:t>
      </w:r>
      <w:r w:rsidR="00635A11">
        <w:t xml:space="preserve"> </w:t>
      </w:r>
      <w:r>
        <w:t>But Candice was too good not to find it.</w:t>
      </w:r>
      <w:r w:rsidR="005A7A1E">
        <w:t xml:space="preserve"> </w:t>
      </w:r>
      <w:r>
        <w:t>Money funneled through the store.</w:t>
      </w:r>
      <w:r w:rsidR="005A7A1E">
        <w:t xml:space="preserve"> </w:t>
      </w:r>
      <w:r>
        <w:t>Rerouted.</w:t>
      </w:r>
      <w:r w:rsidR="005A7A1E">
        <w:t xml:space="preserve"> </w:t>
      </w:r>
      <w:r>
        <w:t>Laundered.</w:t>
      </w:r>
    </w:p>
    <w:p w14:paraId="5A0C2C49" w14:textId="77777777" w:rsidR="00F91806" w:rsidRDefault="00000000" w:rsidP="004F5CDE">
      <w:r>
        <w:t>And Pete?</w:t>
      </w:r>
    </w:p>
    <w:p w14:paraId="200BD2F3" w14:textId="77777777" w:rsidR="00F91806" w:rsidRDefault="00000000" w:rsidP="004F5CDE">
      <w:r>
        <w:t>He was in the middle of it.</w:t>
      </w:r>
    </w:p>
    <w:p w14:paraId="595EB4BD" w14:textId="397ACDC8" w:rsidR="00F91806" w:rsidRDefault="00000000" w:rsidP="004F5CDE">
      <w:r>
        <w:t>Melanie’s voice was low. Lethal.</w:t>
      </w:r>
      <w:r w:rsidR="009B4C9D">
        <w:t xml:space="preserve"> </w:t>
      </w:r>
      <w:r>
        <w:t>"Tell me you’re fucking joking."</w:t>
      </w:r>
    </w:p>
    <w:p w14:paraId="79CDA542" w14:textId="0F9E9B58" w:rsidR="00F91806" w:rsidRDefault="00400041" w:rsidP="004F5CDE">
      <w:r>
        <w:t>Candice shook her head.</w:t>
      </w:r>
      <w:r w:rsidR="009B4C9D">
        <w:t xml:space="preserve"> </w:t>
      </w:r>
      <w:r>
        <w:t>"I wish."</w:t>
      </w:r>
    </w:p>
    <w:p w14:paraId="69A38A86" w14:textId="6032FB3E" w:rsidR="00F91806" w:rsidRDefault="00000000" w:rsidP="004F5CDE">
      <w:r>
        <w:t>I stared at the numbers, the transactions, the goddamn undeniable proof—and felt something crack inside me.</w:t>
      </w:r>
      <w:r w:rsidR="005A7A1E">
        <w:t xml:space="preserve"> </w:t>
      </w:r>
      <w:r>
        <w:t>Pete wasn’t just some bitter asshole trying to take back what he thought was his. He was in this.</w:t>
      </w:r>
    </w:p>
    <w:p w14:paraId="420620EE" w14:textId="77777777" w:rsidR="00F91806" w:rsidRDefault="00000000" w:rsidP="004F5CDE">
      <w:r>
        <w:t>Deep.</w:t>
      </w:r>
    </w:p>
    <w:p w14:paraId="62240FD0" w14:textId="7DE355AA" w:rsidR="00F91806" w:rsidRDefault="00000000" w:rsidP="004F5CDE">
      <w:r>
        <w:lastRenderedPageBreak/>
        <w:t xml:space="preserve">If he was involved—I </w:t>
      </w:r>
      <w:r w:rsidR="006D61E8">
        <w:t>gazed at</w:t>
      </w:r>
      <w:r>
        <w:t xml:space="preserve"> Melanie.</w:t>
      </w:r>
      <w:r w:rsidR="006D61E8">
        <w:t xml:space="preserve"> </w:t>
      </w:r>
      <w:r w:rsidR="00AE4793">
        <w:t>My Aunt had to have known. And if she had known—</w:t>
      </w:r>
      <w:r w:rsidR="006D61E8">
        <w:t>m</w:t>
      </w:r>
      <w:r>
        <w:t>aybe that’s why she was dead.</w:t>
      </w:r>
    </w:p>
    <w:p w14:paraId="534F0357" w14:textId="77777777" w:rsidR="00BF4EEB" w:rsidRDefault="00BF4EEB" w:rsidP="004F5CDE"/>
    <w:p w14:paraId="6A155CC5" w14:textId="42D752E1" w:rsidR="00BF4EEB" w:rsidRPr="00A351D5" w:rsidRDefault="00304FE8" w:rsidP="00BC2AB2">
      <w:pPr>
        <w:jc w:val="center"/>
        <w:rPr>
          <w:color w:val="365F91" w:themeColor="accent1" w:themeShade="BF"/>
        </w:rPr>
      </w:pPr>
      <w:r>
        <w:rPr>
          <w:rFonts w:ascii="Segoe UI Symbol" w:hAnsi="Segoe UI Symbol" w:cs="Segoe UI Symbol"/>
          <w:color w:val="365F91" w:themeColor="accent1" w:themeShade="BF"/>
        </w:rPr>
        <w:t>♞♛♞</w:t>
      </w:r>
    </w:p>
    <w:p w14:paraId="1C7F8225" w14:textId="77777777" w:rsidR="00F91806" w:rsidRDefault="00F91806" w:rsidP="004F5CDE"/>
    <w:p w14:paraId="5702A6DB" w14:textId="67606E46" w:rsidR="00F91806" w:rsidRDefault="00000000" w:rsidP="004F5CDE">
      <w:r>
        <w:t xml:space="preserve">A final notification lit up </w:t>
      </w:r>
      <w:r w:rsidR="00400041">
        <w:t>Candice</w:t>
      </w:r>
      <w:r>
        <w:t>’s laptop.</w:t>
      </w:r>
      <w:r w:rsidR="009B4C9D">
        <w:t xml:space="preserve"> </w:t>
      </w:r>
      <w:r>
        <w:t>Just three words.</w:t>
      </w:r>
      <w:r w:rsidR="00BE0D7B">
        <w:t xml:space="preserve"> </w:t>
      </w:r>
      <w:r>
        <w:t>TIME’S ALMOST UP.</w:t>
      </w:r>
      <w:r w:rsidR="00BE0D7B">
        <w:t xml:space="preserve"> </w:t>
      </w:r>
      <w:r>
        <w:t>The air in the apartment turned suffocatingly thick.</w:t>
      </w:r>
      <w:r w:rsidR="00BE0D7B">
        <w:t xml:space="preserve"> </w:t>
      </w:r>
      <w:r>
        <w:t>Tony was the first to break the silence.</w:t>
      </w:r>
      <w:r w:rsidR="005A7A1E">
        <w:t xml:space="preserve"> </w:t>
      </w:r>
      <w:r>
        <w:t>His voice was gruff but steady.</w:t>
      </w:r>
      <w:r w:rsidR="009B4C9D">
        <w:t xml:space="preserve"> </w:t>
      </w:r>
      <w:r>
        <w:t>"The store isn't safe anymore."</w:t>
      </w:r>
    </w:p>
    <w:p w14:paraId="66241CC5" w14:textId="58E390AB" w:rsidR="00F91806" w:rsidRDefault="00000000" w:rsidP="004F5CDE">
      <w:r>
        <w:t>I swallowed hard.</w:t>
      </w:r>
      <w:r w:rsidR="00BE0D7B">
        <w:t xml:space="preserve"> </w:t>
      </w:r>
      <w:r>
        <w:t>"Nowhere is safe anymore."</w:t>
      </w:r>
    </w:p>
    <w:p w14:paraId="06723A7C" w14:textId="20C2355C" w:rsidR="00F91806" w:rsidRDefault="00000000" w:rsidP="004F5CDE">
      <w:r>
        <w:t>Melanie exhaled, then turned to me.</w:t>
      </w:r>
      <w:r w:rsidR="009B4C9D">
        <w:t xml:space="preserve"> </w:t>
      </w:r>
      <w:r>
        <w:t>"Your offer still stand?"</w:t>
      </w:r>
    </w:p>
    <w:p w14:paraId="475BB992" w14:textId="6909C074" w:rsidR="00F91806" w:rsidRDefault="00000000" w:rsidP="004F5CDE">
      <w:r>
        <w:t>I blinked.</w:t>
      </w:r>
      <w:r w:rsidR="00BE0D7B">
        <w:t xml:space="preserve"> </w:t>
      </w:r>
      <w:r>
        <w:t>"What?"</w:t>
      </w:r>
    </w:p>
    <w:p w14:paraId="66FB6417" w14:textId="599F7EBA" w:rsidR="00F91806" w:rsidRDefault="00000000" w:rsidP="004F5CDE">
      <w:r>
        <w:t>She licked her lips, voice quieter.</w:t>
      </w:r>
      <w:r w:rsidR="009B4C9D">
        <w:t xml:space="preserve"> </w:t>
      </w:r>
      <w:r>
        <w:t>"To move in."</w:t>
      </w:r>
      <w:r w:rsidR="00BE0D7B">
        <w:t xml:space="preserve"> </w:t>
      </w:r>
      <w:r>
        <w:t>A breath.</w:t>
      </w:r>
      <w:r w:rsidR="00BE0D7B">
        <w:t xml:space="preserve"> </w:t>
      </w:r>
      <w:r>
        <w:t>Then—stronger this time—</w:t>
      </w:r>
      <w:r w:rsidR="009B4C9D">
        <w:t xml:space="preserve"> </w:t>
      </w:r>
      <w:r>
        <w:t>"</w:t>
      </w:r>
      <w:r w:rsidR="009B4C9D">
        <w:t>b</w:t>
      </w:r>
      <w:r>
        <w:t>ecause after this? I’m not fucking leaving your side."</w:t>
      </w:r>
    </w:p>
    <w:p w14:paraId="6F126694" w14:textId="2777CFF8" w:rsidR="00F91806" w:rsidRDefault="00000000" w:rsidP="004F5CDE">
      <w:r>
        <w:t>I nodded once.</w:t>
      </w:r>
      <w:r w:rsidR="00BE0D7B">
        <w:t xml:space="preserve"> </w:t>
      </w:r>
      <w:r>
        <w:t>"Then pack your shit."</w:t>
      </w:r>
    </w:p>
    <w:p w14:paraId="61CC39FA" w14:textId="6EF9D486" w:rsidR="00F91806" w:rsidRDefault="00000000" w:rsidP="004F5CDE">
      <w:r>
        <w:t>She smirked</w:t>
      </w:r>
      <w:r w:rsidR="005A7A1E">
        <w:t xml:space="preserve">, </w:t>
      </w:r>
      <w:r>
        <w:t>"Guess we should order in tonight after all."</w:t>
      </w:r>
      <w:r w:rsidR="005A7A1E">
        <w:t xml:space="preserve"> </w:t>
      </w:r>
      <w:r>
        <w:t>But even as the joke left her lips—</w:t>
      </w:r>
      <w:r w:rsidR="005A7A1E">
        <w:t xml:space="preserve"> </w:t>
      </w:r>
      <w:r>
        <w:t>We both knew the truth.</w:t>
      </w:r>
      <w:r w:rsidR="005A7A1E">
        <w:t xml:space="preserve"> </w:t>
      </w:r>
      <w:r>
        <w:t>We were out of time.</w:t>
      </w:r>
      <w:r w:rsidR="005A7A1E">
        <w:t xml:space="preserve"> </w:t>
      </w:r>
      <w:r>
        <w:t>And whoever was behind this?</w:t>
      </w:r>
    </w:p>
    <w:p w14:paraId="72D90D60" w14:textId="77777777" w:rsidR="00F91806" w:rsidRPr="00D84E33" w:rsidRDefault="00000000" w:rsidP="004F5CDE">
      <w:pPr>
        <w:rPr>
          <w:i/>
          <w:iCs/>
        </w:rPr>
      </w:pPr>
      <w:r w:rsidRPr="00D84E33">
        <w:rPr>
          <w:i/>
          <w:iCs/>
        </w:rPr>
        <w:t>They were already inside our walls.</w:t>
      </w:r>
    </w:p>
    <w:p w14:paraId="3A0D764B" w14:textId="77777777" w:rsidR="00FB1BD9" w:rsidRDefault="00FB1BD9" w:rsidP="004F5CDE"/>
    <w:p w14:paraId="4FF822FF" w14:textId="77777777" w:rsidR="00FB1BD9" w:rsidRDefault="00FB1BD9" w:rsidP="004F5CDE"/>
    <w:p w14:paraId="1FD35E61" w14:textId="77777777" w:rsidR="00F91806" w:rsidRDefault="00000000" w:rsidP="007428FB">
      <w:pPr>
        <w:pStyle w:val="Heading1"/>
      </w:pPr>
      <w:bookmarkStart w:id="78" w:name="_Toc189281369"/>
      <w:r>
        <w:t>Chapter 55: No More Secrets</w:t>
      </w:r>
      <w:bookmarkEnd w:id="78"/>
    </w:p>
    <w:p w14:paraId="64FB722E" w14:textId="77777777" w:rsidR="007428FB" w:rsidRDefault="007428FB" w:rsidP="004F5CDE"/>
    <w:p w14:paraId="0AD884A9" w14:textId="5F29E322" w:rsidR="00F91806" w:rsidRDefault="00000000" w:rsidP="004F5CDE">
      <w:r>
        <w:t>The silence was suffocating.</w:t>
      </w:r>
    </w:p>
    <w:p w14:paraId="7C8700E8" w14:textId="50B7D983" w:rsidR="00F91806" w:rsidRDefault="00400041" w:rsidP="004F5CDE">
      <w:r>
        <w:t>Candice’s hands shook as she closed the laptop.</w:t>
      </w:r>
      <w:r w:rsidR="003A3AE1">
        <w:t xml:space="preserve"> </w:t>
      </w:r>
      <w:r>
        <w:t>Yet Candice never shook.</w:t>
      </w:r>
      <w:r w:rsidR="00415F09">
        <w:t xml:space="preserve"> </w:t>
      </w:r>
      <w:r>
        <w:t>Not after the gunfights.</w:t>
      </w:r>
      <w:r w:rsidR="00415F09">
        <w:t xml:space="preserve"> </w:t>
      </w:r>
      <w:r>
        <w:t>Not after we burned Nick’s world to the ground.</w:t>
      </w:r>
      <w:r w:rsidR="00415F09">
        <w:t xml:space="preserve"> </w:t>
      </w:r>
      <w:r>
        <w:t>Not after any of it.</w:t>
      </w:r>
      <w:r w:rsidR="003A3AE1">
        <w:t xml:space="preserve"> </w:t>
      </w:r>
      <w:r>
        <w:t>But now?</w:t>
      </w:r>
      <w:r w:rsidR="003A3AE1">
        <w:t xml:space="preserve"> </w:t>
      </w:r>
      <w:r>
        <w:t>She looked like she was bracing for impact.</w:t>
      </w:r>
      <w:r w:rsidR="00415F09">
        <w:t xml:space="preserve"> </w:t>
      </w:r>
      <w:r>
        <w:t>Like whatever she was about to say was going to blow everything up.</w:t>
      </w:r>
    </w:p>
    <w:p w14:paraId="033FB58F" w14:textId="77777777" w:rsidR="00014D58" w:rsidRDefault="00014D58" w:rsidP="004F5CDE"/>
    <w:p w14:paraId="3268B499" w14:textId="307A2C99" w:rsidR="00F91806" w:rsidRDefault="00000000" w:rsidP="004F5CDE">
      <w:r>
        <w:t>She exhaled sharply, raking a hand through her hair.</w:t>
      </w:r>
      <w:r w:rsidR="00415F09">
        <w:t xml:space="preserve"> </w:t>
      </w:r>
      <w:r>
        <w:t>“You all need to sit down for this.”</w:t>
      </w:r>
      <w:r w:rsidR="003A3AE1">
        <w:t xml:space="preserve"> </w:t>
      </w:r>
      <w:r>
        <w:t>Nobody moved.</w:t>
      </w:r>
      <w:r w:rsidR="003A3AE1">
        <w:t xml:space="preserve"> </w:t>
      </w:r>
      <w:r>
        <w:t>Melanie stood like a statue, arms locked tight across her chest.</w:t>
      </w:r>
      <w:r w:rsidR="003A3AE1">
        <w:t xml:space="preserve"> </w:t>
      </w:r>
      <w:r>
        <w:t>Tony leaned against the counter, his usual cocky grin long gone.</w:t>
      </w:r>
      <w:r w:rsidR="003A3AE1">
        <w:t xml:space="preserve"> </w:t>
      </w:r>
      <w:r>
        <w:t>And me?</w:t>
      </w:r>
      <w:r w:rsidR="003A3AE1">
        <w:t xml:space="preserve"> </w:t>
      </w:r>
      <w:r>
        <w:t xml:space="preserve">I just stared at </w:t>
      </w:r>
      <w:r w:rsidR="00400041">
        <w:t>Candice</w:t>
      </w:r>
      <w:r>
        <w:t>.</w:t>
      </w:r>
      <w:r w:rsidR="003A3AE1">
        <w:t xml:space="preserve"> </w:t>
      </w:r>
      <w:r>
        <w:t>Because whatever she was about to say?</w:t>
      </w:r>
      <w:r w:rsidR="003A3AE1">
        <w:t xml:space="preserve"> </w:t>
      </w:r>
      <w:r>
        <w:t>It was about to change everything.</w:t>
      </w:r>
    </w:p>
    <w:p w14:paraId="43855BDE" w14:textId="77777777" w:rsidR="007428FB" w:rsidRDefault="007428FB" w:rsidP="004F5CDE"/>
    <w:p w14:paraId="67B808F8" w14:textId="03F97C48" w:rsidR="007428FB" w:rsidRPr="00A351D5" w:rsidRDefault="00304FE8" w:rsidP="00BC2AB2">
      <w:pPr>
        <w:jc w:val="center"/>
        <w:rPr>
          <w:color w:val="365F91" w:themeColor="accent1" w:themeShade="BF"/>
        </w:rPr>
      </w:pPr>
      <w:r>
        <w:rPr>
          <w:rFonts w:ascii="Segoe UI Symbol" w:hAnsi="Segoe UI Symbol" w:cs="Segoe UI Symbol"/>
          <w:color w:val="365F91" w:themeColor="accent1" w:themeShade="BF"/>
        </w:rPr>
        <w:t>♞♛♞</w:t>
      </w:r>
    </w:p>
    <w:p w14:paraId="75E52C3E" w14:textId="77777777" w:rsidR="00F91806" w:rsidRDefault="00F91806" w:rsidP="004F5CDE"/>
    <w:p w14:paraId="2800E1EC" w14:textId="77777777" w:rsidR="00014D58" w:rsidRDefault="00000000" w:rsidP="004F5CDE">
      <w:r>
        <w:t>“Pete’s not just some asshole manager</w:t>
      </w:r>
      <w:r w:rsidR="00415F09">
        <w:t>,</w:t>
      </w:r>
      <w:r>
        <w:t>”</w:t>
      </w:r>
      <w:r w:rsidR="00415F09">
        <w:t xml:space="preserve"> </w:t>
      </w:r>
      <w:r w:rsidR="00400041">
        <w:t>Candice let out a slow, bitter breath.</w:t>
      </w:r>
      <w:r w:rsidR="003A3AE1">
        <w:t xml:space="preserve"> </w:t>
      </w:r>
    </w:p>
    <w:p w14:paraId="0C96B704" w14:textId="77777777" w:rsidR="00014D58" w:rsidRDefault="00000000" w:rsidP="004F5CDE">
      <w:r>
        <w:t>“</w:t>
      </w:r>
      <w:r w:rsidRPr="005631EC">
        <w:rPr>
          <w:i/>
          <w:iCs/>
        </w:rPr>
        <w:t>He’s… my father.</w:t>
      </w:r>
      <w:r>
        <w:t>”</w:t>
      </w:r>
      <w:r w:rsidR="003A3AE1">
        <w:t xml:space="preserve"> </w:t>
      </w:r>
    </w:p>
    <w:p w14:paraId="1C06DEB8" w14:textId="19647FA2" w:rsidR="00F91806" w:rsidRDefault="00000000" w:rsidP="004F5CDE">
      <w:r>
        <w:t>The words crashed into me like a goddamn train</w:t>
      </w:r>
      <w:r w:rsidR="0010006F">
        <w:t xml:space="preserve"> </w:t>
      </w:r>
      <w:r>
        <w:t>wreck.</w:t>
      </w:r>
      <w:r w:rsidR="003A3AE1">
        <w:t xml:space="preserve"> </w:t>
      </w:r>
      <w:r>
        <w:t>The whole room froze.</w:t>
      </w:r>
      <w:r w:rsidR="003A3AE1">
        <w:t xml:space="preserve"> </w:t>
      </w:r>
      <w:r>
        <w:t>A heartbeat passed. Then another.</w:t>
      </w:r>
      <w:r w:rsidR="00014D58">
        <w:t xml:space="preserve"> </w:t>
      </w:r>
      <w:r>
        <w:t>A long, slow, crushing silence.</w:t>
      </w:r>
      <w:r w:rsidR="003A3AE1">
        <w:t xml:space="preserve"> </w:t>
      </w:r>
      <w:r>
        <w:t>I blinked. Twice.</w:t>
      </w:r>
      <w:r w:rsidR="00386707">
        <w:t xml:space="preserve"> </w:t>
      </w:r>
      <w:r>
        <w:t>“</w:t>
      </w:r>
      <w:r w:rsidRPr="00057959">
        <w:rPr>
          <w:i/>
          <w:iCs/>
        </w:rPr>
        <w:t>The fuck did you just say?</w:t>
      </w:r>
      <w:r>
        <w:t>”</w:t>
      </w:r>
      <w:r w:rsidR="003A3AE1">
        <w:t xml:space="preserve"> </w:t>
      </w:r>
    </w:p>
    <w:p w14:paraId="2BF52E98" w14:textId="6B3727A6" w:rsidR="00F91806" w:rsidRDefault="00000000" w:rsidP="004F5CDE">
      <w:r>
        <w:t>Tony let out a low whistle, collapsing into a chair like the weight of those words physically hit him.</w:t>
      </w:r>
      <w:r w:rsidR="00386707">
        <w:t xml:space="preserve"> </w:t>
      </w:r>
      <w:r>
        <w:t>"</w:t>
      </w:r>
      <w:r w:rsidRPr="00415F09">
        <w:rPr>
          <w:i/>
          <w:iCs/>
        </w:rPr>
        <w:t xml:space="preserve">Jesus, </w:t>
      </w:r>
      <w:r w:rsidR="00386707">
        <w:rPr>
          <w:i/>
          <w:iCs/>
        </w:rPr>
        <w:t>Candice</w:t>
      </w:r>
      <w:r w:rsidRPr="00415F09">
        <w:rPr>
          <w:i/>
          <w:iCs/>
        </w:rPr>
        <w:t xml:space="preserve"> is your cousin!</w:t>
      </w:r>
      <w:r>
        <w:t>"</w:t>
      </w:r>
    </w:p>
    <w:p w14:paraId="384B8B5B" w14:textId="15EDAF65" w:rsidR="00F91806" w:rsidRDefault="00000000" w:rsidP="004F5CDE">
      <w:r>
        <w:t>Melanie inhaled sharply, her fingers digging into her arms.</w:t>
      </w:r>
      <w:r w:rsidR="009F2FD2">
        <w:t xml:space="preserve"> </w:t>
      </w:r>
      <w:r>
        <w:t>She didn’t move. Didn’t breathe. Didn’t even blink.</w:t>
      </w:r>
      <w:r w:rsidR="009F2FD2">
        <w:t xml:space="preserve"> </w:t>
      </w:r>
      <w:r>
        <w:t>Then—her voice, low. Controlled yet demanding.</w:t>
      </w:r>
      <w:r w:rsidR="00386707">
        <w:t xml:space="preserve"> </w:t>
      </w:r>
      <w:r>
        <w:t>“Say that again?”</w:t>
      </w:r>
    </w:p>
    <w:p w14:paraId="3E6FC312" w14:textId="2159168C" w:rsidR="00F91806" w:rsidRDefault="00400041" w:rsidP="004F5CDE">
      <w:r>
        <w:t>Candice let out a hollow laugh, shaking her head like she had always known this moment was coming.</w:t>
      </w:r>
      <w:r w:rsidR="009F2FD2">
        <w:t xml:space="preserve"> </w:t>
      </w:r>
      <w:r>
        <w:t>Like she had spent her whole life preparing for this disaster.</w:t>
      </w:r>
      <w:r w:rsidR="00386707">
        <w:t xml:space="preserve"> </w:t>
      </w:r>
      <w:r>
        <w:t>“You heard me.”</w:t>
      </w:r>
      <w:r w:rsidR="006C3CBF">
        <w:t xml:space="preserve"> </w:t>
      </w:r>
      <w:r>
        <w:t>Her voice was sharp, clipped, like she was ripping off a bandage.</w:t>
      </w:r>
      <w:r w:rsidR="009F2FD2">
        <w:t xml:space="preserve"> </w:t>
      </w:r>
      <w:r>
        <w:t>"My mom—</w:t>
      </w:r>
      <w:r w:rsidR="00BC70C6">
        <w:t xml:space="preserve">Hannah’s </w:t>
      </w:r>
      <w:r>
        <w:t>aunt—had a thing with Pete back in the day."</w:t>
      </w:r>
      <w:r w:rsidR="006C3CBF">
        <w:t xml:space="preserve"> </w:t>
      </w:r>
      <w:r>
        <w:t>Her lip curled slightly.</w:t>
      </w:r>
      <w:r w:rsidR="006C3CBF">
        <w:t xml:space="preserve"> </w:t>
      </w:r>
      <w:r>
        <w:t>"And I’m the result."</w:t>
      </w:r>
    </w:p>
    <w:p w14:paraId="609B5C42" w14:textId="77777777" w:rsidR="00F91806" w:rsidRDefault="00000000" w:rsidP="004F5CDE">
      <w:r>
        <w:t>The walls felt like they were closing in.</w:t>
      </w:r>
    </w:p>
    <w:p w14:paraId="432F3E32" w14:textId="77777777" w:rsidR="00F91806" w:rsidRDefault="00000000" w:rsidP="004F5CDE">
      <w:r>
        <w:t>Pete.</w:t>
      </w:r>
    </w:p>
    <w:p w14:paraId="2B2113D5" w14:textId="77777777" w:rsidR="005631EC" w:rsidRDefault="00000000" w:rsidP="004F5CDE">
      <w:r>
        <w:t>The same Pete who tried to steal the store.</w:t>
      </w:r>
    </w:p>
    <w:p w14:paraId="509BCCA7" w14:textId="77777777" w:rsidR="005631EC" w:rsidRDefault="00000000" w:rsidP="004F5CDE">
      <w:r>
        <w:t>The same Pete who might have killed my aunt.</w:t>
      </w:r>
    </w:p>
    <w:p w14:paraId="0671E56D" w14:textId="0FE14835" w:rsidR="00F91806" w:rsidRDefault="00000000" w:rsidP="004F5CDE">
      <w:r>
        <w:t>The same Pete who had been pulling strings in the shadows.</w:t>
      </w:r>
    </w:p>
    <w:p w14:paraId="5A7B313B" w14:textId="77777777" w:rsidR="00F91806" w:rsidRDefault="00000000" w:rsidP="004F5CDE">
      <w:r>
        <w:lastRenderedPageBreak/>
        <w:t>And now?</w:t>
      </w:r>
    </w:p>
    <w:p w14:paraId="431C8BD6" w14:textId="77777777" w:rsidR="00F91806" w:rsidRDefault="00000000" w:rsidP="004F5CDE">
      <w:r>
        <w:t>Now, he was family.</w:t>
      </w:r>
    </w:p>
    <w:p w14:paraId="1C703E0C" w14:textId="24922C96" w:rsidR="00F91806" w:rsidRDefault="00000000" w:rsidP="004F5CDE">
      <w:r>
        <w:t>I forced myself to speak, even as my stomach twisted into knots.</w:t>
      </w:r>
      <w:r w:rsidR="001A74B2">
        <w:t xml:space="preserve"> </w:t>
      </w:r>
      <w:r>
        <w:t>“How the hell did you keep this a secret?”</w:t>
      </w:r>
    </w:p>
    <w:p w14:paraId="483E190A" w14:textId="6E0B4732" w:rsidR="00F91806" w:rsidRDefault="00400041" w:rsidP="004F5CDE">
      <w:r>
        <w:t>Candice’s jaw tightened.</w:t>
      </w:r>
      <w:r w:rsidR="001A74B2">
        <w:t xml:space="preserve"> </w:t>
      </w:r>
      <w:r>
        <w:t>"I’ve done so my whole life."</w:t>
      </w:r>
      <w:r w:rsidR="006C3CBF">
        <w:t xml:space="preserve"> </w:t>
      </w:r>
      <w:r>
        <w:t>Her voice was flat.</w:t>
      </w:r>
      <w:r w:rsidR="006C3CBF">
        <w:t xml:space="preserve"> </w:t>
      </w:r>
      <w:r>
        <w:t>“At first, I didn’t want to believe it. Then I wanted to forget. Pretend it wasn’t real.</w:t>
      </w:r>
      <w:r w:rsidR="006C3CBF">
        <w:t xml:space="preserve"> </w:t>
      </w:r>
      <w:r>
        <w:t>Because being tied to Pete?” She let out a sharp, humorless breath. "I wanted no part of that."</w:t>
      </w:r>
    </w:p>
    <w:p w14:paraId="4785B7DB" w14:textId="74B8B2CE" w:rsidR="00F91806" w:rsidRDefault="00000000" w:rsidP="004F5CDE">
      <w:r>
        <w:t>I pressed my palms into the counter, my knuckles turning white.</w:t>
      </w:r>
      <w:r w:rsidR="001A74B2">
        <w:t xml:space="preserve"> </w:t>
      </w:r>
      <w:r>
        <w:t>“So this whole time, we’ve been fighting over the store—over a legacy we didn’t even fucking understand?”</w:t>
      </w:r>
    </w:p>
    <w:p w14:paraId="2A0D75A9" w14:textId="52F205E2" w:rsidR="00F91806" w:rsidRDefault="00400041" w:rsidP="004F5CDE">
      <w:r>
        <w:t>Candice gave a single, clipped nod.</w:t>
      </w:r>
      <w:r w:rsidR="00386707">
        <w:t xml:space="preserve"> </w:t>
      </w:r>
      <w:r>
        <w:t>“Yeah. And Pete? The second he found out he was cut out of your aunt’s will, he lost his goddamn mind.”</w:t>
      </w:r>
    </w:p>
    <w:p w14:paraId="600D170E" w14:textId="4B71F736" w:rsidR="00F91806" w:rsidRDefault="00000000" w:rsidP="004F5CDE">
      <w:r>
        <w:t>Melanie exhaled sharply.</w:t>
      </w:r>
      <w:r w:rsidR="001A74B2">
        <w:t xml:space="preserve"> </w:t>
      </w:r>
      <w:r>
        <w:t>"Which means he’s counting on us to tear each other apart."</w:t>
      </w:r>
    </w:p>
    <w:p w14:paraId="5D21477F" w14:textId="72440025" w:rsidR="00F91806" w:rsidRDefault="00400041" w:rsidP="004F5CDE">
      <w:r>
        <w:t>Candice scoffed.</w:t>
      </w:r>
      <w:r w:rsidR="001A74B2">
        <w:t xml:space="preserve"> </w:t>
      </w:r>
      <w:r>
        <w:t>Her lips curled into a sharp, deadly smirk.</w:t>
      </w:r>
      <w:r w:rsidR="00386707">
        <w:t xml:space="preserve"> </w:t>
      </w:r>
      <w:r>
        <w:t>"Not gonna happen. Fuck him."</w:t>
      </w:r>
    </w:p>
    <w:p w14:paraId="5BAA3F02" w14:textId="77777777" w:rsidR="00014D58" w:rsidRDefault="00014D58" w:rsidP="004F5CDE"/>
    <w:p w14:paraId="040713BD" w14:textId="3FB01FCC" w:rsidR="005631EC" w:rsidRPr="00A351D5" w:rsidRDefault="00304FE8" w:rsidP="00FD36A1">
      <w:pPr>
        <w:jc w:val="center"/>
        <w:rPr>
          <w:color w:val="365F91" w:themeColor="accent1" w:themeShade="BF"/>
        </w:rPr>
      </w:pPr>
      <w:r>
        <w:rPr>
          <w:rFonts w:ascii="Segoe UI Symbol" w:hAnsi="Segoe UI Symbol" w:cs="Segoe UI Symbol"/>
          <w:color w:val="365F91" w:themeColor="accent1" w:themeShade="BF"/>
        </w:rPr>
        <w:t>♞♛♞</w:t>
      </w:r>
    </w:p>
    <w:p w14:paraId="60C0C746" w14:textId="77777777" w:rsidR="00F91806" w:rsidRDefault="00F91806" w:rsidP="004F5CDE"/>
    <w:p w14:paraId="46016751" w14:textId="19759252" w:rsidR="00F91806" w:rsidRDefault="00000000" w:rsidP="004F5CDE">
      <w:r>
        <w:t>Tony straightened.</w:t>
      </w:r>
      <w:r w:rsidR="001A74B2">
        <w:t xml:space="preserve"> </w:t>
      </w:r>
      <w:r>
        <w:t>His usual cocky attitude was gone.</w:t>
      </w:r>
      <w:r w:rsidR="001A74B2">
        <w:t xml:space="preserve"> </w:t>
      </w:r>
      <w:r>
        <w:t>In its place? A slow, deliberate crack of his neck.</w:t>
      </w:r>
      <w:r w:rsidR="00386707">
        <w:t xml:space="preserve"> </w:t>
      </w:r>
      <w:r>
        <w:t>"You want me to introduce him to Precious?"</w:t>
      </w:r>
    </w:p>
    <w:p w14:paraId="309D9BED" w14:textId="60A1AF92" w:rsidR="00F91806" w:rsidRDefault="00400041" w:rsidP="004F5CDE">
      <w:r>
        <w:t>Candice actually snorted.</w:t>
      </w:r>
      <w:r w:rsidR="001A74B2">
        <w:t xml:space="preserve"> </w:t>
      </w:r>
      <w:r>
        <w:t>No humor in it.</w:t>
      </w:r>
      <w:r w:rsidR="00386707">
        <w:t xml:space="preserve"> </w:t>
      </w:r>
      <w:r>
        <w:t>"Maybe eventually."</w:t>
      </w:r>
    </w:p>
    <w:p w14:paraId="1D250CD5" w14:textId="447941F5" w:rsidR="00F91806" w:rsidRDefault="00000000" w:rsidP="004F5CDE">
      <w:r>
        <w:t>I forced myself to breathe.</w:t>
      </w:r>
      <w:r w:rsidR="005631EC">
        <w:t xml:space="preserve"> </w:t>
      </w:r>
      <w:r>
        <w:t>To think.</w:t>
      </w:r>
      <w:r w:rsidR="006C3CBF">
        <w:t xml:space="preserve"> </w:t>
      </w:r>
      <w:r>
        <w:t>To process.</w:t>
      </w:r>
      <w:r w:rsidR="006C3CBF">
        <w:t xml:space="preserve"> </w:t>
      </w:r>
      <w:r>
        <w:t>Then I asked the only question that mattered.</w:t>
      </w:r>
      <w:r w:rsidR="001A74B2">
        <w:t xml:space="preserve"> </w:t>
      </w:r>
      <w:r>
        <w:t>"Are you saying Pete had a hand in her death?"</w:t>
      </w:r>
    </w:p>
    <w:p w14:paraId="6A983493" w14:textId="2A806126" w:rsidR="00F91806" w:rsidRDefault="00400041" w:rsidP="004F5CDE">
      <w:r>
        <w:t>Candice’s smirk disappeared.</w:t>
      </w:r>
      <w:r w:rsidR="001A74B2">
        <w:t xml:space="preserve"> </w:t>
      </w:r>
      <w:r>
        <w:t>Her gaze met mine.</w:t>
      </w:r>
      <w:r w:rsidR="006C3CBF">
        <w:t xml:space="preserve"> </w:t>
      </w:r>
      <w:r>
        <w:t>Something dark.</w:t>
      </w:r>
      <w:r w:rsidR="006C3CBF">
        <w:t xml:space="preserve"> </w:t>
      </w:r>
      <w:r>
        <w:t>Something final.</w:t>
      </w:r>
      <w:r w:rsidR="006C3CBF">
        <w:t xml:space="preserve"> </w:t>
      </w:r>
      <w:r>
        <w:t>She nodded.</w:t>
      </w:r>
      <w:r w:rsidR="006C3CBF">
        <w:t xml:space="preserve"> </w:t>
      </w:r>
      <w:r>
        <w:t>"It’s Occam’s Razor. The simplest explanation is often the best.”</w:t>
      </w:r>
    </w:p>
    <w:p w14:paraId="6C25DCD7" w14:textId="77777777" w:rsidR="00F91806" w:rsidRDefault="00000000" w:rsidP="004F5CDE">
      <w:r>
        <w:t>My stomach twisted.</w:t>
      </w:r>
    </w:p>
    <w:p w14:paraId="58901B97" w14:textId="77777777" w:rsidR="005631EC" w:rsidRDefault="005631EC" w:rsidP="004F5CDE"/>
    <w:p w14:paraId="33C9CF00" w14:textId="11E27609" w:rsidR="005631EC" w:rsidRPr="00A351D5" w:rsidRDefault="00304FE8" w:rsidP="00BC2AB2">
      <w:pPr>
        <w:jc w:val="center"/>
        <w:rPr>
          <w:color w:val="365F91" w:themeColor="accent1" w:themeShade="BF"/>
        </w:rPr>
      </w:pPr>
      <w:r>
        <w:rPr>
          <w:rFonts w:ascii="Segoe UI Symbol" w:hAnsi="Segoe UI Symbol" w:cs="Segoe UI Symbol"/>
          <w:color w:val="365F91" w:themeColor="accent1" w:themeShade="BF"/>
        </w:rPr>
        <w:t>♞♛♞</w:t>
      </w:r>
    </w:p>
    <w:p w14:paraId="03962476" w14:textId="77777777" w:rsidR="00F91806" w:rsidRDefault="00F91806" w:rsidP="004F5CDE"/>
    <w:p w14:paraId="4627D332" w14:textId="7CE28D20" w:rsidR="00F91806" w:rsidRDefault="00000000" w:rsidP="004F5CDE">
      <w:r>
        <w:t>The air in the room turned heavy. Thick.</w:t>
      </w:r>
      <w:r w:rsidR="001A74B2">
        <w:t xml:space="preserve"> </w:t>
      </w:r>
      <w:r>
        <w:t>Pete wasn’t just some bitter old manager.</w:t>
      </w:r>
      <w:r w:rsidR="001A74B2">
        <w:t xml:space="preserve"> </w:t>
      </w:r>
      <w:r>
        <w:t>He wasn’t just some washed-up has-been with a grudge.</w:t>
      </w:r>
      <w:r w:rsidR="001A74B2">
        <w:t xml:space="preserve"> </w:t>
      </w:r>
      <w:r>
        <w:t>He was family.</w:t>
      </w:r>
      <w:r w:rsidR="006C3CBF">
        <w:t xml:space="preserve"> </w:t>
      </w:r>
      <w:r>
        <w:t>And worse?</w:t>
      </w:r>
      <w:r w:rsidR="006C3CBF">
        <w:t xml:space="preserve"> </w:t>
      </w:r>
      <w:r>
        <w:t>He might have been the one who killed my aunt.</w:t>
      </w:r>
    </w:p>
    <w:p w14:paraId="73BF11A2" w14:textId="0E81FCEB" w:rsidR="00F91806" w:rsidRDefault="00000000" w:rsidP="004F5CDE">
      <w:r>
        <w:t>Tony broke the silence.</w:t>
      </w:r>
      <w:r w:rsidR="001A74B2">
        <w:t xml:space="preserve"> </w:t>
      </w:r>
      <w:r>
        <w:t>His voice was low. Unforgiving.</w:t>
      </w:r>
      <w:r w:rsidR="00386707">
        <w:t xml:space="preserve"> </w:t>
      </w:r>
      <w:r>
        <w:t>"So, what’s the plan?"</w:t>
      </w:r>
      <w:r w:rsidR="00386707">
        <w:t xml:space="preserve"> </w:t>
      </w:r>
      <w:r>
        <w:t>He crossed his arms.</w:t>
      </w:r>
      <w:r w:rsidR="001A74B2">
        <w:t xml:space="preserve"> </w:t>
      </w:r>
      <w:r>
        <w:t>"Because we can’t sit here wringing our hands like a bunch of amateurs."</w:t>
      </w:r>
      <w:r w:rsidR="00014D58">
        <w:t xml:space="preserve"> </w:t>
      </w:r>
      <w:r>
        <w:t>Then—he cracked his knuckles.</w:t>
      </w:r>
      <w:r w:rsidR="001A74B2">
        <w:t xml:space="preserve"> </w:t>
      </w:r>
      <w:r>
        <w:t xml:space="preserve">"First, we need to figure out where the fuck the cameras are in this place. I can have a guy here in less than an hour to scan the entire </w:t>
      </w:r>
      <w:r w:rsidR="00694C15">
        <w:t>apartment</w:t>
      </w:r>
      <w:r>
        <w:t xml:space="preserve">. </w:t>
      </w:r>
      <w:r w:rsidR="00364A88">
        <w:t>Kapeesh</w:t>
      </w:r>
      <w:r>
        <w:t>?"</w:t>
      </w:r>
    </w:p>
    <w:p w14:paraId="20C9026B" w14:textId="7670ACB8" w:rsidR="00F91806" w:rsidRDefault="00000000" w:rsidP="004F5CDE">
      <w:r>
        <w:t>I shivered at the thought that we were being watched, even now.</w:t>
      </w:r>
      <w:r w:rsidR="001A74B2">
        <w:t xml:space="preserve"> </w:t>
      </w:r>
      <w:r>
        <w:t>"Absolutely," I muttered.</w:t>
      </w:r>
    </w:p>
    <w:p w14:paraId="00E6E2F4" w14:textId="790102FF" w:rsidR="00F91806" w:rsidRDefault="00400041" w:rsidP="004F5CDE">
      <w:r>
        <w:t>Candice cut in next.</w:t>
      </w:r>
      <w:r w:rsidR="001A74B2">
        <w:t xml:space="preserve"> </w:t>
      </w:r>
      <w:r>
        <w:t>The sharp confidence was back.</w:t>
      </w:r>
      <w:r w:rsidR="001A74B2">
        <w:t xml:space="preserve"> </w:t>
      </w:r>
      <w:r>
        <w:t>But her eyes?</w:t>
      </w:r>
      <w:r w:rsidR="00386707">
        <w:t xml:space="preserve"> </w:t>
      </w:r>
      <w:r>
        <w:t>Dead serious.</w:t>
      </w:r>
      <w:r w:rsidR="00386707">
        <w:t xml:space="preserve"> </w:t>
      </w:r>
      <w:r>
        <w:t>"Our plan is simple</w:t>
      </w:r>
      <w:r w:rsidR="00386707">
        <w:t>.</w:t>
      </w:r>
      <w:r>
        <w:t>"</w:t>
      </w:r>
      <w:r w:rsidR="00386707">
        <w:t xml:space="preserve"> </w:t>
      </w:r>
      <w:r>
        <w:t>She exhaled</w:t>
      </w:r>
      <w:r w:rsidR="00386707">
        <w:t>,</w:t>
      </w:r>
      <w:r w:rsidR="001A74B2">
        <w:t xml:space="preserve"> </w:t>
      </w:r>
      <w:r>
        <w:t>"We get proof. Whatever it takes.</w:t>
      </w:r>
      <w:r w:rsidR="001A74B2">
        <w:t xml:space="preserve"> </w:t>
      </w:r>
      <w:r>
        <w:t>We find out if Pete’s the reason my mom is dead.</w:t>
      </w:r>
      <w:r w:rsidR="001A74B2">
        <w:t xml:space="preserve"> </w:t>
      </w:r>
      <w:r>
        <w:t>And if he is…?"</w:t>
      </w:r>
    </w:p>
    <w:p w14:paraId="349D5BA5" w14:textId="77777777" w:rsidR="00F91806" w:rsidRDefault="00000000" w:rsidP="004F5CDE">
      <w:r>
        <w:t>She let the sentence hang.</w:t>
      </w:r>
    </w:p>
    <w:p w14:paraId="13D19AD8" w14:textId="77777777" w:rsidR="00F91806" w:rsidRDefault="00000000" w:rsidP="004F5CDE">
      <w:r>
        <w:t>She didn’t have to finish it.</w:t>
      </w:r>
    </w:p>
    <w:p w14:paraId="6B2DFD89" w14:textId="77777777" w:rsidR="00F91806" w:rsidRDefault="00000000" w:rsidP="004F5CDE">
      <w:r>
        <w:t>I already knew.</w:t>
      </w:r>
    </w:p>
    <w:p w14:paraId="1FA5E5CC" w14:textId="36A2C679" w:rsidR="00F91806" w:rsidRDefault="00000000" w:rsidP="004F5CDE">
      <w:r>
        <w:t>I took a step closer.</w:t>
      </w:r>
      <w:r w:rsidR="001A74B2">
        <w:t xml:space="preserve"> </w:t>
      </w:r>
      <w:r>
        <w:t>My voice was steady. Unshakable.</w:t>
      </w:r>
      <w:r w:rsidR="001A74B2">
        <w:t xml:space="preserve"> </w:t>
      </w:r>
      <w:r>
        <w:t>“If he is, we make sure he pays for it.”</w:t>
      </w:r>
    </w:p>
    <w:p w14:paraId="6C09D022" w14:textId="2B5A796F" w:rsidR="00F91806" w:rsidRDefault="00000000" w:rsidP="004F5CDE">
      <w:r>
        <w:t>Melanie nodded.</w:t>
      </w:r>
      <w:r w:rsidR="001A74B2">
        <w:t xml:space="preserve"> </w:t>
      </w:r>
      <w:r>
        <w:t>Her green eyes flashed with something sharp. Unforgiving.</w:t>
      </w:r>
      <w:r w:rsidR="00386707">
        <w:t xml:space="preserve"> </w:t>
      </w:r>
      <w:r>
        <w:t xml:space="preserve">"We need to start with what we have. The money trail. The camera feeds. Everything </w:t>
      </w:r>
      <w:r w:rsidR="00400041">
        <w:t>Candice</w:t>
      </w:r>
      <w:r>
        <w:t xml:space="preserve"> pulled together."</w:t>
      </w:r>
      <w:r w:rsidR="00386707">
        <w:t xml:space="preserve"> </w:t>
      </w:r>
      <w:r>
        <w:t>She tilted her head</w:t>
      </w:r>
      <w:r w:rsidR="00386707">
        <w:t xml:space="preserve">: </w:t>
      </w:r>
      <w:r>
        <w:t>"There has to be something we missed."</w:t>
      </w:r>
    </w:p>
    <w:p w14:paraId="62D6BDEA" w14:textId="31BD5784" w:rsidR="00F91806" w:rsidRDefault="00000000" w:rsidP="004F5CDE">
      <w:r>
        <w:t>I clenched my jaw.</w:t>
      </w:r>
      <w:r w:rsidR="001A74B2">
        <w:t xml:space="preserve"> </w:t>
      </w:r>
      <w:r>
        <w:t>"Agreed."</w:t>
      </w:r>
    </w:p>
    <w:p w14:paraId="3BA905AE" w14:textId="14273426" w:rsidR="00F91806" w:rsidRDefault="00000000" w:rsidP="004F5CDE">
      <w:r>
        <w:t>Tony leaned back in his chair.</w:t>
      </w:r>
      <w:r w:rsidR="006C3CBF">
        <w:t xml:space="preserve"> </w:t>
      </w:r>
      <w:r>
        <w:t>"He’ll do what snakes always do."</w:t>
      </w:r>
      <w:r w:rsidR="001A74B2">
        <w:t xml:space="preserve"> </w:t>
      </w:r>
      <w:r>
        <w:t>His voice was almost lazy.</w:t>
      </w:r>
      <w:r w:rsidR="001A74B2">
        <w:t xml:space="preserve"> </w:t>
      </w:r>
      <w:r>
        <w:t>"Slither away."</w:t>
      </w:r>
    </w:p>
    <w:p w14:paraId="7F9725A1" w14:textId="4F5C0C4D" w:rsidR="00F91806" w:rsidRDefault="00400041" w:rsidP="004F5CDE">
      <w:r>
        <w:t>Candice let out a slow, measured breath.</w:t>
      </w:r>
      <w:r w:rsidR="001A74B2">
        <w:t xml:space="preserve"> </w:t>
      </w:r>
      <w:r>
        <w:t>Then—</w:t>
      </w:r>
      <w:r w:rsidR="00386707">
        <w:t xml:space="preserve"> f</w:t>
      </w:r>
      <w:r>
        <w:t>or the first time in forever—</w:t>
      </w:r>
      <w:r w:rsidR="001A74B2">
        <w:t xml:space="preserve"> </w:t>
      </w:r>
      <w:r w:rsidR="00386707">
        <w:t>s</w:t>
      </w:r>
      <w:r>
        <w:t>he smirked.</w:t>
      </w:r>
      <w:r w:rsidR="001A74B2">
        <w:t xml:space="preserve"> </w:t>
      </w:r>
      <w:r>
        <w:t>It didn’t reach her eyes.</w:t>
      </w:r>
      <w:r w:rsidR="006C3CBF">
        <w:t xml:space="preserve"> </w:t>
      </w:r>
      <w:r>
        <w:t>But it was there.</w:t>
      </w:r>
      <w:r w:rsidR="006C3CBF">
        <w:t xml:space="preserve"> </w:t>
      </w:r>
      <w:r>
        <w:t>Sharp. Deadly.</w:t>
      </w:r>
      <w:r w:rsidR="006C3CBF">
        <w:t xml:space="preserve"> </w:t>
      </w:r>
      <w:r>
        <w:t>"Then we make sure he has nowhere to slither to."</w:t>
      </w:r>
    </w:p>
    <w:p w14:paraId="615E1D65" w14:textId="484EB215" w:rsidR="00F91806" w:rsidRDefault="00400041" w:rsidP="004F5CDE">
      <w:r>
        <w:t xml:space="preserve">Candice got up to leave. "Tony, come on, </w:t>
      </w:r>
      <w:r w:rsidR="00413956">
        <w:t xml:space="preserve">unless you’re walking </w:t>
      </w:r>
      <w:r>
        <w:t>home."</w:t>
      </w:r>
      <w:r w:rsidR="006C3CBF">
        <w:t xml:space="preserve"> </w:t>
      </w:r>
      <w:r>
        <w:t>Tony grabbed his duffle bag as Candice hesitated by the door, her hand tightening around the doorknob.</w:t>
      </w:r>
      <w:r w:rsidR="00386707">
        <w:t xml:space="preserve"> </w:t>
      </w:r>
      <w:r>
        <w:lastRenderedPageBreak/>
        <w:t>Then—without turning back—</w:t>
      </w:r>
      <w:r w:rsidR="001A74B2">
        <w:t xml:space="preserve"> </w:t>
      </w:r>
      <w:r>
        <w:t>Without looking at any of us—</w:t>
      </w:r>
      <w:r w:rsidR="001A74B2">
        <w:t xml:space="preserve"> </w:t>
      </w:r>
      <w:r>
        <w:t>She murmured,</w:t>
      </w:r>
      <w:r w:rsidR="005631EC">
        <w:t xml:space="preserve"> </w:t>
      </w:r>
      <w:r>
        <w:t>“No more secrets.”</w:t>
      </w:r>
    </w:p>
    <w:p w14:paraId="1A36FB50" w14:textId="17B97E97" w:rsidR="00F91806" w:rsidRDefault="00000000" w:rsidP="004F5CDE">
      <w:r>
        <w:t>The door clicked shut behind them.</w:t>
      </w:r>
      <w:r w:rsidR="001A74B2">
        <w:t xml:space="preserve"> </w:t>
      </w:r>
      <w:r>
        <w:t>And just like that—</w:t>
      </w:r>
      <w:r w:rsidR="006C3CBF">
        <w:t>e</w:t>
      </w:r>
      <w:r>
        <w:t>verything had changed.</w:t>
      </w:r>
    </w:p>
    <w:p w14:paraId="6857CEBE" w14:textId="77777777" w:rsidR="00FB1BD9" w:rsidRDefault="00FB1BD9" w:rsidP="004F5CDE"/>
    <w:p w14:paraId="0A4D8F23" w14:textId="77777777" w:rsidR="00FB1BD9" w:rsidRDefault="00FB1BD9" w:rsidP="004F5CDE"/>
    <w:p w14:paraId="1248798E" w14:textId="77777777" w:rsidR="00F91806" w:rsidRDefault="00000000" w:rsidP="00C3344A">
      <w:pPr>
        <w:pStyle w:val="Heading1"/>
      </w:pPr>
      <w:bookmarkStart w:id="79" w:name="_Toc189281370"/>
      <w:r>
        <w:t>Chapter 56: The Store Must Go On</w:t>
      </w:r>
      <w:bookmarkEnd w:id="79"/>
    </w:p>
    <w:p w14:paraId="6DC37011" w14:textId="77777777" w:rsidR="00C3344A" w:rsidRDefault="00C3344A" w:rsidP="004F5CDE"/>
    <w:p w14:paraId="19D1B98E" w14:textId="14B983D2" w:rsidR="00F91806" w:rsidRDefault="00000000" w:rsidP="004F5CDE">
      <w:r>
        <w:t>The drive to work was quiet.</w:t>
      </w:r>
      <w:r w:rsidR="00386707">
        <w:t xml:space="preserve"> </w:t>
      </w:r>
      <w:r>
        <w:t>Not the comfortable kind. Not the kind that meant peace.</w:t>
      </w:r>
      <w:r w:rsidR="00386707">
        <w:t xml:space="preserve"> </w:t>
      </w:r>
      <w:r>
        <w:t>No—this was the kind of silence that waited to break, thick with too many thoughts neither of us wanted to say out loud.</w:t>
      </w:r>
      <w:r w:rsidR="006155BC">
        <w:t xml:space="preserve"> </w:t>
      </w:r>
      <w:r>
        <w:t>Melanie tapped her fingers against her thigh, her rhythm uneven, like she was trying to shake off something she didn’t want to voice.</w:t>
      </w:r>
      <w:r w:rsidR="00904D52">
        <w:t xml:space="preserve"> </w:t>
      </w:r>
      <w:r>
        <w:t>I didn’t push</w:t>
      </w:r>
      <w:r w:rsidR="00904D52">
        <w:t>, b</w:t>
      </w:r>
      <w:r>
        <w:t>ecause if I did, we wouldn’t make it to work.</w:t>
      </w:r>
      <w:r w:rsidR="006155BC">
        <w:t xml:space="preserve"> </w:t>
      </w:r>
      <w:r>
        <w:t>And somehow—despite everything—we still had a store to run.</w:t>
      </w:r>
    </w:p>
    <w:p w14:paraId="523E55CE" w14:textId="77777777" w:rsidR="00C3344A" w:rsidRDefault="00C3344A" w:rsidP="004F5CDE"/>
    <w:p w14:paraId="7DAF2BE4" w14:textId="7EEF7512" w:rsidR="00C3344A" w:rsidRPr="00A351D5" w:rsidRDefault="00304FE8" w:rsidP="00BC2AB2">
      <w:pPr>
        <w:jc w:val="center"/>
        <w:rPr>
          <w:color w:val="365F91" w:themeColor="accent1" w:themeShade="BF"/>
        </w:rPr>
      </w:pPr>
      <w:r>
        <w:rPr>
          <w:rFonts w:ascii="Segoe UI Symbol" w:hAnsi="Segoe UI Symbol" w:cs="Segoe UI Symbol"/>
          <w:color w:val="365F91" w:themeColor="accent1" w:themeShade="BF"/>
        </w:rPr>
        <w:t>♞♛♞</w:t>
      </w:r>
    </w:p>
    <w:p w14:paraId="1DC83C0D" w14:textId="77777777" w:rsidR="00F91806" w:rsidRDefault="00F91806" w:rsidP="004F5CDE"/>
    <w:p w14:paraId="25B492CB" w14:textId="77777777" w:rsidR="00F91806" w:rsidRDefault="00000000" w:rsidP="004F5CDE">
      <w:r>
        <w:t>From the outside, nothing had changed. The fluorescent lights still buzzed. The warehouse hummed at full capacity. Inside, the air reeked of cheap lavender plug-ins, the registers beeped in their usual rhythm, and customers browsed the shelves—blissfully unaware that this place had become ground zero for something far more sinister than an embarrassing purchase.</w:t>
      </w:r>
    </w:p>
    <w:p w14:paraId="1B7047F2" w14:textId="77777777" w:rsidR="00F91806" w:rsidRDefault="00000000" w:rsidP="004F5CDE">
      <w:r>
        <w:t>But I knew better.</w:t>
      </w:r>
    </w:p>
    <w:p w14:paraId="2AA096CD" w14:textId="050CFBCE" w:rsidR="00F91806" w:rsidRDefault="00000000" w:rsidP="004F5CDE">
      <w:r>
        <w:t>Tony stood by the entrance. His usual cocky stance was there, but his eyes? They never stopped scanning the lot.</w:t>
      </w:r>
      <w:r w:rsidR="006155BC">
        <w:t xml:space="preserve"> </w:t>
      </w:r>
      <w:r>
        <w:t>“Morning, boss. Guy’s at your place now. I’ll keep ya posted.”</w:t>
      </w:r>
    </w:p>
    <w:p w14:paraId="6DC604D8" w14:textId="77777777" w:rsidR="00F91806" w:rsidRDefault="00000000" w:rsidP="004F5CDE">
      <w:r>
        <w:t>“Thank you so much,” I replied. “Everything quiet here?”</w:t>
      </w:r>
    </w:p>
    <w:p w14:paraId="7120FE02" w14:textId="4272333C" w:rsidR="00F91806" w:rsidRDefault="00000000" w:rsidP="004F5CDE">
      <w:r>
        <w:t>Tony’s smirk didn’t reach his eyes.</w:t>
      </w:r>
      <w:r w:rsidR="00904D52">
        <w:t xml:space="preserve"> </w:t>
      </w:r>
      <w:r>
        <w:t>“For now.”</w:t>
      </w:r>
      <w:r w:rsidR="006155BC">
        <w:t xml:space="preserve"> </w:t>
      </w:r>
      <w:r>
        <w:t>I didn’t like the way he said that.</w:t>
      </w:r>
    </w:p>
    <w:p w14:paraId="02387FAB" w14:textId="508E837E" w:rsidR="00F91806" w:rsidRDefault="00000000" w:rsidP="004F5CDE">
      <w:r>
        <w:t>Inside, the circus was already in full swing.</w:t>
      </w:r>
      <w:r w:rsidR="006155BC">
        <w:t xml:space="preserve"> </w:t>
      </w:r>
      <w:r>
        <w:t xml:space="preserve">Finn and Liam were arguing in the back about a mislabeled shipment, their voices carrying over the usual hum of music and </w:t>
      </w:r>
      <w:r>
        <w:lastRenderedPageBreak/>
        <w:t>customers.</w:t>
      </w:r>
      <w:r w:rsidR="006155BC">
        <w:t xml:space="preserve"> </w:t>
      </w:r>
      <w:r>
        <w:t>Fisherman John—the cranky bastard who somehow still loved his job—was ringing up sales like he owned the place.</w:t>
      </w:r>
    </w:p>
    <w:p w14:paraId="4C868788" w14:textId="77777777" w:rsidR="00F91806" w:rsidRDefault="00000000" w:rsidP="004F5CDE">
      <w:r>
        <w:t>Too normal.</w:t>
      </w:r>
    </w:p>
    <w:p w14:paraId="600A4007" w14:textId="77777777" w:rsidR="00F91806" w:rsidRDefault="00000000" w:rsidP="004F5CDE">
      <w:r>
        <w:t>Too damn normal.</w:t>
      </w:r>
    </w:p>
    <w:p w14:paraId="43E1CE6F" w14:textId="610E8B6D" w:rsidR="00F91806" w:rsidRDefault="00000000" w:rsidP="004F5CDE">
      <w:r>
        <w:t>And I knew what that meant.</w:t>
      </w:r>
      <w:r w:rsidR="006155BC">
        <w:t xml:space="preserve"> </w:t>
      </w:r>
      <w:r>
        <w:t>Distraction.</w:t>
      </w:r>
      <w:r w:rsidR="00904D52">
        <w:t xml:space="preserve"> </w:t>
      </w:r>
      <w:r>
        <w:t>The wrong kind of busy. The kind that kept people from noticing the edges fraying.</w:t>
      </w:r>
    </w:p>
    <w:p w14:paraId="2A46AB6A" w14:textId="77777777" w:rsidR="00C3344A" w:rsidRDefault="00C3344A" w:rsidP="004F5CDE"/>
    <w:p w14:paraId="3C6EA61D" w14:textId="00260EF3" w:rsidR="00C3344A" w:rsidRPr="00A351D5" w:rsidRDefault="00304FE8" w:rsidP="00BC2AB2">
      <w:pPr>
        <w:jc w:val="center"/>
        <w:rPr>
          <w:color w:val="365F91" w:themeColor="accent1" w:themeShade="BF"/>
        </w:rPr>
      </w:pPr>
      <w:r>
        <w:rPr>
          <w:rFonts w:ascii="Segoe UI Symbol" w:hAnsi="Segoe UI Symbol" w:cs="Segoe UI Symbol"/>
          <w:color w:val="365F91" w:themeColor="accent1" w:themeShade="BF"/>
        </w:rPr>
        <w:t>♞♛♞</w:t>
      </w:r>
    </w:p>
    <w:p w14:paraId="48B95BC1" w14:textId="77777777" w:rsidR="00F91806" w:rsidRDefault="00F91806" w:rsidP="004F5CDE"/>
    <w:p w14:paraId="7EF151E9" w14:textId="7A674734" w:rsidR="00F91806" w:rsidRDefault="00000000" w:rsidP="004F5CDE">
      <w:r>
        <w:t>The day blurred by.</w:t>
      </w:r>
      <w:r w:rsidR="00904D52">
        <w:t xml:space="preserve"> </w:t>
      </w:r>
      <w:r>
        <w:t>Emails I didn’t care about. Customers I didn’t really see. Conversations that didn’t matter.</w:t>
      </w:r>
      <w:r w:rsidR="006155BC">
        <w:t xml:space="preserve"> </w:t>
      </w:r>
      <w:r>
        <w:t>Just another shift.</w:t>
      </w:r>
      <w:r w:rsidR="006155BC">
        <w:t xml:space="preserve"> </w:t>
      </w:r>
      <w:r>
        <w:t>Just another lie.</w:t>
      </w:r>
      <w:r w:rsidR="006155BC">
        <w:t xml:space="preserve"> </w:t>
      </w:r>
      <w:r>
        <w:t>Then—</w:t>
      </w:r>
    </w:p>
    <w:p w14:paraId="58555715" w14:textId="57C6D08E" w:rsidR="00F91806" w:rsidRDefault="00000000" w:rsidP="004F5CDE">
      <w:r>
        <w:t>Finn and Liam burst into my office, way too smug for my liking.</w:t>
      </w:r>
      <w:r w:rsidR="006155BC">
        <w:t xml:space="preserve"> </w:t>
      </w:r>
      <w:r>
        <w:t>“We fixed the storage problem,” Finn announced, dropping a stack of papers onto my desk.</w:t>
      </w:r>
    </w:p>
    <w:p w14:paraId="5CFAA6D4" w14:textId="77777777" w:rsidR="00F91806" w:rsidRDefault="00000000" w:rsidP="004F5CDE">
      <w:r>
        <w:t>I eyed them warily. “Define ‘fixed.’”</w:t>
      </w:r>
    </w:p>
    <w:p w14:paraId="00D7B168" w14:textId="72A36722" w:rsidR="00F91806" w:rsidRDefault="00000000" w:rsidP="004F5CDE">
      <w:r>
        <w:t>Liam grinned and held up his phone. A video played.</w:t>
      </w:r>
      <w:r w:rsidR="006155BC">
        <w:t xml:space="preserve"> </w:t>
      </w:r>
      <w:r>
        <w:t>Their “solution” was a precarious tower of boxes held together with bungee cords and duct tape.</w:t>
      </w:r>
      <w:r w:rsidR="006155BC">
        <w:t xml:space="preserve"> </w:t>
      </w:r>
      <w:r>
        <w:t>“It’s sturdy,” Liam said defensively. “Mostly.”</w:t>
      </w:r>
    </w:p>
    <w:p w14:paraId="6DBD828C" w14:textId="77777777" w:rsidR="00F91806" w:rsidRDefault="00000000" w:rsidP="004F5CDE">
      <w:r>
        <w:t>I pinched the bridge of my nose. “As long as it doesn’t kill anyone, we’ll call it a win.” I leveled them with a look. “But next time? Run your ideas by me first.”</w:t>
      </w:r>
    </w:p>
    <w:p w14:paraId="1A4635AA" w14:textId="77777777" w:rsidR="00F91806" w:rsidRDefault="00000000" w:rsidP="004F5CDE">
      <w:r>
        <w:t>They exchanged a glance.</w:t>
      </w:r>
    </w:p>
    <w:p w14:paraId="12858311" w14:textId="77777777" w:rsidR="00F91806" w:rsidRDefault="00000000" w:rsidP="004F5CDE">
      <w:r>
        <w:t>Did not agree.</w:t>
      </w:r>
    </w:p>
    <w:p w14:paraId="2701E185" w14:textId="77777777" w:rsidR="00F91806" w:rsidRDefault="00000000" w:rsidP="004F5CDE">
      <w:r>
        <w:t>And disappeared before I could argue.</w:t>
      </w:r>
    </w:p>
    <w:p w14:paraId="253281D1" w14:textId="77777777" w:rsidR="00C3344A" w:rsidRDefault="00C3344A" w:rsidP="004F5CDE"/>
    <w:p w14:paraId="742ABE92" w14:textId="6BC60478" w:rsidR="00C3344A" w:rsidRPr="00A351D5" w:rsidRDefault="00304FE8" w:rsidP="00BC2AB2">
      <w:pPr>
        <w:jc w:val="center"/>
        <w:rPr>
          <w:color w:val="365F91" w:themeColor="accent1" w:themeShade="BF"/>
        </w:rPr>
      </w:pPr>
      <w:r>
        <w:rPr>
          <w:rFonts w:ascii="Segoe UI Symbol" w:hAnsi="Segoe UI Symbol" w:cs="Segoe UI Symbol"/>
          <w:color w:val="365F91" w:themeColor="accent1" w:themeShade="BF"/>
        </w:rPr>
        <w:t>♞♛♞</w:t>
      </w:r>
    </w:p>
    <w:p w14:paraId="3FFB983F" w14:textId="77777777" w:rsidR="00C3344A" w:rsidRDefault="00C3344A" w:rsidP="004F5CDE"/>
    <w:p w14:paraId="48EC84F3" w14:textId="1BA1F2AE" w:rsidR="00F91806" w:rsidRDefault="00000000" w:rsidP="004F5CDE">
      <w:r>
        <w:t>By closing, exhaustion had settled into my bones.</w:t>
      </w:r>
      <w:r w:rsidR="00904D52">
        <w:t xml:space="preserve"> </w:t>
      </w:r>
      <w:r>
        <w:t>Too much pretending. Too much waiting for the other shoe to drop.</w:t>
      </w:r>
      <w:r w:rsidR="006155BC">
        <w:t xml:space="preserve"> </w:t>
      </w:r>
      <w:r>
        <w:t>I found Melanie in her office, gathering her things.</w:t>
      </w:r>
      <w:r w:rsidR="00904D52">
        <w:t xml:space="preserve"> </w:t>
      </w:r>
      <w:r>
        <w:t xml:space="preserve">She </w:t>
      </w:r>
      <w:r>
        <w:lastRenderedPageBreak/>
        <w:t>looked up when I walked in, softer than I expected.</w:t>
      </w:r>
      <w:r w:rsidR="00386707">
        <w:t xml:space="preserve"> </w:t>
      </w:r>
      <w:r>
        <w:t>“You survived another day,” she mused, leaning against the desk.</w:t>
      </w:r>
    </w:p>
    <w:p w14:paraId="34B543F5" w14:textId="77777777" w:rsidR="00F91806" w:rsidRDefault="00000000" w:rsidP="004F5CDE">
      <w:r>
        <w:t>“Barely.” I stretched, rolling my shoulders. “This place is a circus. A lovable, yet chaotic circus.”</w:t>
      </w:r>
    </w:p>
    <w:p w14:paraId="28FCD423" w14:textId="77777777" w:rsidR="00F91806" w:rsidRDefault="00000000" w:rsidP="004F5CDE">
      <w:r>
        <w:t>She chuckled, shaking her head. “That’s one way to describe it.”</w:t>
      </w:r>
    </w:p>
    <w:p w14:paraId="2FD83BFF" w14:textId="12E56944" w:rsidR="00F91806" w:rsidRDefault="00000000" w:rsidP="004F5CDE">
      <w:r>
        <w:t>For a moment, we just sat in the quiet.</w:t>
      </w:r>
      <w:r w:rsidR="00904D52">
        <w:t xml:space="preserve"> </w:t>
      </w:r>
      <w:r>
        <w:t>Let the normalcy lie to us a little longer.</w:t>
      </w:r>
      <w:r w:rsidR="00904D52">
        <w:t xml:space="preserve"> </w:t>
      </w:r>
      <w:r>
        <w:t>Then—Melanie reached out, her fingers brushing mine.</w:t>
      </w:r>
      <w:r w:rsidR="00386707">
        <w:t xml:space="preserve"> </w:t>
      </w:r>
      <w:r>
        <w:t>“You’re doing well, you know,” she said. “Better than most would in your position.”</w:t>
      </w:r>
    </w:p>
    <w:p w14:paraId="49CBC3B8" w14:textId="0E26A26E" w:rsidR="00F91806" w:rsidRDefault="00000000" w:rsidP="004F5CDE">
      <w:r>
        <w:t>I studied her.</w:t>
      </w:r>
      <w:r w:rsidR="006155BC">
        <w:t xml:space="preserve"> </w:t>
      </w:r>
      <w:r>
        <w:t>“Thanks. I’m just trying to keep my head above water.”</w:t>
      </w:r>
    </w:p>
    <w:p w14:paraId="535EBE70" w14:textId="0DF2BFC2" w:rsidR="00F91806" w:rsidRDefault="00000000" w:rsidP="004F5CDE">
      <w:r>
        <w:t>Her gaze sharpened.</w:t>
      </w:r>
      <w:r w:rsidR="00904D52">
        <w:t xml:space="preserve"> </w:t>
      </w:r>
      <w:r>
        <w:t>“No. You’re doing more than that. You’re steering the ship. And you’ve got a crew who believes in you.”</w:t>
      </w:r>
    </w:p>
    <w:p w14:paraId="3F4F9347" w14:textId="64654C6F" w:rsidR="00F91806" w:rsidRDefault="00000000" w:rsidP="004F5CDE">
      <w:r>
        <w:t>Something in my chest tightened.</w:t>
      </w:r>
      <w:r w:rsidR="00904D52">
        <w:t xml:space="preserve"> </w:t>
      </w:r>
      <w:r>
        <w:t>I swallowed it down.</w:t>
      </w:r>
      <w:r w:rsidR="00386707">
        <w:t xml:space="preserve"> </w:t>
      </w:r>
      <w:r>
        <w:t>I Smirked, just a little. “Let’s hope I don’t sink us, then.”</w:t>
      </w:r>
    </w:p>
    <w:p w14:paraId="28381B02" w14:textId="4B16318A" w:rsidR="00F91806" w:rsidRDefault="00000000" w:rsidP="004F5CDE">
      <w:r>
        <w:t>She squeezed my hand.</w:t>
      </w:r>
      <w:r w:rsidR="00904D52">
        <w:t xml:space="preserve"> </w:t>
      </w:r>
      <w:r>
        <w:t>“You won’t.”</w:t>
      </w:r>
      <w:r w:rsidR="00904D52">
        <w:t xml:space="preserve"> </w:t>
      </w:r>
      <w:r w:rsidRPr="00BC2AB2">
        <w:t>Then—grinned.</w:t>
      </w:r>
    </w:p>
    <w:p w14:paraId="0B70DC2B" w14:textId="77777777" w:rsidR="00F91806" w:rsidRDefault="00000000" w:rsidP="004F5CDE">
      <w:r>
        <w:t>“Now let’s get out of here. You’ve earned a break.”</w:t>
      </w:r>
    </w:p>
    <w:p w14:paraId="3A3C1A1B" w14:textId="77777777" w:rsidR="00C3344A" w:rsidRDefault="00C3344A" w:rsidP="004F5CDE"/>
    <w:p w14:paraId="320C7457" w14:textId="58472BDC" w:rsidR="00C3344A" w:rsidRPr="00A351D5" w:rsidRDefault="00304FE8" w:rsidP="00BC2AB2">
      <w:pPr>
        <w:jc w:val="center"/>
        <w:rPr>
          <w:color w:val="365F91" w:themeColor="accent1" w:themeShade="BF"/>
        </w:rPr>
      </w:pPr>
      <w:r>
        <w:rPr>
          <w:rFonts w:ascii="Segoe UI Symbol" w:hAnsi="Segoe UI Symbol" w:cs="Segoe UI Symbol"/>
          <w:color w:val="365F91" w:themeColor="accent1" w:themeShade="BF"/>
        </w:rPr>
        <w:t>♞♛♞</w:t>
      </w:r>
    </w:p>
    <w:p w14:paraId="03BB1931" w14:textId="77777777" w:rsidR="00F91806" w:rsidRDefault="00F91806" w:rsidP="004F5CDE"/>
    <w:p w14:paraId="353B5F0C" w14:textId="1FDCFC4D" w:rsidR="00F91806" w:rsidRDefault="00000000" w:rsidP="004F5CDE">
      <w:r>
        <w:t>We stepped out into the night.</w:t>
      </w:r>
      <w:r w:rsidR="006155BC">
        <w:t xml:space="preserve"> </w:t>
      </w:r>
      <w:r>
        <w:t>My phone buzzed.</w:t>
      </w:r>
      <w:r w:rsidR="006155BC">
        <w:t xml:space="preserve"> </w:t>
      </w:r>
      <w:r>
        <w:t>Tony.</w:t>
      </w:r>
      <w:r w:rsidR="006155BC">
        <w:t xml:space="preserve"> </w:t>
      </w:r>
      <w:r w:rsidR="00C3344A">
        <w:t>I opened the text.</w:t>
      </w:r>
      <w:r w:rsidR="006A5EBA">
        <w:t xml:space="preserve"> </w:t>
      </w:r>
      <w:r w:rsidR="006155BC">
        <w:t>“</w:t>
      </w:r>
      <w:r>
        <w:t>Problem solved, kid. Just don’t ask me for the details.</w:t>
      </w:r>
      <w:r w:rsidR="008562A6">
        <w:t xml:space="preserve"> </w:t>
      </w:r>
      <w:r>
        <w:t xml:space="preserve">My guy changed the locks, too. They’re digital now. Temporary code: </w:t>
      </w:r>
      <w:r w:rsidRPr="008562A6">
        <w:rPr>
          <w:i/>
          <w:iCs/>
        </w:rPr>
        <w:t>Precious</w:t>
      </w:r>
      <w:r>
        <w:t>.</w:t>
      </w:r>
      <w:r w:rsidR="006155BC">
        <w:t>”</w:t>
      </w:r>
    </w:p>
    <w:p w14:paraId="051995C2" w14:textId="2B0502F9" w:rsidR="00F91806" w:rsidRDefault="00000000" w:rsidP="004F5CDE">
      <w:r>
        <w:t>I let out a breath, laughing as I tucked my phone away.</w:t>
      </w:r>
      <w:r w:rsidR="006A5EBA">
        <w:t xml:space="preserve"> </w:t>
      </w:r>
      <w:r>
        <w:t>One less problem.</w:t>
      </w:r>
      <w:r w:rsidR="00904D52">
        <w:t xml:space="preserve"> </w:t>
      </w:r>
      <w:r>
        <w:t>At least for now.</w:t>
      </w:r>
      <w:r w:rsidR="006A5EBA">
        <w:t xml:space="preserve"> </w:t>
      </w:r>
      <w:r>
        <w:t>“Good news?” Melanie asked, eyeing me.</w:t>
      </w:r>
      <w:r w:rsidR="006A5EBA">
        <w:t xml:space="preserve"> </w:t>
      </w:r>
      <w:r>
        <w:t>“For once,” I said. “And oh—I have a surprise for us waiting at home.”</w:t>
      </w:r>
    </w:p>
    <w:p w14:paraId="4192E53B" w14:textId="77777777" w:rsidR="00F91806" w:rsidRDefault="00000000" w:rsidP="004F5CDE">
      <w:r>
        <w:t>She perked up instantly. “Tell me, tell me, tell me!”</w:t>
      </w:r>
    </w:p>
    <w:p w14:paraId="3B70D34A" w14:textId="77777777" w:rsidR="00F91806" w:rsidRDefault="00000000" w:rsidP="004F5CDE">
      <w:r>
        <w:t>I grinned. “Patience, sweetheart. Santa’s coming soon.”</w:t>
      </w:r>
    </w:p>
    <w:p w14:paraId="63263264" w14:textId="694CB692" w:rsidR="00F91806" w:rsidRDefault="00000000" w:rsidP="004F5CDE">
      <w:r>
        <w:lastRenderedPageBreak/>
        <w:t>She rolled her eyes, but I saw it.</w:t>
      </w:r>
      <w:r w:rsidR="005B47FC">
        <w:t xml:space="preserve"> </w:t>
      </w:r>
      <w:r>
        <w:t>The tension eased from her shoulders, just a little.</w:t>
      </w:r>
      <w:r w:rsidR="006A5EBA">
        <w:t xml:space="preserve"> </w:t>
      </w:r>
      <w:r>
        <w:t>I let the normalcy sit for just a little longer</w:t>
      </w:r>
      <w:r w:rsidR="006A5EBA">
        <w:t>, e</w:t>
      </w:r>
      <w:r>
        <w:t>ven though I knew it wouldn’t last.</w:t>
      </w:r>
      <w:r w:rsidR="00904D52">
        <w:t xml:space="preserve"> </w:t>
      </w:r>
      <w:r>
        <w:t>Because no matter how much we pretended—</w:t>
      </w:r>
      <w:r w:rsidR="006A5EBA">
        <w:t>t</w:t>
      </w:r>
      <w:r>
        <w:t>he real problems were still waiting for us.</w:t>
      </w:r>
    </w:p>
    <w:p w14:paraId="2448429F" w14:textId="77777777" w:rsidR="00FB1BD9" w:rsidRDefault="00FB1BD9" w:rsidP="004F5CDE"/>
    <w:p w14:paraId="45A8488B" w14:textId="77777777" w:rsidR="00FB1BD9" w:rsidRDefault="00FB1BD9" w:rsidP="004F5CDE"/>
    <w:p w14:paraId="731CDDC9" w14:textId="77777777" w:rsidR="00F91806" w:rsidRDefault="00000000" w:rsidP="00C3344A">
      <w:pPr>
        <w:pStyle w:val="Heading1"/>
      </w:pPr>
      <w:bookmarkStart w:id="80" w:name="_Toc189281371"/>
      <w:r>
        <w:t>Chapter 57: Baking Bad</w:t>
      </w:r>
      <w:bookmarkEnd w:id="80"/>
    </w:p>
    <w:p w14:paraId="3A655922" w14:textId="77777777" w:rsidR="00B9156E" w:rsidRDefault="00B9156E" w:rsidP="004F5CDE"/>
    <w:p w14:paraId="2D6497AF" w14:textId="74D690DC" w:rsidR="00F91806" w:rsidRDefault="00000000" w:rsidP="004F5CDE">
      <w:r>
        <w:t>The weight of the day still clung to my skin, a lingering tension that even the comfort of home hadn’t shaken. But as I set the small, plastic Easy-Bake Oven on the counter, a wicked grin tugged at my lips.</w:t>
      </w:r>
      <w:r w:rsidR="00012DA4">
        <w:t xml:space="preserve"> </w:t>
      </w:r>
      <w:r>
        <w:t>Melanie arched an eyebrow from her seat at the barstool, her green eyes flicking between me and the tiny oven like she wasn’t sure whether to laugh or be concerned.</w:t>
      </w:r>
    </w:p>
    <w:p w14:paraId="071BE5BA" w14:textId="77777777" w:rsidR="00F91806" w:rsidRDefault="00000000" w:rsidP="004F5CDE">
      <w:r>
        <w:t>"This," I said, with absolute conviction, "is your surprise."</w:t>
      </w:r>
    </w:p>
    <w:p w14:paraId="5448B92E" w14:textId="77777777" w:rsidR="00F91806" w:rsidRDefault="00000000" w:rsidP="004F5CDE">
      <w:r>
        <w:t>She blinked. “Are we… baking?”</w:t>
      </w:r>
    </w:p>
    <w:p w14:paraId="04F504CA" w14:textId="77777777" w:rsidR="00F91806" w:rsidRDefault="00000000" w:rsidP="004F5CDE">
      <w:r>
        <w:t>I scoffed. “Not just baking. Culinary mastery. This baby’s been with me through a lot—first crush, first heartbreak, first existential crisis. And tonight, it’s coming out of retirement.”</w:t>
      </w:r>
    </w:p>
    <w:p w14:paraId="46C55C26" w14:textId="77777777" w:rsidR="00F91806" w:rsidRDefault="00000000" w:rsidP="004F5CDE">
      <w:r>
        <w:t>Melanie pressed a hand to her mouth, stifling laughter. “I have so many questions.”</w:t>
      </w:r>
    </w:p>
    <w:p w14:paraId="1C6D0270" w14:textId="77777777" w:rsidR="00F91806" w:rsidRDefault="00000000" w:rsidP="004F5CDE">
      <w:r>
        <w:t>I waved the tiny baking pan like a weapon of justice. “And I have so many answers.”</w:t>
      </w:r>
    </w:p>
    <w:p w14:paraId="1EEE5EAF" w14:textId="5FDAC223" w:rsidR="00F91806" w:rsidRDefault="00000000" w:rsidP="004F5CDE">
      <w:r>
        <w:t>As I tore open a fresh packet of cake mix—because, sadly, my childhood stash was… well past expiration—I caught Melanie’s skeptical smirk.</w:t>
      </w:r>
      <w:r w:rsidR="00012DA4">
        <w:t xml:space="preserve"> </w:t>
      </w:r>
      <w:r>
        <w:t>She leaned forward, amusement flickering in her gaze. “Of all the things I imagined you surprising me with, I cannot emphasize enough how low ‘toy oven’ ranked on my list.”</w:t>
      </w:r>
    </w:p>
    <w:p w14:paraId="39B31706" w14:textId="77777777" w:rsidR="00F91806" w:rsidRDefault="00000000" w:rsidP="004F5CDE">
      <w:r>
        <w:t>I smirked, dumping the mix into an equally tiny bowl. “That’s because I keep you on your toes, sweetheart.”</w:t>
      </w:r>
    </w:p>
    <w:p w14:paraId="2687048B" w14:textId="77777777" w:rsidR="00F91806" w:rsidRDefault="00000000" w:rsidP="004F5CDE">
      <w:r>
        <w:t>She chuckled, shaking her head. “Alright, Master Chef. Impress me.”</w:t>
      </w:r>
    </w:p>
    <w:p w14:paraId="24C6074A" w14:textId="77777777" w:rsidR="00F91806" w:rsidRDefault="00000000" w:rsidP="004F5CDE">
      <w:r>
        <w:t xml:space="preserve">As the tiny cake slid into the oven, the air thickened with the unmistakable scent of artificial chocolate—equal parts synthetic and strangely comforting. The moment the </w:t>
      </w:r>
      <w:r>
        <w:lastRenderedPageBreak/>
        <w:t>oven door clicked shut, Melanie folded her arms, watching with the kind of skepticism usually reserved for infomercials at 2 A.M.</w:t>
      </w:r>
    </w:p>
    <w:p w14:paraId="5C125D99" w14:textId="77777777" w:rsidR="00F91806" w:rsidRDefault="00000000" w:rsidP="004F5CDE">
      <w:r>
        <w:t>"So tell me," she said, smirking. "Why the Easy-Bake? Why not, I don’t know, a real oven?"</w:t>
      </w:r>
    </w:p>
    <w:p w14:paraId="0723FE16" w14:textId="21EDC703" w:rsidR="00F91806" w:rsidRDefault="00000000" w:rsidP="004F5CDE">
      <w:r>
        <w:t>I paused. The joke was on my lips, ready to go. But something about the warmth in her gaze made me answer honestly.</w:t>
      </w:r>
      <w:r w:rsidR="00012DA4">
        <w:t xml:space="preserve"> </w:t>
      </w:r>
      <w:r>
        <w:t>“My parents gave it to me for Christmas when I was a kid,” I admitted, running my fingers along the plastic edges. “They weren’t around much, but this? This was mine. Something I could control. I’d bake these ridiculous, tiny cakes and pretend I was having a happy childhood.” I let out a dry chuckle. “Sounds dumb now.”</w:t>
      </w:r>
    </w:p>
    <w:p w14:paraId="0AD73CB4" w14:textId="77777777" w:rsidR="00F91806" w:rsidRDefault="00000000" w:rsidP="004F5CDE">
      <w:r>
        <w:t>Melanie’s expression softened. “That’s not dumb. That’s—” She hesitated, choosing her words carefully. “I’m flattered that you’re sharing this with me.”</w:t>
      </w:r>
    </w:p>
    <w:p w14:paraId="7E408D65" w14:textId="77777777" w:rsidR="00F91806" w:rsidRDefault="00000000" w:rsidP="004F5CDE">
      <w:r>
        <w:t>I swallowed. “Thanks love. I Figured tonight was as good a time as any to bring it back. Maybe share a piece of that with you.”</w:t>
      </w:r>
    </w:p>
    <w:p w14:paraId="0D7D4AE3" w14:textId="77777777" w:rsidR="00F91806" w:rsidRDefault="00000000" w:rsidP="004F5CDE">
      <w:r>
        <w:t>Her fingers brushed mine, lingering. “I love you.”</w:t>
      </w:r>
    </w:p>
    <w:p w14:paraId="1AAEAF39" w14:textId="77777777" w:rsidR="00F91806" w:rsidRDefault="00000000" w:rsidP="004F5CDE">
      <w:r>
        <w:t>And just like that, my stupid little oven didn’t feel so stupid anymore.</w:t>
      </w:r>
    </w:p>
    <w:p w14:paraId="1A267EE5" w14:textId="0BC1F27F" w:rsidR="00F91806" w:rsidRDefault="00000000" w:rsidP="004F5CDE">
      <w:r>
        <w:t>When the timer dinged, I pulled out the world’s smallest cake with a dramatic flourish.</w:t>
      </w:r>
      <w:r w:rsidR="00043D5C">
        <w:t xml:space="preserve"> </w:t>
      </w:r>
      <w:r>
        <w:t>Melanie took one look at the quarter-sized dessert and burst out laughing.</w:t>
      </w:r>
      <w:r w:rsidR="00012DA4">
        <w:t xml:space="preserve"> </w:t>
      </w:r>
      <w:r>
        <w:t>“This is it?” she teased, lifting the plate like it was some priceless artifact. “All that buildup for… two bites?”</w:t>
      </w:r>
    </w:p>
    <w:p w14:paraId="51DEE03F" w14:textId="7F5E636B" w:rsidR="00F91806" w:rsidRDefault="00000000" w:rsidP="004F5CDE">
      <w:r>
        <w:t>“Excuse me, this is art,” I declared, cutting the tiny masterpiece into even tinier pieces</w:t>
      </w:r>
      <w:r w:rsidR="00043D5C">
        <w:t>,</w:t>
      </w:r>
      <w:r>
        <w:t xml:space="preserve"> “</w:t>
      </w:r>
      <w:r w:rsidR="00043D5C">
        <w:t>a</w:t>
      </w:r>
      <w:r>
        <w:t>nd now, you’re officially part of my Easy-Bake legacy.”</w:t>
      </w:r>
    </w:p>
    <w:p w14:paraId="6E4DAE8B" w14:textId="77777777" w:rsidR="00F91806" w:rsidRDefault="00000000" w:rsidP="004F5CDE">
      <w:r>
        <w:t>She popped a bite into her mouth, chewing with exaggerated thoughtfulness. “Okay… I’ll admit it. It’s not terrible.”</w:t>
      </w:r>
    </w:p>
    <w:p w14:paraId="352E0CA6" w14:textId="77777777" w:rsidR="00F91806" w:rsidRDefault="00000000" w:rsidP="004F5CDE">
      <w:r>
        <w:t>I smirked. “High praise.”</w:t>
      </w:r>
    </w:p>
    <w:p w14:paraId="42A80369" w14:textId="77777777" w:rsidR="00F91806" w:rsidRDefault="00000000" w:rsidP="004F5CDE">
      <w:r>
        <w:t>Melanie leaned closer, voice dipping into something playful, teasing. “Does this mean I’m special?”</w:t>
      </w:r>
    </w:p>
    <w:p w14:paraId="41844AA6" w14:textId="28E944F9" w:rsidR="00F91806" w:rsidRDefault="00000000" w:rsidP="004F5CDE">
      <w:r>
        <w:t>The air shifted—the teasing, the warmth, the soft flicker of something more beneath it all.</w:t>
      </w:r>
      <w:r w:rsidR="00043D5C">
        <w:t xml:space="preserve"> </w:t>
      </w:r>
      <w:r>
        <w:t>I met her gaze, my own smirk fading into something softer. “You al</w:t>
      </w:r>
      <w:r w:rsidR="00012DA4">
        <w:t>ways</w:t>
      </w:r>
      <w:r>
        <w:t xml:space="preserve"> were.”</w:t>
      </w:r>
      <w:r w:rsidR="00012DA4">
        <w:t xml:space="preserve"> </w:t>
      </w:r>
      <w:r>
        <w:t>The space between us disappeared, slow and inevitable, as if the entire night had led us here.</w:t>
      </w:r>
      <w:r w:rsidR="00043D5C">
        <w:t xml:space="preserve"> </w:t>
      </w:r>
      <w:r>
        <w:lastRenderedPageBreak/>
        <w:t>Her lips brushed mine in a kiss that was unhurried, deliberate, full of unspoken promises. My hands slid around her waist, pulling her closer as warmth coiled through my chest.</w:t>
      </w:r>
      <w:r w:rsidR="00043D5C">
        <w:t xml:space="preserve"> </w:t>
      </w:r>
      <w:r>
        <w:t>By the time we pulled apart, the tiny cake sat forgotten on the counter.</w:t>
      </w:r>
    </w:p>
    <w:p w14:paraId="0B309B40" w14:textId="77777777" w:rsidR="00F91806" w:rsidRDefault="00000000" w:rsidP="004F5CDE">
      <w:r>
        <w:t>Melanie smirked. “Best dinner I’ve ever had.”</w:t>
      </w:r>
    </w:p>
    <w:p w14:paraId="62C0A1AB" w14:textId="77777777" w:rsidR="00F91806" w:rsidRDefault="00000000" w:rsidP="004F5CDE">
      <w:r>
        <w:t>I grinned, my forehead resting against hers. “Then just wait for breakfast.”</w:t>
      </w:r>
    </w:p>
    <w:p w14:paraId="05F0C1BB" w14:textId="7EF3B1C8" w:rsidR="00F91806" w:rsidRDefault="00000000" w:rsidP="004F5CDE">
      <w:r>
        <w:t>Later, we curled up on the couch, wrapped in one shared blanket, her head resting against my shoulder.</w:t>
      </w:r>
      <w:r w:rsidR="00043D5C">
        <w:t xml:space="preserve"> </w:t>
      </w:r>
      <w:r>
        <w:t>The glow from the Christmas lights I had strung earlier flickered softly around us, casting a warm haze over the moment.</w:t>
      </w:r>
      <w:r w:rsidR="00012DA4">
        <w:t xml:space="preserve"> </w:t>
      </w:r>
      <w:r>
        <w:t>"Do you ever think about the future?" Melanie asked, voice quiet.</w:t>
      </w:r>
    </w:p>
    <w:p w14:paraId="0044D2AB" w14:textId="77777777" w:rsidR="00F91806" w:rsidRDefault="00000000" w:rsidP="004F5CDE">
      <w:r>
        <w:t>I hesitated. “All the time. But it feels… less scary now. Like maybe it’s something I can shape instead of just reacting to.”</w:t>
      </w:r>
    </w:p>
    <w:p w14:paraId="6B529248" w14:textId="77777777" w:rsidR="00F91806" w:rsidRDefault="00000000" w:rsidP="004F5CDE">
      <w:r>
        <w:t>She traced idle patterns on my arm. “You’re good at this, you know.”</w:t>
      </w:r>
    </w:p>
    <w:p w14:paraId="59C2BBC8" w14:textId="77777777" w:rsidR="00F91806" w:rsidRDefault="00000000" w:rsidP="004F5CDE">
      <w:r>
        <w:t>“At what?”</w:t>
      </w:r>
    </w:p>
    <w:p w14:paraId="1EAAD7FA" w14:textId="77777777" w:rsidR="00F91806" w:rsidRDefault="00000000" w:rsidP="004F5CDE">
      <w:r>
        <w:t>"Leading. Caring. Finding joy in the little things."</w:t>
      </w:r>
    </w:p>
    <w:p w14:paraId="7972C314" w14:textId="7EC56FE0" w:rsidR="00F91806" w:rsidRDefault="00000000" w:rsidP="004F5CDE">
      <w:r>
        <w:t>I tilted my head against hers. “I think I’m just starting to figure it out. But having you here?” I squeezed her hand. “That inspires me more than you know.”</w:t>
      </w:r>
      <w:r w:rsidR="00012DA4">
        <w:t xml:space="preserve"> </w:t>
      </w:r>
      <w:r>
        <w:t>A comfortable silence settled over us, the kind that didn’t need filling.</w:t>
      </w:r>
      <w:r w:rsidR="00043D5C">
        <w:t xml:space="preserve"> </w:t>
      </w:r>
      <w:r>
        <w:t>And for the first time in a long time, I wasn’t thinking about the past.</w:t>
      </w:r>
      <w:r w:rsidR="00043D5C">
        <w:t xml:space="preserve"> </w:t>
      </w:r>
      <w:r>
        <w:t>I wasn’t worrying about what came next.</w:t>
      </w:r>
    </w:p>
    <w:p w14:paraId="42B2C383" w14:textId="77777777" w:rsidR="00F91806" w:rsidRDefault="00000000" w:rsidP="004F5CDE">
      <w:r>
        <w:t>I was just here.</w:t>
      </w:r>
    </w:p>
    <w:p w14:paraId="5F034C22" w14:textId="77777777" w:rsidR="00F91806" w:rsidRDefault="00000000" w:rsidP="004F5CDE">
      <w:r>
        <w:t>With Melanie.</w:t>
      </w:r>
    </w:p>
    <w:p w14:paraId="1C8CA280" w14:textId="77777777" w:rsidR="00F91806" w:rsidRDefault="00000000" w:rsidP="004F5CDE">
      <w:r>
        <w:t>And for tonight?</w:t>
      </w:r>
    </w:p>
    <w:p w14:paraId="5A42BC6D" w14:textId="77777777" w:rsidR="00F91806" w:rsidRDefault="00000000" w:rsidP="004F5CDE">
      <w:r>
        <w:t>That was enough.</w:t>
      </w:r>
    </w:p>
    <w:p w14:paraId="1BB79B53" w14:textId="77777777" w:rsidR="00FB1BD9" w:rsidRDefault="00FB1BD9" w:rsidP="004F5CDE"/>
    <w:p w14:paraId="1D78767F" w14:textId="77777777" w:rsidR="00FB1BD9" w:rsidRDefault="00FB1BD9" w:rsidP="004F5CDE"/>
    <w:p w14:paraId="302E3182" w14:textId="77777777" w:rsidR="00F91806" w:rsidRDefault="00000000" w:rsidP="00B9156E">
      <w:pPr>
        <w:pStyle w:val="Heading1"/>
      </w:pPr>
      <w:bookmarkStart w:id="81" w:name="_Toc189281372"/>
      <w:r>
        <w:t xml:space="preserve">Chapter 58: The Problem </w:t>
      </w:r>
      <w:r w:rsidRPr="004E5A86">
        <w:t>with P</w:t>
      </w:r>
      <w:r>
        <w:t>eter</w:t>
      </w:r>
      <w:bookmarkEnd w:id="81"/>
    </w:p>
    <w:p w14:paraId="33BABFEA" w14:textId="77777777" w:rsidR="00B9156E" w:rsidRDefault="00B9156E" w:rsidP="004F5CDE"/>
    <w:p w14:paraId="70B7E00A" w14:textId="77777777" w:rsidR="00012DA4" w:rsidRDefault="00000000" w:rsidP="004F5CDE">
      <w:r>
        <w:lastRenderedPageBreak/>
        <w:t>Back at the office, the plan was set. Pete had spent years manipulating, stealing, and covering his tracks. But today? Today, we were going to make sure he tripped over them.</w:t>
      </w:r>
      <w:r w:rsidR="00012DA4">
        <w:t xml:space="preserve"> </w:t>
      </w:r>
      <w:r w:rsidR="00400041">
        <w:t xml:space="preserve">Candice had been working obsessively, tracing Pete’s financials for days. She was close—so close—to pinpointing exactly where the money was being funneled. </w:t>
      </w:r>
    </w:p>
    <w:p w14:paraId="7873E474" w14:textId="769CAB66" w:rsidR="00F91806" w:rsidRDefault="007062A8" w:rsidP="004F5CDE">
      <w:r>
        <w:t>M</w:t>
      </w:r>
      <w:r w:rsidR="00400041">
        <w:t>eanwhile, Melanie and I were digging through old records in the dusty storage room, looking for anything that could tie Pete directly to my aunt’s death.</w:t>
      </w:r>
      <w:r w:rsidR="00012DA4">
        <w:t xml:space="preserve"> </w:t>
      </w:r>
      <w:r>
        <w:t>We didn’t have the full picture yet, but we had enough pieces to force Pete’s hand. Enough to make him feel confident that he still had control.</w:t>
      </w:r>
    </w:p>
    <w:p w14:paraId="11103659" w14:textId="77777777" w:rsidR="00F91806" w:rsidRDefault="00000000" w:rsidP="004F5CDE">
      <w:r>
        <w:t>And that’s when we’d take it from him.</w:t>
      </w:r>
    </w:p>
    <w:p w14:paraId="36019FB7" w14:textId="77777777" w:rsidR="00F91806" w:rsidRDefault="00000000" w:rsidP="004F5CDE">
      <w:r>
        <w:t>The bait was simple: a meeting at the store this evening. I sent Pete a message under the guise of needing his advice. We told him there was an issue with the business accounts—some discrepancies in the financials that only someone with his “accounting experience” could help clarify.</w:t>
      </w:r>
    </w:p>
    <w:p w14:paraId="2EC17536" w14:textId="08E74CF8" w:rsidR="00F91806" w:rsidRDefault="00000000" w:rsidP="004F5CDE">
      <w:r w:rsidRPr="00BC2AB2">
        <w:t>If</w:t>
      </w:r>
      <w:r>
        <w:t xml:space="preserve"> we played it right, Pete would assume we were desperate, unsure, looking to him for guidance.</w:t>
      </w:r>
      <w:r w:rsidR="00012DA4">
        <w:t xml:space="preserve"> </w:t>
      </w:r>
      <w:r>
        <w:t>Of course, Pete didn’t trust me. But he did trust himself, at least not now. He was too arrogant, too convinced of his own ability to manipulate the situation, to turn down the invitation.</w:t>
      </w:r>
    </w:p>
    <w:p w14:paraId="5FBA9BB6" w14:textId="58881EEA" w:rsidR="00F91806" w:rsidRDefault="00000000" w:rsidP="004F5CDE">
      <w:r>
        <w:t xml:space="preserve">I sat in the conference room with Melanie, Tony, and </w:t>
      </w:r>
      <w:r w:rsidR="00400041">
        <w:t>Candice</w:t>
      </w:r>
      <w:r>
        <w:t xml:space="preserve">, as we waited for the clock to hit 6 p.m. </w:t>
      </w:r>
      <w:r w:rsidR="00400041">
        <w:t>Candice</w:t>
      </w:r>
      <w:r>
        <w:t>’s laptop was open in front of her, fingers flying across the keyboard.</w:t>
      </w:r>
      <w:r w:rsidR="00012DA4">
        <w:t xml:space="preserve"> </w:t>
      </w:r>
      <w:r>
        <w:t xml:space="preserve">“I’ve got access to his most recent wire transfers,” she muttered. “But I need him to move something big, something </w:t>
      </w:r>
      <w:r w:rsidR="0094161F">
        <w:t xml:space="preserve">in </w:t>
      </w:r>
      <w:r>
        <w:t>real-time, so we can see where it’s going.”</w:t>
      </w:r>
    </w:p>
    <w:p w14:paraId="14F483A4" w14:textId="77777777" w:rsidR="00F91806" w:rsidRDefault="00000000" w:rsidP="004F5CDE">
      <w:r>
        <w:t>Tony leaned against the doorframe, arms crossed. “And if he doesn’t take the bait?”</w:t>
      </w:r>
    </w:p>
    <w:p w14:paraId="036ADAFC" w14:textId="77777777" w:rsidR="00F91806" w:rsidRDefault="00000000" w:rsidP="004F5CDE">
      <w:r>
        <w:t>I met his gaze. “He will.”</w:t>
      </w:r>
    </w:p>
    <w:p w14:paraId="33D8465A" w14:textId="7F44F93C" w:rsidR="00F91806" w:rsidRDefault="00000000" w:rsidP="004F5CDE">
      <w:r>
        <w:t>Because Pete wasn’t just laundering money. He was likely desperate. He knew we were getting too close. And when people like him feel the walls closing in, they make mistakes.</w:t>
      </w:r>
      <w:r w:rsidR="00012DA4">
        <w:t xml:space="preserve"> </w:t>
      </w:r>
      <w:r>
        <w:t>I stepped outside the conference room to await his arrival.</w:t>
      </w:r>
    </w:p>
    <w:p w14:paraId="72E8BBFF" w14:textId="57F97EE1" w:rsidR="00F91806" w:rsidRDefault="00000000" w:rsidP="004F5CDE">
      <w:r>
        <w:t>At exactly 6:07 p.m., Pete walked into the store, his expression smug. He adjusted his blazer, the kind of cheap attempt at professionalism that screamed overcompensation.</w:t>
      </w:r>
      <w:r w:rsidR="00012DA4">
        <w:t xml:space="preserve"> </w:t>
      </w:r>
      <w:r>
        <w:t>“Hannah,” he greeted, his voice oozing condescension. “Nice to see you finally approaching things like an adult.”</w:t>
      </w:r>
    </w:p>
    <w:p w14:paraId="658118CD" w14:textId="77777777" w:rsidR="00F91806" w:rsidRDefault="00000000" w:rsidP="004F5CDE">
      <w:r>
        <w:t>I forced a smile. “Pete.”</w:t>
      </w:r>
    </w:p>
    <w:p w14:paraId="24A1515B" w14:textId="77777777" w:rsidR="00F91806" w:rsidRDefault="00000000" w:rsidP="004F5CDE">
      <w:r>
        <w:lastRenderedPageBreak/>
        <w:t>He glanced around, his eyes scanning the empty store. “Where’s the welcoming committee?”</w:t>
      </w:r>
    </w:p>
    <w:p w14:paraId="5BBAE494" w14:textId="77777777" w:rsidR="00F91806" w:rsidRDefault="00000000" w:rsidP="004F5CDE">
      <w:r>
        <w:t>“In here,” I said smoothly, gesturing toward the conference room. “Let’s talk.”</w:t>
      </w:r>
    </w:p>
    <w:p w14:paraId="4557A239" w14:textId="2F6E8D0C" w:rsidR="00F91806" w:rsidRDefault="00000000" w:rsidP="004F5CDE">
      <w:r>
        <w:t>He followed, and as soon as he stepped inside, Tony quietly locked the conference door behind him. Not enough for Pete to notice, but enough to make sure he couldn’t bolt if things went sideways.</w:t>
      </w:r>
      <w:r w:rsidR="00012DA4">
        <w:t xml:space="preserve"> </w:t>
      </w:r>
      <w:r>
        <w:t xml:space="preserve">I sat behind the conference table, </w:t>
      </w:r>
      <w:r w:rsidR="00400041">
        <w:t>Candice</w:t>
      </w:r>
      <w:r>
        <w:t xml:space="preserve"> sitting next to me with her laptop, Melanie standing near the back wall, arms crossed. She looked like she wanted to shoot him. I couldn’t blame her.</w:t>
      </w:r>
    </w:p>
    <w:p w14:paraId="4DF73EB2" w14:textId="77777777" w:rsidR="00F91806" w:rsidRDefault="00000000" w:rsidP="004F5CDE">
      <w:r>
        <w:t>Pete took a seat across from me, exhaling like he was humoring a child. “Alright, let’s hear it.”</w:t>
      </w:r>
    </w:p>
    <w:p w14:paraId="212D1246" w14:textId="77777777" w:rsidR="00F91806" w:rsidRDefault="00000000" w:rsidP="004F5CDE">
      <w:r>
        <w:t>I folded my hands on the desk. “We know about the money, Pete. We know how it’s been moving through the store, where it’s been going.”</w:t>
      </w:r>
    </w:p>
    <w:p w14:paraId="5922D893" w14:textId="77777777" w:rsidR="00F91806" w:rsidRDefault="00000000" w:rsidP="004F5CDE">
      <w:r>
        <w:t>His smirk didn’t falter. “I have no idea what you’re talking about.”</w:t>
      </w:r>
    </w:p>
    <w:p w14:paraId="28DB74BE" w14:textId="35A242ED" w:rsidR="00F91806" w:rsidRDefault="00400041" w:rsidP="004F5CDE">
      <w:r>
        <w:t>Candice clicked something on her laptop, turning the screen toward him. “Really? Because this account says otherwise.”</w:t>
      </w:r>
    </w:p>
    <w:p w14:paraId="3D24326D" w14:textId="3D7C9078" w:rsidR="00F91806" w:rsidRDefault="00000000" w:rsidP="004F5CDE">
      <w:r>
        <w:t>Pete’s eyes flickered. Just for a second. But I caught it.</w:t>
      </w:r>
      <w:r w:rsidR="007062A8">
        <w:t xml:space="preserve"> </w:t>
      </w:r>
      <w:r>
        <w:t>He leaned back, exhaling through his nose. “And what exactly do you plan to do with this information?”</w:t>
      </w:r>
    </w:p>
    <w:p w14:paraId="30AF643A" w14:textId="77777777" w:rsidR="00F91806" w:rsidRDefault="00000000" w:rsidP="004F5CDE">
      <w:r>
        <w:t>I shrugged. “That depends on you.”</w:t>
      </w:r>
    </w:p>
    <w:p w14:paraId="53A4DCBC" w14:textId="77777777" w:rsidR="00F91806" w:rsidRDefault="00000000" w:rsidP="004F5CDE">
      <w:r>
        <w:t>Pete chuckled. “Oh, Hannah. You’re in way over your head.”</w:t>
      </w:r>
    </w:p>
    <w:p w14:paraId="76B50610" w14:textId="4C6E9DDA" w:rsidR="00F91806" w:rsidRDefault="00400041" w:rsidP="004F5CDE">
      <w:r>
        <w:t>Candice’s screen flashed. She glanced down, her eyes widening slightly before she schooled her expression. “There it is,” she murmured under her breath.</w:t>
      </w:r>
    </w:p>
    <w:p w14:paraId="19B697FD" w14:textId="77777777" w:rsidR="00F91806" w:rsidRDefault="00000000" w:rsidP="004F5CDE">
      <w:r>
        <w:t>I kept my eyes on Pete. “See, here’s the thing,” Candice said, “we know where the money’s going. We just needed proof that you were still active. And, lucky for us, you just triggered a new transfer late yesterday.”</w:t>
      </w:r>
    </w:p>
    <w:p w14:paraId="0CF18846" w14:textId="77777777" w:rsidR="00F91806" w:rsidRDefault="00000000" w:rsidP="004F5CDE">
      <w:r>
        <w:t>Pete’s jaw tensed. Just a fraction. But it was enough.</w:t>
      </w:r>
    </w:p>
    <w:p w14:paraId="2905A439" w14:textId="0F6D7A89" w:rsidR="00F91806" w:rsidRDefault="00400041" w:rsidP="004F5CDE">
      <w:r>
        <w:t>Candice turned the screen back toward herself, fingers moving quickly. “And now we know exactly where it’s going.”</w:t>
      </w:r>
    </w:p>
    <w:p w14:paraId="5879DA6C" w14:textId="77777777" w:rsidR="00F91806" w:rsidRDefault="00000000" w:rsidP="004F5CDE">
      <w:r>
        <w:t>Melanie stepped forward. “Game’s up, Pete.”</w:t>
      </w:r>
    </w:p>
    <w:p w14:paraId="55BD5885" w14:textId="77777777" w:rsidR="00F91806" w:rsidRDefault="00000000" w:rsidP="004F5CDE">
      <w:r>
        <w:t>His smirk faltered. “You don’t have anything.”</w:t>
      </w:r>
    </w:p>
    <w:p w14:paraId="5BF9C6BF" w14:textId="5B6D15FF" w:rsidR="00F91806" w:rsidRDefault="00400041" w:rsidP="004F5CDE">
      <w:r>
        <w:lastRenderedPageBreak/>
        <w:t>Candice scoffed. “Sure we do. We have time-stamped transfers, proof of money laundering, and—oh, look at that—a few names attached. People who probably won’t appreciate being dragged down with you.”</w:t>
      </w:r>
    </w:p>
    <w:p w14:paraId="7DD65AA8" w14:textId="48EC752E" w:rsidR="00F91806" w:rsidRDefault="00000000" w:rsidP="004F5CDE">
      <w:r>
        <w:t>Pete’s eyes flickered toward the door. Tony stepped in front of it, still silent as ever, just as I noticed the duffle bag on the floor in front of him.</w:t>
      </w:r>
      <w:r w:rsidR="00012DA4">
        <w:t xml:space="preserve"> </w:t>
      </w:r>
      <w:r>
        <w:t>For the first time since he walked in, Pete looked uncertain.</w:t>
      </w:r>
    </w:p>
    <w:p w14:paraId="2360CE3A" w14:textId="77777777" w:rsidR="00F91806" w:rsidRDefault="00000000" w:rsidP="004F5CDE">
      <w:r>
        <w:t>I leaned forward. “Here’s what’s going to happen. You’re going to tell us everything. Right now. How deep this goes, who’s involved, and most importantly—what the hell happened to my aunt.”</w:t>
      </w:r>
    </w:p>
    <w:p w14:paraId="53D44FD3" w14:textId="77777777" w:rsidR="00F91806" w:rsidRDefault="00000000" w:rsidP="004F5CDE">
      <w:r>
        <w:t>Pete let out a slow breath, rubbing his jaw. “And if I don’t?”</w:t>
      </w:r>
    </w:p>
    <w:p w14:paraId="130739CE" w14:textId="77777777" w:rsidR="00F91806" w:rsidRDefault="00000000" w:rsidP="004F5CDE">
      <w:r>
        <w:t>I smiled. “Then we send everything we have to the authorities. And, knowing the kind of people you’re working with, I’d say your biggest problem won’t be the cops.”</w:t>
      </w:r>
    </w:p>
    <w:p w14:paraId="411CB9EC" w14:textId="0065208F" w:rsidR="00F91806" w:rsidRDefault="00000000" w:rsidP="004F5CDE">
      <w:r>
        <w:t>Silence stretched between us. Tense. Unyielding.</w:t>
      </w:r>
      <w:r w:rsidR="00012DA4">
        <w:t xml:space="preserve"> </w:t>
      </w:r>
      <w:r>
        <w:t>Then Pete exhaled, his shoulders dropping slightly. “You have no idea what you’ve gotten yourselves into.”</w:t>
      </w:r>
    </w:p>
    <w:p w14:paraId="06155BCB" w14:textId="77777777" w:rsidR="00F91806" w:rsidRDefault="00000000" w:rsidP="004F5CDE">
      <w:r>
        <w:t>I didn’t blink. “Then enlighten us.”</w:t>
      </w:r>
    </w:p>
    <w:p w14:paraId="2FCE0521" w14:textId="60F352CF" w:rsidR="00F91806" w:rsidRDefault="00000000" w:rsidP="004F5CDE">
      <w:r>
        <w:t>Pete leaned back in his chair, considering.</w:t>
      </w:r>
      <w:r w:rsidR="00012DA4">
        <w:t xml:space="preserve"> </w:t>
      </w:r>
      <w:r>
        <w:t>And then, finally—</w:t>
      </w:r>
      <w:r w:rsidR="00A20CC4">
        <w:t xml:space="preserve"> </w:t>
      </w:r>
      <w:r>
        <w:t>He started talking.</w:t>
      </w:r>
    </w:p>
    <w:p w14:paraId="72A15D45" w14:textId="77777777" w:rsidR="00012DA4" w:rsidRDefault="00012DA4" w:rsidP="004F5CDE"/>
    <w:p w14:paraId="6B7B95A6" w14:textId="77777777" w:rsidR="00012DA4" w:rsidRDefault="00012DA4" w:rsidP="004F5CDE"/>
    <w:p w14:paraId="6EA34BF1" w14:textId="77777777" w:rsidR="00F91806" w:rsidRDefault="00000000" w:rsidP="00B9156E">
      <w:pPr>
        <w:pStyle w:val="Heading1"/>
      </w:pPr>
      <w:bookmarkStart w:id="82" w:name="_Toc189281373"/>
      <w:r>
        <w:t>Chapter 59: The King is Dead. Long Live the King</w:t>
      </w:r>
      <w:bookmarkEnd w:id="82"/>
    </w:p>
    <w:p w14:paraId="30BABD94" w14:textId="77777777" w:rsidR="00B9156E" w:rsidRDefault="00B9156E" w:rsidP="004F5CDE"/>
    <w:p w14:paraId="315617D8" w14:textId="77777777" w:rsidR="00176607" w:rsidRDefault="00000000" w:rsidP="004F5CDE">
      <w:r>
        <w:t>The silence stretched between us.</w:t>
      </w:r>
      <w:r w:rsidR="00FB1BD9">
        <w:t xml:space="preserve"> </w:t>
      </w:r>
      <w:r>
        <w:t>Heavy. Suffocating.</w:t>
      </w:r>
      <w:r w:rsidR="00A20CC4">
        <w:t xml:space="preserve"> </w:t>
      </w:r>
      <w:r>
        <w:t>Pete had spilled more than we expected. But it wasn’t enough—not yet.</w:t>
      </w:r>
      <w:r w:rsidR="00A20CC4">
        <w:t xml:space="preserve"> </w:t>
      </w:r>
      <w:r w:rsidR="00400041">
        <w:t>Candice was still at her laptop, fingers flying over the keyboard, tightening the noose around his empire.</w:t>
      </w:r>
      <w:r w:rsidR="00176607">
        <w:t xml:space="preserve"> </w:t>
      </w:r>
    </w:p>
    <w:p w14:paraId="77D04C0B" w14:textId="244C7C2D" w:rsidR="00B9156E" w:rsidRDefault="00000000" w:rsidP="004F5CDE">
      <w:r>
        <w:t>The weight of everything—the money laundering, the betrayals, the store—pressed down like a loaded gun against our backs.</w:t>
      </w:r>
      <w:r w:rsidR="00176607">
        <w:t xml:space="preserve"> </w:t>
      </w:r>
      <w:r>
        <w:t>Pete leaned back.</w:t>
      </w:r>
      <w:r w:rsidR="00A20CC4">
        <w:t xml:space="preserve"> </w:t>
      </w:r>
      <w:r>
        <w:t>Exhaled slow, smirking like a man with nothing left to lose.</w:t>
      </w:r>
      <w:r w:rsidR="00A20CC4">
        <w:t xml:space="preserve"> </w:t>
      </w:r>
      <w:r>
        <w:t>His lips curled, and for the first time, I saw it—the real him.</w:t>
      </w:r>
    </w:p>
    <w:p w14:paraId="14CEAB11" w14:textId="254495BA" w:rsidR="00F91806" w:rsidRDefault="00000000" w:rsidP="004F5CDE">
      <w:r>
        <w:t>The snake shedding its skin.</w:t>
      </w:r>
      <w:r w:rsidR="00176607">
        <w:t xml:space="preserve"> </w:t>
      </w:r>
    </w:p>
    <w:p w14:paraId="5785720F" w14:textId="77777777" w:rsidR="00F91806" w:rsidRPr="00B9156E" w:rsidRDefault="00000000" w:rsidP="004F5CDE">
      <w:pPr>
        <w:rPr>
          <w:i/>
          <w:iCs/>
        </w:rPr>
      </w:pPr>
      <w:r w:rsidRPr="00B9156E">
        <w:rPr>
          <w:i/>
          <w:iCs/>
        </w:rPr>
        <w:t>“I should’ve killed you all at the warehouse.”</w:t>
      </w:r>
    </w:p>
    <w:p w14:paraId="77434AAC" w14:textId="4A2B4BAB" w:rsidR="00F91806" w:rsidRDefault="00000000" w:rsidP="004F5CDE">
      <w:r>
        <w:lastRenderedPageBreak/>
        <w:t>Everything snapped.</w:t>
      </w:r>
      <w:r w:rsidR="00176607">
        <w:t xml:space="preserve"> </w:t>
      </w:r>
      <w:r>
        <w:t>Pete stood up.</w:t>
      </w:r>
      <w:r w:rsidR="00176607">
        <w:t xml:space="preserve"> </w:t>
      </w:r>
      <w:r>
        <w:t>His hand darted for his jacket.</w:t>
      </w:r>
    </w:p>
    <w:p w14:paraId="0ACBE38F" w14:textId="77777777" w:rsidR="009A48B4" w:rsidRDefault="00000000" w:rsidP="004F5CDE">
      <w:r w:rsidRPr="00A057A0">
        <w:rPr>
          <w:i/>
          <w:iCs/>
        </w:rPr>
        <w:t>Shit. No</w:t>
      </w:r>
      <w:r w:rsidR="003F3264">
        <w:rPr>
          <w:i/>
          <w:iCs/>
        </w:rPr>
        <w:t>!</w:t>
      </w:r>
      <w:r w:rsidR="00176607">
        <w:t xml:space="preserve"> </w:t>
      </w:r>
    </w:p>
    <w:p w14:paraId="4265AAAF" w14:textId="56A1732A" w:rsidR="00F91806" w:rsidRDefault="00000000" w:rsidP="004F5CDE">
      <w:r>
        <w:t>"Don’t." I barely breathed the word before the room erupted.</w:t>
      </w:r>
    </w:p>
    <w:p w14:paraId="5151CA53" w14:textId="705DEFDC" w:rsidR="00F91806" w:rsidRDefault="00000000" w:rsidP="004F5CDE">
      <w:r w:rsidRPr="00A20CC4">
        <w:rPr>
          <w:b/>
          <w:bCs/>
        </w:rPr>
        <w:t>B</w:t>
      </w:r>
      <w:r w:rsidR="00B9156E" w:rsidRPr="00A20CC4">
        <w:rPr>
          <w:b/>
          <w:bCs/>
        </w:rPr>
        <w:t>ANG</w:t>
      </w:r>
      <w:r>
        <w:t>.</w:t>
      </w:r>
    </w:p>
    <w:p w14:paraId="51C0D8A9" w14:textId="0C6E1858" w:rsidR="00F91806" w:rsidRDefault="00A20CC4" w:rsidP="004F5CDE">
      <w:r>
        <w:t>A shot cracked through the air.</w:t>
      </w:r>
      <w:r w:rsidR="00176607">
        <w:t xml:space="preserve"> </w:t>
      </w:r>
      <w:r>
        <w:t>Tony was faster.</w:t>
      </w:r>
      <w:r w:rsidR="00176607">
        <w:t xml:space="preserve"> </w:t>
      </w:r>
      <w:r>
        <w:t>Pete staggered as a bullet punched through his leg, his body slamming against the desk. He howled—but still managed to fire back.</w:t>
      </w:r>
    </w:p>
    <w:p w14:paraId="6E44AD9F" w14:textId="56B1B497" w:rsidR="00F91806" w:rsidRDefault="00B9156E" w:rsidP="004F5CDE">
      <w:r w:rsidRPr="00A20CC4">
        <w:rPr>
          <w:b/>
          <w:bCs/>
        </w:rPr>
        <w:t>BANG</w:t>
      </w:r>
      <w:r>
        <w:t>.</w:t>
      </w:r>
    </w:p>
    <w:p w14:paraId="5BC5B1FC" w14:textId="77777777" w:rsidR="00F91806" w:rsidRDefault="00000000" w:rsidP="004F5CDE">
      <w:r>
        <w:t>Tony jerked backward, cursing, a fresh wound blooming across his shoulder.</w:t>
      </w:r>
    </w:p>
    <w:p w14:paraId="10782C3A" w14:textId="658B39F7" w:rsidR="00F91806" w:rsidRDefault="00000000" w:rsidP="004F5CDE">
      <w:r>
        <w:t xml:space="preserve">“Jesus Christ!” </w:t>
      </w:r>
      <w:r w:rsidR="00400041">
        <w:t>Candice</w:t>
      </w:r>
      <w:r>
        <w:t xml:space="preserve"> snatched her laptop, diving for cover as another shot tore into the wall behind her.</w:t>
      </w:r>
      <w:r w:rsidR="009A48B4">
        <w:t xml:space="preserve"> </w:t>
      </w:r>
      <w:r>
        <w:t>Melanie grabbed me, shoving me down behind the desk as another shot splintered wood where my head had been.</w:t>
      </w:r>
    </w:p>
    <w:p w14:paraId="1A5EE37B" w14:textId="12CBA0C8" w:rsidR="00F91806" w:rsidRDefault="00000000" w:rsidP="004F5CDE">
      <w:r>
        <w:t>Pete was already on the move—bleeding, limping, but still dangerous.</w:t>
      </w:r>
      <w:r w:rsidR="00A20CC4">
        <w:t xml:space="preserve"> </w:t>
      </w:r>
      <w:r>
        <w:t xml:space="preserve">Bolting for the back exit, he shoved over a filing cabinet, sending it crashing to the floor, blocking our way. </w:t>
      </w:r>
    </w:p>
    <w:p w14:paraId="4549AB24" w14:textId="77777777" w:rsidR="00F91806" w:rsidRDefault="00000000" w:rsidP="004F5CDE">
      <w:r>
        <w:t>“Tony!” I yelled, but he was already pushing himself up, gun shaking but steady.</w:t>
      </w:r>
    </w:p>
    <w:p w14:paraId="36376C87" w14:textId="77777777" w:rsidR="00F91806" w:rsidRDefault="00000000" w:rsidP="004F5CDE">
      <w:r>
        <w:t>“Don’t let that motherfucker get away!”</w:t>
      </w:r>
    </w:p>
    <w:p w14:paraId="074B58D4" w14:textId="4E84F6D0" w:rsidR="00F91806" w:rsidRDefault="00000000" w:rsidP="004F5CDE">
      <w:r>
        <w:t>And then—</w:t>
      </w:r>
      <w:r w:rsidR="00B9156E">
        <w:t xml:space="preserve"> </w:t>
      </w:r>
      <w:r>
        <w:t>We ran.</w:t>
      </w:r>
    </w:p>
    <w:p w14:paraId="709B7210" w14:textId="77777777" w:rsidR="00F91806" w:rsidRDefault="00F91806" w:rsidP="004F5CDE"/>
    <w:p w14:paraId="1673C0BB" w14:textId="77777777" w:rsidR="00F91806" w:rsidRDefault="00000000" w:rsidP="00B9156E">
      <w:pPr>
        <w:pStyle w:val="Heading2"/>
      </w:pPr>
      <w:bookmarkStart w:id="83" w:name="_Toc189281374"/>
      <w:r>
        <w:t>The Chase</w:t>
      </w:r>
      <w:bookmarkEnd w:id="83"/>
    </w:p>
    <w:p w14:paraId="3BBF4C6C" w14:textId="77777777" w:rsidR="00B9156E" w:rsidRDefault="00B9156E" w:rsidP="004F5CDE"/>
    <w:p w14:paraId="2B392EA2" w14:textId="08A97BDF" w:rsidR="00F91806" w:rsidRDefault="00000000" w:rsidP="004F5CDE">
      <w:r>
        <w:t>Pete crashed through the back door into the alley, leaving a jagged trail of blood behind him.</w:t>
      </w:r>
      <w:r w:rsidR="006E67E1">
        <w:t xml:space="preserve"> </w:t>
      </w:r>
      <w:r>
        <w:t>“He’s heading for his car!” Melanie shouted.</w:t>
      </w:r>
      <w:r w:rsidR="006E67E1">
        <w:t xml:space="preserve"> </w:t>
      </w:r>
      <w:r>
        <w:t>We burst into the night, cold air biting against my skin.</w:t>
      </w:r>
      <w:r w:rsidR="00A20CC4">
        <w:t xml:space="preserve"> </w:t>
      </w:r>
      <w:r>
        <w:t>Pete was still ahead of us—half-stumbling, clutching his leg, but still moving like a man with nothing left to lose.</w:t>
      </w:r>
    </w:p>
    <w:p w14:paraId="4BBED2F2" w14:textId="2AB57F9C" w:rsidR="00F91806" w:rsidRDefault="00400041" w:rsidP="004F5CDE">
      <w:r>
        <w:t>Candice skidded to a stop, eyes locked on her screen.</w:t>
      </w:r>
      <w:r w:rsidR="00B358A4">
        <w:t xml:space="preserve"> </w:t>
      </w:r>
      <w:r>
        <w:t>“Another transfer’s coming through! He’s trying to drain the accounts before he bails!”</w:t>
      </w:r>
    </w:p>
    <w:p w14:paraId="72AF5C70" w14:textId="77777777" w:rsidR="00F91806" w:rsidRDefault="00000000" w:rsidP="004F5CDE">
      <w:r>
        <w:t>“Oh, fuck that.”</w:t>
      </w:r>
    </w:p>
    <w:p w14:paraId="4C7A1C50" w14:textId="33BB8E15" w:rsidR="00F91806" w:rsidRDefault="00000000" w:rsidP="004F5CDE">
      <w:r>
        <w:lastRenderedPageBreak/>
        <w:t>Tony—bleeding out but still Tony—lifted his gun.</w:t>
      </w:r>
    </w:p>
    <w:p w14:paraId="039D0AFF" w14:textId="5C61B90E" w:rsidR="00F91806" w:rsidRDefault="00B9156E" w:rsidP="004F5CDE">
      <w:r w:rsidRPr="008E7B76">
        <w:rPr>
          <w:b/>
          <w:bCs/>
        </w:rPr>
        <w:t>BANG</w:t>
      </w:r>
      <w:r>
        <w:t>.</w:t>
      </w:r>
    </w:p>
    <w:p w14:paraId="2F199803" w14:textId="036EDA85" w:rsidR="00F91806" w:rsidRDefault="00000000" w:rsidP="004F5CDE">
      <w:r>
        <w:t>The shot shattered Pete’s back windshield.</w:t>
      </w:r>
      <w:r w:rsidR="008E7B76">
        <w:t xml:space="preserve"> </w:t>
      </w:r>
      <w:r>
        <w:t>Pete ducked, cursing, then threw himself into the driver’s seat.</w:t>
      </w:r>
      <w:r w:rsidR="008E7B76">
        <w:t xml:space="preserve"> </w:t>
      </w:r>
      <w:r>
        <w:t>The engine roared to life.</w:t>
      </w:r>
      <w:r w:rsidR="006E67E1">
        <w:t xml:space="preserve"> </w:t>
      </w:r>
      <w:r w:rsidR="00400041">
        <w:t>Candice’s eyes widened. “He’s heading for the warehouse!”</w:t>
      </w:r>
    </w:p>
    <w:p w14:paraId="03E97A25" w14:textId="19AC0EF0" w:rsidR="00F91806" w:rsidRDefault="00000000" w:rsidP="004F5CDE">
      <w:r>
        <w:t>My pulse pounded.</w:t>
      </w:r>
      <w:r w:rsidR="00EB3016">
        <w:t xml:space="preserve"> </w:t>
      </w:r>
    </w:p>
    <w:p w14:paraId="459C4D65" w14:textId="185B8E0B" w:rsidR="00F91806" w:rsidRDefault="00000000" w:rsidP="004F5CDE">
      <w:r>
        <w:t xml:space="preserve">“That must be where he’s stashing everything,” </w:t>
      </w:r>
      <w:r w:rsidR="00400041">
        <w:t>Candice</w:t>
      </w:r>
      <w:r>
        <w:t xml:space="preserve"> muttered excitedly. We exchanged a single glance.</w:t>
      </w:r>
      <w:r w:rsidR="006E67E1">
        <w:t xml:space="preserve"> </w:t>
      </w:r>
      <w:r>
        <w:t>Then—</w:t>
      </w:r>
      <w:r w:rsidR="006E67E1">
        <w:t>w</w:t>
      </w:r>
      <w:r>
        <w:t>e piled into my car.</w:t>
      </w:r>
      <w:r w:rsidR="006E67E1">
        <w:t xml:space="preserve"> </w:t>
      </w:r>
      <w:r>
        <w:t>My knuckles were white on the wheel.</w:t>
      </w:r>
      <w:r w:rsidR="008E7B76">
        <w:t xml:space="preserve"> </w:t>
      </w:r>
      <w:r>
        <w:t>This was it.</w:t>
      </w:r>
    </w:p>
    <w:p w14:paraId="185201BF" w14:textId="2A000FF3" w:rsidR="00F91806" w:rsidRDefault="00000000" w:rsidP="004F5CDE">
      <w:r>
        <w:t>Tony pressed his palm to his bleeding shoulder, grimacing.</w:t>
      </w:r>
      <w:r w:rsidR="008E7B76">
        <w:t xml:space="preserve"> </w:t>
      </w:r>
      <w:r>
        <w:t>“Who’s got a tampon?” he gritted out.</w:t>
      </w:r>
    </w:p>
    <w:p w14:paraId="1D19BF00" w14:textId="77777777" w:rsidR="00F91806" w:rsidRDefault="00000000" w:rsidP="004F5CDE">
      <w:r>
        <w:t>“What the fuck,” Melanie screeched, fumbling through her purse.</w:t>
      </w:r>
    </w:p>
    <w:p w14:paraId="7FC128D4" w14:textId="3EC192E6" w:rsidR="00F91806" w:rsidRDefault="00000000" w:rsidP="004F5CDE">
      <w:r>
        <w:t>Tony snatched it from her without hesitation.</w:t>
      </w:r>
      <w:r w:rsidR="006E67E1">
        <w:t xml:space="preserve"> </w:t>
      </w:r>
      <w:r>
        <w:t>“Extra absorbent. Perfect.”</w:t>
      </w:r>
    </w:p>
    <w:p w14:paraId="45C2108A" w14:textId="77777777" w:rsidR="00B9156E" w:rsidRDefault="00000000" w:rsidP="004F5CDE">
      <w:r>
        <w:t>Melanie gaped at him in horror.</w:t>
      </w:r>
    </w:p>
    <w:p w14:paraId="3048584F" w14:textId="227A37F9" w:rsidR="00F91806" w:rsidRDefault="00000000" w:rsidP="004F5CDE">
      <w:r>
        <w:t>“Gross!”</w:t>
      </w:r>
    </w:p>
    <w:p w14:paraId="62709BF3" w14:textId="232D5C25" w:rsidR="00F91806" w:rsidRDefault="00400041" w:rsidP="004F5CDE">
      <w:r>
        <w:t>Candice, ignoring all of us, was still hacking into Pete’s accounts.</w:t>
      </w:r>
      <w:r w:rsidR="008E7B76">
        <w:t xml:space="preserve"> </w:t>
      </w:r>
      <w:r>
        <w:t xml:space="preserve">“I’m so close,” she muttered. “Come on, you bastard… </w:t>
      </w:r>
      <w:r w:rsidR="003314BA">
        <w:t xml:space="preserve">show me </w:t>
      </w:r>
      <w:r>
        <w:t>just one more mistake.”</w:t>
      </w:r>
      <w:r w:rsidR="006E67E1">
        <w:t xml:space="preserve"> </w:t>
      </w:r>
    </w:p>
    <w:p w14:paraId="151B9D89" w14:textId="69060314" w:rsidR="00F91806" w:rsidRDefault="00000000" w:rsidP="004F5CDE">
      <w:r>
        <w:t>Melanie sat rigid beside me, Beretta in her lap.</w:t>
      </w:r>
      <w:r w:rsidR="006E67E1">
        <w:t xml:space="preserve"> </w:t>
      </w:r>
      <w:r>
        <w:t>“He’s running out of options.”</w:t>
      </w:r>
    </w:p>
    <w:p w14:paraId="2F11E8F7" w14:textId="77777777" w:rsidR="00B9156E" w:rsidRDefault="00000000" w:rsidP="004F5CDE">
      <w:r>
        <w:t>And then—</w:t>
      </w:r>
    </w:p>
    <w:p w14:paraId="5F774598" w14:textId="7888B197" w:rsidR="00F91806" w:rsidRDefault="00000000" w:rsidP="004F5CDE">
      <w:r>
        <w:t>A familiar sight rose in the distance.</w:t>
      </w:r>
    </w:p>
    <w:p w14:paraId="7DB5B43A" w14:textId="77777777" w:rsidR="00F91806" w:rsidRDefault="00000000" w:rsidP="004F5CDE">
      <w:r>
        <w:t>The warehouse.</w:t>
      </w:r>
    </w:p>
    <w:p w14:paraId="3ED0175F" w14:textId="77777777" w:rsidR="00F91806" w:rsidRDefault="00000000" w:rsidP="004F5CDE">
      <w:r>
        <w:t>The place where this entire nightmare had first begun.</w:t>
      </w:r>
    </w:p>
    <w:p w14:paraId="501D6C8E" w14:textId="77777777" w:rsidR="00F91806" w:rsidRDefault="00F91806" w:rsidP="004F5CDE"/>
    <w:p w14:paraId="13DA63A6" w14:textId="77777777" w:rsidR="00F91806" w:rsidRDefault="00000000" w:rsidP="00B9156E">
      <w:pPr>
        <w:pStyle w:val="Heading2"/>
      </w:pPr>
      <w:bookmarkStart w:id="84" w:name="_Toc189281375"/>
      <w:r>
        <w:t>Last Stand</w:t>
      </w:r>
      <w:bookmarkEnd w:id="84"/>
    </w:p>
    <w:p w14:paraId="2C267C09" w14:textId="77777777" w:rsidR="00B9156E" w:rsidRPr="00B9156E" w:rsidRDefault="00B9156E" w:rsidP="00B9156E"/>
    <w:p w14:paraId="3968B562" w14:textId="46EA8F69" w:rsidR="00F91806" w:rsidRDefault="00000000" w:rsidP="004F5CDE">
      <w:r>
        <w:t>Inside, smoke curled through the rafters. Pete stood at the far end, knocking over crates, ripping open boxes—</w:t>
      </w:r>
      <w:r w:rsidR="00EB3016">
        <w:t xml:space="preserve"> </w:t>
      </w:r>
      <w:r>
        <w:t>pouring gasoline over stacks of old files.</w:t>
      </w:r>
    </w:p>
    <w:p w14:paraId="01033790" w14:textId="77777777" w:rsidR="00F91806" w:rsidRDefault="00000000" w:rsidP="004F5CDE">
      <w:r>
        <w:lastRenderedPageBreak/>
        <w:t>“STOP!” I shouted, gun raised.</w:t>
      </w:r>
    </w:p>
    <w:p w14:paraId="610116EB" w14:textId="021357AD" w:rsidR="00F91806" w:rsidRDefault="00000000" w:rsidP="004F5CDE">
      <w:r>
        <w:t>He turned, grinning like a man already damned.</w:t>
      </w:r>
      <w:r w:rsidR="00E657B0">
        <w:t xml:space="preserve"> </w:t>
      </w:r>
      <w:r>
        <w:t>“Too late, sweetheart.”</w:t>
      </w:r>
      <w:r w:rsidR="00E657B0">
        <w:t xml:space="preserve"> </w:t>
      </w:r>
      <w:r w:rsidRPr="009A48B4">
        <w:rPr>
          <w:i/>
          <w:iCs/>
        </w:rPr>
        <w:t>Click</w:t>
      </w:r>
      <w:r>
        <w:t>.</w:t>
      </w:r>
      <w:r w:rsidR="00EB3016">
        <w:t xml:space="preserve"> </w:t>
      </w:r>
      <w:r>
        <w:t xml:space="preserve">The </w:t>
      </w:r>
      <w:r w:rsidR="009A48B4">
        <w:t xml:space="preserve">Zippo </w:t>
      </w:r>
      <w:r>
        <w:t>flicked open.</w:t>
      </w:r>
    </w:p>
    <w:p w14:paraId="01D91C40" w14:textId="6CCE2A73" w:rsidR="00F91806" w:rsidRDefault="00400041" w:rsidP="004F5CDE">
      <w:r>
        <w:t>Candice raised her handgun, pointing it at Pete. Her eyes darted up—wide. Desperate.</w:t>
      </w:r>
      <w:r>
        <w:br/>
        <w:t>“If he burns this, we lose all the evidence—”</w:t>
      </w:r>
    </w:p>
    <w:p w14:paraId="011D85CA" w14:textId="16BB7598" w:rsidR="00F91806" w:rsidRDefault="00000000" w:rsidP="004F5CDE">
      <w:r w:rsidRPr="008E7B76">
        <w:rPr>
          <w:b/>
          <w:bCs/>
        </w:rPr>
        <w:t>B</w:t>
      </w:r>
      <w:r w:rsidR="00B9156E" w:rsidRPr="008E7B76">
        <w:rPr>
          <w:b/>
          <w:bCs/>
        </w:rPr>
        <w:t>ANG</w:t>
      </w:r>
      <w:r>
        <w:t>.</w:t>
      </w:r>
    </w:p>
    <w:p w14:paraId="5D16EB81" w14:textId="625D46AF" w:rsidR="00F91806" w:rsidRDefault="00000000" w:rsidP="004F5CDE">
      <w:r>
        <w:t>The lighter clattered to the ground.</w:t>
      </w:r>
      <w:r w:rsidR="00E657B0">
        <w:t xml:space="preserve"> </w:t>
      </w:r>
      <w:r>
        <w:t>Pete’s hand jerked violently.</w:t>
      </w:r>
      <w:r w:rsidR="00E657B0">
        <w:t xml:space="preserve"> </w:t>
      </w:r>
      <w:r>
        <w:t>Candice exhaled sharply, lowering her gun.</w:t>
      </w:r>
      <w:r w:rsidR="00B81EFE">
        <w:t xml:space="preserve"> </w:t>
      </w:r>
      <w:r>
        <w:t>This time, the bullet hit dead center.</w:t>
      </w:r>
      <w:r w:rsidR="00E657B0">
        <w:t xml:space="preserve"> </w:t>
      </w:r>
      <w:r>
        <w:t>Pete dropped to his knees, breath ragged.</w:t>
      </w:r>
    </w:p>
    <w:p w14:paraId="53559A4A" w14:textId="1B8E1D31" w:rsidR="00F91806" w:rsidRDefault="00000000" w:rsidP="004F5CDE">
      <w:r>
        <w:t>I stepped forward, heart pounding.</w:t>
      </w:r>
      <w:r w:rsidR="00E657B0">
        <w:t xml:space="preserve"> </w:t>
      </w:r>
      <w:r>
        <w:t>“This is over, Pete.”</w:t>
      </w:r>
    </w:p>
    <w:p w14:paraId="092030D6" w14:textId="58A08DD6" w:rsidR="00F91806" w:rsidRDefault="00000000" w:rsidP="004F5CDE">
      <w:r>
        <w:t>His laughter was wet, guttural.</w:t>
      </w:r>
      <w:r w:rsidR="00B81EFE">
        <w:t xml:space="preserve"> </w:t>
      </w:r>
      <w:r>
        <w:t>Blood bubbled at the corners of his lips.</w:t>
      </w:r>
      <w:r w:rsidR="00B81EFE">
        <w:t xml:space="preserve"> </w:t>
      </w:r>
      <w:r>
        <w:t>“You… think this ends with me?”</w:t>
      </w:r>
    </w:p>
    <w:p w14:paraId="32FE422F" w14:textId="7584250D" w:rsidR="00F91806" w:rsidRDefault="00000000" w:rsidP="004F5CDE">
      <w:r>
        <w:t>Melanie kicked the lighter far out of reach.</w:t>
      </w:r>
      <w:r w:rsidR="00B81EFE">
        <w:t xml:space="preserve"> </w:t>
      </w:r>
      <w:r>
        <w:t>“Tell us everything.”</w:t>
      </w:r>
    </w:p>
    <w:p w14:paraId="5F3DC0A4" w14:textId="12C81906" w:rsidR="00F91806" w:rsidRDefault="00000000" w:rsidP="004F5CDE">
      <w:r>
        <w:t>Pete grinned through the pain.</w:t>
      </w:r>
      <w:r w:rsidR="00B81EFE">
        <w:t xml:space="preserve"> </w:t>
      </w:r>
      <w:r>
        <w:t>“You really… think I was the one running the show?”</w:t>
      </w:r>
    </w:p>
    <w:p w14:paraId="267238C6" w14:textId="4719B30D" w:rsidR="00F91806" w:rsidRDefault="00000000" w:rsidP="004F5CDE">
      <w:r>
        <w:t>A chill slithered down my spine as the sound of police sirens wailed in the distance.</w:t>
      </w:r>
      <w:r w:rsidR="00EB3016">
        <w:t xml:space="preserve"> </w:t>
      </w:r>
      <w:r>
        <w:t>“What the hell are you saying?” I demanded.</w:t>
      </w:r>
    </w:p>
    <w:p w14:paraId="12F390AA" w14:textId="144355DF" w:rsidR="00F91806" w:rsidRDefault="00000000" w:rsidP="004F5CDE">
      <w:r>
        <w:t>Pete coughed, blood spattering onto the concrete.</w:t>
      </w:r>
      <w:r w:rsidR="00B81EFE">
        <w:t xml:space="preserve"> </w:t>
      </w:r>
      <w:r>
        <w:t>“You took down the wrong guy.”</w:t>
      </w:r>
    </w:p>
    <w:p w14:paraId="585FD284" w14:textId="77777777" w:rsidR="00FB1BD9" w:rsidRDefault="00FB1BD9" w:rsidP="004F5CDE"/>
    <w:p w14:paraId="1CCFE0D1" w14:textId="77777777" w:rsidR="00FB1BD9" w:rsidRDefault="00FB1BD9" w:rsidP="004F5CDE"/>
    <w:p w14:paraId="48CEAEB2" w14:textId="77777777" w:rsidR="00F91806" w:rsidRDefault="00000000" w:rsidP="00DA5B2B">
      <w:pPr>
        <w:pStyle w:val="Heading1"/>
      </w:pPr>
      <w:bookmarkStart w:id="85" w:name="_Toc189281376"/>
      <w:r>
        <w:t>Chapter 60: Matthew 10:34–36</w:t>
      </w:r>
      <w:bookmarkEnd w:id="85"/>
    </w:p>
    <w:p w14:paraId="1D19A636" w14:textId="77777777" w:rsidR="00DA5B2B" w:rsidRDefault="00DA5B2B" w:rsidP="004F5CDE"/>
    <w:p w14:paraId="325E6CDE" w14:textId="4167AC87" w:rsidR="00F91806" w:rsidRDefault="00000000" w:rsidP="004F5CDE">
      <w:r>
        <w:t>The sirens faded into the night, swallowed by the suffocating silence of the warehouse.</w:t>
      </w:r>
      <w:r w:rsidR="00E657B0">
        <w:t xml:space="preserve"> </w:t>
      </w:r>
      <w:r>
        <w:t>Apparently, the cops weren’t coming for us—yet.</w:t>
      </w:r>
      <w:r w:rsidR="00E657B0">
        <w:t xml:space="preserve"> </w:t>
      </w:r>
      <w:r>
        <w:t>Pete lay bleeding out on the cold concrete, his breath ragged, his body twitching.</w:t>
      </w:r>
    </w:p>
    <w:p w14:paraId="07557802" w14:textId="63A28C8C" w:rsidR="00F91806" w:rsidRDefault="00400041" w:rsidP="004F5CDE">
      <w:r>
        <w:t>Candice stood over him, expression unreadable, fingers trembling slightly at her sides.</w:t>
      </w:r>
      <w:r w:rsidR="00E657B0">
        <w:t xml:space="preserve"> </w:t>
      </w:r>
      <w:r>
        <w:t>But the blood pooling beneath him?</w:t>
      </w:r>
      <w:r w:rsidR="00B81EFE">
        <w:t xml:space="preserve"> </w:t>
      </w:r>
      <w:r>
        <w:t>That was nothing compared to the weight of his last words.</w:t>
      </w:r>
      <w:r w:rsidR="00B81EFE">
        <w:t xml:space="preserve"> </w:t>
      </w:r>
      <w:r>
        <w:t>"You took down the wrong guy."</w:t>
      </w:r>
    </w:p>
    <w:p w14:paraId="74E99B0C" w14:textId="77777777" w:rsidR="00F91806" w:rsidRDefault="00000000" w:rsidP="004F5CDE">
      <w:r>
        <w:lastRenderedPageBreak/>
        <w:t>A lie? A bluff?</w:t>
      </w:r>
    </w:p>
    <w:p w14:paraId="40EE0FA6" w14:textId="77777777" w:rsidR="00F91806" w:rsidRDefault="00000000" w:rsidP="004F5CDE">
      <w:r>
        <w:t>Or something worse?</w:t>
      </w:r>
    </w:p>
    <w:p w14:paraId="7DD5BC51" w14:textId="36279515" w:rsidR="00F91806" w:rsidRDefault="00000000" w:rsidP="004F5CDE">
      <w:r>
        <w:t>Melanie crouched beside Pete, her gun still trained on him. “Tell us who you were working for.”</w:t>
      </w:r>
      <w:r w:rsidR="00B81EFE">
        <w:t xml:space="preserve"> </w:t>
      </w:r>
      <w:r>
        <w:t>Her voice was sharp. Unforgiving.</w:t>
      </w:r>
    </w:p>
    <w:p w14:paraId="2A688B11" w14:textId="5E5D1320" w:rsidR="00F91806" w:rsidRDefault="00000000" w:rsidP="004F5CDE">
      <w:r>
        <w:t>Pete let out a wet, ugly cough, blood bubbling at the corners of his lips.</w:t>
      </w:r>
      <w:r w:rsidR="00B81EFE">
        <w:t xml:space="preserve"> </w:t>
      </w:r>
      <w:r>
        <w:t>Then, despite the pain, despite the bullet in his gut—he smirked.</w:t>
      </w:r>
      <w:r w:rsidR="00B81EFE">
        <w:t xml:space="preserve"> </w:t>
      </w:r>
      <w:r>
        <w:t>“You still think… I was the boss?”</w:t>
      </w:r>
    </w:p>
    <w:p w14:paraId="6489C9A5" w14:textId="2E74F737" w:rsidR="00F91806" w:rsidRDefault="00400041" w:rsidP="004F5CDE">
      <w:r>
        <w:t>Candice’s grip on her pistol tightened, her breathing sharp and uneven.</w:t>
      </w:r>
      <w:r w:rsidR="00E657B0">
        <w:t xml:space="preserve"> </w:t>
      </w:r>
      <w:r>
        <w:t>“Then who was?”</w:t>
      </w:r>
    </w:p>
    <w:p w14:paraId="53C9EAA4" w14:textId="57551A22" w:rsidR="00F91806" w:rsidRDefault="00000000" w:rsidP="004F5CDE">
      <w:r>
        <w:t>Pete exhaled shakily, his body beginning to tremble from blood loss.</w:t>
      </w:r>
      <w:r w:rsidR="00B81EFE">
        <w:t xml:space="preserve"> </w:t>
      </w:r>
      <w:r>
        <w:t>“I was just… keeping things running,” he muttered. “Cleaning up loose ends.”</w:t>
      </w:r>
      <w:r w:rsidR="00E657B0">
        <w:t xml:space="preserve"> </w:t>
      </w:r>
      <w:r>
        <w:t xml:space="preserve">His glassy, dark eyes flickered toward </w:t>
      </w:r>
      <w:r w:rsidR="00400041">
        <w:t>Candice</w:t>
      </w:r>
      <w:r>
        <w:t>, then to me.</w:t>
      </w:r>
      <w:r w:rsidR="00E657B0">
        <w:t xml:space="preserve"> </w:t>
      </w:r>
      <w:r>
        <w:t>“You think you got the whole story?”</w:t>
      </w:r>
      <w:r w:rsidR="00E657B0">
        <w:t xml:space="preserve"> </w:t>
      </w:r>
      <w:r>
        <w:t>A slow, rattling breath.</w:t>
      </w:r>
      <w:r w:rsidR="00E657B0">
        <w:t xml:space="preserve"> </w:t>
      </w:r>
      <w:r>
        <w:t>“You don’t even know the right damn questions.”</w:t>
      </w:r>
    </w:p>
    <w:p w14:paraId="772E2D8A" w14:textId="689965AD" w:rsidR="00F91806" w:rsidRDefault="00000000" w:rsidP="004F5CDE">
      <w:r>
        <w:t>A sick feeling curled in my stomach.</w:t>
      </w:r>
      <w:r w:rsidR="00E657B0">
        <w:t xml:space="preserve"> </w:t>
      </w:r>
      <w:r>
        <w:t>I swallowed hard. “Then tell us.”</w:t>
      </w:r>
    </w:p>
    <w:p w14:paraId="299131ED" w14:textId="75EFDD9B" w:rsidR="00F91806" w:rsidRDefault="00000000" w:rsidP="004F5CDE">
      <w:r>
        <w:t>Pete’s breath hitched.</w:t>
      </w:r>
      <w:r w:rsidR="00B81EFE">
        <w:t xml:space="preserve"> </w:t>
      </w:r>
      <w:r>
        <w:t>His body shuddered, slowing.</w:t>
      </w:r>
      <w:r w:rsidR="00B81EFE">
        <w:t xml:space="preserve"> </w:t>
      </w:r>
      <w:r>
        <w:t>"Think, kid." His voice dropped to a whisper.</w:t>
      </w:r>
      <w:r w:rsidR="00E657B0">
        <w:t xml:space="preserve"> </w:t>
      </w:r>
      <w:r>
        <w:t>"Why didn’t she ever tell you the truth?"</w:t>
      </w:r>
    </w:p>
    <w:p w14:paraId="0A0B29E7" w14:textId="67AB69A2" w:rsidR="00F91806" w:rsidRDefault="00400041" w:rsidP="004F5CDE">
      <w:r>
        <w:t>Candice froze.</w:t>
      </w:r>
      <w:r w:rsidR="00E657B0">
        <w:t xml:space="preserve"> </w:t>
      </w:r>
      <w:r>
        <w:t>"Who the hell are you talking about?"</w:t>
      </w:r>
    </w:p>
    <w:p w14:paraId="370761A0" w14:textId="3D0FAF46" w:rsidR="00F91806" w:rsidRDefault="00000000" w:rsidP="004F5CDE">
      <w:r>
        <w:t>Pete’s bloodstained lips curled weakly.</w:t>
      </w:r>
      <w:r w:rsidR="00B81EFE">
        <w:t xml:space="preserve"> </w:t>
      </w:r>
      <w:r>
        <w:t>"Your mother."</w:t>
      </w:r>
    </w:p>
    <w:p w14:paraId="735E3BA5" w14:textId="4472BDFB" w:rsidR="00F91806" w:rsidRDefault="00400041" w:rsidP="004F5CDE">
      <w:r>
        <w:t>Candice staggered, like the air had been knocked out of her.</w:t>
      </w:r>
      <w:r w:rsidR="00E657B0">
        <w:t xml:space="preserve"> </w:t>
      </w:r>
      <w:r>
        <w:t>“</w:t>
      </w:r>
      <w:r w:rsidRPr="004D0E62">
        <w:rPr>
          <w:i/>
          <w:iCs/>
        </w:rPr>
        <w:t>Bullshit.</w:t>
      </w:r>
      <w:r>
        <w:t>”</w:t>
      </w:r>
    </w:p>
    <w:p w14:paraId="1410B5C2" w14:textId="5B4D7CC8" w:rsidR="00F91806" w:rsidRPr="00DA5B2B" w:rsidRDefault="00000000" w:rsidP="004F5CDE">
      <w:pPr>
        <w:rPr>
          <w:i/>
          <w:iCs/>
        </w:rPr>
      </w:pPr>
      <w:r>
        <w:t>Pete let out a low, wet chuckle, his body barely holding on.</w:t>
      </w:r>
      <w:r w:rsidR="00B81EFE">
        <w:t xml:space="preserve"> </w:t>
      </w:r>
      <w:r>
        <w:t>His voice dropped to something barely above a breath—</w:t>
      </w:r>
      <w:r w:rsidRPr="00DA5B2B">
        <w:rPr>
          <w:i/>
          <w:iCs/>
        </w:rPr>
        <w:t>“You really think I’m your father?”</w:t>
      </w:r>
    </w:p>
    <w:p w14:paraId="3AB5A478" w14:textId="0176C403" w:rsidR="00F91806" w:rsidRDefault="00400041" w:rsidP="004F5CDE">
      <w:r>
        <w:t>Candice’s breath hitched.</w:t>
      </w:r>
      <w:r w:rsidR="00E657B0">
        <w:t xml:space="preserve"> </w:t>
      </w:r>
      <w:r>
        <w:t>I watched the realization crawl across her face—the moment where denial cracked and doubt slithered in.</w:t>
      </w:r>
      <w:r w:rsidR="00E657B0">
        <w:t xml:space="preserve"> </w:t>
      </w:r>
      <w:r>
        <w:t>Pete gave a final, rattling breath.</w:t>
      </w:r>
      <w:r w:rsidR="00B81EFE">
        <w:t xml:space="preserve"> </w:t>
      </w:r>
      <w:r>
        <w:t>His smirk lingered. Just for a second.</w:t>
      </w:r>
    </w:p>
    <w:p w14:paraId="157B91B3" w14:textId="725C0B8A" w:rsidR="00F91806" w:rsidRDefault="00000000" w:rsidP="004F5CDE">
      <w:r>
        <w:t>Then—stillness.</w:t>
      </w:r>
      <w:r w:rsidR="00E657B0">
        <w:t xml:space="preserve"> </w:t>
      </w:r>
      <w:r>
        <w:t>Silence collapsed around us.</w:t>
      </w:r>
    </w:p>
    <w:p w14:paraId="409146E9" w14:textId="77777777" w:rsidR="00F91806" w:rsidRDefault="00000000" w:rsidP="004F5CDE">
      <w:r>
        <w:t>Tony stepped forward and nudged the body with his boot. A dull, lifeless thump.</w:t>
      </w:r>
    </w:p>
    <w:p w14:paraId="205A2C0B" w14:textId="77777777" w:rsidR="00F91806" w:rsidRDefault="00000000" w:rsidP="004F5CDE">
      <w:r>
        <w:t>Nothing.</w:t>
      </w:r>
    </w:p>
    <w:p w14:paraId="3E585BD7" w14:textId="77777777" w:rsidR="00F91806" w:rsidRDefault="00000000" w:rsidP="004F5CDE">
      <w:r>
        <w:t>He let out a breath. "Yeah, he’s not coming back from that."</w:t>
      </w:r>
    </w:p>
    <w:p w14:paraId="4343F1CC" w14:textId="5141F3C1" w:rsidR="00F91806" w:rsidRDefault="00000000" w:rsidP="004F5CDE">
      <w:r>
        <w:lastRenderedPageBreak/>
        <w:t xml:space="preserve">But </w:t>
      </w:r>
      <w:r w:rsidR="00400041">
        <w:t>Candice</w:t>
      </w:r>
      <w:r>
        <w:t>?</w:t>
      </w:r>
      <w:r w:rsidR="00E657B0">
        <w:t xml:space="preserve"> </w:t>
      </w:r>
      <w:r>
        <w:t>She wasn’t moving.</w:t>
      </w:r>
      <w:r w:rsidR="00E657B0">
        <w:t xml:space="preserve"> </w:t>
      </w:r>
      <w:r>
        <w:t>Her eyes stayed locked on Pete’s corpse, on the blood, on the truth.</w:t>
      </w:r>
      <w:r w:rsidR="00EB3016">
        <w:t xml:space="preserve"> </w:t>
      </w:r>
      <w:r>
        <w:t>Slowly, she turned to me, her voice barely above a whisper.</w:t>
      </w:r>
      <w:r w:rsidR="00EB3016">
        <w:t xml:space="preserve"> </w:t>
      </w:r>
      <w:r>
        <w:t>"If Pete wasn’t my father…"</w:t>
      </w:r>
      <w:r w:rsidR="00E657B0">
        <w:t xml:space="preserve"> </w:t>
      </w:r>
      <w:r>
        <w:t>A sharp inhale.</w:t>
      </w:r>
      <w:r w:rsidR="00E657B0">
        <w:t xml:space="preserve"> </w:t>
      </w:r>
      <w:r>
        <w:t>“…then who the fuck is?"</w:t>
      </w:r>
    </w:p>
    <w:p w14:paraId="47F5F47A" w14:textId="77777777" w:rsidR="00DA5B2B" w:rsidRDefault="00DA5B2B" w:rsidP="004F5CDE"/>
    <w:p w14:paraId="4CBF4FEB" w14:textId="291F128C" w:rsidR="00DA5B2B" w:rsidRPr="00A351D5" w:rsidRDefault="00304FE8" w:rsidP="00325C57">
      <w:pPr>
        <w:jc w:val="center"/>
        <w:rPr>
          <w:color w:val="365F91" w:themeColor="accent1" w:themeShade="BF"/>
        </w:rPr>
      </w:pPr>
      <w:r>
        <w:rPr>
          <w:rFonts w:ascii="Segoe UI Symbol" w:hAnsi="Segoe UI Symbol" w:cs="Segoe UI Symbol"/>
          <w:color w:val="365F91" w:themeColor="accent1" w:themeShade="BF"/>
        </w:rPr>
        <w:t>♞♛♞</w:t>
      </w:r>
    </w:p>
    <w:p w14:paraId="209FEA57" w14:textId="77777777" w:rsidR="00F91806" w:rsidRDefault="00F91806" w:rsidP="004F5CDE"/>
    <w:p w14:paraId="07587F91" w14:textId="77777777" w:rsidR="00C4717B" w:rsidRDefault="00400041" w:rsidP="00C4717B">
      <w:r>
        <w:t>Candice’s gun slipped from her grip, clattering against the concrete.</w:t>
      </w:r>
      <w:r w:rsidR="00C4717B">
        <w:t xml:space="preserve"> </w:t>
      </w:r>
      <w:r>
        <w:t>She didn’t even seem to notice.</w:t>
      </w:r>
      <w:r w:rsidR="00C4717B">
        <w:t xml:space="preserve"> </w:t>
      </w:r>
      <w:r>
        <w:t>Her fists curled and uncurled at her sides, nails pressing into her palms.</w:t>
      </w:r>
      <w:r w:rsidR="00C4717B">
        <w:t xml:space="preserve"> She looked wrecked. Like the world had reshaped itself in a way she wasn’t ready for.</w:t>
      </w:r>
    </w:p>
    <w:p w14:paraId="4E8CEB37" w14:textId="1C648022" w:rsidR="00F91806" w:rsidRDefault="00000000" w:rsidP="004F5CDE">
      <w:r>
        <w:t>Pete’s words still lingered in the air, thick as smoke.</w:t>
      </w:r>
      <w:r w:rsidR="00C4717B">
        <w:t xml:space="preserve"> </w:t>
      </w:r>
      <w:r>
        <w:t>"</w:t>
      </w:r>
      <w:r w:rsidRPr="00E33A35">
        <w:rPr>
          <w:i/>
          <w:iCs/>
        </w:rPr>
        <w:t>You think I’m your father?</w:t>
      </w:r>
      <w:r>
        <w:t>"</w:t>
      </w:r>
    </w:p>
    <w:p w14:paraId="45B1BC90" w14:textId="57A18C6E" w:rsidR="00F91806" w:rsidRDefault="00000000" w:rsidP="004F5CDE">
      <w:r>
        <w:t>Melanie stepped forward cautiously.</w:t>
      </w:r>
      <w:r w:rsidR="00EB3016">
        <w:t xml:space="preserve"> </w:t>
      </w:r>
      <w:r>
        <w:t>“</w:t>
      </w:r>
      <w:r w:rsidR="00400041">
        <w:t>Candice</w:t>
      </w:r>
      <w:r>
        <w:t>, you don’t have to do this right now. You’re in shock.”</w:t>
      </w:r>
    </w:p>
    <w:p w14:paraId="31648BDC" w14:textId="28056E1B" w:rsidR="00F91806" w:rsidRDefault="00400041" w:rsidP="004F5CDE">
      <w:r>
        <w:t>Candice didn’t move. Didn’t even blink.</w:t>
      </w:r>
      <w:r w:rsidR="001B59B3">
        <w:t xml:space="preserve"> </w:t>
      </w:r>
      <w:r>
        <w:t>Her body was coiled tight, like a machine running on pure adrenaline and rage.</w:t>
      </w:r>
      <w:r w:rsidR="001B59B3">
        <w:t xml:space="preserve"> </w:t>
      </w:r>
      <w:r>
        <w:t>Then—abruptly—she exhaled</w:t>
      </w:r>
      <w:r w:rsidR="001B59B3">
        <w:t xml:space="preserve"> and </w:t>
      </w:r>
      <w:r>
        <w:t>turned on her heel.</w:t>
      </w:r>
      <w:r w:rsidR="00EB3016">
        <w:t xml:space="preserve"> </w:t>
      </w:r>
      <w:r>
        <w:t>"I need to go."</w:t>
      </w:r>
    </w:p>
    <w:p w14:paraId="79564944" w14:textId="77777777" w:rsidR="00F91806" w:rsidRDefault="00000000" w:rsidP="004F5CDE">
      <w:r>
        <w:t>I reached for her. “Wait—”</w:t>
      </w:r>
    </w:p>
    <w:p w14:paraId="7E45A771" w14:textId="77777777" w:rsidR="00F91806" w:rsidRDefault="00000000" w:rsidP="004F5CDE">
      <w:r>
        <w:t>She was already moving.</w:t>
      </w:r>
    </w:p>
    <w:p w14:paraId="51359010" w14:textId="77777777" w:rsidR="00F91806" w:rsidRDefault="00000000" w:rsidP="004F5CDE">
      <w:r>
        <w:t>Melanie shook her head.</w:t>
      </w:r>
    </w:p>
    <w:p w14:paraId="0EE492F4" w14:textId="77777777" w:rsidR="00F91806" w:rsidRDefault="00000000" w:rsidP="004F5CDE">
      <w:r>
        <w:t>"Let her go."</w:t>
      </w:r>
    </w:p>
    <w:p w14:paraId="71E645A6" w14:textId="77777777" w:rsidR="00F91806" w:rsidRDefault="00000000" w:rsidP="004F5CDE">
      <w:r>
        <w:t>“But she—”</w:t>
      </w:r>
    </w:p>
    <w:p w14:paraId="1AD70F3E" w14:textId="0F078448" w:rsidR="00F91806" w:rsidRDefault="00000000" w:rsidP="004F5CDE">
      <w:r>
        <w:t>Melanie’s gaze darkened.</w:t>
      </w:r>
      <w:r w:rsidR="00EB3016">
        <w:t xml:space="preserve"> </w:t>
      </w:r>
      <w:r>
        <w:t>“She’s not running.”</w:t>
      </w:r>
      <w:r w:rsidR="00843E2C">
        <w:t xml:space="preserve"> </w:t>
      </w:r>
      <w:r>
        <w:t>Her voice was firm. Unshaken. Almost approving.</w:t>
      </w:r>
      <w:r w:rsidR="00843E2C">
        <w:t xml:space="preserve"> </w:t>
      </w:r>
      <w:r>
        <w:t>A pause.</w:t>
      </w:r>
      <w:r w:rsidR="00843E2C">
        <w:t xml:space="preserve"> </w:t>
      </w:r>
      <w:r>
        <w:t>Then—</w:t>
      </w:r>
      <w:r w:rsidR="00843E2C">
        <w:t xml:space="preserve"> </w:t>
      </w:r>
      <w:r>
        <w:t>“She’s hunting.”</w:t>
      </w:r>
    </w:p>
    <w:p w14:paraId="3E1DC7AC" w14:textId="77777777" w:rsidR="00FB1BD9" w:rsidRDefault="00FB1BD9" w:rsidP="004F5CDE"/>
    <w:p w14:paraId="3D0E60A6" w14:textId="77777777" w:rsidR="00FB1BD9" w:rsidRDefault="00FB1BD9" w:rsidP="004F5CDE"/>
    <w:p w14:paraId="42D95A13" w14:textId="77777777" w:rsidR="00F91806" w:rsidRDefault="00000000" w:rsidP="00DA5B2B">
      <w:pPr>
        <w:pStyle w:val="Heading1"/>
      </w:pPr>
      <w:bookmarkStart w:id="86" w:name="_Toc189281377"/>
      <w:r>
        <w:t>Chapter 61: Not My Father’s Daughter</w:t>
      </w:r>
      <w:bookmarkEnd w:id="86"/>
    </w:p>
    <w:p w14:paraId="599F1456" w14:textId="77777777" w:rsidR="00DA5B2B" w:rsidRDefault="00DA5B2B" w:rsidP="004F5CDE"/>
    <w:p w14:paraId="276154EF" w14:textId="375EC573" w:rsidR="00F91806" w:rsidRDefault="00DA5B2B" w:rsidP="004F5CDE">
      <w:r>
        <w:lastRenderedPageBreak/>
        <w:t xml:space="preserve">Candice took off in my car, </w:t>
      </w:r>
      <w:r w:rsidR="008750F0">
        <w:t>presumably not realizing she was stranding us. W</w:t>
      </w:r>
      <w:r>
        <w:t>e had no choice but to take Pete’s car back to my place. Exhausted, Tony, Melanie, and I dragged ourselves up the steps to my apartment.</w:t>
      </w:r>
    </w:p>
    <w:p w14:paraId="5C0419FB" w14:textId="0C7F5448" w:rsidR="00F91806" w:rsidRDefault="009A48B4" w:rsidP="004F5CDE">
      <w:r>
        <w:t xml:space="preserve">Eventually I fell into a light, unsettling </w:t>
      </w:r>
      <w:r w:rsidR="00000000">
        <w:t>sle</w:t>
      </w:r>
      <w:r>
        <w:t>e</w:t>
      </w:r>
      <w:r w:rsidR="00000000">
        <w:t>p.</w:t>
      </w:r>
    </w:p>
    <w:p w14:paraId="468E7CF5" w14:textId="20D7CEA9" w:rsidR="00F91806" w:rsidRDefault="00000000" w:rsidP="004F5CDE">
      <w:r>
        <w:t>By the time my phone blasted me awake at 2 A.M., I was still half-conscious. Half-expecting something to happen.</w:t>
      </w:r>
      <w:r w:rsidR="00843E2C">
        <w:t xml:space="preserve"> </w:t>
      </w:r>
      <w:r>
        <w:t>Then—</w:t>
      </w:r>
      <w:r w:rsidR="00400041">
        <w:t>Candice</w:t>
      </w:r>
      <w:r>
        <w:t>’s name flashed across the screen.</w:t>
      </w:r>
      <w:r w:rsidR="00843E2C">
        <w:t xml:space="preserve"> </w:t>
      </w:r>
      <w:r>
        <w:t>I bolted upright. “</w:t>
      </w:r>
      <w:r w:rsidR="00400041">
        <w:t>Candice</w:t>
      </w:r>
      <w:r>
        <w:t>?”</w:t>
      </w:r>
    </w:p>
    <w:p w14:paraId="72CBDE35" w14:textId="5AD6E689" w:rsidR="00F91806" w:rsidRDefault="00000000" w:rsidP="004F5CDE">
      <w:r>
        <w:t>She didn’t waste time.</w:t>
      </w:r>
      <w:r w:rsidR="00E25C08">
        <w:t xml:space="preserve"> </w:t>
      </w:r>
      <w:r>
        <w:t>"I found something."</w:t>
      </w:r>
    </w:p>
    <w:p w14:paraId="12188C38" w14:textId="77777777" w:rsidR="00F91806" w:rsidRDefault="00000000" w:rsidP="004F5CDE">
      <w:r>
        <w:t>My stomach flipped. “Where are you?”</w:t>
      </w:r>
    </w:p>
    <w:p w14:paraId="5F00AD02" w14:textId="7AE3EA98" w:rsidR="00F91806" w:rsidRDefault="00000000" w:rsidP="004F5CDE">
      <w:r>
        <w:t>A pause. Then—</w:t>
      </w:r>
      <w:r w:rsidR="00A86C3B">
        <w:t xml:space="preserve"> </w:t>
      </w:r>
      <w:r>
        <w:t>“My mom’s storage unit.”</w:t>
      </w:r>
    </w:p>
    <w:p w14:paraId="0D862713" w14:textId="02CDBBD6" w:rsidR="00F91806" w:rsidRDefault="00000000" w:rsidP="004F5CDE">
      <w:r>
        <w:t>The address popped up on my screen.</w:t>
      </w:r>
      <w:r w:rsidR="00E25C08">
        <w:t xml:space="preserve"> </w:t>
      </w:r>
      <w:r>
        <w:t>My pulse roared in my ears. “Alone?”</w:t>
      </w:r>
    </w:p>
    <w:p w14:paraId="6E95BBB9" w14:textId="77777777" w:rsidR="00F91806" w:rsidRDefault="00000000" w:rsidP="004F5CDE">
      <w:r>
        <w:t>“Just get here.”</w:t>
      </w:r>
    </w:p>
    <w:p w14:paraId="014F8E6A" w14:textId="77777777" w:rsidR="00F91806" w:rsidRDefault="00000000" w:rsidP="004F5CDE">
      <w:r>
        <w:t>Click.</w:t>
      </w:r>
    </w:p>
    <w:p w14:paraId="641722B1" w14:textId="121FEEEE" w:rsidR="00F91806" w:rsidRDefault="00000000" w:rsidP="004F5CDE">
      <w:r>
        <w:t xml:space="preserve">Melanie was </w:t>
      </w:r>
      <w:r w:rsidR="00A86C3B">
        <w:t>now</w:t>
      </w:r>
      <w:r>
        <w:t xml:space="preserve"> sitting up beside me. “What is it?!”</w:t>
      </w:r>
      <w:r w:rsidR="00843E2C">
        <w:t xml:space="preserve"> </w:t>
      </w:r>
    </w:p>
    <w:p w14:paraId="669AC441" w14:textId="26DEEE97" w:rsidR="00F91806" w:rsidRDefault="00A86C3B" w:rsidP="004F5CDE">
      <w:r>
        <w:t>Throwing on my shoes, I answered: “She found something. Wake up Tony.”</w:t>
      </w:r>
    </w:p>
    <w:p w14:paraId="5E72EA97" w14:textId="0C944A9E" w:rsidR="00F91806" w:rsidRDefault="00000000" w:rsidP="004F5CDE">
      <w:r>
        <w:t>Tony, half-asleep and still bleeding through his bandages, groaned from the couch.</w:t>
      </w:r>
      <w:r w:rsidR="00843E2C">
        <w:t xml:space="preserve"> </w:t>
      </w:r>
      <w:r>
        <w:t>“Unless we just won the lottery, I swear to god—”</w:t>
      </w:r>
    </w:p>
    <w:p w14:paraId="537843ED" w14:textId="6F05D96C" w:rsidR="00F91806" w:rsidRDefault="00000000" w:rsidP="004F5CDE">
      <w:r>
        <w:t>“</w:t>
      </w:r>
      <w:r w:rsidR="00400041">
        <w:t>Candice</w:t>
      </w:r>
      <w:r>
        <w:t xml:space="preserve"> is at her mom’s storage unit. She found something.”</w:t>
      </w:r>
      <w:r w:rsidR="00843E2C">
        <w:t xml:space="preserve"> </w:t>
      </w:r>
      <w:r>
        <w:t>That woke him up.</w:t>
      </w:r>
    </w:p>
    <w:p w14:paraId="60508334" w14:textId="77777777" w:rsidR="008750F0" w:rsidRDefault="008750F0" w:rsidP="004F5CDE"/>
    <w:p w14:paraId="739360F3" w14:textId="20E6E9BD" w:rsidR="008750F0" w:rsidRPr="00A351D5" w:rsidRDefault="00304FE8" w:rsidP="00325C57">
      <w:pPr>
        <w:jc w:val="center"/>
        <w:rPr>
          <w:color w:val="365F91" w:themeColor="accent1" w:themeShade="BF"/>
        </w:rPr>
      </w:pPr>
      <w:r>
        <w:rPr>
          <w:rFonts w:ascii="Segoe UI Symbol" w:hAnsi="Segoe UI Symbol" w:cs="Segoe UI Symbol"/>
          <w:color w:val="365F91" w:themeColor="accent1" w:themeShade="BF"/>
        </w:rPr>
        <w:t>♞♛♞</w:t>
      </w:r>
    </w:p>
    <w:p w14:paraId="47D2B83C" w14:textId="77777777" w:rsidR="00F91806" w:rsidRDefault="00F91806" w:rsidP="004F5CDE"/>
    <w:p w14:paraId="1CADF549" w14:textId="5075F85C" w:rsidR="00F91806" w:rsidRDefault="00000000" w:rsidP="004F5CDE">
      <w:r>
        <w:t>The facility was silent. Dimly lit.</w:t>
      </w:r>
      <w:r w:rsidR="008900BB">
        <w:t xml:space="preserve"> </w:t>
      </w:r>
      <w:r>
        <w:t>The kind of place where secrets didn’t just get hidden—they got buried.</w:t>
      </w:r>
      <w:r w:rsidR="00843E2C">
        <w:t xml:space="preserve"> </w:t>
      </w:r>
      <w:r w:rsidR="00400041">
        <w:t>Candice stood rigid in front of an open unit.</w:t>
      </w:r>
      <w:r w:rsidR="00843E2C">
        <w:t xml:space="preserve"> </w:t>
      </w:r>
      <w:r>
        <w:t>Inside?</w:t>
      </w:r>
      <w:r w:rsidR="00843E2C">
        <w:t xml:space="preserve"> </w:t>
      </w:r>
      <w:r>
        <w:t>Just one box.</w:t>
      </w:r>
      <w:r w:rsidR="0004208C">
        <w:t xml:space="preserve"> </w:t>
      </w:r>
      <w:r>
        <w:t>Not dozens. Not stacks of hidden files.</w:t>
      </w:r>
      <w:r w:rsidR="0004208C">
        <w:t xml:space="preserve"> </w:t>
      </w:r>
      <w:r>
        <w:t>Just one.</w:t>
      </w:r>
    </w:p>
    <w:p w14:paraId="16060A67" w14:textId="7E0EE758" w:rsidR="00F91806" w:rsidRDefault="00000000" w:rsidP="004F5CDE">
      <w:r>
        <w:t>She stared at it like it might swallow her whole.</w:t>
      </w:r>
      <w:r w:rsidR="0004208C">
        <w:t xml:space="preserve"> </w:t>
      </w:r>
      <w:r>
        <w:t>“I was expecting more,” she muttered, almost to herself. “But I guess… this is it.”</w:t>
      </w:r>
      <w:r w:rsidR="0004208C">
        <w:t xml:space="preserve"> </w:t>
      </w:r>
      <w:r>
        <w:t>She crouched, fingers tracing the edges of the faded cardboard.</w:t>
      </w:r>
      <w:r w:rsidR="00843E2C">
        <w:t xml:space="preserve"> </w:t>
      </w:r>
      <w:r>
        <w:t>Like she needed to touch the truth before saying it out loud.</w:t>
      </w:r>
      <w:r w:rsidR="0004208C">
        <w:t xml:space="preserve"> </w:t>
      </w:r>
      <w:r>
        <w:t>Then—</w:t>
      </w:r>
      <w:r>
        <w:lastRenderedPageBreak/>
        <w:t>without looking at me—She pulled out an envelope.</w:t>
      </w:r>
      <w:r w:rsidR="0004208C">
        <w:t xml:space="preserve"> </w:t>
      </w:r>
      <w:r>
        <w:t>Held it out like she was handing me a live grenade.</w:t>
      </w:r>
    </w:p>
    <w:p w14:paraId="254E5458" w14:textId="23F4DC8B" w:rsidR="00F91806" w:rsidRDefault="00000000" w:rsidP="004F5CDE">
      <w:r>
        <w:t>I took it carefully, fingers brushing against brittle, aged paper.</w:t>
      </w:r>
      <w:r w:rsidR="0004208C">
        <w:t xml:space="preserve"> </w:t>
      </w:r>
      <w:r>
        <w:t>And when I turned it over—I froze.</w:t>
      </w:r>
      <w:r w:rsidR="00843E2C">
        <w:t xml:space="preserve"> </w:t>
      </w:r>
      <w:r>
        <w:t>Because written in faded ink, in handwriting I didn’t recognize, was a name.</w:t>
      </w:r>
      <w:r w:rsidR="0004208C">
        <w:t xml:space="preserve"> </w:t>
      </w:r>
      <w:r>
        <w:t>A name I had never heard before.</w:t>
      </w:r>
      <w:r w:rsidR="0004208C">
        <w:t xml:space="preserve"> </w:t>
      </w:r>
      <w:r>
        <w:t xml:space="preserve">A name </w:t>
      </w:r>
      <w:r w:rsidR="00400041">
        <w:t>Candice</w:t>
      </w:r>
      <w:r>
        <w:t xml:space="preserve"> had clearly been dreading.</w:t>
      </w:r>
    </w:p>
    <w:p w14:paraId="4906730F" w14:textId="77777777" w:rsidR="00F91806" w:rsidRDefault="00000000" w:rsidP="004F5CDE">
      <w:r>
        <w:t>I swallowed hard. “Who the fuck is Brent Cross?”</w:t>
      </w:r>
    </w:p>
    <w:p w14:paraId="12EB0C70" w14:textId="3856663C" w:rsidR="00F91806" w:rsidRDefault="00400041" w:rsidP="004F5CDE">
      <w:r>
        <w:t>Candice closed her eyes.</w:t>
      </w:r>
      <w:r w:rsidR="00E25C08">
        <w:t xml:space="preserve"> </w:t>
      </w:r>
      <w:r>
        <w:t>Then, barely above a whisper—</w:t>
      </w:r>
    </w:p>
    <w:p w14:paraId="5E48E041" w14:textId="77777777" w:rsidR="00F91806" w:rsidRDefault="00000000" w:rsidP="004F5CDE">
      <w:r>
        <w:t>"My real father."</w:t>
      </w:r>
    </w:p>
    <w:p w14:paraId="16F65060" w14:textId="77777777" w:rsidR="008750F0" w:rsidRDefault="008750F0" w:rsidP="004F5CDE"/>
    <w:p w14:paraId="39E74258" w14:textId="3A9BBC6F" w:rsidR="008750F0" w:rsidRPr="00A351D5" w:rsidRDefault="00304FE8" w:rsidP="00325C57">
      <w:pPr>
        <w:jc w:val="center"/>
        <w:rPr>
          <w:color w:val="365F91" w:themeColor="accent1" w:themeShade="BF"/>
        </w:rPr>
      </w:pPr>
      <w:r>
        <w:rPr>
          <w:rFonts w:ascii="Segoe UI Symbol" w:hAnsi="Segoe UI Symbol" w:cs="Segoe UI Symbol"/>
          <w:color w:val="365F91" w:themeColor="accent1" w:themeShade="BF"/>
        </w:rPr>
        <w:t>♞♛♞</w:t>
      </w:r>
    </w:p>
    <w:p w14:paraId="2CD006F7" w14:textId="77777777" w:rsidR="00F91806" w:rsidRDefault="00F91806" w:rsidP="004F5CDE"/>
    <w:p w14:paraId="0A3BD28D" w14:textId="09C104CA" w:rsidR="00F91806" w:rsidRDefault="00000000" w:rsidP="004F5CDE">
      <w:r>
        <w:t>The breath left my lungs.</w:t>
      </w:r>
      <w:r w:rsidR="0004208C">
        <w:t xml:space="preserve"> </w:t>
      </w:r>
      <w:r>
        <w:t>I turned the envelope over again, but it still felt foreign. Unreal.</w:t>
      </w:r>
      <w:r w:rsidR="00843E2C">
        <w:t xml:space="preserve"> </w:t>
      </w:r>
      <w:r>
        <w:t>Melanie was the first to break the silence. “</w:t>
      </w:r>
      <w:r w:rsidR="00400041">
        <w:t>Candice</w:t>
      </w:r>
      <w:r>
        <w:t>. Who is he?”</w:t>
      </w:r>
      <w:r w:rsidR="00843E2C">
        <w:t xml:space="preserve"> </w:t>
      </w:r>
      <w:r w:rsidR="00400041">
        <w:t>Candice didn’t answer.</w:t>
      </w:r>
      <w:r w:rsidR="00843E2C">
        <w:t xml:space="preserve"> </w:t>
      </w:r>
      <w:r>
        <w:t>Instead, she reached into the box—</w:t>
      </w:r>
      <w:r w:rsidR="0004208C">
        <w:t xml:space="preserve"> p</w:t>
      </w:r>
      <w:r>
        <w:t>ulling out more.</w:t>
      </w:r>
    </w:p>
    <w:p w14:paraId="34091901" w14:textId="77777777" w:rsidR="00F91806" w:rsidRDefault="00000000" w:rsidP="004F5CDE">
      <w:r>
        <w:t>An old passport.</w:t>
      </w:r>
    </w:p>
    <w:p w14:paraId="5C111487" w14:textId="77777777" w:rsidR="00F91806" w:rsidRDefault="00000000" w:rsidP="004F5CDE">
      <w:r>
        <w:t>A birth certificate.</w:t>
      </w:r>
    </w:p>
    <w:p w14:paraId="164D5EBB" w14:textId="77777777" w:rsidR="00F91806" w:rsidRDefault="00000000" w:rsidP="004F5CDE">
      <w:r>
        <w:t>A few grainy, faded photos.</w:t>
      </w:r>
    </w:p>
    <w:p w14:paraId="7754E25C" w14:textId="1C42A24D" w:rsidR="00F91806" w:rsidRDefault="00000000" w:rsidP="004F5CDE">
      <w:r>
        <w:t>And then—at the very bottom—something heavier.</w:t>
      </w:r>
      <w:r w:rsidR="0004208C">
        <w:t xml:space="preserve"> </w:t>
      </w:r>
      <w:r>
        <w:t xml:space="preserve">Something that made </w:t>
      </w:r>
      <w:r w:rsidR="00400041">
        <w:t>Candice</w:t>
      </w:r>
      <w:r>
        <w:t xml:space="preserve"> stop.</w:t>
      </w:r>
      <w:r w:rsidR="00843E2C">
        <w:t xml:space="preserve"> </w:t>
      </w:r>
      <w:r>
        <w:t>A cassette tape.</w:t>
      </w:r>
      <w:r w:rsidR="00843E2C">
        <w:t xml:space="preserve"> </w:t>
      </w:r>
      <w:r>
        <w:t>The kind no one had used in decades.</w:t>
      </w:r>
      <w:r w:rsidR="00843E2C">
        <w:t xml:space="preserve"> </w:t>
      </w:r>
      <w:r>
        <w:t>It had been labeled in her mother’s handwriting.</w:t>
      </w:r>
      <w:r w:rsidR="00E25C08">
        <w:t xml:space="preserve"> </w:t>
      </w:r>
      <w:r>
        <w:t xml:space="preserve">"FOR </w:t>
      </w:r>
      <w:r w:rsidR="00400041">
        <w:t>CANDICE</w:t>
      </w:r>
      <w:r>
        <w:t>—WHEN SHE</w:t>
      </w:r>
      <w:r w:rsidR="00E25C08">
        <w:t xml:space="preserve"> I</w:t>
      </w:r>
      <w:r>
        <w:t>S READY."</w:t>
      </w:r>
    </w:p>
    <w:p w14:paraId="6FBB6807" w14:textId="77777777" w:rsidR="008750F0" w:rsidRDefault="008750F0" w:rsidP="004F5CDE"/>
    <w:p w14:paraId="02762262" w14:textId="15555B2D" w:rsidR="008750F0" w:rsidRPr="00A351D5" w:rsidRDefault="00304FE8" w:rsidP="00325C57">
      <w:pPr>
        <w:jc w:val="center"/>
        <w:rPr>
          <w:color w:val="365F91" w:themeColor="accent1" w:themeShade="BF"/>
        </w:rPr>
      </w:pPr>
      <w:r>
        <w:rPr>
          <w:rFonts w:ascii="Segoe UI Symbol" w:hAnsi="Segoe UI Symbol" w:cs="Segoe UI Symbol"/>
          <w:color w:val="365F91" w:themeColor="accent1" w:themeShade="BF"/>
        </w:rPr>
        <w:t>♞♛♞</w:t>
      </w:r>
    </w:p>
    <w:p w14:paraId="0E7CE5F3" w14:textId="77777777" w:rsidR="00F91806" w:rsidRDefault="00F91806" w:rsidP="004F5CDE"/>
    <w:p w14:paraId="2A7E2F75" w14:textId="77777777" w:rsidR="00843E2C" w:rsidRDefault="00000000" w:rsidP="004F5CDE">
      <w:r>
        <w:t>My throat went dry.</w:t>
      </w:r>
      <w:r w:rsidR="0004208C">
        <w:t xml:space="preserve"> </w:t>
      </w:r>
      <w:r>
        <w:t>“</w:t>
      </w:r>
      <w:r w:rsidR="00400041">
        <w:t>Candice</w:t>
      </w:r>
      <w:r>
        <w:t>…” I whispered.</w:t>
      </w:r>
      <w:r w:rsidR="00843E2C">
        <w:t xml:space="preserve"> </w:t>
      </w:r>
      <w:r>
        <w:t>Her hands shook around the tape.</w:t>
      </w:r>
      <w:r w:rsidR="00843E2C">
        <w:t xml:space="preserve"> </w:t>
      </w:r>
      <w:r>
        <w:t>Melanie pulled out her phone. “Does anyone under forty own a cassette player?”</w:t>
      </w:r>
      <w:r w:rsidR="00843E2C">
        <w:t xml:space="preserve"> </w:t>
      </w:r>
    </w:p>
    <w:p w14:paraId="38637EAB" w14:textId="6B63BF17" w:rsidR="00F91806" w:rsidRDefault="00000000" w:rsidP="004F5CDE">
      <w:r>
        <w:lastRenderedPageBreak/>
        <w:t>No one answered.</w:t>
      </w:r>
      <w:r w:rsidR="00843E2C">
        <w:t xml:space="preserve"> </w:t>
      </w:r>
      <w:r>
        <w:t xml:space="preserve">Because </w:t>
      </w:r>
      <w:r w:rsidR="00400041">
        <w:t>Candice</w:t>
      </w:r>
      <w:r>
        <w:t xml:space="preserve"> was already on her feet.</w:t>
      </w:r>
      <w:r w:rsidR="0004208C">
        <w:t xml:space="preserve"> </w:t>
      </w:r>
      <w:r>
        <w:t>Eyes burning.</w:t>
      </w:r>
      <w:r w:rsidR="0004208C">
        <w:t xml:space="preserve"> </w:t>
      </w:r>
      <w:r>
        <w:t>Jaw clenched.</w:t>
      </w:r>
      <w:r w:rsidR="00E25C08">
        <w:t xml:space="preserve"> </w:t>
      </w:r>
      <w:r>
        <w:t>“I know where to find one.”</w:t>
      </w:r>
      <w:r w:rsidR="009A48B4">
        <w:t xml:space="preserve"> </w:t>
      </w:r>
      <w:r>
        <w:t>She gripped the tape like it might disappear.</w:t>
      </w:r>
      <w:r w:rsidR="00843E2C">
        <w:t xml:space="preserve"> </w:t>
      </w:r>
      <w:r>
        <w:t>Then—without looking back—</w:t>
      </w:r>
      <w:r w:rsidR="0004208C">
        <w:t xml:space="preserve"> </w:t>
      </w:r>
      <w:r>
        <w:t>“Let’s go. But first, we make a stop.”</w:t>
      </w:r>
    </w:p>
    <w:p w14:paraId="20B7680C" w14:textId="77777777" w:rsidR="008750F0" w:rsidRDefault="008750F0" w:rsidP="004F5CDE"/>
    <w:p w14:paraId="5BFF2B0E" w14:textId="77777777" w:rsidR="00F91806" w:rsidRDefault="00F91806" w:rsidP="004F5CDE"/>
    <w:p w14:paraId="6723961E" w14:textId="77777777" w:rsidR="00F91806" w:rsidRDefault="00000000" w:rsidP="0065615D">
      <w:pPr>
        <w:pStyle w:val="Heading1"/>
      </w:pPr>
      <w:bookmarkStart w:id="87" w:name="_Toc189281378"/>
      <w:r>
        <w:t>Chapter 62: Crossfire</w:t>
      </w:r>
      <w:bookmarkEnd w:id="87"/>
    </w:p>
    <w:p w14:paraId="3BDCDF92" w14:textId="77777777" w:rsidR="0065615D" w:rsidRPr="0065615D" w:rsidRDefault="0065615D" w:rsidP="0065615D"/>
    <w:p w14:paraId="33B842D6" w14:textId="4C57AC49" w:rsidR="00F91806" w:rsidRDefault="00000000" w:rsidP="004F5CDE">
      <w:r>
        <w:t xml:space="preserve">The moment </w:t>
      </w:r>
      <w:r w:rsidR="00400041">
        <w:t>Candice</w:t>
      </w:r>
      <w:r>
        <w:t xml:space="preserve"> slammed the car door shut, I knew there was no turning back.</w:t>
      </w:r>
      <w:r w:rsidR="00843E2C">
        <w:t xml:space="preserve"> </w:t>
      </w:r>
      <w:r>
        <w:t>Twenty minutes later, we stood in front of The Nine, a high-rise apartment complex that screamed money, power, and untouchable privilege—the kind of place where men like Brent Cross could operate in the shadows.</w:t>
      </w:r>
    </w:p>
    <w:p w14:paraId="0363E8DB" w14:textId="776AE1AA" w:rsidR="00F91806" w:rsidRDefault="00400041" w:rsidP="004F5CDE">
      <w:r>
        <w:t>Candice exhaled sharply, running a hand through her tangled hair.</w:t>
      </w:r>
      <w:r w:rsidR="00843E2C">
        <w:t xml:space="preserve"> </w:t>
      </w:r>
      <w:r>
        <w:t>“This is it.”</w:t>
      </w:r>
    </w:p>
    <w:p w14:paraId="3D87E10A" w14:textId="34B3F4F3" w:rsidR="00F91806" w:rsidRDefault="00000000" w:rsidP="004F5CDE">
      <w:r>
        <w:t>Melanie checked her gun, giving me a look that said we’re past the point of no return.</w:t>
      </w:r>
      <w:r w:rsidR="00843E2C">
        <w:t xml:space="preserve"> </w:t>
      </w:r>
      <w:r>
        <w:t>Tony, still bandaged but too stubborn to stay behind, rolled his shoulder with a wince. "You sure about this?"</w:t>
      </w:r>
    </w:p>
    <w:p w14:paraId="7D250805" w14:textId="103669D9" w:rsidR="00F91806" w:rsidRDefault="00400041" w:rsidP="004F5CDE">
      <w:r>
        <w:t>Candice didn’t answer.</w:t>
      </w:r>
      <w:r w:rsidR="0004208C">
        <w:t xml:space="preserve"> </w:t>
      </w:r>
      <w:r>
        <w:t>Instead she pulled a folded slip of paper from her pocket.</w:t>
      </w:r>
      <w:r w:rsidR="00843E2C">
        <w:t xml:space="preserve"> </w:t>
      </w:r>
      <w:r>
        <w:t>I frowned. "What’s that?"</w:t>
      </w:r>
    </w:p>
    <w:p w14:paraId="10B19464" w14:textId="77777777" w:rsidR="00F91806" w:rsidRDefault="00000000" w:rsidP="004F5CDE">
      <w:r>
        <w:t>She smirked, but there was no humor in it. "The security code."</w:t>
      </w:r>
    </w:p>
    <w:p w14:paraId="07967B73" w14:textId="77777777" w:rsidR="00F91806" w:rsidRDefault="00000000" w:rsidP="004F5CDE">
      <w:r>
        <w:t>Melanie’s brows lifted. “Where the hell did you—”</w:t>
      </w:r>
    </w:p>
    <w:p w14:paraId="71C8634E" w14:textId="6D9AB6CD" w:rsidR="00F91806" w:rsidRDefault="00400041" w:rsidP="004F5CDE">
      <w:r>
        <w:t>Candice cut her off. “You think Tony’s the only one with guys?”</w:t>
      </w:r>
      <w:r w:rsidR="00843E2C">
        <w:t xml:space="preserve"> </w:t>
      </w:r>
      <w:r>
        <w:t>I didn’t know whether to be impressed or terrified.</w:t>
      </w:r>
      <w:r w:rsidR="0004208C">
        <w:t xml:space="preserve"> </w:t>
      </w:r>
      <w:r>
        <w:t>But the moment she entered the code, the elevator doors slid open, and we stepped inside.</w:t>
      </w:r>
    </w:p>
    <w:p w14:paraId="738C0DAF" w14:textId="77777777" w:rsidR="0065615D" w:rsidRDefault="0065615D" w:rsidP="004F5CDE"/>
    <w:p w14:paraId="3D731B3F" w14:textId="77777777" w:rsidR="00F91806" w:rsidRDefault="00000000" w:rsidP="0065615D">
      <w:pPr>
        <w:pStyle w:val="Heading2"/>
      </w:pPr>
      <w:bookmarkStart w:id="88" w:name="_Toc189281379"/>
      <w:r>
        <w:t>Wolf’s Lair</w:t>
      </w:r>
      <w:bookmarkEnd w:id="88"/>
    </w:p>
    <w:p w14:paraId="1E0070B8" w14:textId="77777777" w:rsidR="0065615D" w:rsidRPr="0065615D" w:rsidRDefault="0065615D" w:rsidP="0065615D"/>
    <w:p w14:paraId="22898F5B" w14:textId="6553E8F0" w:rsidR="00F91806" w:rsidRDefault="00000000" w:rsidP="004F5CDE">
      <w:r>
        <w:t>The penthouse was dark. Silent. Except for the low, unsettling hum of soft jazz, playing from hidden speakers.</w:t>
      </w:r>
      <w:r w:rsidR="0004208C">
        <w:t xml:space="preserve"> </w:t>
      </w:r>
      <w:r>
        <w:t xml:space="preserve">A single lamp illuminated Brent Cross, seated in a sleek leather </w:t>
      </w:r>
      <w:r>
        <w:lastRenderedPageBreak/>
        <w:t>chair, his silhouette imposing even in the dim light. A glass of scotch rested in his hand, completely undisturbed.</w:t>
      </w:r>
    </w:p>
    <w:p w14:paraId="124D4890" w14:textId="77777777" w:rsidR="00F91806" w:rsidRDefault="00000000" w:rsidP="004F5CDE">
      <w:r>
        <w:t>He didn’t flinch when we entered.</w:t>
      </w:r>
    </w:p>
    <w:p w14:paraId="39E58020" w14:textId="77777777" w:rsidR="00F91806" w:rsidRDefault="00000000" w:rsidP="004F5CDE">
      <w:r>
        <w:t>He barely even looked up.</w:t>
      </w:r>
    </w:p>
    <w:p w14:paraId="34710DDD" w14:textId="77777777" w:rsidR="00F91806" w:rsidRDefault="00000000" w:rsidP="004F5CDE">
      <w:r>
        <w:t>“Took you long enough.” His voice was smooth, measured, too calm.</w:t>
      </w:r>
    </w:p>
    <w:p w14:paraId="702DA0A3" w14:textId="7071407A" w:rsidR="00F91806" w:rsidRDefault="00400041" w:rsidP="004F5CDE">
      <w:r>
        <w:t>Candice was already moving, gun drawn. “No more bullshit. No more lies. You’re going to tell me the truth.”</w:t>
      </w:r>
    </w:p>
    <w:p w14:paraId="217886C0" w14:textId="77777777" w:rsidR="00F91806" w:rsidRDefault="00000000" w:rsidP="004F5CDE">
      <w:r>
        <w:t>Brent exhaled, swirling the amber liquid in his glass. “The truth.” A chuckle. “Which version would you like?”</w:t>
      </w:r>
    </w:p>
    <w:p w14:paraId="27D63F34" w14:textId="3C70CFD9" w:rsidR="00F91806" w:rsidRDefault="00400041" w:rsidP="004F5CDE">
      <w:r>
        <w:t>Candice cocked the gun. “The one where I don’t have to shoot you.”</w:t>
      </w:r>
    </w:p>
    <w:p w14:paraId="02AE2E57" w14:textId="2964AE7D" w:rsidR="00F91806" w:rsidRDefault="00000000" w:rsidP="004F5CDE">
      <w:r>
        <w:t>Brent finally bothered to look at her.</w:t>
      </w:r>
      <w:r w:rsidR="00843E2C">
        <w:t xml:space="preserve"> </w:t>
      </w:r>
      <w:r>
        <w:t>And, I saw it.</w:t>
      </w:r>
      <w:r w:rsidR="00843E2C">
        <w:t xml:space="preserve"> </w:t>
      </w:r>
      <w:r>
        <w:t>The resemblance.</w:t>
      </w:r>
      <w:r w:rsidR="00843E2C">
        <w:t xml:space="preserve"> </w:t>
      </w:r>
      <w:r>
        <w:t>The sharp cut of his jawline. The same piercing intensity in his eyes.</w:t>
      </w:r>
      <w:r w:rsidR="0004208C">
        <w:t xml:space="preserve"> </w:t>
      </w:r>
      <w:r>
        <w:t>No doubt about it.</w:t>
      </w:r>
      <w:r w:rsidR="0004208C">
        <w:t xml:space="preserve"> </w:t>
      </w:r>
      <w:r>
        <w:t xml:space="preserve">He really was </w:t>
      </w:r>
      <w:r w:rsidR="00400041">
        <w:t>Candice</w:t>
      </w:r>
      <w:r>
        <w:t>’s father.</w:t>
      </w:r>
    </w:p>
    <w:p w14:paraId="4A1B9F35" w14:textId="1686AA82" w:rsidR="00F91806" w:rsidRDefault="00000000" w:rsidP="004F5CDE">
      <w:r>
        <w:t>Melanie shifted beside me, tension rippling through her body. “You’ve been pulling the strings this whole time. The store, the money laundering, Pete’s downfall—everything. Why?”</w:t>
      </w:r>
    </w:p>
    <w:p w14:paraId="3EC729E3" w14:textId="30459FE8" w:rsidR="00F91806" w:rsidRDefault="00000000" w:rsidP="004F5CDE">
      <w:r>
        <w:t>Brent sighed, setting down his drink. “I didn’t destroy Pete. He destroyed himself. I simply… let him.”</w:t>
      </w:r>
      <w:r w:rsidR="00843E2C">
        <w:t xml:space="preserve"> </w:t>
      </w:r>
      <w:r>
        <w:t xml:space="preserve">He leaned forward. “The real question is, </w:t>
      </w:r>
      <w:r w:rsidR="00400041">
        <w:t>Candice</w:t>
      </w:r>
      <w:r>
        <w:t>… why are you here? For revenge? For answers? Or just to see what kind of monster made you?”</w:t>
      </w:r>
    </w:p>
    <w:p w14:paraId="40AD5AA6" w14:textId="61FA9DD0" w:rsidR="00F91806" w:rsidRDefault="00400041" w:rsidP="004F5CDE">
      <w:r>
        <w:t>Candice’s hands trembled.</w:t>
      </w:r>
      <w:r w:rsidR="00843E2C">
        <w:t xml:space="preserve"> </w:t>
      </w:r>
      <w:r>
        <w:t>But her grip on the gun didn’t falter.</w:t>
      </w:r>
      <w:r w:rsidR="00843E2C">
        <w:t xml:space="preserve"> </w:t>
      </w:r>
      <w:r>
        <w:t>“You don’t get to ask me shit.”</w:t>
      </w:r>
    </w:p>
    <w:p w14:paraId="4C1D4114" w14:textId="27A0D596" w:rsidR="00F91806" w:rsidRDefault="00000000" w:rsidP="004F5CDE">
      <w:r>
        <w:t>Brent tilted his head. “Then let me ask you something else.”</w:t>
      </w:r>
      <w:r w:rsidR="00843E2C">
        <w:t xml:space="preserve"> </w:t>
      </w:r>
      <w:r>
        <w:t>He stood up slowly, unfazed by the weapon aimed at his chest.</w:t>
      </w:r>
      <w:r w:rsidR="00E25C08">
        <w:t xml:space="preserve"> </w:t>
      </w:r>
      <w:r>
        <w:t>“You don’t realize that I’m already dead?”</w:t>
      </w:r>
      <w:r w:rsidR="00843E2C">
        <w:t xml:space="preserve"> </w:t>
      </w:r>
      <w:r>
        <w:t>The words hung in the air like a slow-motion car crash.</w:t>
      </w:r>
    </w:p>
    <w:p w14:paraId="195676EE" w14:textId="2E89AEFA" w:rsidR="00F91806" w:rsidRDefault="00400041" w:rsidP="004F5CDE">
      <w:r>
        <w:t>Candice blinked. “What?”</w:t>
      </w:r>
    </w:p>
    <w:p w14:paraId="21AB145C" w14:textId="39C54837" w:rsidR="00F91806" w:rsidRDefault="00000000" w:rsidP="004F5CDE">
      <w:r>
        <w:t>Brent shrugged, his expression unreadable. “Stage four. Not long now.”</w:t>
      </w:r>
      <w:r w:rsidR="00843E2C">
        <w:t xml:space="preserve"> </w:t>
      </w:r>
      <w:r>
        <w:t>A pause.</w:t>
      </w:r>
      <w:r w:rsidR="00843E2C">
        <w:t xml:space="preserve"> </w:t>
      </w:r>
      <w:r>
        <w:t>“So… what exactly do you think you’re taking from me?”</w:t>
      </w:r>
    </w:p>
    <w:p w14:paraId="3B38D8E0" w14:textId="77777777" w:rsidR="00F91806" w:rsidRDefault="00000000" w:rsidP="004F5CDE">
      <w:r>
        <w:t>Melanie sucked in a sharp breath. “You have to be kidding me.”</w:t>
      </w:r>
    </w:p>
    <w:p w14:paraId="38138A8D" w14:textId="14BDA979" w:rsidR="00F91806" w:rsidRDefault="00000000" w:rsidP="004F5CDE">
      <w:r>
        <w:lastRenderedPageBreak/>
        <w:t>“I don’t joke about death.” Brent smirked, lifting his glass for a final sip. “Never saw the appeal.”</w:t>
      </w:r>
      <w:r w:rsidR="00843E2C">
        <w:t xml:space="preserve"> </w:t>
      </w:r>
      <w:r>
        <w:t>The world tilted for a second.</w:t>
      </w:r>
      <w:r w:rsidR="00843E2C">
        <w:t xml:space="preserve"> </w:t>
      </w:r>
      <w:r>
        <w:t>We had spent weeks trying to unravel his empire, track his movements, force him into a corner—</w:t>
      </w:r>
      <w:r w:rsidR="00843E2C">
        <w:t>a</w:t>
      </w:r>
      <w:r>
        <w:t>nd he had already lost.</w:t>
      </w:r>
    </w:p>
    <w:p w14:paraId="6A86F021" w14:textId="6F9EDE3B" w:rsidR="00F91806" w:rsidRDefault="00400041" w:rsidP="004F5CDE">
      <w:r>
        <w:t>Candice exhaled shakily, but her hand remained steady.</w:t>
      </w:r>
      <w:r w:rsidR="0004208C">
        <w:t xml:space="preserve"> </w:t>
      </w:r>
      <w:r>
        <w:t>“You knew I’d come.”</w:t>
      </w:r>
    </w:p>
    <w:p w14:paraId="4A7EAD1D" w14:textId="6DEB4E03" w:rsidR="00F91806" w:rsidRDefault="00000000" w:rsidP="004F5CDE">
      <w:r>
        <w:t>Brent nodded once. “Of course.”</w:t>
      </w:r>
      <w:r w:rsidR="00843E2C">
        <w:t xml:space="preserve"> </w:t>
      </w:r>
      <w:r>
        <w:t>His lips curled into something almost resembling a smile.</w:t>
      </w:r>
      <w:r w:rsidR="0004208C">
        <w:t xml:space="preserve"> </w:t>
      </w:r>
      <w:r>
        <w:t>“Your mother always said you had my temper.”</w:t>
      </w:r>
    </w:p>
    <w:p w14:paraId="78C3FD49" w14:textId="2F95B562" w:rsidR="00F91806" w:rsidRDefault="00400041" w:rsidP="004F5CDE">
      <w:r>
        <w:t>Candice’s knuckles whitened on the trigger. “Don’t talk about her.”</w:t>
      </w:r>
    </w:p>
    <w:p w14:paraId="4EFF4E19" w14:textId="245DAB46" w:rsidR="00F91806" w:rsidRDefault="00000000" w:rsidP="004F5CDE">
      <w:r>
        <w:t>Brent sighed, swirling the ice in his now empty glass. “That’s the thing about dying, sweetheart. It makes you wonder what was worth it in the end.”</w:t>
      </w:r>
      <w:r w:rsidR="00843E2C">
        <w:t xml:space="preserve"> </w:t>
      </w:r>
      <w:r>
        <w:t>He met her gaze, calm as ever.</w:t>
      </w:r>
      <w:r w:rsidR="0004208C">
        <w:t xml:space="preserve"> </w:t>
      </w:r>
      <w:r>
        <w:t>“Your mother thought she could keep you from me. But she knew, no matter how much she tried to erase me from your life... eventually, you’d come looking.”</w:t>
      </w:r>
    </w:p>
    <w:p w14:paraId="3363E27C" w14:textId="77777777" w:rsidR="00F91806" w:rsidRDefault="00000000" w:rsidP="004F5CDE">
      <w:r>
        <w:t>Silence.</w:t>
      </w:r>
    </w:p>
    <w:p w14:paraId="19F47AE1" w14:textId="77777777" w:rsidR="00F91806" w:rsidRDefault="00000000" w:rsidP="004F5CDE">
      <w:r>
        <w:t>A suffocating, brutal silence.</w:t>
      </w:r>
    </w:p>
    <w:p w14:paraId="531AB652" w14:textId="77777777" w:rsidR="00F91806" w:rsidRDefault="00000000" w:rsidP="004F5CDE">
      <w:r>
        <w:t>Then—</w:t>
      </w:r>
    </w:p>
    <w:p w14:paraId="42D1448D" w14:textId="7567A7D6" w:rsidR="00F91806" w:rsidRDefault="00400041" w:rsidP="004F5CDE">
      <w:r>
        <w:t>Candice pulled the trigger.</w:t>
      </w:r>
    </w:p>
    <w:p w14:paraId="713FAA1D" w14:textId="77777777" w:rsidR="00F91806" w:rsidRDefault="00000000" w:rsidP="004F5CDE">
      <w:r w:rsidRPr="00843E2C">
        <w:rPr>
          <w:i/>
          <w:iCs/>
        </w:rPr>
        <w:t>Click</w:t>
      </w:r>
      <w:r>
        <w:t>.</w:t>
      </w:r>
    </w:p>
    <w:p w14:paraId="326E1305" w14:textId="77777777" w:rsidR="00F91806" w:rsidRDefault="00000000" w:rsidP="004F5CDE">
      <w:r>
        <w:t>Empty.</w:t>
      </w:r>
    </w:p>
    <w:p w14:paraId="5C638711" w14:textId="3039288C" w:rsidR="00F91806" w:rsidRDefault="00000000" w:rsidP="004F5CDE">
      <w:r>
        <w:t>She let out a breath—sharp, ragged.</w:t>
      </w:r>
      <w:r w:rsidR="00E350F0">
        <w:t xml:space="preserve"> </w:t>
      </w:r>
      <w:r>
        <w:t>She hadn’t even chambered a round.</w:t>
      </w:r>
      <w:r w:rsidR="00E350F0">
        <w:t xml:space="preserve"> </w:t>
      </w:r>
      <w:r>
        <w:t>Maybe she hadn’t come here to kill him. Maybe she had come to prove to herself that she could.</w:t>
      </w:r>
    </w:p>
    <w:p w14:paraId="3FE0E2A9" w14:textId="75E9E3E0" w:rsidR="00F91806" w:rsidRDefault="00000000" w:rsidP="004F5CDE">
      <w:r>
        <w:t>Brent smirked. “You’ve got my restraint.”</w:t>
      </w:r>
      <w:r w:rsidR="00E350F0">
        <w:t xml:space="preserve"> </w:t>
      </w:r>
      <w:r>
        <w:t>Then—almost proudly—</w:t>
      </w:r>
      <w:r w:rsidR="0004208C">
        <w:t xml:space="preserve"> </w:t>
      </w:r>
      <w:r>
        <w:t>“And your mother’s rage.”</w:t>
      </w:r>
      <w:r w:rsidR="00E350F0">
        <w:t xml:space="preserve"> </w:t>
      </w:r>
      <w:r w:rsidR="00400041">
        <w:t>Candice slowly lowered the gun.</w:t>
      </w:r>
      <w:r w:rsidR="00E350F0">
        <w:t xml:space="preserve"> </w:t>
      </w:r>
      <w:r>
        <w:t>I exhaled, my heart pounding in my chest.</w:t>
      </w:r>
    </w:p>
    <w:p w14:paraId="70FC0439" w14:textId="2BAE68F5" w:rsidR="00F91806" w:rsidRDefault="00000000" w:rsidP="004F5CDE">
      <w:r>
        <w:t>Brent then casually pulled a small revolver from his robe, placed it inside his mouth—</w:t>
      </w:r>
      <w:r w:rsidR="0004208C">
        <w:t xml:space="preserve"> a</w:t>
      </w:r>
      <w:r>
        <w:t>nd pulled the trigger.</w:t>
      </w:r>
    </w:p>
    <w:p w14:paraId="19FED6CE" w14:textId="77777777" w:rsidR="0065615D" w:rsidRDefault="0065615D" w:rsidP="004F5CDE"/>
    <w:p w14:paraId="11F0FD5E" w14:textId="76A3280D" w:rsidR="0065615D" w:rsidRPr="00A351D5" w:rsidRDefault="00304FE8" w:rsidP="00325C57">
      <w:pPr>
        <w:jc w:val="center"/>
        <w:rPr>
          <w:color w:val="365F91" w:themeColor="accent1" w:themeShade="BF"/>
        </w:rPr>
      </w:pPr>
      <w:r>
        <w:rPr>
          <w:rFonts w:ascii="Segoe UI Symbol" w:hAnsi="Segoe UI Symbol" w:cs="Segoe UI Symbol"/>
          <w:color w:val="365F91" w:themeColor="accent1" w:themeShade="BF"/>
        </w:rPr>
        <w:t>♞♛♞</w:t>
      </w:r>
    </w:p>
    <w:p w14:paraId="0F3AEC2E" w14:textId="77777777" w:rsidR="00F91806" w:rsidRDefault="00F91806" w:rsidP="004F5CDE"/>
    <w:p w14:paraId="628362B9" w14:textId="77777777" w:rsidR="00F91806" w:rsidRDefault="00000000" w:rsidP="004F5CDE">
      <w:r>
        <w:t>No More Ghosts</w:t>
      </w:r>
    </w:p>
    <w:p w14:paraId="656F2E05" w14:textId="77777777" w:rsidR="00F91806" w:rsidRDefault="00000000" w:rsidP="004F5CDE">
      <w:r>
        <w:lastRenderedPageBreak/>
        <w:t>We left him there.</w:t>
      </w:r>
    </w:p>
    <w:p w14:paraId="7FE827DF" w14:textId="51694EC6" w:rsidR="00F91806" w:rsidRDefault="00000000" w:rsidP="004F5CDE">
      <w:r>
        <w:t>His body sunken in his leather chair, his blood splattered against the sleek white walls behind him.</w:t>
      </w:r>
      <w:r w:rsidR="00FA295B">
        <w:t xml:space="preserve"> </w:t>
      </w:r>
      <w:r>
        <w:t>Tony was the first to speak. “Jesus Christ.”</w:t>
      </w:r>
    </w:p>
    <w:p w14:paraId="1E46928D" w14:textId="023FF648" w:rsidR="00F91806" w:rsidRDefault="00000000" w:rsidP="004F5CDE">
      <w:r>
        <w:t xml:space="preserve">I grabbed </w:t>
      </w:r>
      <w:r w:rsidR="00400041">
        <w:t>Candice</w:t>
      </w:r>
      <w:r>
        <w:t>’s arm. “We need to go. Now</w:t>
      </w:r>
      <w:r w:rsidR="00C74066">
        <w:t>!</w:t>
      </w:r>
      <w:r>
        <w:t>”</w:t>
      </w:r>
      <w:r w:rsidR="00E350F0">
        <w:t xml:space="preserve"> </w:t>
      </w:r>
      <w:r>
        <w:t>We scrambled for the exit, our footsteps echoing too loud, too fast as we rushed toward the elevator.</w:t>
      </w:r>
      <w:r w:rsidR="0004208C">
        <w:t xml:space="preserve"> </w:t>
      </w:r>
      <w:r w:rsidR="00400041">
        <w:t>Candice didn’t say a word the entire ride down.</w:t>
      </w:r>
    </w:p>
    <w:p w14:paraId="4D4F5A55" w14:textId="77E63271" w:rsidR="00F91806" w:rsidRDefault="00000000" w:rsidP="004F5CDE">
      <w:r>
        <w:t>The moment we stepped outside, she breathed in deep, like she had been underwater this entire time.</w:t>
      </w:r>
      <w:r w:rsidR="00E350F0">
        <w:t xml:space="preserve"> </w:t>
      </w:r>
      <w:r>
        <w:t>Finally, she spoke. “Let’s go.”</w:t>
      </w:r>
    </w:p>
    <w:p w14:paraId="60EEC7FD" w14:textId="552A1C40" w:rsidR="00F91806" w:rsidRDefault="00000000" w:rsidP="004F5CDE">
      <w:r>
        <w:t>We piled into the car. Candice quickly started the engine.</w:t>
      </w:r>
      <w:r w:rsidR="0004208C">
        <w:t xml:space="preserve"> </w:t>
      </w:r>
      <w:r>
        <w:t>I stared at her as she drove, the city lights reflecting in her eyes.</w:t>
      </w:r>
    </w:p>
    <w:p w14:paraId="437B1378" w14:textId="77777777" w:rsidR="00F91806" w:rsidRDefault="00000000" w:rsidP="004F5CDE">
      <w:r>
        <w:t>"Are you okay?"</w:t>
      </w:r>
    </w:p>
    <w:p w14:paraId="32AEC2BA" w14:textId="7A5A0E37" w:rsidR="00F91806" w:rsidRDefault="00000000" w:rsidP="004F5CDE">
      <w:r>
        <w:t>She didn’t answer at first.</w:t>
      </w:r>
      <w:r w:rsidR="0004208C">
        <w:t xml:space="preserve"> </w:t>
      </w:r>
      <w:r>
        <w:t>Then, she reached into her pocket—</w:t>
      </w:r>
      <w:r w:rsidR="00E350F0">
        <w:t>p</w:t>
      </w:r>
      <w:r>
        <w:t>ulled out her mother’s cassette tape.</w:t>
      </w:r>
      <w:r w:rsidR="00E350F0">
        <w:t xml:space="preserve"> </w:t>
      </w:r>
      <w:r>
        <w:t>She turned it over in her hands one last time.</w:t>
      </w:r>
      <w:r w:rsidR="00E350F0">
        <w:t xml:space="preserve"> </w:t>
      </w:r>
      <w:r>
        <w:t>Then—without a second thought—</w:t>
      </w:r>
      <w:r w:rsidR="00E350F0">
        <w:t>s</w:t>
      </w:r>
      <w:r>
        <w:t>he tossed it out the window.</w:t>
      </w:r>
    </w:p>
    <w:p w14:paraId="7571314F" w14:textId="77777777" w:rsidR="00F91806" w:rsidRDefault="00000000" w:rsidP="004F5CDE">
      <w:r>
        <w:t>The past was behind us.</w:t>
      </w:r>
    </w:p>
    <w:p w14:paraId="127D9871" w14:textId="544A08A8" w:rsidR="00F91806" w:rsidRDefault="00000000" w:rsidP="004F5CDE">
      <w:r>
        <w:t xml:space="preserve">And </w:t>
      </w:r>
      <w:r w:rsidR="00400041">
        <w:t>Candice</w:t>
      </w:r>
      <w:r>
        <w:t>?</w:t>
      </w:r>
    </w:p>
    <w:p w14:paraId="774DDA86" w14:textId="77777777" w:rsidR="00F91806" w:rsidRDefault="00000000" w:rsidP="004F5CDE">
      <w:r>
        <w:t>She was finally free.</w:t>
      </w:r>
    </w:p>
    <w:p w14:paraId="3A2D6E3F" w14:textId="77777777" w:rsidR="00FB1BD9" w:rsidRDefault="00FB1BD9" w:rsidP="004F5CDE"/>
    <w:p w14:paraId="2FCB8724" w14:textId="77777777" w:rsidR="00FB1BD9" w:rsidRDefault="00FB1BD9" w:rsidP="004F5CDE"/>
    <w:p w14:paraId="2A03CC05" w14:textId="77777777" w:rsidR="00F91806" w:rsidRDefault="00000000" w:rsidP="0065615D">
      <w:pPr>
        <w:pStyle w:val="Heading1"/>
      </w:pPr>
      <w:bookmarkStart w:id="89" w:name="_Toc189281380"/>
      <w:r>
        <w:t>Chapter 63: Diamond in the Rough</w:t>
      </w:r>
      <w:bookmarkEnd w:id="89"/>
    </w:p>
    <w:p w14:paraId="21B36475" w14:textId="77777777" w:rsidR="0065615D" w:rsidRDefault="0065615D" w:rsidP="004F5CDE"/>
    <w:p w14:paraId="4776233D" w14:textId="77777777" w:rsidR="00E350F0" w:rsidRDefault="00000000" w:rsidP="004F5CDE">
      <w:r>
        <w:t>The store was finally quiet</w:t>
      </w:r>
      <w:r w:rsidR="008C1DCA">
        <w:t>, n</w:t>
      </w:r>
      <w:r>
        <w:t>o gunfights</w:t>
      </w:r>
      <w:r w:rsidR="008C1DCA">
        <w:t>, n</w:t>
      </w:r>
      <w:r>
        <w:t>o revelations</w:t>
      </w:r>
      <w:r w:rsidR="008C1DCA">
        <w:t>,</w:t>
      </w:r>
      <w:r>
        <w:t xml:space="preserve"> </w:t>
      </w:r>
      <w:r w:rsidR="008C1DCA">
        <w:t>n</w:t>
      </w:r>
      <w:r>
        <w:t>o blood drying on concrete.</w:t>
      </w:r>
      <w:r w:rsidR="008C1DCA">
        <w:t xml:space="preserve"> </w:t>
      </w:r>
      <w:r>
        <w:t xml:space="preserve">Just the soft hum of neon lights, the faint scent of lavender air freshener, and Tony cursing at </w:t>
      </w:r>
      <w:r w:rsidR="008C1DCA">
        <w:t xml:space="preserve">a </w:t>
      </w:r>
      <w:r>
        <w:t>sports bet he just lost.</w:t>
      </w:r>
      <w:r w:rsidR="00E350F0">
        <w:t xml:space="preserve"> </w:t>
      </w:r>
    </w:p>
    <w:p w14:paraId="7CBDDF1F" w14:textId="28B7F742" w:rsidR="00F91806" w:rsidRDefault="00000000" w:rsidP="004F5CDE">
      <w:r>
        <w:t>For the first time in what felt like forever, we had won.</w:t>
      </w:r>
      <w:r w:rsidR="00E350F0">
        <w:t xml:space="preserve"> </w:t>
      </w:r>
      <w:r>
        <w:t>Not in a clean, fairy-tale way—justice d</w:t>
      </w:r>
      <w:r w:rsidR="002F1D0E">
        <w:t>oesn</w:t>
      </w:r>
      <w:r>
        <w:t>’t work like that—but we were still here. Brent Cross was gone. Pete was gone. The war was over.</w:t>
      </w:r>
    </w:p>
    <w:p w14:paraId="6410301C" w14:textId="60C52F96" w:rsidR="00F91806" w:rsidRDefault="00000000" w:rsidP="004F5CDE">
      <w:r>
        <w:lastRenderedPageBreak/>
        <w:t xml:space="preserve">And </w:t>
      </w:r>
      <w:r w:rsidR="00400041">
        <w:t>Candice</w:t>
      </w:r>
      <w:r>
        <w:t xml:space="preserve">? </w:t>
      </w:r>
      <w:r w:rsidR="00400041">
        <w:t>Candice</w:t>
      </w:r>
      <w:r>
        <w:t xml:space="preserve"> was still here.</w:t>
      </w:r>
      <w:r w:rsidR="008C1DCA">
        <w:t xml:space="preserve"> </w:t>
      </w:r>
      <w:r>
        <w:t>She perched on the edge of the counter, nursing a beer like it was the only thing tethering her to reality. Her expression was unreadable, her eyes flicking between the absurdity of the store’s shelves and the exit, like she couldn’t quite decide whether to laugh or leave.</w:t>
      </w:r>
      <w:r w:rsidR="00E350F0">
        <w:t xml:space="preserve"> </w:t>
      </w:r>
      <w:r>
        <w:t>“So,” she finally said, her voice casual in a way that wasn’t casual at all. “What now?”</w:t>
      </w:r>
    </w:p>
    <w:p w14:paraId="1D8103E6" w14:textId="55E8EE2B" w:rsidR="00F91806" w:rsidRDefault="00000000" w:rsidP="004F5CDE">
      <w:r>
        <w:t>Melanie and I exchanged a glance.</w:t>
      </w:r>
      <w:r w:rsidR="008C1DCA">
        <w:t xml:space="preserve"> </w:t>
      </w:r>
      <w:r>
        <w:t>We knew what was next.</w:t>
      </w:r>
      <w:r w:rsidR="00E350F0">
        <w:t xml:space="preserve"> </w:t>
      </w:r>
      <w:r>
        <w:t>Melanie stepped forward, arms crossed, her green eyes warm but teasing. “We have a question for you.”</w:t>
      </w:r>
    </w:p>
    <w:p w14:paraId="797F5F53" w14:textId="223A8C67" w:rsidR="00F91806" w:rsidRDefault="00400041" w:rsidP="004F5CDE">
      <w:r>
        <w:t>Candice arched a brow. “If this is about whether or not I’m mentally stable after the last forty-eight hours, the answer is no.”</w:t>
      </w:r>
    </w:p>
    <w:p w14:paraId="776924E8" w14:textId="62E502B3" w:rsidR="00F91806" w:rsidRDefault="00000000" w:rsidP="004F5CDE">
      <w:r>
        <w:t>I grinned, shaking my head. “Not quite.”</w:t>
      </w:r>
      <w:r w:rsidR="008C1DCA">
        <w:t xml:space="preserve"> </w:t>
      </w:r>
      <w:r>
        <w:t>I reached into my pocket, fingers brushing against the cool metal of the small velvet box.</w:t>
      </w:r>
      <w:r w:rsidR="008C1DCA">
        <w:t xml:space="preserve"> </w:t>
      </w:r>
      <w:r>
        <w:t>My heart pounded—a mix of adrenaline and something softer, something far more terrifying than any gunfight.</w:t>
      </w:r>
    </w:p>
    <w:p w14:paraId="17B9CA66" w14:textId="77777777" w:rsidR="00F91806" w:rsidRDefault="00000000" w:rsidP="004F5CDE">
      <w:r>
        <w:t>This was real.</w:t>
      </w:r>
    </w:p>
    <w:p w14:paraId="4D96771B" w14:textId="77777777" w:rsidR="00F91806" w:rsidRDefault="00000000" w:rsidP="004F5CDE">
      <w:r>
        <w:t>I flipped open the box.</w:t>
      </w:r>
    </w:p>
    <w:p w14:paraId="4B3424C2" w14:textId="226A539D" w:rsidR="00F91806" w:rsidRDefault="00000000" w:rsidP="004F5CDE">
      <w:r>
        <w:t>The ring inside caught the glow of the neon lights—a simple, elegant band. Exactly the kind Melanie would actually wear.</w:t>
      </w:r>
      <w:r w:rsidR="00E350F0">
        <w:t xml:space="preserve"> </w:t>
      </w:r>
      <w:r w:rsidR="00400041">
        <w:t>Candice blinked.</w:t>
      </w:r>
      <w:r w:rsidR="00E350F0">
        <w:t xml:space="preserve"> </w:t>
      </w:r>
      <w:r>
        <w:t>Then blinked again.</w:t>
      </w:r>
      <w:r w:rsidR="00E350F0">
        <w:t xml:space="preserve"> </w:t>
      </w:r>
      <w:r>
        <w:t>“Oh, shit,” she muttered</w:t>
      </w:r>
      <w:r w:rsidR="008C1DCA">
        <w:t>,</w:t>
      </w:r>
      <w:r>
        <w:t xml:space="preserve"> “</w:t>
      </w:r>
      <w:r w:rsidR="008C1DCA">
        <w:t>t</w:t>
      </w:r>
      <w:r>
        <w:t>his is happening.”</w:t>
      </w:r>
    </w:p>
    <w:p w14:paraId="2A73123A" w14:textId="77777777" w:rsidR="00F91806" w:rsidRDefault="00000000" w:rsidP="004F5CDE">
      <w:r>
        <w:t>Melanie smirked. “Hannah, you might want to actually say something before she passes out.”</w:t>
      </w:r>
    </w:p>
    <w:p w14:paraId="56877557" w14:textId="6142A62C" w:rsidR="00F91806" w:rsidRDefault="00000000" w:rsidP="004F5CDE">
      <w:r>
        <w:t>I swallowed, took a breath, and turned to Melanie, meeting her gaze with all the certainty I had left in me.</w:t>
      </w:r>
      <w:r w:rsidR="00E25C08">
        <w:t xml:space="preserve"> </w:t>
      </w:r>
      <w:r>
        <w:t>“I love you,” I said, my voice steady. “And I don’t want to do any of this without you.”</w:t>
      </w:r>
    </w:p>
    <w:p w14:paraId="5FC44512" w14:textId="7F9EB58D" w:rsidR="00F91806" w:rsidRDefault="00000000" w:rsidP="004F5CDE">
      <w:r>
        <w:t>Melanie didn’t hesitate.</w:t>
      </w:r>
      <w:r w:rsidR="00E350F0">
        <w:t xml:space="preserve"> </w:t>
      </w:r>
      <w:r>
        <w:t>She took the ring between her fingers, studied it for a long moment.</w:t>
      </w:r>
      <w:r w:rsidR="008C1DCA">
        <w:t xml:space="preserve"> </w:t>
      </w:r>
      <w:r>
        <w:t>Then, her eyes flicked back to mine, steady and sure.</w:t>
      </w:r>
      <w:r w:rsidR="00E350F0">
        <w:t xml:space="preserve"> </w:t>
      </w:r>
      <w:r>
        <w:t>"You're an idiot," she murmured, stepping closer, taking my face in her hands. “But you’re my idiot.”</w:t>
      </w:r>
    </w:p>
    <w:p w14:paraId="079AA3AD" w14:textId="77777777" w:rsidR="00F91806" w:rsidRDefault="00000000" w:rsidP="004F5CDE">
      <w:r>
        <w:t>Then she kissed me.</w:t>
      </w:r>
    </w:p>
    <w:p w14:paraId="5285D90C" w14:textId="422CAFB2" w:rsidR="00F91806" w:rsidRDefault="00400041" w:rsidP="004F5CDE">
      <w:r>
        <w:t>Candice groaned loudly. “Oh my God, gross. Do this in private like normal people.”</w:t>
      </w:r>
    </w:p>
    <w:p w14:paraId="73E479D9" w14:textId="77777777" w:rsidR="00F91806" w:rsidRDefault="00000000" w:rsidP="004F5CDE">
      <w:r>
        <w:t>We ignored her.</w:t>
      </w:r>
    </w:p>
    <w:p w14:paraId="2C477CE3" w14:textId="72C5B469" w:rsidR="00F91806" w:rsidRDefault="00000000" w:rsidP="004F5CDE">
      <w:r>
        <w:lastRenderedPageBreak/>
        <w:t xml:space="preserve">When we finally broke apart, Melanie took the ring from the box, slid it onto her finger, admired it for a second, and then—without looking away—turned to </w:t>
      </w:r>
      <w:r w:rsidR="00400041">
        <w:t>Candice</w:t>
      </w:r>
      <w:r>
        <w:t>.</w:t>
      </w:r>
      <w:r w:rsidR="00E350F0">
        <w:t xml:space="preserve"> </w:t>
      </w:r>
      <w:r>
        <w:t>“Now for the real question.”</w:t>
      </w:r>
    </w:p>
    <w:p w14:paraId="4D8ED7F2" w14:textId="49948F44" w:rsidR="00F91806" w:rsidRDefault="00400041" w:rsidP="004F5CDE">
      <w:r>
        <w:t>Candice squinted. “I swear to God, if you ask me to officiate—”</w:t>
      </w:r>
    </w:p>
    <w:p w14:paraId="7BFF43B0" w14:textId="77777777" w:rsidR="00F91806" w:rsidRDefault="00000000" w:rsidP="004F5CDE">
      <w:r>
        <w:t>I shook my head. “Nope. We want you to be our Groom of Honor.”</w:t>
      </w:r>
    </w:p>
    <w:p w14:paraId="0AD4C2E8" w14:textId="04613615" w:rsidR="00F91806" w:rsidRDefault="00400041" w:rsidP="004F5CDE">
      <w:r>
        <w:t>Candice stared.</w:t>
      </w:r>
    </w:p>
    <w:p w14:paraId="1F45FD73" w14:textId="77777777" w:rsidR="00F91806" w:rsidRDefault="00000000" w:rsidP="004F5CDE">
      <w:r>
        <w:t>Then stared harder.</w:t>
      </w:r>
    </w:p>
    <w:p w14:paraId="5B18DCF9" w14:textId="77777777" w:rsidR="00F91806" w:rsidRDefault="00000000" w:rsidP="004F5CDE">
      <w:r>
        <w:t>"You what?"</w:t>
      </w:r>
    </w:p>
    <w:p w14:paraId="63E21F23" w14:textId="77777777" w:rsidR="00F91806" w:rsidRDefault="00000000" w:rsidP="004F5CDE">
      <w:r>
        <w:t>“Groom of Honor,” Melanie repeated, deadpan. “It felt right.”</w:t>
      </w:r>
    </w:p>
    <w:p w14:paraId="74D16405" w14:textId="4A148EA7" w:rsidR="00F91806" w:rsidRDefault="00400041" w:rsidP="004F5CDE">
      <w:r>
        <w:t>Candice opened her mouth, then closed it, then opened it again. “I… I don’t even know where to start with how insane that is.”</w:t>
      </w:r>
    </w:p>
    <w:p w14:paraId="1FF6F9A5" w14:textId="77777777" w:rsidR="00F91806" w:rsidRDefault="00000000" w:rsidP="004F5CDE">
      <w:r>
        <w:t>I grinned. “So, is that a yes?”</w:t>
      </w:r>
    </w:p>
    <w:p w14:paraId="79AF1945" w14:textId="1A4EC8E4" w:rsidR="00F91806" w:rsidRDefault="00400041" w:rsidP="004F5CDE">
      <w:r>
        <w:t>Candice let out a slow, exhausted sigh.</w:t>
      </w:r>
      <w:r w:rsidR="00E350F0">
        <w:t xml:space="preserve"> </w:t>
      </w:r>
      <w:r>
        <w:t>“You two.”</w:t>
      </w:r>
      <w:r w:rsidR="00E350F0">
        <w:t xml:space="preserve"> </w:t>
      </w:r>
      <w:r>
        <w:t>A shake of her head.</w:t>
      </w:r>
      <w:r w:rsidR="008C1DCA">
        <w:t xml:space="preserve"> </w:t>
      </w:r>
      <w:r>
        <w:t>A smirk tugging at the corner of her lips.</w:t>
      </w:r>
      <w:r w:rsidR="008C1DCA">
        <w:t xml:space="preserve"> </w:t>
      </w:r>
      <w:r>
        <w:t>Then, finally</w:t>
      </w:r>
      <w:r w:rsidR="00FA295B">
        <w:t xml:space="preserve">— </w:t>
      </w:r>
      <w:r>
        <w:t>“</w:t>
      </w:r>
      <w:r w:rsidR="00E350F0">
        <w:t>F</w:t>
      </w:r>
      <w:r>
        <w:t>ine. But only if you let me give an inappropriate speech at the reception.”</w:t>
      </w:r>
    </w:p>
    <w:p w14:paraId="4D69580A" w14:textId="77777777" w:rsidR="00F91806" w:rsidRDefault="00000000" w:rsidP="004F5CDE">
      <w:r>
        <w:t>“No promises,” Melanie shot back.</w:t>
      </w:r>
    </w:p>
    <w:p w14:paraId="5D6347BB" w14:textId="6F8BE9E3" w:rsidR="00F91806" w:rsidRDefault="00400041" w:rsidP="004F5CDE">
      <w:r>
        <w:t>Candice took a long sip of her beer. “Also, I’m hitting on the hottest person at the wedding.”</w:t>
      </w:r>
    </w:p>
    <w:p w14:paraId="44C3B171" w14:textId="77777777" w:rsidR="00F91806" w:rsidRDefault="00000000" w:rsidP="004F5CDE">
      <w:r>
        <w:t>Melanie blinked. “That’s subjective.”</w:t>
      </w:r>
    </w:p>
    <w:p w14:paraId="66BEA09A" w14:textId="4F036B73" w:rsidR="00F91806" w:rsidRDefault="00400041" w:rsidP="004F5CDE">
      <w:r>
        <w:t>Candice smirked. “Not to me.”</w:t>
      </w:r>
      <w:r w:rsidR="00E350F0">
        <w:t xml:space="preserve"> </w:t>
      </w:r>
      <w:r>
        <w:t>She clinked her beer bottle against mine. “Then I guess we have a deal.”</w:t>
      </w:r>
    </w:p>
    <w:p w14:paraId="28C46354" w14:textId="3FA4DF54" w:rsidR="00F91806" w:rsidRDefault="00000000" w:rsidP="004F5CDE">
      <w:r>
        <w:t>“Deal,” I said, reaching for a hug.</w:t>
      </w:r>
      <w:r w:rsidR="00E350F0">
        <w:t xml:space="preserve"> </w:t>
      </w:r>
      <w:r>
        <w:t xml:space="preserve">But before I could wrap my arms around her, </w:t>
      </w:r>
      <w:r w:rsidR="00400041">
        <w:t>Candice</w:t>
      </w:r>
      <w:r>
        <w:t xml:space="preserve"> shoved a hand against my face.</w:t>
      </w:r>
      <w:r w:rsidR="008C1DCA">
        <w:t xml:space="preserve"> </w:t>
      </w:r>
      <w:r>
        <w:t>“Nope. Too much emotion. I can’t handle it.”</w:t>
      </w:r>
      <w:r w:rsidR="00EE7A16">
        <w:t xml:space="preserve"> </w:t>
      </w:r>
      <w:r>
        <w:t>I laughed, wiping a stray tear before she could roast me for it.</w:t>
      </w:r>
    </w:p>
    <w:p w14:paraId="677A5DAA" w14:textId="4D250F2F" w:rsidR="00F91806" w:rsidRDefault="00000000" w:rsidP="004F5CDE">
      <w:r>
        <w:t>Then Melanie and I turned our attention to Tony, who was almost done with his third beer.</w:t>
      </w:r>
      <w:r w:rsidR="00EE7A16">
        <w:t xml:space="preserve"> </w:t>
      </w:r>
      <w:r>
        <w:t>Melanie smirked, pointing at him.</w:t>
      </w:r>
      <w:r w:rsidR="008C1DCA">
        <w:t xml:space="preserve"> </w:t>
      </w:r>
      <w:r>
        <w:t>“And that brings us to you.”</w:t>
      </w:r>
    </w:p>
    <w:p w14:paraId="5C683998" w14:textId="77777777" w:rsidR="00F91806" w:rsidRDefault="00000000" w:rsidP="004F5CDE">
      <w:r>
        <w:t>Tony blinked. “The hell did I do?” He was already half-buzzed.</w:t>
      </w:r>
    </w:p>
    <w:p w14:paraId="484909B0" w14:textId="4223B976" w:rsidR="00F91806" w:rsidRDefault="00000000" w:rsidP="004F5CDE">
      <w:r>
        <w:lastRenderedPageBreak/>
        <w:t>Melanie crossed her arms, fighting a smile.</w:t>
      </w:r>
      <w:r w:rsidR="00E25C08">
        <w:t xml:space="preserve"> </w:t>
      </w:r>
      <w:r>
        <w:t>"We need a Best Man. And unfortunately for you, you’re the only option we’ve got."</w:t>
      </w:r>
    </w:p>
    <w:p w14:paraId="319ACA69" w14:textId="4F367B46" w:rsidR="00F91806" w:rsidRDefault="00000000" w:rsidP="004F5CDE">
      <w:r>
        <w:t>Tony laughed so hard he spit up beer.</w:t>
      </w:r>
      <w:r w:rsidR="00E25C08">
        <w:t xml:space="preserve"> </w:t>
      </w:r>
      <w:r>
        <w:t>"You know I’m just gonna show up drunk, right?"</w:t>
      </w:r>
    </w:p>
    <w:p w14:paraId="1A53EF72" w14:textId="209FA871" w:rsidR="00F91806" w:rsidRDefault="00000000" w:rsidP="004F5CDE">
      <w:r>
        <w:t xml:space="preserve">Melanie shrugged. “I’m not sure we’ve ever seen you sober, so you should </w:t>
      </w:r>
      <w:r w:rsidR="00AF6F4E">
        <w:t xml:space="preserve">just </w:t>
      </w:r>
      <w:r>
        <w:t>shut up and accept the offer. It’s an honor to your legacy.”</w:t>
      </w:r>
    </w:p>
    <w:p w14:paraId="21159EF7" w14:textId="77777777" w:rsidR="00F91806" w:rsidRDefault="00000000" w:rsidP="004F5CDE">
      <w:r>
        <w:t>I giggled. "So, that’s a yes, Tony?"</w:t>
      </w:r>
    </w:p>
    <w:p w14:paraId="30463C68" w14:textId="7B714623" w:rsidR="00F91806" w:rsidRDefault="00000000" w:rsidP="004F5CDE">
      <w:r>
        <w:t>Tony instantly raised his empty beer in a mock toast.</w:t>
      </w:r>
      <w:r w:rsidR="008C1DCA">
        <w:t xml:space="preserve"> </w:t>
      </w:r>
      <w:r>
        <w:t>"I’m in, but only if I get to give the speech of a lifetime. No filters."</w:t>
      </w:r>
    </w:p>
    <w:p w14:paraId="11883F5F" w14:textId="77777777" w:rsidR="00F91806" w:rsidRDefault="00000000" w:rsidP="004F5CDE">
      <w:r>
        <w:t>Melanie groaned. "God help us all."</w:t>
      </w:r>
    </w:p>
    <w:p w14:paraId="32F3CDF8" w14:textId="175FDC8D" w:rsidR="00F91806" w:rsidRDefault="00400041" w:rsidP="004F5CDE">
      <w:r>
        <w:t>Candice clapped him on the shoulder. "If you don’t embarrass Hannah at least once, I’ll be personally offended."</w:t>
      </w:r>
    </w:p>
    <w:p w14:paraId="595F47D8" w14:textId="6BE4DC0A" w:rsidR="00F91806" w:rsidRDefault="00000000" w:rsidP="004F5CDE">
      <w:r>
        <w:t>Tony grinned like a devil.</w:t>
      </w:r>
      <w:r w:rsidR="008C1DCA">
        <w:t xml:space="preserve"> </w:t>
      </w:r>
      <w:r>
        <w:t>"Oh, I plan on bringing the heat. Hope you two are ready."</w:t>
      </w:r>
    </w:p>
    <w:p w14:paraId="4412E89B" w14:textId="5B7D882D" w:rsidR="00F91806" w:rsidRDefault="00000000" w:rsidP="004F5CDE">
      <w:r>
        <w:t>We had been through hell together.</w:t>
      </w:r>
      <w:r w:rsidR="00EE7A16">
        <w:t xml:space="preserve"> </w:t>
      </w:r>
      <w:r>
        <w:t xml:space="preserve">Betrayals, shootouts, secrets that had nearly </w:t>
      </w:r>
      <w:r w:rsidR="00FA295B">
        <w:t>d</w:t>
      </w:r>
      <w:r>
        <w:t>estroyed us.</w:t>
      </w:r>
      <w:r w:rsidR="00EE7A16">
        <w:t xml:space="preserve"> </w:t>
      </w:r>
      <w:r>
        <w:t>And now?</w:t>
      </w:r>
      <w:r w:rsidR="00EE7A16">
        <w:t xml:space="preserve"> </w:t>
      </w:r>
      <w:r>
        <w:t>Now we had a wedding to plan.</w:t>
      </w:r>
    </w:p>
    <w:p w14:paraId="25F00B67" w14:textId="77777777" w:rsidR="00FB1BD9" w:rsidRDefault="00FB1BD9" w:rsidP="004F5CDE"/>
    <w:p w14:paraId="2EC5CD22" w14:textId="77777777" w:rsidR="00FB1BD9" w:rsidRDefault="00FB1BD9" w:rsidP="004F5CDE"/>
    <w:p w14:paraId="500CC915" w14:textId="77777777" w:rsidR="00F91806" w:rsidRDefault="00000000" w:rsidP="0065615D">
      <w:pPr>
        <w:pStyle w:val="Heading1"/>
      </w:pPr>
      <w:bookmarkStart w:id="90" w:name="_Toc189281381"/>
      <w:r>
        <w:t>Chapter 64: Sealed with a Kiss</w:t>
      </w:r>
      <w:bookmarkEnd w:id="90"/>
    </w:p>
    <w:p w14:paraId="12309BBE" w14:textId="77777777" w:rsidR="0065615D" w:rsidRDefault="0065615D" w:rsidP="004F5CDE"/>
    <w:p w14:paraId="12B2B033" w14:textId="5297A06D" w:rsidR="00F91806" w:rsidRDefault="00000000" w:rsidP="004F5CDE">
      <w:r>
        <w:t>The night before the wedding, we ended up at Silicone Solutions again—where else?</w:t>
      </w:r>
      <w:r w:rsidR="00EE7A16">
        <w:t xml:space="preserve">  </w:t>
      </w:r>
      <w:r>
        <w:t xml:space="preserve">The store was officially closed, but the neon lights still buzzed softly in the windows, casting a familiar glow over the shelves of chaos we called inventory. </w:t>
      </w:r>
    </w:p>
    <w:p w14:paraId="6C1E40A8" w14:textId="77777777" w:rsidR="00F91806" w:rsidRDefault="00000000" w:rsidP="004F5CDE">
      <w:r>
        <w:t>The air smelled like cheap champagne and overpriced lavender air freshener, and the only customers tonight were us—the people who had survived too much together to not celebrate the moment.</w:t>
      </w:r>
    </w:p>
    <w:p w14:paraId="5FA36CB5" w14:textId="77777777" w:rsidR="00F91806" w:rsidRDefault="00000000" w:rsidP="004F5CDE">
      <w:r>
        <w:t>Tony, freshly healed but still pissed off about being forced into anything resembling formalwear, raised his plastic cup of champagne and grumbled, “To the weirdest fucking journey any of us have ever been on.”</w:t>
      </w:r>
    </w:p>
    <w:p w14:paraId="3CA1B7C0" w14:textId="77032925" w:rsidR="00F91806" w:rsidRDefault="00000000" w:rsidP="004F5CDE">
      <w:r>
        <w:lastRenderedPageBreak/>
        <w:t>Melanie smirked, leaning against me. “I’ll drink to that.”</w:t>
      </w:r>
      <w:r w:rsidR="00EE7A16">
        <w:t xml:space="preserve"> </w:t>
      </w:r>
      <w:r w:rsidR="00400041">
        <w:t>Candice perched on the counter, unusually quiet. She swirled the liquid in her cup, watching the bubbles rise, her usual sharp-edged sarcasm momentarily absent.</w:t>
      </w:r>
    </w:p>
    <w:p w14:paraId="23130C5B" w14:textId="77777777" w:rsidR="00F91806" w:rsidRDefault="00000000" w:rsidP="004F5CDE">
      <w:r>
        <w:t>I nudged her. “What’s that look for?”</w:t>
      </w:r>
    </w:p>
    <w:p w14:paraId="2CCDBD1A" w14:textId="5BB7123F" w:rsidR="00F91806" w:rsidRDefault="00000000" w:rsidP="004F5CDE">
      <w:r>
        <w:t>She glanced at me, then at Melanie, then back to me. Then she smiled—small, genuine, almost un-</w:t>
      </w:r>
      <w:r w:rsidR="00400041">
        <w:t>Candice</w:t>
      </w:r>
      <w:r>
        <w:t>-like. “Just… thinking.”</w:t>
      </w:r>
    </w:p>
    <w:p w14:paraId="6BDC5134" w14:textId="77777777" w:rsidR="00F91806" w:rsidRDefault="00000000" w:rsidP="004F5CDE">
      <w:r>
        <w:t>Tony snorted. “Dangerous.”</w:t>
      </w:r>
    </w:p>
    <w:p w14:paraId="7E243205" w14:textId="5DA02E92" w:rsidR="00F91806" w:rsidRDefault="00400041" w:rsidP="004F5CDE">
      <w:r>
        <w:t>Candice rolled her eyes. “I’m serious. This whole mess—Pete, Brent, my mom—it doesn’t feel like a weight anymore. It feels… over.”</w:t>
      </w:r>
    </w:p>
    <w:p w14:paraId="4D9FED04" w14:textId="77777777" w:rsidR="00F91806" w:rsidRDefault="00000000" w:rsidP="004F5CDE">
      <w:r>
        <w:t>I tilted my head. “And?”</w:t>
      </w:r>
    </w:p>
    <w:p w14:paraId="0B548E65" w14:textId="3A215FDC" w:rsidR="00F91806" w:rsidRDefault="00400041" w:rsidP="004F5CDE">
      <w:r>
        <w:t>Candice exhaled. “And I don’t know what to do with myself now,” she admitted, laughing softly. “I’ve spent so long trying to untangle this shit that I never stopped to think about what comes after.”</w:t>
      </w:r>
    </w:p>
    <w:p w14:paraId="45E7674C" w14:textId="713CA239" w:rsidR="00F91806" w:rsidRDefault="00000000" w:rsidP="004F5CDE">
      <w:r>
        <w:t xml:space="preserve">Melanie clinked her cup against </w:t>
      </w:r>
      <w:r w:rsidR="00400041">
        <w:t>Candice</w:t>
      </w:r>
      <w:r>
        <w:t>’s. “Then maybe it’s time to stop looking back.”</w:t>
      </w:r>
    </w:p>
    <w:p w14:paraId="5972A7B3" w14:textId="2D74FEAC" w:rsidR="00F91806" w:rsidRDefault="00400041" w:rsidP="004F5CDE">
      <w:r>
        <w:t>Candice took a long sip, then nodded. “Yeah. Maybe it is.”</w:t>
      </w:r>
    </w:p>
    <w:p w14:paraId="1E9856BF" w14:textId="77777777" w:rsidR="00F91806" w:rsidRDefault="00000000" w:rsidP="004F5CDE">
      <w:r>
        <w:t>For once, she wasn’t chasing ghosts. She was moving forward. And that? That was something worth celebrating.</w:t>
      </w:r>
    </w:p>
    <w:p w14:paraId="2067AC79" w14:textId="77777777" w:rsidR="0065615D" w:rsidRDefault="0065615D" w:rsidP="004F5CDE"/>
    <w:p w14:paraId="6DD375BA" w14:textId="19FBCA1F" w:rsidR="0065615D" w:rsidRPr="00A351D5" w:rsidRDefault="00304FE8" w:rsidP="00325C57">
      <w:pPr>
        <w:jc w:val="center"/>
        <w:rPr>
          <w:color w:val="365F91" w:themeColor="accent1" w:themeShade="BF"/>
        </w:rPr>
      </w:pPr>
      <w:r>
        <w:rPr>
          <w:rFonts w:ascii="Segoe UI Symbol" w:hAnsi="Segoe UI Symbol" w:cs="Segoe UI Symbol"/>
          <w:color w:val="365F91" w:themeColor="accent1" w:themeShade="BF"/>
        </w:rPr>
        <w:t>♞♛♞</w:t>
      </w:r>
    </w:p>
    <w:p w14:paraId="55449342" w14:textId="77777777" w:rsidR="00F91806" w:rsidRDefault="00F91806" w:rsidP="004F5CDE"/>
    <w:p w14:paraId="42D23BD2" w14:textId="77777777" w:rsidR="00F91806" w:rsidRDefault="00000000" w:rsidP="004F5CDE">
      <w:r>
        <w:t>Sunlight stretched across my bedroom, cutting through the blinds in golden streaks. The city outside buzzed with its usual rhythm, but for once, everything felt calm.</w:t>
      </w:r>
    </w:p>
    <w:p w14:paraId="164DAFE6" w14:textId="77777777" w:rsidR="00F91806" w:rsidRDefault="00000000" w:rsidP="004F5CDE">
      <w:r>
        <w:t>Melanie was still asleep beside me, tangled in the sheets, hair a beautiful disaster. For a moment, I just watched her, memorizing everything—the slow rise and fall of her breath, the way the light caught in her curls, the faint smirk on her lips, like even in her dreams, she had something to be smug about.</w:t>
      </w:r>
    </w:p>
    <w:p w14:paraId="3D61BE68" w14:textId="77777777" w:rsidR="00F91806" w:rsidRDefault="00000000" w:rsidP="004F5CDE">
      <w:r>
        <w:t>Today was our wedding day.</w:t>
      </w:r>
    </w:p>
    <w:p w14:paraId="36B9E013" w14:textId="15455764" w:rsidR="00F91806" w:rsidRDefault="00000000" w:rsidP="004F5CDE">
      <w:r>
        <w:lastRenderedPageBreak/>
        <w:t>And I wasn’t nervous. Not even a little.</w:t>
      </w:r>
      <w:r w:rsidR="00EE7A16">
        <w:t xml:space="preserve"> </w:t>
      </w:r>
      <w:r>
        <w:t>No gunfights. No hidden threats. No one to outrun.</w:t>
      </w:r>
      <w:r w:rsidR="008C1DCA">
        <w:t xml:space="preserve"> </w:t>
      </w:r>
      <w:r>
        <w:t>For the first time in forever, I felt… whole.</w:t>
      </w:r>
      <w:r w:rsidR="00EE7A16">
        <w:t xml:space="preserve"> </w:t>
      </w:r>
      <w:r>
        <w:t>Melanie stirred, blinking up at me with sleep-heavy eyes. “Are you staring at me?”</w:t>
      </w:r>
    </w:p>
    <w:p w14:paraId="13D610F2" w14:textId="77777777" w:rsidR="00F91806" w:rsidRDefault="00000000" w:rsidP="004F5CDE">
      <w:r>
        <w:t>“Absolutely.”</w:t>
      </w:r>
    </w:p>
    <w:p w14:paraId="1654D7CD" w14:textId="77777777" w:rsidR="00F91806" w:rsidRDefault="00000000" w:rsidP="004F5CDE">
      <w:r>
        <w:t>She groaned, rolling onto her stomach and burying her face in the pillow. “Too early for romance. Five more minutes.”</w:t>
      </w:r>
    </w:p>
    <w:p w14:paraId="4FE79CAD" w14:textId="77777777" w:rsidR="00F91806" w:rsidRDefault="00000000" w:rsidP="004F5CDE">
      <w:r>
        <w:t>I grinned. “I’ll allow it. But only because I love you.”</w:t>
      </w:r>
    </w:p>
    <w:p w14:paraId="03728473" w14:textId="77777777" w:rsidR="00F91806" w:rsidRDefault="00000000" w:rsidP="004F5CDE">
      <w:r>
        <w:t>Her voice was muffled. “Damn right you do.”</w:t>
      </w:r>
    </w:p>
    <w:p w14:paraId="5B4FDCF5" w14:textId="77777777" w:rsidR="00F91806" w:rsidRDefault="00000000" w:rsidP="004F5CDE">
      <w:r>
        <w:t>Yeah. This was it. This was home.</w:t>
      </w:r>
    </w:p>
    <w:p w14:paraId="4DD022D6" w14:textId="5D1D1B4D" w:rsidR="00F91806" w:rsidRDefault="00000000" w:rsidP="004F5CDE">
      <w:r>
        <w:t>The wedding was perfect.</w:t>
      </w:r>
      <w:r w:rsidR="00EE7A16">
        <w:t xml:space="preserve"> </w:t>
      </w:r>
      <w:r>
        <w:t xml:space="preserve">Not in the “flawless, fairy-tale, straight-out-of-a-romance-novel” way, but in the “we almost lost the rings, Tony got drunk and started offering ‘protective services’ to random guests, and </w:t>
      </w:r>
      <w:r w:rsidR="00400041">
        <w:t>Candice</w:t>
      </w:r>
      <w:r>
        <w:t xml:space="preserve"> threatened to flee the country after being forced into a dress” kind of way.</w:t>
      </w:r>
    </w:p>
    <w:p w14:paraId="44D552C5" w14:textId="77777777" w:rsidR="00F91806" w:rsidRDefault="00000000" w:rsidP="004F5CDE">
      <w:r>
        <w:t>It was ours. And that made it perfect.</w:t>
      </w:r>
    </w:p>
    <w:p w14:paraId="793AFC9E" w14:textId="513253D6" w:rsidR="00F91806" w:rsidRDefault="00400041" w:rsidP="004F5CDE">
      <w:r>
        <w:t>Candice, our official “Groom of Honor,” gave a speech that was just inappropriate enough to be funny but not inappropriate enough to make my mother cry.</w:t>
      </w:r>
      <w:r w:rsidR="00EE7A16">
        <w:t xml:space="preserve"> </w:t>
      </w:r>
      <w:r>
        <w:t>Tony gave a toast that may or may not have been plagiarized from a mob movie.</w:t>
      </w:r>
    </w:p>
    <w:p w14:paraId="66FA2332" w14:textId="77777777" w:rsidR="00F91806" w:rsidRDefault="00000000" w:rsidP="004F5CDE">
      <w:r>
        <w:t>Melanie’s vows? They made me cry like an idiot.</w:t>
      </w:r>
    </w:p>
    <w:p w14:paraId="2525214A" w14:textId="77777777" w:rsidR="00F91806" w:rsidRDefault="00000000" w:rsidP="004F5CDE">
      <w:r>
        <w:t>And when it was my turn, I barely got the words out before Melanie rolled her eyes, grabbed me by the collar, and kissed me like we had just survived another shootout.</w:t>
      </w:r>
    </w:p>
    <w:p w14:paraId="1C7ACB7B" w14:textId="77777777" w:rsidR="00F91806" w:rsidRDefault="00000000" w:rsidP="004F5CDE">
      <w:r>
        <w:t>Applause. Laughter. Cheers.</w:t>
      </w:r>
    </w:p>
    <w:p w14:paraId="2DDCFEFB" w14:textId="2764B156" w:rsidR="00F91806" w:rsidRDefault="00400041" w:rsidP="004F5CDE">
      <w:r>
        <w:t>Candice muttered, “Gross,” from the sidelines.</w:t>
      </w:r>
    </w:p>
    <w:p w14:paraId="122EC019" w14:textId="77777777" w:rsidR="00F91806" w:rsidRDefault="00000000" w:rsidP="004F5CDE">
      <w:r>
        <w:t>And just like that, we were married.</w:t>
      </w:r>
    </w:p>
    <w:p w14:paraId="45176361" w14:textId="77777777" w:rsidR="0065615D" w:rsidRDefault="0065615D" w:rsidP="004F5CDE"/>
    <w:p w14:paraId="4450722D" w14:textId="05622A70" w:rsidR="0065615D" w:rsidRPr="00A351D5" w:rsidRDefault="00304FE8" w:rsidP="00325C57">
      <w:pPr>
        <w:jc w:val="center"/>
        <w:rPr>
          <w:color w:val="365F91" w:themeColor="accent1" w:themeShade="BF"/>
        </w:rPr>
      </w:pPr>
      <w:r>
        <w:rPr>
          <w:rFonts w:ascii="Segoe UI Symbol" w:hAnsi="Segoe UI Symbol" w:cs="Segoe UI Symbol"/>
          <w:color w:val="365F91" w:themeColor="accent1" w:themeShade="BF"/>
        </w:rPr>
        <w:t>♞♛♞</w:t>
      </w:r>
    </w:p>
    <w:p w14:paraId="268C3B8D" w14:textId="77777777" w:rsidR="00F91806" w:rsidRDefault="00F91806" w:rsidP="004F5CDE"/>
    <w:p w14:paraId="0CAF8E0F" w14:textId="3C4944D3" w:rsidR="00F91806" w:rsidRDefault="00000000" w:rsidP="004F5CDE">
      <w:r>
        <w:lastRenderedPageBreak/>
        <w:t>Our honeymoon was a blur of late mornings, sun-soaked afternoons, and nights that had me learning all the ways Melanie could make me weak in the knees.</w:t>
      </w:r>
      <w:r w:rsidR="00EE7A16">
        <w:t xml:space="preserve"> </w:t>
      </w:r>
      <w:r>
        <w:t>We went off-grid.</w:t>
      </w:r>
      <w:r w:rsidR="00EE7A16">
        <w:t xml:space="preserve"> </w:t>
      </w:r>
      <w:r>
        <w:t>No emails. No emergencies. No reminders of the chaos we left behind.</w:t>
      </w:r>
      <w:r w:rsidR="008C1DCA">
        <w:t xml:space="preserve"> </w:t>
      </w:r>
      <w:r>
        <w:t>For a full week, we disappeared into a world where the biggest decision was what cocktail to order next.</w:t>
      </w:r>
      <w:r w:rsidR="00EE7A16">
        <w:t xml:space="preserve"> </w:t>
      </w:r>
      <w:r>
        <w:t>It was heaven.</w:t>
      </w:r>
    </w:p>
    <w:p w14:paraId="45E98AF3" w14:textId="77777777" w:rsidR="00F91806" w:rsidRDefault="00000000" w:rsidP="004F5CDE">
      <w:r>
        <w:t>Then reality came knocking.</w:t>
      </w:r>
    </w:p>
    <w:p w14:paraId="771985B3" w14:textId="035D0E6E" w:rsidR="00F91806" w:rsidRDefault="00000000" w:rsidP="004F5CDE">
      <w:r>
        <w:t xml:space="preserve">The moment we stepped off the plane, my phone buzzed, </w:t>
      </w:r>
      <w:r w:rsidR="008C1DCA">
        <w:t>“</w:t>
      </w:r>
      <w:r>
        <w:t>Welcome Home, Dumbasses</w:t>
      </w:r>
      <w:r w:rsidR="008C26DE">
        <w:t>,</w:t>
      </w:r>
      <w:r w:rsidR="008C1DCA">
        <w:t>”</w:t>
      </w:r>
      <w:r w:rsidR="008C26DE">
        <w:t xml:space="preserve"> Tony texted</w:t>
      </w:r>
      <w:r w:rsidR="008C1DCA">
        <w:t>, “</w:t>
      </w:r>
      <w:r>
        <w:t>Where the fuck are you? We’re dying here.</w:t>
      </w:r>
      <w:r w:rsidR="008C1DCA">
        <w:t>”</w:t>
      </w:r>
    </w:p>
    <w:p w14:paraId="292B2A27" w14:textId="13E3F67A" w:rsidR="00F91806" w:rsidRDefault="00400041" w:rsidP="004F5CDE">
      <w:r>
        <w:t>Candice: If you don’t come back soon, I’m renaming the store “Dildo Dynasty.”</w:t>
      </w:r>
    </w:p>
    <w:p w14:paraId="77FCD309" w14:textId="77777777" w:rsidR="00F91806" w:rsidRDefault="00000000" w:rsidP="004F5CDE">
      <w:r>
        <w:t>Melanie sighed, peering over my shoulder at the texts. “We should have stayed longer.”</w:t>
      </w:r>
    </w:p>
    <w:p w14:paraId="3938FB4D" w14:textId="77777777" w:rsidR="00F91806" w:rsidRDefault="00000000" w:rsidP="004F5CDE">
      <w:r>
        <w:t>I laughed. “We definitely should have stayed longer.”</w:t>
      </w:r>
    </w:p>
    <w:p w14:paraId="5A0D9CB3" w14:textId="77777777" w:rsidR="00F91806" w:rsidRDefault="00000000" w:rsidP="004F5CDE">
      <w:r>
        <w:t>But we were home now. And as much as I wanted to run away for another month, it was time to face the next chapter of our lives.</w:t>
      </w:r>
    </w:p>
    <w:p w14:paraId="1210AE42" w14:textId="77777777" w:rsidR="0065615D" w:rsidRDefault="0065615D" w:rsidP="004F5CDE"/>
    <w:p w14:paraId="2D4C629F" w14:textId="5EE71BB0" w:rsidR="0065615D" w:rsidRPr="00A351D5" w:rsidRDefault="00304FE8" w:rsidP="00325C57">
      <w:pPr>
        <w:jc w:val="center"/>
        <w:rPr>
          <w:color w:val="365F91" w:themeColor="accent1" w:themeShade="BF"/>
        </w:rPr>
      </w:pPr>
      <w:r>
        <w:rPr>
          <w:rFonts w:ascii="Segoe UI Symbol" w:hAnsi="Segoe UI Symbol" w:cs="Segoe UI Symbol"/>
          <w:color w:val="365F91" w:themeColor="accent1" w:themeShade="BF"/>
        </w:rPr>
        <w:t>♞♛♞</w:t>
      </w:r>
    </w:p>
    <w:p w14:paraId="5741762A" w14:textId="77777777" w:rsidR="00F91806" w:rsidRDefault="00F91806" w:rsidP="004F5CDE"/>
    <w:p w14:paraId="055EFBC2" w14:textId="77777777" w:rsidR="00F91806" w:rsidRDefault="00000000" w:rsidP="0065615D">
      <w:pPr>
        <w:pStyle w:val="Heading2"/>
      </w:pPr>
      <w:bookmarkStart w:id="91" w:name="_Toc189281382"/>
      <w:r>
        <w:t>Silicone Solutions 2.0</w:t>
      </w:r>
      <w:bookmarkEnd w:id="91"/>
    </w:p>
    <w:p w14:paraId="7AC8605C" w14:textId="77777777" w:rsidR="0065615D" w:rsidRPr="0065615D" w:rsidRDefault="0065615D" w:rsidP="0065615D"/>
    <w:p w14:paraId="27ECF46E" w14:textId="77777777" w:rsidR="00F91806" w:rsidRDefault="00000000" w:rsidP="004F5CDE">
      <w:r>
        <w:t>Walking back into the store felt like stepping into a different world.</w:t>
      </w:r>
    </w:p>
    <w:p w14:paraId="4869E738" w14:textId="0220A61B" w:rsidR="00F91806" w:rsidRDefault="00400041" w:rsidP="004F5CDE">
      <w:r>
        <w:t>Candice had, unsurprisingly, taken charge in our absence. The new branding looked incredible—sleek, modern, with just the right amount of humor. The grand reopening had been a massive success, sales were higher than ever, and—</w:t>
      </w:r>
    </w:p>
    <w:p w14:paraId="21D81F38" w14:textId="77777777" w:rsidR="00F91806" w:rsidRDefault="00000000" w:rsidP="004F5CDE">
      <w:r>
        <w:t>“Oh, hell no,” Melanie muttered beside me.</w:t>
      </w:r>
    </w:p>
    <w:p w14:paraId="6E2FF2FD" w14:textId="7CEFD15B" w:rsidR="00F91806" w:rsidRDefault="00000000" w:rsidP="004F5CDE">
      <w:r>
        <w:t>I followed her gaze.</w:t>
      </w:r>
      <w:r w:rsidR="00EE7A16">
        <w:t xml:space="preserve"> </w:t>
      </w:r>
      <w:r>
        <w:t>A new window display.</w:t>
      </w:r>
      <w:r w:rsidR="00EE7A16">
        <w:t xml:space="preserve"> </w:t>
      </w:r>
      <w:r>
        <w:t>A life-sized cardboard cutout of me and Melanie, dressed in wedding attire, holding up a giant neon sign that read:</w:t>
      </w:r>
      <w:r w:rsidR="008C1DCA">
        <w:t xml:space="preserve"> </w:t>
      </w:r>
      <w:r>
        <w:t>“Married? Spicing it up? Silicone Solutions has you covered!”</w:t>
      </w:r>
    </w:p>
    <w:p w14:paraId="0308695F" w14:textId="46582485" w:rsidR="00F91806" w:rsidRDefault="00000000" w:rsidP="004F5CDE">
      <w:r>
        <w:t xml:space="preserve">I turned to </w:t>
      </w:r>
      <w:r w:rsidR="00400041">
        <w:t>Candice</w:t>
      </w:r>
      <w:r>
        <w:t>, who was smirking from behind the counter.</w:t>
      </w:r>
      <w:r w:rsidR="008C1DCA">
        <w:t xml:space="preserve"> </w:t>
      </w:r>
      <w:r>
        <w:t>“You didn’t.”</w:t>
      </w:r>
    </w:p>
    <w:p w14:paraId="74BF185B" w14:textId="77777777" w:rsidR="00F91806" w:rsidRDefault="00000000" w:rsidP="004F5CDE">
      <w:r>
        <w:t>“Oh, but I did.”</w:t>
      </w:r>
    </w:p>
    <w:p w14:paraId="621659C3" w14:textId="77777777" w:rsidR="00F91806" w:rsidRDefault="00000000" w:rsidP="004F5CDE">
      <w:r>
        <w:lastRenderedPageBreak/>
        <w:t>Melanie groaned, pinching the bridge of her nose. “You’re insufferable.”</w:t>
      </w:r>
    </w:p>
    <w:p w14:paraId="0E7E849B" w14:textId="040D73CD" w:rsidR="00F91806" w:rsidRDefault="00400041" w:rsidP="004F5CDE">
      <w:r>
        <w:t>Candice grinned. “And yet, you love me.”</w:t>
      </w:r>
    </w:p>
    <w:p w14:paraId="26B1DDF7" w14:textId="77777777" w:rsidR="00F91806" w:rsidRDefault="00000000" w:rsidP="004F5CDE">
      <w:r>
        <w:t>I sighed, shaking my head. “I leave for a week and suddenly we’re the face of the store?”</w:t>
      </w:r>
    </w:p>
    <w:p w14:paraId="109D144A" w14:textId="77777777" w:rsidR="00F91806" w:rsidRDefault="00000000" w:rsidP="004F5CDE">
      <w:r>
        <w:t>Tony, who was stacking a shipment of discreet personal massagers, chimed in. “It’s marketing genius, boss. People eat this kind of shit up.”</w:t>
      </w:r>
    </w:p>
    <w:p w14:paraId="75202043" w14:textId="77777777" w:rsidR="00F91806" w:rsidRDefault="00000000" w:rsidP="004F5CDE">
      <w:r>
        <w:t>Melanie looked one second away from quitting the entire marriage.</w:t>
      </w:r>
    </w:p>
    <w:p w14:paraId="6C82B22F" w14:textId="56521A4F" w:rsidR="00F91806" w:rsidRDefault="00400041" w:rsidP="004F5CDE">
      <w:r>
        <w:t>Candice winked. “And yet, you married into this.”</w:t>
      </w:r>
    </w:p>
    <w:p w14:paraId="6CFA9B0D" w14:textId="77777777" w:rsidR="00F91806" w:rsidRDefault="00000000" w:rsidP="004F5CDE">
      <w:r>
        <w:t>She had a point.</w:t>
      </w:r>
    </w:p>
    <w:p w14:paraId="7B0D684B" w14:textId="77777777" w:rsidR="00FB1BD9" w:rsidRDefault="00FB1BD9" w:rsidP="004F5CDE"/>
    <w:p w14:paraId="509487F6" w14:textId="77777777" w:rsidR="00FB1BD9" w:rsidRDefault="00FB1BD9" w:rsidP="004F5CDE"/>
    <w:p w14:paraId="5D3966D5" w14:textId="77777777" w:rsidR="00F91806" w:rsidRDefault="00000000" w:rsidP="0065615D">
      <w:pPr>
        <w:pStyle w:val="Heading1"/>
      </w:pPr>
      <w:bookmarkStart w:id="92" w:name="_Toc189281383"/>
      <w:r>
        <w:t>Chapter 65: Afterglow</w:t>
      </w:r>
      <w:bookmarkEnd w:id="92"/>
    </w:p>
    <w:p w14:paraId="53A67FC5" w14:textId="77777777" w:rsidR="0065615D" w:rsidRDefault="0065615D" w:rsidP="004F5CDE"/>
    <w:p w14:paraId="7E2AE0C7" w14:textId="5BAB3F41" w:rsidR="00F91806" w:rsidRDefault="00000000" w:rsidP="004F5CDE">
      <w:r>
        <w:t>That night, after the chaos of returning to work, Melanie and I sat on our apartment balcony, watching the city breathe beneath us. The skyline stretched far and wide, neon lights flickering like fallen stars, the hum of distant traffic blending into the quiet. The world hadn’t stopped turning—not for the shootouts, not for the betrayals, not even for us.</w:t>
      </w:r>
    </w:p>
    <w:p w14:paraId="4DFE259B" w14:textId="77777777" w:rsidR="00F91806" w:rsidRDefault="00000000" w:rsidP="004F5CDE">
      <w:r>
        <w:t>But for the first time in a long time, I felt still.</w:t>
      </w:r>
    </w:p>
    <w:p w14:paraId="29F59A21" w14:textId="77777777" w:rsidR="00F91806" w:rsidRDefault="00000000" w:rsidP="004F5CDE">
      <w:r>
        <w:t>Melanie rested her head against my shoulder, her fingers lazily tracing circles on my arm. The warmth of her touch, the easy weight of her against me—it was grounding, like an anchor after a storm that had tried to drown us.</w:t>
      </w:r>
    </w:p>
    <w:p w14:paraId="4E26B044" w14:textId="77777777" w:rsidR="00F91806" w:rsidRDefault="00000000" w:rsidP="004F5CDE">
      <w:r>
        <w:t>“We really did it, huh?” she murmured.</w:t>
      </w:r>
    </w:p>
    <w:p w14:paraId="3D44F719" w14:textId="2EF54797" w:rsidR="00F91806" w:rsidRDefault="00000000" w:rsidP="004F5CDE">
      <w:r>
        <w:t>I exhaled, the last remnants of tension unwinding from my chest. “Yeah,” I said, threading my fingers through hers</w:t>
      </w:r>
      <w:r w:rsidR="008C1DCA">
        <w:t>:</w:t>
      </w:r>
      <w:r>
        <w:t xml:space="preserve"> “We did.”</w:t>
      </w:r>
    </w:p>
    <w:p w14:paraId="19C83E1F" w14:textId="77777777" w:rsidR="00F91806" w:rsidRDefault="00000000" w:rsidP="004F5CDE">
      <w:r>
        <w:t>For a while, neither of us spoke. We didn’t need to. The silence wasn’t heavy anymore—it wasn’t filled with danger, or unfinished business, or the ghosts of the past lurking just out of sight.</w:t>
      </w:r>
    </w:p>
    <w:p w14:paraId="3203DC0B" w14:textId="77777777" w:rsidR="00F91806" w:rsidRDefault="00000000" w:rsidP="004F5CDE">
      <w:r>
        <w:lastRenderedPageBreak/>
        <w:t>It was just ours.</w:t>
      </w:r>
    </w:p>
    <w:p w14:paraId="546C1434" w14:textId="1167ADD8" w:rsidR="00F91806" w:rsidRDefault="00000000" w:rsidP="004F5CDE">
      <w:r>
        <w:t>Then, Melanie shifted, sitting up slightly to meet my gaze. The soft glow of the city lights caught in her green eyes, making them shine like emerald fire.</w:t>
      </w:r>
      <w:r w:rsidR="00384F3D">
        <w:t xml:space="preserve"> </w:t>
      </w:r>
      <w:r>
        <w:t>“What’s next?” she asked.</w:t>
      </w:r>
    </w:p>
    <w:p w14:paraId="039CE8B8" w14:textId="782410C1" w:rsidR="00F91806" w:rsidRDefault="00000000" w:rsidP="004F5CDE">
      <w:r>
        <w:t>I smiled, tightening my grip around her hand. “Whatever the hell we want.”</w:t>
      </w:r>
    </w:p>
    <w:p w14:paraId="35988D59" w14:textId="77777777" w:rsidR="00F91806" w:rsidRDefault="00000000" w:rsidP="004F5CDE">
      <w:r>
        <w:t>She smirked, rolling her eyes. “You make it sound so simple.”</w:t>
      </w:r>
    </w:p>
    <w:p w14:paraId="38735325" w14:textId="00ACBE49" w:rsidR="00F91806" w:rsidRDefault="00000000" w:rsidP="004F5CDE">
      <w:r>
        <w:t>“It is.” I lifted our joined hands, pressing a kiss to her knuckles. “For the first time in forever, we</w:t>
      </w:r>
      <w:r w:rsidR="008C26DE">
        <w:t xml:space="preserve"> we</w:t>
      </w:r>
      <w:r>
        <w:t>re not running. We</w:t>
      </w:r>
      <w:r w:rsidR="008C26DE">
        <w:t xml:space="preserve"> we</w:t>
      </w:r>
      <w:r>
        <w:t>re not fighting. We</w:t>
      </w:r>
      <w:r w:rsidR="008C26DE">
        <w:t xml:space="preserve"> wer</w:t>
      </w:r>
      <w:r>
        <w:t>e just… here. Together. And that’s enough.”</w:t>
      </w:r>
    </w:p>
    <w:p w14:paraId="3B4974AE" w14:textId="77777777" w:rsidR="00F91806" w:rsidRDefault="00000000" w:rsidP="004F5CDE">
      <w:r>
        <w:t>Melanie exhaled, something unspoken passing between us. The weight of everything we survived flickered behind her eyes, but it wasn’t dragging her down anymore. It was just part of the story—a story that didn’t own us anymore.</w:t>
      </w:r>
    </w:p>
    <w:p w14:paraId="0C0E0092" w14:textId="77777777" w:rsidR="00F91806" w:rsidRDefault="00000000" w:rsidP="004F5CDE">
      <w:r>
        <w:t>She squeezed my hand. “Pinky swear?”</w:t>
      </w:r>
    </w:p>
    <w:p w14:paraId="64A68922" w14:textId="26B3C005" w:rsidR="00F91806" w:rsidRDefault="00000000" w:rsidP="004F5CDE">
      <w:r>
        <w:t>I laughed, a real, unburdened laugh, leaning in to kiss her—slow, deep, and certain.</w:t>
      </w:r>
      <w:r w:rsidR="008C1DCA">
        <w:t xml:space="preserve"> </w:t>
      </w:r>
      <w:r>
        <w:t>Because for the first time since I became C</w:t>
      </w:r>
      <w:r w:rsidR="008C26DE">
        <w:t>E</w:t>
      </w:r>
      <w:r>
        <w:t>O, I wasn’t worried about the next fight. The next secret. The next enemy lurking in the shadows.</w:t>
      </w:r>
    </w:p>
    <w:p w14:paraId="38F92089" w14:textId="246211A9" w:rsidR="00F91806" w:rsidRDefault="00000000" w:rsidP="004F5CDE">
      <w:r>
        <w:t>We had made it through the fire.</w:t>
      </w:r>
      <w:r w:rsidR="00843ABD">
        <w:t xml:space="preserve"> </w:t>
      </w:r>
      <w:r>
        <w:t>And after the storm?</w:t>
      </w:r>
      <w:r w:rsidR="00843ABD">
        <w:t xml:space="preserve"> </w:t>
      </w:r>
      <w:r>
        <w:t>All that was left was us.</w:t>
      </w:r>
      <w:r w:rsidR="00843ABD">
        <w:t xml:space="preserve"> </w:t>
      </w:r>
      <w:r>
        <w:t>I laced my fingers through hers, pulling back just enough to whisper—</w:t>
      </w:r>
    </w:p>
    <w:p w14:paraId="4861FB64" w14:textId="77777777" w:rsidR="00F91806" w:rsidRDefault="00000000" w:rsidP="004F5CDE">
      <w:r>
        <w:t>“Pinky swear.”</w:t>
      </w:r>
    </w:p>
    <w:p w14:paraId="19A1EB93" w14:textId="77777777" w:rsidR="0038568D" w:rsidRDefault="0038568D" w:rsidP="004F5CDE"/>
    <w:p w14:paraId="5D5DDA2C" w14:textId="121B4DC7" w:rsidR="0038568D" w:rsidRPr="00A351D5" w:rsidRDefault="00304FE8" w:rsidP="00325C57">
      <w:pPr>
        <w:jc w:val="center"/>
        <w:rPr>
          <w:color w:val="365F91" w:themeColor="accent1" w:themeShade="BF"/>
        </w:rPr>
      </w:pPr>
      <w:r>
        <w:rPr>
          <w:rFonts w:ascii="Segoe UI Symbol" w:hAnsi="Segoe UI Symbol" w:cs="Segoe UI Symbol"/>
          <w:color w:val="365F91" w:themeColor="accent1" w:themeShade="BF"/>
        </w:rPr>
        <w:t>♞♛♞</w:t>
      </w:r>
    </w:p>
    <w:p w14:paraId="1DFFFECD" w14:textId="77777777" w:rsidR="0038568D" w:rsidRDefault="0038568D" w:rsidP="004F5CDE"/>
    <w:p w14:paraId="0487A770" w14:textId="77777777" w:rsidR="00F91806" w:rsidRDefault="00000000" w:rsidP="0065615D">
      <w:pPr>
        <w:jc w:val="center"/>
      </w:pPr>
      <w:r>
        <w:t>The End</w:t>
      </w:r>
    </w:p>
    <w:sectPr w:rsidR="00F91806" w:rsidSect="003B0978">
      <w:pgSz w:w="12240" w:h="15840"/>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BD4B4" w14:textId="77777777" w:rsidR="000559B3" w:rsidRDefault="000559B3" w:rsidP="00A75A1E">
      <w:pPr>
        <w:spacing w:after="0" w:line="240" w:lineRule="auto"/>
      </w:pPr>
      <w:r>
        <w:separator/>
      </w:r>
    </w:p>
  </w:endnote>
  <w:endnote w:type="continuationSeparator" w:id="0">
    <w:p w14:paraId="3D2FE631" w14:textId="77777777" w:rsidR="000559B3" w:rsidRDefault="000559B3" w:rsidP="00A75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1539043"/>
      <w:docPartObj>
        <w:docPartGallery w:val="Page Numbers (Bottom of Page)"/>
        <w:docPartUnique/>
      </w:docPartObj>
    </w:sdtPr>
    <w:sdtEndPr>
      <w:rPr>
        <w:noProof/>
      </w:rPr>
    </w:sdtEndPr>
    <w:sdtContent>
      <w:p w14:paraId="61C4E622" w14:textId="47EDCB84" w:rsidR="00420876" w:rsidRDefault="004208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C0BFC2" w14:textId="77777777" w:rsidR="00514537" w:rsidRDefault="005145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5140469"/>
      <w:docPartObj>
        <w:docPartGallery w:val="Page Numbers (Bottom of Page)"/>
        <w:docPartUnique/>
      </w:docPartObj>
    </w:sdtPr>
    <w:sdtEndPr>
      <w:rPr>
        <w:noProof/>
      </w:rPr>
    </w:sdtEndPr>
    <w:sdtContent>
      <w:p w14:paraId="2BC3B39A" w14:textId="65E47990" w:rsidR="006862E7" w:rsidRDefault="006862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239FBB" w14:textId="77777777" w:rsidR="00514537" w:rsidRDefault="00514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0F8A0" w14:textId="77777777" w:rsidR="000559B3" w:rsidRDefault="000559B3" w:rsidP="00A75A1E">
      <w:pPr>
        <w:spacing w:after="0" w:line="240" w:lineRule="auto"/>
      </w:pPr>
      <w:r>
        <w:separator/>
      </w:r>
    </w:p>
  </w:footnote>
  <w:footnote w:type="continuationSeparator" w:id="0">
    <w:p w14:paraId="53AFAAC7" w14:textId="77777777" w:rsidR="000559B3" w:rsidRDefault="000559B3" w:rsidP="00A75A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3EA72" w14:textId="14A1D779" w:rsidR="00A75A1E" w:rsidRDefault="00A75A1E" w:rsidP="00A75A1E">
    <w:pPr>
      <w:pStyle w:val="Header"/>
      <w:tabs>
        <w:tab w:val="clear" w:pos="4680"/>
        <w:tab w:val="clear" w:pos="9360"/>
        <w:tab w:val="left" w:pos="351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38B5EF7"/>
    <w:multiLevelType w:val="multilevel"/>
    <w:tmpl w:val="F4CE1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3F106C"/>
    <w:multiLevelType w:val="hybridMultilevel"/>
    <w:tmpl w:val="D6669EAE"/>
    <w:lvl w:ilvl="0" w:tplc="FFD8CFDC">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7273943">
    <w:abstractNumId w:val="8"/>
  </w:num>
  <w:num w:numId="2" w16cid:durableId="379980966">
    <w:abstractNumId w:val="6"/>
  </w:num>
  <w:num w:numId="3" w16cid:durableId="1885870117">
    <w:abstractNumId w:val="5"/>
  </w:num>
  <w:num w:numId="4" w16cid:durableId="1046880996">
    <w:abstractNumId w:val="4"/>
  </w:num>
  <w:num w:numId="5" w16cid:durableId="136993873">
    <w:abstractNumId w:val="7"/>
  </w:num>
  <w:num w:numId="6" w16cid:durableId="539897353">
    <w:abstractNumId w:val="3"/>
  </w:num>
  <w:num w:numId="7" w16cid:durableId="618268509">
    <w:abstractNumId w:val="2"/>
  </w:num>
  <w:num w:numId="8" w16cid:durableId="564535889">
    <w:abstractNumId w:val="1"/>
  </w:num>
  <w:num w:numId="9" w16cid:durableId="587537854">
    <w:abstractNumId w:val="0"/>
  </w:num>
  <w:num w:numId="10" w16cid:durableId="33116672">
    <w:abstractNumId w:val="10"/>
  </w:num>
  <w:num w:numId="11" w16cid:durableId="3326115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3EB"/>
    <w:rsid w:val="00006952"/>
    <w:rsid w:val="0000753C"/>
    <w:rsid w:val="00012DA4"/>
    <w:rsid w:val="00014D58"/>
    <w:rsid w:val="0001577B"/>
    <w:rsid w:val="000166B0"/>
    <w:rsid w:val="0001779E"/>
    <w:rsid w:val="00017D0E"/>
    <w:rsid w:val="0002023B"/>
    <w:rsid w:val="000242C0"/>
    <w:rsid w:val="00024C28"/>
    <w:rsid w:val="0002614E"/>
    <w:rsid w:val="00027A4E"/>
    <w:rsid w:val="00034616"/>
    <w:rsid w:val="00034A99"/>
    <w:rsid w:val="00034B42"/>
    <w:rsid w:val="00035C65"/>
    <w:rsid w:val="00040997"/>
    <w:rsid w:val="0004208C"/>
    <w:rsid w:val="00043531"/>
    <w:rsid w:val="00043D5C"/>
    <w:rsid w:val="00045559"/>
    <w:rsid w:val="00046AA9"/>
    <w:rsid w:val="000476A3"/>
    <w:rsid w:val="00047C2F"/>
    <w:rsid w:val="00053A0D"/>
    <w:rsid w:val="000559B3"/>
    <w:rsid w:val="00056714"/>
    <w:rsid w:val="00056A9B"/>
    <w:rsid w:val="00056F0B"/>
    <w:rsid w:val="00057959"/>
    <w:rsid w:val="0006063C"/>
    <w:rsid w:val="00062DCC"/>
    <w:rsid w:val="00070E93"/>
    <w:rsid w:val="00086651"/>
    <w:rsid w:val="00087FCC"/>
    <w:rsid w:val="0009459D"/>
    <w:rsid w:val="00097973"/>
    <w:rsid w:val="000A13B5"/>
    <w:rsid w:val="000A3989"/>
    <w:rsid w:val="000A3D34"/>
    <w:rsid w:val="000A5C3E"/>
    <w:rsid w:val="000A60F3"/>
    <w:rsid w:val="000B13BC"/>
    <w:rsid w:val="000B17D9"/>
    <w:rsid w:val="000B5046"/>
    <w:rsid w:val="000C041B"/>
    <w:rsid w:val="000C40E6"/>
    <w:rsid w:val="000C443C"/>
    <w:rsid w:val="000C4F42"/>
    <w:rsid w:val="000D1BEE"/>
    <w:rsid w:val="000D54EE"/>
    <w:rsid w:val="000D7517"/>
    <w:rsid w:val="000E2834"/>
    <w:rsid w:val="000E5AEA"/>
    <w:rsid w:val="000E637E"/>
    <w:rsid w:val="000F20EF"/>
    <w:rsid w:val="000F2B07"/>
    <w:rsid w:val="000F3937"/>
    <w:rsid w:val="000F7F6B"/>
    <w:rsid w:val="0010006F"/>
    <w:rsid w:val="00100C96"/>
    <w:rsid w:val="001052CA"/>
    <w:rsid w:val="00105B40"/>
    <w:rsid w:val="00110AB8"/>
    <w:rsid w:val="001116BA"/>
    <w:rsid w:val="00121BA0"/>
    <w:rsid w:val="001253F8"/>
    <w:rsid w:val="00132A90"/>
    <w:rsid w:val="00133533"/>
    <w:rsid w:val="00140DF6"/>
    <w:rsid w:val="00141100"/>
    <w:rsid w:val="00144015"/>
    <w:rsid w:val="00144F0F"/>
    <w:rsid w:val="001454BD"/>
    <w:rsid w:val="0015074B"/>
    <w:rsid w:val="00151F5B"/>
    <w:rsid w:val="00152CB7"/>
    <w:rsid w:val="001572A1"/>
    <w:rsid w:val="00160FA9"/>
    <w:rsid w:val="00161648"/>
    <w:rsid w:val="001616DC"/>
    <w:rsid w:val="00161941"/>
    <w:rsid w:val="00164213"/>
    <w:rsid w:val="00172CC8"/>
    <w:rsid w:val="00173062"/>
    <w:rsid w:val="00173722"/>
    <w:rsid w:val="00175B07"/>
    <w:rsid w:val="00176607"/>
    <w:rsid w:val="00177CEF"/>
    <w:rsid w:val="00177D86"/>
    <w:rsid w:val="0018336B"/>
    <w:rsid w:val="001841AD"/>
    <w:rsid w:val="00184546"/>
    <w:rsid w:val="00184591"/>
    <w:rsid w:val="001864E8"/>
    <w:rsid w:val="00186DBA"/>
    <w:rsid w:val="001900AE"/>
    <w:rsid w:val="00191168"/>
    <w:rsid w:val="00194F46"/>
    <w:rsid w:val="001954E8"/>
    <w:rsid w:val="0019702F"/>
    <w:rsid w:val="00197786"/>
    <w:rsid w:val="001A0144"/>
    <w:rsid w:val="001A4DCC"/>
    <w:rsid w:val="001A74B2"/>
    <w:rsid w:val="001B0B1E"/>
    <w:rsid w:val="001B3C1A"/>
    <w:rsid w:val="001B59B3"/>
    <w:rsid w:val="001B60B6"/>
    <w:rsid w:val="001B6FF2"/>
    <w:rsid w:val="001C2023"/>
    <w:rsid w:val="001C5371"/>
    <w:rsid w:val="001C66A1"/>
    <w:rsid w:val="001C68DD"/>
    <w:rsid w:val="001C701E"/>
    <w:rsid w:val="001D01CC"/>
    <w:rsid w:val="001D2ED3"/>
    <w:rsid w:val="001D46D5"/>
    <w:rsid w:val="001D55BF"/>
    <w:rsid w:val="001D720E"/>
    <w:rsid w:val="001E29D2"/>
    <w:rsid w:val="001E2DF1"/>
    <w:rsid w:val="001E543F"/>
    <w:rsid w:val="001E5ACC"/>
    <w:rsid w:val="001F09D0"/>
    <w:rsid w:val="001F1104"/>
    <w:rsid w:val="001F1A4D"/>
    <w:rsid w:val="001F3FF4"/>
    <w:rsid w:val="001F40D2"/>
    <w:rsid w:val="001F5DBE"/>
    <w:rsid w:val="001F6533"/>
    <w:rsid w:val="001F6A8F"/>
    <w:rsid w:val="001F7E40"/>
    <w:rsid w:val="00200B83"/>
    <w:rsid w:val="00201055"/>
    <w:rsid w:val="00204D2A"/>
    <w:rsid w:val="00204D4E"/>
    <w:rsid w:val="00206943"/>
    <w:rsid w:val="0020739E"/>
    <w:rsid w:val="0020778D"/>
    <w:rsid w:val="00210438"/>
    <w:rsid w:val="0021066C"/>
    <w:rsid w:val="00210FFA"/>
    <w:rsid w:val="00212237"/>
    <w:rsid w:val="00214B63"/>
    <w:rsid w:val="0022487F"/>
    <w:rsid w:val="00226AA0"/>
    <w:rsid w:val="00226D57"/>
    <w:rsid w:val="002309E0"/>
    <w:rsid w:val="00234F80"/>
    <w:rsid w:val="00240451"/>
    <w:rsid w:val="00240A21"/>
    <w:rsid w:val="00244751"/>
    <w:rsid w:val="00245AD7"/>
    <w:rsid w:val="00246B00"/>
    <w:rsid w:val="00251DB9"/>
    <w:rsid w:val="0025386D"/>
    <w:rsid w:val="00254DEA"/>
    <w:rsid w:val="002628CF"/>
    <w:rsid w:val="00263185"/>
    <w:rsid w:val="00265847"/>
    <w:rsid w:val="00267104"/>
    <w:rsid w:val="00267411"/>
    <w:rsid w:val="00270B74"/>
    <w:rsid w:val="00270CBB"/>
    <w:rsid w:val="0027157A"/>
    <w:rsid w:val="00274D90"/>
    <w:rsid w:val="00275F3B"/>
    <w:rsid w:val="00280831"/>
    <w:rsid w:val="002818FD"/>
    <w:rsid w:val="00282561"/>
    <w:rsid w:val="00290080"/>
    <w:rsid w:val="0029022D"/>
    <w:rsid w:val="0029372C"/>
    <w:rsid w:val="00295469"/>
    <w:rsid w:val="0029639D"/>
    <w:rsid w:val="00297D5C"/>
    <w:rsid w:val="002A15CF"/>
    <w:rsid w:val="002A269A"/>
    <w:rsid w:val="002A7C9F"/>
    <w:rsid w:val="002B5C3A"/>
    <w:rsid w:val="002B671D"/>
    <w:rsid w:val="002B6B25"/>
    <w:rsid w:val="002B7C5B"/>
    <w:rsid w:val="002C5F7C"/>
    <w:rsid w:val="002D1135"/>
    <w:rsid w:val="002D1951"/>
    <w:rsid w:val="002D360D"/>
    <w:rsid w:val="002D3887"/>
    <w:rsid w:val="002D3F13"/>
    <w:rsid w:val="002D6EC1"/>
    <w:rsid w:val="002D6FF8"/>
    <w:rsid w:val="002E10D1"/>
    <w:rsid w:val="002E29B6"/>
    <w:rsid w:val="002E44AF"/>
    <w:rsid w:val="002E7CB5"/>
    <w:rsid w:val="002E7CC3"/>
    <w:rsid w:val="002F1832"/>
    <w:rsid w:val="002F1D0E"/>
    <w:rsid w:val="002F2E2F"/>
    <w:rsid w:val="0030352F"/>
    <w:rsid w:val="00303668"/>
    <w:rsid w:val="00304FE8"/>
    <w:rsid w:val="003140E5"/>
    <w:rsid w:val="00317E82"/>
    <w:rsid w:val="003215F2"/>
    <w:rsid w:val="003218FD"/>
    <w:rsid w:val="00325C57"/>
    <w:rsid w:val="00326262"/>
    <w:rsid w:val="00326F90"/>
    <w:rsid w:val="00327DE0"/>
    <w:rsid w:val="003314BA"/>
    <w:rsid w:val="00334669"/>
    <w:rsid w:val="00334E19"/>
    <w:rsid w:val="00336E85"/>
    <w:rsid w:val="003410B3"/>
    <w:rsid w:val="003418D7"/>
    <w:rsid w:val="00347528"/>
    <w:rsid w:val="003514C9"/>
    <w:rsid w:val="00352CD2"/>
    <w:rsid w:val="00352E26"/>
    <w:rsid w:val="00353052"/>
    <w:rsid w:val="003537CF"/>
    <w:rsid w:val="003539AD"/>
    <w:rsid w:val="00355CDB"/>
    <w:rsid w:val="00356284"/>
    <w:rsid w:val="00362DE5"/>
    <w:rsid w:val="00364A88"/>
    <w:rsid w:val="00370C7A"/>
    <w:rsid w:val="00371B3B"/>
    <w:rsid w:val="003763CB"/>
    <w:rsid w:val="00377751"/>
    <w:rsid w:val="00377ED6"/>
    <w:rsid w:val="0038058A"/>
    <w:rsid w:val="00381C63"/>
    <w:rsid w:val="00384F3D"/>
    <w:rsid w:val="0038568D"/>
    <w:rsid w:val="00386707"/>
    <w:rsid w:val="00387643"/>
    <w:rsid w:val="003912AA"/>
    <w:rsid w:val="003937DA"/>
    <w:rsid w:val="003946CF"/>
    <w:rsid w:val="00394923"/>
    <w:rsid w:val="00394A1E"/>
    <w:rsid w:val="00395149"/>
    <w:rsid w:val="00395196"/>
    <w:rsid w:val="00395575"/>
    <w:rsid w:val="003A25E9"/>
    <w:rsid w:val="003A3AE1"/>
    <w:rsid w:val="003A4B4D"/>
    <w:rsid w:val="003A7152"/>
    <w:rsid w:val="003A72C2"/>
    <w:rsid w:val="003B0978"/>
    <w:rsid w:val="003B134F"/>
    <w:rsid w:val="003B1FF1"/>
    <w:rsid w:val="003B38FC"/>
    <w:rsid w:val="003B6B8C"/>
    <w:rsid w:val="003B7529"/>
    <w:rsid w:val="003B7D84"/>
    <w:rsid w:val="003C0912"/>
    <w:rsid w:val="003C1E90"/>
    <w:rsid w:val="003C24F2"/>
    <w:rsid w:val="003C352C"/>
    <w:rsid w:val="003C46ED"/>
    <w:rsid w:val="003C6CAD"/>
    <w:rsid w:val="003C7446"/>
    <w:rsid w:val="003C75EC"/>
    <w:rsid w:val="003D127F"/>
    <w:rsid w:val="003D2341"/>
    <w:rsid w:val="003D631C"/>
    <w:rsid w:val="003D7E42"/>
    <w:rsid w:val="003E23A2"/>
    <w:rsid w:val="003E7521"/>
    <w:rsid w:val="003E786A"/>
    <w:rsid w:val="003F3264"/>
    <w:rsid w:val="003F5B95"/>
    <w:rsid w:val="00400041"/>
    <w:rsid w:val="00401E67"/>
    <w:rsid w:val="00404E34"/>
    <w:rsid w:val="004059AA"/>
    <w:rsid w:val="00406427"/>
    <w:rsid w:val="00411F98"/>
    <w:rsid w:val="004122F6"/>
    <w:rsid w:val="00413956"/>
    <w:rsid w:val="004141CC"/>
    <w:rsid w:val="00414952"/>
    <w:rsid w:val="00415F09"/>
    <w:rsid w:val="00415FDC"/>
    <w:rsid w:val="00420876"/>
    <w:rsid w:val="0042184B"/>
    <w:rsid w:val="00421F3B"/>
    <w:rsid w:val="004229F0"/>
    <w:rsid w:val="00427468"/>
    <w:rsid w:val="004275DE"/>
    <w:rsid w:val="00430D3E"/>
    <w:rsid w:val="00434489"/>
    <w:rsid w:val="004356E5"/>
    <w:rsid w:val="00440BFE"/>
    <w:rsid w:val="00440C7E"/>
    <w:rsid w:val="004414CC"/>
    <w:rsid w:val="0044231D"/>
    <w:rsid w:val="00444A29"/>
    <w:rsid w:val="00446359"/>
    <w:rsid w:val="004466EF"/>
    <w:rsid w:val="004472C4"/>
    <w:rsid w:val="00454865"/>
    <w:rsid w:val="00455169"/>
    <w:rsid w:val="00455D4E"/>
    <w:rsid w:val="00461FB7"/>
    <w:rsid w:val="004636B3"/>
    <w:rsid w:val="004663EE"/>
    <w:rsid w:val="00466865"/>
    <w:rsid w:val="00466D58"/>
    <w:rsid w:val="004674BB"/>
    <w:rsid w:val="00467FD2"/>
    <w:rsid w:val="0047169F"/>
    <w:rsid w:val="00474FEF"/>
    <w:rsid w:val="00477547"/>
    <w:rsid w:val="004776CF"/>
    <w:rsid w:val="00481CEF"/>
    <w:rsid w:val="00482175"/>
    <w:rsid w:val="004823D0"/>
    <w:rsid w:val="004833FE"/>
    <w:rsid w:val="0048585E"/>
    <w:rsid w:val="00485C75"/>
    <w:rsid w:val="0048730E"/>
    <w:rsid w:val="004877E9"/>
    <w:rsid w:val="00497785"/>
    <w:rsid w:val="004A0CF0"/>
    <w:rsid w:val="004A12F2"/>
    <w:rsid w:val="004A25DE"/>
    <w:rsid w:val="004A3E14"/>
    <w:rsid w:val="004A4665"/>
    <w:rsid w:val="004A50CA"/>
    <w:rsid w:val="004A604B"/>
    <w:rsid w:val="004B24B0"/>
    <w:rsid w:val="004B30F8"/>
    <w:rsid w:val="004D0E62"/>
    <w:rsid w:val="004D179A"/>
    <w:rsid w:val="004D1A0E"/>
    <w:rsid w:val="004D1EA4"/>
    <w:rsid w:val="004D2F45"/>
    <w:rsid w:val="004D34AA"/>
    <w:rsid w:val="004D43DE"/>
    <w:rsid w:val="004D495C"/>
    <w:rsid w:val="004D50E0"/>
    <w:rsid w:val="004D5C6B"/>
    <w:rsid w:val="004D7B6A"/>
    <w:rsid w:val="004E5A86"/>
    <w:rsid w:val="004E6239"/>
    <w:rsid w:val="004E6B7D"/>
    <w:rsid w:val="004F05A0"/>
    <w:rsid w:val="004F5A4F"/>
    <w:rsid w:val="004F5CDE"/>
    <w:rsid w:val="004F67D1"/>
    <w:rsid w:val="00510E11"/>
    <w:rsid w:val="00511CF9"/>
    <w:rsid w:val="0051305D"/>
    <w:rsid w:val="005130F1"/>
    <w:rsid w:val="00514537"/>
    <w:rsid w:val="0051627C"/>
    <w:rsid w:val="00522433"/>
    <w:rsid w:val="00524552"/>
    <w:rsid w:val="005260FB"/>
    <w:rsid w:val="005301B7"/>
    <w:rsid w:val="00531272"/>
    <w:rsid w:val="00531583"/>
    <w:rsid w:val="005366AE"/>
    <w:rsid w:val="005444AC"/>
    <w:rsid w:val="005458EB"/>
    <w:rsid w:val="00545AF7"/>
    <w:rsid w:val="00550387"/>
    <w:rsid w:val="00551F58"/>
    <w:rsid w:val="00554AF2"/>
    <w:rsid w:val="00556224"/>
    <w:rsid w:val="00557B5A"/>
    <w:rsid w:val="005609F9"/>
    <w:rsid w:val="0056274D"/>
    <w:rsid w:val="00562EFD"/>
    <w:rsid w:val="005631EC"/>
    <w:rsid w:val="00564E6F"/>
    <w:rsid w:val="00566ED0"/>
    <w:rsid w:val="00571B87"/>
    <w:rsid w:val="005757E5"/>
    <w:rsid w:val="00577B95"/>
    <w:rsid w:val="00580A0F"/>
    <w:rsid w:val="00581FBB"/>
    <w:rsid w:val="005866B1"/>
    <w:rsid w:val="00586CF8"/>
    <w:rsid w:val="00587F8F"/>
    <w:rsid w:val="00593103"/>
    <w:rsid w:val="005948FD"/>
    <w:rsid w:val="00596602"/>
    <w:rsid w:val="00596723"/>
    <w:rsid w:val="00597DF2"/>
    <w:rsid w:val="005A10C1"/>
    <w:rsid w:val="005A35CA"/>
    <w:rsid w:val="005A4B74"/>
    <w:rsid w:val="005A5B9D"/>
    <w:rsid w:val="005A6EDF"/>
    <w:rsid w:val="005A7A1E"/>
    <w:rsid w:val="005B0829"/>
    <w:rsid w:val="005B4088"/>
    <w:rsid w:val="005B47FC"/>
    <w:rsid w:val="005C1741"/>
    <w:rsid w:val="005C35BD"/>
    <w:rsid w:val="005C377B"/>
    <w:rsid w:val="005C69F8"/>
    <w:rsid w:val="005C6C70"/>
    <w:rsid w:val="005C6F2D"/>
    <w:rsid w:val="005D78F2"/>
    <w:rsid w:val="005E2706"/>
    <w:rsid w:val="005E33D7"/>
    <w:rsid w:val="005E3F52"/>
    <w:rsid w:val="005E3FF7"/>
    <w:rsid w:val="005E6F0C"/>
    <w:rsid w:val="005E7D8C"/>
    <w:rsid w:val="005F0EB7"/>
    <w:rsid w:val="005F1F4C"/>
    <w:rsid w:val="005F403C"/>
    <w:rsid w:val="005F4E13"/>
    <w:rsid w:val="00600420"/>
    <w:rsid w:val="00601D75"/>
    <w:rsid w:val="006068D6"/>
    <w:rsid w:val="00606DD8"/>
    <w:rsid w:val="00612FD3"/>
    <w:rsid w:val="006155BC"/>
    <w:rsid w:val="006209F9"/>
    <w:rsid w:val="00620CD5"/>
    <w:rsid w:val="00622894"/>
    <w:rsid w:val="00623334"/>
    <w:rsid w:val="006243FF"/>
    <w:rsid w:val="00625FA7"/>
    <w:rsid w:val="0062737C"/>
    <w:rsid w:val="00627FCB"/>
    <w:rsid w:val="00633B95"/>
    <w:rsid w:val="00634654"/>
    <w:rsid w:val="00635A11"/>
    <w:rsid w:val="006371AD"/>
    <w:rsid w:val="00637EE0"/>
    <w:rsid w:val="0064144D"/>
    <w:rsid w:val="00642014"/>
    <w:rsid w:val="0064488E"/>
    <w:rsid w:val="00647332"/>
    <w:rsid w:val="00650074"/>
    <w:rsid w:val="006503FA"/>
    <w:rsid w:val="00651E0F"/>
    <w:rsid w:val="006524F2"/>
    <w:rsid w:val="006543CC"/>
    <w:rsid w:val="006547EC"/>
    <w:rsid w:val="006559BC"/>
    <w:rsid w:val="0065615D"/>
    <w:rsid w:val="00663A1B"/>
    <w:rsid w:val="00666730"/>
    <w:rsid w:val="00670EA1"/>
    <w:rsid w:val="00672DCD"/>
    <w:rsid w:val="00672E1C"/>
    <w:rsid w:val="0067392E"/>
    <w:rsid w:val="006811DB"/>
    <w:rsid w:val="006862E7"/>
    <w:rsid w:val="00691976"/>
    <w:rsid w:val="00692693"/>
    <w:rsid w:val="00694C15"/>
    <w:rsid w:val="00694DBD"/>
    <w:rsid w:val="00697F06"/>
    <w:rsid w:val="006A202C"/>
    <w:rsid w:val="006A333D"/>
    <w:rsid w:val="006A4EBE"/>
    <w:rsid w:val="006A56A4"/>
    <w:rsid w:val="006A59AE"/>
    <w:rsid w:val="006A5CC1"/>
    <w:rsid w:val="006A5EBA"/>
    <w:rsid w:val="006A671B"/>
    <w:rsid w:val="006A698A"/>
    <w:rsid w:val="006B2437"/>
    <w:rsid w:val="006B4F1F"/>
    <w:rsid w:val="006B5451"/>
    <w:rsid w:val="006B5C70"/>
    <w:rsid w:val="006B779B"/>
    <w:rsid w:val="006C0B4C"/>
    <w:rsid w:val="006C16E2"/>
    <w:rsid w:val="006C1757"/>
    <w:rsid w:val="006C2BEC"/>
    <w:rsid w:val="006C32A8"/>
    <w:rsid w:val="006C3CBF"/>
    <w:rsid w:val="006C3E94"/>
    <w:rsid w:val="006D0B6F"/>
    <w:rsid w:val="006D0FCE"/>
    <w:rsid w:val="006D13B1"/>
    <w:rsid w:val="006D51CA"/>
    <w:rsid w:val="006D577F"/>
    <w:rsid w:val="006D5AB7"/>
    <w:rsid w:val="006D61E8"/>
    <w:rsid w:val="006D70D8"/>
    <w:rsid w:val="006E36EC"/>
    <w:rsid w:val="006E4B21"/>
    <w:rsid w:val="006E503A"/>
    <w:rsid w:val="006E67E1"/>
    <w:rsid w:val="006E767B"/>
    <w:rsid w:val="006F1729"/>
    <w:rsid w:val="006F1D3A"/>
    <w:rsid w:val="006F4579"/>
    <w:rsid w:val="006F750B"/>
    <w:rsid w:val="00700013"/>
    <w:rsid w:val="00700757"/>
    <w:rsid w:val="00703801"/>
    <w:rsid w:val="007062A8"/>
    <w:rsid w:val="007101DB"/>
    <w:rsid w:val="00712439"/>
    <w:rsid w:val="0071491D"/>
    <w:rsid w:val="00714AC7"/>
    <w:rsid w:val="007178B2"/>
    <w:rsid w:val="00717EDF"/>
    <w:rsid w:val="00721B20"/>
    <w:rsid w:val="007230BC"/>
    <w:rsid w:val="00723E1B"/>
    <w:rsid w:val="0073038D"/>
    <w:rsid w:val="007305CF"/>
    <w:rsid w:val="0073147B"/>
    <w:rsid w:val="00732AC5"/>
    <w:rsid w:val="00732B6B"/>
    <w:rsid w:val="007359C9"/>
    <w:rsid w:val="00742116"/>
    <w:rsid w:val="007428FB"/>
    <w:rsid w:val="00742DA5"/>
    <w:rsid w:val="00755B44"/>
    <w:rsid w:val="007643C5"/>
    <w:rsid w:val="00764421"/>
    <w:rsid w:val="00765077"/>
    <w:rsid w:val="0076527D"/>
    <w:rsid w:val="00765420"/>
    <w:rsid w:val="00766CA7"/>
    <w:rsid w:val="007728F6"/>
    <w:rsid w:val="007754AA"/>
    <w:rsid w:val="00776E10"/>
    <w:rsid w:val="007809DF"/>
    <w:rsid w:val="00780E7B"/>
    <w:rsid w:val="0078267E"/>
    <w:rsid w:val="00783B90"/>
    <w:rsid w:val="0078757B"/>
    <w:rsid w:val="0079203B"/>
    <w:rsid w:val="00792664"/>
    <w:rsid w:val="00792FDC"/>
    <w:rsid w:val="00793FFD"/>
    <w:rsid w:val="00796C29"/>
    <w:rsid w:val="00797424"/>
    <w:rsid w:val="007A1276"/>
    <w:rsid w:val="007A3DEE"/>
    <w:rsid w:val="007A5A73"/>
    <w:rsid w:val="007A6CD7"/>
    <w:rsid w:val="007A7093"/>
    <w:rsid w:val="007B0B0A"/>
    <w:rsid w:val="007B3BC3"/>
    <w:rsid w:val="007B6EBC"/>
    <w:rsid w:val="007C199B"/>
    <w:rsid w:val="007C5723"/>
    <w:rsid w:val="007C68DB"/>
    <w:rsid w:val="007D0733"/>
    <w:rsid w:val="007D1413"/>
    <w:rsid w:val="007D424C"/>
    <w:rsid w:val="007D5C7D"/>
    <w:rsid w:val="007D6A04"/>
    <w:rsid w:val="007D774B"/>
    <w:rsid w:val="007D7895"/>
    <w:rsid w:val="007E2C08"/>
    <w:rsid w:val="007E5CF8"/>
    <w:rsid w:val="007F15E8"/>
    <w:rsid w:val="007F1650"/>
    <w:rsid w:val="007F2543"/>
    <w:rsid w:val="007F5400"/>
    <w:rsid w:val="007F6065"/>
    <w:rsid w:val="007F66D3"/>
    <w:rsid w:val="007F688D"/>
    <w:rsid w:val="007F6B0E"/>
    <w:rsid w:val="007F737F"/>
    <w:rsid w:val="007F76F5"/>
    <w:rsid w:val="0080549C"/>
    <w:rsid w:val="00807765"/>
    <w:rsid w:val="00807F36"/>
    <w:rsid w:val="00811873"/>
    <w:rsid w:val="00812E96"/>
    <w:rsid w:val="00817B3C"/>
    <w:rsid w:val="00823028"/>
    <w:rsid w:val="00824B46"/>
    <w:rsid w:val="00825E1D"/>
    <w:rsid w:val="00827F26"/>
    <w:rsid w:val="00830E2E"/>
    <w:rsid w:val="008314E6"/>
    <w:rsid w:val="00832EB9"/>
    <w:rsid w:val="0083669D"/>
    <w:rsid w:val="00840711"/>
    <w:rsid w:val="00843ABD"/>
    <w:rsid w:val="00843E2C"/>
    <w:rsid w:val="00852D3D"/>
    <w:rsid w:val="00855B30"/>
    <w:rsid w:val="00856001"/>
    <w:rsid w:val="008562A6"/>
    <w:rsid w:val="00857074"/>
    <w:rsid w:val="00861392"/>
    <w:rsid w:val="00865EC5"/>
    <w:rsid w:val="00867FFA"/>
    <w:rsid w:val="008714C0"/>
    <w:rsid w:val="008750F0"/>
    <w:rsid w:val="00875B8C"/>
    <w:rsid w:val="00875EF1"/>
    <w:rsid w:val="0087709B"/>
    <w:rsid w:val="00877FE9"/>
    <w:rsid w:val="008809E8"/>
    <w:rsid w:val="0088525A"/>
    <w:rsid w:val="008900BB"/>
    <w:rsid w:val="008901C3"/>
    <w:rsid w:val="0089037D"/>
    <w:rsid w:val="00891879"/>
    <w:rsid w:val="00891B38"/>
    <w:rsid w:val="00896A85"/>
    <w:rsid w:val="008A1451"/>
    <w:rsid w:val="008A508B"/>
    <w:rsid w:val="008A7145"/>
    <w:rsid w:val="008A73FC"/>
    <w:rsid w:val="008A7ED7"/>
    <w:rsid w:val="008B02D7"/>
    <w:rsid w:val="008B28CF"/>
    <w:rsid w:val="008B57E3"/>
    <w:rsid w:val="008B6BF0"/>
    <w:rsid w:val="008B72B9"/>
    <w:rsid w:val="008C07A4"/>
    <w:rsid w:val="008C1DCA"/>
    <w:rsid w:val="008C26DE"/>
    <w:rsid w:val="008C5043"/>
    <w:rsid w:val="008C6540"/>
    <w:rsid w:val="008C79FF"/>
    <w:rsid w:val="008D6F53"/>
    <w:rsid w:val="008D7382"/>
    <w:rsid w:val="008E0FCD"/>
    <w:rsid w:val="008E3F4B"/>
    <w:rsid w:val="008E446E"/>
    <w:rsid w:val="008E4F5A"/>
    <w:rsid w:val="008E7B76"/>
    <w:rsid w:val="008F0A4A"/>
    <w:rsid w:val="008F0AF9"/>
    <w:rsid w:val="008F0B50"/>
    <w:rsid w:val="009036CA"/>
    <w:rsid w:val="00904D52"/>
    <w:rsid w:val="009059B2"/>
    <w:rsid w:val="009163B5"/>
    <w:rsid w:val="00920379"/>
    <w:rsid w:val="00921E37"/>
    <w:rsid w:val="0092266D"/>
    <w:rsid w:val="00923DD5"/>
    <w:rsid w:val="0092651E"/>
    <w:rsid w:val="00927D5E"/>
    <w:rsid w:val="009310BC"/>
    <w:rsid w:val="00931CD4"/>
    <w:rsid w:val="00934003"/>
    <w:rsid w:val="00934BB1"/>
    <w:rsid w:val="009356EC"/>
    <w:rsid w:val="00935D9E"/>
    <w:rsid w:val="00940A40"/>
    <w:rsid w:val="0094161F"/>
    <w:rsid w:val="009429C6"/>
    <w:rsid w:val="00944C96"/>
    <w:rsid w:val="0094562B"/>
    <w:rsid w:val="009514EF"/>
    <w:rsid w:val="00955B72"/>
    <w:rsid w:val="00965177"/>
    <w:rsid w:val="00972A08"/>
    <w:rsid w:val="00974719"/>
    <w:rsid w:val="00983171"/>
    <w:rsid w:val="0098338B"/>
    <w:rsid w:val="00983A34"/>
    <w:rsid w:val="009845C6"/>
    <w:rsid w:val="009854F1"/>
    <w:rsid w:val="00992EA1"/>
    <w:rsid w:val="00996366"/>
    <w:rsid w:val="009A2385"/>
    <w:rsid w:val="009A48B4"/>
    <w:rsid w:val="009A4DD1"/>
    <w:rsid w:val="009B00FC"/>
    <w:rsid w:val="009B02CA"/>
    <w:rsid w:val="009B0805"/>
    <w:rsid w:val="009B3388"/>
    <w:rsid w:val="009B4C9D"/>
    <w:rsid w:val="009B68F8"/>
    <w:rsid w:val="009C26CC"/>
    <w:rsid w:val="009C27EF"/>
    <w:rsid w:val="009C2E12"/>
    <w:rsid w:val="009C3EE6"/>
    <w:rsid w:val="009D2488"/>
    <w:rsid w:val="009D2AAE"/>
    <w:rsid w:val="009D3585"/>
    <w:rsid w:val="009D452B"/>
    <w:rsid w:val="009D525F"/>
    <w:rsid w:val="009D6C4E"/>
    <w:rsid w:val="009E1FD8"/>
    <w:rsid w:val="009E3024"/>
    <w:rsid w:val="009E4D66"/>
    <w:rsid w:val="009E4DEB"/>
    <w:rsid w:val="009F0813"/>
    <w:rsid w:val="009F1FA0"/>
    <w:rsid w:val="009F2FD2"/>
    <w:rsid w:val="009F31B7"/>
    <w:rsid w:val="009F613D"/>
    <w:rsid w:val="009F65DE"/>
    <w:rsid w:val="009F7188"/>
    <w:rsid w:val="00A02C09"/>
    <w:rsid w:val="00A0361A"/>
    <w:rsid w:val="00A042CA"/>
    <w:rsid w:val="00A057A0"/>
    <w:rsid w:val="00A05FA4"/>
    <w:rsid w:val="00A11532"/>
    <w:rsid w:val="00A119FE"/>
    <w:rsid w:val="00A11F18"/>
    <w:rsid w:val="00A13278"/>
    <w:rsid w:val="00A15F3C"/>
    <w:rsid w:val="00A20243"/>
    <w:rsid w:val="00A20CC4"/>
    <w:rsid w:val="00A214BE"/>
    <w:rsid w:val="00A2322A"/>
    <w:rsid w:val="00A23D3A"/>
    <w:rsid w:val="00A26446"/>
    <w:rsid w:val="00A30AB8"/>
    <w:rsid w:val="00A30F11"/>
    <w:rsid w:val="00A351D5"/>
    <w:rsid w:val="00A36B4E"/>
    <w:rsid w:val="00A43AFF"/>
    <w:rsid w:val="00A44EA4"/>
    <w:rsid w:val="00A46C2B"/>
    <w:rsid w:val="00A50376"/>
    <w:rsid w:val="00A527D8"/>
    <w:rsid w:val="00A54586"/>
    <w:rsid w:val="00A5572F"/>
    <w:rsid w:val="00A55B80"/>
    <w:rsid w:val="00A56335"/>
    <w:rsid w:val="00A61851"/>
    <w:rsid w:val="00A63644"/>
    <w:rsid w:val="00A63F5B"/>
    <w:rsid w:val="00A669BD"/>
    <w:rsid w:val="00A71940"/>
    <w:rsid w:val="00A722DA"/>
    <w:rsid w:val="00A72DFC"/>
    <w:rsid w:val="00A73BFA"/>
    <w:rsid w:val="00A73E6E"/>
    <w:rsid w:val="00A74AA8"/>
    <w:rsid w:val="00A75A1E"/>
    <w:rsid w:val="00A75F7C"/>
    <w:rsid w:val="00A77EEC"/>
    <w:rsid w:val="00A80D69"/>
    <w:rsid w:val="00A81F14"/>
    <w:rsid w:val="00A825EE"/>
    <w:rsid w:val="00A85632"/>
    <w:rsid w:val="00A86A6D"/>
    <w:rsid w:val="00A86C3B"/>
    <w:rsid w:val="00A91739"/>
    <w:rsid w:val="00A958DC"/>
    <w:rsid w:val="00A97F8D"/>
    <w:rsid w:val="00AA1D8D"/>
    <w:rsid w:val="00AA3164"/>
    <w:rsid w:val="00AA53CF"/>
    <w:rsid w:val="00AA53D9"/>
    <w:rsid w:val="00AB3B65"/>
    <w:rsid w:val="00AC00BC"/>
    <w:rsid w:val="00AC29BD"/>
    <w:rsid w:val="00AD0EC1"/>
    <w:rsid w:val="00AD4F0A"/>
    <w:rsid w:val="00AD66E2"/>
    <w:rsid w:val="00AE18FC"/>
    <w:rsid w:val="00AE4012"/>
    <w:rsid w:val="00AE4793"/>
    <w:rsid w:val="00AF5814"/>
    <w:rsid w:val="00AF6F4E"/>
    <w:rsid w:val="00B00F85"/>
    <w:rsid w:val="00B01E48"/>
    <w:rsid w:val="00B070F2"/>
    <w:rsid w:val="00B0749C"/>
    <w:rsid w:val="00B10065"/>
    <w:rsid w:val="00B102C3"/>
    <w:rsid w:val="00B124EB"/>
    <w:rsid w:val="00B1380D"/>
    <w:rsid w:val="00B17822"/>
    <w:rsid w:val="00B20BE6"/>
    <w:rsid w:val="00B2403C"/>
    <w:rsid w:val="00B24AD8"/>
    <w:rsid w:val="00B260C7"/>
    <w:rsid w:val="00B278A4"/>
    <w:rsid w:val="00B32772"/>
    <w:rsid w:val="00B34B1E"/>
    <w:rsid w:val="00B350F0"/>
    <w:rsid w:val="00B35386"/>
    <w:rsid w:val="00B358A4"/>
    <w:rsid w:val="00B37B11"/>
    <w:rsid w:val="00B405B3"/>
    <w:rsid w:val="00B453BA"/>
    <w:rsid w:val="00B463FC"/>
    <w:rsid w:val="00B46CAC"/>
    <w:rsid w:val="00B47730"/>
    <w:rsid w:val="00B47BEE"/>
    <w:rsid w:val="00B5208C"/>
    <w:rsid w:val="00B55F2A"/>
    <w:rsid w:val="00B56F59"/>
    <w:rsid w:val="00B61402"/>
    <w:rsid w:val="00B623B1"/>
    <w:rsid w:val="00B62557"/>
    <w:rsid w:val="00B62EB5"/>
    <w:rsid w:val="00B64A03"/>
    <w:rsid w:val="00B658B8"/>
    <w:rsid w:val="00B65BED"/>
    <w:rsid w:val="00B72D83"/>
    <w:rsid w:val="00B73C8C"/>
    <w:rsid w:val="00B74B3E"/>
    <w:rsid w:val="00B81EFE"/>
    <w:rsid w:val="00B8643B"/>
    <w:rsid w:val="00B86AE4"/>
    <w:rsid w:val="00B86E20"/>
    <w:rsid w:val="00B9156E"/>
    <w:rsid w:val="00B94A00"/>
    <w:rsid w:val="00B96D8E"/>
    <w:rsid w:val="00BA0705"/>
    <w:rsid w:val="00BA0B9F"/>
    <w:rsid w:val="00BA34F5"/>
    <w:rsid w:val="00BA36AD"/>
    <w:rsid w:val="00BB3778"/>
    <w:rsid w:val="00BB6A4F"/>
    <w:rsid w:val="00BB6B0A"/>
    <w:rsid w:val="00BB6E0F"/>
    <w:rsid w:val="00BB7014"/>
    <w:rsid w:val="00BB7540"/>
    <w:rsid w:val="00BB79D6"/>
    <w:rsid w:val="00BC1D42"/>
    <w:rsid w:val="00BC2AB2"/>
    <w:rsid w:val="00BC3D9B"/>
    <w:rsid w:val="00BC6C0B"/>
    <w:rsid w:val="00BC70C6"/>
    <w:rsid w:val="00BD0625"/>
    <w:rsid w:val="00BD3C57"/>
    <w:rsid w:val="00BD6C76"/>
    <w:rsid w:val="00BE01D8"/>
    <w:rsid w:val="00BE0D7B"/>
    <w:rsid w:val="00BE2E47"/>
    <w:rsid w:val="00BE341D"/>
    <w:rsid w:val="00BE67BC"/>
    <w:rsid w:val="00BE7D18"/>
    <w:rsid w:val="00BF0725"/>
    <w:rsid w:val="00BF4EEB"/>
    <w:rsid w:val="00BF655B"/>
    <w:rsid w:val="00C008D3"/>
    <w:rsid w:val="00C01269"/>
    <w:rsid w:val="00C01333"/>
    <w:rsid w:val="00C03707"/>
    <w:rsid w:val="00C076C4"/>
    <w:rsid w:val="00C079C5"/>
    <w:rsid w:val="00C14A86"/>
    <w:rsid w:val="00C14D84"/>
    <w:rsid w:val="00C16CF2"/>
    <w:rsid w:val="00C17563"/>
    <w:rsid w:val="00C20F09"/>
    <w:rsid w:val="00C2221B"/>
    <w:rsid w:val="00C23910"/>
    <w:rsid w:val="00C24B18"/>
    <w:rsid w:val="00C3344A"/>
    <w:rsid w:val="00C33AEE"/>
    <w:rsid w:val="00C351CF"/>
    <w:rsid w:val="00C403B4"/>
    <w:rsid w:val="00C4699C"/>
    <w:rsid w:val="00C4717B"/>
    <w:rsid w:val="00C4771E"/>
    <w:rsid w:val="00C47AAE"/>
    <w:rsid w:val="00C50E84"/>
    <w:rsid w:val="00C51366"/>
    <w:rsid w:val="00C51FF8"/>
    <w:rsid w:val="00C533C0"/>
    <w:rsid w:val="00C54BA4"/>
    <w:rsid w:val="00C56325"/>
    <w:rsid w:val="00C56C1C"/>
    <w:rsid w:val="00C57009"/>
    <w:rsid w:val="00C64B48"/>
    <w:rsid w:val="00C6602F"/>
    <w:rsid w:val="00C6625B"/>
    <w:rsid w:val="00C665D7"/>
    <w:rsid w:val="00C669EE"/>
    <w:rsid w:val="00C7011A"/>
    <w:rsid w:val="00C7151B"/>
    <w:rsid w:val="00C71D64"/>
    <w:rsid w:val="00C74066"/>
    <w:rsid w:val="00C75E58"/>
    <w:rsid w:val="00C8212C"/>
    <w:rsid w:val="00C83EE4"/>
    <w:rsid w:val="00C90175"/>
    <w:rsid w:val="00C93658"/>
    <w:rsid w:val="00C9372E"/>
    <w:rsid w:val="00C9714A"/>
    <w:rsid w:val="00CA0AF4"/>
    <w:rsid w:val="00CA1650"/>
    <w:rsid w:val="00CA1A2A"/>
    <w:rsid w:val="00CA375A"/>
    <w:rsid w:val="00CA3EBC"/>
    <w:rsid w:val="00CA5458"/>
    <w:rsid w:val="00CA79C2"/>
    <w:rsid w:val="00CB0664"/>
    <w:rsid w:val="00CB0E26"/>
    <w:rsid w:val="00CB1774"/>
    <w:rsid w:val="00CB3BDC"/>
    <w:rsid w:val="00CB7F2C"/>
    <w:rsid w:val="00CC1DB9"/>
    <w:rsid w:val="00CC4610"/>
    <w:rsid w:val="00CC4BAF"/>
    <w:rsid w:val="00CC58B9"/>
    <w:rsid w:val="00CC66F4"/>
    <w:rsid w:val="00CC6D25"/>
    <w:rsid w:val="00CD7414"/>
    <w:rsid w:val="00CD7822"/>
    <w:rsid w:val="00CD7DE0"/>
    <w:rsid w:val="00CE009F"/>
    <w:rsid w:val="00CE14EF"/>
    <w:rsid w:val="00CE26FD"/>
    <w:rsid w:val="00CE3614"/>
    <w:rsid w:val="00CE53F9"/>
    <w:rsid w:val="00CE5B96"/>
    <w:rsid w:val="00CF0B9A"/>
    <w:rsid w:val="00CF1832"/>
    <w:rsid w:val="00CF1ADC"/>
    <w:rsid w:val="00CF37C3"/>
    <w:rsid w:val="00CF51CE"/>
    <w:rsid w:val="00CF5E5D"/>
    <w:rsid w:val="00CF62A0"/>
    <w:rsid w:val="00D06288"/>
    <w:rsid w:val="00D07236"/>
    <w:rsid w:val="00D07B15"/>
    <w:rsid w:val="00D1185A"/>
    <w:rsid w:val="00D127B5"/>
    <w:rsid w:val="00D15A1A"/>
    <w:rsid w:val="00D17BA6"/>
    <w:rsid w:val="00D17ED5"/>
    <w:rsid w:val="00D17F9D"/>
    <w:rsid w:val="00D20BC4"/>
    <w:rsid w:val="00D218A3"/>
    <w:rsid w:val="00D24226"/>
    <w:rsid w:val="00D26616"/>
    <w:rsid w:val="00D31C07"/>
    <w:rsid w:val="00D31CC6"/>
    <w:rsid w:val="00D33C50"/>
    <w:rsid w:val="00D34547"/>
    <w:rsid w:val="00D40013"/>
    <w:rsid w:val="00D44674"/>
    <w:rsid w:val="00D45975"/>
    <w:rsid w:val="00D477D7"/>
    <w:rsid w:val="00D50C4D"/>
    <w:rsid w:val="00D51A7A"/>
    <w:rsid w:val="00D5273F"/>
    <w:rsid w:val="00D60750"/>
    <w:rsid w:val="00D62BFB"/>
    <w:rsid w:val="00D63B4A"/>
    <w:rsid w:val="00D656DA"/>
    <w:rsid w:val="00D65813"/>
    <w:rsid w:val="00D70455"/>
    <w:rsid w:val="00D730ED"/>
    <w:rsid w:val="00D7421D"/>
    <w:rsid w:val="00D7466F"/>
    <w:rsid w:val="00D75C57"/>
    <w:rsid w:val="00D76A8E"/>
    <w:rsid w:val="00D81517"/>
    <w:rsid w:val="00D8228E"/>
    <w:rsid w:val="00D84E33"/>
    <w:rsid w:val="00D85E67"/>
    <w:rsid w:val="00D902F8"/>
    <w:rsid w:val="00D96960"/>
    <w:rsid w:val="00D9773B"/>
    <w:rsid w:val="00DA0DD6"/>
    <w:rsid w:val="00DA1BBE"/>
    <w:rsid w:val="00DA1BE8"/>
    <w:rsid w:val="00DA30A7"/>
    <w:rsid w:val="00DA5B2B"/>
    <w:rsid w:val="00DB5175"/>
    <w:rsid w:val="00DB60EE"/>
    <w:rsid w:val="00DB6324"/>
    <w:rsid w:val="00DC071B"/>
    <w:rsid w:val="00DC1C62"/>
    <w:rsid w:val="00DC360E"/>
    <w:rsid w:val="00DD05F5"/>
    <w:rsid w:val="00DD06C4"/>
    <w:rsid w:val="00DD1E2E"/>
    <w:rsid w:val="00DD2BC7"/>
    <w:rsid w:val="00DD6B49"/>
    <w:rsid w:val="00DE343F"/>
    <w:rsid w:val="00DE3758"/>
    <w:rsid w:val="00DE405C"/>
    <w:rsid w:val="00DE4F6C"/>
    <w:rsid w:val="00DE73E7"/>
    <w:rsid w:val="00DF1E53"/>
    <w:rsid w:val="00DF5BDA"/>
    <w:rsid w:val="00DF668B"/>
    <w:rsid w:val="00DF6E84"/>
    <w:rsid w:val="00DF7693"/>
    <w:rsid w:val="00E0025F"/>
    <w:rsid w:val="00E00D2F"/>
    <w:rsid w:val="00E015A4"/>
    <w:rsid w:val="00E022D1"/>
    <w:rsid w:val="00E023CA"/>
    <w:rsid w:val="00E03332"/>
    <w:rsid w:val="00E05202"/>
    <w:rsid w:val="00E06548"/>
    <w:rsid w:val="00E07FDC"/>
    <w:rsid w:val="00E10B48"/>
    <w:rsid w:val="00E114B5"/>
    <w:rsid w:val="00E1153F"/>
    <w:rsid w:val="00E12393"/>
    <w:rsid w:val="00E129C5"/>
    <w:rsid w:val="00E17F65"/>
    <w:rsid w:val="00E202B8"/>
    <w:rsid w:val="00E22346"/>
    <w:rsid w:val="00E23849"/>
    <w:rsid w:val="00E25C08"/>
    <w:rsid w:val="00E31DAE"/>
    <w:rsid w:val="00E33A35"/>
    <w:rsid w:val="00E350F0"/>
    <w:rsid w:val="00E40986"/>
    <w:rsid w:val="00E47C84"/>
    <w:rsid w:val="00E53077"/>
    <w:rsid w:val="00E54B4C"/>
    <w:rsid w:val="00E55D40"/>
    <w:rsid w:val="00E62C3A"/>
    <w:rsid w:val="00E64237"/>
    <w:rsid w:val="00E64585"/>
    <w:rsid w:val="00E64BAE"/>
    <w:rsid w:val="00E6527D"/>
    <w:rsid w:val="00E657B0"/>
    <w:rsid w:val="00E66D5A"/>
    <w:rsid w:val="00E74099"/>
    <w:rsid w:val="00E80772"/>
    <w:rsid w:val="00E83E0A"/>
    <w:rsid w:val="00E8506B"/>
    <w:rsid w:val="00E859FA"/>
    <w:rsid w:val="00E8791C"/>
    <w:rsid w:val="00E8797A"/>
    <w:rsid w:val="00E94790"/>
    <w:rsid w:val="00EA43FF"/>
    <w:rsid w:val="00EA7488"/>
    <w:rsid w:val="00EB3016"/>
    <w:rsid w:val="00EC4B6E"/>
    <w:rsid w:val="00EC4D31"/>
    <w:rsid w:val="00EC6F02"/>
    <w:rsid w:val="00EC792E"/>
    <w:rsid w:val="00ED461D"/>
    <w:rsid w:val="00ED55A8"/>
    <w:rsid w:val="00ED70E5"/>
    <w:rsid w:val="00EE0AAF"/>
    <w:rsid w:val="00EE0B36"/>
    <w:rsid w:val="00EE15BC"/>
    <w:rsid w:val="00EE1B5D"/>
    <w:rsid w:val="00EE3CB5"/>
    <w:rsid w:val="00EE5F3B"/>
    <w:rsid w:val="00EE71EC"/>
    <w:rsid w:val="00EE7A16"/>
    <w:rsid w:val="00EF5AA1"/>
    <w:rsid w:val="00EF5C08"/>
    <w:rsid w:val="00EF72EF"/>
    <w:rsid w:val="00F016F0"/>
    <w:rsid w:val="00F01AA0"/>
    <w:rsid w:val="00F01C97"/>
    <w:rsid w:val="00F022AD"/>
    <w:rsid w:val="00F05525"/>
    <w:rsid w:val="00F05EE4"/>
    <w:rsid w:val="00F12865"/>
    <w:rsid w:val="00F148D4"/>
    <w:rsid w:val="00F20C97"/>
    <w:rsid w:val="00F21C40"/>
    <w:rsid w:val="00F227B2"/>
    <w:rsid w:val="00F243D0"/>
    <w:rsid w:val="00F27BAF"/>
    <w:rsid w:val="00F332B5"/>
    <w:rsid w:val="00F35A39"/>
    <w:rsid w:val="00F5035D"/>
    <w:rsid w:val="00F5141C"/>
    <w:rsid w:val="00F52703"/>
    <w:rsid w:val="00F53117"/>
    <w:rsid w:val="00F53920"/>
    <w:rsid w:val="00F53ABE"/>
    <w:rsid w:val="00F556D4"/>
    <w:rsid w:val="00F5644A"/>
    <w:rsid w:val="00F57A41"/>
    <w:rsid w:val="00F60E0B"/>
    <w:rsid w:val="00F64EC0"/>
    <w:rsid w:val="00F6576E"/>
    <w:rsid w:val="00F6585B"/>
    <w:rsid w:val="00F67745"/>
    <w:rsid w:val="00F73E37"/>
    <w:rsid w:val="00F7499A"/>
    <w:rsid w:val="00F76B5B"/>
    <w:rsid w:val="00F77F5C"/>
    <w:rsid w:val="00F87DF2"/>
    <w:rsid w:val="00F91806"/>
    <w:rsid w:val="00F93507"/>
    <w:rsid w:val="00F93581"/>
    <w:rsid w:val="00F940CF"/>
    <w:rsid w:val="00F97DBC"/>
    <w:rsid w:val="00FA11DD"/>
    <w:rsid w:val="00FA2096"/>
    <w:rsid w:val="00FA295B"/>
    <w:rsid w:val="00FA3CF7"/>
    <w:rsid w:val="00FA48A4"/>
    <w:rsid w:val="00FA66C5"/>
    <w:rsid w:val="00FA7493"/>
    <w:rsid w:val="00FB1BD9"/>
    <w:rsid w:val="00FB3D4D"/>
    <w:rsid w:val="00FC0E6E"/>
    <w:rsid w:val="00FC54D5"/>
    <w:rsid w:val="00FC693F"/>
    <w:rsid w:val="00FC754B"/>
    <w:rsid w:val="00FC77ED"/>
    <w:rsid w:val="00FC7804"/>
    <w:rsid w:val="00FD2385"/>
    <w:rsid w:val="00FD2B2E"/>
    <w:rsid w:val="00FD2F2E"/>
    <w:rsid w:val="00FD36A1"/>
    <w:rsid w:val="00FD7293"/>
    <w:rsid w:val="00FD7E50"/>
    <w:rsid w:val="00FE0607"/>
    <w:rsid w:val="00FE1D17"/>
    <w:rsid w:val="00FE21BC"/>
    <w:rsid w:val="00FE4FC7"/>
    <w:rsid w:val="00FE62F2"/>
    <w:rsid w:val="00FE6CC4"/>
    <w:rsid w:val="00FF0571"/>
    <w:rsid w:val="00FF0588"/>
    <w:rsid w:val="00FF71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B324F8"/>
  <w14:defaultImageDpi w14:val="330"/>
  <w15:docId w15:val="{C380DF1C-1AD9-4B26-B53F-3AC4F1A89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CDE"/>
    <w:rPr>
      <w:rFonts w:ascii="Times New Roman" w:hAnsi="Times New Roman"/>
      <w:sz w:val="24"/>
    </w:rPr>
  </w:style>
  <w:style w:type="paragraph" w:styleId="Heading1">
    <w:name w:val="heading 1"/>
    <w:basedOn w:val="Normal"/>
    <w:next w:val="Normal"/>
    <w:link w:val="Heading1Char"/>
    <w:autoRedefine/>
    <w:uiPriority w:val="9"/>
    <w:qFormat/>
    <w:rsid w:val="00B102C3"/>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B102C3"/>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B102C3"/>
    <w:rPr>
      <w:rFonts w:asciiTheme="majorHAnsi" w:eastAsiaTheme="majorEastAsia" w:hAnsiTheme="majorHAnsi" w:cstheme="majorBidi"/>
      <w:b/>
      <w:bCs/>
      <w:color w:val="365F91" w:themeColor="accent1" w:themeShade="BF"/>
      <w:sz w:val="32"/>
      <w:szCs w:val="28"/>
    </w:rPr>
  </w:style>
  <w:style w:type="character" w:customStyle="1" w:styleId="Heading2Char">
    <w:name w:val="Heading 2 Char"/>
    <w:basedOn w:val="DefaultParagraphFont"/>
    <w:link w:val="Heading2"/>
    <w:uiPriority w:val="9"/>
    <w:rsid w:val="00B102C3"/>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D127B5"/>
    <w:pPr>
      <w:tabs>
        <w:tab w:val="right" w:leader="dot" w:pos="8630"/>
      </w:tabs>
      <w:spacing w:after="100"/>
    </w:pPr>
    <w:rPr>
      <w:noProof/>
      <w:color w:val="365F91" w:themeColor="accent1" w:themeShade="BF"/>
    </w:rPr>
  </w:style>
  <w:style w:type="character" w:styleId="Hyperlink">
    <w:name w:val="Hyperlink"/>
    <w:basedOn w:val="DefaultParagraphFont"/>
    <w:uiPriority w:val="99"/>
    <w:unhideWhenUsed/>
    <w:rsid w:val="00D127B5"/>
    <w:rPr>
      <w:color w:val="0000FF" w:themeColor="hyperlink"/>
      <w:u w:val="single"/>
    </w:rPr>
  </w:style>
  <w:style w:type="paragraph" w:styleId="TOC2">
    <w:name w:val="toc 2"/>
    <w:basedOn w:val="Normal"/>
    <w:next w:val="Normal"/>
    <w:autoRedefine/>
    <w:uiPriority w:val="39"/>
    <w:unhideWhenUsed/>
    <w:rsid w:val="00C076C4"/>
    <w:pPr>
      <w:tabs>
        <w:tab w:val="right" w:leader="dot" w:pos="8630"/>
      </w:tabs>
      <w:spacing w:after="100"/>
      <w:jc w:val="both"/>
    </w:pPr>
    <w:rPr>
      <w:noProof/>
      <w:color w:val="365F91" w:themeColor="accent1" w:themeShade="BF"/>
    </w:rPr>
  </w:style>
  <w:style w:type="paragraph" w:styleId="Revision">
    <w:name w:val="Revision"/>
    <w:hidden/>
    <w:uiPriority w:val="99"/>
    <w:semiHidden/>
    <w:rsid w:val="009F65DE"/>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43575">
      <w:bodyDiv w:val="1"/>
      <w:marLeft w:val="0"/>
      <w:marRight w:val="0"/>
      <w:marTop w:val="0"/>
      <w:marBottom w:val="0"/>
      <w:divBdr>
        <w:top w:val="none" w:sz="0" w:space="0" w:color="auto"/>
        <w:left w:val="none" w:sz="0" w:space="0" w:color="auto"/>
        <w:bottom w:val="none" w:sz="0" w:space="0" w:color="auto"/>
        <w:right w:val="none" w:sz="0" w:space="0" w:color="auto"/>
      </w:divBdr>
    </w:div>
    <w:div w:id="32267271">
      <w:bodyDiv w:val="1"/>
      <w:marLeft w:val="0"/>
      <w:marRight w:val="0"/>
      <w:marTop w:val="0"/>
      <w:marBottom w:val="0"/>
      <w:divBdr>
        <w:top w:val="none" w:sz="0" w:space="0" w:color="auto"/>
        <w:left w:val="none" w:sz="0" w:space="0" w:color="auto"/>
        <w:bottom w:val="none" w:sz="0" w:space="0" w:color="auto"/>
        <w:right w:val="none" w:sz="0" w:space="0" w:color="auto"/>
      </w:divBdr>
    </w:div>
    <w:div w:id="108552557">
      <w:bodyDiv w:val="1"/>
      <w:marLeft w:val="0"/>
      <w:marRight w:val="0"/>
      <w:marTop w:val="0"/>
      <w:marBottom w:val="0"/>
      <w:divBdr>
        <w:top w:val="none" w:sz="0" w:space="0" w:color="auto"/>
        <w:left w:val="none" w:sz="0" w:space="0" w:color="auto"/>
        <w:bottom w:val="none" w:sz="0" w:space="0" w:color="auto"/>
        <w:right w:val="none" w:sz="0" w:space="0" w:color="auto"/>
      </w:divBdr>
    </w:div>
    <w:div w:id="123012213">
      <w:bodyDiv w:val="1"/>
      <w:marLeft w:val="0"/>
      <w:marRight w:val="0"/>
      <w:marTop w:val="0"/>
      <w:marBottom w:val="0"/>
      <w:divBdr>
        <w:top w:val="none" w:sz="0" w:space="0" w:color="auto"/>
        <w:left w:val="none" w:sz="0" w:space="0" w:color="auto"/>
        <w:bottom w:val="none" w:sz="0" w:space="0" w:color="auto"/>
        <w:right w:val="none" w:sz="0" w:space="0" w:color="auto"/>
      </w:divBdr>
    </w:div>
    <w:div w:id="180360937">
      <w:bodyDiv w:val="1"/>
      <w:marLeft w:val="0"/>
      <w:marRight w:val="0"/>
      <w:marTop w:val="0"/>
      <w:marBottom w:val="0"/>
      <w:divBdr>
        <w:top w:val="none" w:sz="0" w:space="0" w:color="auto"/>
        <w:left w:val="none" w:sz="0" w:space="0" w:color="auto"/>
        <w:bottom w:val="none" w:sz="0" w:space="0" w:color="auto"/>
        <w:right w:val="none" w:sz="0" w:space="0" w:color="auto"/>
      </w:divBdr>
    </w:div>
    <w:div w:id="203828595">
      <w:bodyDiv w:val="1"/>
      <w:marLeft w:val="0"/>
      <w:marRight w:val="0"/>
      <w:marTop w:val="0"/>
      <w:marBottom w:val="0"/>
      <w:divBdr>
        <w:top w:val="none" w:sz="0" w:space="0" w:color="auto"/>
        <w:left w:val="none" w:sz="0" w:space="0" w:color="auto"/>
        <w:bottom w:val="none" w:sz="0" w:space="0" w:color="auto"/>
        <w:right w:val="none" w:sz="0" w:space="0" w:color="auto"/>
      </w:divBdr>
    </w:div>
    <w:div w:id="220554241">
      <w:bodyDiv w:val="1"/>
      <w:marLeft w:val="0"/>
      <w:marRight w:val="0"/>
      <w:marTop w:val="0"/>
      <w:marBottom w:val="0"/>
      <w:divBdr>
        <w:top w:val="none" w:sz="0" w:space="0" w:color="auto"/>
        <w:left w:val="none" w:sz="0" w:space="0" w:color="auto"/>
        <w:bottom w:val="none" w:sz="0" w:space="0" w:color="auto"/>
        <w:right w:val="none" w:sz="0" w:space="0" w:color="auto"/>
      </w:divBdr>
    </w:div>
    <w:div w:id="353189477">
      <w:bodyDiv w:val="1"/>
      <w:marLeft w:val="0"/>
      <w:marRight w:val="0"/>
      <w:marTop w:val="0"/>
      <w:marBottom w:val="0"/>
      <w:divBdr>
        <w:top w:val="none" w:sz="0" w:space="0" w:color="auto"/>
        <w:left w:val="none" w:sz="0" w:space="0" w:color="auto"/>
        <w:bottom w:val="none" w:sz="0" w:space="0" w:color="auto"/>
        <w:right w:val="none" w:sz="0" w:space="0" w:color="auto"/>
      </w:divBdr>
    </w:div>
    <w:div w:id="372997614">
      <w:bodyDiv w:val="1"/>
      <w:marLeft w:val="0"/>
      <w:marRight w:val="0"/>
      <w:marTop w:val="0"/>
      <w:marBottom w:val="0"/>
      <w:divBdr>
        <w:top w:val="none" w:sz="0" w:space="0" w:color="auto"/>
        <w:left w:val="none" w:sz="0" w:space="0" w:color="auto"/>
        <w:bottom w:val="none" w:sz="0" w:space="0" w:color="auto"/>
        <w:right w:val="none" w:sz="0" w:space="0" w:color="auto"/>
      </w:divBdr>
    </w:div>
    <w:div w:id="450586425">
      <w:bodyDiv w:val="1"/>
      <w:marLeft w:val="0"/>
      <w:marRight w:val="0"/>
      <w:marTop w:val="0"/>
      <w:marBottom w:val="0"/>
      <w:divBdr>
        <w:top w:val="none" w:sz="0" w:space="0" w:color="auto"/>
        <w:left w:val="none" w:sz="0" w:space="0" w:color="auto"/>
        <w:bottom w:val="none" w:sz="0" w:space="0" w:color="auto"/>
        <w:right w:val="none" w:sz="0" w:space="0" w:color="auto"/>
      </w:divBdr>
    </w:div>
    <w:div w:id="475536399">
      <w:bodyDiv w:val="1"/>
      <w:marLeft w:val="0"/>
      <w:marRight w:val="0"/>
      <w:marTop w:val="0"/>
      <w:marBottom w:val="0"/>
      <w:divBdr>
        <w:top w:val="none" w:sz="0" w:space="0" w:color="auto"/>
        <w:left w:val="none" w:sz="0" w:space="0" w:color="auto"/>
        <w:bottom w:val="none" w:sz="0" w:space="0" w:color="auto"/>
        <w:right w:val="none" w:sz="0" w:space="0" w:color="auto"/>
      </w:divBdr>
    </w:div>
    <w:div w:id="519776903">
      <w:bodyDiv w:val="1"/>
      <w:marLeft w:val="0"/>
      <w:marRight w:val="0"/>
      <w:marTop w:val="0"/>
      <w:marBottom w:val="0"/>
      <w:divBdr>
        <w:top w:val="none" w:sz="0" w:space="0" w:color="auto"/>
        <w:left w:val="none" w:sz="0" w:space="0" w:color="auto"/>
        <w:bottom w:val="none" w:sz="0" w:space="0" w:color="auto"/>
        <w:right w:val="none" w:sz="0" w:space="0" w:color="auto"/>
      </w:divBdr>
    </w:div>
    <w:div w:id="541134156">
      <w:bodyDiv w:val="1"/>
      <w:marLeft w:val="0"/>
      <w:marRight w:val="0"/>
      <w:marTop w:val="0"/>
      <w:marBottom w:val="0"/>
      <w:divBdr>
        <w:top w:val="none" w:sz="0" w:space="0" w:color="auto"/>
        <w:left w:val="none" w:sz="0" w:space="0" w:color="auto"/>
        <w:bottom w:val="none" w:sz="0" w:space="0" w:color="auto"/>
        <w:right w:val="none" w:sz="0" w:space="0" w:color="auto"/>
      </w:divBdr>
    </w:div>
    <w:div w:id="559097565">
      <w:bodyDiv w:val="1"/>
      <w:marLeft w:val="0"/>
      <w:marRight w:val="0"/>
      <w:marTop w:val="0"/>
      <w:marBottom w:val="0"/>
      <w:divBdr>
        <w:top w:val="none" w:sz="0" w:space="0" w:color="auto"/>
        <w:left w:val="none" w:sz="0" w:space="0" w:color="auto"/>
        <w:bottom w:val="none" w:sz="0" w:space="0" w:color="auto"/>
        <w:right w:val="none" w:sz="0" w:space="0" w:color="auto"/>
      </w:divBdr>
    </w:div>
    <w:div w:id="561409821">
      <w:bodyDiv w:val="1"/>
      <w:marLeft w:val="0"/>
      <w:marRight w:val="0"/>
      <w:marTop w:val="0"/>
      <w:marBottom w:val="0"/>
      <w:divBdr>
        <w:top w:val="none" w:sz="0" w:space="0" w:color="auto"/>
        <w:left w:val="none" w:sz="0" w:space="0" w:color="auto"/>
        <w:bottom w:val="none" w:sz="0" w:space="0" w:color="auto"/>
        <w:right w:val="none" w:sz="0" w:space="0" w:color="auto"/>
      </w:divBdr>
    </w:div>
    <w:div w:id="582184529">
      <w:bodyDiv w:val="1"/>
      <w:marLeft w:val="0"/>
      <w:marRight w:val="0"/>
      <w:marTop w:val="0"/>
      <w:marBottom w:val="0"/>
      <w:divBdr>
        <w:top w:val="none" w:sz="0" w:space="0" w:color="auto"/>
        <w:left w:val="none" w:sz="0" w:space="0" w:color="auto"/>
        <w:bottom w:val="none" w:sz="0" w:space="0" w:color="auto"/>
        <w:right w:val="none" w:sz="0" w:space="0" w:color="auto"/>
      </w:divBdr>
    </w:div>
    <w:div w:id="601231061">
      <w:bodyDiv w:val="1"/>
      <w:marLeft w:val="0"/>
      <w:marRight w:val="0"/>
      <w:marTop w:val="0"/>
      <w:marBottom w:val="0"/>
      <w:divBdr>
        <w:top w:val="none" w:sz="0" w:space="0" w:color="auto"/>
        <w:left w:val="none" w:sz="0" w:space="0" w:color="auto"/>
        <w:bottom w:val="none" w:sz="0" w:space="0" w:color="auto"/>
        <w:right w:val="none" w:sz="0" w:space="0" w:color="auto"/>
      </w:divBdr>
    </w:div>
    <w:div w:id="679238912">
      <w:bodyDiv w:val="1"/>
      <w:marLeft w:val="0"/>
      <w:marRight w:val="0"/>
      <w:marTop w:val="0"/>
      <w:marBottom w:val="0"/>
      <w:divBdr>
        <w:top w:val="none" w:sz="0" w:space="0" w:color="auto"/>
        <w:left w:val="none" w:sz="0" w:space="0" w:color="auto"/>
        <w:bottom w:val="none" w:sz="0" w:space="0" w:color="auto"/>
        <w:right w:val="none" w:sz="0" w:space="0" w:color="auto"/>
      </w:divBdr>
    </w:div>
    <w:div w:id="821391437">
      <w:bodyDiv w:val="1"/>
      <w:marLeft w:val="0"/>
      <w:marRight w:val="0"/>
      <w:marTop w:val="0"/>
      <w:marBottom w:val="0"/>
      <w:divBdr>
        <w:top w:val="none" w:sz="0" w:space="0" w:color="auto"/>
        <w:left w:val="none" w:sz="0" w:space="0" w:color="auto"/>
        <w:bottom w:val="none" w:sz="0" w:space="0" w:color="auto"/>
        <w:right w:val="none" w:sz="0" w:space="0" w:color="auto"/>
      </w:divBdr>
    </w:div>
    <w:div w:id="827285509">
      <w:bodyDiv w:val="1"/>
      <w:marLeft w:val="0"/>
      <w:marRight w:val="0"/>
      <w:marTop w:val="0"/>
      <w:marBottom w:val="0"/>
      <w:divBdr>
        <w:top w:val="none" w:sz="0" w:space="0" w:color="auto"/>
        <w:left w:val="none" w:sz="0" w:space="0" w:color="auto"/>
        <w:bottom w:val="none" w:sz="0" w:space="0" w:color="auto"/>
        <w:right w:val="none" w:sz="0" w:space="0" w:color="auto"/>
      </w:divBdr>
    </w:div>
    <w:div w:id="828790165">
      <w:bodyDiv w:val="1"/>
      <w:marLeft w:val="0"/>
      <w:marRight w:val="0"/>
      <w:marTop w:val="0"/>
      <w:marBottom w:val="0"/>
      <w:divBdr>
        <w:top w:val="none" w:sz="0" w:space="0" w:color="auto"/>
        <w:left w:val="none" w:sz="0" w:space="0" w:color="auto"/>
        <w:bottom w:val="none" w:sz="0" w:space="0" w:color="auto"/>
        <w:right w:val="none" w:sz="0" w:space="0" w:color="auto"/>
      </w:divBdr>
    </w:div>
    <w:div w:id="925573036">
      <w:bodyDiv w:val="1"/>
      <w:marLeft w:val="0"/>
      <w:marRight w:val="0"/>
      <w:marTop w:val="0"/>
      <w:marBottom w:val="0"/>
      <w:divBdr>
        <w:top w:val="none" w:sz="0" w:space="0" w:color="auto"/>
        <w:left w:val="none" w:sz="0" w:space="0" w:color="auto"/>
        <w:bottom w:val="none" w:sz="0" w:space="0" w:color="auto"/>
        <w:right w:val="none" w:sz="0" w:space="0" w:color="auto"/>
      </w:divBdr>
    </w:div>
    <w:div w:id="938753703">
      <w:bodyDiv w:val="1"/>
      <w:marLeft w:val="0"/>
      <w:marRight w:val="0"/>
      <w:marTop w:val="0"/>
      <w:marBottom w:val="0"/>
      <w:divBdr>
        <w:top w:val="none" w:sz="0" w:space="0" w:color="auto"/>
        <w:left w:val="none" w:sz="0" w:space="0" w:color="auto"/>
        <w:bottom w:val="none" w:sz="0" w:space="0" w:color="auto"/>
        <w:right w:val="none" w:sz="0" w:space="0" w:color="auto"/>
      </w:divBdr>
    </w:div>
    <w:div w:id="987127839">
      <w:bodyDiv w:val="1"/>
      <w:marLeft w:val="0"/>
      <w:marRight w:val="0"/>
      <w:marTop w:val="0"/>
      <w:marBottom w:val="0"/>
      <w:divBdr>
        <w:top w:val="none" w:sz="0" w:space="0" w:color="auto"/>
        <w:left w:val="none" w:sz="0" w:space="0" w:color="auto"/>
        <w:bottom w:val="none" w:sz="0" w:space="0" w:color="auto"/>
        <w:right w:val="none" w:sz="0" w:space="0" w:color="auto"/>
      </w:divBdr>
    </w:div>
    <w:div w:id="1036349840">
      <w:bodyDiv w:val="1"/>
      <w:marLeft w:val="0"/>
      <w:marRight w:val="0"/>
      <w:marTop w:val="0"/>
      <w:marBottom w:val="0"/>
      <w:divBdr>
        <w:top w:val="none" w:sz="0" w:space="0" w:color="auto"/>
        <w:left w:val="none" w:sz="0" w:space="0" w:color="auto"/>
        <w:bottom w:val="none" w:sz="0" w:space="0" w:color="auto"/>
        <w:right w:val="none" w:sz="0" w:space="0" w:color="auto"/>
      </w:divBdr>
    </w:div>
    <w:div w:id="1073553371">
      <w:bodyDiv w:val="1"/>
      <w:marLeft w:val="0"/>
      <w:marRight w:val="0"/>
      <w:marTop w:val="0"/>
      <w:marBottom w:val="0"/>
      <w:divBdr>
        <w:top w:val="none" w:sz="0" w:space="0" w:color="auto"/>
        <w:left w:val="none" w:sz="0" w:space="0" w:color="auto"/>
        <w:bottom w:val="none" w:sz="0" w:space="0" w:color="auto"/>
        <w:right w:val="none" w:sz="0" w:space="0" w:color="auto"/>
      </w:divBdr>
    </w:div>
    <w:div w:id="1106733937">
      <w:bodyDiv w:val="1"/>
      <w:marLeft w:val="0"/>
      <w:marRight w:val="0"/>
      <w:marTop w:val="0"/>
      <w:marBottom w:val="0"/>
      <w:divBdr>
        <w:top w:val="none" w:sz="0" w:space="0" w:color="auto"/>
        <w:left w:val="none" w:sz="0" w:space="0" w:color="auto"/>
        <w:bottom w:val="none" w:sz="0" w:space="0" w:color="auto"/>
        <w:right w:val="none" w:sz="0" w:space="0" w:color="auto"/>
      </w:divBdr>
    </w:div>
    <w:div w:id="1127285005">
      <w:bodyDiv w:val="1"/>
      <w:marLeft w:val="0"/>
      <w:marRight w:val="0"/>
      <w:marTop w:val="0"/>
      <w:marBottom w:val="0"/>
      <w:divBdr>
        <w:top w:val="none" w:sz="0" w:space="0" w:color="auto"/>
        <w:left w:val="none" w:sz="0" w:space="0" w:color="auto"/>
        <w:bottom w:val="none" w:sz="0" w:space="0" w:color="auto"/>
        <w:right w:val="none" w:sz="0" w:space="0" w:color="auto"/>
      </w:divBdr>
    </w:div>
    <w:div w:id="1190072296">
      <w:bodyDiv w:val="1"/>
      <w:marLeft w:val="0"/>
      <w:marRight w:val="0"/>
      <w:marTop w:val="0"/>
      <w:marBottom w:val="0"/>
      <w:divBdr>
        <w:top w:val="none" w:sz="0" w:space="0" w:color="auto"/>
        <w:left w:val="none" w:sz="0" w:space="0" w:color="auto"/>
        <w:bottom w:val="none" w:sz="0" w:space="0" w:color="auto"/>
        <w:right w:val="none" w:sz="0" w:space="0" w:color="auto"/>
      </w:divBdr>
    </w:div>
    <w:div w:id="1231574298">
      <w:bodyDiv w:val="1"/>
      <w:marLeft w:val="0"/>
      <w:marRight w:val="0"/>
      <w:marTop w:val="0"/>
      <w:marBottom w:val="0"/>
      <w:divBdr>
        <w:top w:val="none" w:sz="0" w:space="0" w:color="auto"/>
        <w:left w:val="none" w:sz="0" w:space="0" w:color="auto"/>
        <w:bottom w:val="none" w:sz="0" w:space="0" w:color="auto"/>
        <w:right w:val="none" w:sz="0" w:space="0" w:color="auto"/>
      </w:divBdr>
    </w:div>
    <w:div w:id="1257978400">
      <w:bodyDiv w:val="1"/>
      <w:marLeft w:val="0"/>
      <w:marRight w:val="0"/>
      <w:marTop w:val="0"/>
      <w:marBottom w:val="0"/>
      <w:divBdr>
        <w:top w:val="none" w:sz="0" w:space="0" w:color="auto"/>
        <w:left w:val="none" w:sz="0" w:space="0" w:color="auto"/>
        <w:bottom w:val="none" w:sz="0" w:space="0" w:color="auto"/>
        <w:right w:val="none" w:sz="0" w:space="0" w:color="auto"/>
      </w:divBdr>
    </w:div>
    <w:div w:id="1334869686">
      <w:bodyDiv w:val="1"/>
      <w:marLeft w:val="0"/>
      <w:marRight w:val="0"/>
      <w:marTop w:val="0"/>
      <w:marBottom w:val="0"/>
      <w:divBdr>
        <w:top w:val="none" w:sz="0" w:space="0" w:color="auto"/>
        <w:left w:val="none" w:sz="0" w:space="0" w:color="auto"/>
        <w:bottom w:val="none" w:sz="0" w:space="0" w:color="auto"/>
        <w:right w:val="none" w:sz="0" w:space="0" w:color="auto"/>
      </w:divBdr>
    </w:div>
    <w:div w:id="1349600353">
      <w:bodyDiv w:val="1"/>
      <w:marLeft w:val="0"/>
      <w:marRight w:val="0"/>
      <w:marTop w:val="0"/>
      <w:marBottom w:val="0"/>
      <w:divBdr>
        <w:top w:val="none" w:sz="0" w:space="0" w:color="auto"/>
        <w:left w:val="none" w:sz="0" w:space="0" w:color="auto"/>
        <w:bottom w:val="none" w:sz="0" w:space="0" w:color="auto"/>
        <w:right w:val="none" w:sz="0" w:space="0" w:color="auto"/>
      </w:divBdr>
    </w:div>
    <w:div w:id="1358048624">
      <w:bodyDiv w:val="1"/>
      <w:marLeft w:val="0"/>
      <w:marRight w:val="0"/>
      <w:marTop w:val="0"/>
      <w:marBottom w:val="0"/>
      <w:divBdr>
        <w:top w:val="none" w:sz="0" w:space="0" w:color="auto"/>
        <w:left w:val="none" w:sz="0" w:space="0" w:color="auto"/>
        <w:bottom w:val="none" w:sz="0" w:space="0" w:color="auto"/>
        <w:right w:val="none" w:sz="0" w:space="0" w:color="auto"/>
      </w:divBdr>
      <w:divsChild>
        <w:div w:id="17791350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1422588">
      <w:bodyDiv w:val="1"/>
      <w:marLeft w:val="0"/>
      <w:marRight w:val="0"/>
      <w:marTop w:val="0"/>
      <w:marBottom w:val="0"/>
      <w:divBdr>
        <w:top w:val="none" w:sz="0" w:space="0" w:color="auto"/>
        <w:left w:val="none" w:sz="0" w:space="0" w:color="auto"/>
        <w:bottom w:val="none" w:sz="0" w:space="0" w:color="auto"/>
        <w:right w:val="none" w:sz="0" w:space="0" w:color="auto"/>
      </w:divBdr>
    </w:div>
    <w:div w:id="1381322673">
      <w:bodyDiv w:val="1"/>
      <w:marLeft w:val="0"/>
      <w:marRight w:val="0"/>
      <w:marTop w:val="0"/>
      <w:marBottom w:val="0"/>
      <w:divBdr>
        <w:top w:val="none" w:sz="0" w:space="0" w:color="auto"/>
        <w:left w:val="none" w:sz="0" w:space="0" w:color="auto"/>
        <w:bottom w:val="none" w:sz="0" w:space="0" w:color="auto"/>
        <w:right w:val="none" w:sz="0" w:space="0" w:color="auto"/>
      </w:divBdr>
    </w:div>
    <w:div w:id="1404255658">
      <w:bodyDiv w:val="1"/>
      <w:marLeft w:val="0"/>
      <w:marRight w:val="0"/>
      <w:marTop w:val="0"/>
      <w:marBottom w:val="0"/>
      <w:divBdr>
        <w:top w:val="none" w:sz="0" w:space="0" w:color="auto"/>
        <w:left w:val="none" w:sz="0" w:space="0" w:color="auto"/>
        <w:bottom w:val="none" w:sz="0" w:space="0" w:color="auto"/>
        <w:right w:val="none" w:sz="0" w:space="0" w:color="auto"/>
      </w:divBdr>
    </w:div>
    <w:div w:id="1411543113">
      <w:bodyDiv w:val="1"/>
      <w:marLeft w:val="0"/>
      <w:marRight w:val="0"/>
      <w:marTop w:val="0"/>
      <w:marBottom w:val="0"/>
      <w:divBdr>
        <w:top w:val="none" w:sz="0" w:space="0" w:color="auto"/>
        <w:left w:val="none" w:sz="0" w:space="0" w:color="auto"/>
        <w:bottom w:val="none" w:sz="0" w:space="0" w:color="auto"/>
        <w:right w:val="none" w:sz="0" w:space="0" w:color="auto"/>
      </w:divBdr>
    </w:div>
    <w:div w:id="1424835397">
      <w:bodyDiv w:val="1"/>
      <w:marLeft w:val="0"/>
      <w:marRight w:val="0"/>
      <w:marTop w:val="0"/>
      <w:marBottom w:val="0"/>
      <w:divBdr>
        <w:top w:val="none" w:sz="0" w:space="0" w:color="auto"/>
        <w:left w:val="none" w:sz="0" w:space="0" w:color="auto"/>
        <w:bottom w:val="none" w:sz="0" w:space="0" w:color="auto"/>
        <w:right w:val="none" w:sz="0" w:space="0" w:color="auto"/>
      </w:divBdr>
    </w:div>
    <w:div w:id="1442409343">
      <w:bodyDiv w:val="1"/>
      <w:marLeft w:val="0"/>
      <w:marRight w:val="0"/>
      <w:marTop w:val="0"/>
      <w:marBottom w:val="0"/>
      <w:divBdr>
        <w:top w:val="none" w:sz="0" w:space="0" w:color="auto"/>
        <w:left w:val="none" w:sz="0" w:space="0" w:color="auto"/>
        <w:bottom w:val="none" w:sz="0" w:space="0" w:color="auto"/>
        <w:right w:val="none" w:sz="0" w:space="0" w:color="auto"/>
      </w:divBdr>
    </w:div>
    <w:div w:id="1475412704">
      <w:bodyDiv w:val="1"/>
      <w:marLeft w:val="0"/>
      <w:marRight w:val="0"/>
      <w:marTop w:val="0"/>
      <w:marBottom w:val="0"/>
      <w:divBdr>
        <w:top w:val="none" w:sz="0" w:space="0" w:color="auto"/>
        <w:left w:val="none" w:sz="0" w:space="0" w:color="auto"/>
        <w:bottom w:val="none" w:sz="0" w:space="0" w:color="auto"/>
        <w:right w:val="none" w:sz="0" w:space="0" w:color="auto"/>
      </w:divBdr>
    </w:div>
    <w:div w:id="1516458512">
      <w:bodyDiv w:val="1"/>
      <w:marLeft w:val="0"/>
      <w:marRight w:val="0"/>
      <w:marTop w:val="0"/>
      <w:marBottom w:val="0"/>
      <w:divBdr>
        <w:top w:val="none" w:sz="0" w:space="0" w:color="auto"/>
        <w:left w:val="none" w:sz="0" w:space="0" w:color="auto"/>
        <w:bottom w:val="none" w:sz="0" w:space="0" w:color="auto"/>
        <w:right w:val="none" w:sz="0" w:space="0" w:color="auto"/>
      </w:divBdr>
    </w:div>
    <w:div w:id="1517691441">
      <w:bodyDiv w:val="1"/>
      <w:marLeft w:val="0"/>
      <w:marRight w:val="0"/>
      <w:marTop w:val="0"/>
      <w:marBottom w:val="0"/>
      <w:divBdr>
        <w:top w:val="none" w:sz="0" w:space="0" w:color="auto"/>
        <w:left w:val="none" w:sz="0" w:space="0" w:color="auto"/>
        <w:bottom w:val="none" w:sz="0" w:space="0" w:color="auto"/>
        <w:right w:val="none" w:sz="0" w:space="0" w:color="auto"/>
      </w:divBdr>
    </w:div>
    <w:div w:id="1521314913">
      <w:bodyDiv w:val="1"/>
      <w:marLeft w:val="0"/>
      <w:marRight w:val="0"/>
      <w:marTop w:val="0"/>
      <w:marBottom w:val="0"/>
      <w:divBdr>
        <w:top w:val="none" w:sz="0" w:space="0" w:color="auto"/>
        <w:left w:val="none" w:sz="0" w:space="0" w:color="auto"/>
        <w:bottom w:val="none" w:sz="0" w:space="0" w:color="auto"/>
        <w:right w:val="none" w:sz="0" w:space="0" w:color="auto"/>
      </w:divBdr>
      <w:divsChild>
        <w:div w:id="1897155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2880699">
      <w:bodyDiv w:val="1"/>
      <w:marLeft w:val="0"/>
      <w:marRight w:val="0"/>
      <w:marTop w:val="0"/>
      <w:marBottom w:val="0"/>
      <w:divBdr>
        <w:top w:val="none" w:sz="0" w:space="0" w:color="auto"/>
        <w:left w:val="none" w:sz="0" w:space="0" w:color="auto"/>
        <w:bottom w:val="none" w:sz="0" w:space="0" w:color="auto"/>
        <w:right w:val="none" w:sz="0" w:space="0" w:color="auto"/>
      </w:divBdr>
    </w:div>
    <w:div w:id="1604917978">
      <w:bodyDiv w:val="1"/>
      <w:marLeft w:val="0"/>
      <w:marRight w:val="0"/>
      <w:marTop w:val="0"/>
      <w:marBottom w:val="0"/>
      <w:divBdr>
        <w:top w:val="none" w:sz="0" w:space="0" w:color="auto"/>
        <w:left w:val="none" w:sz="0" w:space="0" w:color="auto"/>
        <w:bottom w:val="none" w:sz="0" w:space="0" w:color="auto"/>
        <w:right w:val="none" w:sz="0" w:space="0" w:color="auto"/>
      </w:divBdr>
    </w:div>
    <w:div w:id="1718317319">
      <w:bodyDiv w:val="1"/>
      <w:marLeft w:val="0"/>
      <w:marRight w:val="0"/>
      <w:marTop w:val="0"/>
      <w:marBottom w:val="0"/>
      <w:divBdr>
        <w:top w:val="none" w:sz="0" w:space="0" w:color="auto"/>
        <w:left w:val="none" w:sz="0" w:space="0" w:color="auto"/>
        <w:bottom w:val="none" w:sz="0" w:space="0" w:color="auto"/>
        <w:right w:val="none" w:sz="0" w:space="0" w:color="auto"/>
      </w:divBdr>
    </w:div>
    <w:div w:id="1741362295">
      <w:bodyDiv w:val="1"/>
      <w:marLeft w:val="0"/>
      <w:marRight w:val="0"/>
      <w:marTop w:val="0"/>
      <w:marBottom w:val="0"/>
      <w:divBdr>
        <w:top w:val="none" w:sz="0" w:space="0" w:color="auto"/>
        <w:left w:val="none" w:sz="0" w:space="0" w:color="auto"/>
        <w:bottom w:val="none" w:sz="0" w:space="0" w:color="auto"/>
        <w:right w:val="none" w:sz="0" w:space="0" w:color="auto"/>
      </w:divBdr>
    </w:div>
    <w:div w:id="1861820501">
      <w:bodyDiv w:val="1"/>
      <w:marLeft w:val="0"/>
      <w:marRight w:val="0"/>
      <w:marTop w:val="0"/>
      <w:marBottom w:val="0"/>
      <w:divBdr>
        <w:top w:val="none" w:sz="0" w:space="0" w:color="auto"/>
        <w:left w:val="none" w:sz="0" w:space="0" w:color="auto"/>
        <w:bottom w:val="none" w:sz="0" w:space="0" w:color="auto"/>
        <w:right w:val="none" w:sz="0" w:space="0" w:color="auto"/>
      </w:divBdr>
    </w:div>
    <w:div w:id="1867983569">
      <w:bodyDiv w:val="1"/>
      <w:marLeft w:val="0"/>
      <w:marRight w:val="0"/>
      <w:marTop w:val="0"/>
      <w:marBottom w:val="0"/>
      <w:divBdr>
        <w:top w:val="none" w:sz="0" w:space="0" w:color="auto"/>
        <w:left w:val="none" w:sz="0" w:space="0" w:color="auto"/>
        <w:bottom w:val="none" w:sz="0" w:space="0" w:color="auto"/>
        <w:right w:val="none" w:sz="0" w:space="0" w:color="auto"/>
      </w:divBdr>
    </w:div>
    <w:div w:id="1878154380">
      <w:bodyDiv w:val="1"/>
      <w:marLeft w:val="0"/>
      <w:marRight w:val="0"/>
      <w:marTop w:val="0"/>
      <w:marBottom w:val="0"/>
      <w:divBdr>
        <w:top w:val="none" w:sz="0" w:space="0" w:color="auto"/>
        <w:left w:val="none" w:sz="0" w:space="0" w:color="auto"/>
        <w:bottom w:val="none" w:sz="0" w:space="0" w:color="auto"/>
        <w:right w:val="none" w:sz="0" w:space="0" w:color="auto"/>
      </w:divBdr>
    </w:div>
    <w:div w:id="1891916990">
      <w:bodyDiv w:val="1"/>
      <w:marLeft w:val="0"/>
      <w:marRight w:val="0"/>
      <w:marTop w:val="0"/>
      <w:marBottom w:val="0"/>
      <w:divBdr>
        <w:top w:val="none" w:sz="0" w:space="0" w:color="auto"/>
        <w:left w:val="none" w:sz="0" w:space="0" w:color="auto"/>
        <w:bottom w:val="none" w:sz="0" w:space="0" w:color="auto"/>
        <w:right w:val="none" w:sz="0" w:space="0" w:color="auto"/>
      </w:divBdr>
    </w:div>
    <w:div w:id="1946377897">
      <w:bodyDiv w:val="1"/>
      <w:marLeft w:val="0"/>
      <w:marRight w:val="0"/>
      <w:marTop w:val="0"/>
      <w:marBottom w:val="0"/>
      <w:divBdr>
        <w:top w:val="none" w:sz="0" w:space="0" w:color="auto"/>
        <w:left w:val="none" w:sz="0" w:space="0" w:color="auto"/>
        <w:bottom w:val="none" w:sz="0" w:space="0" w:color="auto"/>
        <w:right w:val="none" w:sz="0" w:space="0" w:color="auto"/>
      </w:divBdr>
    </w:div>
    <w:div w:id="21412244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3453</TotalTime>
  <Pages>193</Pages>
  <Words>47010</Words>
  <Characters>267963</Characters>
  <Application>Microsoft Office Word</Application>
  <DocSecurity>0</DocSecurity>
  <Lines>2233</Lines>
  <Paragraphs>628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314345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bryan pesta</cp:lastModifiedBy>
  <cp:revision>1080</cp:revision>
  <dcterms:created xsi:type="dcterms:W3CDTF">2025-01-30T13:10:00Z</dcterms:created>
  <dcterms:modified xsi:type="dcterms:W3CDTF">2025-02-28T10:46:00Z</dcterms:modified>
  <cp:category/>
</cp:coreProperties>
</file>