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A9EFB" w14:textId="77777777" w:rsidR="00F76F73" w:rsidRPr="00D83531" w:rsidRDefault="00E40E2F">
      <w:pPr>
        <w:jc w:val="center"/>
        <w:rPr>
          <w:rFonts w:ascii="Times New Roman" w:hAnsi="Times New Roman" w:cs="Times New Roman"/>
        </w:rPr>
      </w:pPr>
      <w:r w:rsidRPr="00D83531">
        <w:rPr>
          <w:rFonts w:ascii="Times New Roman" w:hAnsi="Times New Roman" w:cs="Times New Roman"/>
          <w:b/>
          <w:sz w:val="36"/>
        </w:rPr>
        <w:t>CHAPTER 2: The Handoff</w:t>
      </w:r>
    </w:p>
    <w:p w14:paraId="7BB1F4FF" w14:textId="77777777" w:rsidR="00F76F73" w:rsidRPr="00D83531" w:rsidRDefault="00F76F73">
      <w:pPr>
        <w:rPr>
          <w:rFonts w:ascii="Times New Roman" w:hAnsi="Times New Roman" w:cs="Times New Roman"/>
        </w:rPr>
      </w:pPr>
    </w:p>
    <w:p w14:paraId="7510D78A" w14:textId="77777777" w:rsidR="00F76F73" w:rsidRPr="00D83531" w:rsidRDefault="00E40E2F">
      <w:pPr>
        <w:rPr>
          <w:rFonts w:ascii="Times New Roman" w:hAnsi="Times New Roman" w:cs="Times New Roman"/>
        </w:rPr>
      </w:pPr>
      <w:r w:rsidRPr="00D83531">
        <w:rPr>
          <w:rFonts w:ascii="Times New Roman" w:hAnsi="Times New Roman" w:cs="Times New Roman"/>
        </w:rPr>
        <w:t>Alex’s Monday didn’t start at Rosie’s.</w:t>
      </w:r>
    </w:p>
    <w:p w14:paraId="2229C18B" w14:textId="77777777" w:rsidR="00F76F73" w:rsidRPr="00D83531" w:rsidRDefault="00E40E2F">
      <w:pPr>
        <w:rPr>
          <w:rFonts w:ascii="Times New Roman" w:hAnsi="Times New Roman" w:cs="Times New Roman"/>
        </w:rPr>
      </w:pPr>
      <w:r w:rsidRPr="00D83531">
        <w:rPr>
          <w:rFonts w:ascii="Times New Roman" w:hAnsi="Times New Roman" w:cs="Times New Roman"/>
        </w:rPr>
        <w:t>It started with a fire.</w:t>
      </w:r>
    </w:p>
    <w:p w14:paraId="36F2C771" w14:textId="77777777" w:rsidR="00F76F73" w:rsidRPr="00D83531" w:rsidRDefault="00F76F73">
      <w:pPr>
        <w:rPr>
          <w:rFonts w:ascii="Times New Roman" w:hAnsi="Times New Roman" w:cs="Times New Roman"/>
        </w:rPr>
      </w:pPr>
    </w:p>
    <w:p w14:paraId="1AD9FAA4" w14:textId="77777777" w:rsidR="00F76F73" w:rsidRPr="00D83531" w:rsidRDefault="00E40E2F">
      <w:pPr>
        <w:rPr>
          <w:rFonts w:ascii="Times New Roman" w:hAnsi="Times New Roman" w:cs="Times New Roman"/>
        </w:rPr>
      </w:pPr>
      <w:r w:rsidRPr="00D83531">
        <w:rPr>
          <w:rFonts w:ascii="Times New Roman" w:hAnsi="Times New Roman" w:cs="Times New Roman"/>
        </w:rPr>
        <w:t>He’d barely set his bag down at his desk when his phone buzzed. Then buzzed again. Then the Teams notifications started stacking like dominoes.</w:t>
      </w:r>
    </w:p>
    <w:p w14:paraId="37712F15" w14:textId="77777777" w:rsidR="00F76F73" w:rsidRPr="00D83531" w:rsidRDefault="00F76F73">
      <w:pPr>
        <w:rPr>
          <w:rFonts w:ascii="Times New Roman" w:hAnsi="Times New Roman" w:cs="Times New Roman"/>
        </w:rPr>
      </w:pPr>
    </w:p>
    <w:p w14:paraId="0C2819BD" w14:textId="77777777" w:rsidR="00F76F73" w:rsidRPr="00D83531" w:rsidRDefault="00E40E2F">
      <w:pPr>
        <w:rPr>
          <w:rFonts w:ascii="Times New Roman" w:hAnsi="Times New Roman" w:cs="Times New Roman"/>
        </w:rPr>
      </w:pPr>
      <w:r w:rsidRPr="00D83531">
        <w:rPr>
          <w:rFonts w:ascii="Times New Roman" w:hAnsi="Times New Roman" w:cs="Times New Roman"/>
        </w:rPr>
        <w:t>INSTALL: “We’re onsite. Closet is locked. No access.”</w:t>
      </w:r>
      <w:r w:rsidRPr="00D83531">
        <w:rPr>
          <w:rFonts w:ascii="Times New Roman" w:hAnsi="Times New Roman" w:cs="Times New Roman"/>
        </w:rPr>
        <w:br/>
        <w:t>ENGINEERING: “Do we have a site survey? We’re missing network details.”</w:t>
      </w:r>
      <w:r w:rsidRPr="00D83531">
        <w:rPr>
          <w:rFonts w:ascii="Times New Roman" w:hAnsi="Times New Roman" w:cs="Times New Roman"/>
        </w:rPr>
        <w:br/>
        <w:t>SUPPORT: “Client says calls dropped during cutover. Need notes.”</w:t>
      </w:r>
      <w:r w:rsidRPr="00D83531">
        <w:rPr>
          <w:rFonts w:ascii="Times New Roman" w:hAnsi="Times New Roman" w:cs="Times New Roman"/>
        </w:rPr>
        <w:br/>
        <w:t>PROJECT COORD: “Customer wants go-live moved up. Is that confirmed?”</w:t>
      </w:r>
    </w:p>
    <w:p w14:paraId="79702AB8" w14:textId="77777777" w:rsidR="00F76F73" w:rsidRPr="00D83531" w:rsidRDefault="00F76F73">
      <w:pPr>
        <w:rPr>
          <w:rFonts w:ascii="Times New Roman" w:hAnsi="Times New Roman" w:cs="Times New Roman"/>
        </w:rPr>
      </w:pPr>
    </w:p>
    <w:p w14:paraId="5F23C47C" w14:textId="77777777" w:rsidR="00F76F73" w:rsidRPr="00D83531" w:rsidRDefault="00E40E2F">
      <w:pPr>
        <w:rPr>
          <w:rFonts w:ascii="Times New Roman" w:hAnsi="Times New Roman" w:cs="Times New Roman"/>
        </w:rPr>
      </w:pPr>
      <w:r w:rsidRPr="00D83531">
        <w:rPr>
          <w:rFonts w:ascii="Times New Roman" w:hAnsi="Times New Roman" w:cs="Times New Roman"/>
        </w:rPr>
        <w:t>Alex stared at the screen, pulse climbing.</w:t>
      </w:r>
    </w:p>
    <w:p w14:paraId="7A35BBC2" w14:textId="77777777" w:rsidR="00F76F73" w:rsidRPr="00D83531" w:rsidRDefault="00E40E2F">
      <w:pPr>
        <w:rPr>
          <w:rFonts w:ascii="Times New Roman" w:hAnsi="Times New Roman" w:cs="Times New Roman"/>
        </w:rPr>
      </w:pPr>
      <w:r w:rsidRPr="00D83531">
        <w:rPr>
          <w:rFonts w:ascii="Times New Roman" w:hAnsi="Times New Roman" w:cs="Times New Roman"/>
        </w:rPr>
        <w:t>Northgate.</w:t>
      </w:r>
    </w:p>
    <w:p w14:paraId="7A710533" w14:textId="77777777" w:rsidR="00F76F73" w:rsidRPr="00D83531" w:rsidRDefault="00E40E2F">
      <w:pPr>
        <w:rPr>
          <w:rFonts w:ascii="Times New Roman" w:hAnsi="Times New Roman" w:cs="Times New Roman"/>
        </w:rPr>
      </w:pPr>
      <w:r w:rsidRPr="00D83531">
        <w:rPr>
          <w:rFonts w:ascii="Times New Roman" w:hAnsi="Times New Roman" w:cs="Times New Roman"/>
        </w:rPr>
        <w:t>Of course it was Northgate.</w:t>
      </w:r>
    </w:p>
    <w:p w14:paraId="5CE15BF4" w14:textId="77777777" w:rsidR="00F76F73" w:rsidRPr="00D83531" w:rsidRDefault="00E40E2F">
      <w:pPr>
        <w:rPr>
          <w:rFonts w:ascii="Times New Roman" w:hAnsi="Times New Roman" w:cs="Times New Roman"/>
        </w:rPr>
      </w:pPr>
      <w:r w:rsidRPr="00D83531">
        <w:rPr>
          <w:rFonts w:ascii="Times New Roman" w:hAnsi="Times New Roman" w:cs="Times New Roman"/>
        </w:rPr>
        <w:t>It was his biggest deal this quarter. Multi-floor office. New communication system. Coverage requirements. Integration questions. The kind of “win” that was supposed to make Dana smile instead of scheduling weekly check-ins.</w:t>
      </w:r>
    </w:p>
    <w:p w14:paraId="4C91852B" w14:textId="77777777" w:rsidR="00F76F73" w:rsidRPr="00D83531" w:rsidRDefault="00F76F73">
      <w:pPr>
        <w:rPr>
          <w:rFonts w:ascii="Times New Roman" w:hAnsi="Times New Roman" w:cs="Times New Roman"/>
        </w:rPr>
      </w:pPr>
    </w:p>
    <w:p w14:paraId="05AEA12F" w14:textId="77777777" w:rsidR="00F76F73" w:rsidRPr="00D83531" w:rsidRDefault="00E40E2F">
      <w:pPr>
        <w:rPr>
          <w:rFonts w:ascii="Times New Roman" w:hAnsi="Times New Roman" w:cs="Times New Roman"/>
        </w:rPr>
      </w:pPr>
      <w:r w:rsidRPr="00D83531">
        <w:rPr>
          <w:rFonts w:ascii="Times New Roman" w:hAnsi="Times New Roman" w:cs="Times New Roman"/>
        </w:rPr>
        <w:t>He opened his discovery notes.</w:t>
      </w:r>
    </w:p>
    <w:p w14:paraId="176A4465" w14:textId="77777777" w:rsidR="00F76F73" w:rsidRPr="00D83531" w:rsidRDefault="00E40E2F">
      <w:pPr>
        <w:rPr>
          <w:rFonts w:ascii="Times New Roman" w:hAnsi="Times New Roman" w:cs="Times New Roman"/>
        </w:rPr>
      </w:pPr>
      <w:r w:rsidRPr="00D83531">
        <w:rPr>
          <w:rFonts w:ascii="Times New Roman" w:hAnsi="Times New Roman" w:cs="Times New Roman"/>
        </w:rPr>
        <w:t>Two pages.</w:t>
      </w:r>
    </w:p>
    <w:p w14:paraId="62CE92A2" w14:textId="77777777" w:rsidR="00F76F73" w:rsidRPr="00D83531" w:rsidRDefault="00E40E2F">
      <w:pPr>
        <w:rPr>
          <w:rFonts w:ascii="Times New Roman" w:hAnsi="Times New Roman" w:cs="Times New Roman"/>
        </w:rPr>
      </w:pPr>
      <w:r w:rsidRPr="00D83531">
        <w:rPr>
          <w:rFonts w:ascii="Times New Roman" w:hAnsi="Times New Roman" w:cs="Times New Roman"/>
        </w:rPr>
        <w:t>Half of it was a transcript of the customer’s complaints about their old setup. The other half was Alex’s excitement about how much better things could be.</w:t>
      </w:r>
    </w:p>
    <w:p w14:paraId="29DC36AE" w14:textId="77777777" w:rsidR="00F76F73" w:rsidRPr="00D83531" w:rsidRDefault="00F76F73">
      <w:pPr>
        <w:rPr>
          <w:rFonts w:ascii="Times New Roman" w:hAnsi="Times New Roman" w:cs="Times New Roman"/>
        </w:rPr>
      </w:pPr>
    </w:p>
    <w:p w14:paraId="002A8549" w14:textId="77777777" w:rsidR="00F76F73" w:rsidRPr="00D83531" w:rsidRDefault="00E40E2F">
      <w:pPr>
        <w:rPr>
          <w:rFonts w:ascii="Times New Roman" w:hAnsi="Times New Roman" w:cs="Times New Roman"/>
        </w:rPr>
      </w:pPr>
      <w:r w:rsidRPr="00D83531">
        <w:rPr>
          <w:rFonts w:ascii="Times New Roman" w:hAnsi="Times New Roman" w:cs="Times New Roman"/>
        </w:rPr>
        <w:t>No confirmed cutover window.</w:t>
      </w:r>
      <w:r w:rsidRPr="00D83531">
        <w:rPr>
          <w:rFonts w:ascii="Times New Roman" w:hAnsi="Times New Roman" w:cs="Times New Roman"/>
        </w:rPr>
        <w:br/>
        <w:t>No facilities contact.</w:t>
      </w:r>
      <w:r w:rsidRPr="00D83531">
        <w:rPr>
          <w:rFonts w:ascii="Times New Roman" w:hAnsi="Times New Roman" w:cs="Times New Roman"/>
        </w:rPr>
        <w:br/>
        <w:t>No access plan.</w:t>
      </w:r>
      <w:r w:rsidRPr="00D83531">
        <w:rPr>
          <w:rFonts w:ascii="Times New Roman" w:hAnsi="Times New Roman" w:cs="Times New Roman"/>
        </w:rPr>
        <w:br/>
        <w:t>No “must-haves.”</w:t>
      </w:r>
      <w:r w:rsidRPr="00D83531">
        <w:rPr>
          <w:rFonts w:ascii="Times New Roman" w:hAnsi="Times New Roman" w:cs="Times New Roman"/>
        </w:rPr>
        <w:br/>
        <w:t>No clear handoff.</w:t>
      </w:r>
      <w:r w:rsidRPr="00D83531">
        <w:rPr>
          <w:rFonts w:ascii="Times New Roman" w:hAnsi="Times New Roman" w:cs="Times New Roman"/>
        </w:rPr>
        <w:br/>
      </w:r>
      <w:r w:rsidRPr="00D83531">
        <w:rPr>
          <w:rFonts w:ascii="Times New Roman" w:hAnsi="Times New Roman" w:cs="Times New Roman"/>
        </w:rPr>
        <w:lastRenderedPageBreak/>
        <w:br/>
        <w:t>Just assumptions dressed up as confidence.</w:t>
      </w:r>
    </w:p>
    <w:p w14:paraId="7A47ED59" w14:textId="77777777" w:rsidR="00F76F73" w:rsidRPr="00D83531" w:rsidRDefault="00F76F73">
      <w:pPr>
        <w:rPr>
          <w:rFonts w:ascii="Times New Roman" w:hAnsi="Times New Roman" w:cs="Times New Roman"/>
        </w:rPr>
      </w:pPr>
    </w:p>
    <w:p w14:paraId="34697981" w14:textId="77777777" w:rsidR="00F76F73" w:rsidRPr="00D83531" w:rsidRDefault="00E40E2F">
      <w:pPr>
        <w:rPr>
          <w:rFonts w:ascii="Times New Roman" w:hAnsi="Times New Roman" w:cs="Times New Roman"/>
        </w:rPr>
      </w:pPr>
      <w:r w:rsidRPr="00D83531">
        <w:rPr>
          <w:rFonts w:ascii="Times New Roman" w:hAnsi="Times New Roman" w:cs="Times New Roman"/>
        </w:rPr>
        <w:t>His face went hot.</w:t>
      </w:r>
    </w:p>
    <w:p w14:paraId="4D6709A0" w14:textId="77777777" w:rsidR="00F76F73" w:rsidRPr="00D83531" w:rsidRDefault="00F76F73">
      <w:pPr>
        <w:rPr>
          <w:rFonts w:ascii="Times New Roman" w:hAnsi="Times New Roman" w:cs="Times New Roman"/>
        </w:rPr>
      </w:pPr>
    </w:p>
    <w:p w14:paraId="04E92F12" w14:textId="77777777" w:rsidR="00F76F73" w:rsidRPr="00D83531" w:rsidRDefault="00E40E2F">
      <w:pPr>
        <w:rPr>
          <w:rFonts w:ascii="Times New Roman" w:hAnsi="Times New Roman" w:cs="Times New Roman"/>
        </w:rPr>
      </w:pPr>
      <w:r w:rsidRPr="00D83531">
        <w:rPr>
          <w:rFonts w:ascii="Times New Roman" w:hAnsi="Times New Roman" w:cs="Times New Roman"/>
        </w:rPr>
        <w:t>Trying isn’t a method.</w:t>
      </w:r>
    </w:p>
    <w:p w14:paraId="00BF8741" w14:textId="77777777" w:rsidR="00F76F73" w:rsidRPr="00D83531" w:rsidRDefault="00E40E2F">
      <w:pPr>
        <w:rPr>
          <w:rFonts w:ascii="Times New Roman" w:hAnsi="Times New Roman" w:cs="Times New Roman"/>
        </w:rPr>
      </w:pPr>
      <w:r w:rsidRPr="00D83531">
        <w:rPr>
          <w:rFonts w:ascii="Times New Roman" w:hAnsi="Times New Roman" w:cs="Times New Roman"/>
        </w:rPr>
        <w:t>Dana’s words.</w:t>
      </w:r>
    </w:p>
    <w:p w14:paraId="4EB4878D" w14:textId="77777777" w:rsidR="00F76F73" w:rsidRPr="00D83531" w:rsidRDefault="00E40E2F">
      <w:pPr>
        <w:rPr>
          <w:rFonts w:ascii="Times New Roman" w:hAnsi="Times New Roman" w:cs="Times New Roman"/>
        </w:rPr>
      </w:pPr>
      <w:r w:rsidRPr="00D83531">
        <w:rPr>
          <w:rFonts w:ascii="Times New Roman" w:hAnsi="Times New Roman" w:cs="Times New Roman"/>
        </w:rPr>
        <w:t>You’re freelancing your job.</w:t>
      </w:r>
    </w:p>
    <w:p w14:paraId="7EC11C3D" w14:textId="77777777" w:rsidR="00F76F73" w:rsidRPr="00D83531" w:rsidRDefault="00E40E2F">
      <w:pPr>
        <w:rPr>
          <w:rFonts w:ascii="Times New Roman" w:hAnsi="Times New Roman" w:cs="Times New Roman"/>
        </w:rPr>
      </w:pPr>
      <w:r w:rsidRPr="00D83531">
        <w:rPr>
          <w:rFonts w:ascii="Times New Roman" w:hAnsi="Times New Roman" w:cs="Times New Roman"/>
        </w:rPr>
        <w:t>Peter’s words.</w:t>
      </w:r>
    </w:p>
    <w:p w14:paraId="51654AAB" w14:textId="77777777" w:rsidR="00F76F73" w:rsidRPr="00D83531" w:rsidRDefault="00F76F73">
      <w:pPr>
        <w:rPr>
          <w:rFonts w:ascii="Times New Roman" w:hAnsi="Times New Roman" w:cs="Times New Roman"/>
        </w:rPr>
      </w:pPr>
    </w:p>
    <w:p w14:paraId="35EE5B5D" w14:textId="77777777" w:rsidR="00F76F73" w:rsidRPr="00D83531" w:rsidRDefault="00E40E2F">
      <w:pPr>
        <w:rPr>
          <w:rFonts w:ascii="Times New Roman" w:hAnsi="Times New Roman" w:cs="Times New Roman"/>
        </w:rPr>
      </w:pPr>
      <w:r w:rsidRPr="00D83531">
        <w:rPr>
          <w:rFonts w:ascii="Times New Roman" w:hAnsi="Times New Roman" w:cs="Times New Roman"/>
        </w:rPr>
        <w:t>Alex sat back in his chair and exhaled through his nose, forcing the panic down. He couldn’t fix everything in one morning. But he could stop guessing.</w:t>
      </w:r>
    </w:p>
    <w:p w14:paraId="1433BF14" w14:textId="77777777" w:rsidR="00F76F73" w:rsidRPr="00D83531" w:rsidRDefault="00F76F73">
      <w:pPr>
        <w:rPr>
          <w:rFonts w:ascii="Times New Roman" w:hAnsi="Times New Roman" w:cs="Times New Roman"/>
        </w:rPr>
      </w:pPr>
    </w:p>
    <w:p w14:paraId="20360FE6" w14:textId="77777777" w:rsidR="00F76F73" w:rsidRPr="00D83531" w:rsidRDefault="00E40E2F">
      <w:pPr>
        <w:rPr>
          <w:rFonts w:ascii="Times New Roman" w:hAnsi="Times New Roman" w:cs="Times New Roman"/>
        </w:rPr>
      </w:pPr>
      <w:r w:rsidRPr="00D83531">
        <w:rPr>
          <w:rFonts w:ascii="Times New Roman" w:hAnsi="Times New Roman" w:cs="Times New Roman"/>
        </w:rPr>
        <w:t>He grabbed a legal pad and wrote across the top:</w:t>
      </w:r>
    </w:p>
    <w:p w14:paraId="550CB5C8" w14:textId="77777777" w:rsidR="00F76F73" w:rsidRPr="00D83531" w:rsidRDefault="00E40E2F">
      <w:pPr>
        <w:rPr>
          <w:rFonts w:ascii="Times New Roman" w:hAnsi="Times New Roman" w:cs="Times New Roman"/>
        </w:rPr>
      </w:pPr>
      <w:r w:rsidRPr="00D83531">
        <w:rPr>
          <w:rFonts w:ascii="Times New Roman" w:hAnsi="Times New Roman" w:cs="Times New Roman"/>
        </w:rPr>
        <w:t>THE CHAIN (If it isn’t written down, it doesn’t exist.)</w:t>
      </w:r>
    </w:p>
    <w:p w14:paraId="63A6A194" w14:textId="77777777" w:rsidR="00F76F73" w:rsidRPr="00D83531" w:rsidRDefault="00E40E2F">
      <w:pPr>
        <w:rPr>
          <w:rFonts w:ascii="Times New Roman" w:hAnsi="Times New Roman" w:cs="Times New Roman"/>
        </w:rPr>
      </w:pPr>
      <w:r w:rsidRPr="00D83531">
        <w:rPr>
          <w:rFonts w:ascii="Times New Roman" w:hAnsi="Times New Roman" w:cs="Times New Roman"/>
        </w:rPr>
        <w:t>Then he stood up and walked straight to engineering.</w:t>
      </w:r>
    </w:p>
    <w:p w14:paraId="0A91A880" w14:textId="77777777" w:rsidR="00F76F73" w:rsidRPr="00D83531" w:rsidRDefault="00F76F73">
      <w:pPr>
        <w:rPr>
          <w:rFonts w:ascii="Times New Roman" w:hAnsi="Times New Roman" w:cs="Times New Roman"/>
        </w:rPr>
      </w:pPr>
    </w:p>
    <w:p w14:paraId="10F9E209" w14:textId="77777777" w:rsidR="00F76F73" w:rsidRPr="00D83531" w:rsidRDefault="00E40E2F">
      <w:pPr>
        <w:rPr>
          <w:rFonts w:ascii="Times New Roman" w:hAnsi="Times New Roman" w:cs="Times New Roman"/>
        </w:rPr>
      </w:pPr>
      <w:r w:rsidRPr="00D83531">
        <w:rPr>
          <w:rFonts w:ascii="Times New Roman" w:hAnsi="Times New Roman" w:cs="Times New Roman"/>
        </w:rPr>
        <w:t>Engineering didn’t run on hope. Engineering ran on facts.</w:t>
      </w:r>
    </w:p>
    <w:p w14:paraId="5D613B33" w14:textId="77777777" w:rsidR="00F76F73" w:rsidRPr="00D83531" w:rsidRDefault="00F76F73">
      <w:pPr>
        <w:rPr>
          <w:rFonts w:ascii="Times New Roman" w:hAnsi="Times New Roman" w:cs="Times New Roman"/>
        </w:rPr>
      </w:pPr>
    </w:p>
    <w:p w14:paraId="7628FBC0" w14:textId="77777777" w:rsidR="00F76F73" w:rsidRPr="00D83531" w:rsidRDefault="00E40E2F">
      <w:pPr>
        <w:rPr>
          <w:rFonts w:ascii="Times New Roman" w:hAnsi="Times New Roman" w:cs="Times New Roman"/>
        </w:rPr>
      </w:pPr>
      <w:r w:rsidRPr="00D83531">
        <w:rPr>
          <w:rFonts w:ascii="Times New Roman" w:hAnsi="Times New Roman" w:cs="Times New Roman"/>
        </w:rPr>
        <w:t>Sam looked up as Alex approached, and the expression on his face said he’d already lived this movie.</w:t>
      </w:r>
    </w:p>
    <w:p w14:paraId="1D4EE7FE" w14:textId="77777777" w:rsidR="00F76F73" w:rsidRPr="00D83531" w:rsidRDefault="00F76F73">
      <w:pPr>
        <w:rPr>
          <w:rFonts w:ascii="Times New Roman" w:hAnsi="Times New Roman" w:cs="Times New Roman"/>
        </w:rPr>
      </w:pPr>
    </w:p>
    <w:p w14:paraId="7726BCD5" w14:textId="77777777" w:rsidR="00F76F73" w:rsidRPr="00D83531" w:rsidRDefault="00E40E2F">
      <w:pPr>
        <w:rPr>
          <w:rFonts w:ascii="Times New Roman" w:hAnsi="Times New Roman" w:cs="Times New Roman"/>
        </w:rPr>
      </w:pPr>
      <w:r w:rsidRPr="00D83531">
        <w:rPr>
          <w:rFonts w:ascii="Times New Roman" w:hAnsi="Times New Roman" w:cs="Times New Roman"/>
        </w:rPr>
        <w:t>“If this is about Northgate—” Sam started.</w:t>
      </w:r>
    </w:p>
    <w:p w14:paraId="2427351C" w14:textId="77777777" w:rsidR="00F76F73" w:rsidRPr="00D83531" w:rsidRDefault="00E40E2F">
      <w:pPr>
        <w:rPr>
          <w:rFonts w:ascii="Times New Roman" w:hAnsi="Times New Roman" w:cs="Times New Roman"/>
        </w:rPr>
      </w:pPr>
      <w:r w:rsidRPr="00D83531">
        <w:rPr>
          <w:rFonts w:ascii="Times New Roman" w:hAnsi="Times New Roman" w:cs="Times New Roman"/>
        </w:rPr>
        <w:t>“I know,” Alex said. “You’re missing what you need. That’s on me.”</w:t>
      </w:r>
    </w:p>
    <w:p w14:paraId="0F2D4539" w14:textId="77777777" w:rsidR="00F76F73" w:rsidRPr="00D83531" w:rsidRDefault="00F76F73">
      <w:pPr>
        <w:rPr>
          <w:rFonts w:ascii="Times New Roman" w:hAnsi="Times New Roman" w:cs="Times New Roman"/>
        </w:rPr>
      </w:pPr>
    </w:p>
    <w:p w14:paraId="56C54B36" w14:textId="77777777" w:rsidR="00F76F73" w:rsidRPr="00D83531" w:rsidRDefault="00E40E2F">
      <w:pPr>
        <w:rPr>
          <w:rFonts w:ascii="Times New Roman" w:hAnsi="Times New Roman" w:cs="Times New Roman"/>
        </w:rPr>
      </w:pPr>
      <w:r w:rsidRPr="00D83531">
        <w:rPr>
          <w:rFonts w:ascii="Times New Roman" w:hAnsi="Times New Roman" w:cs="Times New Roman"/>
        </w:rPr>
        <w:t>Sam blinked. That was not the usual opening line.</w:t>
      </w:r>
    </w:p>
    <w:p w14:paraId="69E33699" w14:textId="77777777" w:rsidR="00F76F73" w:rsidRPr="00D83531" w:rsidRDefault="00F76F73">
      <w:pPr>
        <w:rPr>
          <w:rFonts w:ascii="Times New Roman" w:hAnsi="Times New Roman" w:cs="Times New Roman"/>
        </w:rPr>
      </w:pPr>
    </w:p>
    <w:p w14:paraId="4CB27F92" w14:textId="77777777" w:rsidR="00F76F73" w:rsidRPr="00D83531" w:rsidRDefault="00E40E2F">
      <w:pPr>
        <w:rPr>
          <w:rFonts w:ascii="Times New Roman" w:hAnsi="Times New Roman" w:cs="Times New Roman"/>
        </w:rPr>
      </w:pPr>
      <w:r w:rsidRPr="00D83531">
        <w:rPr>
          <w:rFonts w:ascii="Times New Roman" w:hAnsi="Times New Roman" w:cs="Times New Roman"/>
        </w:rPr>
        <w:t>Alex held up the legal pad. “I’m building a one-page checklist for my deals. Not technical. Just the non-negotiables. What do you need from me every time so you’re not guessing?”</w:t>
      </w:r>
    </w:p>
    <w:p w14:paraId="76D4E4C5" w14:textId="77777777" w:rsidR="00F76F73" w:rsidRPr="00D83531" w:rsidRDefault="00F76F73">
      <w:pPr>
        <w:rPr>
          <w:rFonts w:ascii="Times New Roman" w:hAnsi="Times New Roman" w:cs="Times New Roman"/>
        </w:rPr>
      </w:pPr>
    </w:p>
    <w:p w14:paraId="60594683" w14:textId="77777777" w:rsidR="00F76F73" w:rsidRPr="00D83531" w:rsidRDefault="00E40E2F">
      <w:pPr>
        <w:rPr>
          <w:rFonts w:ascii="Times New Roman" w:hAnsi="Times New Roman" w:cs="Times New Roman"/>
        </w:rPr>
      </w:pPr>
      <w:r w:rsidRPr="00D83531">
        <w:rPr>
          <w:rFonts w:ascii="Times New Roman" w:hAnsi="Times New Roman" w:cs="Times New Roman"/>
        </w:rPr>
        <w:t>Sam leaned back slowly, skeptical. “You want the truth?”</w:t>
      </w:r>
    </w:p>
    <w:p w14:paraId="5BF2EDA0" w14:textId="77777777" w:rsidR="00F76F73" w:rsidRPr="00D83531" w:rsidRDefault="00E40E2F">
      <w:pPr>
        <w:rPr>
          <w:rFonts w:ascii="Times New Roman" w:hAnsi="Times New Roman" w:cs="Times New Roman"/>
        </w:rPr>
      </w:pPr>
      <w:r w:rsidRPr="00D83531">
        <w:rPr>
          <w:rFonts w:ascii="Times New Roman" w:hAnsi="Times New Roman" w:cs="Times New Roman"/>
        </w:rPr>
        <w:t>“Yes.”</w:t>
      </w:r>
    </w:p>
    <w:p w14:paraId="1192EB65" w14:textId="77777777" w:rsidR="00F76F73" w:rsidRPr="00D83531" w:rsidRDefault="00E40E2F">
      <w:pPr>
        <w:rPr>
          <w:rFonts w:ascii="Times New Roman" w:hAnsi="Times New Roman" w:cs="Times New Roman"/>
        </w:rPr>
      </w:pPr>
      <w:r w:rsidRPr="00D83531">
        <w:rPr>
          <w:rFonts w:ascii="Times New Roman" w:hAnsi="Times New Roman" w:cs="Times New Roman"/>
        </w:rPr>
        <w:t>Sam nodded once. “Then write this down.”</w:t>
      </w:r>
    </w:p>
    <w:p w14:paraId="4C5D341E" w14:textId="77777777" w:rsidR="00F76F73" w:rsidRPr="00D83531" w:rsidRDefault="00F76F73">
      <w:pPr>
        <w:rPr>
          <w:rFonts w:ascii="Times New Roman" w:hAnsi="Times New Roman" w:cs="Times New Roman"/>
        </w:rPr>
      </w:pPr>
    </w:p>
    <w:p w14:paraId="2EA5461B" w14:textId="77777777" w:rsidR="00F76F73" w:rsidRPr="00D83531" w:rsidRDefault="00E40E2F">
      <w:pPr>
        <w:rPr>
          <w:rFonts w:ascii="Times New Roman" w:hAnsi="Times New Roman" w:cs="Times New Roman"/>
        </w:rPr>
      </w:pPr>
      <w:r w:rsidRPr="00D83531">
        <w:rPr>
          <w:rFonts w:ascii="Times New Roman" w:hAnsi="Times New Roman" w:cs="Times New Roman"/>
        </w:rPr>
        <w:t>He didn’t give Alex a lecture. He gave him reality.</w:t>
      </w:r>
    </w:p>
    <w:p w14:paraId="157F402B" w14:textId="77777777" w:rsidR="00F76F73" w:rsidRPr="00D83531" w:rsidRDefault="00F76F73">
      <w:pPr>
        <w:rPr>
          <w:rFonts w:ascii="Times New Roman" w:hAnsi="Times New Roman" w:cs="Times New Roman"/>
        </w:rPr>
      </w:pPr>
    </w:p>
    <w:p w14:paraId="4DCD7A9A" w14:textId="77777777" w:rsidR="00F76F73" w:rsidRPr="00D83531" w:rsidRDefault="00E40E2F">
      <w:pPr>
        <w:rPr>
          <w:rFonts w:ascii="Times New Roman" w:hAnsi="Times New Roman" w:cs="Times New Roman"/>
        </w:rPr>
      </w:pPr>
      <w:r w:rsidRPr="00D83531">
        <w:rPr>
          <w:rFonts w:ascii="Times New Roman" w:hAnsi="Times New Roman" w:cs="Times New Roman"/>
        </w:rPr>
        <w:t>“I need clarity on ownership. Who decides. Who approves changes.”</w:t>
      </w:r>
      <w:r w:rsidRPr="00D83531">
        <w:rPr>
          <w:rFonts w:ascii="Times New Roman" w:hAnsi="Times New Roman" w:cs="Times New Roman"/>
        </w:rPr>
        <w:br/>
        <w:t>“I need confirmed requirements—what they actually need to work, not what they ‘think’ they want.”</w:t>
      </w:r>
      <w:r w:rsidRPr="00D83531">
        <w:rPr>
          <w:rFonts w:ascii="Times New Roman" w:hAnsi="Times New Roman" w:cs="Times New Roman"/>
        </w:rPr>
        <w:br/>
        <w:t>“I need the current state—what they have today and what’s broken.”</w:t>
      </w:r>
      <w:r w:rsidRPr="00D83531">
        <w:rPr>
          <w:rFonts w:ascii="Times New Roman" w:hAnsi="Times New Roman" w:cs="Times New Roman"/>
        </w:rPr>
        <w:br/>
        <w:t>“I need site facts—closet, power, pathways, whatever affects install.”</w:t>
      </w:r>
      <w:r w:rsidRPr="00D83531">
        <w:rPr>
          <w:rFonts w:ascii="Times New Roman" w:hAnsi="Times New Roman" w:cs="Times New Roman"/>
        </w:rPr>
        <w:br/>
        <w:t>“And I need constraints—downtime tolerance, integration needs, anything that changes the design.”</w:t>
      </w:r>
    </w:p>
    <w:p w14:paraId="5EE53CA3" w14:textId="77777777" w:rsidR="00F76F73" w:rsidRPr="00D83531" w:rsidRDefault="00F76F73">
      <w:pPr>
        <w:rPr>
          <w:rFonts w:ascii="Times New Roman" w:hAnsi="Times New Roman" w:cs="Times New Roman"/>
        </w:rPr>
      </w:pPr>
    </w:p>
    <w:p w14:paraId="1B541920" w14:textId="77777777" w:rsidR="00F76F73" w:rsidRPr="00D83531" w:rsidRDefault="00E40E2F">
      <w:pPr>
        <w:rPr>
          <w:rFonts w:ascii="Times New Roman" w:hAnsi="Times New Roman" w:cs="Times New Roman"/>
        </w:rPr>
      </w:pPr>
      <w:r w:rsidRPr="00D83531">
        <w:rPr>
          <w:rFonts w:ascii="Times New Roman" w:hAnsi="Times New Roman" w:cs="Times New Roman"/>
        </w:rPr>
        <w:t>Alex wrote fast, not trying to make it pretty. Just trying to capture it.</w:t>
      </w:r>
    </w:p>
    <w:p w14:paraId="0454A749" w14:textId="77777777" w:rsidR="00F76F73" w:rsidRPr="00D83531" w:rsidRDefault="00F76F73">
      <w:pPr>
        <w:rPr>
          <w:rFonts w:ascii="Times New Roman" w:hAnsi="Times New Roman" w:cs="Times New Roman"/>
        </w:rPr>
      </w:pPr>
    </w:p>
    <w:p w14:paraId="3EA25A03" w14:textId="77777777" w:rsidR="00F76F73" w:rsidRPr="00D83531" w:rsidRDefault="00E40E2F">
      <w:pPr>
        <w:rPr>
          <w:rFonts w:ascii="Times New Roman" w:hAnsi="Times New Roman" w:cs="Times New Roman"/>
        </w:rPr>
      </w:pPr>
      <w:r w:rsidRPr="00D83531">
        <w:rPr>
          <w:rFonts w:ascii="Times New Roman" w:hAnsi="Times New Roman" w:cs="Times New Roman"/>
        </w:rPr>
        <w:t>Sam watched him. “If you do that consistently,” he said, “we’ll stop designing blind.”</w:t>
      </w:r>
    </w:p>
    <w:p w14:paraId="7563EB4B" w14:textId="77777777" w:rsidR="00F76F73" w:rsidRPr="00D83531" w:rsidRDefault="00F76F73">
      <w:pPr>
        <w:rPr>
          <w:rFonts w:ascii="Times New Roman" w:hAnsi="Times New Roman" w:cs="Times New Roman"/>
        </w:rPr>
      </w:pPr>
    </w:p>
    <w:p w14:paraId="1546A405" w14:textId="77777777" w:rsidR="00F76F73" w:rsidRPr="00D83531" w:rsidRDefault="00E40E2F">
      <w:pPr>
        <w:rPr>
          <w:rFonts w:ascii="Times New Roman" w:hAnsi="Times New Roman" w:cs="Times New Roman"/>
        </w:rPr>
      </w:pPr>
      <w:r w:rsidRPr="00D83531">
        <w:rPr>
          <w:rFonts w:ascii="Times New Roman" w:hAnsi="Times New Roman" w:cs="Times New Roman"/>
        </w:rPr>
        <w:t>Alex nodded. “That’s the goal.”</w:t>
      </w:r>
    </w:p>
    <w:p w14:paraId="520F0C63" w14:textId="77777777" w:rsidR="00F76F73" w:rsidRPr="00D83531" w:rsidRDefault="00F76F73">
      <w:pPr>
        <w:rPr>
          <w:rFonts w:ascii="Times New Roman" w:hAnsi="Times New Roman" w:cs="Times New Roman"/>
        </w:rPr>
      </w:pPr>
    </w:p>
    <w:p w14:paraId="265B1120" w14:textId="77777777" w:rsidR="00F76F73" w:rsidRPr="00D83531" w:rsidRDefault="00E40E2F">
      <w:pPr>
        <w:rPr>
          <w:rFonts w:ascii="Times New Roman" w:hAnsi="Times New Roman" w:cs="Times New Roman"/>
        </w:rPr>
      </w:pPr>
      <w:r w:rsidRPr="00D83531">
        <w:rPr>
          <w:rFonts w:ascii="Times New Roman" w:hAnsi="Times New Roman" w:cs="Times New Roman"/>
        </w:rPr>
        <w:t>Installation lived downstream from promises.</w:t>
      </w:r>
    </w:p>
    <w:p w14:paraId="0EACC654" w14:textId="77777777" w:rsidR="00F76F73" w:rsidRPr="00D83531" w:rsidRDefault="00F76F73">
      <w:pPr>
        <w:rPr>
          <w:rFonts w:ascii="Times New Roman" w:hAnsi="Times New Roman" w:cs="Times New Roman"/>
        </w:rPr>
      </w:pPr>
    </w:p>
    <w:p w14:paraId="154145DB" w14:textId="77777777" w:rsidR="00F76F73" w:rsidRPr="00D83531" w:rsidRDefault="00E40E2F">
      <w:pPr>
        <w:rPr>
          <w:rFonts w:ascii="Times New Roman" w:hAnsi="Times New Roman" w:cs="Times New Roman"/>
        </w:rPr>
      </w:pPr>
      <w:r w:rsidRPr="00D83531">
        <w:rPr>
          <w:rFonts w:ascii="Times New Roman" w:hAnsi="Times New Roman" w:cs="Times New Roman"/>
        </w:rPr>
        <w:t>Maria was packing cases when Alex caught her.</w:t>
      </w:r>
    </w:p>
    <w:p w14:paraId="0421A506" w14:textId="77777777" w:rsidR="00F76F73" w:rsidRPr="00D83531" w:rsidRDefault="00F76F73">
      <w:pPr>
        <w:rPr>
          <w:rFonts w:ascii="Times New Roman" w:hAnsi="Times New Roman" w:cs="Times New Roman"/>
        </w:rPr>
      </w:pPr>
    </w:p>
    <w:p w14:paraId="19C48F14" w14:textId="77777777" w:rsidR="00F76F73" w:rsidRPr="00D83531" w:rsidRDefault="00E40E2F">
      <w:pPr>
        <w:rPr>
          <w:rFonts w:ascii="Times New Roman" w:hAnsi="Times New Roman" w:cs="Times New Roman"/>
        </w:rPr>
      </w:pPr>
      <w:r w:rsidRPr="00D83531">
        <w:rPr>
          <w:rFonts w:ascii="Times New Roman" w:hAnsi="Times New Roman" w:cs="Times New Roman"/>
        </w:rPr>
        <w:t>“Maria,” he said, “same question. What do you need from sales every time so you’re not walking into surprises?”</w:t>
      </w:r>
    </w:p>
    <w:p w14:paraId="24B1B913" w14:textId="77777777" w:rsidR="00F76F73" w:rsidRPr="00D83531" w:rsidRDefault="00F76F73">
      <w:pPr>
        <w:rPr>
          <w:rFonts w:ascii="Times New Roman" w:hAnsi="Times New Roman" w:cs="Times New Roman"/>
        </w:rPr>
      </w:pPr>
    </w:p>
    <w:p w14:paraId="5115DA54" w14:textId="77777777" w:rsidR="00F76F73" w:rsidRPr="00D83531" w:rsidRDefault="00E40E2F">
      <w:pPr>
        <w:rPr>
          <w:rFonts w:ascii="Times New Roman" w:hAnsi="Times New Roman" w:cs="Times New Roman"/>
        </w:rPr>
      </w:pPr>
      <w:r w:rsidRPr="00D83531">
        <w:rPr>
          <w:rFonts w:ascii="Times New Roman" w:hAnsi="Times New Roman" w:cs="Times New Roman"/>
        </w:rPr>
        <w:t>Maria didn’t smile. “You sure you want that list?”</w:t>
      </w:r>
    </w:p>
    <w:p w14:paraId="4E65ACD8" w14:textId="77777777" w:rsidR="00F76F73" w:rsidRPr="00D83531" w:rsidRDefault="00E40E2F">
      <w:pPr>
        <w:rPr>
          <w:rFonts w:ascii="Times New Roman" w:hAnsi="Times New Roman" w:cs="Times New Roman"/>
        </w:rPr>
      </w:pPr>
      <w:r w:rsidRPr="00D83531">
        <w:rPr>
          <w:rFonts w:ascii="Times New Roman" w:hAnsi="Times New Roman" w:cs="Times New Roman"/>
        </w:rPr>
        <w:t>“I need it.”</w:t>
      </w:r>
    </w:p>
    <w:p w14:paraId="2DA4BCA0" w14:textId="77777777" w:rsidR="00F76F73" w:rsidRPr="00D83531" w:rsidRDefault="00F76F73">
      <w:pPr>
        <w:rPr>
          <w:rFonts w:ascii="Times New Roman" w:hAnsi="Times New Roman" w:cs="Times New Roman"/>
        </w:rPr>
      </w:pPr>
    </w:p>
    <w:p w14:paraId="23E51E05" w14:textId="77777777" w:rsidR="00F76F73" w:rsidRPr="00D83531" w:rsidRDefault="00E40E2F">
      <w:pPr>
        <w:rPr>
          <w:rFonts w:ascii="Times New Roman" w:hAnsi="Times New Roman" w:cs="Times New Roman"/>
        </w:rPr>
      </w:pPr>
      <w:r w:rsidRPr="00D83531">
        <w:rPr>
          <w:rFonts w:ascii="Times New Roman" w:hAnsi="Times New Roman" w:cs="Times New Roman"/>
        </w:rPr>
        <w:t>She gave him the short version. The version that hurt.</w:t>
      </w:r>
    </w:p>
    <w:p w14:paraId="27BD5BC4" w14:textId="77777777" w:rsidR="00F76F73" w:rsidRPr="00D83531" w:rsidRDefault="00F76F73">
      <w:pPr>
        <w:rPr>
          <w:rFonts w:ascii="Times New Roman" w:hAnsi="Times New Roman" w:cs="Times New Roman"/>
        </w:rPr>
      </w:pPr>
    </w:p>
    <w:p w14:paraId="26763FA7" w14:textId="77777777" w:rsidR="00F76F73" w:rsidRPr="00D83531" w:rsidRDefault="00E40E2F">
      <w:pPr>
        <w:rPr>
          <w:rFonts w:ascii="Times New Roman" w:hAnsi="Times New Roman" w:cs="Times New Roman"/>
        </w:rPr>
      </w:pPr>
      <w:r w:rsidRPr="00D83531">
        <w:rPr>
          <w:rFonts w:ascii="Times New Roman" w:hAnsi="Times New Roman" w:cs="Times New Roman"/>
        </w:rPr>
        <w:t>“Access.”</w:t>
      </w:r>
      <w:r w:rsidRPr="00D83531">
        <w:rPr>
          <w:rFonts w:ascii="Times New Roman" w:hAnsi="Times New Roman" w:cs="Times New Roman"/>
        </w:rPr>
        <w:br/>
        <w:t>“Readiness.”</w:t>
      </w:r>
      <w:r w:rsidRPr="00D83531">
        <w:rPr>
          <w:rFonts w:ascii="Times New Roman" w:hAnsi="Times New Roman" w:cs="Times New Roman"/>
        </w:rPr>
        <w:br/>
        <w:t>“Equipment timing.”</w:t>
      </w:r>
      <w:r w:rsidRPr="00D83531">
        <w:rPr>
          <w:rFonts w:ascii="Times New Roman" w:hAnsi="Times New Roman" w:cs="Times New Roman"/>
        </w:rPr>
        <w:br/>
        <w:t>“Site rules.”</w:t>
      </w:r>
      <w:r w:rsidRPr="00D83531">
        <w:rPr>
          <w:rFonts w:ascii="Times New Roman" w:hAnsi="Times New Roman" w:cs="Times New Roman"/>
        </w:rPr>
        <w:br/>
        <w:t>“And an escalation path, so the tech onsite isn’t the punching bag.”</w:t>
      </w:r>
    </w:p>
    <w:p w14:paraId="2174AE28" w14:textId="77777777" w:rsidR="00F76F73" w:rsidRPr="00D83531" w:rsidRDefault="00F76F73">
      <w:pPr>
        <w:rPr>
          <w:rFonts w:ascii="Times New Roman" w:hAnsi="Times New Roman" w:cs="Times New Roman"/>
        </w:rPr>
      </w:pPr>
    </w:p>
    <w:p w14:paraId="1449E8C2" w14:textId="77777777" w:rsidR="00F76F73" w:rsidRPr="00D83531" w:rsidRDefault="00E40E2F">
      <w:pPr>
        <w:rPr>
          <w:rFonts w:ascii="Times New Roman" w:hAnsi="Times New Roman" w:cs="Times New Roman"/>
        </w:rPr>
      </w:pPr>
      <w:r w:rsidRPr="00D83531">
        <w:rPr>
          <w:rFonts w:ascii="Times New Roman" w:hAnsi="Times New Roman" w:cs="Times New Roman"/>
        </w:rPr>
        <w:t>Alex wrote it down.</w:t>
      </w:r>
    </w:p>
    <w:p w14:paraId="7273251A" w14:textId="77777777" w:rsidR="00F76F73" w:rsidRPr="00D83531" w:rsidRDefault="00F76F73">
      <w:pPr>
        <w:rPr>
          <w:rFonts w:ascii="Times New Roman" w:hAnsi="Times New Roman" w:cs="Times New Roman"/>
        </w:rPr>
      </w:pPr>
    </w:p>
    <w:p w14:paraId="4663535A" w14:textId="77777777" w:rsidR="00F76F73" w:rsidRPr="00D83531" w:rsidRDefault="00E40E2F">
      <w:pPr>
        <w:rPr>
          <w:rFonts w:ascii="Times New Roman" w:hAnsi="Times New Roman" w:cs="Times New Roman"/>
        </w:rPr>
      </w:pPr>
      <w:r w:rsidRPr="00D83531">
        <w:rPr>
          <w:rFonts w:ascii="Times New Roman" w:hAnsi="Times New Roman" w:cs="Times New Roman"/>
        </w:rPr>
        <w:t>Maria watched him and softened slightly. “If you put those things in writing before we schedule,” she said, “you’ll save days. Maybe weeks.”</w:t>
      </w:r>
    </w:p>
    <w:p w14:paraId="6B8175BD" w14:textId="77777777" w:rsidR="00F76F73" w:rsidRPr="00D83531" w:rsidRDefault="00F76F73">
      <w:pPr>
        <w:rPr>
          <w:rFonts w:ascii="Times New Roman" w:hAnsi="Times New Roman" w:cs="Times New Roman"/>
        </w:rPr>
      </w:pPr>
    </w:p>
    <w:p w14:paraId="608ECFE4" w14:textId="77777777" w:rsidR="00F76F73" w:rsidRPr="00D83531" w:rsidRDefault="00E40E2F">
      <w:pPr>
        <w:rPr>
          <w:rFonts w:ascii="Times New Roman" w:hAnsi="Times New Roman" w:cs="Times New Roman"/>
        </w:rPr>
      </w:pPr>
      <w:r w:rsidRPr="00D83531">
        <w:rPr>
          <w:rFonts w:ascii="Times New Roman" w:hAnsi="Times New Roman" w:cs="Times New Roman"/>
        </w:rPr>
        <w:t>Alex nodded. He believed her because he could already feel the cost of not doing it.</w:t>
      </w:r>
    </w:p>
    <w:p w14:paraId="61CA3DF6" w14:textId="77777777" w:rsidR="00F76F73" w:rsidRPr="00D83531" w:rsidRDefault="00F76F73">
      <w:pPr>
        <w:rPr>
          <w:rFonts w:ascii="Times New Roman" w:hAnsi="Times New Roman" w:cs="Times New Roman"/>
        </w:rPr>
      </w:pPr>
    </w:p>
    <w:p w14:paraId="26B7E1EE" w14:textId="77777777" w:rsidR="00F76F73" w:rsidRPr="00D83531" w:rsidRDefault="00E40E2F">
      <w:pPr>
        <w:rPr>
          <w:rFonts w:ascii="Times New Roman" w:hAnsi="Times New Roman" w:cs="Times New Roman"/>
        </w:rPr>
      </w:pPr>
      <w:r w:rsidRPr="00D83531">
        <w:rPr>
          <w:rFonts w:ascii="Times New Roman" w:hAnsi="Times New Roman" w:cs="Times New Roman"/>
        </w:rPr>
        <w:t>Support didn’t care what was promised. Support cared what happened after go-live.</w:t>
      </w:r>
    </w:p>
    <w:p w14:paraId="77633FF3" w14:textId="77777777" w:rsidR="00F76F73" w:rsidRPr="00D83531" w:rsidRDefault="00F76F73">
      <w:pPr>
        <w:rPr>
          <w:rFonts w:ascii="Times New Roman" w:hAnsi="Times New Roman" w:cs="Times New Roman"/>
        </w:rPr>
      </w:pPr>
    </w:p>
    <w:p w14:paraId="35993AF9" w14:textId="77777777" w:rsidR="00F76F73" w:rsidRPr="00D83531" w:rsidRDefault="00E40E2F">
      <w:pPr>
        <w:rPr>
          <w:rFonts w:ascii="Times New Roman" w:hAnsi="Times New Roman" w:cs="Times New Roman"/>
        </w:rPr>
      </w:pPr>
      <w:r w:rsidRPr="00D83531">
        <w:rPr>
          <w:rFonts w:ascii="Times New Roman" w:hAnsi="Times New Roman" w:cs="Times New Roman"/>
        </w:rPr>
        <w:t>Devin barely looked up at first.</w:t>
      </w:r>
    </w:p>
    <w:p w14:paraId="5278394C" w14:textId="77777777" w:rsidR="00F76F73" w:rsidRPr="00D83531" w:rsidRDefault="00F76F73">
      <w:pPr>
        <w:rPr>
          <w:rFonts w:ascii="Times New Roman" w:hAnsi="Times New Roman" w:cs="Times New Roman"/>
        </w:rPr>
      </w:pPr>
    </w:p>
    <w:p w14:paraId="693B0674" w14:textId="77777777" w:rsidR="00F76F73" w:rsidRPr="00D83531" w:rsidRDefault="00E40E2F">
      <w:pPr>
        <w:rPr>
          <w:rFonts w:ascii="Times New Roman" w:hAnsi="Times New Roman" w:cs="Times New Roman"/>
        </w:rPr>
      </w:pPr>
      <w:r w:rsidRPr="00D83531">
        <w:rPr>
          <w:rFonts w:ascii="Times New Roman" w:hAnsi="Times New Roman" w:cs="Times New Roman"/>
        </w:rPr>
        <w:t>“Devin,” Alex said, “what do you need from me so support isn’t cleaning up chaos?”</w:t>
      </w:r>
    </w:p>
    <w:p w14:paraId="187374EC" w14:textId="77777777" w:rsidR="00F76F73" w:rsidRPr="00D83531" w:rsidRDefault="00F76F73">
      <w:pPr>
        <w:rPr>
          <w:rFonts w:ascii="Times New Roman" w:hAnsi="Times New Roman" w:cs="Times New Roman"/>
        </w:rPr>
      </w:pPr>
    </w:p>
    <w:p w14:paraId="205940FA" w14:textId="77777777" w:rsidR="00F76F73" w:rsidRPr="00D83531" w:rsidRDefault="00E40E2F">
      <w:pPr>
        <w:rPr>
          <w:rFonts w:ascii="Times New Roman" w:hAnsi="Times New Roman" w:cs="Times New Roman"/>
        </w:rPr>
      </w:pPr>
      <w:r w:rsidRPr="00D83531">
        <w:rPr>
          <w:rFonts w:ascii="Times New Roman" w:hAnsi="Times New Roman" w:cs="Times New Roman"/>
        </w:rPr>
        <w:t>Devin let out a tired laugh. “Okay. Then write this.”</w:t>
      </w:r>
    </w:p>
    <w:p w14:paraId="1B1E75FD" w14:textId="77777777" w:rsidR="00F76F73" w:rsidRPr="00D83531" w:rsidRDefault="00F76F73">
      <w:pPr>
        <w:rPr>
          <w:rFonts w:ascii="Times New Roman" w:hAnsi="Times New Roman" w:cs="Times New Roman"/>
        </w:rPr>
      </w:pPr>
    </w:p>
    <w:p w14:paraId="7AA1231A" w14:textId="77777777" w:rsidR="00F76F73" w:rsidRPr="00D83531" w:rsidRDefault="00E40E2F">
      <w:pPr>
        <w:rPr>
          <w:rFonts w:ascii="Times New Roman" w:hAnsi="Times New Roman" w:cs="Times New Roman"/>
        </w:rPr>
      </w:pPr>
      <w:r w:rsidRPr="00D83531">
        <w:rPr>
          <w:rFonts w:ascii="Times New Roman" w:hAnsi="Times New Roman" w:cs="Times New Roman"/>
        </w:rPr>
        <w:t>“Call handling expectations. What ‘working’ means to them.”</w:t>
      </w:r>
      <w:r w:rsidRPr="00D83531">
        <w:rPr>
          <w:rFonts w:ascii="Times New Roman" w:hAnsi="Times New Roman" w:cs="Times New Roman"/>
        </w:rPr>
        <w:br/>
        <w:t>“Ownership after go-live—who’s the admin, who has access.”</w:t>
      </w:r>
      <w:r w:rsidRPr="00D83531">
        <w:rPr>
          <w:rFonts w:ascii="Times New Roman" w:hAnsi="Times New Roman" w:cs="Times New Roman"/>
        </w:rPr>
        <w:br/>
        <w:t>“A basic training plan—so they don’t call us for every button.”</w:t>
      </w:r>
      <w:r w:rsidRPr="00D83531">
        <w:rPr>
          <w:rFonts w:ascii="Times New Roman" w:hAnsi="Times New Roman" w:cs="Times New Roman"/>
        </w:rPr>
        <w:br/>
        <w:t>“And a list of known pain points—so we don’t recreate the same problems.”</w:t>
      </w:r>
    </w:p>
    <w:p w14:paraId="12CCA57E" w14:textId="77777777" w:rsidR="00F76F73" w:rsidRPr="00D83531" w:rsidRDefault="00F76F73">
      <w:pPr>
        <w:rPr>
          <w:rFonts w:ascii="Times New Roman" w:hAnsi="Times New Roman" w:cs="Times New Roman"/>
        </w:rPr>
      </w:pPr>
    </w:p>
    <w:p w14:paraId="4FF58ECA" w14:textId="77777777" w:rsidR="00F76F73" w:rsidRPr="00D83531" w:rsidRDefault="00E40E2F">
      <w:pPr>
        <w:rPr>
          <w:rFonts w:ascii="Times New Roman" w:hAnsi="Times New Roman" w:cs="Times New Roman"/>
        </w:rPr>
      </w:pPr>
      <w:r w:rsidRPr="00D83531">
        <w:rPr>
          <w:rFonts w:ascii="Times New Roman" w:hAnsi="Times New Roman" w:cs="Times New Roman"/>
        </w:rPr>
        <w:t>Alex wrote it down and felt something shift.</w:t>
      </w:r>
    </w:p>
    <w:p w14:paraId="1A73C82E" w14:textId="77777777" w:rsidR="00F76F73" w:rsidRPr="00D83531" w:rsidRDefault="00E40E2F">
      <w:pPr>
        <w:rPr>
          <w:rFonts w:ascii="Times New Roman" w:hAnsi="Times New Roman" w:cs="Times New Roman"/>
        </w:rPr>
      </w:pPr>
      <w:r w:rsidRPr="00D83531">
        <w:rPr>
          <w:rFonts w:ascii="Times New Roman" w:hAnsi="Times New Roman" w:cs="Times New Roman"/>
        </w:rPr>
        <w:lastRenderedPageBreak/>
        <w:t>It wasn’t a magic fix.</w:t>
      </w:r>
    </w:p>
    <w:p w14:paraId="66D35CA8" w14:textId="77777777" w:rsidR="00F76F73" w:rsidRPr="00D83531" w:rsidRDefault="00E40E2F">
      <w:pPr>
        <w:rPr>
          <w:rFonts w:ascii="Times New Roman" w:hAnsi="Times New Roman" w:cs="Times New Roman"/>
        </w:rPr>
      </w:pPr>
      <w:r w:rsidRPr="00D83531">
        <w:rPr>
          <w:rFonts w:ascii="Times New Roman" w:hAnsi="Times New Roman" w:cs="Times New Roman"/>
        </w:rPr>
        <w:t>But it was a method.</w:t>
      </w:r>
    </w:p>
    <w:p w14:paraId="559691F7" w14:textId="77777777" w:rsidR="00F76F73" w:rsidRPr="00D83531" w:rsidRDefault="00E40E2F">
      <w:pPr>
        <w:rPr>
          <w:rFonts w:ascii="Times New Roman" w:hAnsi="Times New Roman" w:cs="Times New Roman"/>
        </w:rPr>
      </w:pPr>
      <w:r w:rsidRPr="00D83531">
        <w:rPr>
          <w:rFonts w:ascii="Times New Roman" w:hAnsi="Times New Roman" w:cs="Times New Roman"/>
        </w:rPr>
        <w:t>A chain.</w:t>
      </w:r>
    </w:p>
    <w:p w14:paraId="0C6A9104" w14:textId="77777777" w:rsidR="00F76F73" w:rsidRPr="00D83531" w:rsidRDefault="00F76F73">
      <w:pPr>
        <w:rPr>
          <w:rFonts w:ascii="Times New Roman" w:hAnsi="Times New Roman" w:cs="Times New Roman"/>
        </w:rPr>
      </w:pPr>
    </w:p>
    <w:p w14:paraId="6F4A0996" w14:textId="77777777" w:rsidR="00F76F73" w:rsidRPr="00D83531" w:rsidRDefault="00E40E2F">
      <w:pPr>
        <w:rPr>
          <w:rFonts w:ascii="Times New Roman" w:hAnsi="Times New Roman" w:cs="Times New Roman"/>
        </w:rPr>
      </w:pPr>
      <w:r w:rsidRPr="00D83531">
        <w:rPr>
          <w:rFonts w:ascii="Times New Roman" w:hAnsi="Times New Roman" w:cs="Times New Roman"/>
        </w:rPr>
        <w:t>Back at his desk, Alex rewrote the page once, cleaner this time.</w:t>
      </w:r>
    </w:p>
    <w:p w14:paraId="065EB61C" w14:textId="77777777" w:rsidR="00F76F73" w:rsidRPr="00D83531" w:rsidRDefault="00F76F73">
      <w:pPr>
        <w:rPr>
          <w:rFonts w:ascii="Times New Roman" w:hAnsi="Times New Roman" w:cs="Times New Roman"/>
        </w:rPr>
      </w:pPr>
    </w:p>
    <w:p w14:paraId="7A7CF1F6" w14:textId="77777777" w:rsidR="00F76F73" w:rsidRPr="00D83531" w:rsidRDefault="00E40E2F">
      <w:pPr>
        <w:rPr>
          <w:rFonts w:ascii="Times New Roman" w:hAnsi="Times New Roman" w:cs="Times New Roman"/>
        </w:rPr>
      </w:pPr>
      <w:r w:rsidRPr="00D83531">
        <w:rPr>
          <w:rFonts w:ascii="Times New Roman" w:hAnsi="Times New Roman" w:cs="Times New Roman"/>
        </w:rPr>
        <w:t>Not a technical checklist.</w:t>
      </w:r>
    </w:p>
    <w:p w14:paraId="265B6780" w14:textId="77777777" w:rsidR="00F76F73" w:rsidRPr="00D83531" w:rsidRDefault="00E40E2F">
      <w:pPr>
        <w:rPr>
          <w:rFonts w:ascii="Times New Roman" w:hAnsi="Times New Roman" w:cs="Times New Roman"/>
        </w:rPr>
      </w:pPr>
      <w:r w:rsidRPr="00D83531">
        <w:rPr>
          <w:rFonts w:ascii="Times New Roman" w:hAnsi="Times New Roman" w:cs="Times New Roman"/>
        </w:rPr>
        <w:t>A chain.</w:t>
      </w:r>
    </w:p>
    <w:p w14:paraId="1B9E5A2A" w14:textId="77777777" w:rsidR="00F76F73" w:rsidRPr="00D83531" w:rsidRDefault="00E40E2F">
      <w:pPr>
        <w:rPr>
          <w:rFonts w:ascii="Times New Roman" w:hAnsi="Times New Roman" w:cs="Times New Roman"/>
        </w:rPr>
      </w:pPr>
      <w:r w:rsidRPr="00D83531">
        <w:rPr>
          <w:rFonts w:ascii="Times New Roman" w:hAnsi="Times New Roman" w:cs="Times New Roman"/>
        </w:rPr>
        <w:t>A set of high-level checkpoints that forced him to stop improvising and start confirming.</w:t>
      </w:r>
    </w:p>
    <w:p w14:paraId="24F5CDBC" w14:textId="77777777" w:rsidR="00F76F73" w:rsidRPr="00D83531" w:rsidRDefault="00F76F73">
      <w:pPr>
        <w:rPr>
          <w:rFonts w:ascii="Times New Roman" w:hAnsi="Times New Roman" w:cs="Times New Roman"/>
        </w:rPr>
      </w:pPr>
    </w:p>
    <w:p w14:paraId="04E25BEC" w14:textId="77777777" w:rsidR="00F76F73" w:rsidRPr="00D83531" w:rsidRDefault="00E40E2F">
      <w:pPr>
        <w:rPr>
          <w:rFonts w:ascii="Times New Roman" w:hAnsi="Times New Roman" w:cs="Times New Roman"/>
        </w:rPr>
      </w:pPr>
      <w:r w:rsidRPr="00D83531">
        <w:rPr>
          <w:rFonts w:ascii="Times New Roman" w:hAnsi="Times New Roman" w:cs="Times New Roman"/>
        </w:rPr>
        <w:t>He titled it:</w:t>
      </w:r>
    </w:p>
    <w:p w14:paraId="7AED302B" w14:textId="77777777" w:rsidR="00F76F73" w:rsidRPr="00D83531" w:rsidRDefault="00F76F73">
      <w:pPr>
        <w:rPr>
          <w:rFonts w:ascii="Times New Roman" w:hAnsi="Times New Roman" w:cs="Times New Roman"/>
        </w:rPr>
      </w:pPr>
    </w:p>
    <w:p w14:paraId="785DCDBD" w14:textId="77777777" w:rsidR="00F76F73" w:rsidRPr="00D83531" w:rsidRDefault="00E40E2F">
      <w:pPr>
        <w:jc w:val="center"/>
        <w:rPr>
          <w:rFonts w:ascii="Times New Roman" w:hAnsi="Times New Roman" w:cs="Times New Roman"/>
        </w:rPr>
      </w:pPr>
      <w:r w:rsidRPr="00D83531">
        <w:rPr>
          <w:rFonts w:ascii="Times New Roman" w:hAnsi="Times New Roman" w:cs="Times New Roman"/>
          <w:b/>
        </w:rPr>
        <w:t>THE CHAIN (Version 1.0)</w:t>
      </w:r>
    </w:p>
    <w:p w14:paraId="41AAD00F" w14:textId="77777777" w:rsidR="00F76F73" w:rsidRPr="00D83531" w:rsidRDefault="00F76F73">
      <w:pPr>
        <w:rPr>
          <w:rFonts w:ascii="Times New Roman" w:hAnsi="Times New Roman" w:cs="Times New Roman"/>
        </w:rPr>
      </w:pPr>
    </w:p>
    <w:p w14:paraId="50FCA7CA" w14:textId="77777777" w:rsidR="00F76F73" w:rsidRPr="00D83531" w:rsidRDefault="00E40E2F">
      <w:pPr>
        <w:rPr>
          <w:rFonts w:ascii="Times New Roman" w:hAnsi="Times New Roman" w:cs="Times New Roman"/>
        </w:rPr>
      </w:pPr>
      <w:r w:rsidRPr="00D83531">
        <w:rPr>
          <w:rFonts w:ascii="Times New Roman" w:hAnsi="Times New Roman" w:cs="Times New Roman"/>
        </w:rPr>
        <w:t>Under it, he wrote five headings:</w:t>
      </w:r>
    </w:p>
    <w:p w14:paraId="07BDD025" w14:textId="77777777" w:rsidR="00F76F73" w:rsidRPr="00D83531" w:rsidRDefault="00F76F73">
      <w:pPr>
        <w:rPr>
          <w:rFonts w:ascii="Times New Roman" w:hAnsi="Times New Roman" w:cs="Times New Roman"/>
        </w:rPr>
      </w:pPr>
    </w:p>
    <w:p w14:paraId="17E6D42A" w14:textId="77777777" w:rsidR="00F76F73" w:rsidRPr="00D83531" w:rsidRDefault="00E40E2F">
      <w:pPr>
        <w:rPr>
          <w:rFonts w:ascii="Times New Roman" w:hAnsi="Times New Roman" w:cs="Times New Roman"/>
        </w:rPr>
      </w:pPr>
      <w:r w:rsidRPr="00D83531">
        <w:rPr>
          <w:rFonts w:ascii="Times New Roman" w:hAnsi="Times New Roman" w:cs="Times New Roman"/>
        </w:rPr>
        <w:t>1) Ownership (who decides / who approves)</w:t>
      </w:r>
      <w:r w:rsidRPr="00D83531">
        <w:rPr>
          <w:rFonts w:ascii="Times New Roman" w:hAnsi="Times New Roman" w:cs="Times New Roman"/>
        </w:rPr>
        <w:br/>
        <w:t>2) Success (what “working” means / day 1 vs day 30)</w:t>
      </w:r>
      <w:r w:rsidRPr="00D83531">
        <w:rPr>
          <w:rFonts w:ascii="Times New Roman" w:hAnsi="Times New Roman" w:cs="Times New Roman"/>
        </w:rPr>
        <w:br/>
        <w:t>3) Current State (what they have / what’s broken / constraints)</w:t>
      </w:r>
      <w:r w:rsidRPr="00D83531">
        <w:rPr>
          <w:rFonts w:ascii="Times New Roman" w:hAnsi="Times New Roman" w:cs="Times New Roman"/>
        </w:rPr>
        <w:br/>
        <w:t>4) Site Reality (access / readiness / physical limitations)</w:t>
      </w:r>
      <w:r w:rsidRPr="00D83531">
        <w:rPr>
          <w:rFonts w:ascii="Times New Roman" w:hAnsi="Times New Roman" w:cs="Times New Roman"/>
        </w:rPr>
        <w:br/>
        <w:t>5) Handoff (notes that other teams can execute without chasing me)</w:t>
      </w:r>
    </w:p>
    <w:p w14:paraId="0D6615FE" w14:textId="77777777" w:rsidR="00F76F73" w:rsidRPr="00D83531" w:rsidRDefault="00F76F73">
      <w:pPr>
        <w:rPr>
          <w:rFonts w:ascii="Times New Roman" w:hAnsi="Times New Roman" w:cs="Times New Roman"/>
        </w:rPr>
      </w:pPr>
    </w:p>
    <w:p w14:paraId="206676BC" w14:textId="77777777" w:rsidR="00F76F73" w:rsidRPr="00D83531" w:rsidRDefault="00E40E2F">
      <w:pPr>
        <w:rPr>
          <w:rFonts w:ascii="Times New Roman" w:hAnsi="Times New Roman" w:cs="Times New Roman"/>
        </w:rPr>
      </w:pPr>
      <w:r w:rsidRPr="00D83531">
        <w:rPr>
          <w:rFonts w:ascii="Times New Roman" w:hAnsi="Times New Roman" w:cs="Times New Roman"/>
        </w:rPr>
        <w:t>At the bottom, he wrote one more line:</w:t>
      </w:r>
    </w:p>
    <w:p w14:paraId="15E5CC63" w14:textId="77777777" w:rsidR="00F76F73" w:rsidRPr="00D83531" w:rsidRDefault="00E40E2F">
      <w:pPr>
        <w:rPr>
          <w:rFonts w:ascii="Times New Roman" w:hAnsi="Times New Roman" w:cs="Times New Roman"/>
        </w:rPr>
      </w:pPr>
      <w:r w:rsidRPr="00D83531">
        <w:rPr>
          <w:rFonts w:ascii="Times New Roman" w:hAnsi="Times New Roman" w:cs="Times New Roman"/>
        </w:rPr>
        <w:t>If I can’t explain it clearly, I don’t understand it yet.</w:t>
      </w:r>
    </w:p>
    <w:p w14:paraId="2BDEAD62" w14:textId="77777777" w:rsidR="00F76F73" w:rsidRPr="00D83531" w:rsidRDefault="00F76F73">
      <w:pPr>
        <w:rPr>
          <w:rFonts w:ascii="Times New Roman" w:hAnsi="Times New Roman" w:cs="Times New Roman"/>
        </w:rPr>
      </w:pPr>
    </w:p>
    <w:p w14:paraId="18AE6404" w14:textId="77777777" w:rsidR="00F76F73" w:rsidRPr="00D83531" w:rsidRDefault="00E40E2F">
      <w:pPr>
        <w:rPr>
          <w:rFonts w:ascii="Times New Roman" w:hAnsi="Times New Roman" w:cs="Times New Roman"/>
        </w:rPr>
      </w:pPr>
      <w:r w:rsidRPr="00D83531">
        <w:rPr>
          <w:rFonts w:ascii="Times New Roman" w:hAnsi="Times New Roman" w:cs="Times New Roman"/>
        </w:rPr>
        <w:t>Alex stared at the page.</w:t>
      </w:r>
    </w:p>
    <w:p w14:paraId="753FB801" w14:textId="77777777" w:rsidR="00F76F73" w:rsidRPr="00D83531" w:rsidRDefault="00E40E2F">
      <w:pPr>
        <w:rPr>
          <w:rFonts w:ascii="Times New Roman" w:hAnsi="Times New Roman" w:cs="Times New Roman"/>
        </w:rPr>
      </w:pPr>
      <w:r w:rsidRPr="00D83531">
        <w:rPr>
          <w:rFonts w:ascii="Times New Roman" w:hAnsi="Times New Roman" w:cs="Times New Roman"/>
        </w:rPr>
        <w:t>Then he opened Northgate and started filling gaps.</w:t>
      </w:r>
    </w:p>
    <w:p w14:paraId="2882F44D" w14:textId="77777777" w:rsidR="00F76F73" w:rsidRPr="00D83531" w:rsidRDefault="00F76F73">
      <w:pPr>
        <w:rPr>
          <w:rFonts w:ascii="Times New Roman" w:hAnsi="Times New Roman" w:cs="Times New Roman"/>
        </w:rPr>
      </w:pPr>
    </w:p>
    <w:p w14:paraId="42E30437" w14:textId="77777777" w:rsidR="00F76F73" w:rsidRPr="00D83531" w:rsidRDefault="00E40E2F">
      <w:pPr>
        <w:rPr>
          <w:rFonts w:ascii="Times New Roman" w:hAnsi="Times New Roman" w:cs="Times New Roman"/>
        </w:rPr>
      </w:pPr>
      <w:r w:rsidRPr="00D83531">
        <w:rPr>
          <w:rFonts w:ascii="Times New Roman" w:hAnsi="Times New Roman" w:cs="Times New Roman"/>
        </w:rPr>
        <w:lastRenderedPageBreak/>
        <w:t>Facilities contact: missing.</w:t>
      </w:r>
      <w:r w:rsidRPr="00D83531">
        <w:rPr>
          <w:rFonts w:ascii="Times New Roman" w:hAnsi="Times New Roman" w:cs="Times New Roman"/>
        </w:rPr>
        <w:br/>
        <w:t>Cutover window: unclear.</w:t>
      </w:r>
      <w:r w:rsidRPr="00D83531">
        <w:rPr>
          <w:rFonts w:ascii="Times New Roman" w:hAnsi="Times New Roman" w:cs="Times New Roman"/>
        </w:rPr>
        <w:br/>
        <w:t>Access plan: not confirmed.</w:t>
      </w:r>
      <w:r w:rsidRPr="00D83531">
        <w:rPr>
          <w:rFonts w:ascii="Times New Roman" w:hAnsi="Times New Roman" w:cs="Times New Roman"/>
        </w:rPr>
        <w:br/>
        <w:t>Constraints: assumed.</w:t>
      </w:r>
    </w:p>
    <w:p w14:paraId="1A258E72" w14:textId="77777777" w:rsidR="00F76F73" w:rsidRPr="00D83531" w:rsidRDefault="00F76F73">
      <w:pPr>
        <w:rPr>
          <w:rFonts w:ascii="Times New Roman" w:hAnsi="Times New Roman" w:cs="Times New Roman"/>
        </w:rPr>
      </w:pPr>
    </w:p>
    <w:p w14:paraId="2DD66470" w14:textId="77777777" w:rsidR="00F76F73" w:rsidRPr="00D83531" w:rsidRDefault="00E40E2F">
      <w:pPr>
        <w:rPr>
          <w:rFonts w:ascii="Times New Roman" w:hAnsi="Times New Roman" w:cs="Times New Roman"/>
        </w:rPr>
      </w:pPr>
      <w:r w:rsidRPr="00D83531">
        <w:rPr>
          <w:rFonts w:ascii="Times New Roman" w:hAnsi="Times New Roman" w:cs="Times New Roman"/>
        </w:rPr>
        <w:t>He typed a message to the project coordinator and copied engineering and install.</w:t>
      </w:r>
    </w:p>
    <w:p w14:paraId="14D7D8EF" w14:textId="77777777" w:rsidR="00F76F73" w:rsidRPr="00D83531" w:rsidRDefault="00F76F73">
      <w:pPr>
        <w:rPr>
          <w:rFonts w:ascii="Times New Roman" w:hAnsi="Times New Roman" w:cs="Times New Roman"/>
        </w:rPr>
      </w:pPr>
    </w:p>
    <w:p w14:paraId="37A9FDCD" w14:textId="77777777" w:rsidR="00F76F73" w:rsidRPr="00D83531" w:rsidRDefault="00E40E2F">
      <w:pPr>
        <w:rPr>
          <w:rFonts w:ascii="Times New Roman" w:hAnsi="Times New Roman" w:cs="Times New Roman"/>
        </w:rPr>
      </w:pPr>
      <w:r w:rsidRPr="00D83531">
        <w:rPr>
          <w:rFonts w:ascii="Times New Roman" w:hAnsi="Times New Roman" w:cs="Times New Roman"/>
          <w:i/>
        </w:rPr>
        <w:t>ALEX: “We’re pausing schedule until we confirm key chain items (access, cutover window, constraints). I’m taking ownership. I’ll have answers by EOD.”</w:t>
      </w:r>
    </w:p>
    <w:p w14:paraId="0F7A6510" w14:textId="77777777" w:rsidR="00F76F73" w:rsidRPr="00D83531" w:rsidRDefault="00F76F73">
      <w:pPr>
        <w:rPr>
          <w:rFonts w:ascii="Times New Roman" w:hAnsi="Times New Roman" w:cs="Times New Roman"/>
        </w:rPr>
      </w:pPr>
    </w:p>
    <w:p w14:paraId="6583C424" w14:textId="77777777" w:rsidR="00F76F73" w:rsidRPr="00D83531" w:rsidRDefault="00E40E2F">
      <w:pPr>
        <w:rPr>
          <w:rFonts w:ascii="Times New Roman" w:hAnsi="Times New Roman" w:cs="Times New Roman"/>
        </w:rPr>
      </w:pPr>
      <w:r w:rsidRPr="00D83531">
        <w:rPr>
          <w:rFonts w:ascii="Times New Roman" w:hAnsi="Times New Roman" w:cs="Times New Roman"/>
        </w:rPr>
        <w:t>His finger hovered over Send.</w:t>
      </w:r>
    </w:p>
    <w:p w14:paraId="0B08952A" w14:textId="77777777" w:rsidR="00F76F73" w:rsidRPr="00D83531" w:rsidRDefault="00E40E2F">
      <w:pPr>
        <w:rPr>
          <w:rFonts w:ascii="Times New Roman" w:hAnsi="Times New Roman" w:cs="Times New Roman"/>
        </w:rPr>
      </w:pPr>
      <w:r w:rsidRPr="00D83531">
        <w:rPr>
          <w:rFonts w:ascii="Times New Roman" w:hAnsi="Times New Roman" w:cs="Times New Roman"/>
        </w:rPr>
        <w:t>He could hear the old voice in his head: Don’t slow things down. Don’t be difficult. Just make it work.</w:t>
      </w:r>
    </w:p>
    <w:p w14:paraId="634F17F0" w14:textId="77777777" w:rsidR="00F76F73" w:rsidRPr="00D83531" w:rsidRDefault="00E40E2F">
      <w:pPr>
        <w:rPr>
          <w:rFonts w:ascii="Times New Roman" w:hAnsi="Times New Roman" w:cs="Times New Roman"/>
        </w:rPr>
      </w:pPr>
      <w:r w:rsidRPr="00D83531">
        <w:rPr>
          <w:rFonts w:ascii="Times New Roman" w:hAnsi="Times New Roman" w:cs="Times New Roman"/>
        </w:rPr>
        <w:t>Then he hit Send anyway.</w:t>
      </w:r>
    </w:p>
    <w:p w14:paraId="6C564E6B" w14:textId="77777777" w:rsidR="00F76F73" w:rsidRPr="00D83531" w:rsidRDefault="00E40E2F">
      <w:pPr>
        <w:rPr>
          <w:rFonts w:ascii="Times New Roman" w:hAnsi="Times New Roman" w:cs="Times New Roman"/>
        </w:rPr>
      </w:pPr>
      <w:r w:rsidRPr="00D83531">
        <w:rPr>
          <w:rFonts w:ascii="Times New Roman" w:hAnsi="Times New Roman" w:cs="Times New Roman"/>
        </w:rPr>
        <w:t>Because the old way wasn’t saving him.</w:t>
      </w:r>
    </w:p>
    <w:p w14:paraId="460B3EDB" w14:textId="77777777" w:rsidR="00F76F73" w:rsidRPr="00D83531" w:rsidRDefault="00F76F73">
      <w:pPr>
        <w:rPr>
          <w:rFonts w:ascii="Times New Roman" w:hAnsi="Times New Roman" w:cs="Times New Roman"/>
        </w:rPr>
      </w:pPr>
    </w:p>
    <w:p w14:paraId="38772543" w14:textId="77777777" w:rsidR="00F76F73" w:rsidRPr="00D83531" w:rsidRDefault="00E40E2F">
      <w:pPr>
        <w:rPr>
          <w:rFonts w:ascii="Times New Roman" w:hAnsi="Times New Roman" w:cs="Times New Roman"/>
        </w:rPr>
      </w:pPr>
      <w:r w:rsidRPr="00D83531">
        <w:rPr>
          <w:rFonts w:ascii="Times New Roman" w:hAnsi="Times New Roman" w:cs="Times New Roman"/>
        </w:rPr>
        <w:t>At 2:00 PM, Alex walked into Conference Room B for his scheduled PIP check-in with Dana.</w:t>
      </w:r>
    </w:p>
    <w:p w14:paraId="4DDD3CAD" w14:textId="77777777" w:rsidR="00F76F73" w:rsidRPr="00D83531" w:rsidRDefault="00E40E2F">
      <w:pPr>
        <w:rPr>
          <w:rFonts w:ascii="Times New Roman" w:hAnsi="Times New Roman" w:cs="Times New Roman"/>
        </w:rPr>
      </w:pPr>
      <w:r w:rsidRPr="00D83531">
        <w:rPr>
          <w:rFonts w:ascii="Times New Roman" w:hAnsi="Times New Roman" w:cs="Times New Roman"/>
        </w:rPr>
        <w:t>He had the one-page Chain in his hand.</w:t>
      </w:r>
    </w:p>
    <w:p w14:paraId="3B6DA1AC" w14:textId="77777777" w:rsidR="00F76F73" w:rsidRPr="00D83531" w:rsidRDefault="00F76F73">
      <w:pPr>
        <w:rPr>
          <w:rFonts w:ascii="Times New Roman" w:hAnsi="Times New Roman" w:cs="Times New Roman"/>
        </w:rPr>
      </w:pPr>
    </w:p>
    <w:p w14:paraId="77E021BE" w14:textId="77777777" w:rsidR="00F76F73" w:rsidRPr="00D83531" w:rsidRDefault="00E40E2F">
      <w:pPr>
        <w:rPr>
          <w:rFonts w:ascii="Times New Roman" w:hAnsi="Times New Roman" w:cs="Times New Roman"/>
        </w:rPr>
      </w:pPr>
      <w:r w:rsidRPr="00D83531">
        <w:rPr>
          <w:rFonts w:ascii="Times New Roman" w:hAnsi="Times New Roman" w:cs="Times New Roman"/>
        </w:rPr>
        <w:t>Dana was already there—laptop open, phone face-down beside it like it might explode.</w:t>
      </w:r>
    </w:p>
    <w:p w14:paraId="6C7B6331" w14:textId="77777777" w:rsidR="00F76F73" w:rsidRPr="00D83531" w:rsidRDefault="00F76F73">
      <w:pPr>
        <w:rPr>
          <w:rFonts w:ascii="Times New Roman" w:hAnsi="Times New Roman" w:cs="Times New Roman"/>
        </w:rPr>
      </w:pPr>
    </w:p>
    <w:p w14:paraId="549941AA" w14:textId="77777777" w:rsidR="00F76F73" w:rsidRPr="00D83531" w:rsidRDefault="00E40E2F">
      <w:pPr>
        <w:rPr>
          <w:rFonts w:ascii="Times New Roman" w:hAnsi="Times New Roman" w:cs="Times New Roman"/>
        </w:rPr>
      </w:pPr>
      <w:r w:rsidRPr="00D83531">
        <w:rPr>
          <w:rFonts w:ascii="Times New Roman" w:hAnsi="Times New Roman" w:cs="Times New Roman"/>
        </w:rPr>
        <w:t>“Alright,” she said, professional but distracted. “How are we doing?”</w:t>
      </w:r>
    </w:p>
    <w:p w14:paraId="16790222" w14:textId="77777777" w:rsidR="00F76F73" w:rsidRPr="00D83531" w:rsidRDefault="00F76F73">
      <w:pPr>
        <w:rPr>
          <w:rFonts w:ascii="Times New Roman" w:hAnsi="Times New Roman" w:cs="Times New Roman"/>
        </w:rPr>
      </w:pPr>
    </w:p>
    <w:p w14:paraId="3B5390FE" w14:textId="77777777" w:rsidR="00F76F73" w:rsidRPr="00D83531" w:rsidRDefault="00E40E2F">
      <w:pPr>
        <w:rPr>
          <w:rFonts w:ascii="Times New Roman" w:hAnsi="Times New Roman" w:cs="Times New Roman"/>
        </w:rPr>
      </w:pPr>
      <w:r w:rsidRPr="00D83531">
        <w:rPr>
          <w:rFonts w:ascii="Times New Roman" w:hAnsi="Times New Roman" w:cs="Times New Roman"/>
        </w:rPr>
        <w:t>Alex slid the page across the table.</w:t>
      </w:r>
    </w:p>
    <w:p w14:paraId="0FEE346C" w14:textId="77777777" w:rsidR="00F76F73" w:rsidRPr="00D83531" w:rsidRDefault="00E40E2F">
      <w:pPr>
        <w:rPr>
          <w:rFonts w:ascii="Times New Roman" w:hAnsi="Times New Roman" w:cs="Times New Roman"/>
        </w:rPr>
      </w:pPr>
      <w:r w:rsidRPr="00D83531">
        <w:rPr>
          <w:rFonts w:ascii="Times New Roman" w:hAnsi="Times New Roman" w:cs="Times New Roman"/>
        </w:rPr>
        <w:t>“I built something,” he said. “A process. For discovery and handoff.”</w:t>
      </w:r>
    </w:p>
    <w:p w14:paraId="405DC609" w14:textId="77777777" w:rsidR="00F76F73" w:rsidRPr="00D83531" w:rsidRDefault="00F76F73">
      <w:pPr>
        <w:rPr>
          <w:rFonts w:ascii="Times New Roman" w:hAnsi="Times New Roman" w:cs="Times New Roman"/>
        </w:rPr>
      </w:pPr>
    </w:p>
    <w:p w14:paraId="688326F3" w14:textId="77777777" w:rsidR="00F76F73" w:rsidRPr="00D83531" w:rsidRDefault="00E40E2F">
      <w:pPr>
        <w:rPr>
          <w:rFonts w:ascii="Times New Roman" w:hAnsi="Times New Roman" w:cs="Times New Roman"/>
        </w:rPr>
      </w:pPr>
      <w:r w:rsidRPr="00D83531">
        <w:rPr>
          <w:rFonts w:ascii="Times New Roman" w:hAnsi="Times New Roman" w:cs="Times New Roman"/>
        </w:rPr>
        <w:t>Dana glanced down at it. Her eyes moved fast.</w:t>
      </w:r>
    </w:p>
    <w:p w14:paraId="0A7A36C3" w14:textId="77777777" w:rsidR="00F76F73" w:rsidRPr="00D83531" w:rsidRDefault="00E40E2F">
      <w:pPr>
        <w:rPr>
          <w:rFonts w:ascii="Times New Roman" w:hAnsi="Times New Roman" w:cs="Times New Roman"/>
        </w:rPr>
      </w:pPr>
      <w:r w:rsidRPr="00D83531">
        <w:rPr>
          <w:rFonts w:ascii="Times New Roman" w:hAnsi="Times New Roman" w:cs="Times New Roman"/>
        </w:rPr>
        <w:t>Too fast.</w:t>
      </w:r>
    </w:p>
    <w:p w14:paraId="0D937B55" w14:textId="77777777" w:rsidR="00F76F73" w:rsidRPr="00D83531" w:rsidRDefault="00E40E2F">
      <w:pPr>
        <w:rPr>
          <w:rFonts w:ascii="Times New Roman" w:hAnsi="Times New Roman" w:cs="Times New Roman"/>
        </w:rPr>
      </w:pPr>
      <w:r w:rsidRPr="00D83531">
        <w:rPr>
          <w:rFonts w:ascii="Times New Roman" w:hAnsi="Times New Roman" w:cs="Times New Roman"/>
        </w:rPr>
        <w:t>Alex waited for the questions. The feedback. The alignment.</w:t>
      </w:r>
    </w:p>
    <w:p w14:paraId="6DEF30F6" w14:textId="77777777" w:rsidR="00F76F73" w:rsidRPr="00D83531" w:rsidRDefault="00F76F73">
      <w:pPr>
        <w:rPr>
          <w:rFonts w:ascii="Times New Roman" w:hAnsi="Times New Roman" w:cs="Times New Roman"/>
        </w:rPr>
      </w:pPr>
    </w:p>
    <w:p w14:paraId="0C363958" w14:textId="77777777" w:rsidR="00F76F73" w:rsidRPr="00D83531" w:rsidRDefault="00E40E2F">
      <w:pPr>
        <w:rPr>
          <w:rFonts w:ascii="Times New Roman" w:hAnsi="Times New Roman" w:cs="Times New Roman"/>
        </w:rPr>
      </w:pPr>
      <w:r w:rsidRPr="00D83531">
        <w:rPr>
          <w:rFonts w:ascii="Times New Roman" w:hAnsi="Times New Roman" w:cs="Times New Roman"/>
        </w:rPr>
        <w:t>Dana’s phone buzzed.</w:t>
      </w:r>
    </w:p>
    <w:p w14:paraId="17428EB5" w14:textId="77777777" w:rsidR="00F76F73" w:rsidRPr="00D83531" w:rsidRDefault="00E40E2F">
      <w:pPr>
        <w:rPr>
          <w:rFonts w:ascii="Times New Roman" w:hAnsi="Times New Roman" w:cs="Times New Roman"/>
        </w:rPr>
      </w:pPr>
      <w:r w:rsidRPr="00D83531">
        <w:rPr>
          <w:rFonts w:ascii="Times New Roman" w:hAnsi="Times New Roman" w:cs="Times New Roman"/>
        </w:rPr>
        <w:t>She ignored it.</w:t>
      </w:r>
    </w:p>
    <w:p w14:paraId="6F696FE5" w14:textId="77777777" w:rsidR="00F76F73" w:rsidRPr="00D83531" w:rsidRDefault="00E40E2F">
      <w:pPr>
        <w:rPr>
          <w:rFonts w:ascii="Times New Roman" w:hAnsi="Times New Roman" w:cs="Times New Roman"/>
        </w:rPr>
      </w:pPr>
      <w:r w:rsidRPr="00D83531">
        <w:rPr>
          <w:rFonts w:ascii="Times New Roman" w:hAnsi="Times New Roman" w:cs="Times New Roman"/>
        </w:rPr>
        <w:t>It buzzed again.</w:t>
      </w:r>
    </w:p>
    <w:p w14:paraId="3AF6A299" w14:textId="77777777" w:rsidR="00F76F73" w:rsidRPr="00D83531" w:rsidRDefault="00F76F73">
      <w:pPr>
        <w:rPr>
          <w:rFonts w:ascii="Times New Roman" w:hAnsi="Times New Roman" w:cs="Times New Roman"/>
        </w:rPr>
      </w:pPr>
    </w:p>
    <w:p w14:paraId="22C88B8B" w14:textId="77777777" w:rsidR="00F76F73" w:rsidRPr="00D83531" w:rsidRDefault="00E40E2F">
      <w:pPr>
        <w:rPr>
          <w:rFonts w:ascii="Times New Roman" w:hAnsi="Times New Roman" w:cs="Times New Roman"/>
        </w:rPr>
      </w:pPr>
      <w:r w:rsidRPr="00D83531">
        <w:rPr>
          <w:rFonts w:ascii="Times New Roman" w:hAnsi="Times New Roman" w:cs="Times New Roman"/>
        </w:rPr>
        <w:t>Dana exhaled and nodded once. “This is good, Alex.”</w:t>
      </w:r>
    </w:p>
    <w:p w14:paraId="029E23AC" w14:textId="77777777" w:rsidR="00F76F73" w:rsidRPr="00D83531" w:rsidRDefault="00F76F73">
      <w:pPr>
        <w:rPr>
          <w:rFonts w:ascii="Times New Roman" w:hAnsi="Times New Roman" w:cs="Times New Roman"/>
        </w:rPr>
      </w:pPr>
    </w:p>
    <w:p w14:paraId="07CB3E9A" w14:textId="77777777" w:rsidR="00F76F73" w:rsidRPr="00D83531" w:rsidRDefault="00E40E2F">
      <w:pPr>
        <w:rPr>
          <w:rFonts w:ascii="Times New Roman" w:hAnsi="Times New Roman" w:cs="Times New Roman"/>
        </w:rPr>
      </w:pPr>
      <w:r w:rsidRPr="00D83531">
        <w:rPr>
          <w:rFonts w:ascii="Times New Roman" w:hAnsi="Times New Roman" w:cs="Times New Roman"/>
        </w:rPr>
        <w:t>Alex leaned in. “It’s forcing me to stop guessing. It’s helping engineering and install get what they need before I promise anything.”</w:t>
      </w:r>
    </w:p>
    <w:p w14:paraId="1B2D4782" w14:textId="77777777" w:rsidR="00F76F73" w:rsidRPr="00D83531" w:rsidRDefault="00F76F73">
      <w:pPr>
        <w:rPr>
          <w:rFonts w:ascii="Times New Roman" w:hAnsi="Times New Roman" w:cs="Times New Roman"/>
        </w:rPr>
      </w:pPr>
    </w:p>
    <w:p w14:paraId="331CFB1E" w14:textId="77777777" w:rsidR="00F76F73" w:rsidRPr="00D83531" w:rsidRDefault="00E40E2F">
      <w:pPr>
        <w:rPr>
          <w:rFonts w:ascii="Times New Roman" w:hAnsi="Times New Roman" w:cs="Times New Roman"/>
        </w:rPr>
      </w:pPr>
      <w:r w:rsidRPr="00D83531">
        <w:rPr>
          <w:rFonts w:ascii="Times New Roman" w:hAnsi="Times New Roman" w:cs="Times New Roman"/>
        </w:rPr>
        <w:t>Dana nodded again, but her attention was drifting.</w:t>
      </w:r>
    </w:p>
    <w:p w14:paraId="79DA81A1" w14:textId="77777777" w:rsidR="00F76F73" w:rsidRPr="00D83531" w:rsidRDefault="00F76F73">
      <w:pPr>
        <w:rPr>
          <w:rFonts w:ascii="Times New Roman" w:hAnsi="Times New Roman" w:cs="Times New Roman"/>
        </w:rPr>
      </w:pPr>
    </w:p>
    <w:p w14:paraId="4EABE9DF" w14:textId="77777777" w:rsidR="00F76F73" w:rsidRPr="00D83531" w:rsidRDefault="00E40E2F">
      <w:pPr>
        <w:rPr>
          <w:rFonts w:ascii="Times New Roman" w:hAnsi="Times New Roman" w:cs="Times New Roman"/>
        </w:rPr>
      </w:pPr>
      <w:r w:rsidRPr="00D83531">
        <w:rPr>
          <w:rFonts w:ascii="Times New Roman" w:hAnsi="Times New Roman" w:cs="Times New Roman"/>
        </w:rPr>
        <w:t>“We still need metrics,” she said. “Pipeline. Activity. Forecast accuracy.”</w:t>
      </w:r>
    </w:p>
    <w:p w14:paraId="3437F34B" w14:textId="77777777" w:rsidR="00F76F73" w:rsidRPr="00D83531" w:rsidRDefault="00F76F73">
      <w:pPr>
        <w:rPr>
          <w:rFonts w:ascii="Times New Roman" w:hAnsi="Times New Roman" w:cs="Times New Roman"/>
        </w:rPr>
      </w:pPr>
    </w:p>
    <w:p w14:paraId="617D5192" w14:textId="77777777" w:rsidR="00F76F73" w:rsidRPr="00D83531" w:rsidRDefault="00E40E2F">
      <w:pPr>
        <w:rPr>
          <w:rFonts w:ascii="Times New Roman" w:hAnsi="Times New Roman" w:cs="Times New Roman"/>
        </w:rPr>
      </w:pPr>
      <w:r w:rsidRPr="00D83531">
        <w:rPr>
          <w:rFonts w:ascii="Times New Roman" w:hAnsi="Times New Roman" w:cs="Times New Roman"/>
        </w:rPr>
        <w:t>“I know,” Alex said. “But this is how I stabilize those. This is—” He caught himself. “This is the method.”</w:t>
      </w:r>
    </w:p>
    <w:p w14:paraId="1FAF3944" w14:textId="77777777" w:rsidR="00F76F73" w:rsidRPr="00D83531" w:rsidRDefault="00F76F73">
      <w:pPr>
        <w:rPr>
          <w:rFonts w:ascii="Times New Roman" w:hAnsi="Times New Roman" w:cs="Times New Roman"/>
        </w:rPr>
      </w:pPr>
    </w:p>
    <w:p w14:paraId="20349669" w14:textId="77777777" w:rsidR="00F76F73" w:rsidRPr="00D83531" w:rsidRDefault="00E40E2F">
      <w:pPr>
        <w:rPr>
          <w:rFonts w:ascii="Times New Roman" w:hAnsi="Times New Roman" w:cs="Times New Roman"/>
        </w:rPr>
      </w:pPr>
      <w:r w:rsidRPr="00D83531">
        <w:rPr>
          <w:rFonts w:ascii="Times New Roman" w:hAnsi="Times New Roman" w:cs="Times New Roman"/>
        </w:rPr>
        <w:t>Dana’s phone buzzed again. This time she picked it up and glanced at the screen.</w:t>
      </w:r>
    </w:p>
    <w:p w14:paraId="1C7AF02C" w14:textId="77777777" w:rsidR="00F76F73" w:rsidRPr="00D83531" w:rsidRDefault="00E40E2F">
      <w:pPr>
        <w:rPr>
          <w:rFonts w:ascii="Times New Roman" w:hAnsi="Times New Roman" w:cs="Times New Roman"/>
        </w:rPr>
      </w:pPr>
      <w:r w:rsidRPr="00D83531">
        <w:rPr>
          <w:rFonts w:ascii="Times New Roman" w:hAnsi="Times New Roman" w:cs="Times New Roman"/>
        </w:rPr>
        <w:t>Her expression changed.</w:t>
      </w:r>
    </w:p>
    <w:p w14:paraId="335C7A0A" w14:textId="77777777" w:rsidR="00F76F73" w:rsidRPr="00D83531" w:rsidRDefault="00F76F73">
      <w:pPr>
        <w:rPr>
          <w:rFonts w:ascii="Times New Roman" w:hAnsi="Times New Roman" w:cs="Times New Roman"/>
        </w:rPr>
      </w:pPr>
    </w:p>
    <w:p w14:paraId="7DC291FE" w14:textId="77777777" w:rsidR="00F76F73" w:rsidRPr="00D83531" w:rsidRDefault="00E40E2F">
      <w:pPr>
        <w:rPr>
          <w:rFonts w:ascii="Times New Roman" w:hAnsi="Times New Roman" w:cs="Times New Roman"/>
        </w:rPr>
      </w:pPr>
      <w:r w:rsidRPr="00D83531">
        <w:rPr>
          <w:rFonts w:ascii="Times New Roman" w:hAnsi="Times New Roman" w:cs="Times New Roman"/>
        </w:rPr>
        <w:t>“I’ve got a situation,” she said, already half-standing.</w:t>
      </w:r>
    </w:p>
    <w:p w14:paraId="2C67BE9A" w14:textId="77777777" w:rsidR="00F76F73" w:rsidRPr="00D83531" w:rsidRDefault="00F76F73">
      <w:pPr>
        <w:rPr>
          <w:rFonts w:ascii="Times New Roman" w:hAnsi="Times New Roman" w:cs="Times New Roman"/>
        </w:rPr>
      </w:pPr>
    </w:p>
    <w:p w14:paraId="2307E134" w14:textId="77777777" w:rsidR="00F76F73" w:rsidRPr="00D83531" w:rsidRDefault="00E40E2F">
      <w:pPr>
        <w:rPr>
          <w:rFonts w:ascii="Times New Roman" w:hAnsi="Times New Roman" w:cs="Times New Roman"/>
        </w:rPr>
      </w:pPr>
      <w:r w:rsidRPr="00D83531">
        <w:rPr>
          <w:rFonts w:ascii="Times New Roman" w:hAnsi="Times New Roman" w:cs="Times New Roman"/>
        </w:rPr>
        <w:t>Alex’s stomach dropped. “Can we do five minutes? I just need to know what you want to see next week. I’m trying to align this to the PIP.”</w:t>
      </w:r>
    </w:p>
    <w:p w14:paraId="005757C5" w14:textId="77777777" w:rsidR="00F76F73" w:rsidRPr="00D83531" w:rsidRDefault="00F76F73">
      <w:pPr>
        <w:rPr>
          <w:rFonts w:ascii="Times New Roman" w:hAnsi="Times New Roman" w:cs="Times New Roman"/>
        </w:rPr>
      </w:pPr>
    </w:p>
    <w:p w14:paraId="31CEC5CF" w14:textId="77777777" w:rsidR="00F76F73" w:rsidRPr="00D83531" w:rsidRDefault="00E40E2F">
      <w:pPr>
        <w:rPr>
          <w:rFonts w:ascii="Times New Roman" w:hAnsi="Times New Roman" w:cs="Times New Roman"/>
        </w:rPr>
      </w:pPr>
      <w:r w:rsidRPr="00D83531">
        <w:rPr>
          <w:rFonts w:ascii="Times New Roman" w:hAnsi="Times New Roman" w:cs="Times New Roman"/>
        </w:rPr>
        <w:t>Dana hesitated—just long enough for Alex to feel it.</w:t>
      </w:r>
    </w:p>
    <w:p w14:paraId="6487543D" w14:textId="77777777" w:rsidR="00F76F73" w:rsidRPr="00D83531" w:rsidRDefault="00E40E2F">
      <w:pPr>
        <w:rPr>
          <w:rFonts w:ascii="Times New Roman" w:hAnsi="Times New Roman" w:cs="Times New Roman"/>
        </w:rPr>
      </w:pPr>
      <w:r w:rsidRPr="00D83531">
        <w:rPr>
          <w:rFonts w:ascii="Times New Roman" w:hAnsi="Times New Roman" w:cs="Times New Roman"/>
        </w:rPr>
        <w:t>“I’ll reschedule,” she said. “Email me the key points.”</w:t>
      </w:r>
    </w:p>
    <w:p w14:paraId="36B79FAC" w14:textId="77777777" w:rsidR="00F76F73" w:rsidRPr="00D83531" w:rsidRDefault="00E40E2F">
      <w:pPr>
        <w:rPr>
          <w:rFonts w:ascii="Times New Roman" w:hAnsi="Times New Roman" w:cs="Times New Roman"/>
        </w:rPr>
      </w:pPr>
      <w:r w:rsidRPr="00D83531">
        <w:rPr>
          <w:rFonts w:ascii="Times New Roman" w:hAnsi="Times New Roman" w:cs="Times New Roman"/>
        </w:rPr>
        <w:t>Then she was gone.</w:t>
      </w:r>
    </w:p>
    <w:p w14:paraId="3D755876" w14:textId="77777777" w:rsidR="00F76F73" w:rsidRPr="00D83531" w:rsidRDefault="00F76F73">
      <w:pPr>
        <w:rPr>
          <w:rFonts w:ascii="Times New Roman" w:hAnsi="Times New Roman" w:cs="Times New Roman"/>
        </w:rPr>
      </w:pPr>
    </w:p>
    <w:p w14:paraId="59CF6B93" w14:textId="77777777" w:rsidR="00F76F73" w:rsidRPr="00D83531" w:rsidRDefault="00E40E2F">
      <w:pPr>
        <w:rPr>
          <w:rFonts w:ascii="Times New Roman" w:hAnsi="Times New Roman" w:cs="Times New Roman"/>
        </w:rPr>
      </w:pPr>
      <w:r w:rsidRPr="00D83531">
        <w:rPr>
          <w:rFonts w:ascii="Times New Roman" w:hAnsi="Times New Roman" w:cs="Times New Roman"/>
        </w:rPr>
        <w:t>Thirty minutes became three.</w:t>
      </w:r>
    </w:p>
    <w:p w14:paraId="055ED5E6" w14:textId="77777777" w:rsidR="00F76F73" w:rsidRPr="00D83531" w:rsidRDefault="00E40E2F">
      <w:pPr>
        <w:rPr>
          <w:rFonts w:ascii="Times New Roman" w:hAnsi="Times New Roman" w:cs="Times New Roman"/>
        </w:rPr>
      </w:pPr>
      <w:r w:rsidRPr="00D83531">
        <w:rPr>
          <w:rFonts w:ascii="Times New Roman" w:hAnsi="Times New Roman" w:cs="Times New Roman"/>
        </w:rPr>
        <w:t>Alex sat alone for a moment, looking at the page he’d brought in like it was a test no one planned to grade.</w:t>
      </w:r>
    </w:p>
    <w:p w14:paraId="224096D2" w14:textId="77777777" w:rsidR="00F76F73" w:rsidRPr="00D83531" w:rsidRDefault="00F76F73">
      <w:pPr>
        <w:rPr>
          <w:rFonts w:ascii="Times New Roman" w:hAnsi="Times New Roman" w:cs="Times New Roman"/>
        </w:rPr>
      </w:pPr>
    </w:p>
    <w:p w14:paraId="22E6CDF5" w14:textId="77777777" w:rsidR="00F76F73" w:rsidRPr="00D83531" w:rsidRDefault="00E40E2F">
      <w:pPr>
        <w:rPr>
          <w:rFonts w:ascii="Times New Roman" w:hAnsi="Times New Roman" w:cs="Times New Roman"/>
        </w:rPr>
      </w:pPr>
      <w:r w:rsidRPr="00D83531">
        <w:rPr>
          <w:rFonts w:ascii="Times New Roman" w:hAnsi="Times New Roman" w:cs="Times New Roman"/>
        </w:rPr>
        <w:t>He didn’t blame Dana for having an emergency.</w:t>
      </w:r>
    </w:p>
    <w:p w14:paraId="0B77F76A" w14:textId="77777777" w:rsidR="00F76F73" w:rsidRPr="00D83531" w:rsidRDefault="00E40E2F">
      <w:pPr>
        <w:rPr>
          <w:rFonts w:ascii="Times New Roman" w:hAnsi="Times New Roman" w:cs="Times New Roman"/>
        </w:rPr>
      </w:pPr>
      <w:r w:rsidRPr="00D83531">
        <w:rPr>
          <w:rFonts w:ascii="Times New Roman" w:hAnsi="Times New Roman" w:cs="Times New Roman"/>
        </w:rPr>
        <w:t>But he couldn’t ignore the pattern.</w:t>
      </w:r>
    </w:p>
    <w:p w14:paraId="145B54F5" w14:textId="77777777" w:rsidR="00F76F73" w:rsidRPr="00D83531" w:rsidRDefault="00E40E2F">
      <w:pPr>
        <w:rPr>
          <w:rFonts w:ascii="Times New Roman" w:hAnsi="Times New Roman" w:cs="Times New Roman"/>
        </w:rPr>
      </w:pPr>
      <w:r w:rsidRPr="00D83531">
        <w:rPr>
          <w:rFonts w:ascii="Times New Roman" w:hAnsi="Times New Roman" w:cs="Times New Roman"/>
        </w:rPr>
        <w:t>No one had a system for the system.</w:t>
      </w:r>
    </w:p>
    <w:p w14:paraId="0ED6FE5E" w14:textId="77777777" w:rsidR="00F76F73" w:rsidRPr="00D83531" w:rsidRDefault="00F76F73">
      <w:pPr>
        <w:rPr>
          <w:rFonts w:ascii="Times New Roman" w:hAnsi="Times New Roman" w:cs="Times New Roman"/>
        </w:rPr>
      </w:pPr>
    </w:p>
    <w:p w14:paraId="68E91AF0" w14:textId="77777777" w:rsidR="00F76F73" w:rsidRPr="00D83531" w:rsidRDefault="00E40E2F">
      <w:pPr>
        <w:rPr>
          <w:rFonts w:ascii="Times New Roman" w:hAnsi="Times New Roman" w:cs="Times New Roman"/>
        </w:rPr>
      </w:pPr>
      <w:r w:rsidRPr="00D83531">
        <w:rPr>
          <w:rFonts w:ascii="Times New Roman" w:hAnsi="Times New Roman" w:cs="Times New Roman"/>
        </w:rPr>
        <w:t>Alex gathered his papers and walked back to his desk.</w:t>
      </w:r>
    </w:p>
    <w:p w14:paraId="51BB4B45" w14:textId="77777777" w:rsidR="00F76F73" w:rsidRPr="00D83531" w:rsidRDefault="00E40E2F">
      <w:pPr>
        <w:rPr>
          <w:rFonts w:ascii="Times New Roman" w:hAnsi="Times New Roman" w:cs="Times New Roman"/>
        </w:rPr>
      </w:pPr>
      <w:r w:rsidRPr="00D83531">
        <w:rPr>
          <w:rFonts w:ascii="Times New Roman" w:hAnsi="Times New Roman" w:cs="Times New Roman"/>
        </w:rPr>
        <w:t>If the meeting wasn’t going to happen, he’d create structure anyway.</w:t>
      </w:r>
    </w:p>
    <w:p w14:paraId="194366FE" w14:textId="77777777" w:rsidR="00F76F73" w:rsidRPr="00D83531" w:rsidRDefault="00F76F73">
      <w:pPr>
        <w:rPr>
          <w:rFonts w:ascii="Times New Roman" w:hAnsi="Times New Roman" w:cs="Times New Roman"/>
        </w:rPr>
      </w:pPr>
    </w:p>
    <w:p w14:paraId="49D2D858" w14:textId="77777777" w:rsidR="00F76F73" w:rsidRPr="00D83531" w:rsidRDefault="00E40E2F">
      <w:pPr>
        <w:rPr>
          <w:rFonts w:ascii="Times New Roman" w:hAnsi="Times New Roman" w:cs="Times New Roman"/>
        </w:rPr>
      </w:pPr>
      <w:r w:rsidRPr="00D83531">
        <w:rPr>
          <w:rFonts w:ascii="Times New Roman" w:hAnsi="Times New Roman" w:cs="Times New Roman"/>
        </w:rPr>
        <w:t>He wrote the email before his courage could fade.</w:t>
      </w:r>
    </w:p>
    <w:p w14:paraId="38C2790B" w14:textId="77777777" w:rsidR="00F76F73" w:rsidRPr="00D83531" w:rsidRDefault="00F76F73">
      <w:pPr>
        <w:rPr>
          <w:rFonts w:ascii="Times New Roman" w:hAnsi="Times New Roman" w:cs="Times New Roman"/>
        </w:rPr>
      </w:pPr>
    </w:p>
    <w:p w14:paraId="17AA6301" w14:textId="77777777" w:rsidR="00F76F73" w:rsidRPr="00D83531" w:rsidRDefault="00E40E2F">
      <w:pPr>
        <w:rPr>
          <w:rFonts w:ascii="Times New Roman" w:hAnsi="Times New Roman" w:cs="Times New Roman"/>
        </w:rPr>
      </w:pPr>
      <w:r w:rsidRPr="00D83531">
        <w:rPr>
          <w:rFonts w:ascii="Times New Roman" w:hAnsi="Times New Roman" w:cs="Times New Roman"/>
          <w:sz w:val="21"/>
        </w:rPr>
        <w:t>Subject: PIP Weekly Check-In – Process Update and This Week’s Focus</w:t>
      </w:r>
      <w:r w:rsidRPr="00D83531">
        <w:rPr>
          <w:rFonts w:ascii="Times New Roman" w:hAnsi="Times New Roman" w:cs="Times New Roman"/>
          <w:sz w:val="21"/>
        </w:rPr>
        <w:br/>
      </w:r>
      <w:r w:rsidRPr="00D83531">
        <w:rPr>
          <w:rFonts w:ascii="Times New Roman" w:hAnsi="Times New Roman" w:cs="Times New Roman"/>
          <w:sz w:val="21"/>
        </w:rPr>
        <w:br/>
        <w:t>Hi Dana,</w:t>
      </w:r>
      <w:r w:rsidRPr="00D83531">
        <w:rPr>
          <w:rFonts w:ascii="Times New Roman" w:hAnsi="Times New Roman" w:cs="Times New Roman"/>
          <w:sz w:val="21"/>
        </w:rPr>
        <w:br/>
        <w:t>I understand you had to jump to a priority item.</w:t>
      </w:r>
      <w:r w:rsidRPr="00D83531">
        <w:rPr>
          <w:rFonts w:ascii="Times New Roman" w:hAnsi="Times New Roman" w:cs="Times New Roman"/>
          <w:sz w:val="21"/>
        </w:rPr>
        <w:br/>
      </w:r>
      <w:r w:rsidRPr="00D83531">
        <w:rPr>
          <w:rFonts w:ascii="Times New Roman" w:hAnsi="Times New Roman" w:cs="Times New Roman"/>
          <w:sz w:val="21"/>
        </w:rPr>
        <w:br/>
        <w:t>Here’s a quick update so we stay aligned:</w:t>
      </w:r>
      <w:r w:rsidRPr="00D83531">
        <w:rPr>
          <w:rFonts w:ascii="Times New Roman" w:hAnsi="Times New Roman" w:cs="Times New Roman"/>
          <w:sz w:val="21"/>
        </w:rPr>
        <w:br/>
      </w:r>
      <w:r w:rsidRPr="00D83531">
        <w:rPr>
          <w:rFonts w:ascii="Times New Roman" w:hAnsi="Times New Roman" w:cs="Times New Roman"/>
          <w:sz w:val="21"/>
        </w:rPr>
        <w:br/>
        <w:t>1) What I changed</w:t>
      </w:r>
      <w:r w:rsidRPr="00D83531">
        <w:rPr>
          <w:rFonts w:ascii="Times New Roman" w:hAnsi="Times New Roman" w:cs="Times New Roman"/>
          <w:sz w:val="21"/>
        </w:rPr>
        <w:br/>
        <w:t>- I built a one-page “Chain” process for discovery and handoff</w:t>
      </w:r>
      <w:r w:rsidRPr="00D83531">
        <w:rPr>
          <w:rFonts w:ascii="Times New Roman" w:hAnsi="Times New Roman" w:cs="Times New Roman"/>
          <w:sz w:val="21"/>
        </w:rPr>
        <w:br/>
        <w:t>- Focus: reduce assumptions, improve internal execution, and prevent downstream rework</w:t>
      </w:r>
      <w:r w:rsidRPr="00D83531">
        <w:rPr>
          <w:rFonts w:ascii="Times New Roman" w:hAnsi="Times New Roman" w:cs="Times New Roman"/>
          <w:sz w:val="21"/>
        </w:rPr>
        <w:br/>
      </w:r>
      <w:r w:rsidRPr="00D83531">
        <w:rPr>
          <w:rFonts w:ascii="Times New Roman" w:hAnsi="Times New Roman" w:cs="Times New Roman"/>
          <w:sz w:val="21"/>
        </w:rPr>
        <w:br/>
        <w:t>2) What I’m seeing</w:t>
      </w:r>
      <w:r w:rsidRPr="00D83531">
        <w:rPr>
          <w:rFonts w:ascii="Times New Roman" w:hAnsi="Times New Roman" w:cs="Times New Roman"/>
          <w:sz w:val="21"/>
        </w:rPr>
        <w:br/>
        <w:t>- My gaps have been less about effort and more about consistency and documentation</w:t>
      </w:r>
      <w:r w:rsidRPr="00D83531">
        <w:rPr>
          <w:rFonts w:ascii="Times New Roman" w:hAnsi="Times New Roman" w:cs="Times New Roman"/>
          <w:sz w:val="21"/>
        </w:rPr>
        <w:br/>
        <w:t>- Deals slip after discovery when ownership, constraints, and site realities aren’t confirmed</w:t>
      </w:r>
      <w:r w:rsidRPr="00D83531">
        <w:rPr>
          <w:rFonts w:ascii="Times New Roman" w:hAnsi="Times New Roman" w:cs="Times New Roman"/>
          <w:sz w:val="21"/>
        </w:rPr>
        <w:br/>
      </w:r>
      <w:r w:rsidRPr="00D83531">
        <w:rPr>
          <w:rFonts w:ascii="Times New Roman" w:hAnsi="Times New Roman" w:cs="Times New Roman"/>
          <w:sz w:val="21"/>
        </w:rPr>
        <w:br/>
        <w:t>3) What I’m doing this week</w:t>
      </w:r>
      <w:r w:rsidRPr="00D83531">
        <w:rPr>
          <w:rFonts w:ascii="Times New Roman" w:hAnsi="Times New Roman" w:cs="Times New Roman"/>
          <w:sz w:val="21"/>
        </w:rPr>
        <w:br/>
        <w:t>- Using the Chain on every active opportunity</w:t>
      </w:r>
      <w:r w:rsidRPr="00D83531">
        <w:rPr>
          <w:rFonts w:ascii="Times New Roman" w:hAnsi="Times New Roman" w:cs="Times New Roman"/>
          <w:sz w:val="21"/>
        </w:rPr>
        <w:br/>
        <w:t>- Identifying where the chain broke on my last five deals</w:t>
      </w:r>
      <w:r w:rsidRPr="00D83531">
        <w:rPr>
          <w:rFonts w:ascii="Times New Roman" w:hAnsi="Times New Roman" w:cs="Times New Roman"/>
          <w:sz w:val="21"/>
        </w:rPr>
        <w:br/>
        <w:t>- Improving handoff notes so engineering/install/support can execute without chasing me</w:t>
      </w:r>
      <w:r w:rsidRPr="00D83531">
        <w:rPr>
          <w:rFonts w:ascii="Times New Roman" w:hAnsi="Times New Roman" w:cs="Times New Roman"/>
          <w:sz w:val="21"/>
        </w:rPr>
        <w:br/>
      </w:r>
      <w:r w:rsidRPr="00D83531">
        <w:rPr>
          <w:rFonts w:ascii="Times New Roman" w:hAnsi="Times New Roman" w:cs="Times New Roman"/>
          <w:sz w:val="21"/>
        </w:rPr>
        <w:br/>
        <w:t>4) What I need from you</w:t>
      </w:r>
      <w:r w:rsidRPr="00D83531">
        <w:rPr>
          <w:rFonts w:ascii="Times New Roman" w:hAnsi="Times New Roman" w:cs="Times New Roman"/>
          <w:sz w:val="21"/>
        </w:rPr>
        <w:br/>
        <w:t>- Confirmation on priority metrics for this week’s check-in</w:t>
      </w:r>
      <w:r w:rsidRPr="00D83531">
        <w:rPr>
          <w:rFonts w:ascii="Times New Roman" w:hAnsi="Times New Roman" w:cs="Times New Roman"/>
          <w:sz w:val="21"/>
        </w:rPr>
        <w:br/>
      </w:r>
      <w:r w:rsidRPr="00D83531">
        <w:rPr>
          <w:rFonts w:ascii="Times New Roman" w:hAnsi="Times New Roman" w:cs="Times New Roman"/>
          <w:sz w:val="21"/>
        </w:rPr>
        <w:lastRenderedPageBreak/>
        <w:t>- Any expectations you want included in the weekly review</w:t>
      </w:r>
      <w:r w:rsidRPr="00D83531">
        <w:rPr>
          <w:rFonts w:ascii="Times New Roman" w:hAnsi="Times New Roman" w:cs="Times New Roman"/>
          <w:sz w:val="21"/>
        </w:rPr>
        <w:br/>
      </w:r>
      <w:r w:rsidRPr="00D83531">
        <w:rPr>
          <w:rFonts w:ascii="Times New Roman" w:hAnsi="Times New Roman" w:cs="Times New Roman"/>
          <w:sz w:val="21"/>
        </w:rPr>
        <w:br/>
        <w:t>If helpful, I can attach the one-page Chain and walk through it in 10 minutes.</w:t>
      </w:r>
      <w:r w:rsidRPr="00D83531">
        <w:rPr>
          <w:rFonts w:ascii="Times New Roman" w:hAnsi="Times New Roman" w:cs="Times New Roman"/>
          <w:sz w:val="21"/>
        </w:rPr>
        <w:br/>
      </w:r>
      <w:r w:rsidRPr="00D83531">
        <w:rPr>
          <w:rFonts w:ascii="Times New Roman" w:hAnsi="Times New Roman" w:cs="Times New Roman"/>
          <w:sz w:val="21"/>
        </w:rPr>
        <w:br/>
        <w:t>Thanks,</w:t>
      </w:r>
      <w:r w:rsidRPr="00D83531">
        <w:rPr>
          <w:rFonts w:ascii="Times New Roman" w:hAnsi="Times New Roman" w:cs="Times New Roman"/>
          <w:sz w:val="21"/>
        </w:rPr>
        <w:br/>
        <w:t>Alex</w:t>
      </w:r>
      <w:r w:rsidRPr="00D83531">
        <w:rPr>
          <w:rFonts w:ascii="Times New Roman" w:hAnsi="Times New Roman" w:cs="Times New Roman"/>
          <w:sz w:val="21"/>
        </w:rPr>
        <w:br/>
      </w:r>
    </w:p>
    <w:p w14:paraId="7EA4E631" w14:textId="77777777" w:rsidR="00F76F73" w:rsidRPr="00D83531" w:rsidRDefault="00F76F73">
      <w:pPr>
        <w:rPr>
          <w:rFonts w:ascii="Times New Roman" w:hAnsi="Times New Roman" w:cs="Times New Roman"/>
        </w:rPr>
      </w:pPr>
    </w:p>
    <w:p w14:paraId="171FD4EC" w14:textId="77777777" w:rsidR="00F76F73" w:rsidRPr="00D83531" w:rsidRDefault="00E40E2F">
      <w:pPr>
        <w:rPr>
          <w:rFonts w:ascii="Times New Roman" w:hAnsi="Times New Roman" w:cs="Times New Roman"/>
        </w:rPr>
      </w:pPr>
      <w:r w:rsidRPr="00D83531">
        <w:rPr>
          <w:rFonts w:ascii="Times New Roman" w:hAnsi="Times New Roman" w:cs="Times New Roman"/>
        </w:rPr>
        <w:t>He read it twice, then hit Send.</w:t>
      </w:r>
    </w:p>
    <w:p w14:paraId="3B382399" w14:textId="77777777" w:rsidR="00F76F73" w:rsidRPr="00D83531" w:rsidRDefault="00E40E2F">
      <w:pPr>
        <w:rPr>
          <w:rFonts w:ascii="Times New Roman" w:hAnsi="Times New Roman" w:cs="Times New Roman"/>
        </w:rPr>
      </w:pPr>
      <w:r w:rsidRPr="00D83531">
        <w:rPr>
          <w:rFonts w:ascii="Times New Roman" w:hAnsi="Times New Roman" w:cs="Times New Roman"/>
        </w:rPr>
        <w:t>It wasn’t emotional. It wasn’t defensive.</w:t>
      </w:r>
    </w:p>
    <w:p w14:paraId="73BA7175" w14:textId="77777777" w:rsidR="00F76F73" w:rsidRPr="00D83531" w:rsidRDefault="00E40E2F">
      <w:pPr>
        <w:rPr>
          <w:rFonts w:ascii="Times New Roman" w:hAnsi="Times New Roman" w:cs="Times New Roman"/>
        </w:rPr>
      </w:pPr>
      <w:r w:rsidRPr="00D83531">
        <w:rPr>
          <w:rFonts w:ascii="Times New Roman" w:hAnsi="Times New Roman" w:cs="Times New Roman"/>
        </w:rPr>
        <w:t>It was repeatable.</w:t>
      </w:r>
    </w:p>
    <w:p w14:paraId="529F7D47" w14:textId="77777777" w:rsidR="00F76F73" w:rsidRPr="00D83531" w:rsidRDefault="00F76F73">
      <w:pPr>
        <w:rPr>
          <w:rFonts w:ascii="Times New Roman" w:hAnsi="Times New Roman" w:cs="Times New Roman"/>
        </w:rPr>
      </w:pPr>
    </w:p>
    <w:p w14:paraId="4B95FCA9" w14:textId="77777777" w:rsidR="00F76F73" w:rsidRPr="00D83531" w:rsidRDefault="00E40E2F">
      <w:pPr>
        <w:rPr>
          <w:rFonts w:ascii="Times New Roman" w:hAnsi="Times New Roman" w:cs="Times New Roman"/>
        </w:rPr>
      </w:pPr>
      <w:r w:rsidRPr="00D83531">
        <w:rPr>
          <w:rFonts w:ascii="Times New Roman" w:hAnsi="Times New Roman" w:cs="Times New Roman"/>
        </w:rPr>
        <w:t>The next morning, Alex arrived at Rosie’s fifteen minutes early.</w:t>
      </w:r>
    </w:p>
    <w:p w14:paraId="540AC080" w14:textId="77777777" w:rsidR="00F76F73" w:rsidRPr="00D83531" w:rsidRDefault="00F76F73">
      <w:pPr>
        <w:rPr>
          <w:rFonts w:ascii="Times New Roman" w:hAnsi="Times New Roman" w:cs="Times New Roman"/>
        </w:rPr>
      </w:pPr>
    </w:p>
    <w:p w14:paraId="3B87D7ED" w14:textId="77777777" w:rsidR="00F76F73" w:rsidRPr="00D83531" w:rsidRDefault="00E40E2F">
      <w:pPr>
        <w:rPr>
          <w:rFonts w:ascii="Times New Roman" w:hAnsi="Times New Roman" w:cs="Times New Roman"/>
        </w:rPr>
      </w:pPr>
      <w:r w:rsidRPr="00D83531">
        <w:rPr>
          <w:rFonts w:ascii="Times New Roman" w:hAnsi="Times New Roman" w:cs="Times New Roman"/>
        </w:rPr>
        <w:t>The Chain page was folded in his pocket like a rule.</w:t>
      </w:r>
    </w:p>
    <w:p w14:paraId="65736860" w14:textId="77777777" w:rsidR="00F76F73" w:rsidRPr="00D83531" w:rsidRDefault="00F76F73">
      <w:pPr>
        <w:rPr>
          <w:rFonts w:ascii="Times New Roman" w:hAnsi="Times New Roman" w:cs="Times New Roman"/>
        </w:rPr>
      </w:pPr>
    </w:p>
    <w:p w14:paraId="17781D71" w14:textId="77777777" w:rsidR="00F76F73" w:rsidRPr="00D83531" w:rsidRDefault="00E40E2F">
      <w:pPr>
        <w:rPr>
          <w:rFonts w:ascii="Times New Roman" w:hAnsi="Times New Roman" w:cs="Times New Roman"/>
        </w:rPr>
      </w:pPr>
      <w:r w:rsidRPr="00D83531">
        <w:rPr>
          <w:rFonts w:ascii="Times New Roman" w:hAnsi="Times New Roman" w:cs="Times New Roman"/>
        </w:rPr>
        <w:t>When Peter slid into the booth at 8:00 sharp, Alex pulled the page out and set it on the table.</w:t>
      </w:r>
    </w:p>
    <w:p w14:paraId="760E4779" w14:textId="77777777" w:rsidR="00F76F73" w:rsidRPr="00D83531" w:rsidRDefault="00F76F73">
      <w:pPr>
        <w:rPr>
          <w:rFonts w:ascii="Times New Roman" w:hAnsi="Times New Roman" w:cs="Times New Roman"/>
        </w:rPr>
      </w:pPr>
    </w:p>
    <w:p w14:paraId="1CD8DB7B" w14:textId="77777777" w:rsidR="00F76F73" w:rsidRPr="00D83531" w:rsidRDefault="00E40E2F">
      <w:pPr>
        <w:rPr>
          <w:rFonts w:ascii="Times New Roman" w:hAnsi="Times New Roman" w:cs="Times New Roman"/>
        </w:rPr>
      </w:pPr>
      <w:r w:rsidRPr="00D83531">
        <w:rPr>
          <w:rFonts w:ascii="Times New Roman" w:hAnsi="Times New Roman" w:cs="Times New Roman"/>
        </w:rPr>
        <w:t>“I tried it,” Alex said. “I built a chain. It helped.”</w:t>
      </w:r>
    </w:p>
    <w:p w14:paraId="4668AE2A" w14:textId="77777777" w:rsidR="00F76F73" w:rsidRPr="00D83531" w:rsidRDefault="00F76F73">
      <w:pPr>
        <w:rPr>
          <w:rFonts w:ascii="Times New Roman" w:hAnsi="Times New Roman" w:cs="Times New Roman"/>
        </w:rPr>
      </w:pPr>
    </w:p>
    <w:p w14:paraId="38EE48BD" w14:textId="77777777" w:rsidR="00F76F73" w:rsidRPr="00D83531" w:rsidRDefault="00E40E2F">
      <w:pPr>
        <w:rPr>
          <w:rFonts w:ascii="Times New Roman" w:hAnsi="Times New Roman" w:cs="Times New Roman"/>
        </w:rPr>
      </w:pPr>
      <w:r w:rsidRPr="00D83531">
        <w:rPr>
          <w:rFonts w:ascii="Times New Roman" w:hAnsi="Times New Roman" w:cs="Times New Roman"/>
        </w:rPr>
        <w:t>Peter looked at the page, then up at Alex.</w:t>
      </w:r>
    </w:p>
    <w:p w14:paraId="28695F71" w14:textId="77777777" w:rsidR="00F76F73" w:rsidRPr="00D83531" w:rsidRDefault="00E40E2F">
      <w:pPr>
        <w:rPr>
          <w:rFonts w:ascii="Times New Roman" w:hAnsi="Times New Roman" w:cs="Times New Roman"/>
        </w:rPr>
      </w:pPr>
      <w:r w:rsidRPr="00D83531">
        <w:rPr>
          <w:rFonts w:ascii="Times New Roman" w:hAnsi="Times New Roman" w:cs="Times New Roman"/>
        </w:rPr>
        <w:t>“And?” Peter asked.</w:t>
      </w:r>
    </w:p>
    <w:p w14:paraId="6D7F314A" w14:textId="77777777" w:rsidR="00F76F73" w:rsidRPr="00D83531" w:rsidRDefault="00F76F73">
      <w:pPr>
        <w:rPr>
          <w:rFonts w:ascii="Times New Roman" w:hAnsi="Times New Roman" w:cs="Times New Roman"/>
        </w:rPr>
      </w:pPr>
    </w:p>
    <w:p w14:paraId="4392C969" w14:textId="77777777" w:rsidR="00F76F73" w:rsidRPr="00D83531" w:rsidRDefault="00E40E2F">
      <w:pPr>
        <w:rPr>
          <w:rFonts w:ascii="Times New Roman" w:hAnsi="Times New Roman" w:cs="Times New Roman"/>
        </w:rPr>
      </w:pPr>
      <w:r w:rsidRPr="00D83531">
        <w:rPr>
          <w:rFonts w:ascii="Times New Roman" w:hAnsi="Times New Roman" w:cs="Times New Roman"/>
        </w:rPr>
        <w:t>Alex swallowed. “And my company doesn’t have a system for the chain. My check-in got cut short. I sent an email just to keep structure.”</w:t>
      </w:r>
    </w:p>
    <w:p w14:paraId="71459FC7" w14:textId="77777777" w:rsidR="00F76F73" w:rsidRPr="00D83531" w:rsidRDefault="00F76F73">
      <w:pPr>
        <w:rPr>
          <w:rFonts w:ascii="Times New Roman" w:hAnsi="Times New Roman" w:cs="Times New Roman"/>
        </w:rPr>
      </w:pPr>
    </w:p>
    <w:p w14:paraId="170F7EF2" w14:textId="77777777" w:rsidR="00F76F73" w:rsidRPr="00D83531" w:rsidRDefault="00E40E2F">
      <w:pPr>
        <w:rPr>
          <w:rFonts w:ascii="Times New Roman" w:hAnsi="Times New Roman" w:cs="Times New Roman"/>
        </w:rPr>
      </w:pPr>
      <w:r w:rsidRPr="00D83531">
        <w:rPr>
          <w:rFonts w:ascii="Times New Roman" w:hAnsi="Times New Roman" w:cs="Times New Roman"/>
        </w:rPr>
        <w:t>Peter nodded slowly, like that didn’t surprise him.</w:t>
      </w:r>
    </w:p>
    <w:p w14:paraId="4885C1E3" w14:textId="77777777" w:rsidR="00F76F73" w:rsidRPr="00D83531" w:rsidRDefault="00E40E2F">
      <w:pPr>
        <w:rPr>
          <w:rFonts w:ascii="Times New Roman" w:hAnsi="Times New Roman" w:cs="Times New Roman"/>
        </w:rPr>
      </w:pPr>
      <w:r w:rsidRPr="00D83531">
        <w:rPr>
          <w:rFonts w:ascii="Times New Roman" w:hAnsi="Times New Roman" w:cs="Times New Roman"/>
        </w:rPr>
        <w:t>“Good,” Peter said. “Now you’re seeing it clearly.”</w:t>
      </w:r>
    </w:p>
    <w:p w14:paraId="4E6BEF3D" w14:textId="77777777" w:rsidR="00F76F73" w:rsidRPr="00D83531" w:rsidRDefault="00F76F73">
      <w:pPr>
        <w:rPr>
          <w:rFonts w:ascii="Times New Roman" w:hAnsi="Times New Roman" w:cs="Times New Roman"/>
        </w:rPr>
      </w:pPr>
    </w:p>
    <w:p w14:paraId="1DC5E5D5" w14:textId="77777777" w:rsidR="00F76F73" w:rsidRPr="00D83531" w:rsidRDefault="00E40E2F">
      <w:pPr>
        <w:rPr>
          <w:rFonts w:ascii="Times New Roman" w:hAnsi="Times New Roman" w:cs="Times New Roman"/>
        </w:rPr>
      </w:pPr>
      <w:r w:rsidRPr="00D83531">
        <w:rPr>
          <w:rFonts w:ascii="Times New Roman" w:hAnsi="Times New Roman" w:cs="Times New Roman"/>
        </w:rPr>
        <w:lastRenderedPageBreak/>
        <w:t>Alex frowned. “Seeing what?”</w:t>
      </w:r>
    </w:p>
    <w:p w14:paraId="4C0EDAB8" w14:textId="77777777" w:rsidR="00F76F73" w:rsidRPr="00D83531" w:rsidRDefault="00F76F73">
      <w:pPr>
        <w:rPr>
          <w:rFonts w:ascii="Times New Roman" w:hAnsi="Times New Roman" w:cs="Times New Roman"/>
        </w:rPr>
      </w:pPr>
    </w:p>
    <w:p w14:paraId="70E9A37A" w14:textId="77777777" w:rsidR="00F76F73" w:rsidRPr="00D83531" w:rsidRDefault="00E40E2F">
      <w:pPr>
        <w:rPr>
          <w:rFonts w:ascii="Times New Roman" w:hAnsi="Times New Roman" w:cs="Times New Roman"/>
        </w:rPr>
      </w:pPr>
      <w:r w:rsidRPr="00D83531">
        <w:rPr>
          <w:rFonts w:ascii="Times New Roman" w:hAnsi="Times New Roman" w:cs="Times New Roman"/>
        </w:rPr>
        <w:t>Peter leaned back, gaze drifting past the window like he was watching something play out again.</w:t>
      </w:r>
    </w:p>
    <w:p w14:paraId="4E3168F8" w14:textId="77777777" w:rsidR="00F76F73" w:rsidRPr="00D83531" w:rsidRDefault="00F76F73">
      <w:pPr>
        <w:rPr>
          <w:rFonts w:ascii="Times New Roman" w:hAnsi="Times New Roman" w:cs="Times New Roman"/>
        </w:rPr>
      </w:pPr>
    </w:p>
    <w:p w14:paraId="5894D06D" w14:textId="77777777" w:rsidR="00F76F73" w:rsidRPr="00D83531" w:rsidRDefault="00E40E2F">
      <w:pPr>
        <w:rPr>
          <w:rFonts w:ascii="Times New Roman" w:hAnsi="Times New Roman" w:cs="Times New Roman"/>
        </w:rPr>
      </w:pPr>
      <w:r w:rsidRPr="00D83531">
        <w:rPr>
          <w:rFonts w:ascii="Times New Roman" w:hAnsi="Times New Roman" w:cs="Times New Roman"/>
        </w:rPr>
        <w:t>“The same thing Mark and James were about to face,” Peter said. “Because after apprenticeships—after Jacobs and Eddie—they decided to start a business together.”</w:t>
      </w:r>
    </w:p>
    <w:p w14:paraId="600CD9BC" w14:textId="77777777" w:rsidR="00F76F73" w:rsidRPr="00D83531" w:rsidRDefault="00F76F73">
      <w:pPr>
        <w:rPr>
          <w:rFonts w:ascii="Times New Roman" w:hAnsi="Times New Roman" w:cs="Times New Roman"/>
        </w:rPr>
      </w:pPr>
    </w:p>
    <w:p w14:paraId="6809EFF7" w14:textId="77777777" w:rsidR="00F76F73" w:rsidRPr="00D83531" w:rsidRDefault="00E40E2F">
      <w:pPr>
        <w:rPr>
          <w:rFonts w:ascii="Times New Roman" w:hAnsi="Times New Roman" w:cs="Times New Roman"/>
        </w:rPr>
      </w:pPr>
      <w:r w:rsidRPr="00D83531">
        <w:rPr>
          <w:rFonts w:ascii="Times New Roman" w:hAnsi="Times New Roman" w:cs="Times New Roman"/>
        </w:rPr>
        <w:t>Peter tapped the folded page once.</w:t>
      </w:r>
    </w:p>
    <w:p w14:paraId="6047BB6F" w14:textId="77777777" w:rsidR="00F76F73" w:rsidRDefault="00E40E2F">
      <w:pPr>
        <w:rPr>
          <w:rFonts w:ascii="Times New Roman" w:hAnsi="Times New Roman" w:cs="Times New Roman"/>
        </w:rPr>
      </w:pPr>
      <w:r w:rsidRPr="00D83531">
        <w:rPr>
          <w:rFonts w:ascii="Times New Roman" w:hAnsi="Times New Roman" w:cs="Times New Roman"/>
        </w:rPr>
        <w:t>“And that,” he said, “is where systems stop being a good idea… and start becoming a fight.”</w:t>
      </w:r>
    </w:p>
    <w:p w14:paraId="631B399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didn’t reach for the paper right away. He let it sit between them like it was something that could change the weather if handled wrong.</w:t>
      </w:r>
    </w:p>
    <w:p w14:paraId="267E33E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 want to know why this matters,” Peter said, voice steady. “Because you just did something most people won’t do.”</w:t>
      </w:r>
    </w:p>
    <w:p w14:paraId="529AB03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Alex’s throat tightened. “What?”</w:t>
      </w:r>
    </w:p>
    <w:p w14:paraId="1365F7E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 introduced friction on purpose.”</w:t>
      </w:r>
    </w:p>
    <w:p w14:paraId="49E44A4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Alex stared at him. He wanted to argue. He wanted to say, </w:t>
      </w:r>
      <w:proofErr w:type="gramStart"/>
      <w:r w:rsidRPr="008D4D31">
        <w:rPr>
          <w:rFonts w:ascii="Times New Roman" w:eastAsia="Times New Roman" w:hAnsi="Times New Roman" w:cs="Times New Roman"/>
          <w:sz w:val="24"/>
          <w:szCs w:val="24"/>
        </w:rPr>
        <w:t>No</w:t>
      </w:r>
      <w:proofErr w:type="gramEnd"/>
      <w:r w:rsidRPr="008D4D31">
        <w:rPr>
          <w:rFonts w:ascii="Times New Roman" w:eastAsia="Times New Roman" w:hAnsi="Times New Roman" w:cs="Times New Roman"/>
          <w:sz w:val="24"/>
          <w:szCs w:val="24"/>
        </w:rPr>
        <w:t>, I introduced logic</w:t>
      </w:r>
      <w:proofErr w:type="gramStart"/>
      <w:r w:rsidRPr="008D4D31">
        <w:rPr>
          <w:rFonts w:ascii="Times New Roman" w:eastAsia="Times New Roman" w:hAnsi="Times New Roman" w:cs="Times New Roman"/>
          <w:sz w:val="24"/>
          <w:szCs w:val="24"/>
        </w:rPr>
        <w:t>.</w:t>
      </w:r>
      <w:proofErr w:type="gramEnd"/>
      <w:r w:rsidRPr="008D4D31">
        <w:rPr>
          <w:rFonts w:ascii="Times New Roman" w:eastAsia="Times New Roman" w:hAnsi="Times New Roman" w:cs="Times New Roman"/>
          <w:sz w:val="24"/>
          <w:szCs w:val="24"/>
        </w:rPr>
        <w:t xml:space="preserve"> I introduced sanity. But that wasn’t how it felt in </w:t>
      </w:r>
      <w:proofErr w:type="gramStart"/>
      <w:r w:rsidRPr="008D4D31">
        <w:rPr>
          <w:rFonts w:ascii="Times New Roman" w:eastAsia="Times New Roman" w:hAnsi="Times New Roman" w:cs="Times New Roman"/>
          <w:sz w:val="24"/>
          <w:szCs w:val="24"/>
        </w:rPr>
        <w:t>the</w:t>
      </w:r>
      <w:proofErr w:type="gramEnd"/>
      <w:r w:rsidRPr="008D4D31">
        <w:rPr>
          <w:rFonts w:ascii="Times New Roman" w:eastAsia="Times New Roman" w:hAnsi="Times New Roman" w:cs="Times New Roman"/>
          <w:sz w:val="24"/>
          <w:szCs w:val="24"/>
        </w:rPr>
        <w:t xml:space="preserve"> moment. In the moment it felt like stepping in front of a moving truck.</w:t>
      </w:r>
    </w:p>
    <w:p w14:paraId="5602A58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nodded toward the diner window. “Your company is wired for speed, not clarity. Speed feels like progress until it becomes rework.”</w:t>
      </w:r>
    </w:p>
    <w:p w14:paraId="3E9582D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exhaled. “</w:t>
      </w:r>
      <w:proofErr w:type="gramStart"/>
      <w:r w:rsidRPr="008D4D31">
        <w:rPr>
          <w:rFonts w:ascii="Times New Roman" w:eastAsia="Times New Roman" w:hAnsi="Times New Roman" w:cs="Times New Roman"/>
          <w:sz w:val="24"/>
          <w:szCs w:val="24"/>
        </w:rPr>
        <w:t>So</w:t>
      </w:r>
      <w:proofErr w:type="gramEnd"/>
      <w:r w:rsidRPr="008D4D31">
        <w:rPr>
          <w:rFonts w:ascii="Times New Roman" w:eastAsia="Times New Roman" w:hAnsi="Times New Roman" w:cs="Times New Roman"/>
          <w:sz w:val="24"/>
          <w:szCs w:val="24"/>
        </w:rPr>
        <w:t xml:space="preserve"> what do I do? I can’t afford to be the ‘difficult’ guy.”</w:t>
      </w:r>
    </w:p>
    <w:p w14:paraId="08CA291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leaned forward, lowering his voice as if the booth itself might be listening. “You don’t need to be difficult. You need to be specific.”</w:t>
      </w:r>
    </w:p>
    <w:p w14:paraId="4E95F6F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frowned. “Specific how?”</w:t>
      </w:r>
    </w:p>
    <w:p w14:paraId="6A2F7B3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tapped the folded page. “The Chain isn’t a document. It’s a decision. Every time you speak up, you’re choosing clarity over comfort.”</w:t>
      </w:r>
    </w:p>
    <w:p w14:paraId="3A974DB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Alex swallowed. His mind flashed back to the Teams messages. The tension in Maria’s voice. Sam’s tired stare. Devin’s </w:t>
      </w:r>
      <w:proofErr w:type="gramStart"/>
      <w:r w:rsidRPr="008D4D31">
        <w:rPr>
          <w:rFonts w:ascii="Times New Roman" w:eastAsia="Times New Roman" w:hAnsi="Times New Roman" w:cs="Times New Roman"/>
          <w:sz w:val="24"/>
          <w:szCs w:val="24"/>
        </w:rPr>
        <w:t>laugh that</w:t>
      </w:r>
      <w:proofErr w:type="gramEnd"/>
      <w:r w:rsidRPr="008D4D31">
        <w:rPr>
          <w:rFonts w:ascii="Times New Roman" w:eastAsia="Times New Roman" w:hAnsi="Times New Roman" w:cs="Times New Roman"/>
          <w:sz w:val="24"/>
          <w:szCs w:val="24"/>
        </w:rPr>
        <w:t xml:space="preserve"> wasn’t really a laugh.</w:t>
      </w:r>
    </w:p>
    <w:p w14:paraId="598C4F2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“And my manager?” Alex asked. “Dana didn’t even finish the check-in.”</w:t>
      </w:r>
    </w:p>
    <w:p w14:paraId="76C63CF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Peter’s eyes didn’t move. “That’s what’s going to test you. Not the checklist. The culture.”</w:t>
      </w:r>
    </w:p>
    <w:p w14:paraId="2E1D1AA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Alex stared into his coffee. It </w:t>
      </w:r>
      <w:proofErr w:type="gramStart"/>
      <w:r w:rsidRPr="008D4D31">
        <w:rPr>
          <w:rFonts w:ascii="Times New Roman" w:eastAsia="Times New Roman" w:hAnsi="Times New Roman" w:cs="Times New Roman"/>
          <w:sz w:val="24"/>
          <w:szCs w:val="24"/>
        </w:rPr>
        <w:t>had cooled</w:t>
      </w:r>
      <w:proofErr w:type="gramEnd"/>
      <w:r w:rsidRPr="008D4D31">
        <w:rPr>
          <w:rFonts w:ascii="Times New Roman" w:eastAsia="Times New Roman" w:hAnsi="Times New Roman" w:cs="Times New Roman"/>
          <w:sz w:val="24"/>
          <w:szCs w:val="24"/>
        </w:rPr>
        <w:t xml:space="preserve">. He didn’t remember taking more than two </w:t>
      </w:r>
      <w:proofErr w:type="gramStart"/>
      <w:r w:rsidRPr="008D4D31">
        <w:rPr>
          <w:rFonts w:ascii="Times New Roman" w:eastAsia="Times New Roman" w:hAnsi="Times New Roman" w:cs="Times New Roman"/>
          <w:sz w:val="24"/>
          <w:szCs w:val="24"/>
        </w:rPr>
        <w:t>sips</w:t>
      </w:r>
      <w:proofErr w:type="gramEnd"/>
      <w:r w:rsidRPr="008D4D31">
        <w:rPr>
          <w:rFonts w:ascii="Times New Roman" w:eastAsia="Times New Roman" w:hAnsi="Times New Roman" w:cs="Times New Roman"/>
          <w:sz w:val="24"/>
          <w:szCs w:val="24"/>
        </w:rPr>
        <w:t>.</w:t>
      </w:r>
    </w:p>
    <w:p w14:paraId="2D956E5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“I’m trying to save my job,” he said quietly. “I don’t have time to fight the whole company.”</w:t>
      </w:r>
    </w:p>
    <w:p w14:paraId="58B6AD0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nodded once. “You’re not fighting the company. You’re fighting one moment at a time.”</w:t>
      </w:r>
    </w:p>
    <w:p w14:paraId="731828C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looked up. “What does that mean?”</w:t>
      </w:r>
    </w:p>
    <w:p w14:paraId="00E1283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Peter’s voice stayed calm. “It means you stop making promises you can’t defend. It means you stop protecting other people from reality. It means you start saying one sentence you’ve avoided your whole life.”</w:t>
      </w:r>
    </w:p>
    <w:p w14:paraId="58D0C29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Alex’s stomach tightened. “What sentence?”</w:t>
      </w:r>
    </w:p>
    <w:p w14:paraId="5BC5D0F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didn’t answer immediately. He watched Alex’s face like he was deciding how honest he could afford to be.</w:t>
      </w:r>
    </w:p>
    <w:p w14:paraId="4EEE0B7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Then he said it.</w:t>
      </w:r>
    </w:p>
    <w:p w14:paraId="1D3B950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 can’t commit to that yet. I need two facts first.”</w:t>
      </w:r>
    </w:p>
    <w:p w14:paraId="11CFEBA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felt the discomfort hit his chest, sharp and immediate. He could already hear the pushback. The impatience. The eye rolls. The risk.</w:t>
      </w:r>
    </w:p>
    <w:p w14:paraId="708F560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nodded like he could see the same thing playing in Alex’s head.</w:t>
      </w:r>
    </w:p>
    <w:p w14:paraId="45E442E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“That sentence,” Peter said, “is where Mark and James split, long before they ever split.”</w:t>
      </w:r>
    </w:p>
    <w:p w14:paraId="60E680C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blinked. “They split over a sentence?”</w:t>
      </w:r>
    </w:p>
    <w:p w14:paraId="05E7911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“They split over what it represented,” Peter said. “Mark wanted work that could be repeated. James wanted work that could be escaped from.”</w:t>
      </w:r>
    </w:p>
    <w:p w14:paraId="1FB4D7D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leaned back, trying to understand, trying to apply it. Trying not to panic.</w:t>
      </w:r>
    </w:p>
    <w:p w14:paraId="77C8784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lifted his coffee. “Let me show you what I mean.”</w:t>
      </w:r>
    </w:p>
    <w:p w14:paraId="60BBA96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He paused, and the </w:t>
      </w:r>
      <w:proofErr w:type="gramStart"/>
      <w:r w:rsidRPr="008D4D31">
        <w:rPr>
          <w:rFonts w:ascii="Times New Roman" w:eastAsia="Times New Roman" w:hAnsi="Times New Roman" w:cs="Times New Roman"/>
          <w:sz w:val="24"/>
          <w:szCs w:val="24"/>
        </w:rPr>
        <w:t>diner</w:t>
      </w:r>
      <w:proofErr w:type="gramEnd"/>
      <w:r w:rsidRPr="008D4D31">
        <w:rPr>
          <w:rFonts w:ascii="Times New Roman" w:eastAsia="Times New Roman" w:hAnsi="Times New Roman" w:cs="Times New Roman"/>
          <w:sz w:val="24"/>
          <w:szCs w:val="24"/>
        </w:rPr>
        <w:t xml:space="preserve"> noise seemed to fade around the booth, like the world was making room for what came next.</w:t>
      </w:r>
    </w:p>
    <w:p w14:paraId="1A5E3A9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first fight,” Peter said, “didn’t happen in a boardroom.”</w:t>
      </w:r>
    </w:p>
    <w:p w14:paraId="2BF9B354" w14:textId="77777777" w:rsidR="008D4D31" w:rsidRPr="008D4D31" w:rsidRDefault="008D4D31" w:rsidP="008D4D31">
      <w:pPr>
        <w:spacing w:after="0"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pict w14:anchorId="60B35D4C">
          <v:rect id="_x0000_i1025" style="width:0;height:1.5pt" o:hralign="center" o:hrstd="t" o:hr="t" fillcolor="#a0a0a0" stroked="f"/>
        </w:pict>
      </w:r>
    </w:p>
    <w:p w14:paraId="25617183" w14:textId="77777777" w:rsidR="008D4D31" w:rsidRPr="008D4D31" w:rsidRDefault="008D4D31" w:rsidP="008D4D31">
      <w:pPr>
        <w:spacing w:before="100" w:beforeAutospacing="1" w:after="100" w:afterAutospacing="1" w:line="240" w:lineRule="auto"/>
        <w:outlineLvl w:val="3"/>
        <w:rPr>
          <w:rFonts w:ascii="Times New Roman" w:eastAsia="Times New Roman" w:hAnsi="Times New Roman" w:cs="Times New Roman"/>
          <w:b/>
          <w:bCs/>
          <w:sz w:val="24"/>
          <w:szCs w:val="24"/>
        </w:rPr>
      </w:pPr>
      <w:r w:rsidRPr="008D4D31">
        <w:rPr>
          <w:rFonts w:ascii="Times New Roman" w:eastAsia="Times New Roman" w:hAnsi="Times New Roman" w:cs="Times New Roman"/>
          <w:b/>
          <w:bCs/>
          <w:sz w:val="24"/>
          <w:szCs w:val="24"/>
        </w:rPr>
        <w:lastRenderedPageBreak/>
        <w:t>Five Years Earlier: Lunch with Mark and James</w:t>
      </w:r>
    </w:p>
    <w:p w14:paraId="264C79D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Mark sat at the booth with his back to the wall, a habit he’d picked up without realizing it. He liked seeing the door. </w:t>
      </w:r>
      <w:proofErr w:type="gramStart"/>
      <w:r w:rsidRPr="008D4D31">
        <w:rPr>
          <w:rFonts w:ascii="Times New Roman" w:eastAsia="Times New Roman" w:hAnsi="Times New Roman" w:cs="Times New Roman"/>
          <w:sz w:val="24"/>
          <w:szCs w:val="24"/>
        </w:rPr>
        <w:t>Liked</w:t>
      </w:r>
      <w:proofErr w:type="gramEnd"/>
      <w:r w:rsidRPr="008D4D31">
        <w:rPr>
          <w:rFonts w:ascii="Times New Roman" w:eastAsia="Times New Roman" w:hAnsi="Times New Roman" w:cs="Times New Roman"/>
          <w:sz w:val="24"/>
          <w:szCs w:val="24"/>
        </w:rPr>
        <w:t xml:space="preserve"> knowing what was coming.</w:t>
      </w:r>
    </w:p>
    <w:p w14:paraId="5EEA2ED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slid in across from him, smelling faintly of solder and sweat and the sharp bite of energy drink. He dropped his keys onto the table too hard, then pulled his baseball cap off like it was choking him.</w:t>
      </w:r>
    </w:p>
    <w:p w14:paraId="5914388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studied him.</w:t>
      </w:r>
    </w:p>
    <w:p w14:paraId="77CABE3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wasn’t angry yet. Not fully.</w:t>
      </w:r>
    </w:p>
    <w:p w14:paraId="37EFE58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But he was close.</w:t>
      </w:r>
    </w:p>
    <w:p w14:paraId="0946141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“You’re late,” Mark said.</w:t>
      </w:r>
    </w:p>
    <w:p w14:paraId="607D5CD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threw him a look. “I’m busy.”</w:t>
      </w:r>
    </w:p>
    <w:p w14:paraId="4460986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didn’t flinch. “We said noon.”</w:t>
      </w:r>
    </w:p>
    <w:p w14:paraId="48C4570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leaned forward, elbows on the table. “You want to play timekeeper, go work for Jacobs.”</w:t>
      </w:r>
    </w:p>
    <w:p w14:paraId="2F4B81A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That stung, and Mark felt it. He kept his face neutral anyway.</w:t>
      </w:r>
    </w:p>
    <w:p w14:paraId="7EBADDC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He didn’t want to fight. He wanted to </w:t>
      </w:r>
      <w:proofErr w:type="gramStart"/>
      <w:r w:rsidRPr="008D4D31">
        <w:rPr>
          <w:rFonts w:ascii="Times New Roman" w:eastAsia="Times New Roman" w:hAnsi="Times New Roman" w:cs="Times New Roman"/>
          <w:sz w:val="24"/>
          <w:szCs w:val="24"/>
        </w:rPr>
        <w:t>fix</w:t>
      </w:r>
      <w:proofErr w:type="gramEnd"/>
      <w:r w:rsidRPr="008D4D31">
        <w:rPr>
          <w:rFonts w:ascii="Times New Roman" w:eastAsia="Times New Roman" w:hAnsi="Times New Roman" w:cs="Times New Roman"/>
          <w:sz w:val="24"/>
          <w:szCs w:val="24"/>
        </w:rPr>
        <w:t>.</w:t>
      </w:r>
    </w:p>
    <w:p w14:paraId="61DA246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But he was learning that wanting wasn’t enough.</w:t>
      </w:r>
    </w:p>
    <w:p w14:paraId="08B2936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 waitress came by, took their order. James didn’t look at the menu. Mark did. That alone felt like a metaphor neither of them wanted to name.</w:t>
      </w:r>
    </w:p>
    <w:p w14:paraId="45CD9B0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When the waitress left, James leaned back and ran a hand down his face.</w:t>
      </w:r>
    </w:p>
    <w:p w14:paraId="7BC22A3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 know what happened this morning?” he said, voice tight.</w:t>
      </w:r>
    </w:p>
    <w:p w14:paraId="62DB9BA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didn’t answer. He waited.</w:t>
      </w:r>
    </w:p>
    <w:p w14:paraId="1DEE93A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James’s eyes tracked the window, then came back. “We were supposed to start the McKenna job at eight. Eight. The homeowner took off work. The drywall guy was scheduled. Everything lined up.”</w:t>
      </w:r>
    </w:p>
    <w:p w14:paraId="64A36CE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nodded slowly. “Okay.”</w:t>
      </w:r>
    </w:p>
    <w:p w14:paraId="6C95775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James’s jaw clenched. “Eddie didn’t have the part.”</w:t>
      </w:r>
    </w:p>
    <w:p w14:paraId="3D11136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Mark blinked once. “What part?”</w:t>
      </w:r>
    </w:p>
    <w:p w14:paraId="5321865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“That’s my point,” James snapped. “I don’t know. He didn’t know. It wasn’t in the truck. It wasn’t at the shop. </w:t>
      </w:r>
      <w:proofErr w:type="gramStart"/>
      <w:r w:rsidRPr="008D4D31">
        <w:rPr>
          <w:rFonts w:ascii="Times New Roman" w:eastAsia="Times New Roman" w:hAnsi="Times New Roman" w:cs="Times New Roman"/>
          <w:sz w:val="24"/>
          <w:szCs w:val="24"/>
        </w:rPr>
        <w:t>So</w:t>
      </w:r>
      <w:proofErr w:type="gramEnd"/>
      <w:r w:rsidRPr="008D4D31">
        <w:rPr>
          <w:rFonts w:ascii="Times New Roman" w:eastAsia="Times New Roman" w:hAnsi="Times New Roman" w:cs="Times New Roman"/>
          <w:sz w:val="24"/>
          <w:szCs w:val="24"/>
        </w:rPr>
        <w:t xml:space="preserve"> we </w:t>
      </w:r>
      <w:proofErr w:type="gramStart"/>
      <w:r w:rsidRPr="008D4D31">
        <w:rPr>
          <w:rFonts w:ascii="Times New Roman" w:eastAsia="Times New Roman" w:hAnsi="Times New Roman" w:cs="Times New Roman"/>
          <w:sz w:val="24"/>
          <w:szCs w:val="24"/>
        </w:rPr>
        <w:t>go</w:t>
      </w:r>
      <w:proofErr w:type="gramEnd"/>
      <w:r w:rsidRPr="008D4D31">
        <w:rPr>
          <w:rFonts w:ascii="Times New Roman" w:eastAsia="Times New Roman" w:hAnsi="Times New Roman" w:cs="Times New Roman"/>
          <w:sz w:val="24"/>
          <w:szCs w:val="24"/>
        </w:rPr>
        <w:t xml:space="preserve"> back. Then we go to supply. Then the homeowner calls me yelling because we’re not there.”</w:t>
      </w:r>
    </w:p>
    <w:p w14:paraId="482ACAF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felt the heat rise in his chest, not at James, but at the problem.</w:t>
      </w:r>
    </w:p>
    <w:p w14:paraId="2CB90AA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w:t>
      </w:r>
      <w:proofErr w:type="gramStart"/>
      <w:r w:rsidRPr="008D4D31">
        <w:rPr>
          <w:rFonts w:ascii="Times New Roman" w:eastAsia="Times New Roman" w:hAnsi="Times New Roman" w:cs="Times New Roman"/>
          <w:sz w:val="24"/>
          <w:szCs w:val="24"/>
        </w:rPr>
        <w:t>So</w:t>
      </w:r>
      <w:proofErr w:type="gramEnd"/>
      <w:r w:rsidRPr="008D4D31">
        <w:rPr>
          <w:rFonts w:ascii="Times New Roman" w:eastAsia="Times New Roman" w:hAnsi="Times New Roman" w:cs="Times New Roman"/>
          <w:sz w:val="24"/>
          <w:szCs w:val="24"/>
        </w:rPr>
        <w:t xml:space="preserve"> the job got delayed,” Mark said carefully.</w:t>
      </w:r>
    </w:p>
    <w:p w14:paraId="51DB310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leaned forward again, eyes sharp. “Delayed. Yeah. And guess who gets blamed? Not Eddie. Not the supply place. Me. Because I’m the one who promised eight.”</w:t>
      </w:r>
    </w:p>
    <w:p w14:paraId="60F439B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Mark’s mind ran through the chain like a reflex.</w:t>
      </w:r>
    </w:p>
    <w:p w14:paraId="14565A4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Promise. Handoff. Delivery. Consequence.</w:t>
      </w:r>
    </w:p>
    <w:p w14:paraId="4FD3006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didn’t say it out loud yet.</w:t>
      </w:r>
    </w:p>
    <w:p w14:paraId="6CC2833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Instead, he said, “So what do we do differently next time?”</w:t>
      </w:r>
    </w:p>
    <w:p w14:paraId="7D30F07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stared at him like Mark had just asked him to speak another language.</w:t>
      </w:r>
    </w:p>
    <w:p w14:paraId="59858EB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“Next time?” James repeated. “Mark, we don’t have time to sit around holding hands and singing about next time. We have work. We have bills.”</w:t>
      </w:r>
    </w:p>
    <w:p w14:paraId="73C211E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held his gaze. “That’s exactly why we need next time.”</w:t>
      </w:r>
    </w:p>
    <w:p w14:paraId="7736711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scoffed. “Here we go.”</w:t>
      </w:r>
    </w:p>
    <w:p w14:paraId="7E9D37A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felt his stomach knot. He hated this part. Hated the moment where the conversation turned into a contest.</w:t>
      </w:r>
    </w:p>
    <w:p w14:paraId="706BDED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But he’d already seen too much chaos to pretend it didn’t matter.</w:t>
      </w:r>
    </w:p>
    <w:p w14:paraId="7551100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“I’m not trying to control you,” Mark said. “I’m trying to keep us from bleeding time.”</w:t>
      </w:r>
    </w:p>
    <w:p w14:paraId="41E1F89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laughed, sharp and humorless. “Bleeding time? We’re plumbers, not surgeons.”</w:t>
      </w:r>
    </w:p>
    <w:p w14:paraId="1509F34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Mark’s thoughts raced, but he forced his voice to stay steady.</w:t>
      </w:r>
    </w:p>
    <w:p w14:paraId="39C59B8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“Listen,” Mark said. “We’re talking about starting this business together. If we do it, we can’t run it like Eddie runs his truck.”</w:t>
      </w:r>
    </w:p>
    <w:p w14:paraId="6CECED4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James’s eyes narrowed. “Don’t start.”</w:t>
      </w:r>
    </w:p>
    <w:p w14:paraId="5858799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Mark pushed anyway. “I’m serious. I want to do this. I want to build something that doesn’t eat us alive.”</w:t>
      </w:r>
    </w:p>
    <w:p w14:paraId="553D6EC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leaned back, crossing his arms. Mark saw it in his posture.</w:t>
      </w:r>
    </w:p>
    <w:p w14:paraId="30D052E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Defense.</w:t>
      </w:r>
    </w:p>
    <w:p w14:paraId="4308B2F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same defense James had used since they were kids when he felt cornered.</w:t>
      </w:r>
    </w:p>
    <w:p w14:paraId="3FC5B7A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James’s thoughts weren’t hard to guess. Mark had known </w:t>
      </w:r>
      <w:proofErr w:type="gramStart"/>
      <w:r w:rsidRPr="008D4D31">
        <w:rPr>
          <w:rFonts w:ascii="Times New Roman" w:eastAsia="Times New Roman" w:hAnsi="Times New Roman" w:cs="Times New Roman"/>
          <w:sz w:val="24"/>
          <w:szCs w:val="24"/>
        </w:rPr>
        <w:t>him</w:t>
      </w:r>
      <w:proofErr w:type="gramEnd"/>
      <w:r w:rsidRPr="008D4D31">
        <w:rPr>
          <w:rFonts w:ascii="Times New Roman" w:eastAsia="Times New Roman" w:hAnsi="Times New Roman" w:cs="Times New Roman"/>
          <w:sz w:val="24"/>
          <w:szCs w:val="24"/>
        </w:rPr>
        <w:t xml:space="preserve"> too long.</w:t>
      </w:r>
    </w:p>
    <w:p w14:paraId="1F23049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If I agree </w:t>
      </w:r>
      <w:proofErr w:type="gramStart"/>
      <w:r w:rsidRPr="008D4D31">
        <w:rPr>
          <w:rFonts w:ascii="Times New Roman" w:eastAsia="Times New Roman" w:hAnsi="Times New Roman" w:cs="Times New Roman"/>
          <w:sz w:val="24"/>
          <w:szCs w:val="24"/>
        </w:rPr>
        <w:t>to</w:t>
      </w:r>
      <w:proofErr w:type="gramEnd"/>
      <w:r w:rsidRPr="008D4D31">
        <w:rPr>
          <w:rFonts w:ascii="Times New Roman" w:eastAsia="Times New Roman" w:hAnsi="Times New Roman" w:cs="Times New Roman"/>
          <w:sz w:val="24"/>
          <w:szCs w:val="24"/>
        </w:rPr>
        <w:t xml:space="preserve"> Mark’s way, I’m not free.</w:t>
      </w:r>
    </w:p>
    <w:p w14:paraId="1D73F1E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spoke like he was reading from his own mind.</w:t>
      </w:r>
    </w:p>
    <w:p w14:paraId="04148EC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 didn’t grow up watching my dad miss my life so I could spend mine filling out paperwork,” James said. “I want out of the factory. I want to breathe. I want to do the work and go home.”</w:t>
      </w:r>
    </w:p>
    <w:p w14:paraId="23B629E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felt something shift in him. Not anger. Sadness.</w:t>
      </w:r>
    </w:p>
    <w:p w14:paraId="1E736DC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Because James wasn’t wrong about what he wanted.</w:t>
      </w:r>
    </w:p>
    <w:p w14:paraId="4D47F8E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was wrong about what it would take.</w:t>
      </w:r>
    </w:p>
    <w:p w14:paraId="5D23E4C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chose his words carefully.</w:t>
      </w:r>
    </w:p>
    <w:p w14:paraId="450C3E4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 think systems are chains,” Mark said. “I think they’re the key.”</w:t>
      </w:r>
    </w:p>
    <w:p w14:paraId="01BDBBB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leaned forward, voice dropping. “And I think you’re turning into Jacobs.”</w:t>
      </w:r>
    </w:p>
    <w:p w14:paraId="66D6ABA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Mark’s chest tightened. He’d expected that insult. It still landed.</w:t>
      </w:r>
    </w:p>
    <w:p w14:paraId="5484EA0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could feel his own fear trying to surface.</w:t>
      </w:r>
    </w:p>
    <w:p w14:paraId="0A13321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If James won’t do this </w:t>
      </w:r>
      <w:proofErr w:type="gramStart"/>
      <w:r w:rsidRPr="008D4D31">
        <w:rPr>
          <w:rFonts w:ascii="Times New Roman" w:eastAsia="Times New Roman" w:hAnsi="Times New Roman" w:cs="Times New Roman"/>
          <w:sz w:val="24"/>
          <w:szCs w:val="24"/>
        </w:rPr>
        <w:t>with</w:t>
      </w:r>
      <w:proofErr w:type="gramEnd"/>
      <w:r w:rsidRPr="008D4D31">
        <w:rPr>
          <w:rFonts w:ascii="Times New Roman" w:eastAsia="Times New Roman" w:hAnsi="Times New Roman" w:cs="Times New Roman"/>
          <w:sz w:val="24"/>
          <w:szCs w:val="24"/>
        </w:rPr>
        <w:t xml:space="preserve"> me, what happens to us?</w:t>
      </w:r>
    </w:p>
    <w:p w14:paraId="1D764A0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didn’t want to lose his friend. But he also couldn’t ignore what he knew.</w:t>
      </w:r>
    </w:p>
    <w:p w14:paraId="5E02603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glanced down at the table and saw the grease-stained placemat advertising local businesses. One of them caught his eye.</w:t>
      </w:r>
    </w:p>
    <w:p w14:paraId="1C329D0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Tucker’s Diner</w:t>
      </w:r>
      <w:r w:rsidRPr="008D4D31">
        <w:rPr>
          <w:rFonts w:ascii="Times New Roman" w:eastAsia="Times New Roman" w:hAnsi="Times New Roman" w:cs="Times New Roman"/>
          <w:sz w:val="24"/>
          <w:szCs w:val="24"/>
        </w:rPr>
        <w:br/>
        <w:t>Family Owned Since 1968</w:t>
      </w:r>
      <w:r w:rsidRPr="008D4D31">
        <w:rPr>
          <w:rFonts w:ascii="Times New Roman" w:eastAsia="Times New Roman" w:hAnsi="Times New Roman" w:cs="Times New Roman"/>
          <w:sz w:val="24"/>
          <w:szCs w:val="24"/>
        </w:rPr>
        <w:br/>
        <w:t>“Where the coffee never quits”</w:t>
      </w:r>
    </w:p>
    <w:p w14:paraId="5CBF47C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followed his gaze. “What?”</w:t>
      </w:r>
    </w:p>
    <w:p w14:paraId="31323BA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Mark tapped the placemat. “Tucker’s is expanding,” he said. “He’s adding a back room. I heard they’re looking for someone to redo the plumbing.”</w:t>
      </w:r>
    </w:p>
    <w:p w14:paraId="6F27F1C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snorted. “Josh Tucker? That guy’s a mess.”</w:t>
      </w:r>
    </w:p>
    <w:p w14:paraId="6A7427C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looked up. “You know him?”</w:t>
      </w:r>
    </w:p>
    <w:p w14:paraId="0526E32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shrugged. “Everyone knows him. He’s got family working there, friends working there, people quitting and coming back. I heard he hasn’t taken a real day off in ten years.”</w:t>
      </w:r>
    </w:p>
    <w:p w14:paraId="3FE3F05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felt the thread tighten in his mind. Not the full story. Just enough to feel the pattern.</w:t>
      </w:r>
    </w:p>
    <w:p w14:paraId="2687BF1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 business that owns the owner,” Mark said under his breath.</w:t>
      </w:r>
    </w:p>
    <w:p w14:paraId="40BA1FB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smirked. “Yeah. And you know why? Because he thinks he’s the only one who can do it right.”</w:t>
      </w:r>
    </w:p>
    <w:p w14:paraId="3F5F3A7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Mark’s eyes stayed on the placemat. Something about that bothered him.</w:t>
      </w:r>
    </w:p>
    <w:p w14:paraId="4353E88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Not because it was rare.</w:t>
      </w:r>
    </w:p>
    <w:p w14:paraId="050BC34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Because it was common.</w:t>
      </w:r>
    </w:p>
    <w:p w14:paraId="2F4F64E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leaned in, voice quieter now. “Look, I want this with you,” he said. “I do. But I’m not signing up to be managed by you. You start making rules and checklists, and next thing I know I’m right back under someone’s thumb.”</w:t>
      </w:r>
    </w:p>
    <w:p w14:paraId="13DE607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held his gaze.</w:t>
      </w:r>
    </w:p>
    <w:p w14:paraId="55275C5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And for a moment, Mark saw the real thing underneath the argument.</w:t>
      </w:r>
    </w:p>
    <w:p w14:paraId="620E6EC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wasn’t lazy.</w:t>
      </w:r>
    </w:p>
    <w:p w14:paraId="5EBC240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was scared.</w:t>
      </w:r>
    </w:p>
    <w:p w14:paraId="72BEFDA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Scared that structure meant captivity.</w:t>
      </w:r>
    </w:p>
    <w:p w14:paraId="2416CD9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Scared that accountability meant losing himself.</w:t>
      </w:r>
    </w:p>
    <w:p w14:paraId="19D9B12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felt his own frustration rise, hot and sharp, because he was scared too.</w:t>
      </w:r>
    </w:p>
    <w:p w14:paraId="4F6E382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Scared that without structure, they’d drown.</w:t>
      </w:r>
    </w:p>
    <w:p w14:paraId="526DFEB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Scared that hard work would become chaos again.</w:t>
      </w:r>
    </w:p>
    <w:p w14:paraId="60D1DA0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Scared he’d build the factory in a new form and call it freedom.</w:t>
      </w:r>
    </w:p>
    <w:p w14:paraId="6DA5D15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Their food arrived. Neither of them touched it at first.</w:t>
      </w:r>
    </w:p>
    <w:p w14:paraId="0D5D33E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broke the silence.</w:t>
      </w:r>
    </w:p>
    <w:p w14:paraId="4B9BEB9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“I’m not trying to be your boss,” he said. “I’m trying to make sure this business doesn’t become another factory.”</w:t>
      </w:r>
    </w:p>
    <w:p w14:paraId="37AB050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stared at his plate, jaw working.</w:t>
      </w:r>
    </w:p>
    <w:p w14:paraId="36ECEEA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 hate factories,” he said.</w:t>
      </w:r>
    </w:p>
    <w:p w14:paraId="3A8D5CD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“Then don’t build one,” Mark replied. “Not out of quotas. Not out of chaos.”</w:t>
      </w:r>
    </w:p>
    <w:p w14:paraId="5C2F262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didn’t answer.</w:t>
      </w:r>
    </w:p>
    <w:p w14:paraId="17D6962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But Mark could feel it.</w:t>
      </w:r>
    </w:p>
    <w:p w14:paraId="1E4B520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fight wasn’t over.</w:t>
      </w:r>
    </w:p>
    <w:p w14:paraId="4A9693A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It was just beginning.</w:t>
      </w:r>
    </w:p>
    <w:p w14:paraId="0DAC82CF" w14:textId="77777777" w:rsidR="008D4D31" w:rsidRPr="008D4D31" w:rsidRDefault="008D4D31" w:rsidP="008D4D31">
      <w:pPr>
        <w:spacing w:after="0"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pict w14:anchorId="5C0F1E20">
          <v:rect id="_x0000_i1026" style="width:0;height:1.5pt" o:hralign="center" o:hrstd="t" o:hr="t" fillcolor="#a0a0a0" stroked="f"/>
        </w:pict>
      </w:r>
    </w:p>
    <w:p w14:paraId="2E22F7B2" w14:textId="77777777" w:rsidR="008D4D31" w:rsidRPr="008D4D31" w:rsidRDefault="008D4D31" w:rsidP="008D4D31">
      <w:pPr>
        <w:spacing w:before="100" w:beforeAutospacing="1" w:after="100" w:afterAutospacing="1" w:line="240" w:lineRule="auto"/>
        <w:outlineLvl w:val="3"/>
        <w:rPr>
          <w:rFonts w:ascii="Times New Roman" w:eastAsia="Times New Roman" w:hAnsi="Times New Roman" w:cs="Times New Roman"/>
          <w:b/>
          <w:bCs/>
          <w:sz w:val="24"/>
          <w:szCs w:val="24"/>
        </w:rPr>
      </w:pPr>
      <w:r w:rsidRPr="008D4D31">
        <w:rPr>
          <w:rFonts w:ascii="Times New Roman" w:eastAsia="Times New Roman" w:hAnsi="Times New Roman" w:cs="Times New Roman"/>
          <w:b/>
          <w:bCs/>
          <w:sz w:val="24"/>
          <w:szCs w:val="24"/>
        </w:rPr>
        <w:t>Back at Rosie’s</w:t>
      </w:r>
    </w:p>
    <w:p w14:paraId="0E853FD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stopped talking and took a sip of coffee.</w:t>
      </w:r>
    </w:p>
    <w:p w14:paraId="28EF866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didn’t speak at first.</w:t>
      </w:r>
    </w:p>
    <w:p w14:paraId="08031E9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Because something about the lunch scene had hit him in a place he didn’t want to admit existed.</w:t>
      </w:r>
    </w:p>
    <w:p w14:paraId="7AB866A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Not the plumbing.</w:t>
      </w:r>
    </w:p>
    <w:p w14:paraId="0F472DE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fear.</w:t>
      </w:r>
    </w:p>
    <w:p w14:paraId="38B8959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proofErr w:type="gramStart"/>
      <w:r w:rsidRPr="008D4D31">
        <w:rPr>
          <w:rFonts w:ascii="Times New Roman" w:eastAsia="Times New Roman" w:hAnsi="Times New Roman" w:cs="Times New Roman"/>
          <w:sz w:val="24"/>
          <w:szCs w:val="24"/>
        </w:rPr>
        <w:t>The pride</w:t>
      </w:r>
      <w:proofErr w:type="gramEnd"/>
      <w:r w:rsidRPr="008D4D31">
        <w:rPr>
          <w:rFonts w:ascii="Times New Roman" w:eastAsia="Times New Roman" w:hAnsi="Times New Roman" w:cs="Times New Roman"/>
          <w:sz w:val="24"/>
          <w:szCs w:val="24"/>
        </w:rPr>
        <w:t>.</w:t>
      </w:r>
    </w:p>
    <w:p w14:paraId="1C4E9A5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pressure of being the person who made promises.</w:t>
      </w:r>
    </w:p>
    <w:p w14:paraId="0E82E99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irritation of someone asking for structure when you’re barely holding it together.</w:t>
      </w:r>
    </w:p>
    <w:p w14:paraId="4F475F3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watched him.</w:t>
      </w:r>
    </w:p>
    <w:p w14:paraId="001C2D9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“What are you thinking?” Peter asked.</w:t>
      </w:r>
    </w:p>
    <w:p w14:paraId="540D388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swallowed. “James doesn’t want to be controlled. I get that.”</w:t>
      </w:r>
    </w:p>
    <w:p w14:paraId="1A3E112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Peter nodded. “And?”</w:t>
      </w:r>
    </w:p>
    <w:p w14:paraId="5A25987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hesitated. “And Mark’s not trying to control him. He’s trying to protect them.”</w:t>
      </w:r>
    </w:p>
    <w:p w14:paraId="6F56815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Peter’s eyes narrowed slightly, </w:t>
      </w:r>
      <w:proofErr w:type="gramStart"/>
      <w:r w:rsidRPr="008D4D31">
        <w:rPr>
          <w:rFonts w:ascii="Times New Roman" w:eastAsia="Times New Roman" w:hAnsi="Times New Roman" w:cs="Times New Roman"/>
          <w:sz w:val="24"/>
          <w:szCs w:val="24"/>
        </w:rPr>
        <w:t>like</w:t>
      </w:r>
      <w:proofErr w:type="gramEnd"/>
      <w:r w:rsidRPr="008D4D31">
        <w:rPr>
          <w:rFonts w:ascii="Times New Roman" w:eastAsia="Times New Roman" w:hAnsi="Times New Roman" w:cs="Times New Roman"/>
          <w:sz w:val="24"/>
          <w:szCs w:val="24"/>
        </w:rPr>
        <w:t xml:space="preserve"> he was pleased Alex said it without being led.</w:t>
      </w:r>
    </w:p>
    <w:p w14:paraId="64ABDED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“Now,” Peter said, “bring it back to you.”</w:t>
      </w:r>
    </w:p>
    <w:p w14:paraId="30908C7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stared at the Chain page again. His fingers tightened around the fold.</w:t>
      </w:r>
    </w:p>
    <w:p w14:paraId="346A5B9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“My company…” Alex started.</w:t>
      </w:r>
    </w:p>
    <w:p w14:paraId="6F48BB4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waited.</w:t>
      </w:r>
    </w:p>
    <w:p w14:paraId="54462DB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“My company treats structure like a threat,” Alex finished. “And when I ask for clarity, it feels like I’m slowing things down. Like I’m being difficult.”</w:t>
      </w:r>
    </w:p>
    <w:p w14:paraId="2354E74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Peter didn’t argue. He didn’t </w:t>
      </w:r>
      <w:proofErr w:type="gramStart"/>
      <w:r w:rsidRPr="008D4D31">
        <w:rPr>
          <w:rFonts w:ascii="Times New Roman" w:eastAsia="Times New Roman" w:hAnsi="Times New Roman" w:cs="Times New Roman"/>
          <w:sz w:val="24"/>
          <w:szCs w:val="24"/>
        </w:rPr>
        <w:t>encourage</w:t>
      </w:r>
      <w:proofErr w:type="gramEnd"/>
      <w:r w:rsidRPr="008D4D31">
        <w:rPr>
          <w:rFonts w:ascii="Times New Roman" w:eastAsia="Times New Roman" w:hAnsi="Times New Roman" w:cs="Times New Roman"/>
          <w:sz w:val="24"/>
          <w:szCs w:val="24"/>
        </w:rPr>
        <w:t>.</w:t>
      </w:r>
    </w:p>
    <w:p w14:paraId="0B38625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just asked the question.</w:t>
      </w:r>
    </w:p>
    <w:p w14:paraId="0D20454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“And what happens if you don’t slow it down?”</w:t>
      </w:r>
    </w:p>
    <w:p w14:paraId="2A0F2AD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felt the answer settle in his chest.</w:t>
      </w:r>
    </w:p>
    <w:p w14:paraId="22EC00E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Northgate.</w:t>
      </w:r>
    </w:p>
    <w:p w14:paraId="52EA921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Rework.</w:t>
      </w:r>
    </w:p>
    <w:p w14:paraId="0BF3CB8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Blame.</w:t>
      </w:r>
    </w:p>
    <w:p w14:paraId="22D4035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Discounting.</w:t>
      </w:r>
    </w:p>
    <w:p w14:paraId="3A8FE4E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Late nights.</w:t>
      </w:r>
    </w:p>
    <w:p w14:paraId="3D4D981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Another meeting with HR.</w:t>
      </w:r>
    </w:p>
    <w:p w14:paraId="64D13F5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Another signature.</w:t>
      </w:r>
    </w:p>
    <w:p w14:paraId="4A78C0C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looked up. “It breaks,” Alex said. “The chain breaks.”</w:t>
      </w:r>
    </w:p>
    <w:p w14:paraId="1588850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nodded once. “Good. That’s the only thing you need to keep seeing.”</w:t>
      </w:r>
    </w:p>
    <w:p w14:paraId="31637B1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exhaled, then forced himself to ask what he was afraid to ask.</w:t>
      </w:r>
    </w:p>
    <w:p w14:paraId="5075E14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w:t>
      </w:r>
      <w:proofErr w:type="gramStart"/>
      <w:r w:rsidRPr="008D4D31">
        <w:rPr>
          <w:rFonts w:ascii="Times New Roman" w:eastAsia="Times New Roman" w:hAnsi="Times New Roman" w:cs="Times New Roman"/>
          <w:sz w:val="24"/>
          <w:szCs w:val="24"/>
        </w:rPr>
        <w:t>So</w:t>
      </w:r>
      <w:proofErr w:type="gramEnd"/>
      <w:r w:rsidRPr="008D4D31">
        <w:rPr>
          <w:rFonts w:ascii="Times New Roman" w:eastAsia="Times New Roman" w:hAnsi="Times New Roman" w:cs="Times New Roman"/>
          <w:sz w:val="24"/>
          <w:szCs w:val="24"/>
        </w:rPr>
        <w:t xml:space="preserve"> what do I do this week?”</w:t>
      </w:r>
    </w:p>
    <w:p w14:paraId="554FEB9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Peter’s voice stayed calm.</w:t>
      </w:r>
    </w:p>
    <w:p w14:paraId="760D92F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“You’re going to run one experiment,” he said. “One sentence. One boundary.”</w:t>
      </w:r>
    </w:p>
    <w:p w14:paraId="01CBCD6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Alex’s stomach tightened again.</w:t>
      </w:r>
    </w:p>
    <w:p w14:paraId="02946B0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leaned forward. “Pick your next active opportunity. The one that’s most likely to turn into a mess. And when someone tries to push you into a promise you can’t defend, you’re going to say this.”</w:t>
      </w:r>
    </w:p>
    <w:p w14:paraId="12D98C6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paused just long enough for the words to land.</w:t>
      </w:r>
    </w:p>
    <w:p w14:paraId="3EEC657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 can’t commit to that yet. I need two facts first.”</w:t>
      </w:r>
    </w:p>
    <w:p w14:paraId="0DFD69D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stared at him. “They’re going to hate that.”</w:t>
      </w:r>
    </w:p>
    <w:p w14:paraId="4DD1CB5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nodded. “Some will.”</w:t>
      </w:r>
    </w:p>
    <w:p w14:paraId="0472ED4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Alex’s voice dropped. “And if Dana doesn’t back me?”</w:t>
      </w:r>
    </w:p>
    <w:p w14:paraId="48065FE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didn’t flinch. “Then you’ll learn something important about where you are.”</w:t>
      </w:r>
    </w:p>
    <w:p w14:paraId="37997B2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felt anger flare—at the situation, at the unfairness, at the clock running down.</w:t>
      </w:r>
    </w:p>
    <w:p w14:paraId="1616726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let him feel it.</w:t>
      </w:r>
    </w:p>
    <w:p w14:paraId="762F3D6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Then he said, “You don’t have sixty days to become perfect. You have sixty days to become repeatable.”</w:t>
      </w:r>
    </w:p>
    <w:p w14:paraId="0D53281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Alex’s jaw clenched.</w:t>
      </w:r>
    </w:p>
    <w:p w14:paraId="4A355FC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continued. “And I’m going to make this real for you. Tomorrow, you bring me two things.”</w:t>
      </w:r>
    </w:p>
    <w:p w14:paraId="7CA75CC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held up one finger.</w:t>
      </w:r>
    </w:p>
    <w:p w14:paraId="3BA0480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“One: your next deal, mapped as a chain. Not details. Just the handoffs.”</w:t>
      </w:r>
    </w:p>
    <w:p w14:paraId="0EF8958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Second finger.</w:t>
      </w:r>
    </w:p>
    <w:p w14:paraId="718E2DF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“Two: the two facts you’ll require before you commit to the next milestone.”</w:t>
      </w:r>
    </w:p>
    <w:p w14:paraId="7686649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swallowed. “And if they won’t give me the facts?”</w:t>
      </w:r>
    </w:p>
    <w:p w14:paraId="1CCD416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sat back.</w:t>
      </w:r>
    </w:p>
    <w:p w14:paraId="0952085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“Then you don’t have a deal,” he said. “You have hope.”</w:t>
      </w:r>
    </w:p>
    <w:p w14:paraId="2B1602B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Alex stared down at the folded page.</w:t>
      </w:r>
    </w:p>
    <w:p w14:paraId="0672E08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Hope was what had gotten him here.</w:t>
      </w:r>
    </w:p>
    <w:p w14:paraId="001D524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stood, reached for his wallet, and left cash on the table like he’d done it a thousand times.</w:t>
      </w:r>
    </w:p>
    <w:p w14:paraId="7FEAF59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paused at the end of the booth.</w:t>
      </w:r>
    </w:p>
    <w:p w14:paraId="73DD773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“One more thing,” Peter said.</w:t>
      </w:r>
    </w:p>
    <w:p w14:paraId="1233E99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looked up.</w:t>
      </w:r>
    </w:p>
    <w:p w14:paraId="6C948FD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Peter’s expression wasn’t harsh. But it was honest.</w:t>
      </w:r>
    </w:p>
    <w:p w14:paraId="1A5EB9A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“You’re going to feel alone doing this,” he said. “Mark felt alone too. That’s why this gets emotional. That’s why friends fight. Because systems don’t just change work.”</w:t>
      </w:r>
    </w:p>
    <w:p w14:paraId="3F04ABB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tapped the Chain page once.</w:t>
      </w:r>
    </w:p>
    <w:p w14:paraId="313C248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“They change power.”</w:t>
      </w:r>
    </w:p>
    <w:p w14:paraId="6B515C5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sat still as Peter walked out.</w:t>
      </w:r>
    </w:p>
    <w:p w14:paraId="2B4FD8D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The bell above the door jingled, then the diner noise </w:t>
      </w:r>
      <w:proofErr w:type="gramStart"/>
      <w:r w:rsidRPr="008D4D31">
        <w:rPr>
          <w:rFonts w:ascii="Times New Roman" w:eastAsia="Times New Roman" w:hAnsi="Times New Roman" w:cs="Times New Roman"/>
          <w:sz w:val="24"/>
          <w:szCs w:val="24"/>
        </w:rPr>
        <w:t>filled in</w:t>
      </w:r>
      <w:proofErr w:type="gramEnd"/>
      <w:r w:rsidRPr="008D4D31">
        <w:rPr>
          <w:rFonts w:ascii="Times New Roman" w:eastAsia="Times New Roman" w:hAnsi="Times New Roman" w:cs="Times New Roman"/>
          <w:sz w:val="24"/>
          <w:szCs w:val="24"/>
        </w:rPr>
        <w:t xml:space="preserve"> the space again.</w:t>
      </w:r>
    </w:p>
    <w:p w14:paraId="313E46C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unfolded the Chain page, smoothed it on the table, and stared at the headings like they were a map.</w:t>
      </w:r>
    </w:p>
    <w:p w14:paraId="3D2F4E7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For the first time, he didn’t feel confident.</w:t>
      </w:r>
    </w:p>
    <w:p w14:paraId="5AE1E7D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But he felt clear.</w:t>
      </w:r>
    </w:p>
    <w:p w14:paraId="6BAEA2D2" w14:textId="77777777" w:rsidR="008D4D31" w:rsidRPr="008D4D31" w:rsidRDefault="008D4D31" w:rsidP="008D4D31">
      <w:pPr>
        <w:pStyle w:val="Heading3"/>
        <w:rPr>
          <w:rFonts w:ascii="Times New Roman" w:eastAsia="Times New Roman" w:hAnsi="Times New Roman" w:cs="Times New Roman"/>
          <w:color w:val="auto"/>
          <w:sz w:val="27"/>
          <w:szCs w:val="27"/>
        </w:rPr>
      </w:pPr>
      <w:proofErr w:type="spellStart"/>
      <w:r w:rsidRPr="008D4D31">
        <w:rPr>
          <w:rFonts w:ascii="Times New Roman" w:eastAsia="Times New Roman" w:hAnsi="Times New Roman" w:cs="Times New Roman"/>
          <w:sz w:val="24"/>
          <w:szCs w:val="24"/>
        </w:rPr>
        <w:t>A</w:t>
      </w:r>
      <w:r w:rsidRPr="008D4D31">
        <w:rPr>
          <w:rFonts w:ascii="Times New Roman" w:eastAsia="Times New Roman" w:hAnsi="Times New Roman" w:cs="Times New Roman"/>
          <w:color w:val="auto"/>
          <w:sz w:val="27"/>
          <w:szCs w:val="27"/>
        </w:rPr>
        <w:t>The</w:t>
      </w:r>
      <w:proofErr w:type="spellEnd"/>
      <w:r w:rsidRPr="008D4D31">
        <w:rPr>
          <w:rFonts w:ascii="Times New Roman" w:eastAsia="Times New Roman" w:hAnsi="Times New Roman" w:cs="Times New Roman"/>
          <w:color w:val="auto"/>
          <w:sz w:val="27"/>
          <w:szCs w:val="27"/>
        </w:rPr>
        <w:t xml:space="preserve"> First Job as “Partners”</w:t>
      </w:r>
    </w:p>
    <w:p w14:paraId="25A9314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didn’t bring the clipboard.</w:t>
      </w:r>
    </w:p>
    <w:p w14:paraId="66D516B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That was the thing James didn’t understand.</w:t>
      </w:r>
    </w:p>
    <w:p w14:paraId="17D61A3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James thought systems </w:t>
      </w:r>
      <w:proofErr w:type="gramStart"/>
      <w:r w:rsidRPr="008D4D31">
        <w:rPr>
          <w:rFonts w:ascii="Times New Roman" w:eastAsia="Times New Roman" w:hAnsi="Times New Roman" w:cs="Times New Roman"/>
          <w:sz w:val="24"/>
          <w:szCs w:val="24"/>
        </w:rPr>
        <w:t>were props—</w:t>
      </w:r>
      <w:proofErr w:type="gramEnd"/>
      <w:r w:rsidRPr="008D4D31">
        <w:rPr>
          <w:rFonts w:ascii="Times New Roman" w:eastAsia="Times New Roman" w:hAnsi="Times New Roman" w:cs="Times New Roman"/>
          <w:sz w:val="24"/>
          <w:szCs w:val="24"/>
        </w:rPr>
        <w:t>something you used to look official. Something you hid behind when you didn’t trust your own skill.</w:t>
      </w:r>
    </w:p>
    <w:p w14:paraId="0BB97E3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But Mark wasn’t trying to look official.</w:t>
      </w:r>
    </w:p>
    <w:p w14:paraId="662CA91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was trying to avoid becoming Eddie.</w:t>
      </w:r>
    </w:p>
    <w:p w14:paraId="5A60141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They met in the parking lot behind their rented storage unit at 6:45 AM. Not a shop. Not a warehouse. A storage unit with a roll-up door, a single bare bulb, and a concrete floor that smelled like old cardboard.</w:t>
      </w:r>
    </w:p>
    <w:p w14:paraId="32EFF22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pulled in fast, his truck rattling like it had anger in the engine. He hopped out, slammed the door, and grinned like this was the start of something big.</w:t>
      </w:r>
    </w:p>
    <w:p w14:paraId="3A2896C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“First job,” James said. “We’re doing this.”</w:t>
      </w:r>
    </w:p>
    <w:p w14:paraId="422E4D3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nodded and looked past him.</w:t>
      </w:r>
    </w:p>
    <w:p w14:paraId="0555959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van.</w:t>
      </w:r>
    </w:p>
    <w:p w14:paraId="3F58B4C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used white cargo van Mark had bought with a down payment that made his stomach hurt. No branding yet. No decals. Just a vehicle that was supposed to carry them into a future that didn’t look like their fathers’ lives.</w:t>
      </w:r>
    </w:p>
    <w:p w14:paraId="491CC20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walked around it like it was a trophy. “This thing’s a beast.”</w:t>
      </w:r>
    </w:p>
    <w:p w14:paraId="6F4BC70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“It’s a box,” Mark said.</w:t>
      </w:r>
    </w:p>
    <w:p w14:paraId="491E4A0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laughed. “Same thing.”</w:t>
      </w:r>
    </w:p>
    <w:p w14:paraId="2A09DDB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Mark opened the back </w:t>
      </w:r>
      <w:proofErr w:type="gramStart"/>
      <w:r w:rsidRPr="008D4D31">
        <w:rPr>
          <w:rFonts w:ascii="Times New Roman" w:eastAsia="Times New Roman" w:hAnsi="Times New Roman" w:cs="Times New Roman"/>
          <w:sz w:val="24"/>
          <w:szCs w:val="24"/>
        </w:rPr>
        <w:t>doors</w:t>
      </w:r>
      <w:proofErr w:type="gramEnd"/>
      <w:r w:rsidRPr="008D4D31">
        <w:rPr>
          <w:rFonts w:ascii="Times New Roman" w:eastAsia="Times New Roman" w:hAnsi="Times New Roman" w:cs="Times New Roman"/>
          <w:sz w:val="24"/>
          <w:szCs w:val="24"/>
        </w:rPr>
        <w:t xml:space="preserve"> and stared.</w:t>
      </w:r>
    </w:p>
    <w:p w14:paraId="578B3E5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tools were there. Most of them. But not arranged. Not checked. Not staged. A few things had shifted in transit. A few things were missing.</w:t>
      </w:r>
    </w:p>
    <w:p w14:paraId="13E2BA4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came up beside him. “We got everything.”</w:t>
      </w:r>
    </w:p>
    <w:p w14:paraId="7C107A7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Mark didn’t argue. He just reached into the pile and pulled out a </w:t>
      </w:r>
      <w:proofErr w:type="gramStart"/>
      <w:r w:rsidRPr="008D4D31">
        <w:rPr>
          <w:rFonts w:ascii="Times New Roman" w:eastAsia="Times New Roman" w:hAnsi="Times New Roman" w:cs="Times New Roman"/>
          <w:sz w:val="24"/>
          <w:szCs w:val="24"/>
        </w:rPr>
        <w:t>length of copper</w:t>
      </w:r>
      <w:proofErr w:type="gramEnd"/>
      <w:r w:rsidRPr="008D4D31">
        <w:rPr>
          <w:rFonts w:ascii="Times New Roman" w:eastAsia="Times New Roman" w:hAnsi="Times New Roman" w:cs="Times New Roman"/>
          <w:sz w:val="24"/>
          <w:szCs w:val="24"/>
        </w:rPr>
        <w:t xml:space="preserve"> pipe with a dent in it.</w:t>
      </w:r>
    </w:p>
    <w:p w14:paraId="1F366D0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“Did you grab this from Eddie’s scrap pile?” Mark asked.</w:t>
      </w:r>
    </w:p>
    <w:p w14:paraId="0600E0D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“It’s fine,” James said. “It’s copper. Copper is copper.”</w:t>
      </w:r>
    </w:p>
    <w:p w14:paraId="6ABE35E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set it back down and closed one door halfway, thinking.</w:t>
      </w:r>
    </w:p>
    <w:p w14:paraId="1E27AA2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watched him. “Don’t start,” he warned.</w:t>
      </w:r>
    </w:p>
    <w:p w14:paraId="72B85B7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turned. “I’m not starting.”</w:t>
      </w:r>
    </w:p>
    <w:p w14:paraId="259992E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folded his arms. “You’re doing that thing. That look.”</w:t>
      </w:r>
    </w:p>
    <w:p w14:paraId="0FA5D4C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exhaled. “James, I’m trying to make sure today doesn’t turn into a scramble.”</w:t>
      </w:r>
    </w:p>
    <w:p w14:paraId="67E0B1D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James’s jaw tightened. “Scramble is part of the game.”</w:t>
      </w:r>
    </w:p>
    <w:p w14:paraId="3213F70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stared at him, and for a moment the storage unit felt too small.</w:t>
      </w:r>
    </w:p>
    <w:p w14:paraId="42F9750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“No,” Mark said quietly. “Scramble is the tax you pay for refusing to plan.”</w:t>
      </w:r>
    </w:p>
    <w:p w14:paraId="770C70E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shook his head like Mark was a child who didn’t understand how the world worked.</w:t>
      </w:r>
    </w:p>
    <w:p w14:paraId="335521F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“Listen,” James said. “We’re not big enough for your ‘system.’ We just need to show up, do good work, get paid, and go home.”</w:t>
      </w:r>
    </w:p>
    <w:p w14:paraId="6403FF7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didn’t disagree out loud.</w:t>
      </w:r>
    </w:p>
    <w:p w14:paraId="086CDED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But in his head, he heard the factory again.</w:t>
      </w:r>
    </w:p>
    <w:p w14:paraId="53AE7B3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Quotas. Pressure. No control.</w:t>
      </w:r>
    </w:p>
    <w:p w14:paraId="67B97F9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We’re not big enough. That was how people stayed small forever.</w:t>
      </w:r>
    </w:p>
    <w:p w14:paraId="525F92F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shut the van doors and grabbed a small notebook from his pocket.</w:t>
      </w:r>
    </w:p>
    <w:p w14:paraId="379553B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James’s eyes narrowed. “What’s that?”</w:t>
      </w:r>
    </w:p>
    <w:p w14:paraId="76BA3CD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held it up. “It’s not a system. It’s just… a page.”</w:t>
      </w:r>
    </w:p>
    <w:p w14:paraId="61BE0E3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let out a breath, annoyed. “A page for what?”</w:t>
      </w:r>
    </w:p>
    <w:p w14:paraId="5334B16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“For the handoff,” Mark said. “For making sure we don’t miss what the customer expects.”</w:t>
      </w:r>
    </w:p>
    <w:p w14:paraId="27863FD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scoffed. “The customer expects working pipes. That’s it.”</w:t>
      </w:r>
    </w:p>
    <w:p w14:paraId="644CE8C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didn’t argue. He just wrote two words at the top of the page:</w:t>
      </w:r>
    </w:p>
    <w:p w14:paraId="758A54C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JOB CHAIN</w:t>
      </w:r>
    </w:p>
    <w:p w14:paraId="56E2811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Then he looked at James. “What’s the address?”</w:t>
      </w:r>
    </w:p>
    <w:p w14:paraId="4A7F883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smirked. “See? You don’t even know where we’re going.”</w:t>
      </w:r>
    </w:p>
    <w:p w14:paraId="199910D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stared at him. “I assumed you would’ve texted it last night.”</w:t>
      </w:r>
    </w:p>
    <w:p w14:paraId="20284C7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shrugged. “It’s on my phone. I know where it is.”</w:t>
      </w:r>
    </w:p>
    <w:p w14:paraId="450B5AA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waited. “</w:t>
      </w:r>
      <w:proofErr w:type="gramStart"/>
      <w:r w:rsidRPr="008D4D31">
        <w:rPr>
          <w:rFonts w:ascii="Times New Roman" w:eastAsia="Times New Roman" w:hAnsi="Times New Roman" w:cs="Times New Roman"/>
          <w:sz w:val="24"/>
          <w:szCs w:val="24"/>
        </w:rPr>
        <w:t>So</w:t>
      </w:r>
      <w:proofErr w:type="gramEnd"/>
      <w:r w:rsidRPr="008D4D31">
        <w:rPr>
          <w:rFonts w:ascii="Times New Roman" w:eastAsia="Times New Roman" w:hAnsi="Times New Roman" w:cs="Times New Roman"/>
          <w:sz w:val="24"/>
          <w:szCs w:val="24"/>
        </w:rPr>
        <w:t xml:space="preserve"> tell me.”</w:t>
      </w:r>
    </w:p>
    <w:p w14:paraId="5FA2CE6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looked away, annoyed, and read it off.</w:t>
      </w:r>
    </w:p>
    <w:p w14:paraId="03D535A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Mark wrote it down.</w:t>
      </w:r>
    </w:p>
    <w:p w14:paraId="257871F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Then he asked, “Who’s the decision maker?”</w:t>
      </w:r>
    </w:p>
    <w:p w14:paraId="18B97F0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blinked. “The homeowner.”</w:t>
      </w:r>
    </w:p>
    <w:p w14:paraId="1F4A148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kept his eyes on him. “Which one?”</w:t>
      </w:r>
    </w:p>
    <w:p w14:paraId="7801ECE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hesitated. Just a beat.</w:t>
      </w:r>
    </w:p>
    <w:p w14:paraId="7CEA822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“Uh… the husband, I think,” James said.</w:t>
      </w:r>
    </w:p>
    <w:p w14:paraId="4B8F23F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nodded once and wrote:</w:t>
      </w:r>
    </w:p>
    <w:p w14:paraId="4D62F3C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OWNER</w:t>
      </w:r>
      <w:proofErr w:type="gramStart"/>
      <w:r w:rsidRPr="008D4D31">
        <w:rPr>
          <w:rFonts w:ascii="Times New Roman" w:eastAsia="Times New Roman" w:hAnsi="Times New Roman" w:cs="Times New Roman"/>
          <w:sz w:val="24"/>
          <w:szCs w:val="24"/>
        </w:rPr>
        <w:t>: ?</w:t>
      </w:r>
      <w:proofErr w:type="gramEnd"/>
    </w:p>
    <w:p w14:paraId="682ECC3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frowned. “Why does that matter?”</w:t>
      </w:r>
    </w:p>
    <w:p w14:paraId="665E542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looked up. “Because if the wife signs off and you only talk to the husband, we’ll leave thinking we’re done and get called back. Free rework.”</w:t>
      </w:r>
    </w:p>
    <w:p w14:paraId="4BCEDF5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rolled his eyes. “You’re paranoid.”</w:t>
      </w:r>
    </w:p>
    <w:p w14:paraId="5A59F20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kept writing anyway.</w:t>
      </w:r>
    </w:p>
    <w:p w14:paraId="47A6DAF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“Budget?” Mark asked.</w:t>
      </w:r>
    </w:p>
    <w:p w14:paraId="672A5F0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made a face. “We gave them a quote.”</w:t>
      </w:r>
    </w:p>
    <w:p w14:paraId="5F8CD66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Mark stared at him. “Did they accept it? Or did they say, ‘that sounds </w:t>
      </w:r>
      <w:proofErr w:type="gramStart"/>
      <w:r w:rsidRPr="008D4D31">
        <w:rPr>
          <w:rFonts w:ascii="Times New Roman" w:eastAsia="Times New Roman" w:hAnsi="Times New Roman" w:cs="Times New Roman"/>
          <w:sz w:val="24"/>
          <w:szCs w:val="24"/>
        </w:rPr>
        <w:t>fine’?”</w:t>
      </w:r>
      <w:proofErr w:type="gramEnd"/>
    </w:p>
    <w:p w14:paraId="390A0A1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James’s mouth tightened. “They said it sounded fine.”</w:t>
      </w:r>
    </w:p>
    <w:p w14:paraId="51327BB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wrote:</w:t>
      </w:r>
    </w:p>
    <w:p w14:paraId="18C1B18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QUOTE: “sounds fine” (not confirmed)</w:t>
      </w:r>
    </w:p>
    <w:p w14:paraId="59C4D79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leaned closer. “You’re making it complicated.”</w:t>
      </w:r>
    </w:p>
    <w:p w14:paraId="6F8FC19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Mark’s voice stayed calm. “I’m making it clear.”</w:t>
      </w:r>
    </w:p>
    <w:p w14:paraId="7903138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stared at the notebook like it was offensive.</w:t>
      </w:r>
    </w:p>
    <w:p w14:paraId="0611E39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 know what this feels like?” James said.</w:t>
      </w:r>
    </w:p>
    <w:p w14:paraId="7753CEF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didn’t answer.</w:t>
      </w:r>
    </w:p>
    <w:p w14:paraId="6538011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 xml:space="preserve">“It feels like I’m back in that gym,” James said, voice sharper now. “It feels like someone’s telling me I’m not doing enough. Like I </w:t>
      </w:r>
      <w:proofErr w:type="gramStart"/>
      <w:r w:rsidRPr="008D4D31">
        <w:rPr>
          <w:rFonts w:ascii="Times New Roman" w:eastAsia="Times New Roman" w:hAnsi="Times New Roman" w:cs="Times New Roman"/>
          <w:sz w:val="24"/>
          <w:szCs w:val="24"/>
        </w:rPr>
        <w:t>have to</w:t>
      </w:r>
      <w:proofErr w:type="gramEnd"/>
      <w:r w:rsidRPr="008D4D31">
        <w:rPr>
          <w:rFonts w:ascii="Times New Roman" w:eastAsia="Times New Roman" w:hAnsi="Times New Roman" w:cs="Times New Roman"/>
          <w:sz w:val="24"/>
          <w:szCs w:val="24"/>
        </w:rPr>
        <w:t xml:space="preserve"> prove something.”</w:t>
      </w:r>
    </w:p>
    <w:p w14:paraId="308FD40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felt the shift. The fight was no longer about pipes.</w:t>
      </w:r>
    </w:p>
    <w:p w14:paraId="18C5311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It was about old wounds.</w:t>
      </w:r>
    </w:p>
    <w:p w14:paraId="5FF8E31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 don’t have to prove anything to me,” Mark said.</w:t>
      </w:r>
    </w:p>
    <w:p w14:paraId="6A2D023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laughed, bitter. “Then why are you writing down every damn thing I say?”</w:t>
      </w:r>
    </w:p>
    <w:p w14:paraId="5BBA9A1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swallowed frustration. “Because I don’t want us guessing. I don’t want us making promises we can’t defend.”</w:t>
      </w:r>
    </w:p>
    <w:p w14:paraId="20B5972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leaned in, eyes hard. “I can defend my promises. I’m good at this.”</w:t>
      </w:r>
    </w:p>
    <w:p w14:paraId="7175961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Mark’s mind flashed </w:t>
      </w:r>
      <w:proofErr w:type="gramStart"/>
      <w:r w:rsidRPr="008D4D31">
        <w:rPr>
          <w:rFonts w:ascii="Times New Roman" w:eastAsia="Times New Roman" w:hAnsi="Times New Roman" w:cs="Times New Roman"/>
          <w:sz w:val="24"/>
          <w:szCs w:val="24"/>
        </w:rPr>
        <w:t>to</w:t>
      </w:r>
      <w:proofErr w:type="gramEnd"/>
      <w:r w:rsidRPr="008D4D31">
        <w:rPr>
          <w:rFonts w:ascii="Times New Roman" w:eastAsia="Times New Roman" w:hAnsi="Times New Roman" w:cs="Times New Roman"/>
          <w:sz w:val="24"/>
          <w:szCs w:val="24"/>
        </w:rPr>
        <w:t xml:space="preserve"> Eddie’s cluttered truck. The missing sealant. The customer </w:t>
      </w:r>
      <w:proofErr w:type="gramStart"/>
      <w:r w:rsidRPr="008D4D31">
        <w:rPr>
          <w:rFonts w:ascii="Times New Roman" w:eastAsia="Times New Roman" w:hAnsi="Times New Roman" w:cs="Times New Roman"/>
          <w:sz w:val="24"/>
          <w:szCs w:val="24"/>
        </w:rPr>
        <w:t>yelling</w:t>
      </w:r>
      <w:proofErr w:type="gramEnd"/>
      <w:r w:rsidRPr="008D4D31">
        <w:rPr>
          <w:rFonts w:ascii="Times New Roman" w:eastAsia="Times New Roman" w:hAnsi="Times New Roman" w:cs="Times New Roman"/>
          <w:sz w:val="24"/>
          <w:szCs w:val="24"/>
        </w:rPr>
        <w:t>. The scramble.</w:t>
      </w:r>
    </w:p>
    <w:p w14:paraId="470C4DD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So good it hurts.</w:t>
      </w:r>
    </w:p>
    <w:p w14:paraId="3E132E9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“Then let’s prove it,” Mark said.</w:t>
      </w:r>
    </w:p>
    <w:p w14:paraId="00EFFA08" w14:textId="77777777" w:rsidR="008D4D31" w:rsidRPr="008D4D31" w:rsidRDefault="008D4D31" w:rsidP="008D4D31">
      <w:pPr>
        <w:spacing w:after="0"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pict w14:anchorId="7D71AC57">
          <v:rect id="_x0000_i1032" style="width:0;height:1.5pt" o:hralign="center" o:hrstd="t" o:hr="t" fillcolor="#a0a0a0" stroked="f"/>
        </w:pict>
      </w:r>
    </w:p>
    <w:p w14:paraId="1157B2D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job was at a modest ranch house on the edge of town. A leaky line under the kitchen sink, plus “a couple other things.”</w:t>
      </w:r>
    </w:p>
    <w:p w14:paraId="6C74A2D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Mark heard those words and felt his stomach tighten. A couple other things </w:t>
      </w:r>
      <w:proofErr w:type="gramStart"/>
      <w:r w:rsidRPr="008D4D31">
        <w:rPr>
          <w:rFonts w:ascii="Times New Roman" w:eastAsia="Times New Roman" w:hAnsi="Times New Roman" w:cs="Times New Roman"/>
          <w:sz w:val="24"/>
          <w:szCs w:val="24"/>
        </w:rPr>
        <w:t>was</w:t>
      </w:r>
      <w:proofErr w:type="gramEnd"/>
      <w:r w:rsidRPr="008D4D31">
        <w:rPr>
          <w:rFonts w:ascii="Times New Roman" w:eastAsia="Times New Roman" w:hAnsi="Times New Roman" w:cs="Times New Roman"/>
          <w:sz w:val="24"/>
          <w:szCs w:val="24"/>
        </w:rPr>
        <w:t xml:space="preserve"> how “simple” jobs turned into all-day chaos.</w:t>
      </w:r>
    </w:p>
    <w:p w14:paraId="51981B6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rang the bell like he owned the world.</w:t>
      </w:r>
    </w:p>
    <w:p w14:paraId="536072C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 woman answered. Mid-thirties. Tired eyes. Polite smile that didn’t reach her shoulders.</w:t>
      </w:r>
    </w:p>
    <w:p w14:paraId="361FD16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“Hi,” she said. “You must be the plumbers.”</w:t>
      </w:r>
    </w:p>
    <w:p w14:paraId="7DB1FE9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smiled big. “Yes ma’am. James. This is Mark. We’ll get you taken care of.”</w:t>
      </w:r>
    </w:p>
    <w:p w14:paraId="3081B9D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watched her face.</w:t>
      </w:r>
    </w:p>
    <w:p w14:paraId="7BC2F05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She didn’t react to James.</w:t>
      </w:r>
    </w:p>
    <w:p w14:paraId="008A991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But when Mark said his name, her expression shifted slightly—like she was trying to place it.</w:t>
      </w:r>
    </w:p>
    <w:p w14:paraId="601FC16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She glanced past them toward the street.</w:t>
      </w:r>
    </w:p>
    <w:p w14:paraId="3D4C43A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Then a man appeared behind her—older than Mark expected, with a tight jaw and the energy of someone who didn’t like strangers in his home.</w:t>
      </w:r>
    </w:p>
    <w:p w14:paraId="31CCF0F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“About time,” the man said. “I took off work for this.”</w:t>
      </w:r>
    </w:p>
    <w:p w14:paraId="1E44A7D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James’s smile stiffened.</w:t>
      </w:r>
    </w:p>
    <w:p w14:paraId="4AE6DB5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Mark’s notebook </w:t>
      </w:r>
      <w:proofErr w:type="gramStart"/>
      <w:r w:rsidRPr="008D4D31">
        <w:rPr>
          <w:rFonts w:ascii="Times New Roman" w:eastAsia="Times New Roman" w:hAnsi="Times New Roman" w:cs="Times New Roman"/>
          <w:sz w:val="24"/>
          <w:szCs w:val="24"/>
        </w:rPr>
        <w:t>stayed</w:t>
      </w:r>
      <w:proofErr w:type="gramEnd"/>
      <w:r w:rsidRPr="008D4D31">
        <w:rPr>
          <w:rFonts w:ascii="Times New Roman" w:eastAsia="Times New Roman" w:hAnsi="Times New Roman" w:cs="Times New Roman"/>
          <w:sz w:val="24"/>
          <w:szCs w:val="24"/>
        </w:rPr>
        <w:t xml:space="preserve"> in his pocket. For now.</w:t>
      </w:r>
    </w:p>
    <w:p w14:paraId="157946F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“Sorry for the wait,” James said. “We’re here now. Show us what’s going on.”</w:t>
      </w:r>
    </w:p>
    <w:p w14:paraId="68A51C1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 man turned and walked away without answering. The woman lingered.</w:t>
      </w:r>
    </w:p>
    <w:p w14:paraId="2133A9C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“I’m Erin,” she said quietly. “That’s my husband, Tom.”</w:t>
      </w:r>
    </w:p>
    <w:p w14:paraId="5605D23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made a mental note.</w:t>
      </w:r>
    </w:p>
    <w:p w14:paraId="385EA9C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OWNER: Erin + Tom</w:t>
      </w:r>
    </w:p>
    <w:p w14:paraId="22A30AC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didn’t.</w:t>
      </w:r>
    </w:p>
    <w:p w14:paraId="63E27BC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Erin lowered her voice. “He’s… stressed. We had another guy cancel twice.”</w:t>
      </w:r>
    </w:p>
    <w:p w14:paraId="02B3F75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nodded like he understood.</w:t>
      </w:r>
    </w:p>
    <w:p w14:paraId="4D254B6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knew what she meant.</w:t>
      </w:r>
    </w:p>
    <w:p w14:paraId="2AC9A29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This job wasn’t about plumbing.</w:t>
      </w:r>
    </w:p>
    <w:p w14:paraId="146FE10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It was about trust.</w:t>
      </w:r>
    </w:p>
    <w:p w14:paraId="2318F01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They went under the sink. James diagnosed fast. Mark checked the shutoff. James started pulling tools out.</w:t>
      </w:r>
    </w:p>
    <w:p w14:paraId="0EC033D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And then it happened.</w:t>
      </w:r>
    </w:p>
    <w:p w14:paraId="7E91BED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froze. “Where’s the sealant?”</w:t>
      </w:r>
    </w:p>
    <w:p w14:paraId="3853CC2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felt his chest tighten.</w:t>
      </w:r>
    </w:p>
    <w:p w14:paraId="01CB999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reached into the tool bag. “It’s not here.”</w:t>
      </w:r>
    </w:p>
    <w:p w14:paraId="7ACECEE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looked back at the van like the van had betrayed him.</w:t>
      </w:r>
    </w:p>
    <w:p w14:paraId="6AE53AF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Tom stood in the kitchen doorway, arms crossed.</w:t>
      </w:r>
    </w:p>
    <w:p w14:paraId="77149AB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“You’re kidding,” Tom said.</w:t>
      </w:r>
    </w:p>
    <w:p w14:paraId="6C7FDE6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forced a laugh. “No big deal. We’ll run and grab it.”</w:t>
      </w:r>
    </w:p>
    <w:p w14:paraId="00840EB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Tom’s eyes narrowed. “You said you’d be ready.”</w:t>
      </w:r>
    </w:p>
    <w:p w14:paraId="6535D26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James’s face flushed. “We are ready. It’s just one thing.”</w:t>
      </w:r>
    </w:p>
    <w:p w14:paraId="5CD5BBA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Tom stepped forward. “It’s always ‘one thing’ with you people.”</w:t>
      </w:r>
    </w:p>
    <w:p w14:paraId="0E8C826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Erin’s eyes flicked to Mark—just once. A silent question.</w:t>
      </w:r>
    </w:p>
    <w:p w14:paraId="3F73A4F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Are you different?</w:t>
      </w:r>
    </w:p>
    <w:p w14:paraId="528CD27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felt the moment like a weight.</w:t>
      </w:r>
    </w:p>
    <w:p w14:paraId="7F72787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This is the chain.</w:t>
      </w:r>
    </w:p>
    <w:p w14:paraId="6585572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Promise. Handoff. Delivery. Consequence.</w:t>
      </w:r>
    </w:p>
    <w:p w14:paraId="476C99C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was already moving. “I’ll be back in thirty minutes.”</w:t>
      </w:r>
    </w:p>
    <w:p w14:paraId="2C544CB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Tom’s voice sharpened. “You said that’s what the last guy said.”</w:t>
      </w:r>
    </w:p>
    <w:p w14:paraId="391112F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James’s jaw clenched. “Do you want it fixed or not?”</w:t>
      </w:r>
    </w:p>
    <w:p w14:paraId="5F11E79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stepped in before James could burn the room down.</w:t>
      </w:r>
    </w:p>
    <w:p w14:paraId="4CEFA0B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“Tom,” Mark said evenly, “we’re going to fix it today. But we’re not going to pretend we’re not missing something. Give us ten minutes.”</w:t>
      </w:r>
    </w:p>
    <w:p w14:paraId="1FF48FA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Tom stared at him. “Ten minutes?”</w:t>
      </w:r>
    </w:p>
    <w:p w14:paraId="0437BBF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nodded. “Ten minutes. I’m going to inventory what we have and confirm what we need so we don’t make two trips.”</w:t>
      </w:r>
    </w:p>
    <w:p w14:paraId="69335C8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 xml:space="preserve">James shot Mark a look that said, </w:t>
      </w:r>
      <w:proofErr w:type="gramStart"/>
      <w:r w:rsidRPr="008D4D31">
        <w:rPr>
          <w:rFonts w:ascii="Times New Roman" w:eastAsia="Times New Roman" w:hAnsi="Times New Roman" w:cs="Times New Roman"/>
          <w:sz w:val="24"/>
          <w:szCs w:val="24"/>
        </w:rPr>
        <w:t>Are</w:t>
      </w:r>
      <w:proofErr w:type="gramEnd"/>
      <w:r w:rsidRPr="008D4D31">
        <w:rPr>
          <w:rFonts w:ascii="Times New Roman" w:eastAsia="Times New Roman" w:hAnsi="Times New Roman" w:cs="Times New Roman"/>
          <w:sz w:val="24"/>
          <w:szCs w:val="24"/>
        </w:rPr>
        <w:t xml:space="preserve"> you serious</w:t>
      </w:r>
      <w:proofErr w:type="gramStart"/>
      <w:r w:rsidRPr="008D4D31">
        <w:rPr>
          <w:rFonts w:ascii="Times New Roman" w:eastAsia="Times New Roman" w:hAnsi="Times New Roman" w:cs="Times New Roman"/>
          <w:sz w:val="24"/>
          <w:szCs w:val="24"/>
        </w:rPr>
        <w:t>?</w:t>
      </w:r>
      <w:proofErr w:type="gramEnd"/>
    </w:p>
    <w:p w14:paraId="7270B64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ignored it.</w:t>
      </w:r>
    </w:p>
    <w:p w14:paraId="690D8D7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walked back to the van, opened the doors, and started pulling tools out systematically. Not fast. Not frantic. Methodical.</w:t>
      </w:r>
    </w:p>
    <w:p w14:paraId="47F9201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hovered behind him, agitated.</w:t>
      </w:r>
    </w:p>
    <w:p w14:paraId="3B51EB7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“What are you doing?” James hissed.</w:t>
      </w:r>
    </w:p>
    <w:p w14:paraId="50C3733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Mark kept his voice low. “Stopping the bleed.”</w:t>
      </w:r>
    </w:p>
    <w:p w14:paraId="75282B9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James’s face tightened. “We don’t have time for your process.”</w:t>
      </w:r>
    </w:p>
    <w:p w14:paraId="211E4B6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finally looked at him. “James, you have time for one trip. Or you have time for three. Pick one.”</w:t>
      </w:r>
    </w:p>
    <w:p w14:paraId="223F83C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stared at him like he wanted to argue.</w:t>
      </w:r>
    </w:p>
    <w:p w14:paraId="79AEA56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Then his phone buzzed.</w:t>
      </w:r>
    </w:p>
    <w:p w14:paraId="3C0C714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Another call. Another distraction. Another fire.</w:t>
      </w:r>
    </w:p>
    <w:p w14:paraId="4461A8C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cursed under his breath and answered.</w:t>
      </w:r>
    </w:p>
    <w:p w14:paraId="7195804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didn’t wait.</w:t>
      </w:r>
    </w:p>
    <w:p w14:paraId="0F684D9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found the list of what they needed, wrote it down, and made one call to the supply house.</w:t>
      </w:r>
    </w:p>
    <w:p w14:paraId="2F763DB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didn’t ask if they had it.</w:t>
      </w:r>
    </w:p>
    <w:p w14:paraId="6629E8A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He confirmed it.</w:t>
      </w:r>
    </w:p>
    <w:p w14:paraId="70CFF6D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Then he walked back to the house, looked Tom in the eye, and said, “We’ll be back in forty minutes. We confirmed the part is in stock. When we return, we’ll finish without interruption.”</w:t>
      </w:r>
    </w:p>
    <w:p w14:paraId="753E30B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Tom didn’t smile.</w:t>
      </w:r>
    </w:p>
    <w:p w14:paraId="6DE07BD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But he stepped aside.</w:t>
      </w:r>
    </w:p>
    <w:p w14:paraId="57FB64A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Erin let out a breath she’d been holding.</w:t>
      </w:r>
    </w:p>
    <w:p w14:paraId="625074F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followed Mark out, silent.</w:t>
      </w:r>
    </w:p>
    <w:p w14:paraId="43A4FB7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In the truck, James gripped the steering wheel too hard.</w:t>
      </w:r>
    </w:p>
    <w:p w14:paraId="2B4F806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 embarrassed me,” he said.</w:t>
      </w:r>
    </w:p>
    <w:p w14:paraId="23FE0BD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stared out the windshield. “I protected us.”</w:t>
      </w:r>
    </w:p>
    <w:p w14:paraId="641A27A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James’s voice rose. “You made me look unprepared.”</w:t>
      </w:r>
    </w:p>
    <w:p w14:paraId="5A71047E"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Mark’s voice stayed calm. “You were unprepared.”</w:t>
      </w:r>
    </w:p>
    <w:p w14:paraId="3CC63E2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Silence slammed down between them.</w:t>
      </w:r>
    </w:p>
    <w:p w14:paraId="1C4B129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James’s thoughts churned behind his eyes, and Mark could almost see them.</w:t>
      </w:r>
    </w:p>
    <w:p w14:paraId="071616F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If I admit he’s right, I lose.</w:t>
      </w:r>
    </w:p>
    <w:p w14:paraId="757A9900"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felt his own thoughts, too.</w:t>
      </w:r>
    </w:p>
    <w:p w14:paraId="7B4C8E7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If he keeps rejecting this, we won’t make it.</w:t>
      </w:r>
    </w:p>
    <w:p w14:paraId="4302094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broke the silence, voice quieter now.</w:t>
      </w:r>
    </w:p>
    <w:p w14:paraId="402ABC7D"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 don’t want to be Jacobs,” he said.</w:t>
      </w:r>
    </w:p>
    <w:p w14:paraId="428DDD21"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 looked at him.</w:t>
      </w:r>
    </w:p>
    <w:p w14:paraId="57690D09"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“I don’t want to be Eddie,” Mark replied.</w:t>
      </w:r>
    </w:p>
    <w:p w14:paraId="7425E82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swallowed hard, staring at the road.</w:t>
      </w:r>
    </w:p>
    <w:p w14:paraId="6D4766B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“Then why does this feel like you’re trying to control me?” James asked.</w:t>
      </w:r>
    </w:p>
    <w:p w14:paraId="673BAEB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Mark’s answer came without hesitation.</w:t>
      </w:r>
    </w:p>
    <w:p w14:paraId="77AAFD58"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“Because you think control is the enemy,” Mark said. “And I think chaos is.”</w:t>
      </w:r>
    </w:p>
    <w:p w14:paraId="75C608C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didn’t respond.</w:t>
      </w:r>
    </w:p>
    <w:p w14:paraId="494AFAF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But his grip loosened—just slightly—on the steering wheel.</w:t>
      </w:r>
    </w:p>
    <w:p w14:paraId="5C8B3670" w14:textId="77777777" w:rsidR="008D4D31" w:rsidRPr="008D4D31" w:rsidRDefault="008D4D31" w:rsidP="008D4D31">
      <w:pPr>
        <w:spacing w:after="0"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pict w14:anchorId="0CED8B22">
          <v:rect id="_x0000_i1033" style="width:0;height:1.5pt" o:hralign="center" o:hrstd="t" o:hr="t" fillcolor="#a0a0a0" stroked="f"/>
        </w:pict>
      </w:r>
    </w:p>
    <w:p w14:paraId="63B45CEC"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Back at Rosie’s, Peter’s voice was steady.</w:t>
      </w:r>
    </w:p>
    <w:p w14:paraId="195DBBB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“You see it?” Peter asked.</w:t>
      </w:r>
    </w:p>
    <w:p w14:paraId="3BF6A66F"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didn’t blink.</w:t>
      </w:r>
    </w:p>
    <w:p w14:paraId="005BB31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“James isn’t fighting a checklist,” Alex said slowly. “He’s fighting what it means.”</w:t>
      </w:r>
    </w:p>
    <w:p w14:paraId="58F226C3"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nodded. “And so are you.”</w:t>
      </w:r>
    </w:p>
    <w:p w14:paraId="5CC5E387"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Alex’s stomach tightened. “Because when I ask for facts, my company hears criticism.”</w:t>
      </w:r>
    </w:p>
    <w:p w14:paraId="2EB68E5B"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leaned forward. “And when you avoid facts, your company hears compliance.”</w:t>
      </w:r>
    </w:p>
    <w:p w14:paraId="2C800A8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stared down at the Chain page.</w:t>
      </w:r>
    </w:p>
    <w:p w14:paraId="471FE1B6"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lastRenderedPageBreak/>
        <w:t>Peter’s next words landed like a weight.</w:t>
      </w:r>
    </w:p>
    <w:p w14:paraId="2D22DDB5"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“This week,” Peter said, “you’re going to feel the urge to be liked.”</w:t>
      </w:r>
    </w:p>
    <w:p w14:paraId="2DA03362"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Alex looked up.</w:t>
      </w:r>
    </w:p>
    <w:p w14:paraId="75E00D24"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Peter held his gaze.</w:t>
      </w:r>
    </w:p>
    <w:p w14:paraId="2F65166A" w14:textId="77777777" w:rsidR="008D4D31" w:rsidRPr="008D4D31" w:rsidRDefault="008D4D31" w:rsidP="008D4D31">
      <w:pPr>
        <w:spacing w:before="100" w:beforeAutospacing="1" w:after="100" w:afterAutospacing="1" w:line="240" w:lineRule="auto"/>
        <w:rPr>
          <w:rFonts w:ascii="Times New Roman" w:eastAsia="Times New Roman" w:hAnsi="Times New Roman" w:cs="Times New Roman"/>
          <w:sz w:val="24"/>
          <w:szCs w:val="24"/>
        </w:rPr>
      </w:pPr>
      <w:r w:rsidRPr="008D4D31">
        <w:rPr>
          <w:rFonts w:ascii="Times New Roman" w:eastAsia="Times New Roman" w:hAnsi="Times New Roman" w:cs="Times New Roman"/>
          <w:sz w:val="24"/>
          <w:szCs w:val="24"/>
        </w:rPr>
        <w:t>“And you’re going to choose to be clear instead.”</w:t>
      </w:r>
    </w:p>
    <w:sectPr w:rsidR="008D4D31" w:rsidRPr="008D4D31"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933F8A"/>
    <w:multiLevelType w:val="multilevel"/>
    <w:tmpl w:val="81C6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3819253">
    <w:abstractNumId w:val="8"/>
  </w:num>
  <w:num w:numId="2" w16cid:durableId="233275240">
    <w:abstractNumId w:val="6"/>
  </w:num>
  <w:num w:numId="3" w16cid:durableId="327096552">
    <w:abstractNumId w:val="5"/>
  </w:num>
  <w:num w:numId="4" w16cid:durableId="1415591892">
    <w:abstractNumId w:val="4"/>
  </w:num>
  <w:num w:numId="5" w16cid:durableId="832914810">
    <w:abstractNumId w:val="7"/>
  </w:num>
  <w:num w:numId="6" w16cid:durableId="1156534125">
    <w:abstractNumId w:val="3"/>
  </w:num>
  <w:num w:numId="7" w16cid:durableId="1129470021">
    <w:abstractNumId w:val="2"/>
  </w:num>
  <w:num w:numId="8" w16cid:durableId="1585068872">
    <w:abstractNumId w:val="1"/>
  </w:num>
  <w:num w:numId="9" w16cid:durableId="895243898">
    <w:abstractNumId w:val="0"/>
  </w:num>
  <w:num w:numId="10" w16cid:durableId="7951769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LUwMrUwtrSwMDMxMDZS0lEKTi0uzszPAykwrAUATuIO7ywAAAA="/>
  </w:docVars>
  <w:rsids>
    <w:rsidRoot w:val="00B47730"/>
    <w:rsid w:val="00020EB3"/>
    <w:rsid w:val="00034616"/>
    <w:rsid w:val="0006063C"/>
    <w:rsid w:val="0013282C"/>
    <w:rsid w:val="0015074B"/>
    <w:rsid w:val="002536AA"/>
    <w:rsid w:val="0029639D"/>
    <w:rsid w:val="002A49A8"/>
    <w:rsid w:val="00326F90"/>
    <w:rsid w:val="008D4D31"/>
    <w:rsid w:val="00AA1D8D"/>
    <w:rsid w:val="00AF3E11"/>
    <w:rsid w:val="00B47730"/>
    <w:rsid w:val="00CB0664"/>
    <w:rsid w:val="00D83531"/>
    <w:rsid w:val="00E40E2F"/>
    <w:rsid w:val="00F76F73"/>
    <w:rsid w:val="00FC693F"/>
    <w:rsid w:val="00FF56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8D899A"/>
  <w14:defaultImageDpi w14:val="300"/>
  <w15:docId w15:val="{9C724589-1046-4C3F-BA66-DB379B79C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5522</Words>
  <Characters>26841</Characters>
  <Application>Microsoft Office Word</Application>
  <DocSecurity>0</DocSecurity>
  <Lines>497</Lines>
  <Paragraphs>326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32037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Christopher Roark</cp:lastModifiedBy>
  <cp:revision>2</cp:revision>
  <dcterms:created xsi:type="dcterms:W3CDTF">2026-02-17T18:28:00Z</dcterms:created>
  <dcterms:modified xsi:type="dcterms:W3CDTF">2026-02-17T18:28:00Z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537c9d28-8aaa-49b4-8d56-c77c82a12ab0</vt:lpwstr>
  </property>
</Properties>
</file>