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20" w:line="276" w:lineRule="auto"/>
      </w:pPr>
      <w:r>
        <w:t>Against All Odds (#2)</w:t>
      </w:r>
    </w:p>
    <w:p>
      <w:pPr>
        <w:spacing w:after="120" w:line="276" w:lineRule="auto"/>
      </w:pPr>
      <w:r>
        <w:t>Perseverance and Grace</w:t>
      </w:r>
    </w:p>
    <w:p/>
    <w:p>
      <w:pPr>
        <w:jc w:val="center"/>
      </w:pPr>
      <w:r>
        <w:t>⸻</w:t>
      </w:r>
    </w:p>
    <w:p/>
    <w:p>
      <w:pPr>
        <w:pStyle w:val="PartHeading"/>
      </w:pPr>
      <w:r>
        <w:t>Prologue</w:t>
      </w:r>
    </w:p>
    <w:p/>
    <w:p>
      <w:pPr>
        <w:pStyle w:val="Heading3"/>
      </w:pPr>
      <w:r>
        <w:t>The Applause I Could Not Hear</w:t>
      </w:r>
    </w:p>
    <w:p/>
    <w:p>
      <w:pPr>
        <w:spacing w:after="120" w:line="276" w:lineRule="auto"/>
      </w:pPr>
      <w:r>
        <w:t>The school hall was full.</w:t>
      </w:r>
    </w:p>
    <w:p>
      <w:pPr>
        <w:spacing w:after="120" w:line="276" w:lineRule="auto"/>
      </w:pPr>
      <w:r>
        <w:t>The air carried the faint smell of floor polish and dust warmed by bodies. Light from the high windows caught the shine of the wooden benches and the neat folds of uniforms.</w:t>
      </w:r>
    </w:p>
    <w:p/>
    <w:p>
      <w:pPr>
        <w:spacing w:after="120" w:line="276" w:lineRule="auto"/>
      </w:pPr>
      <w:r>
        <w:t>The learners sat cross-legged on the polished floor in neat rows. At the back, an elevated gallery with wooden benches held the seniors. From where I stood, I could see faces at different heights — uniforms layered from front to back.</w:t>
      </w:r>
    </w:p>
    <w:p/>
    <w:p>
      <w:pPr>
        <w:spacing w:after="120" w:line="276" w:lineRule="auto"/>
      </w:pPr>
      <w:r>
        <w:t>We were at the end of Grade 11. The prefects for the following year were being introduced.</w:t>
      </w:r>
    </w:p>
    <w:p/>
    <w:p>
      <w:pPr>
        <w:spacing w:after="120" w:line="276" w:lineRule="auto"/>
      </w:pPr>
      <w:r>
        <w:t>One by one, our names were called.</w:t>
      </w:r>
    </w:p>
    <w:p/>
    <w:p>
      <w:pPr>
        <w:spacing w:after="120" w:line="276" w:lineRule="auto"/>
      </w:pPr>
      <w:r>
        <w:t>When my turn came, I stepped forward. My hands felt slightly stiff. My mouth dry. I was acutely aware of how many eyes were on me.</w:t>
      </w:r>
    </w:p>
    <w:p>
      <w:pPr>
        <w:spacing w:after="120" w:line="276" w:lineRule="auto"/>
      </w:pPr>
      <w:r>
        <w:t>I remember focusing on the faces closest to me—trying to read reassurance in expressions, trying not to let my own show through.</w:t>
      </w:r>
    </w:p>
    <w:p/>
    <w:p>
      <w:pPr>
        <w:spacing w:after="120" w:line="276" w:lineRule="auto"/>
      </w:pPr>
      <w:r>
        <w:t>I do not remember what I said. The words have faded with time. What I remember instead is what I did not hear.</w:t>
      </w:r>
    </w:p>
    <w:p>
      <w:pPr>
        <w:spacing w:after="120" w:line="276" w:lineRule="auto"/>
      </w:pPr>
      <w:r>
        <w:t>I can guess the shape of it now: something polite, something grateful, something a boy says when he is trying to be brave.</w:t>
      </w:r>
    </w:p>
    <w:p/>
    <w:p>
      <w:pPr>
        <w:spacing w:after="120" w:line="276" w:lineRule="auto"/>
      </w:pPr>
      <w:r>
        <w:t>When I finished speaking, the hall erupted — or so I was later told.</w:t>
      </w:r>
    </w:p>
    <w:p/>
    <w:p>
      <w:pPr>
        <w:spacing w:after="120" w:line="276" w:lineRule="auto"/>
      </w:pPr>
      <w:r>
        <w:t>I did not hear the applause.</w:t>
      </w:r>
    </w:p>
    <w:p/>
    <w:p>
      <w:pPr>
        <w:spacing w:after="120" w:line="276" w:lineRule="auto"/>
      </w:pPr>
      <w:r>
        <w:t>But I saw it.</w:t>
      </w:r>
    </w:p>
    <w:p/>
    <w:p>
      <w:pPr>
        <w:spacing w:after="120" w:line="276" w:lineRule="auto"/>
      </w:pPr>
      <w:r>
        <w:t>Hands clapping. Shoulders moving. Smiles widening. A ripple of movement through the room.</w:t>
      </w:r>
    </w:p>
    <w:p/>
    <w:p>
      <w:pPr>
        <w:spacing w:after="120" w:line="276" w:lineRule="auto"/>
      </w:pPr>
      <w:r>
        <w:t>And something inside me settled.</w:t>
      </w:r>
    </w:p>
    <w:p/>
    <w:p>
      <w:pPr>
        <w:spacing w:after="120" w:line="276" w:lineRule="auto"/>
      </w:pPr>
      <w:r>
        <w:t>Not because of the noise I could not hear, but because of what it meant.</w:t>
      </w:r>
    </w:p>
    <w:p/>
    <w:p>
      <w:pPr>
        <w:spacing w:after="120" w:line="276" w:lineRule="auto"/>
      </w:pPr>
      <w:r>
        <w:t>I belonged.</w:t>
      </w:r>
    </w:p>
    <w:p/>
    <w:p>
      <w:pPr>
        <w:spacing w:after="120" w:line="276" w:lineRule="auto"/>
      </w:pPr>
      <w:r>
        <w:t>Or at least, that is how it felt in that moment.</w:t>
      </w:r>
    </w:p>
    <w:p/>
    <w:p>
      <w:pPr>
        <w:spacing w:after="120" w:line="276" w:lineRule="auto"/>
      </w:pPr>
      <w:r>
        <w:t>What no one in that hall could see was the long road that had led me there.</w:t>
      </w:r>
    </w:p>
    <w:p/>
    <w:p>
      <w:pPr>
        <w:spacing w:after="120" w:line="276" w:lineRule="auto"/>
      </w:pPr>
      <w:r>
        <w:t>My story did not begin with applause.</w:t>
      </w:r>
    </w:p>
    <w:p/>
    <w:p>
      <w:pPr>
        <w:spacing w:after="120" w:line="276" w:lineRule="auto"/>
      </w:pPr>
      <w:r>
        <w:t>It began in silence.</w:t>
      </w:r>
    </w:p>
    <w:p/>
    <w:p>
      <w:pPr>
        <w:jc w:val="center"/>
      </w:pPr>
      <w:r>
        <w:t>⸻</w:t>
      </w:r>
    </w:p>
    <w:p/>
    <w:p>
      <w:pPr>
        <w:pStyle w:val="PartHeading"/>
      </w:pPr>
      <w:r>
        <w:t>Part I — The Silence Begins</w:t>
      </w:r>
    </w:p>
    <w:p/>
    <w:p>
      <w:pPr>
        <w:pStyle w:val="ChapterHeading"/>
      </w:pPr>
      <w:r>
        <w:t>Chapter 1 — A Sudden Stillness</w:t>
      </w:r>
    </w:p>
    <w:p/>
    <w:p>
      <w:pPr>
        <w:spacing w:after="120" w:line="276" w:lineRule="auto"/>
      </w:pPr>
      <w:r>
        <w:t>I was born in 1977.</w:t>
      </w:r>
    </w:p>
    <w:p/>
    <w:p>
      <w:pPr>
        <w:spacing w:after="120" w:line="276" w:lineRule="auto"/>
      </w:pPr>
      <w:r>
        <w:t>In 1978, at eleven months old, I contracted meningitis.</w:t>
      </w:r>
    </w:p>
    <w:p/>
    <w:p>
      <w:pPr>
        <w:spacing w:after="120" w:line="276" w:lineRule="auto"/>
      </w:pPr>
      <w:r>
        <w:t>I do not remember the illness.</w:t>
      </w:r>
    </w:p>
    <w:p/>
    <w:p>
      <w:pPr>
        <w:spacing w:after="120" w:line="276" w:lineRule="auto"/>
      </w:pPr>
      <w:r>
        <w:t>There is no hospital corridor in my mind. No memory of fever or urgency. At that age, memory belongs to others.</w:t>
      </w:r>
    </w:p>
    <w:p/>
    <w:p>
      <w:pPr>
        <w:spacing w:after="120" w:line="276" w:lineRule="auto"/>
      </w:pPr>
      <w:r>
        <w:t>What I know of that season comes from stories told later.</w:t>
      </w:r>
    </w:p>
    <w:p/>
    <w:p>
      <w:pPr>
        <w:spacing w:after="120" w:line="276" w:lineRule="auto"/>
      </w:pPr>
      <w:r>
        <w:t>The illness passed.</w:t>
      </w:r>
    </w:p>
    <w:p/>
    <w:p>
      <w:pPr>
        <w:spacing w:after="120" w:line="276" w:lineRule="auto"/>
      </w:pPr>
      <w:r>
        <w:t>The hearing did not return.</w:t>
      </w:r>
    </w:p>
    <w:p/>
    <w:p>
      <w:pPr>
        <w:spacing w:after="120" w:line="276" w:lineRule="auto"/>
      </w:pPr>
      <w:r>
        <w:t>For me, there was no dramatic moment when sound disappeared. My life simply began — as far back as I can remember — with hearing as something limited and fragile.</w:t>
      </w:r>
    </w:p>
    <w:p/>
    <w:p>
      <w:pPr>
        <w:spacing w:after="120" w:line="276" w:lineRule="auto"/>
      </w:pPr>
      <w:r>
        <w:t>But for my parents, there must have been a moment.</w:t>
      </w:r>
    </w:p>
    <w:p/>
    <w:p>
      <w:pPr>
        <w:spacing w:after="120" w:line="276" w:lineRule="auto"/>
      </w:pPr>
      <w:r>
        <w:t>A moment of noticing.</w:t>
      </w:r>
    </w:p>
    <w:p/>
    <w:p>
      <w:pPr>
        <w:spacing w:after="120" w:line="276" w:lineRule="auto"/>
      </w:pPr>
      <w:r>
        <w:t>Of calling my name and waiting.</w:t>
      </w:r>
    </w:p>
    <w:p/>
    <w:p>
      <w:pPr>
        <w:spacing w:after="120" w:line="276" w:lineRule="auto"/>
      </w:pPr>
      <w:r>
        <w:t>Of uncertainty stretching longer than it should.</w:t>
      </w:r>
    </w:p>
    <w:p/>
    <w:p>
      <w:pPr>
        <w:spacing w:after="120" w:line="276" w:lineRule="auto"/>
      </w:pPr>
      <w:r>
        <w:t>As a toddler, they began taking me regularly to the University of Pretoria, to what was then known as the Communication Pathology building. It was where future audiologists and speech therapists studied and practiced.</w:t>
      </w:r>
    </w:p>
    <w:p/>
    <w:p>
      <w:pPr>
        <w:spacing w:after="120" w:line="276" w:lineRule="auto"/>
      </w:pPr>
      <w:r>
        <w:t>In my memory, the building felt enormous.</w:t>
      </w:r>
    </w:p>
    <w:p/>
    <w:p>
      <w:pPr>
        <w:spacing w:after="120" w:line="276" w:lineRule="auto"/>
      </w:pPr>
      <w:r>
        <w:t>A long corridor stretched ahead, its floors echoing faintly beneath footsteps I could not fully hear. Doors lined both sides. Behind many of them were small rooms padded with sound insulation — thick, textured walls designed to swallow echoes and isolate noise.</w:t>
      </w:r>
    </w:p>
    <w:p/>
    <w:p>
      <w:pPr>
        <w:spacing w:after="120" w:line="276" w:lineRule="auto"/>
      </w:pPr>
      <w:r>
        <w:t>To a child, it felt serious. Important.</w:t>
      </w:r>
    </w:p>
    <w:p/>
    <w:p>
      <w:pPr>
        <w:spacing w:after="120" w:line="276" w:lineRule="auto"/>
      </w:pPr>
      <w:r>
        <w:t>There was also the hearing test booth — a vault-like cubicle no larger than two by two meters. A heavy door would close behind me, sealing me inside a space so quiet it felt almost unnatural.</w:t>
      </w:r>
    </w:p>
    <w:p/>
    <w:p>
      <w:pPr>
        <w:spacing w:after="120" w:line="276" w:lineRule="auto"/>
      </w:pPr>
      <w:r>
        <w:t>The first time, it was frightening.</w:t>
      </w:r>
    </w:p>
    <w:p/>
    <w:p>
      <w:pPr>
        <w:spacing w:after="120" w:line="276" w:lineRule="auto"/>
      </w:pPr>
      <w:r>
        <w:t>The smallness of the room. The thick door. The strange stillness.</w:t>
      </w:r>
    </w:p>
    <w:p/>
    <w:p>
      <w:pPr>
        <w:spacing w:after="120" w:line="276" w:lineRule="auto"/>
      </w:pPr>
      <w:r>
        <w:t>But through the glass window, I could see the audiologist. She would look at me warmly, speaking slowly and clearly, making sure I understood what to do. Her face was calm. Reassuring.</w:t>
      </w:r>
    </w:p>
    <w:p/>
    <w:p>
      <w:pPr>
        <w:spacing w:after="120" w:line="276" w:lineRule="auto"/>
      </w:pPr>
      <w:r>
        <w:t>Press the button when you hear a sound.</w:t>
      </w:r>
    </w:p>
    <w:p/>
    <w:p>
      <w:pPr>
        <w:spacing w:after="120" w:line="276" w:lineRule="auto"/>
      </w:pPr>
      <w:r>
        <w:t>With her watching, it became less intimidating. Soon it felt routine. Almost normal.</w:t>
      </w:r>
    </w:p>
    <w:p/>
    <w:p>
      <w:pPr>
        <w:spacing w:after="120" w:line="276" w:lineRule="auto"/>
      </w:pPr>
      <w:r>
        <w:t>I spent countless sessions there.</w:t>
      </w:r>
    </w:p>
    <w:p/>
    <w:p>
      <w:pPr>
        <w:spacing w:after="120" w:line="276" w:lineRule="auto"/>
      </w:pPr>
      <w:r>
        <w:t>Headphones on.</w:t>
      </w:r>
    </w:p>
    <w:p>
      <w:pPr>
        <w:spacing w:after="120" w:line="276" w:lineRule="auto"/>
      </w:pPr>
      <w:r>
        <w:t>A small button in my hand.</w:t>
      </w:r>
    </w:p>
    <w:p/>
    <w:p>
      <w:pPr>
        <w:spacing w:after="120" w:line="276" w:lineRule="auto"/>
      </w:pPr>
      <w:r>
        <w:t>The high-frequency sounds were always the most difficult for me to detect. They still are. The sharp tones. The soft, high-pitched signals. The subtle chirps that exist for others as ordinary background life.</w:t>
      </w:r>
    </w:p>
    <w:p/>
    <w:p>
      <w:pPr>
        <w:spacing w:after="120" w:line="276" w:lineRule="auto"/>
      </w:pPr>
      <w:r>
        <w:t>Sometimes I pressed the button with certainty.</w:t>
      </w:r>
    </w:p>
    <w:p/>
    <w:p>
      <w:pPr>
        <w:spacing w:after="120" w:line="276" w:lineRule="auto"/>
      </w:pPr>
      <w:r>
        <w:t>Sometimes I hesitated.</w:t>
      </w:r>
    </w:p>
    <w:p/>
    <w:p>
      <w:pPr>
        <w:spacing w:after="120" w:line="276" w:lineRule="auto"/>
      </w:pPr>
      <w:r>
        <w:t>And sometimes I pressed it because I thought I might have heard something — not wanting to miss it, not wanting to get it wrong.</w:t>
      </w:r>
    </w:p>
    <w:p/>
    <w:p>
      <w:pPr>
        <w:spacing w:after="120" w:line="276" w:lineRule="auto"/>
      </w:pPr>
      <w:r>
        <w:t>Even then, I was learning something about myself — about guessing, about filling gaps, about trying to catch what was barely there.</w:t>
      </w:r>
    </w:p>
    <w:p/>
    <w:p>
      <w:pPr>
        <w:spacing w:after="120" w:line="276" w:lineRule="auto"/>
      </w:pPr>
      <w:r>
        <w:t>At the time, I did not understand what was at stake.</w:t>
      </w:r>
    </w:p>
    <w:p/>
    <w:p>
      <w:pPr>
        <w:spacing w:after="120" w:line="276" w:lineRule="auto"/>
      </w:pPr>
      <w:r>
        <w:t>I did not understand the questions my parents must have carried during those drives to campus:</w:t>
      </w:r>
    </w:p>
    <w:p/>
    <w:p>
      <w:pPr>
        <w:spacing w:after="120" w:line="276" w:lineRule="auto"/>
      </w:pPr>
      <w:r>
        <w:t>Will he speak clearly? Will he cope in school? Will he belong? Will he be okay?</w:t>
      </w:r>
    </w:p>
    <w:p/>
    <w:p>
      <w:pPr>
        <w:spacing w:after="120" w:line="276" w:lineRule="auto"/>
      </w:pPr>
      <w:r>
        <w:t>I only knew that they showed up.</w:t>
      </w:r>
    </w:p>
    <w:p/>
    <w:p>
      <w:pPr>
        <w:spacing w:after="120" w:line="276" w:lineRule="auto"/>
      </w:pPr>
      <w:r>
        <w:t>Again and again.</w:t>
      </w:r>
    </w:p>
    <w:p/>
    <w:p>
      <w:pPr>
        <w:spacing w:after="120" w:line="276" w:lineRule="auto"/>
      </w:pPr>
      <w:r>
        <w:t>They loved. They cared. They trusted.</w:t>
      </w:r>
    </w:p>
    <w:p/>
    <w:p>
      <w:pPr>
        <w:spacing w:after="120" w:line="276" w:lineRule="auto"/>
      </w:pPr>
      <w:r>
        <w:t>Long before I understood perseverance, they were practicing it on my behalf.</w:t>
      </w:r>
    </w:p>
    <w:p/>
    <w:p>
      <w:pPr>
        <w:spacing w:after="120" w:line="276" w:lineRule="auto"/>
      </w:pPr>
      <w:r>
        <w:t>Looking back now, I see those early years differently.</w:t>
      </w:r>
    </w:p>
    <w:p/>
    <w:p>
      <w:pPr>
        <w:spacing w:after="120" w:line="276" w:lineRule="auto"/>
      </w:pPr>
      <w:r>
        <w:t>At the time, it was simply my life.</w:t>
      </w:r>
    </w:p>
    <w:p/>
    <w:p>
      <w:pPr>
        <w:spacing w:after="120" w:line="276" w:lineRule="auto"/>
      </w:pPr>
      <w:r>
        <w:t>Now I recognize it as the beginning of a long road — one that started quietly, without applause.</w:t>
      </w:r>
    </w:p>
    <w:p/>
    <w:p>
      <w:pPr>
        <w:jc w:val="center"/>
      </w:pPr>
      <w:r>
        <w:t>⸻</w:t>
      </w:r>
    </w:p>
    <w:p/>
    <w:p>
      <w:pPr>
        <w:pStyle w:val="ChapterHeading"/>
      </w:pPr>
      <w:r>
        <w:t>Chapter 2 — First Awareness</w:t>
      </w:r>
    </w:p>
    <w:p/>
    <w:p>
      <w:pPr>
        <w:spacing w:after="120" w:line="276" w:lineRule="auto"/>
      </w:pPr>
      <w:r>
        <w:t>I received hearing aids as a baby. I cannot recall when exactly — I was too young to remember.</w:t>
      </w:r>
    </w:p>
    <w:p/>
    <w:p>
      <w:pPr>
        <w:spacing w:after="120" w:line="276" w:lineRule="auto"/>
      </w:pPr>
      <w:r>
        <w:t>But I remember becoming aware.</w:t>
      </w:r>
    </w:p>
    <w:p/>
    <w:p>
      <w:pPr>
        <w:spacing w:after="120" w:line="276" w:lineRule="auto"/>
      </w:pPr>
      <w:r>
        <w:t>The first awareness was not of sound.</w:t>
      </w:r>
    </w:p>
    <w:p/>
    <w:p>
      <w:pPr>
        <w:spacing w:after="120" w:line="276" w:lineRule="auto"/>
      </w:pPr>
      <w:r>
        <w:t>It was of difference.</w:t>
      </w:r>
    </w:p>
    <w:p/>
    <w:p>
      <w:pPr>
        <w:spacing w:after="120" w:line="276" w:lineRule="auto"/>
      </w:pPr>
      <w:r>
        <w:t>Before primary school, even before I fully understood what hearing loss meant, my life had already been carefully structured.</w:t>
      </w:r>
    </w:p>
    <w:p/>
    <w:p>
      <w:pPr>
        <w:spacing w:after="120" w:line="276" w:lineRule="auto"/>
      </w:pPr>
      <w:r>
        <w:t>I started kleuterskool in 1982, a year earlier than most children. I was four years old. It was intentional — more exposure to sound, to speech, to conversation, to the rhythm of a world I would have to learn to navigate.</w:t>
      </w:r>
    </w:p>
    <w:p/>
    <w:p>
      <w:pPr>
        <w:spacing w:after="120" w:line="276" w:lineRule="auto"/>
      </w:pPr>
      <w:r>
        <w:t>For two years, my week was divided.</w:t>
      </w:r>
    </w:p>
    <w:p/>
    <w:p>
      <w:pPr>
        <w:spacing w:after="120" w:line="276" w:lineRule="auto"/>
      </w:pPr>
      <w:r>
        <w:t>On Mondays and Tuesdays, I went to the University of Pretoria. There, I was part of a small playgroup — just three of us. Structured. Guided. Purposeful.</w:t>
      </w:r>
    </w:p>
    <w:p/>
    <w:p>
      <w:pPr>
        <w:spacing w:after="120" w:line="276" w:lineRule="auto"/>
      </w:pPr>
      <w:r>
        <w:t>The rest of the week, I attended a regular kleuterskool close to where we lived.</w:t>
      </w:r>
    </w:p>
    <w:p/>
    <w:p>
      <w:pPr>
        <w:spacing w:after="120" w:line="276" w:lineRule="auto"/>
      </w:pPr>
      <w:r>
        <w:t>Even then, there were two environments.</w:t>
      </w:r>
    </w:p>
    <w:p/>
    <w:p>
      <w:pPr>
        <w:spacing w:after="120" w:line="276" w:lineRule="auto"/>
      </w:pPr>
      <w:r>
        <w:t>Two rhythms.</w:t>
      </w:r>
    </w:p>
    <w:p/>
    <w:p>
      <w:pPr>
        <w:spacing w:after="120" w:line="276" w:lineRule="auto"/>
      </w:pPr>
      <w:r>
        <w:t>Two versions of childhood.</w:t>
      </w:r>
    </w:p>
    <w:p/>
    <w:p>
      <w:pPr>
        <w:spacing w:after="120" w:line="276" w:lineRule="auto"/>
      </w:pPr>
      <w:r>
        <w:t>My first clear memory from those years is insecurity.</w:t>
      </w:r>
    </w:p>
    <w:p/>
    <w:p>
      <w:pPr>
        <w:spacing w:after="120" w:line="276" w:lineRule="auto"/>
      </w:pPr>
      <w:r>
        <w:t>A constant fear of missing something important. Of not hearing an instruction. Of doing something wrong and being scolded for a mistake that was never intentional. Of being left behind while others moved forward effortlessly.</w:t>
      </w:r>
    </w:p>
    <w:p/>
    <w:p>
      <w:pPr>
        <w:spacing w:after="120" w:line="276" w:lineRule="auto"/>
      </w:pPr>
      <w:r>
        <w:t>By my second year, I had adapted somewhat. I had learned to watch. To scan. To study faces.</w:t>
      </w:r>
    </w:p>
    <w:p/>
    <w:p>
      <w:pPr>
        <w:spacing w:after="120" w:line="276" w:lineRule="auto"/>
      </w:pPr>
      <w:r>
        <w:t>When I moved into primary school in 1984, the difference became more visible.</w:t>
      </w:r>
    </w:p>
    <w:p/>
    <w:p>
      <w:pPr>
        <w:spacing w:after="120" w:line="276" w:lineRule="auto"/>
      </w:pPr>
      <w:r>
        <w:t>The hearing aids behind my ears. The curious looks. The quiet glances.</w:t>
      </w:r>
    </w:p>
    <w:p/>
    <w:p>
      <w:pPr>
        <w:spacing w:after="120" w:line="276" w:lineRule="auto"/>
      </w:pPr>
      <w:r>
        <w:t>As an immature and self-conscious boy, I sometimes felt like an alien.</w:t>
      </w:r>
    </w:p>
    <w:p/>
    <w:p>
      <w:pPr>
        <w:spacing w:after="120" w:line="276" w:lineRule="auto"/>
      </w:pPr>
      <w:r>
        <w:t>Teachers were instructed how to assist me.</w:t>
      </w:r>
    </w:p>
    <w:p>
      <w:pPr>
        <w:spacing w:after="120" w:line="276" w:lineRule="auto"/>
      </w:pPr>
      <w:r>
        <w:t>Classrooms required adjustments.</w:t>
      </w:r>
    </w:p>
    <w:p>
      <w:pPr>
        <w:pStyle w:val="Heading3"/>
      </w:pPr>
      <w:r>
        <w:t>There were conversations about my “apparatus.”</w:t>
      </w:r>
    </w:p>
    <w:p/>
    <w:p>
      <w:pPr>
        <w:spacing w:after="120" w:line="276" w:lineRule="auto"/>
      </w:pPr>
      <w:r>
        <w:t>Very early in life, I understood that something about me required management.</w:t>
      </w:r>
    </w:p>
    <w:p/>
    <w:p>
      <w:pPr>
        <w:spacing w:after="120" w:line="276" w:lineRule="auto"/>
      </w:pPr>
      <w:r>
        <w:t>Most of the time, I felt accepted. Friends were kind. Teachers were supportive. I was rarely rejected outright.</w:t>
      </w:r>
    </w:p>
    <w:p/>
    <w:p>
      <w:pPr>
        <w:spacing w:after="120" w:line="276" w:lineRule="auto"/>
      </w:pPr>
      <w:r>
        <w:t>Primary school taught me how to cope.</w:t>
      </w:r>
    </w:p>
    <w:p/>
    <w:p>
      <w:pPr>
        <w:spacing w:after="120" w:line="276" w:lineRule="auto"/>
      </w:pPr>
      <w:r>
        <w:t>High school would test whether coping was enough.</w:t>
      </w:r>
    </w:p>
    <w:p/>
    <w:p>
      <w:pPr>
        <w:jc w:val="center"/>
      </w:pPr>
      <w:r>
        <w:t>⸻</w:t>
      </w:r>
    </w:p>
    <w:p/>
    <w:p>
      <w:pPr>
        <w:pStyle w:val="ChapterHeading"/>
      </w:pPr>
      <w:r>
        <w:t>Chapter 3 — Watching Faces</w:t>
      </w:r>
    </w:p>
    <w:p/>
    <w:p>
      <w:pPr>
        <w:spacing w:after="120" w:line="276" w:lineRule="auto"/>
      </w:pPr>
      <w:r>
        <w:t>Primary school taught me how to cope.</w:t>
      </w:r>
    </w:p>
    <w:p/>
    <w:p>
      <w:pPr>
        <w:spacing w:after="120" w:line="276" w:lineRule="auto"/>
      </w:pPr>
      <w:r>
        <w:t>Coping meant learning to observe.</w:t>
      </w:r>
    </w:p>
    <w:p/>
    <w:p>
      <w:pPr>
        <w:spacing w:after="120" w:line="276" w:lineRule="auto"/>
      </w:pPr>
      <w:r>
        <w:t>I do not remember being formally taught to lip read.</w:t>
      </w:r>
    </w:p>
    <w:p/>
    <w:p>
      <w:pPr>
        <w:spacing w:after="120" w:line="276" w:lineRule="auto"/>
      </w:pPr>
      <w:r>
        <w:t>Perhaps I was. Perhaps it was part of the early speech therapy years. Or perhaps it evolved naturally — the way the human body adapts quietly to adversity.</w:t>
      </w:r>
    </w:p>
    <w:p/>
    <w:p>
      <w:pPr>
        <w:spacing w:after="120" w:line="276" w:lineRule="auto"/>
      </w:pPr>
      <w:r>
        <w:t>All I know is that at some point, watching faces became instinct, and lip reading became my survival tool.</w:t>
      </w:r>
    </w:p>
    <w:p/>
    <w:p>
      <w:pPr>
        <w:spacing w:after="120" w:line="276" w:lineRule="auto"/>
      </w:pPr>
      <w:r>
        <w:t>Conversation was never just sound.</w:t>
      </w:r>
    </w:p>
    <w:p/>
    <w:p>
      <w:pPr>
        <w:spacing w:after="120" w:line="276" w:lineRule="auto"/>
      </w:pPr>
      <w:r>
        <w:t>It was movement.</w:t>
      </w:r>
    </w:p>
    <w:p/>
    <w:p>
      <w:pPr>
        <w:spacing w:after="120" w:line="276" w:lineRule="auto"/>
      </w:pPr>
      <w:r>
        <w:t>Lips shaping words. Eyebrows lifting. Eyes narrowing.</w:t>
      </w:r>
    </w:p>
    <w:p>
      <w:pPr>
        <w:spacing w:after="120" w:line="276" w:lineRule="auto"/>
      </w:pPr>
      <w:r>
        <w:t>Heads turning toward someone who had spoken.</w:t>
      </w:r>
    </w:p>
    <w:p/>
    <w:p>
      <w:pPr>
        <w:spacing w:after="120" w:line="276" w:lineRule="auto"/>
      </w:pPr>
      <w:r>
        <w:t>I learned to read context as much as language.</w:t>
      </w:r>
    </w:p>
    <w:p/>
    <w:p>
      <w:pPr>
        <w:spacing w:after="120" w:line="276" w:lineRule="auto"/>
      </w:pPr>
      <w:r>
        <w:t>If everyone laughed, I laughed too — hoping my guess was correct.</w:t>
      </w:r>
    </w:p>
    <w:p/>
    <w:p>
      <w:pPr>
        <w:spacing w:after="120" w:line="276" w:lineRule="auto"/>
      </w:pPr>
      <w:r>
        <w:t>If someone nodded, I nodded.</w:t>
      </w:r>
    </w:p>
    <w:p/>
    <w:p>
      <w:pPr>
        <w:spacing w:after="120" w:line="276" w:lineRule="auto"/>
      </w:pPr>
      <w:r>
        <w:t>If a teacher paused and looked at the class, I watched carefully for cues about what was expected next.</w:t>
      </w:r>
    </w:p>
    <w:p/>
    <w:p>
      <w:pPr>
        <w:spacing w:after="120" w:line="276" w:lineRule="auto"/>
      </w:pPr>
      <w:r>
        <w:t>Listening alone was never enough.</w:t>
      </w:r>
    </w:p>
    <w:p/>
    <w:p>
      <w:pPr>
        <w:spacing w:after="120" w:line="276" w:lineRule="auto"/>
      </w:pPr>
      <w:r>
        <w:t>I had to calculate constantly — combining the little sound I could detect with mouth movements, tone, body language, and the reactions of others.</w:t>
      </w:r>
    </w:p>
    <w:p/>
    <w:p>
      <w:pPr>
        <w:spacing w:after="120" w:line="276" w:lineRule="auto"/>
      </w:pPr>
      <w:r>
        <w:t>Most of the time, it worked well enough.</w:t>
      </w:r>
    </w:p>
    <w:p>
      <w:pPr>
        <w:spacing w:after="120" w:line="276" w:lineRule="auto"/>
      </w:pPr>
      <w:r>
        <w:t>But it required effort.</w:t>
      </w:r>
    </w:p>
    <w:p>
      <w:pPr>
        <w:spacing w:after="120" w:line="276" w:lineRule="auto"/>
      </w:pPr>
      <w:r>
        <w:t>Constant effort.</w:t>
      </w:r>
    </w:p>
    <w:p/>
    <w:p>
      <w:pPr>
        <w:spacing w:after="120" w:line="276" w:lineRule="auto"/>
      </w:pPr>
      <w:r>
        <w:t>For others, conversation was effortless.</w:t>
      </w:r>
    </w:p>
    <w:p>
      <w:pPr>
        <w:spacing w:after="120" w:line="276" w:lineRule="auto"/>
      </w:pPr>
      <w:r>
        <w:t>For me, it was analysis.</w:t>
      </w:r>
    </w:p>
    <w:p/>
    <w:p>
      <w:pPr>
        <w:spacing w:after="120" w:line="276" w:lineRule="auto"/>
      </w:pPr>
      <w:r>
        <w:t>No one could see that calculation happening.</w:t>
      </w:r>
    </w:p>
    <w:p>
      <w:pPr>
        <w:spacing w:after="120" w:line="276" w:lineRule="auto"/>
      </w:pPr>
      <w:r>
        <w:t>From the outside, I was simply participating.</w:t>
      </w:r>
    </w:p>
    <w:p>
      <w:pPr>
        <w:spacing w:after="120" w:line="276" w:lineRule="auto"/>
      </w:pPr>
      <w:r>
        <w:t>From the inside, I was working.</w:t>
      </w:r>
    </w:p>
    <w:p/>
    <w:p>
      <w:pPr>
        <w:spacing w:after="120" w:line="276" w:lineRule="auto"/>
      </w:pPr>
      <w:r>
        <w:t>Primary school was manageable.</w:t>
      </w:r>
    </w:p>
    <w:p/>
    <w:p>
      <w:pPr>
        <w:spacing w:after="120" w:line="276" w:lineRule="auto"/>
      </w:pPr>
      <w:r>
        <w:t>I coped.</w:t>
      </w:r>
    </w:p>
    <w:p/>
    <w:p>
      <w:pPr>
        <w:spacing w:after="120" w:line="276" w:lineRule="auto"/>
      </w:pPr>
      <w:r>
        <w:t>And because I coped, most people assumed I heard more than I did.</w:t>
      </w:r>
    </w:p>
    <w:p/>
    <w:p>
      <w:pPr>
        <w:jc w:val="center"/>
      </w:pPr>
      <w:r>
        <w:t>⸻</w:t>
      </w:r>
    </w:p>
    <w:p/>
    <w:p>
      <w:pPr>
        <w:pStyle w:val="ChapterHeading"/>
      </w:pPr>
      <w:r>
        <w:t>Chapter 4 — The FM System</w:t>
      </w:r>
    </w:p>
    <w:p/>
    <w:p>
      <w:pPr>
        <w:spacing w:after="120" w:line="276" w:lineRule="auto"/>
      </w:pPr>
      <w:r>
        <w:t>In primary school, another layer was added to the management.</w:t>
      </w:r>
    </w:p>
    <w:p/>
    <w:p>
      <w:pPr>
        <w:spacing w:after="120" w:line="276" w:lineRule="auto"/>
      </w:pPr>
      <w:r>
        <w:t>My parents invested in an FM system.</w:t>
      </w:r>
    </w:p>
    <w:p/>
    <w:p>
      <w:pPr>
        <w:spacing w:after="120" w:line="276" w:lineRule="auto"/>
      </w:pPr>
      <w:r>
        <w:t>It consisted of two devices. I wore a receiver on my chest, connected by coils to the hearing aids behind my ears. The teacher wore a transmitter with a microphone hanging around the neck.</w:t>
      </w:r>
    </w:p>
    <w:p/>
    <w:p>
      <w:pPr>
        <w:spacing w:after="120" w:line="276" w:lineRule="auto"/>
      </w:pPr>
      <w:r>
        <w:t>The idea was simple: isolate the teacher’s voice and deliver it directly to me.</w:t>
      </w:r>
    </w:p>
    <w:p/>
    <w:p>
      <w:pPr>
        <w:spacing w:after="120" w:line="276" w:lineRule="auto"/>
      </w:pPr>
      <w:r>
        <w:t>Technically, it worked.</w:t>
      </w:r>
    </w:p>
    <w:p/>
    <w:p>
      <w:pPr>
        <w:spacing w:after="120" w:line="276" w:lineRule="auto"/>
      </w:pPr>
      <w:r>
        <w:t>Socially, it complicated things.</w:t>
      </w:r>
    </w:p>
    <w:p/>
    <w:p>
      <w:pPr>
        <w:spacing w:after="120" w:line="276" w:lineRule="auto"/>
      </w:pPr>
      <w:r>
        <w:t>In Grades 1 to 3, I accepted it without much resistance. I was still young. Still adapting. Still more concerned with following instructions than with how I appeared.</w:t>
      </w:r>
    </w:p>
    <w:p/>
    <w:p>
      <w:pPr>
        <w:spacing w:after="120" w:line="276" w:lineRule="auto"/>
      </w:pPr>
      <w:r>
        <w:t>The device was large and noticeable. At the end of each class, the transmitter had to be handed from one teacher to the next. There was always a small pause — a moment where attention shifted. A reminder that something about me required special handling.</w:t>
      </w:r>
    </w:p>
    <w:p/>
    <w:p>
      <w:pPr>
        <w:spacing w:after="120" w:line="276" w:lineRule="auto"/>
      </w:pPr>
      <w:r>
        <w:t>At that age, I tolerated it.</w:t>
      </w:r>
    </w:p>
    <w:p/>
    <w:p>
      <w:pPr>
        <w:spacing w:after="120" w:line="276" w:lineRule="auto"/>
      </w:pPr>
      <w:r>
        <w:t>But as I grew older, awareness sharpened.</w:t>
      </w:r>
    </w:p>
    <w:p/>
    <w:p>
      <w:pPr>
        <w:spacing w:after="120" w:line="276" w:lineRule="auto"/>
      </w:pPr>
      <w:r>
        <w:t>By Grade 4, I began noticing the looks more clearly. The extra attention. The slight disruptions. The fact that I was not just another child in the classroom.</w:t>
      </w:r>
    </w:p>
    <w:p/>
    <w:p>
      <w:pPr>
        <w:spacing w:after="120" w:line="276" w:lineRule="auto"/>
      </w:pPr>
      <w:r>
        <w:t>By Grade 5, resentment had taken root.</w:t>
      </w:r>
    </w:p>
    <w:p/>
    <w:p>
      <w:pPr>
        <w:spacing w:after="120" w:line="276" w:lineRule="auto"/>
      </w:pPr>
      <w:r>
        <w:t>I did not want to be the child with the device hanging around his neck.</w:t>
      </w:r>
    </w:p>
    <w:p/>
    <w:p>
      <w:pPr>
        <w:spacing w:after="120" w:line="276" w:lineRule="auto"/>
      </w:pPr>
      <w:r>
        <w:t>I did not want teachers adjusting equipment before lessons.</w:t>
      </w:r>
    </w:p>
    <w:p/>
    <w:p>
      <w:pPr>
        <w:spacing w:after="120" w:line="276" w:lineRule="auto"/>
      </w:pPr>
      <w:r>
        <w:t>I did not want to be managed.</w:t>
      </w:r>
    </w:p>
    <w:p/>
    <w:p>
      <w:pPr>
        <w:spacing w:after="120" w:line="276" w:lineRule="auto"/>
      </w:pPr>
      <w:r>
        <w:t>The system may have amplified sound, but it amplified visibility even more.</w:t>
      </w:r>
    </w:p>
    <w:p/>
    <w:p>
      <w:pPr>
        <w:spacing w:after="120" w:line="276" w:lineRule="auto"/>
      </w:pPr>
      <w:r>
        <w:t>And visibility, at that age, felt heavier than silence.</w:t>
      </w:r>
    </w:p>
    <w:p/>
    <w:p>
      <w:pPr>
        <w:spacing w:after="120" w:line="276" w:lineRule="auto"/>
      </w:pPr>
      <w:r>
        <w:t>I began resisting it quietly.</w:t>
      </w:r>
    </w:p>
    <w:p/>
    <w:p>
      <w:pPr>
        <w:spacing w:after="120" w:line="276" w:lineRule="auto"/>
      </w:pPr>
      <w:r>
        <w:t>Dragging my feet.</w:t>
      </w:r>
    </w:p>
    <w:p/>
    <w:p>
      <w:pPr>
        <w:spacing w:after="120" w:line="276" w:lineRule="auto"/>
      </w:pPr>
      <w:r>
        <w:t>Forgetting it.</w:t>
      </w:r>
    </w:p>
    <w:p/>
    <w:p>
      <w:pPr>
        <w:spacing w:after="120" w:line="276" w:lineRule="auto"/>
      </w:pPr>
      <w:r>
        <w:t>Avoiding it.</w:t>
      </w:r>
    </w:p>
    <w:p/>
    <w:p>
      <w:pPr>
        <w:spacing w:after="120" w:line="276" w:lineRule="auto"/>
      </w:pPr>
      <w:r>
        <w:t>Eventually, I stopped using it altogether.</w:t>
      </w:r>
    </w:p>
    <w:p/>
    <w:p>
      <w:pPr>
        <w:spacing w:after="120" w:line="276" w:lineRule="auto"/>
      </w:pPr>
      <w:r>
        <w:t>My parents most likely encouraged me to continue. My mother, I imagine, would have worried. My father may have reminded me that it was an expensive investment.</w:t>
      </w:r>
    </w:p>
    <w:p/>
    <w:p>
      <w:pPr>
        <w:spacing w:after="120" w:line="276" w:lineRule="auto"/>
      </w:pPr>
      <w:r>
        <w:t>I do not remember friction between me and my parents over the matter.</w:t>
      </w:r>
    </w:p>
    <w:p/>
    <w:p>
      <w:pPr>
        <w:spacing w:after="120" w:line="276" w:lineRule="auto"/>
      </w:pPr>
      <w:r>
        <w:t>What I remember is a shift.</w:t>
      </w:r>
    </w:p>
    <w:p/>
    <w:p>
      <w:pPr>
        <w:spacing w:after="120" w:line="276" w:lineRule="auto"/>
      </w:pPr>
      <w:r>
        <w:t>A young boy wanting to blend in more than he wanted better sound.</w:t>
      </w:r>
    </w:p>
    <w:p/>
    <w:p>
      <w:pPr>
        <w:spacing w:after="120" w:line="276" w:lineRule="auto"/>
      </w:pPr>
      <w:r>
        <w:t>I chose invisibility over amplification.</w:t>
      </w:r>
    </w:p>
    <w:p/>
    <w:p>
      <w:pPr>
        <w:spacing w:after="120" w:line="276" w:lineRule="auto"/>
      </w:pPr>
      <w:r>
        <w:t>Over time, they trusted me.</w:t>
      </w:r>
    </w:p>
    <w:p/>
    <w:p>
      <w:pPr>
        <w:spacing w:after="120" w:line="276" w:lineRule="auto"/>
      </w:pPr>
      <w:r>
        <w:t>Only now, as a parent myself, do I understand what that must have cost them.</w:t>
      </w:r>
    </w:p>
    <w:p/>
    <w:p>
      <w:pPr>
        <w:spacing w:after="120" w:line="276" w:lineRule="auto"/>
      </w:pPr>
      <w:r>
        <w:t>They had invested. They had hoped. They had trusted.</w:t>
      </w:r>
    </w:p>
    <w:p/>
    <w:p>
      <w:pPr>
        <w:spacing w:after="120" w:line="276" w:lineRule="auto"/>
      </w:pPr>
      <w:r>
        <w:t>And they allowed me to choose.</w:t>
      </w:r>
    </w:p>
    <w:p/>
    <w:p>
      <w:pPr>
        <w:spacing w:after="120" w:line="276" w:lineRule="auto"/>
      </w:pPr>
      <w:r>
        <w:t>That was grace.</w:t>
      </w:r>
    </w:p>
    <w:p/>
    <w:p>
      <w:pPr>
        <w:jc w:val="center"/>
      </w:pPr>
      <w:r>
        <w:t>⸻</w:t>
      </w:r>
    </w:p>
    <w:p/>
    <w:p>
      <w:pPr>
        <w:pStyle w:val="PartHeading"/>
      </w:pPr>
      <w:r>
        <w:t>Part II — Between Two Worlds</w:t>
      </w:r>
    </w:p>
    <w:p/>
    <w:p>
      <w:pPr>
        <w:pStyle w:val="ChapterHeading"/>
      </w:pPr>
      <w:r>
        <w:t>Chapter 5 — Ten Minutes of Normal</w:t>
      </w:r>
    </w:p>
    <w:p/>
    <w:p>
      <w:pPr>
        <w:spacing w:after="120" w:line="276" w:lineRule="auto"/>
      </w:pPr>
      <w:r>
        <w:t>High school changed the atmosphere.</w:t>
      </w:r>
    </w:p>
    <w:p/>
    <w:p>
      <w:pPr>
        <w:spacing w:after="120" w:line="276" w:lineRule="auto"/>
      </w:pPr>
      <w:r>
        <w:t>The terrain became more uneven.</w:t>
      </w:r>
    </w:p>
    <w:p/>
    <w:p>
      <w:pPr>
        <w:spacing w:after="120" w:line="276" w:lineRule="auto"/>
      </w:pPr>
      <w:r>
        <w:t>Peer pressure grew louder.</w:t>
      </w:r>
    </w:p>
    <w:p/>
    <w:p>
      <w:pPr>
        <w:spacing w:after="120" w:line="276" w:lineRule="auto"/>
      </w:pPr>
      <w:r>
        <w:t>Expectations became sharper.</w:t>
      </w:r>
    </w:p>
    <w:p/>
    <w:p>
      <w:pPr>
        <w:spacing w:after="120" w:line="276" w:lineRule="auto"/>
      </w:pPr>
      <w:r>
        <w:t>Conversations became faster.</w:t>
      </w:r>
    </w:p>
    <w:p/>
    <w:p>
      <w:pPr>
        <w:spacing w:after="120" w:line="276" w:lineRule="auto"/>
      </w:pPr>
      <w:r>
        <w:t>Primary school had taught me how to cope.</w:t>
      </w:r>
    </w:p>
    <w:p/>
    <w:p>
      <w:pPr>
        <w:spacing w:after="120" w:line="276" w:lineRule="auto"/>
      </w:pPr>
      <w:r>
        <w:t>High school forced me to confront what coping cost.</w:t>
      </w:r>
    </w:p>
    <w:p/>
    <w:p>
      <w:pPr>
        <w:spacing w:after="120" w:line="276" w:lineRule="auto"/>
      </w:pPr>
      <w:r>
        <w:t>Social situations were the hardest.</w:t>
      </w:r>
    </w:p>
    <w:p/>
    <w:p>
      <w:pPr>
        <w:spacing w:after="120" w:line="276" w:lineRule="auto"/>
      </w:pPr>
      <w:r>
        <w:t>School dances.</w:t>
      </w:r>
    </w:p>
    <w:p/>
    <w:p>
      <w:pPr>
        <w:spacing w:after="120" w:line="276" w:lineRule="auto"/>
      </w:pPr>
      <w:r>
        <w:t>Noisy sports events.</w:t>
      </w:r>
    </w:p>
    <w:p/>
    <w:p>
      <w:pPr>
        <w:spacing w:after="120" w:line="276" w:lineRule="auto"/>
      </w:pPr>
      <w:r>
        <w:t>Restaurants.</w:t>
      </w:r>
    </w:p>
    <w:p/>
    <w:p>
      <w:pPr>
        <w:spacing w:after="120" w:line="276" w:lineRule="auto"/>
      </w:pPr>
      <w:r>
        <w:t>House parties.</w:t>
      </w:r>
    </w:p>
    <w:p/>
    <w:p>
      <w:pPr>
        <w:spacing w:after="120" w:line="276" w:lineRule="auto"/>
      </w:pPr>
      <w:r>
        <w:t>Places where music filled the room — or so I was told.</w:t>
      </w:r>
    </w:p>
    <w:p/>
    <w:p>
      <w:pPr>
        <w:spacing w:after="120" w:line="276" w:lineRule="auto"/>
      </w:pPr>
      <w:r>
        <w:t>To me, it was white noise.</w:t>
      </w:r>
    </w:p>
    <w:p/>
    <w:p>
      <w:pPr>
        <w:spacing w:after="120" w:line="276" w:lineRule="auto"/>
      </w:pPr>
      <w:r>
        <w:t>Loud. Shapeless. Overwhelming.</w:t>
      </w:r>
    </w:p>
    <w:p/>
    <w:p>
      <w:pPr>
        <w:spacing w:after="120" w:line="276" w:lineRule="auto"/>
      </w:pPr>
      <w:r>
        <w:t>Music was not melody. It was vibration and distortion.</w:t>
      </w:r>
    </w:p>
    <w:p/>
    <w:p>
      <w:pPr>
        <w:spacing w:after="120" w:line="276" w:lineRule="auto"/>
      </w:pPr>
      <w:r>
        <w:t>Conversations dissolved into blur.</w:t>
      </w:r>
    </w:p>
    <w:p/>
    <w:p>
      <w:pPr>
        <w:spacing w:after="120" w:line="276" w:lineRule="auto"/>
      </w:pPr>
      <w:r>
        <w:t>Lip reading in dim light is almost impossible.</w:t>
      </w:r>
    </w:p>
    <w:p>
      <w:pPr>
        <w:spacing w:after="120" w:line="276" w:lineRule="auto"/>
      </w:pPr>
      <w:r>
        <w:t>I remember one school dance where the lights were low and the music filled the hall like a single, thick vibration. People leaned close to speak, but their mouths disappeared into shadow. A joke landed in the circle beside me—everyone folded over laughing—and I smiled because smiling was safer than asking. Someone glanced at me for half a second, checking whether I was in on it. I nodded as if I was, while my mind tried to reconstruct meaning from fragments.</w:t>
      </w:r>
    </w:p>
    <w:p/>
    <w:p>
      <w:pPr>
        <w:spacing w:after="120" w:line="276" w:lineRule="auto"/>
      </w:pPr>
      <w:r>
        <w:t>In those moments, resentment would rise — not toward people, but toward the situation itself. Toward the inaccessibility of it all.</w:t>
      </w:r>
    </w:p>
    <w:p/>
    <w:p>
      <w:pPr>
        <w:spacing w:after="120" w:line="276" w:lineRule="auto"/>
      </w:pPr>
      <w:r>
        <w:t>I could survive a classroom.</w:t>
      </w:r>
    </w:p>
    <w:p/>
    <w:p>
      <w:pPr>
        <w:spacing w:after="120" w:line="276" w:lineRule="auto"/>
      </w:pPr>
      <w:r>
        <w:t>But a dance floor was different.</w:t>
      </w:r>
    </w:p>
    <w:p/>
    <w:p>
      <w:pPr>
        <w:spacing w:after="120" w:line="276" w:lineRule="auto"/>
      </w:pPr>
      <w:r>
        <w:t>Groups formed easily.</w:t>
      </w:r>
    </w:p>
    <w:p/>
    <w:p>
      <w:pPr>
        <w:spacing w:after="120" w:line="276" w:lineRule="auto"/>
      </w:pPr>
      <w:r>
        <w:t>Laughter erupted without warning.</w:t>
      </w:r>
    </w:p>
    <w:p/>
    <w:p>
      <w:pPr>
        <w:spacing w:after="120" w:line="276" w:lineRule="auto"/>
      </w:pPr>
      <w:r>
        <w:t>Jokes landed and passed before I could assemble context.</w:t>
      </w:r>
    </w:p>
    <w:p/>
    <w:p>
      <w:pPr>
        <w:spacing w:after="120" w:line="276" w:lineRule="auto"/>
      </w:pPr>
      <w:r>
        <w:t>I found myself smiling when others smiled.</w:t>
      </w:r>
    </w:p>
    <w:p/>
    <w:p>
      <w:pPr>
        <w:spacing w:after="120" w:line="276" w:lineRule="auto"/>
      </w:pPr>
      <w:r>
        <w:t>Nodding when others nodded.</w:t>
      </w:r>
    </w:p>
    <w:p/>
    <w:p>
      <w:pPr>
        <w:spacing w:after="120" w:line="276" w:lineRule="auto"/>
      </w:pPr>
      <w:r>
        <w:t>Sometimes guessing correctly.</w:t>
      </w:r>
    </w:p>
    <w:p/>
    <w:p>
      <w:pPr>
        <w:spacing w:after="120" w:line="276" w:lineRule="auto"/>
      </w:pPr>
      <w:r>
        <w:t>Sometimes not.</w:t>
      </w:r>
    </w:p>
    <w:p/>
    <w:p>
      <w:pPr>
        <w:spacing w:after="120" w:line="276" w:lineRule="auto"/>
      </w:pPr>
      <w:r>
        <w:t>The effort built quietly into frustration.</w:t>
      </w:r>
    </w:p>
    <w:p/>
    <w:p>
      <w:pPr>
        <w:spacing w:after="120" w:line="276" w:lineRule="auto"/>
      </w:pPr>
      <w:r>
        <w:t>And sometimes into anger.</w:t>
      </w:r>
    </w:p>
    <w:p/>
    <w:p>
      <w:pPr>
        <w:spacing w:after="120" w:line="276" w:lineRule="auto"/>
      </w:pPr>
      <w:r>
        <w:t>Anger at being different.</w:t>
      </w:r>
    </w:p>
    <w:p/>
    <w:p>
      <w:pPr>
        <w:spacing w:after="120" w:line="276" w:lineRule="auto"/>
      </w:pPr>
      <w:r>
        <w:t>Anger at the constant calculation.</w:t>
      </w:r>
    </w:p>
    <w:p/>
    <w:p>
      <w:pPr>
        <w:spacing w:after="120" w:line="276" w:lineRule="auto"/>
      </w:pPr>
      <w:r>
        <w:t>Anger at a world that moved too quickly for me to fully enter.</w:t>
      </w:r>
    </w:p>
    <w:p/>
    <w:p>
      <w:pPr>
        <w:spacing w:after="120" w:line="276" w:lineRule="auto"/>
      </w:pPr>
      <w:r>
        <w:t>Often, I would remove myself before that anger could spill over.</w:t>
      </w:r>
    </w:p>
    <w:p/>
    <w:p>
      <w:pPr>
        <w:spacing w:after="120" w:line="276" w:lineRule="auto"/>
      </w:pPr>
      <w:r>
        <w:t>Not dramatically.</w:t>
      </w:r>
    </w:p>
    <w:p/>
    <w:p>
      <w:pPr>
        <w:spacing w:after="120" w:line="276" w:lineRule="auto"/>
      </w:pPr>
      <w:r>
        <w:t>Not with confrontation.</w:t>
      </w:r>
    </w:p>
    <w:p/>
    <w:p>
      <w:pPr>
        <w:spacing w:after="120" w:line="276" w:lineRule="auto"/>
      </w:pPr>
      <w:r>
        <w:t>Just quietly.</w:t>
      </w:r>
    </w:p>
    <w:p/>
    <w:p>
      <w:pPr>
        <w:spacing w:after="120" w:line="276" w:lineRule="auto"/>
      </w:pPr>
      <w:r>
        <w:t>An urge to leave and go home.</w:t>
      </w:r>
    </w:p>
    <w:p/>
    <w:p>
      <w:pPr>
        <w:spacing w:after="120" w:line="276" w:lineRule="auto"/>
      </w:pPr>
      <w:r>
        <w:t>And when I did, there was relief.</w:t>
      </w:r>
    </w:p>
    <w:p/>
    <w:p>
      <w:pPr>
        <w:spacing w:after="120" w:line="276" w:lineRule="auto"/>
      </w:pPr>
      <w:r>
        <w:t>Relief in stepping out of the noise.</w:t>
      </w:r>
    </w:p>
    <w:p/>
    <w:p>
      <w:pPr>
        <w:spacing w:after="120" w:line="276" w:lineRule="auto"/>
      </w:pPr>
      <w:r>
        <w:t>Relief in no longer having to pretend I was following.</w:t>
      </w:r>
    </w:p>
    <w:p/>
    <w:p>
      <w:pPr>
        <w:spacing w:after="120" w:line="276" w:lineRule="auto"/>
      </w:pPr>
      <w:r>
        <w:t>Relief in returning to a space where effort could rest.</w:t>
      </w:r>
    </w:p>
    <w:p/>
    <w:p>
      <w:pPr>
        <w:spacing w:after="120" w:line="276" w:lineRule="auto"/>
      </w:pPr>
      <w:r>
        <w:t>During those teenage years, I often wished for something very simple.</w:t>
      </w:r>
    </w:p>
    <w:p/>
    <w:p>
      <w:pPr>
        <w:spacing w:after="120" w:line="276" w:lineRule="auto"/>
      </w:pPr>
      <w:r>
        <w:t>Ten minutes. That was the small mercy I kept wishing for—not a cure, not a new life, just a short slice of ordinary hearing. Enough to catch every word without stitching meaning together, to follow a joke as it landed, to know what effortless felt like.</w:t>
      </w:r>
    </w:p>
    <w:p>
      <w:pPr>
        <w:spacing w:after="120" w:line="276" w:lineRule="auto"/>
      </w:pPr>
      <w:r>
        <w:t>I did not only imagine it.</w:t>
      </w:r>
    </w:p>
    <w:p/>
    <w:p>
      <w:pPr>
        <w:spacing w:after="120" w:line="276" w:lineRule="auto"/>
      </w:pPr>
      <w:r>
        <w:t>I prayed for it.</w:t>
      </w:r>
    </w:p>
    <w:p/>
    <w:p>
      <w:pPr>
        <w:spacing w:after="120" w:line="276" w:lineRule="auto"/>
      </w:pPr>
      <w:r>
        <w:t>Oh yes, I had long conversations with God — asking for mercy, for grace, for just ten minutes of sound.</w:t>
      </w:r>
    </w:p>
    <w:p/>
    <w:p>
      <w:pPr>
        <w:spacing w:after="120" w:line="276" w:lineRule="auto"/>
      </w:pPr>
      <w:r>
        <w:t>Not forever.</w:t>
      </w:r>
    </w:p>
    <w:p/>
    <w:p>
      <w:pPr>
        <w:spacing w:after="120" w:line="276" w:lineRule="auto"/>
      </w:pPr>
      <w:r>
        <w:t>Just briefly.</w:t>
      </w:r>
    </w:p>
    <w:p/>
    <w:p>
      <w:pPr>
        <w:spacing w:after="120" w:line="276" w:lineRule="auto"/>
      </w:pPr>
      <w:r>
        <w:t>Just enough to know what it felt like.</w:t>
      </w:r>
    </w:p>
    <w:p/>
    <w:p>
      <w:pPr>
        <w:spacing w:after="120" w:line="276" w:lineRule="auto"/>
      </w:pPr>
      <w:r>
        <w:t>Just enough to understand what I was missing.</w:t>
      </w:r>
    </w:p>
    <w:p/>
    <w:p>
      <w:pPr>
        <w:spacing w:after="120" w:line="276" w:lineRule="auto"/>
      </w:pPr>
      <w:r>
        <w:t>The prayer was sincere.</w:t>
      </w:r>
    </w:p>
    <w:p/>
    <w:p>
      <w:pPr>
        <w:spacing w:after="120" w:line="276" w:lineRule="auto"/>
      </w:pPr>
      <w:r>
        <w:t>But the silence remained.</w:t>
      </w:r>
    </w:p>
    <w:p/>
    <w:p>
      <w:pPr>
        <w:pStyle w:val="Heading3"/>
      </w:pPr>
      <w:r>
        <w:t>I once read a quote that captured what I struggled to articulate:</w:t>
      </w:r>
    </w:p>
    <w:p/>
    <w:p>
      <w:pPr>
        <w:spacing w:after="120" w:line="276" w:lineRule="auto"/>
      </w:pPr>
      <w:r>
        <w:t>Being hard of hearing, you live in two worlds, yet you are not home in either of them.</w:t>
      </w:r>
    </w:p>
    <w:p/>
    <w:p>
      <w:pPr>
        <w:spacing w:after="120" w:line="276" w:lineRule="auto"/>
      </w:pPr>
      <w:r>
        <w:t>That sentence felt painfully accurate.</w:t>
      </w:r>
    </w:p>
    <w:p/>
    <w:p>
      <w:pPr>
        <w:spacing w:after="120" w:line="276" w:lineRule="auto"/>
      </w:pPr>
      <w:r>
        <w:t>There were many moments when I felt accepted — friends who were kind, teachers who were supportive, classmates who included me.</w:t>
      </w:r>
    </w:p>
    <w:p/>
    <w:p>
      <w:pPr>
        <w:spacing w:after="120" w:line="276" w:lineRule="auto"/>
      </w:pPr>
      <w:r>
        <w:t>But there were also moments when I felt like an outsider in a room full of people.</w:t>
      </w:r>
    </w:p>
    <w:p/>
    <w:p>
      <w:pPr>
        <w:spacing w:after="120" w:line="276" w:lineRule="auto"/>
      </w:pPr>
      <w:r>
        <w:t>Not rejected.</w:t>
      </w:r>
    </w:p>
    <w:p/>
    <w:p>
      <w:pPr>
        <w:spacing w:after="120" w:line="276" w:lineRule="auto"/>
      </w:pPr>
      <w:r>
        <w:t>Just disconnected.</w:t>
      </w:r>
    </w:p>
    <w:p/>
    <w:p>
      <w:pPr>
        <w:spacing w:after="120" w:line="276" w:lineRule="auto"/>
      </w:pPr>
      <w:r>
        <w:t>And that disconnection, repeated often enough, shapes a teenager’s identity.</w:t>
      </w:r>
    </w:p>
    <w:p/>
    <w:p>
      <w:pPr>
        <w:jc w:val="center"/>
      </w:pPr>
      <w:r>
        <w:t>⸻</w:t>
      </w:r>
    </w:p>
    <w:p/>
    <w:p>
      <w:pPr>
        <w:pStyle w:val="ChapterHeading"/>
      </w:pPr>
      <w:r>
        <w:t>Chapter 6 — A Door Opens</w:t>
      </w:r>
    </w:p>
    <w:p/>
    <w:p>
      <w:pPr>
        <w:spacing w:after="120" w:line="276" w:lineRule="auto"/>
      </w:pPr>
      <w:r>
        <w:t>In 1996, during my first year at university, I connected to the internet for the first time.</w:t>
      </w:r>
    </w:p>
    <w:p/>
    <w:p>
      <w:pPr>
        <w:spacing w:after="120" w:line="276" w:lineRule="auto"/>
      </w:pPr>
      <w:r>
        <w:t>I began with a 14.4k modem. It was painfully slow. In later years I upgraded to 28.8, and eventually to 56k — each step feeling like a major improvement at the time, though all of them would seem primitive compared to today’s fiber speeds.</w:t>
      </w:r>
    </w:p>
    <w:p/>
    <w:p>
      <w:pPr>
        <w:spacing w:after="120" w:line="276" w:lineRule="auto"/>
      </w:pPr>
      <w:r>
        <w:t>The process fascinated me. A machine reaching outward, linking to something invisible.</w:t>
      </w:r>
    </w:p>
    <w:p/>
    <w:p>
      <w:pPr>
        <w:spacing w:after="120" w:line="276" w:lineRule="auto"/>
      </w:pPr>
      <w:r>
        <w:t>And then, suddenly, the world expanded.</w:t>
      </w:r>
    </w:p>
    <w:p/>
    <w:p>
      <w:pPr>
        <w:pStyle w:val="Heading3"/>
      </w:pPr>
      <w:r>
        <w:t>Until that moment, remote communication meant one of two things:</w:t>
      </w:r>
    </w:p>
    <w:p/>
    <w:p>
      <w:pPr>
        <w:spacing w:after="120" w:line="276" w:lineRule="auto"/>
      </w:pPr>
      <w:r>
        <w:t>Snail mail.</w:t>
      </w:r>
    </w:p>
    <w:p/>
    <w:p>
      <w:pPr>
        <w:spacing w:after="120" w:line="276" w:lineRule="auto"/>
      </w:pPr>
      <w:r>
        <w:t>Or a landline telephone.</w:t>
      </w:r>
    </w:p>
    <w:p/>
    <w:p>
      <w:pPr>
        <w:spacing w:after="120" w:line="276" w:lineRule="auto"/>
      </w:pPr>
      <w:r>
        <w:t>The telephone had always belonged to another world.</w:t>
      </w:r>
    </w:p>
    <w:p/>
    <w:p>
      <w:pPr>
        <w:spacing w:after="120" w:line="276" w:lineRule="auto"/>
      </w:pPr>
      <w:r>
        <w:t>Without lip reading, voice calls were uncomfortable and unreliable. In later years I learned to speak to my parents over the phone in Afrikaans, but beyond that, calls required courage — and often assistance.</w:t>
      </w:r>
    </w:p>
    <w:p/>
    <w:p>
      <w:pPr>
        <w:spacing w:after="120" w:line="276" w:lineRule="auto"/>
      </w:pPr>
      <w:r>
        <w:t>If I needed to sort something out with a bank, or make an appointment, I first had to find someone willing to make the call for me.</w:t>
      </w:r>
    </w:p>
    <w:p/>
    <w:p>
      <w:pPr>
        <w:spacing w:after="120" w:line="276" w:lineRule="auto"/>
      </w:pPr>
      <w:r>
        <w:t>Independence had limits.</w:t>
      </w:r>
    </w:p>
    <w:p/>
    <w:p>
      <w:pPr>
        <w:spacing w:after="120" w:line="276" w:lineRule="auto"/>
      </w:pPr>
      <w:r>
        <w:t>Then came email.</w:t>
      </w:r>
    </w:p>
    <w:p/>
    <w:p>
      <w:pPr>
        <w:spacing w:after="120" w:line="276" w:lineRule="auto"/>
      </w:pPr>
      <w:r>
        <w:t>Text-based.</w:t>
      </w:r>
    </w:p>
    <w:p/>
    <w:p>
      <w:pPr>
        <w:spacing w:after="120" w:line="276" w:lineRule="auto"/>
      </w:pPr>
      <w:r>
        <w:t>Immediate.</w:t>
      </w:r>
    </w:p>
    <w:p/>
    <w:p>
      <w:pPr>
        <w:spacing w:after="120" w:line="276" w:lineRule="auto"/>
      </w:pPr>
      <w:r>
        <w:t>Silent.</w:t>
      </w:r>
    </w:p>
    <w:p/>
    <w:p>
      <w:pPr>
        <w:spacing w:after="120" w:line="276" w:lineRule="auto"/>
      </w:pPr>
      <w:r>
        <w:t>I remember the first time I sent a message and received a response within minutes from someone sitting on the other side of the world.</w:t>
      </w:r>
    </w:p>
    <w:p/>
    <w:p>
      <w:pPr>
        <w:spacing w:after="120" w:line="276" w:lineRule="auto"/>
      </w:pPr>
      <w:r>
        <w:t>No international call charges.</w:t>
      </w:r>
    </w:p>
    <w:p/>
    <w:p>
      <w:pPr>
        <w:spacing w:after="120" w:line="276" w:lineRule="auto"/>
      </w:pPr>
      <w:r>
        <w:t>No guessing.</w:t>
      </w:r>
    </w:p>
    <w:p/>
    <w:p>
      <w:pPr>
        <w:spacing w:after="120" w:line="276" w:lineRule="auto"/>
      </w:pPr>
      <w:r>
        <w:t>No lip reading.</w:t>
      </w:r>
    </w:p>
    <w:p/>
    <w:p>
      <w:pPr>
        <w:spacing w:after="120" w:line="276" w:lineRule="auto"/>
      </w:pPr>
      <w:r>
        <w:t>No white noise.</w:t>
      </w:r>
    </w:p>
    <w:p/>
    <w:p>
      <w:pPr>
        <w:spacing w:after="120" w:line="276" w:lineRule="auto"/>
      </w:pPr>
      <w:r>
        <w:t>Just words.</w:t>
      </w:r>
    </w:p>
    <w:p/>
    <w:p>
      <w:pPr>
        <w:spacing w:after="120" w:line="276" w:lineRule="auto"/>
      </w:pPr>
      <w:r>
        <w:t>Clear.</w:t>
      </w:r>
    </w:p>
    <w:p/>
    <w:p>
      <w:pPr>
        <w:spacing w:after="120" w:line="276" w:lineRule="auto"/>
      </w:pPr>
      <w:r>
        <w:t>Accessible.</w:t>
      </w:r>
    </w:p>
    <w:p/>
    <w:p>
      <w:pPr>
        <w:spacing w:after="120" w:line="276" w:lineRule="auto"/>
      </w:pPr>
      <w:r>
        <w:t>Effortless.</w:t>
      </w:r>
    </w:p>
    <w:p/>
    <w:p>
      <w:pPr>
        <w:spacing w:after="120" w:line="276" w:lineRule="auto"/>
      </w:pPr>
      <w:r>
        <w:t>For the first time in my life, communication across distance did not require sound.</w:t>
      </w:r>
    </w:p>
    <w:p/>
    <w:p>
      <w:pPr>
        <w:spacing w:after="120" w:line="276" w:lineRule="auto"/>
      </w:pPr>
      <w:r>
        <w:t>I could read every sentence.</w:t>
      </w:r>
    </w:p>
    <w:p/>
    <w:p>
      <w:pPr>
        <w:spacing w:after="120" w:line="276" w:lineRule="auto"/>
      </w:pPr>
      <w:r>
        <w:t>I could understand everything.</w:t>
      </w:r>
    </w:p>
    <w:p/>
    <w:p>
      <w:pPr>
        <w:spacing w:after="120" w:line="276" w:lineRule="auto"/>
      </w:pPr>
      <w:r>
        <w:t>There was no constant interpolation in my brain — no filling in missing syllables or reconstructing blurred speech.</w:t>
      </w:r>
    </w:p>
    <w:p/>
    <w:p>
      <w:pPr>
        <w:spacing w:after="120" w:line="276" w:lineRule="auto"/>
      </w:pPr>
      <w:r>
        <w:t>It was pure comprehension.</w:t>
      </w:r>
    </w:p>
    <w:p/>
    <w:p>
      <w:pPr>
        <w:spacing w:after="120" w:line="276" w:lineRule="auto"/>
      </w:pPr>
      <w:r>
        <w:t>And it felt revolutionary.</w:t>
      </w:r>
    </w:p>
    <w:p/>
    <w:p>
      <w:pPr>
        <w:spacing w:after="120" w:line="276" w:lineRule="auto"/>
      </w:pPr>
      <w:r>
        <w:t>Then came mIRC.</w:t>
      </w:r>
    </w:p>
    <w:p/>
    <w:p>
      <w:pPr>
        <w:spacing w:after="120" w:line="276" w:lineRule="auto"/>
      </w:pPr>
      <w:r>
        <w:t>Chat rooms.</w:t>
      </w:r>
    </w:p>
    <w:p/>
    <w:p>
      <w:pPr>
        <w:spacing w:after="120" w:line="276" w:lineRule="auto"/>
      </w:pPr>
      <w:r>
        <w:t>Nicknames.</w:t>
      </w:r>
    </w:p>
    <w:p/>
    <w:p>
      <w:pPr>
        <w:spacing w:after="120" w:line="276" w:lineRule="auto"/>
      </w:pPr>
      <w:r>
        <w:t>Conversations unfolding in real time.</w:t>
      </w:r>
    </w:p>
    <w:p/>
    <w:p>
      <w:pPr>
        <w:spacing w:after="120" w:line="276" w:lineRule="auto"/>
      </w:pPr>
      <w:r>
        <w:t>Addictive late nights stretching into the early morning hours.</w:t>
      </w:r>
    </w:p>
    <w:p/>
    <w:p>
      <w:pPr>
        <w:spacing w:after="120" w:line="276" w:lineRule="auto"/>
      </w:pPr>
      <w:r>
        <w:t>It was fun.</w:t>
      </w:r>
    </w:p>
    <w:p/>
    <w:p>
      <w:pPr>
        <w:spacing w:after="120" w:line="276" w:lineRule="auto"/>
      </w:pPr>
      <w:r>
        <w:t>Freeing.</w:t>
      </w:r>
    </w:p>
    <w:p/>
    <w:p>
      <w:pPr>
        <w:spacing w:after="120" w:line="276" w:lineRule="auto"/>
      </w:pPr>
      <w:r>
        <w:t>Anonymous.</w:t>
      </w:r>
    </w:p>
    <w:p/>
    <w:p>
      <w:pPr>
        <w:spacing w:after="120" w:line="276" w:lineRule="auto"/>
      </w:pPr>
      <w:r>
        <w:t>You could be anyone you wanted to be.</w:t>
      </w:r>
    </w:p>
    <w:p/>
    <w:p>
      <w:pPr>
        <w:spacing w:after="120" w:line="276" w:lineRule="auto"/>
      </w:pPr>
      <w:r>
        <w:t>And for me, it was something even more powerful: it was effortless.</w:t>
      </w:r>
    </w:p>
    <w:p/>
    <w:p>
      <w:pPr>
        <w:spacing w:after="120" w:line="276" w:lineRule="auto"/>
      </w:pPr>
      <w:r>
        <w:t>All I had to do was let my eyes move across a screen.</w:t>
      </w:r>
    </w:p>
    <w:p/>
    <w:p>
      <w:pPr>
        <w:spacing w:after="120" w:line="276" w:lineRule="auto"/>
      </w:pPr>
      <w:r>
        <w:t>No straining.</w:t>
      </w:r>
    </w:p>
    <w:p/>
    <w:p>
      <w:pPr>
        <w:spacing w:after="120" w:line="276" w:lineRule="auto"/>
      </w:pPr>
      <w:r>
        <w:t>No decoding.</w:t>
      </w:r>
    </w:p>
    <w:p/>
    <w:p>
      <w:pPr>
        <w:spacing w:after="120" w:line="276" w:lineRule="auto"/>
      </w:pPr>
      <w:r>
        <w:t>No calculation.</w:t>
      </w:r>
    </w:p>
    <w:p/>
    <w:p>
      <w:pPr>
        <w:spacing w:after="120" w:line="276" w:lineRule="auto"/>
      </w:pPr>
      <w:r>
        <w:t>Just reading.</w:t>
      </w:r>
    </w:p>
    <w:p/>
    <w:p>
      <w:pPr>
        <w:spacing w:after="120" w:line="276" w:lineRule="auto"/>
      </w:pPr>
      <w:r>
        <w:t>Sometimes I wonder if those long nights were my way of catching up — reclaiming the social ease I had missed in noisy rooms and dimly lit dance floors.</w:t>
      </w:r>
    </w:p>
    <w:p/>
    <w:p>
      <w:pPr>
        <w:spacing w:after="120" w:line="276" w:lineRule="auto"/>
      </w:pPr>
      <w:r>
        <w:t>Technology had not given me sound.</w:t>
      </w:r>
    </w:p>
    <w:p/>
    <w:p>
      <w:pPr>
        <w:spacing w:after="120" w:line="276" w:lineRule="auto"/>
      </w:pPr>
      <w:r>
        <w:t>But it had given me access.</w:t>
      </w:r>
    </w:p>
    <w:p/>
    <w:p>
      <w:pPr>
        <w:spacing w:after="120" w:line="276" w:lineRule="auto"/>
      </w:pPr>
      <w:r>
        <w:t>And access gave me something I had rarely felt before.</w:t>
      </w:r>
    </w:p>
    <w:p/>
    <w:p>
      <w:pPr>
        <w:spacing w:after="120" w:line="276" w:lineRule="auto"/>
      </w:pPr>
      <w:r>
        <w:t>Empowerment.</w:t>
      </w:r>
    </w:p>
    <w:p/>
    <w:p>
      <w:pPr>
        <w:jc w:val="center"/>
      </w:pPr>
      <w:r>
        <w:t>⸻</w:t>
      </w:r>
    </w:p>
    <w:p/>
    <w:p>
      <w:pPr>
        <w:pStyle w:val="ChapterHeading"/>
      </w:pPr>
      <w:r>
        <w:t>Chapter 7 — Freedom to Choose</w:t>
      </w:r>
    </w:p>
    <w:p/>
    <w:p>
      <w:pPr>
        <w:spacing w:after="120" w:line="276" w:lineRule="auto"/>
      </w:pPr>
      <w:r>
        <w:t>As I grew older, something shifted.</w:t>
      </w:r>
    </w:p>
    <w:p/>
    <w:p>
      <w:pPr>
        <w:spacing w:after="120" w:line="276" w:lineRule="auto"/>
      </w:pPr>
      <w:r>
        <w:t>University brought independence.</w:t>
      </w:r>
    </w:p>
    <w:p/>
    <w:p>
      <w:pPr>
        <w:spacing w:after="120" w:line="276" w:lineRule="auto"/>
      </w:pPr>
      <w:r>
        <w:t>A driver’s license.</w:t>
      </w:r>
    </w:p>
    <w:p/>
    <w:p>
      <w:pPr>
        <w:spacing w:after="120" w:line="276" w:lineRule="auto"/>
      </w:pPr>
      <w:r>
        <w:t>My own car.</w:t>
      </w:r>
    </w:p>
    <w:p/>
    <w:p>
      <w:pPr>
        <w:spacing w:after="120" w:line="276" w:lineRule="auto"/>
      </w:pPr>
      <w:r>
        <w:t>The freedom to decide where I went — or didn’t go.</w:t>
      </w:r>
    </w:p>
    <w:p/>
    <w:p>
      <w:pPr>
        <w:spacing w:after="120" w:line="276" w:lineRule="auto"/>
      </w:pPr>
      <w:r>
        <w:t>In high school, attendance was assumed. Social gatherings were expected. The terrain had been uneven, but unavoidable.</w:t>
      </w:r>
    </w:p>
    <w:p/>
    <w:p>
      <w:pPr>
        <w:spacing w:after="120" w:line="276" w:lineRule="auto"/>
      </w:pPr>
      <w:r>
        <w:t>University felt different.</w:t>
      </w:r>
    </w:p>
    <w:p/>
    <w:p>
      <w:pPr>
        <w:spacing w:after="120" w:line="276" w:lineRule="auto"/>
      </w:pPr>
      <w:r>
        <w:t>For the first time, I could shape my world to suit me.</w:t>
      </w:r>
    </w:p>
    <w:p/>
    <w:p>
      <w:pPr>
        <w:spacing w:after="120" w:line="276" w:lineRule="auto"/>
      </w:pPr>
      <w:r>
        <w:t>If I did not want to attend a noisy party, I did not have to.</w:t>
      </w:r>
    </w:p>
    <w:p/>
    <w:p>
      <w:pPr>
        <w:spacing w:after="120" w:line="276" w:lineRule="auto"/>
      </w:pPr>
      <w:r>
        <w:t>If I preferred smaller groups, I could choose them.</w:t>
      </w:r>
    </w:p>
    <w:p/>
    <w:p>
      <w:pPr>
        <w:spacing w:after="120" w:line="276" w:lineRule="auto"/>
      </w:pPr>
      <w:r>
        <w:t>If I wanted solitude, I could drive home.</w:t>
      </w:r>
    </w:p>
    <w:p/>
    <w:p>
      <w:pPr>
        <w:spacing w:after="120" w:line="276" w:lineRule="auto"/>
      </w:pPr>
      <w:r>
        <w:t>The simple act of having a car changed more than my mobility. It changed my sense of control.</w:t>
      </w:r>
    </w:p>
    <w:p/>
    <w:p>
      <w:pPr>
        <w:spacing w:after="120" w:line="276" w:lineRule="auto"/>
      </w:pPr>
      <w:r>
        <w:t>Independence softened the social pressure.</w:t>
      </w:r>
    </w:p>
    <w:p/>
    <w:p>
      <w:pPr>
        <w:spacing w:after="120" w:line="276" w:lineRule="auto"/>
      </w:pPr>
      <w:r>
        <w:t>Peer expectations faded.</w:t>
      </w:r>
    </w:p>
    <w:p/>
    <w:p>
      <w:pPr>
        <w:spacing w:after="120" w:line="276" w:lineRule="auto"/>
      </w:pPr>
      <w:r>
        <w:t>I avoided many social gatherings.</w:t>
      </w:r>
    </w:p>
    <w:p/>
    <w:p>
      <w:pPr>
        <w:spacing w:after="120" w:line="276" w:lineRule="auto"/>
      </w:pPr>
      <w:r>
        <w:t>Not from bitterness.</w:t>
      </w:r>
    </w:p>
    <w:p/>
    <w:p>
      <w:pPr>
        <w:spacing w:after="120" w:line="276" w:lineRule="auto"/>
      </w:pPr>
      <w:r>
        <w:t>Not from resentment.</w:t>
      </w:r>
    </w:p>
    <w:p/>
    <w:p>
      <w:pPr>
        <w:spacing w:after="120" w:line="276" w:lineRule="auto"/>
      </w:pPr>
      <w:r>
        <w:t>But from comfort.</w:t>
      </w:r>
    </w:p>
    <w:p/>
    <w:p>
      <w:pPr>
        <w:spacing w:after="120" w:line="276" w:lineRule="auto"/>
      </w:pPr>
      <w:r>
        <w:t>Yet academically, the terrain did not become easier.</w:t>
      </w:r>
    </w:p>
    <w:p/>
    <w:p>
      <w:pPr>
        <w:spacing w:after="120" w:line="276" w:lineRule="auto"/>
      </w:pPr>
      <w:r>
        <w:t>Lecture halls were far larger than school classrooms.</w:t>
      </w:r>
    </w:p>
    <w:p/>
    <w:p>
      <w:pPr>
        <w:spacing w:after="120" w:line="276" w:lineRule="auto"/>
      </w:pPr>
      <w:r>
        <w:t>Rows stretched back.</w:t>
      </w:r>
    </w:p>
    <w:p/>
    <w:p>
      <w:pPr>
        <w:spacing w:after="120" w:line="276" w:lineRule="auto"/>
      </w:pPr>
      <w:r>
        <w:t>The distance between the first row and the professor widened.</w:t>
      </w:r>
    </w:p>
    <w:p/>
    <w:p>
      <w:pPr>
        <w:spacing w:after="120" w:line="276" w:lineRule="auto"/>
      </w:pPr>
      <w:r>
        <w:t>Lip reading across that space was difficult.</w:t>
      </w:r>
    </w:p>
    <w:p/>
    <w:p>
      <w:pPr>
        <w:spacing w:after="120" w:line="276" w:lineRule="auto"/>
      </w:pPr>
      <w:r>
        <w:t>Sometimes impossible.</w:t>
      </w:r>
    </w:p>
    <w:p/>
    <w:p>
      <w:pPr>
        <w:spacing w:after="120" w:line="276" w:lineRule="auto"/>
      </w:pPr>
      <w:r>
        <w:t>Nothing improved in that regard.</w:t>
      </w:r>
    </w:p>
    <w:p/>
    <w:p>
      <w:pPr>
        <w:spacing w:after="120" w:line="276" w:lineRule="auto"/>
      </w:pPr>
      <w:r>
        <w:t>But by then, I was good at surviving.</w:t>
      </w:r>
    </w:p>
    <w:p/>
    <w:p>
      <w:pPr>
        <w:spacing w:after="120" w:line="276" w:lineRule="auto"/>
      </w:pPr>
      <w:r>
        <w:t>What I could not fully follow during lectures, I compensated for in textbooks.</w:t>
      </w:r>
    </w:p>
    <w:p/>
    <w:p>
      <w:pPr>
        <w:spacing w:after="120" w:line="276" w:lineRule="auto"/>
      </w:pPr>
      <w:r>
        <w:t>University textbooks are thick.</w:t>
      </w:r>
    </w:p>
    <w:p/>
    <w:p>
      <w:pPr>
        <w:spacing w:after="120" w:line="276" w:lineRule="auto"/>
      </w:pPr>
      <w:r>
        <w:t>Dense.</w:t>
      </w:r>
    </w:p>
    <w:p/>
    <w:p>
      <w:pPr>
        <w:spacing w:after="120" w:line="276" w:lineRule="auto"/>
      </w:pPr>
      <w:r>
        <w:t>Detailed.</w:t>
      </w:r>
    </w:p>
    <w:p/>
    <w:p>
      <w:pPr>
        <w:spacing w:after="120" w:line="276" w:lineRule="auto"/>
      </w:pPr>
      <w:r>
        <w:t>But unlike a lecture hall, their pages were consistent.</w:t>
      </w:r>
    </w:p>
    <w:p/>
    <w:p>
      <w:pPr>
        <w:spacing w:after="120" w:line="276" w:lineRule="auto"/>
      </w:pPr>
      <w:r>
        <w:t>Predictable.</w:t>
      </w:r>
    </w:p>
    <w:p/>
    <w:p>
      <w:pPr>
        <w:spacing w:after="120" w:line="276" w:lineRule="auto"/>
      </w:pPr>
      <w:r>
        <w:t>Silent.</w:t>
      </w:r>
    </w:p>
    <w:p/>
    <w:p>
      <w:pPr>
        <w:spacing w:after="120" w:line="276" w:lineRule="auto"/>
      </w:pPr>
      <w:r>
        <w:t>There was no rush.</w:t>
      </w:r>
    </w:p>
    <w:p/>
    <w:p>
      <w:pPr>
        <w:spacing w:after="120" w:line="276" w:lineRule="auto"/>
      </w:pPr>
      <w:r>
        <w:t>No disappearing sentences.</w:t>
      </w:r>
    </w:p>
    <w:p/>
    <w:p>
      <w:pPr>
        <w:spacing w:after="120" w:line="276" w:lineRule="auto"/>
      </w:pPr>
      <w:r>
        <w:t>No lost syllables.</w:t>
      </w:r>
    </w:p>
    <w:p/>
    <w:p>
      <w:pPr>
        <w:spacing w:after="120" w:line="276" w:lineRule="auto"/>
      </w:pPr>
      <w:r>
        <w:t>I could move at my own pace.</w:t>
      </w:r>
    </w:p>
    <w:p/>
    <w:p>
      <w:pPr>
        <w:spacing w:after="120" w:line="276" w:lineRule="auto"/>
      </w:pPr>
      <w:r>
        <w:t>Reread a paragraph.</w:t>
      </w:r>
    </w:p>
    <w:p/>
    <w:p>
      <w:pPr>
        <w:spacing w:after="120" w:line="276" w:lineRule="auto"/>
      </w:pPr>
      <w:r>
        <w:t>Pause.</w:t>
      </w:r>
    </w:p>
    <w:p/>
    <w:p>
      <w:pPr>
        <w:spacing w:after="120" w:line="276" w:lineRule="auto"/>
      </w:pPr>
      <w:r>
        <w:t>Return.</w:t>
      </w:r>
    </w:p>
    <w:p/>
    <w:p>
      <w:pPr>
        <w:spacing w:after="120" w:line="276" w:lineRule="auto"/>
      </w:pPr>
      <w:r>
        <w:t>In those pages, I did not have to guess.</w:t>
      </w:r>
    </w:p>
    <w:p/>
    <w:p>
      <w:pPr>
        <w:spacing w:after="120" w:line="276" w:lineRule="auto"/>
      </w:pPr>
      <w:r>
        <w:t>If anything, I sometimes lost myself there.</w:t>
      </w:r>
    </w:p>
    <w:p/>
    <w:p>
      <w:pPr>
        <w:spacing w:after="120" w:line="276" w:lineRule="auto"/>
      </w:pPr>
      <w:r>
        <w:t>And perhaps that was part of the reason it worked.</w:t>
      </w:r>
    </w:p>
    <w:p/>
    <w:p>
      <w:pPr>
        <w:spacing w:after="120" w:line="276" w:lineRule="auto"/>
      </w:pPr>
      <w:r>
        <w:t>I quickly learned that if I wanted to succeed, I had to lean harder into those books than many of my peers.</w:t>
      </w:r>
    </w:p>
    <w:p/>
    <w:p>
      <w:pPr>
        <w:spacing w:after="120" w:line="276" w:lineRule="auto"/>
      </w:pPr>
      <w:r>
        <w:t>While others relied on listening and summarised notes, I relied on repetition and depth.</w:t>
      </w:r>
    </w:p>
    <w:p/>
    <w:p>
      <w:pPr>
        <w:spacing w:after="120" w:line="276" w:lineRule="auto"/>
      </w:pPr>
      <w:r>
        <w:t>I read carefully.</w:t>
      </w:r>
    </w:p>
    <w:p/>
    <w:p>
      <w:pPr>
        <w:spacing w:after="120" w:line="276" w:lineRule="auto"/>
      </w:pPr>
      <w:r>
        <w:t>Systematically.</w:t>
      </w:r>
    </w:p>
    <w:p/>
    <w:p>
      <w:pPr>
        <w:spacing w:after="120" w:line="276" w:lineRule="auto"/>
      </w:pPr>
      <w:r>
        <w:t>Relentlessly.</w:t>
      </w:r>
    </w:p>
    <w:p/>
    <w:p>
      <w:pPr>
        <w:spacing w:after="120" w:line="276" w:lineRule="auto"/>
      </w:pPr>
      <w:r>
        <w:t>It became another adaptation strategy.</w:t>
      </w:r>
    </w:p>
    <w:p/>
    <w:p>
      <w:pPr>
        <w:spacing w:after="120" w:line="276" w:lineRule="auto"/>
      </w:pPr>
      <w:r>
        <w:t>Another way of closing the gap.</w:t>
      </w:r>
    </w:p>
    <w:p/>
    <w:p>
      <w:pPr>
        <w:spacing w:after="120" w:line="276" w:lineRule="auto"/>
      </w:pPr>
      <w:r>
        <w:t>And it paid off.</w:t>
      </w:r>
    </w:p>
    <w:p/>
    <w:p>
      <w:pPr>
        <w:spacing w:after="120" w:line="276" w:lineRule="auto"/>
      </w:pPr>
      <w:r>
        <w:t>When I graduated with my B.Sc. Honours degree in Information Technology, it was with distinction — Cum Laude.</w:t>
      </w:r>
    </w:p>
    <w:p/>
    <w:p>
      <w:pPr>
        <w:spacing w:after="120" w:line="276" w:lineRule="auto"/>
      </w:pPr>
      <w:r>
        <w:t>The achievement was not dramatic.</w:t>
      </w:r>
    </w:p>
    <w:p/>
    <w:p>
      <w:pPr>
        <w:spacing w:after="120" w:line="276" w:lineRule="auto"/>
      </w:pPr>
      <w:r>
        <w:t>There was no applause I could hear.</w:t>
      </w:r>
    </w:p>
    <w:p/>
    <w:p>
      <w:pPr>
        <w:spacing w:after="120" w:line="276" w:lineRule="auto"/>
      </w:pPr>
      <w:r>
        <w:t>But it was quiet proof that survival could become strength.</w:t>
      </w:r>
    </w:p>
    <w:p/>
    <w:p>
      <w:pPr>
        <w:spacing w:after="120" w:line="276" w:lineRule="auto"/>
      </w:pPr>
      <w:r>
        <w:t>And that effort, applied consistently, can level uneven ground.</w:t>
      </w:r>
    </w:p>
    <w:p/>
    <w:p>
      <w:pPr>
        <w:jc w:val="center"/>
      </w:pPr>
      <w:r>
        <w:t>⸻</w:t>
      </w:r>
    </w:p>
    <w:p/>
    <w:p>
      <w:pPr>
        <w:pStyle w:val="ChapterHeading"/>
      </w:pPr>
      <w:r>
        <w:t>Chapter 8 — The Vow</w:t>
      </w:r>
    </w:p>
    <w:p/>
    <w:p>
      <w:pPr>
        <w:spacing w:after="120" w:line="276" w:lineRule="auto"/>
      </w:pPr>
      <w:r>
        <w:t>Before I ever laced up a pair of serious running shoes, I watched.</w:t>
      </w:r>
    </w:p>
    <w:p/>
    <w:p>
      <w:pPr>
        <w:spacing w:after="120" w:line="276" w:lineRule="auto"/>
      </w:pPr>
      <w:r>
        <w:t>Every year, the Comrades Marathon unfolded on television like a human drama.</w:t>
      </w:r>
    </w:p>
    <w:p/>
    <w:p>
      <w:pPr>
        <w:spacing w:after="120" w:line="276" w:lineRule="auto"/>
      </w:pPr>
      <w:r>
        <w:t>Eighty-six to ninety kilometres between Durban and Pietermaritzburg.</w:t>
      </w:r>
    </w:p>
    <w:p/>
    <w:p>
      <w:pPr>
        <w:spacing w:after="120" w:line="276" w:lineRule="auto"/>
      </w:pPr>
      <w:r>
        <w:t>One year up.</w:t>
      </w:r>
    </w:p>
    <w:p>
      <w:pPr>
        <w:spacing w:after="120" w:line="276" w:lineRule="auto"/>
      </w:pPr>
      <w:r>
        <w:t>One year down.</w:t>
      </w:r>
    </w:p>
    <w:p/>
    <w:p>
      <w:pPr>
        <w:spacing w:after="120" w:line="276" w:lineRule="auto"/>
      </w:pPr>
      <w:r>
        <w:t>Faces strained. Bodies broken. Crowds cheering.</w:t>
      </w:r>
    </w:p>
    <w:p>
      <w:pPr>
        <w:spacing w:after="120" w:line="276" w:lineRule="auto"/>
      </w:pPr>
      <w:r>
        <w:t>Dreams collapsing and rising again along the road.</w:t>
      </w:r>
    </w:p>
    <w:p/>
    <w:p>
      <w:pPr>
        <w:spacing w:after="120" w:line="276" w:lineRule="auto"/>
      </w:pPr>
      <w:r>
        <w:t>As a boy, I sat in awe.</w:t>
      </w:r>
    </w:p>
    <w:p/>
    <w:p>
      <w:pPr>
        <w:spacing w:after="120" w:line="276" w:lineRule="auto"/>
      </w:pPr>
      <w:r>
        <w:t>Bruce Fordyce dominated those years. Calm. Relentless. Focused. Eventually he would claim nine victories before retiring.</w:t>
      </w:r>
    </w:p>
    <w:p/>
    <w:p>
      <w:pPr>
        <w:spacing w:after="120" w:line="276" w:lineRule="auto"/>
      </w:pPr>
      <w:r>
        <w:t>To me, he was more than an athlete.</w:t>
      </w:r>
    </w:p>
    <w:p/>
    <w:p>
      <w:pPr>
        <w:spacing w:after="120" w:line="276" w:lineRule="auto"/>
      </w:pPr>
      <w:r>
        <w:t>He was a symbol.</w:t>
      </w:r>
    </w:p>
    <w:p/>
    <w:p>
      <w:pPr>
        <w:spacing w:after="120" w:line="276" w:lineRule="auto"/>
      </w:pPr>
      <w:r>
        <w:t>Of endurance.</w:t>
      </w:r>
    </w:p>
    <w:p>
      <w:pPr>
        <w:spacing w:after="120" w:line="276" w:lineRule="auto"/>
      </w:pPr>
      <w:r>
        <w:t>Of commitment.</w:t>
      </w:r>
    </w:p>
    <w:p>
      <w:pPr>
        <w:spacing w:after="120" w:line="276" w:lineRule="auto"/>
      </w:pPr>
      <w:r>
        <w:t>Of pushing beyond what seemed humanly reasonable.</w:t>
      </w:r>
    </w:p>
    <w:p/>
    <w:p>
      <w:pPr>
        <w:spacing w:after="120" w:line="276" w:lineRule="auto"/>
      </w:pPr>
      <w:r>
        <w:t>There was something about the race that stirred me deeply.</w:t>
      </w:r>
    </w:p>
    <w:p/>
    <w:p>
      <w:pPr>
        <w:spacing w:after="120" w:line="276" w:lineRule="auto"/>
      </w:pPr>
      <w:r>
        <w:t>It was not just about speed.</w:t>
      </w:r>
    </w:p>
    <w:p/>
    <w:p>
      <w:pPr>
        <w:spacing w:after="120" w:line="276" w:lineRule="auto"/>
      </w:pPr>
      <w:r>
        <w:t>It was about suffering with purpose.</w:t>
      </w:r>
    </w:p>
    <w:p/>
    <w:p>
      <w:pPr>
        <w:spacing w:after="120" w:line="276" w:lineRule="auto"/>
      </w:pPr>
      <w:r>
        <w:t>It was about finishing.</w:t>
      </w:r>
    </w:p>
    <w:p/>
    <w:p>
      <w:pPr>
        <w:spacing w:after="120" w:line="276" w:lineRule="auto"/>
      </w:pPr>
      <w:r>
        <w:t>I did not yet have the words for it.</w:t>
      </w:r>
    </w:p>
    <w:p/>
    <w:p>
      <w:pPr>
        <w:spacing w:after="120" w:line="276" w:lineRule="auto"/>
      </w:pPr>
      <w:r>
        <w:t>But I felt it.</w:t>
      </w:r>
    </w:p>
    <w:p/>
    <w:p>
      <w:pPr>
        <w:pStyle w:val="Heading3"/>
      </w:pPr>
      <w:r>
        <w:t>And somewhere in those childhood afternoons, I made a quiet vow to myself:</w:t>
      </w:r>
    </w:p>
    <w:p/>
    <w:p>
      <w:pPr>
        <w:spacing w:after="120" w:line="276" w:lineRule="auto"/>
      </w:pPr>
      <w:r>
        <w:t>One day, I will run Comrades.</w:t>
      </w:r>
    </w:p>
    <w:p/>
    <w:p>
      <w:pPr>
        <w:spacing w:after="120" w:line="276" w:lineRule="auto"/>
      </w:pPr>
      <w:r>
        <w:t>It was not a boast.</w:t>
      </w:r>
    </w:p>
    <w:p/>
    <w:p>
      <w:pPr>
        <w:spacing w:after="120" w:line="276" w:lineRule="auto"/>
      </w:pPr>
      <w:r>
        <w:t>Not something I announced.</w:t>
      </w:r>
    </w:p>
    <w:p/>
    <w:p>
      <w:pPr>
        <w:spacing w:after="120" w:line="276" w:lineRule="auto"/>
      </w:pPr>
      <w:r>
        <w:t>Just a seed planted quietly in the mind of a boy who had already learned something about endurance in other areas of his life.</w:t>
      </w:r>
    </w:p>
    <w:p/>
    <w:p>
      <w:pPr>
        <w:spacing w:after="120" w:line="276" w:lineRule="auto"/>
      </w:pPr>
      <w:r>
        <w:t>In primary school, I ran 1500 metres and cross-country events.</w:t>
      </w:r>
    </w:p>
    <w:p/>
    <w:p>
      <w:pPr>
        <w:spacing w:after="120" w:line="276" w:lineRule="auto"/>
      </w:pPr>
      <w:r>
        <w:t>In high school, I moved up to the 3000 metres.</w:t>
      </w:r>
    </w:p>
    <w:p/>
    <w:p>
      <w:pPr>
        <w:spacing w:after="120" w:line="276" w:lineRule="auto"/>
      </w:pPr>
      <w:r>
        <w:t>I enjoyed the longer distances.</w:t>
      </w:r>
    </w:p>
    <w:p/>
    <w:p>
      <w:pPr>
        <w:spacing w:after="120" w:line="276" w:lineRule="auto"/>
      </w:pPr>
      <w:r>
        <w:t>There was something honest about them.</w:t>
      </w:r>
    </w:p>
    <w:p/>
    <w:p>
      <w:pPr>
        <w:spacing w:after="120" w:line="276" w:lineRule="auto"/>
      </w:pPr>
      <w:r>
        <w:t>Then in Standard 8 (Grade 10), during a cross-country training run with a school group, I suddenly felt a sharp pain in my lower back that shot down my leg.</w:t>
      </w:r>
    </w:p>
    <w:p/>
    <w:p>
      <w:pPr>
        <w:spacing w:after="120" w:line="276" w:lineRule="auto"/>
      </w:pPr>
      <w:r>
        <w:t>At first, I thought it was a strain.</w:t>
      </w:r>
    </w:p>
    <w:p/>
    <w:p>
      <w:pPr>
        <w:spacing w:after="120" w:line="276" w:lineRule="auto"/>
      </w:pPr>
      <w:r>
        <w:t>It wasn’t.</w:t>
      </w:r>
    </w:p>
    <w:p/>
    <w:p>
      <w:pPr>
        <w:spacing w:after="120" w:line="276" w:lineRule="auto"/>
      </w:pPr>
      <w:r>
        <w:t>The diagnosis came quickly.</w:t>
      </w:r>
    </w:p>
    <w:p/>
    <w:p>
      <w:pPr>
        <w:spacing w:after="120" w:line="276" w:lineRule="auto"/>
      </w:pPr>
      <w:r>
        <w:t>I needed spinal fusion surgery.</w:t>
      </w:r>
    </w:p>
    <w:p/>
    <w:p>
      <w:pPr>
        <w:spacing w:after="120" w:line="276" w:lineRule="auto"/>
      </w:pPr>
      <w:r>
        <w:t>Bone was taken from my hip and used to stabilize vertebrae in my lower spine.</w:t>
      </w:r>
    </w:p>
    <w:p/>
    <w:p>
      <w:pPr>
        <w:spacing w:after="120" w:line="276" w:lineRule="auto"/>
      </w:pPr>
      <w:r>
        <w:t>The first surgeon was direct.</w:t>
      </w:r>
    </w:p>
    <w:p/>
    <w:p>
      <w:pPr>
        <w:pStyle w:val="Heading3"/>
      </w:pPr>
      <w:r>
        <w:t>“You will never run again.”</w:t>
      </w:r>
    </w:p>
    <w:p/>
    <w:p>
      <w:pPr>
        <w:spacing w:after="120" w:line="276" w:lineRule="auto"/>
      </w:pPr>
      <w:r>
        <w:t>The words were clinical.</w:t>
      </w:r>
    </w:p>
    <w:p/>
    <w:p>
      <w:pPr>
        <w:spacing w:after="120" w:line="276" w:lineRule="auto"/>
      </w:pPr>
      <w:r>
        <w:t>Final.</w:t>
      </w:r>
    </w:p>
    <w:p/>
    <w:p>
      <w:pPr>
        <w:spacing w:after="120" w:line="276" w:lineRule="auto"/>
      </w:pPr>
      <w:r>
        <w:t>I remember the devastation.</w:t>
      </w:r>
    </w:p>
    <w:p/>
    <w:p>
      <w:pPr>
        <w:spacing w:after="120" w:line="276" w:lineRule="auto"/>
      </w:pPr>
      <w:r>
        <w:t>Not anger.</w:t>
      </w:r>
    </w:p>
    <w:p/>
    <w:p>
      <w:pPr>
        <w:spacing w:after="120" w:line="276" w:lineRule="auto"/>
      </w:pPr>
      <w:r>
        <w:t>Not protest.</w:t>
      </w:r>
    </w:p>
    <w:p/>
    <w:p>
      <w:pPr>
        <w:spacing w:after="120" w:line="276" w:lineRule="auto"/>
      </w:pPr>
      <w:r>
        <w:t>Just a heavy collapse inside me.</w:t>
      </w:r>
    </w:p>
    <w:p/>
    <w:p>
      <w:pPr>
        <w:spacing w:after="120" w:line="276" w:lineRule="auto"/>
      </w:pPr>
      <w:r>
        <w:t>Running had not yet defined my identity — but it had already planted something in me.</w:t>
      </w:r>
    </w:p>
    <w:p/>
    <w:p>
      <w:pPr>
        <w:spacing w:after="120" w:line="276" w:lineRule="auto"/>
      </w:pPr>
      <w:r>
        <w:t>A possibility.</w:t>
      </w:r>
    </w:p>
    <w:p/>
    <w:p>
      <w:pPr>
        <w:spacing w:after="120" w:line="276" w:lineRule="auto"/>
      </w:pPr>
      <w:r>
        <w:t>A future.</w:t>
      </w:r>
    </w:p>
    <w:p/>
    <w:p>
      <w:pPr>
        <w:spacing w:after="120" w:line="276" w:lineRule="auto"/>
      </w:pPr>
      <w:r>
        <w:t>And in a few sentences, that future seemed erased.</w:t>
      </w:r>
    </w:p>
    <w:p/>
    <w:p>
      <w:pPr>
        <w:spacing w:after="120" w:line="276" w:lineRule="auto"/>
      </w:pPr>
      <w:r>
        <w:t>My parents sought a second opinion.</w:t>
      </w:r>
    </w:p>
    <w:p/>
    <w:p>
      <w:pPr>
        <w:spacing w:after="120" w:line="276" w:lineRule="auto"/>
      </w:pPr>
      <w:r>
        <w:t>The second surgeon offered a narrow window of hope.</w:t>
      </w:r>
    </w:p>
    <w:p/>
    <w:p>
      <w:pPr>
        <w:spacing w:after="120" w:line="276" w:lineRule="auto"/>
      </w:pPr>
      <w:r>
        <w:t>I could run again — but no more than five kilometres.</w:t>
      </w:r>
    </w:p>
    <w:p/>
    <w:p>
      <w:pPr>
        <w:spacing w:after="120" w:line="276" w:lineRule="auto"/>
      </w:pPr>
      <w:r>
        <w:t>Five kilometres.</w:t>
      </w:r>
    </w:p>
    <w:p/>
    <w:p>
      <w:pPr>
        <w:spacing w:after="120" w:line="276" w:lineRule="auto"/>
      </w:pPr>
      <w:r>
        <w:t>It was not what I wanted to hear.</w:t>
      </w:r>
    </w:p>
    <w:p/>
    <w:p>
      <w:pPr>
        <w:spacing w:after="120" w:line="276" w:lineRule="auto"/>
      </w:pPr>
      <w:r>
        <w:t>But it was better than never.</w:t>
      </w:r>
    </w:p>
    <w:p/>
    <w:p>
      <w:pPr>
        <w:spacing w:after="120" w:line="276" w:lineRule="auto"/>
      </w:pPr>
      <w:r>
        <w:t>Recovery was long.</w:t>
      </w:r>
    </w:p>
    <w:p/>
    <w:p>
      <w:pPr>
        <w:spacing w:after="120" w:line="276" w:lineRule="auto"/>
      </w:pPr>
      <w:r>
        <w:t>Cautious.</w:t>
      </w:r>
    </w:p>
    <w:p/>
    <w:p>
      <w:pPr>
        <w:spacing w:after="120" w:line="276" w:lineRule="auto"/>
      </w:pPr>
      <w:r>
        <w:t>And for the remainder of my school career, I did not return to sport.</w:t>
      </w:r>
    </w:p>
    <w:p/>
    <w:p>
      <w:pPr>
        <w:spacing w:after="120" w:line="276" w:lineRule="auto"/>
      </w:pPr>
      <w:r>
        <w:t>The vow remained.</w:t>
      </w:r>
    </w:p>
    <w:p/>
    <w:p>
      <w:pPr>
        <w:spacing w:after="120" w:line="276" w:lineRule="auto"/>
      </w:pPr>
      <w:r>
        <w:t>Quiet.</w:t>
      </w:r>
    </w:p>
    <w:p/>
    <w:p>
      <w:pPr>
        <w:spacing w:after="120" w:line="276" w:lineRule="auto"/>
      </w:pPr>
      <w:r>
        <w:t>Unfulfilled.</w:t>
      </w:r>
    </w:p>
    <w:p/>
    <w:p>
      <w:pPr>
        <w:spacing w:after="120" w:line="276" w:lineRule="auto"/>
      </w:pPr>
      <w:r>
        <w:t>Waiting.</w:t>
      </w:r>
    </w:p>
    <w:p/>
    <w:p>
      <w:pPr>
        <w:spacing w:after="120" w:line="276" w:lineRule="auto"/>
      </w:pPr>
      <w:r>
        <w:t>Years passed.</w:t>
      </w:r>
    </w:p>
    <w:p/>
    <w:p>
      <w:pPr>
        <w:spacing w:after="120" w:line="276" w:lineRule="auto"/>
      </w:pPr>
      <w:r>
        <w:t>In 1997, during my university years, a school friend suggested we start training again.</w:t>
      </w:r>
    </w:p>
    <w:p/>
    <w:p>
      <w:pPr>
        <w:spacing w:after="120" w:line="276" w:lineRule="auto"/>
      </w:pPr>
      <w:r>
        <w:t>Just for a half marathon.</w:t>
      </w:r>
    </w:p>
    <w:p/>
    <w:p>
      <w:pPr>
        <w:spacing w:after="120" w:line="276" w:lineRule="auto"/>
      </w:pPr>
      <w:r>
        <w:t>The Wally Hayward.</w:t>
      </w:r>
    </w:p>
    <w:p/>
    <w:p>
      <w:pPr>
        <w:spacing w:after="120" w:line="276" w:lineRule="auto"/>
      </w:pPr>
      <w:r>
        <w:t>Twenty-one-point-one kilometres.</w:t>
      </w:r>
    </w:p>
    <w:p/>
    <w:p>
      <w:pPr>
        <w:spacing w:after="120" w:line="276" w:lineRule="auto"/>
      </w:pPr>
      <w:r>
        <w:t>It sounded manageable.</w:t>
      </w:r>
    </w:p>
    <w:p/>
    <w:p>
      <w:pPr>
        <w:spacing w:after="120" w:line="276" w:lineRule="auto"/>
      </w:pPr>
      <w:r>
        <w:t>Within reach.</w:t>
      </w:r>
    </w:p>
    <w:p/>
    <w:p>
      <w:pPr>
        <w:spacing w:after="120" w:line="276" w:lineRule="auto"/>
      </w:pPr>
      <w:r>
        <w:t>We trained steadily.</w:t>
      </w:r>
    </w:p>
    <w:p/>
    <w:p>
      <w:pPr>
        <w:spacing w:after="120" w:line="276" w:lineRule="auto"/>
      </w:pPr>
      <w:r>
        <w:t>Carefully.</w:t>
      </w:r>
    </w:p>
    <w:p/>
    <w:p>
      <w:pPr>
        <w:spacing w:after="120" w:line="276" w:lineRule="auto"/>
      </w:pPr>
      <w:r>
        <w:t>And when race day came, I crossed the finish line in 1 hour and 40 minutes — a personal best that still stands today.</w:t>
      </w:r>
    </w:p>
    <w:p/>
    <w:p>
      <w:pPr>
        <w:spacing w:after="120" w:line="276" w:lineRule="auto"/>
      </w:pPr>
      <w:r>
        <w:t>There was pride.</w:t>
      </w:r>
    </w:p>
    <w:p/>
    <w:p>
      <w:pPr>
        <w:spacing w:after="120" w:line="276" w:lineRule="auto"/>
      </w:pPr>
      <w:r>
        <w:t>Real pride.</w:t>
      </w:r>
    </w:p>
    <w:p/>
    <w:p>
      <w:pPr>
        <w:spacing w:after="120" w:line="276" w:lineRule="auto"/>
      </w:pPr>
      <w:r>
        <w:t>Not defiance.</w:t>
      </w:r>
    </w:p>
    <w:p/>
    <w:p>
      <w:pPr>
        <w:spacing w:after="120" w:line="276" w:lineRule="auto"/>
      </w:pPr>
      <w:r>
        <w:t>Not rebellion.</w:t>
      </w:r>
    </w:p>
    <w:p/>
    <w:p>
      <w:pPr>
        <w:spacing w:after="120" w:line="276" w:lineRule="auto"/>
      </w:pPr>
      <w:r>
        <w:t>Just quiet satisfaction.</w:t>
      </w:r>
    </w:p>
    <w:p/>
    <w:p>
      <w:pPr>
        <w:spacing w:after="120" w:line="276" w:lineRule="auto"/>
      </w:pPr>
      <w:r>
        <w:t>I had run far beyond the five kilometres once prescribed.</w:t>
      </w:r>
    </w:p>
    <w:p/>
    <w:p>
      <w:pPr>
        <w:spacing w:after="120" w:line="276" w:lineRule="auto"/>
      </w:pPr>
      <w:r>
        <w:t>For a moment, it felt like reclaiming something that had been taken from me.</w:t>
      </w:r>
    </w:p>
    <w:p/>
    <w:p>
      <w:pPr>
        <w:spacing w:after="120" w:line="276" w:lineRule="auto"/>
      </w:pPr>
      <w:r>
        <w:t>But pride was quickly joined by something else.</w:t>
      </w:r>
    </w:p>
    <w:p/>
    <w:p>
      <w:pPr>
        <w:spacing w:after="120" w:line="276" w:lineRule="auto"/>
      </w:pPr>
      <w:r>
        <w:t>Fear.</w:t>
      </w:r>
    </w:p>
    <w:p/>
    <w:p>
      <w:pPr>
        <w:spacing w:after="120" w:line="276" w:lineRule="auto"/>
      </w:pPr>
      <w:r>
        <w:t>As the soreness settled in after the race, I began wondering whether I had pushed too far.</w:t>
      </w:r>
    </w:p>
    <w:p/>
    <w:p>
      <w:pPr>
        <w:spacing w:after="120" w:line="276" w:lineRule="auto"/>
      </w:pPr>
      <w:r>
        <w:t>Had I compromised the fusion?</w:t>
      </w:r>
    </w:p>
    <w:p/>
    <w:p>
      <w:pPr>
        <w:spacing w:after="120" w:line="276" w:lineRule="auto"/>
      </w:pPr>
      <w:r>
        <w:t>Had I ignored the warning?</w:t>
      </w:r>
    </w:p>
    <w:p/>
    <w:p>
      <w:pPr>
        <w:spacing w:after="120" w:line="276" w:lineRule="auto"/>
      </w:pPr>
      <w:r>
        <w:t>Had I damaged something that could not be undone?</w:t>
      </w:r>
    </w:p>
    <w:p/>
    <w:p>
      <w:pPr>
        <w:spacing w:after="120" w:line="276" w:lineRule="auto"/>
      </w:pPr>
      <w:r>
        <w:t>The doubt grew louder than the applause.</w:t>
      </w:r>
    </w:p>
    <w:p/>
    <w:p>
      <w:pPr>
        <w:spacing w:after="120" w:line="276" w:lineRule="auto"/>
      </w:pPr>
      <w:r>
        <w:t>And caution won.</w:t>
      </w:r>
    </w:p>
    <w:p/>
    <w:p>
      <w:pPr>
        <w:spacing w:after="120" w:line="276" w:lineRule="auto"/>
      </w:pPr>
      <w:r>
        <w:t>I told myself that perhaps this was enough.</w:t>
      </w:r>
    </w:p>
    <w:p/>
    <w:p>
      <w:pPr>
        <w:spacing w:after="120" w:line="276" w:lineRule="auto"/>
      </w:pPr>
      <w:r>
        <w:t>I had completed a half marathon.</w:t>
      </w:r>
    </w:p>
    <w:p/>
    <w:p>
      <w:pPr>
        <w:spacing w:after="120" w:line="276" w:lineRule="auto"/>
      </w:pPr>
      <w:r>
        <w:t>I had proven something — maybe not to others, but to myself.</w:t>
      </w:r>
    </w:p>
    <w:p/>
    <w:p>
      <w:pPr>
        <w:spacing w:after="120" w:line="276" w:lineRule="auto"/>
      </w:pPr>
      <w:r>
        <w:t>And so I stopped again.</w:t>
      </w:r>
    </w:p>
    <w:p/>
    <w:p>
      <w:pPr>
        <w:spacing w:after="120" w:line="276" w:lineRule="auto"/>
      </w:pPr>
      <w:r>
        <w:t>The vow did not disappear.</w:t>
      </w:r>
    </w:p>
    <w:p/>
    <w:p>
      <w:pPr>
        <w:spacing w:after="120" w:line="276" w:lineRule="auto"/>
      </w:pPr>
      <w:r>
        <w:t>But once more, it waited.</w:t>
      </w:r>
    </w:p>
    <w:p/>
    <w:p>
      <w:pPr>
        <w:jc w:val="center"/>
      </w:pPr>
      <w:r>
        <w:t>⸻</w:t>
      </w:r>
    </w:p>
    <w:p/>
    <w:p>
      <w:pPr>
        <w:pStyle w:val="ChapterHeading"/>
      </w:pPr>
      <w:r>
        <w:t>Chapter 9 — The Return</w:t>
      </w:r>
    </w:p>
    <w:p/>
    <w:p>
      <w:pPr>
        <w:spacing w:after="120" w:line="276" w:lineRule="auto"/>
      </w:pPr>
      <w:r>
        <w:t>Curiosity returned in 2005.</w:t>
      </w:r>
    </w:p>
    <w:p/>
    <w:p>
      <w:pPr>
        <w:spacing w:after="120" w:line="276" w:lineRule="auto"/>
      </w:pPr>
      <w:r>
        <w:t>There was no defining moment.</w:t>
      </w:r>
    </w:p>
    <w:p/>
    <w:p>
      <w:pPr>
        <w:spacing w:after="120" w:line="276" w:lineRule="auto"/>
      </w:pPr>
      <w:r>
        <w:t>No grand declaration.</w:t>
      </w:r>
    </w:p>
    <w:p/>
    <w:p>
      <w:pPr>
        <w:spacing w:after="120" w:line="276" w:lineRule="auto"/>
      </w:pPr>
      <w:r>
        <w:t>Just a quiet inner nudge.</w:t>
      </w:r>
    </w:p>
    <w:p/>
    <w:p>
      <w:pPr>
        <w:spacing w:after="120" w:line="276" w:lineRule="auto"/>
      </w:pPr>
      <w:r>
        <w:t>I wondered whether my body could handle it.</w:t>
      </w:r>
    </w:p>
    <w:p/>
    <w:p>
      <w:pPr>
        <w:spacing w:after="120" w:line="276" w:lineRule="auto"/>
      </w:pPr>
      <w:r>
        <w:t>Whether the back that had once betrayed me could now cooperate.</w:t>
      </w:r>
    </w:p>
    <w:p/>
    <w:p>
      <w:pPr>
        <w:spacing w:after="120" w:line="276" w:lineRule="auto"/>
      </w:pPr>
      <w:r>
        <w:t>Whether the vow still had life in it.</w:t>
      </w:r>
    </w:p>
    <w:p/>
    <w:p>
      <w:pPr>
        <w:spacing w:after="120" w:line="276" w:lineRule="auto"/>
      </w:pPr>
      <w:r>
        <w:t>I began cautiously.</w:t>
      </w:r>
    </w:p>
    <w:p/>
    <w:p>
      <w:pPr>
        <w:spacing w:after="120" w:line="276" w:lineRule="auto"/>
      </w:pPr>
      <w:r>
        <w:t>Short distances.</w:t>
      </w:r>
    </w:p>
    <w:p/>
    <w:p>
      <w:pPr>
        <w:spacing w:after="120" w:line="276" w:lineRule="auto"/>
      </w:pPr>
      <w:r>
        <w:t>Measured pace.</w:t>
      </w:r>
    </w:p>
    <w:p/>
    <w:p>
      <w:pPr>
        <w:spacing w:after="120" w:line="276" w:lineRule="auto"/>
      </w:pPr>
      <w:r>
        <w:t>Listening closely to every sensation.</w:t>
      </w:r>
    </w:p>
    <w:p/>
    <w:p>
      <w:pPr>
        <w:spacing w:after="120" w:line="276" w:lineRule="auto"/>
      </w:pPr>
      <w:r>
        <w:t>Nothing catastrophic happened.</w:t>
      </w:r>
    </w:p>
    <w:p/>
    <w:p>
      <w:pPr>
        <w:spacing w:after="120" w:line="276" w:lineRule="auto"/>
      </w:pPr>
      <w:r>
        <w:t>The back held.</w:t>
      </w:r>
    </w:p>
    <w:p/>
    <w:p>
      <w:pPr>
        <w:spacing w:after="120" w:line="276" w:lineRule="auto"/>
      </w:pPr>
      <w:r>
        <w:t>In 2006, training became more structured.</w:t>
      </w:r>
    </w:p>
    <w:p/>
    <w:p>
      <w:pPr>
        <w:spacing w:after="120" w:line="276" w:lineRule="auto"/>
      </w:pPr>
      <w:r>
        <w:t>The distances grew.</w:t>
      </w:r>
    </w:p>
    <w:p/>
    <w:p>
      <w:pPr>
        <w:spacing w:after="120" w:line="276" w:lineRule="auto"/>
      </w:pPr>
      <w:r>
        <w:t>The quiet vow that had waited for years began to stir again.</w:t>
      </w:r>
    </w:p>
    <w:p/>
    <w:p>
      <w:pPr>
        <w:spacing w:after="120" w:line="276" w:lineRule="auto"/>
      </w:pPr>
      <w:r>
        <w:t>In 2007, I stood at the start line of the Comrades Marathon for the first time.</w:t>
      </w:r>
    </w:p>
    <w:p/>
    <w:p>
      <w:pPr>
        <w:spacing w:after="120" w:line="276" w:lineRule="auto"/>
      </w:pPr>
      <w:r>
        <w:t>Excitement filled me.</w:t>
      </w:r>
    </w:p>
    <w:p/>
    <w:p>
      <w:pPr>
        <w:spacing w:after="120" w:line="276" w:lineRule="auto"/>
      </w:pPr>
      <w:r>
        <w:t>The race I had watched as a boy now stretched out before me in real life.</w:t>
      </w:r>
    </w:p>
    <w:p/>
    <w:p>
      <w:pPr>
        <w:spacing w:after="120" w:line="276" w:lineRule="auto"/>
      </w:pPr>
      <w:r>
        <w:t>Thousands of runners.</w:t>
      </w:r>
    </w:p>
    <w:p/>
    <w:p>
      <w:pPr>
        <w:spacing w:after="120" w:line="276" w:lineRule="auto"/>
      </w:pPr>
      <w:r>
        <w:t>Crowds lining the streets.</w:t>
      </w:r>
    </w:p>
    <w:p/>
    <w:p>
      <w:pPr>
        <w:spacing w:after="120" w:line="276" w:lineRule="auto"/>
      </w:pPr>
      <w:r>
        <w:t>Energy in the air.</w:t>
      </w:r>
    </w:p>
    <w:p/>
    <w:p>
      <w:pPr>
        <w:spacing w:after="120" w:line="276" w:lineRule="auto"/>
      </w:pPr>
      <w:r>
        <w:t>For a moment, it felt surreal.</w:t>
      </w:r>
    </w:p>
    <w:p/>
    <w:p>
      <w:pPr>
        <w:spacing w:after="120" w:line="276" w:lineRule="auto"/>
      </w:pPr>
      <w:r>
        <w:t>The early kilometres were electric.</w:t>
      </w:r>
    </w:p>
    <w:p/>
    <w:p>
      <w:pPr>
        <w:spacing w:after="120" w:line="276" w:lineRule="auto"/>
      </w:pPr>
      <w:r>
        <w:t>The body felt strong.</w:t>
      </w:r>
    </w:p>
    <w:p/>
    <w:p>
      <w:pPr>
        <w:spacing w:after="120" w:line="276" w:lineRule="auto"/>
      </w:pPr>
      <w:r>
        <w:t>The road felt generous.</w:t>
      </w:r>
    </w:p>
    <w:p/>
    <w:p>
      <w:pPr>
        <w:spacing w:after="120" w:line="276" w:lineRule="auto"/>
      </w:pPr>
      <w:r>
        <w:t>But Comrades is patient.</w:t>
      </w:r>
    </w:p>
    <w:p/>
    <w:p>
      <w:pPr>
        <w:spacing w:after="120" w:line="276" w:lineRule="auto"/>
      </w:pPr>
      <w:r>
        <w:t>It waits.</w:t>
      </w:r>
    </w:p>
    <w:p/>
    <w:p>
      <w:pPr>
        <w:spacing w:after="120" w:line="276" w:lineRule="auto"/>
      </w:pPr>
      <w:r>
        <w:t>By 67 kilometres, my body began shutting down.</w:t>
      </w:r>
    </w:p>
    <w:p/>
    <w:p>
      <w:pPr>
        <w:spacing w:after="120" w:line="276" w:lineRule="auto"/>
      </w:pPr>
      <w:r>
        <w:t>Severe dehydration crept in.</w:t>
      </w:r>
    </w:p>
    <w:p/>
    <w:p>
      <w:pPr>
        <w:spacing w:after="120" w:line="276" w:lineRule="auto"/>
      </w:pPr>
      <w:r>
        <w:t>Energy drained.</w:t>
      </w:r>
    </w:p>
    <w:p/>
    <w:p>
      <w:pPr>
        <w:spacing w:after="120" w:line="276" w:lineRule="auto"/>
      </w:pPr>
      <w:r>
        <w:t>The road that had once felt heroic now felt unforgiving.</w:t>
      </w:r>
    </w:p>
    <w:p/>
    <w:p>
      <w:pPr>
        <w:spacing w:after="120" w:line="276" w:lineRule="auto"/>
      </w:pPr>
      <w:r>
        <w:t>With roughly twenty kilometres remaining, I made the decision to stop.</w:t>
      </w:r>
    </w:p>
    <w:p/>
    <w:p>
      <w:pPr>
        <w:spacing w:after="120" w:line="276" w:lineRule="auto"/>
      </w:pPr>
      <w:r>
        <w:t>It was necessary.</w:t>
      </w:r>
    </w:p>
    <w:p/>
    <w:p>
      <w:pPr>
        <w:spacing w:after="120" w:line="276" w:lineRule="auto"/>
      </w:pPr>
      <w:r>
        <w:t>The vow had not yet been fulfilled.</w:t>
      </w:r>
    </w:p>
    <w:p/>
    <w:p>
      <w:pPr>
        <w:spacing w:after="120" w:line="276" w:lineRule="auto"/>
      </w:pPr>
      <w:r>
        <w:t>But it had been tested.</w:t>
      </w:r>
    </w:p>
    <w:p/>
    <w:p>
      <w:pPr>
        <w:spacing w:after="120" w:line="276" w:lineRule="auto"/>
      </w:pPr>
      <w:r>
        <w:t>And it had not broken me.</w:t>
      </w:r>
    </w:p>
    <w:p/>
    <w:p>
      <w:pPr>
        <w:spacing w:after="120" w:line="276" w:lineRule="auto"/>
      </w:pPr>
      <w:r>
        <w:t>In 2008, I did not run.</w:t>
      </w:r>
    </w:p>
    <w:p/>
    <w:p>
      <w:pPr>
        <w:spacing w:after="120" w:line="276" w:lineRule="auto"/>
      </w:pPr>
      <w:r>
        <w:t>Life intervened.</w:t>
      </w:r>
    </w:p>
    <w:p/>
    <w:p>
      <w:pPr>
        <w:spacing w:after="120" w:line="276" w:lineRule="auto"/>
      </w:pPr>
      <w:r>
        <w:t>My father underwent major brain surgery — risky and uncertain.</w:t>
      </w:r>
    </w:p>
    <w:p/>
    <w:p>
      <w:pPr>
        <w:spacing w:after="120" w:line="276" w:lineRule="auto"/>
      </w:pPr>
      <w:r>
        <w:t>That same year, I brought home two beagle puppies, Ruby and Nooga, born at the end of 2007.</w:t>
      </w:r>
    </w:p>
    <w:p/>
    <w:p>
      <w:pPr>
        <w:spacing w:after="120" w:line="276" w:lineRule="auto"/>
      </w:pPr>
      <w:r>
        <w:t>Training gave way to responsibility.</w:t>
      </w:r>
    </w:p>
    <w:p/>
    <w:p>
      <w:pPr>
        <w:spacing w:after="120" w:line="276" w:lineRule="auto"/>
      </w:pPr>
      <w:r>
        <w:t>In 2009, I returned.</w:t>
      </w:r>
    </w:p>
    <w:p/>
    <w:p>
      <w:pPr>
        <w:spacing w:after="120" w:line="276" w:lineRule="auto"/>
      </w:pPr>
      <w:r>
        <w:t>This time, I finished.</w:t>
      </w:r>
    </w:p>
    <w:p/>
    <w:p>
      <w:pPr>
        <w:spacing w:after="120" w:line="276" w:lineRule="auto"/>
      </w:pPr>
      <w:r>
        <w:t>Crossing that line was steady.</w:t>
      </w:r>
    </w:p>
    <w:p/>
    <w:p>
      <w:pPr>
        <w:spacing w:after="120" w:line="276" w:lineRule="auto"/>
      </w:pPr>
      <w:r>
        <w:t>Deep.</w:t>
      </w:r>
    </w:p>
    <w:p/>
    <w:p>
      <w:pPr>
        <w:spacing w:after="120" w:line="276" w:lineRule="auto"/>
      </w:pPr>
      <w:r>
        <w:t>Earned.</w:t>
      </w:r>
    </w:p>
    <w:p/>
    <w:p>
      <w:pPr>
        <w:spacing w:after="120" w:line="276" w:lineRule="auto"/>
      </w:pPr>
      <w:r>
        <w:t>What began as a childhood vow had now become reality.</w:t>
      </w:r>
    </w:p>
    <w:p/>
    <w:p>
      <w:pPr>
        <w:spacing w:after="120" w:line="276" w:lineRule="auto"/>
      </w:pPr>
      <w:r>
        <w:t>But something shifted.</w:t>
      </w:r>
    </w:p>
    <w:p/>
    <w:p>
      <w:pPr>
        <w:pStyle w:val="Heading3"/>
      </w:pPr>
      <w:r>
        <w:t>“Once” quietly became “again.”</w:t>
      </w:r>
    </w:p>
    <w:p/>
    <w:p>
      <w:pPr>
        <w:spacing w:after="120" w:line="276" w:lineRule="auto"/>
      </w:pPr>
      <w:r>
        <w:t>I ran two more.</w:t>
      </w:r>
    </w:p>
    <w:p/>
    <w:p>
      <w:pPr>
        <w:spacing w:after="120" w:line="276" w:lineRule="auto"/>
      </w:pPr>
      <w:r>
        <w:t>Skipped 2012 — the year I married.</w:t>
      </w:r>
    </w:p>
    <w:p/>
    <w:p>
      <w:pPr>
        <w:spacing w:after="120" w:line="276" w:lineRule="auto"/>
      </w:pPr>
      <w:r>
        <w:t>Then from 2013 to 2019, I returned year after year.</w:t>
      </w:r>
    </w:p>
    <w:p/>
    <w:p>
      <w:pPr>
        <w:spacing w:after="120" w:line="276" w:lineRule="auto"/>
      </w:pPr>
      <w:r>
        <w:t>Ten finishes.</w:t>
      </w:r>
    </w:p>
    <w:p/>
    <w:p>
      <w:pPr>
        <w:spacing w:after="120" w:line="276" w:lineRule="auto"/>
      </w:pPr>
      <w:r>
        <w:t>Each one requiring discipline.</w:t>
      </w:r>
    </w:p>
    <w:p/>
    <w:p>
      <w:pPr>
        <w:spacing w:after="120" w:line="276" w:lineRule="auto"/>
      </w:pPr>
      <w:r>
        <w:t>Sacrifice.</w:t>
      </w:r>
    </w:p>
    <w:p/>
    <w:p>
      <w:pPr>
        <w:spacing w:after="120" w:line="276" w:lineRule="auto"/>
      </w:pPr>
      <w:r>
        <w:t>Injury management.</w:t>
      </w:r>
    </w:p>
    <w:p/>
    <w:p>
      <w:pPr>
        <w:spacing w:after="120" w:line="276" w:lineRule="auto"/>
      </w:pPr>
      <w:r>
        <w:t>Long solitary hours in every imaginable weather condition.</w:t>
      </w:r>
    </w:p>
    <w:p/>
    <w:p>
      <w:pPr>
        <w:spacing w:after="120" w:line="276" w:lineRule="auto"/>
      </w:pPr>
      <w:r>
        <w:t>Scorching heat.</w:t>
      </w:r>
    </w:p>
    <w:p/>
    <w:p>
      <w:pPr>
        <w:spacing w:after="120" w:line="276" w:lineRule="auto"/>
      </w:pPr>
      <w:r>
        <w:t>Cold rain.</w:t>
      </w:r>
    </w:p>
    <w:p/>
    <w:p>
      <w:pPr>
        <w:spacing w:after="120" w:line="276" w:lineRule="auto"/>
      </w:pPr>
      <w:r>
        <w:t>Relentless wind.</w:t>
      </w:r>
    </w:p>
    <w:p/>
    <w:p>
      <w:pPr>
        <w:spacing w:after="120" w:line="276" w:lineRule="auto"/>
      </w:pPr>
      <w:r>
        <w:t>And yet, it was joyful.</w:t>
      </w:r>
    </w:p>
    <w:p/>
    <w:p>
      <w:pPr>
        <w:spacing w:after="120" w:line="276" w:lineRule="auto"/>
      </w:pPr>
      <w:r>
        <w:t>The rhythm of feet on tar.</w:t>
      </w:r>
    </w:p>
    <w:p/>
    <w:p>
      <w:pPr>
        <w:spacing w:after="120" w:line="276" w:lineRule="auto"/>
      </w:pPr>
      <w:r>
        <w:t>The clarity that comes only after fatigue.</w:t>
      </w:r>
    </w:p>
    <w:p/>
    <w:p>
      <w:pPr>
        <w:spacing w:after="120" w:line="276" w:lineRule="auto"/>
      </w:pPr>
      <w:r>
        <w:t>The deep satisfaction of continuing when stopping would be easier.</w:t>
      </w:r>
    </w:p>
    <w:p/>
    <w:p>
      <w:pPr>
        <w:spacing w:after="120" w:line="276" w:lineRule="auto"/>
      </w:pPr>
      <w:r>
        <w:t>When the green number was handed to me by Bruce Fordyce himself, the boy who once watched him in awe felt something deeper than completion.</w:t>
      </w:r>
    </w:p>
    <w:p/>
    <w:p>
      <w:pPr>
        <w:spacing w:after="120" w:line="276" w:lineRule="auto"/>
      </w:pPr>
      <w:r>
        <w:t>It was gratitude.</w:t>
      </w:r>
    </w:p>
    <w:p/>
    <w:p>
      <w:pPr>
        <w:spacing w:after="120" w:line="276" w:lineRule="auto"/>
      </w:pPr>
      <w:r>
        <w:t>Gratitude for a body that endured.</w:t>
      </w:r>
    </w:p>
    <w:p/>
    <w:p>
      <w:pPr>
        <w:spacing w:after="120" w:line="276" w:lineRule="auto"/>
      </w:pPr>
      <w:r>
        <w:t>Gratitude for a back once declared finished.</w:t>
      </w:r>
    </w:p>
    <w:p/>
    <w:p>
      <w:pPr>
        <w:spacing w:after="120" w:line="276" w:lineRule="auto"/>
      </w:pPr>
      <w:r>
        <w:t>Gratitude for the privilege of returning, again and again.</w:t>
      </w:r>
    </w:p>
    <w:p/>
    <w:p>
      <w:pPr>
        <w:spacing w:after="120" w:line="276" w:lineRule="auto"/>
      </w:pPr>
      <w:r>
        <w:t>Years later, I visited the same surgeon who had once warned me about my limits.</w:t>
      </w:r>
    </w:p>
    <w:p/>
    <w:p>
      <w:pPr>
        <w:spacing w:after="120" w:line="276" w:lineRule="auto"/>
      </w:pPr>
      <w:r>
        <w:t>A minor back spasm had brought me in.</w:t>
      </w:r>
    </w:p>
    <w:p/>
    <w:p>
      <w:pPr>
        <w:spacing w:after="120" w:line="276" w:lineRule="auto"/>
      </w:pPr>
      <w:r>
        <w:t>He reviewed my scans.</w:t>
      </w:r>
    </w:p>
    <w:p/>
    <w:p>
      <w:pPr>
        <w:spacing w:after="120" w:line="276" w:lineRule="auto"/>
      </w:pPr>
      <w:r>
        <w:t>Then he surprised me.</w:t>
      </w:r>
    </w:p>
    <w:p/>
    <w:p>
      <w:pPr>
        <w:pStyle w:val="Heading3"/>
      </w:pPr>
      <w:r>
        <w:t>“You must continue your ultra running,” he said. “It’s good for bone density.”</w:t>
      </w:r>
    </w:p>
    <w:p/>
    <w:p>
      <w:pPr>
        <w:spacing w:after="120" w:line="276" w:lineRule="auto"/>
      </w:pPr>
      <w:r>
        <w:t>The irony was not lost on me.</w:t>
      </w:r>
    </w:p>
    <w:p/>
    <w:p>
      <w:pPr>
        <w:spacing w:after="120" w:line="276" w:lineRule="auto"/>
      </w:pPr>
      <w:r>
        <w:t>And I kept running.</w:t>
      </w:r>
    </w:p>
    <w:p/>
    <w:p>
      <w:pPr>
        <w:jc w:val="center"/>
      </w:pPr>
      <w:r>
        <w:t>⸻</w:t>
      </w:r>
    </w:p>
    <w:p/>
    <w:p>
      <w:pPr>
        <w:pStyle w:val="PartHeading"/>
      </w:pPr>
      <w:r>
        <w:t>Part III — The Long Run</w:t>
      </w:r>
    </w:p>
    <w:p/>
    <w:p>
      <w:pPr>
        <w:pStyle w:val="ChapterHeading"/>
      </w:pPr>
      <w:r>
        <w:t>Chapter 10 — Logic Is Fair</w:t>
      </w:r>
    </w:p>
    <w:p/>
    <w:p>
      <w:pPr>
        <w:spacing w:after="120" w:line="276" w:lineRule="auto"/>
      </w:pPr>
      <w:r>
        <w:t>I started my professional career in 2000.</w:t>
      </w:r>
    </w:p>
    <w:p/>
    <w:p>
      <w:pPr>
        <w:spacing w:after="120" w:line="276" w:lineRule="auto"/>
      </w:pPr>
      <w:r>
        <w:t>I was a young developer with a degree in Information Technology and a deep curiosity about how systems worked.</w:t>
      </w:r>
    </w:p>
    <w:p/>
    <w:p>
      <w:pPr>
        <w:spacing w:after="120" w:line="276" w:lineRule="auto"/>
      </w:pPr>
      <w:r>
        <w:t>Software development, at its heart, is creation.</w:t>
      </w:r>
    </w:p>
    <w:p/>
    <w:p>
      <w:pPr>
        <w:spacing w:after="120" w:line="276" w:lineRule="auto"/>
      </w:pPr>
      <w:r>
        <w:t>It begins with a need — sometimes clearly defined, sometimes vague — and turns that need into something structured and useful.</w:t>
      </w:r>
    </w:p>
    <w:p/>
    <w:p>
      <w:pPr>
        <w:spacing w:after="120" w:line="276" w:lineRule="auto"/>
      </w:pPr>
      <w:r>
        <w:t>I listened to users. I studied requirements. I designed solutions.</w:t>
      </w:r>
    </w:p>
    <w:p>
      <w:pPr>
        <w:spacing w:after="120" w:line="276" w:lineRule="auto"/>
      </w:pPr>
      <w:r>
        <w:t>I built applications that did not exist before.</w:t>
      </w:r>
    </w:p>
    <w:p/>
    <w:p>
      <w:pPr>
        <w:spacing w:after="120" w:line="276" w:lineRule="auto"/>
      </w:pPr>
      <w:r>
        <w:t>Line by line, something invisible became tangible.</w:t>
      </w:r>
    </w:p>
    <w:p/>
    <w:p>
      <w:pPr>
        <w:spacing w:after="120" w:line="276" w:lineRule="auto"/>
      </w:pPr>
      <w:r>
        <w:t>There was a quiet thrill in that.</w:t>
      </w:r>
    </w:p>
    <w:p/>
    <w:p>
      <w:pPr>
        <w:spacing w:after="120" w:line="276" w:lineRule="auto"/>
      </w:pPr>
      <w:r>
        <w:t>To take an idea and shape it into a working system.</w:t>
      </w:r>
    </w:p>
    <w:p>
      <w:pPr>
        <w:spacing w:after="120" w:line="276" w:lineRule="auto"/>
      </w:pPr>
      <w:r>
        <w:t>To watch functionality emerge from logic.</w:t>
      </w:r>
    </w:p>
    <w:p>
      <w:pPr>
        <w:spacing w:after="120" w:line="276" w:lineRule="auto"/>
      </w:pPr>
      <w:r>
        <w:t>To build something that others could rely on.</w:t>
      </w:r>
    </w:p>
    <w:p/>
    <w:p>
      <w:pPr>
        <w:spacing w:after="120" w:line="276" w:lineRule="auto"/>
      </w:pPr>
      <w:r>
        <w:t>Code did not depend on tone of voice.</w:t>
      </w:r>
    </w:p>
    <w:p>
      <w:pPr>
        <w:spacing w:after="120" w:line="276" w:lineRule="auto"/>
      </w:pPr>
      <w:r>
        <w:t>It did not mumble.</w:t>
      </w:r>
    </w:p>
    <w:p>
      <w:pPr>
        <w:spacing w:after="120" w:line="276" w:lineRule="auto"/>
      </w:pPr>
      <w:r>
        <w:t>It did not rush ahead.</w:t>
      </w:r>
    </w:p>
    <w:p/>
    <w:p>
      <w:pPr>
        <w:spacing w:after="120" w:line="276" w:lineRule="auto"/>
      </w:pPr>
      <w:r>
        <w:t>It responded to clarity. To structure. To discipline.</w:t>
      </w:r>
    </w:p>
    <w:p/>
    <w:p>
      <w:pPr>
        <w:spacing w:after="120" w:line="276" w:lineRule="auto"/>
      </w:pPr>
      <w:r>
        <w:t>Logic was fair.</w:t>
      </w:r>
    </w:p>
    <w:p/>
    <w:p>
      <w:pPr>
        <w:spacing w:after="120" w:line="276" w:lineRule="auto"/>
      </w:pPr>
      <w:r>
        <w:t>When something worked, it worked because it was built correctly.</w:t>
      </w:r>
    </w:p>
    <w:p>
      <w:pPr>
        <w:spacing w:after="120" w:line="276" w:lineRule="auto"/>
      </w:pPr>
      <w:r>
        <w:t>When it failed, it failed for a reason that could be traced and understood.</w:t>
      </w:r>
    </w:p>
    <w:p/>
    <w:p>
      <w:pPr>
        <w:spacing w:after="120" w:line="276" w:lineRule="auto"/>
      </w:pPr>
      <w:r>
        <w:t>That predictability was addictive.</w:t>
      </w:r>
    </w:p>
    <w:p/>
    <w:p>
      <w:pPr>
        <w:spacing w:after="120" w:line="276" w:lineRule="auto"/>
      </w:pPr>
      <w:r>
        <w:t>I would immerse myself for hours.</w:t>
      </w:r>
    </w:p>
    <w:p/>
    <w:p>
      <w:pPr>
        <w:spacing w:after="120" w:line="276" w:lineRule="auto"/>
      </w:pPr>
      <w:r>
        <w:t>Designing. Refining. Improving.</w:t>
      </w:r>
    </w:p>
    <w:p/>
    <w:p>
      <w:pPr>
        <w:spacing w:after="120" w:line="276" w:lineRule="auto"/>
      </w:pPr>
      <w:r>
        <w:t>Once I started building, I did not let go easily.</w:t>
      </w:r>
    </w:p>
    <w:p/>
    <w:p>
      <w:pPr>
        <w:spacing w:after="120" w:line="276" w:lineRule="auto"/>
      </w:pPr>
      <w:r>
        <w:t>The satisfaction was not loud.</w:t>
      </w:r>
    </w:p>
    <w:p/>
    <w:p>
      <w:pPr>
        <w:spacing w:after="120" w:line="276" w:lineRule="auto"/>
      </w:pPr>
      <w:r>
        <w:t>It was internal.</w:t>
      </w:r>
    </w:p>
    <w:p/>
    <w:p>
      <w:pPr>
        <w:pStyle w:val="Heading3"/>
      </w:pPr>
      <w:r>
        <w:t>A quiet reinforcement:</w:t>
      </w:r>
    </w:p>
    <w:p/>
    <w:p>
      <w:pPr>
        <w:spacing w:after="120" w:line="276" w:lineRule="auto"/>
      </w:pPr>
      <w:r>
        <w:t>I can do this.</w:t>
      </w:r>
    </w:p>
    <w:p/>
    <w:p>
      <w:pPr>
        <w:spacing w:after="120" w:line="276" w:lineRule="auto"/>
      </w:pPr>
      <w:r>
        <w:t>But socially, I was smaller.</w:t>
      </w:r>
    </w:p>
    <w:p/>
    <w:p>
      <w:pPr>
        <w:spacing w:after="120" w:line="276" w:lineRule="auto"/>
      </w:pPr>
      <w:r>
        <w:t>Meetings were different.</w:t>
      </w:r>
    </w:p>
    <w:p>
      <w:pPr>
        <w:spacing w:after="120" w:line="276" w:lineRule="auto"/>
      </w:pPr>
      <w:r>
        <w:t>Once, in a planning meeting, a teammate turned slightly away from me as he spoke, his words blending into the room. I caught only pieces—dates, a feature name, an uncertain laugh. I wrote down what I thought I heard and later built the wrong thing with complete confidence. The code was correct; the understanding wasn’t. Fixing it taught me a hard lesson: access isn’t a luxury in a team—it’s a foundation.</w:t>
      </w:r>
    </w:p>
    <w:p/>
    <w:p>
      <w:pPr>
        <w:spacing w:after="120" w:line="276" w:lineRule="auto"/>
      </w:pPr>
      <w:r>
        <w:t>Voices overlapped. People spoke quickly. Ideas moved fast.</w:t>
      </w:r>
    </w:p>
    <w:p/>
    <w:p>
      <w:pPr>
        <w:spacing w:after="120" w:line="276" w:lineRule="auto"/>
      </w:pPr>
      <w:r>
        <w:t>Participation was limited.</w:t>
      </w:r>
    </w:p>
    <w:p/>
    <w:p>
      <w:pPr>
        <w:spacing w:after="120" w:line="276" w:lineRule="auto"/>
      </w:pPr>
      <w:r>
        <w:t>Not because I lacked ideas.</w:t>
      </w:r>
    </w:p>
    <w:p>
      <w:pPr>
        <w:spacing w:after="120" w:line="276" w:lineRule="auto"/>
      </w:pPr>
      <w:r>
        <w:t>Not because I lacked competence.</w:t>
      </w:r>
    </w:p>
    <w:p/>
    <w:p>
      <w:pPr>
        <w:spacing w:after="120" w:line="276" w:lineRule="auto"/>
      </w:pPr>
      <w:r>
        <w:t>But because access was uneven.</w:t>
      </w:r>
    </w:p>
    <w:p/>
    <w:p>
      <w:pPr>
        <w:spacing w:after="120" w:line="276" w:lineRule="auto"/>
      </w:pPr>
      <w:r>
        <w:t>While others debated freely, I calculated.</w:t>
      </w:r>
    </w:p>
    <w:p>
      <w:pPr>
        <w:spacing w:after="120" w:line="276" w:lineRule="auto"/>
      </w:pPr>
      <w:r>
        <w:t>Watched faces. Guessed at tone. Pieced together fragments.</w:t>
      </w:r>
    </w:p>
    <w:p/>
    <w:p>
      <w:pPr>
        <w:spacing w:after="120" w:line="276" w:lineRule="auto"/>
      </w:pPr>
      <w:r>
        <w:t>Often, I contributed later — after thinking through what I believed had been discussed.</w:t>
      </w:r>
    </w:p>
    <w:p/>
    <w:p>
      <w:pPr>
        <w:spacing w:after="120" w:line="276" w:lineRule="auto"/>
      </w:pPr>
      <w:r>
        <w:t>My confidence grew in code.</w:t>
      </w:r>
    </w:p>
    <w:p>
      <w:pPr>
        <w:spacing w:after="120" w:line="276" w:lineRule="auto"/>
      </w:pPr>
      <w:r>
        <w:t>It lagged in conversation.</w:t>
      </w:r>
    </w:p>
    <w:p/>
    <w:p>
      <w:pPr>
        <w:spacing w:after="120" w:line="276" w:lineRule="auto"/>
      </w:pPr>
      <w:r>
        <w:t>Technically, I felt strong.</w:t>
      </w:r>
    </w:p>
    <w:p>
      <w:pPr>
        <w:spacing w:after="120" w:line="276" w:lineRule="auto"/>
      </w:pPr>
      <w:r>
        <w:t>Socially, I felt cautious.</w:t>
      </w:r>
    </w:p>
    <w:p/>
    <w:p>
      <w:pPr>
        <w:spacing w:after="120" w:line="276" w:lineRule="auto"/>
      </w:pPr>
      <w:r>
        <w:t>So I leaned harder into what I could control.</w:t>
      </w:r>
    </w:p>
    <w:p/>
    <w:p>
      <w:pPr>
        <w:spacing w:after="120" w:line="276" w:lineRule="auto"/>
      </w:pPr>
      <w:r>
        <w:t>And what I could control was building.</w:t>
      </w:r>
    </w:p>
    <w:p/>
    <w:p>
      <w:pPr>
        <w:spacing w:after="120" w:line="276" w:lineRule="auto"/>
      </w:pPr>
      <w:r>
        <w:t>By 2003, something had shifted.</w:t>
      </w:r>
    </w:p>
    <w:p/>
    <w:p>
      <w:pPr>
        <w:spacing w:after="120" w:line="276" w:lineRule="auto"/>
      </w:pPr>
      <w:r>
        <w:t>Not in my hearing.</w:t>
      </w:r>
    </w:p>
    <w:p>
      <w:pPr>
        <w:spacing w:after="120" w:line="276" w:lineRule="auto"/>
      </w:pPr>
      <w:r>
        <w:t>Not in the way meetings sounded.</w:t>
      </w:r>
    </w:p>
    <w:p/>
    <w:p>
      <w:pPr>
        <w:spacing w:after="120" w:line="276" w:lineRule="auto"/>
      </w:pPr>
      <w:r>
        <w:t>But in the way I evaluated myself.</w:t>
      </w:r>
    </w:p>
    <w:p/>
    <w:p>
      <w:pPr>
        <w:spacing w:after="120" w:line="276" w:lineRule="auto"/>
      </w:pPr>
      <w:r>
        <w:t>I had built a reputation.</w:t>
      </w:r>
    </w:p>
    <w:p/>
    <w:p>
      <w:pPr>
        <w:spacing w:after="120" w:line="276" w:lineRule="auto"/>
      </w:pPr>
      <w:r>
        <w:t>Colleagues trusted my work.</w:t>
      </w:r>
    </w:p>
    <w:p>
      <w:pPr>
        <w:spacing w:after="120" w:line="276" w:lineRule="auto"/>
      </w:pPr>
      <w:r>
        <w:t>Managers relied on my execution.</w:t>
      </w:r>
    </w:p>
    <w:p>
      <w:pPr>
        <w:spacing w:after="120" w:line="276" w:lineRule="auto"/>
      </w:pPr>
      <w:r>
        <w:t>When something needed to be delivered properly, my name surfaced.</w:t>
      </w:r>
    </w:p>
    <w:p/>
    <w:p>
      <w:pPr>
        <w:spacing w:after="120" w:line="276" w:lineRule="auto"/>
      </w:pPr>
      <w:r>
        <w:t>I was thorough.</w:t>
      </w:r>
    </w:p>
    <w:p>
      <w:pPr>
        <w:spacing w:after="120" w:line="276" w:lineRule="auto"/>
      </w:pPr>
      <w:r>
        <w:t>Curious.</w:t>
      </w:r>
    </w:p>
    <w:p>
      <w:pPr>
        <w:spacing w:after="120" w:line="276" w:lineRule="auto"/>
      </w:pPr>
      <w:r>
        <w:t>Relentless once I locked onto a task.</w:t>
      </w:r>
    </w:p>
    <w:p/>
    <w:p>
      <w:pPr>
        <w:spacing w:after="120" w:line="276" w:lineRule="auto"/>
      </w:pPr>
      <w:r>
        <w:t>If I committed to something, I finished it.</w:t>
      </w:r>
    </w:p>
    <w:p/>
    <w:p>
      <w:pPr>
        <w:spacing w:after="120" w:line="276" w:lineRule="auto"/>
      </w:pPr>
      <w:r>
        <w:t>That mattered.</w:t>
      </w:r>
    </w:p>
    <w:p/>
    <w:p>
      <w:pPr>
        <w:spacing w:after="120" w:line="276" w:lineRule="auto"/>
      </w:pPr>
      <w:r>
        <w:t>It gave me professional confidence.</w:t>
      </w:r>
    </w:p>
    <w:p/>
    <w:p>
      <w:pPr>
        <w:spacing w:after="120" w:line="276" w:lineRule="auto"/>
      </w:pPr>
      <w:r>
        <w:t>Not social confidence.</w:t>
      </w:r>
    </w:p>
    <w:p/>
    <w:p>
      <w:pPr>
        <w:spacing w:after="120" w:line="276" w:lineRule="auto"/>
      </w:pPr>
      <w:r>
        <w:t>In meetings, I was still reserved. Still calculating. Still cautious.</w:t>
      </w:r>
    </w:p>
    <w:p/>
    <w:p>
      <w:pPr>
        <w:spacing w:after="120" w:line="276" w:lineRule="auto"/>
      </w:pPr>
      <w:r>
        <w:t>But technically, I no longer doubted myself.</w:t>
      </w:r>
    </w:p>
    <w:p/>
    <w:p>
      <w:pPr>
        <w:spacing w:after="120" w:line="276" w:lineRule="auto"/>
      </w:pPr>
      <w:r>
        <w:t>I knew what I could do.</w:t>
      </w:r>
    </w:p>
    <w:p/>
    <w:p>
      <w:pPr>
        <w:spacing w:after="120" w:line="276" w:lineRule="auto"/>
      </w:pPr>
      <w:r>
        <w:t>I knew my strength had value.</w:t>
      </w:r>
    </w:p>
    <w:p/>
    <w:p>
      <w:pPr>
        <w:spacing w:after="120" w:line="276" w:lineRule="auto"/>
      </w:pPr>
      <w:r>
        <w:t>Hearing might shape how I participated.</w:t>
      </w:r>
    </w:p>
    <w:p/>
    <w:p>
      <w:pPr>
        <w:spacing w:after="120" w:line="276" w:lineRule="auto"/>
      </w:pPr>
      <w:r>
        <w:t>But it did not define the quality of what I built.</w:t>
      </w:r>
    </w:p>
    <w:p/>
    <w:p>
      <w:pPr>
        <w:spacing w:after="120" w:line="276" w:lineRule="auto"/>
      </w:pPr>
      <w:r>
        <w:t>And that distinction became important.</w:t>
      </w:r>
    </w:p>
    <w:p/>
    <w:p>
      <w:pPr>
        <w:jc w:val="center"/>
      </w:pPr>
      <w:r>
        <w:t>⸻</w:t>
      </w:r>
    </w:p>
    <w:p/>
    <w:p>
      <w:pPr>
        <w:pStyle w:val="ChapterHeading"/>
      </w:pPr>
      <w:r>
        <w:t>Chapter 11 — Security</w:t>
      </w:r>
    </w:p>
    <w:p/>
    <w:p>
      <w:pPr>
        <w:spacing w:after="120" w:line="276" w:lineRule="auto"/>
      </w:pPr>
      <w:r>
        <w:t>In February 2012, just weeks before I got married, my phone rang.</w:t>
      </w:r>
    </w:p>
    <w:p/>
    <w:p>
      <w:pPr>
        <w:spacing w:after="120" w:line="276" w:lineRule="auto"/>
      </w:pPr>
      <w:r>
        <w:t>It was a friend and former colleague I had worked with years earlier.</w:t>
      </w:r>
    </w:p>
    <w:p/>
    <w:p>
      <w:pPr>
        <w:spacing w:after="120" w:line="276" w:lineRule="auto"/>
      </w:pPr>
      <w:r>
        <w:t>He was working remotely for a Swedish company from South Africa. Alone.</w:t>
      </w:r>
    </w:p>
    <w:p/>
    <w:p>
      <w:pPr>
        <w:spacing w:after="120" w:line="276" w:lineRule="auto"/>
      </w:pPr>
      <w:r>
        <w:t>He needed another developer.</w:t>
      </w:r>
    </w:p>
    <w:p/>
    <w:p>
      <w:pPr>
        <w:spacing w:after="120" w:line="276" w:lineRule="auto"/>
      </w:pPr>
      <w:r>
        <w:t>He asked if I would join him.</w:t>
      </w:r>
    </w:p>
    <w:p/>
    <w:p>
      <w:pPr>
        <w:spacing w:after="120" w:line="276" w:lineRule="auto"/>
      </w:pPr>
      <w:r>
        <w:t>I told him I could only start in May. There was a wedding in March. A honeymoon in Mauritius. And notice to serve at my current job.</w:t>
      </w:r>
    </w:p>
    <w:p/>
    <w:p>
      <w:pPr>
        <w:spacing w:after="120" w:line="276" w:lineRule="auto"/>
      </w:pPr>
      <w:r>
        <w:t>He waited.</w:t>
      </w:r>
    </w:p>
    <w:p/>
    <w:p>
      <w:pPr>
        <w:spacing w:after="120" w:line="276" w:lineRule="auto"/>
      </w:pPr>
      <w:r>
        <w:t>And in May 2012, I stepped into what would become one of the most stable seasons of my life.</w:t>
      </w:r>
    </w:p>
    <w:p/>
    <w:p>
      <w:pPr>
        <w:spacing w:after="120" w:line="276" w:lineRule="auto"/>
      </w:pPr>
      <w:r>
        <w:t>It was just the two of us.</w:t>
      </w:r>
    </w:p>
    <w:p/>
    <w:p>
      <w:pPr>
        <w:spacing w:after="120" w:line="276" w:lineRule="auto"/>
      </w:pPr>
      <w:r>
        <w:t>At first, we worked from his house. Later, from small rented offices.</w:t>
      </w:r>
    </w:p>
    <w:p/>
    <w:p>
      <w:pPr>
        <w:spacing w:after="120" w:line="276" w:lineRule="auto"/>
      </w:pPr>
      <w:r>
        <w:t>There was no corporate pressure. No office politics. No constant rotation of new faces.</w:t>
      </w:r>
    </w:p>
    <w:p/>
    <w:p>
      <w:pPr>
        <w:spacing w:after="120" w:line="276" w:lineRule="auto"/>
      </w:pPr>
      <w:r>
        <w:t>Just familiarity.</w:t>
      </w:r>
    </w:p>
    <w:p/>
    <w:p>
      <w:pPr>
        <w:spacing w:after="120" w:line="276" w:lineRule="auto"/>
      </w:pPr>
      <w:r>
        <w:t>He understood me.</w:t>
      </w:r>
    </w:p>
    <w:p>
      <w:pPr>
        <w:spacing w:after="120" w:line="276" w:lineRule="auto"/>
      </w:pPr>
      <w:r>
        <w:t>I understood him.</w:t>
      </w:r>
    </w:p>
    <w:p/>
    <w:p>
      <w:pPr>
        <w:spacing w:after="120" w:line="276" w:lineRule="auto"/>
      </w:pPr>
      <w:r>
        <w:t>Communication was easy.</w:t>
      </w:r>
    </w:p>
    <w:p/>
    <w:p>
      <w:pPr>
        <w:spacing w:after="120" w:line="276" w:lineRule="auto"/>
      </w:pPr>
      <w:r>
        <w:t>When we had video calls with the Swedish team, he assisted naturally. He filled gaps. Clarified what was said. Helped translate fast discussions into manageable pieces.</w:t>
      </w:r>
    </w:p>
    <w:p/>
    <w:p>
      <w:pPr>
        <w:spacing w:after="120" w:line="276" w:lineRule="auto"/>
      </w:pPr>
      <w:r>
        <w:t>Over time, the Swedish colleagues also understood my hearing. They were patient. Willing to use text when necessary.</w:t>
      </w:r>
    </w:p>
    <w:p/>
    <w:p>
      <w:pPr>
        <w:spacing w:after="120" w:line="276" w:lineRule="auto"/>
      </w:pPr>
      <w:r>
        <w:t>The world felt smaller. Manageable.</w:t>
      </w:r>
    </w:p>
    <w:p/>
    <w:p>
      <w:pPr>
        <w:spacing w:after="120" w:line="276" w:lineRule="auto"/>
      </w:pPr>
      <w:r>
        <w:t>In March 2012, I married my wife.</w:t>
      </w:r>
    </w:p>
    <w:p/>
    <w:p>
      <w:pPr>
        <w:spacing w:after="120" w:line="276" w:lineRule="auto"/>
      </w:pPr>
      <w:r>
        <w:t>The new job and the first years of marriage overlapped.</w:t>
      </w:r>
    </w:p>
    <w:p/>
    <w:p>
      <w:pPr>
        <w:spacing w:after="120" w:line="276" w:lineRule="auto"/>
      </w:pPr>
      <w:r>
        <w:t>In 2013, we bought a stand in a security estate and built a bigger home. We moved in at the end of that year.</w:t>
      </w:r>
    </w:p>
    <w:p/>
    <w:p>
      <w:pPr>
        <w:spacing w:after="120" w:line="276" w:lineRule="auto"/>
      </w:pPr>
      <w:r>
        <w:t>In 2016, Luc was born.</w:t>
      </w:r>
    </w:p>
    <w:p/>
    <w:p>
      <w:pPr>
        <w:spacing w:after="120" w:line="276" w:lineRule="auto"/>
      </w:pPr>
      <w:r>
        <w:t>Security deepened.</w:t>
      </w:r>
    </w:p>
    <w:p/>
    <w:p>
      <w:pPr>
        <w:spacing w:after="120" w:line="276" w:lineRule="auto"/>
      </w:pPr>
      <w:r>
        <w:t>Financially, we were stable. My wife worked. I worked. There were no immediate fears about provision.</w:t>
      </w:r>
    </w:p>
    <w:p/>
    <w:p>
      <w:pPr>
        <w:spacing w:after="120" w:line="276" w:lineRule="auto"/>
      </w:pPr>
      <w:r>
        <w:t>Ruby and Nooga were part of our daily rhythm.</w:t>
      </w:r>
    </w:p>
    <w:p/>
    <w:p>
      <w:pPr>
        <w:spacing w:after="120" w:line="276" w:lineRule="auto"/>
      </w:pPr>
      <w:r>
        <w:t>Work was steady. Predictable. Contained.</w:t>
      </w:r>
    </w:p>
    <w:p/>
    <w:p>
      <w:pPr>
        <w:spacing w:after="120" w:line="276" w:lineRule="auto"/>
      </w:pPr>
      <w:r>
        <w:t>I did not grow aggressively during those years.</w:t>
      </w:r>
    </w:p>
    <w:p/>
    <w:p>
      <w:pPr>
        <w:spacing w:after="120" w:line="276" w:lineRule="auto"/>
      </w:pPr>
      <w:r>
        <w:t>I maintained.</w:t>
      </w:r>
    </w:p>
    <w:p/>
    <w:p>
      <w:pPr>
        <w:spacing w:after="120" w:line="276" w:lineRule="auto"/>
      </w:pPr>
      <w:r>
        <w:t>I delivered.</w:t>
      </w:r>
    </w:p>
    <w:p>
      <w:pPr>
        <w:spacing w:after="120" w:line="276" w:lineRule="auto"/>
      </w:pPr>
      <w:r>
        <w:t>I supported.</w:t>
      </w:r>
    </w:p>
    <w:p>
      <w:pPr>
        <w:spacing w:after="120" w:line="276" w:lineRule="auto"/>
      </w:pPr>
      <w:r>
        <w:t>I operated within a stable ecosystem.</w:t>
      </w:r>
    </w:p>
    <w:p/>
    <w:p>
      <w:pPr>
        <w:spacing w:after="120" w:line="276" w:lineRule="auto"/>
      </w:pPr>
      <w:r>
        <w:t>And I was content.</w:t>
      </w:r>
    </w:p>
    <w:p/>
    <w:p>
      <w:pPr>
        <w:spacing w:after="120" w:line="276" w:lineRule="auto"/>
      </w:pPr>
      <w:r>
        <w:t>Looking back, I see how comfortable I had become.</w:t>
      </w:r>
    </w:p>
    <w:p/>
    <w:p>
      <w:pPr>
        <w:spacing w:after="120" w:line="276" w:lineRule="auto"/>
      </w:pPr>
      <w:r>
        <w:t>How controlled my environment was.</w:t>
      </w:r>
    </w:p>
    <w:p/>
    <w:p>
      <w:pPr>
        <w:spacing w:after="120" w:line="276" w:lineRule="auto"/>
      </w:pPr>
      <w:r>
        <w:t>How few direct communication variables I had to navigate daily.</w:t>
      </w:r>
    </w:p>
    <w:p/>
    <w:p>
      <w:pPr>
        <w:spacing w:after="120" w:line="276" w:lineRule="auto"/>
      </w:pPr>
      <w:r>
        <w:t>It was not laziness.</w:t>
      </w:r>
    </w:p>
    <w:p/>
    <w:p>
      <w:pPr>
        <w:spacing w:after="120" w:line="276" w:lineRule="auto"/>
      </w:pPr>
      <w:r>
        <w:t>It was peace.</w:t>
      </w:r>
    </w:p>
    <w:p/>
    <w:p>
      <w:pPr>
        <w:spacing w:after="120" w:line="276" w:lineRule="auto"/>
      </w:pPr>
      <w:r>
        <w:t>And I did not know how much I had come to depend on it.</w:t>
      </w:r>
    </w:p>
    <w:p/>
    <w:p>
      <w:pPr>
        <w:jc w:val="center"/>
      </w:pPr>
      <w:r>
        <w:t>⸻</w:t>
      </w:r>
    </w:p>
    <w:p/>
    <w:p>
      <w:pPr>
        <w:pStyle w:val="PartHeading"/>
      </w:pPr>
      <w:r>
        <w:t>Part IV - Through The Valley</w:t>
      </w:r>
    </w:p>
    <w:p/>
    <w:p>
      <w:pPr>
        <w:pStyle w:val="ChapterHeading"/>
      </w:pPr>
      <w:r>
        <w:t>Chapter 12 — The Shock</w:t>
      </w:r>
    </w:p>
    <w:p/>
    <w:p>
      <w:pPr>
        <w:spacing w:after="120" w:line="276" w:lineRule="auto"/>
      </w:pPr>
      <w:r>
        <w:t>In October 2019, the news arrived without ceremony.</w:t>
      </w:r>
    </w:p>
    <w:p/>
    <w:p>
      <w:pPr>
        <w:spacing w:after="120" w:line="276" w:lineRule="auto"/>
      </w:pPr>
      <w:r>
        <w:t>The contract was ending.</w:t>
      </w:r>
    </w:p>
    <w:p>
      <w:pPr>
        <w:spacing w:after="120" w:line="276" w:lineRule="auto"/>
      </w:pPr>
      <w:r>
        <w:t>It wasn’t a dramatic call. It was an email, plain and brief, opened in an ordinary moment—between tasks, between the day’s small routines. I read the subject line twice before it registered, as if comprehension needed a second pass.</w:t>
      </w:r>
    </w:p>
    <w:p/>
    <w:p>
      <w:pPr>
        <w:spacing w:after="120" w:line="276" w:lineRule="auto"/>
      </w:pPr>
      <w:r>
        <w:t>I remember the numbness first.</w:t>
      </w:r>
    </w:p>
    <w:p/>
    <w:p>
      <w:pPr>
        <w:spacing w:after="120" w:line="276" w:lineRule="auto"/>
      </w:pPr>
      <w:r>
        <w:t>Not panic.</w:t>
      </w:r>
    </w:p>
    <w:p>
      <w:pPr>
        <w:spacing w:after="120" w:line="276" w:lineRule="auto"/>
      </w:pPr>
      <w:r>
        <w:t>Not anger.</w:t>
      </w:r>
    </w:p>
    <w:p/>
    <w:p>
      <w:pPr>
        <w:spacing w:after="120" w:line="276" w:lineRule="auto"/>
      </w:pPr>
      <w:r>
        <w:t>Just a blank pause in the mind — as if my thoughts had stepped out of the room for a moment.</w:t>
      </w:r>
    </w:p>
    <w:p/>
    <w:p>
      <w:pPr>
        <w:spacing w:after="120" w:line="276" w:lineRule="auto"/>
      </w:pPr>
      <w:r>
        <w:t>For years, life had been secure.</w:t>
      </w:r>
    </w:p>
    <w:p/>
    <w:p>
      <w:pPr>
        <w:spacing w:after="120" w:line="276" w:lineRule="auto"/>
      </w:pPr>
      <w:r>
        <w:t>One trusted colleague. A controlled environment. Work that fit around family. A home we had built. A rhythm that felt sustainable.</w:t>
      </w:r>
    </w:p>
    <w:p/>
    <w:p>
      <w:pPr>
        <w:spacing w:after="120" w:line="276" w:lineRule="auto"/>
      </w:pPr>
      <w:r>
        <w:t>And then, suddenly, it wasn’t.</w:t>
      </w:r>
    </w:p>
    <w:p/>
    <w:p>
      <w:pPr>
        <w:spacing w:after="120" w:line="276" w:lineRule="auto"/>
      </w:pPr>
      <w:r>
        <w:t>The fear came later.</w:t>
      </w:r>
    </w:p>
    <w:p/>
    <w:p>
      <w:pPr>
        <w:spacing w:after="120" w:line="276" w:lineRule="auto"/>
      </w:pPr>
      <w:r>
        <w:t>It arrived quietly, then grew louder with each practical question that followed.</w:t>
      </w:r>
    </w:p>
    <w:p/>
    <w:p>
      <w:pPr>
        <w:spacing w:after="120" w:line="276" w:lineRule="auto"/>
      </w:pPr>
      <w:r>
        <w:t>What now?</w:t>
      </w:r>
    </w:p>
    <w:p/>
    <w:p>
      <w:pPr>
        <w:spacing w:after="120" w:line="276" w:lineRule="auto"/>
      </w:pPr>
      <w:r>
        <w:t>Would I find another job like this one?</w:t>
      </w:r>
    </w:p>
    <w:p/>
    <w:p>
      <w:pPr>
        <w:spacing w:after="120" w:line="276" w:lineRule="auto"/>
      </w:pPr>
      <w:r>
        <w:t>Or would I have to return to a corporate environment — back into boardrooms, group meetings, fast conversations, unpredictable faces?</w:t>
      </w:r>
    </w:p>
    <w:p/>
    <w:p>
      <w:pPr>
        <w:spacing w:after="120" w:line="276" w:lineRule="auto"/>
      </w:pPr>
      <w:r>
        <w:t>By then I had more to protect than ever.</w:t>
      </w:r>
    </w:p>
    <w:p/>
    <w:p>
      <w:pPr>
        <w:spacing w:after="120" w:line="276" w:lineRule="auto"/>
      </w:pPr>
      <w:r>
        <w:t>A wife. A child. A bigger house.</w:t>
      </w:r>
    </w:p>
    <w:p>
      <w:pPr>
        <w:spacing w:after="120" w:line="276" w:lineRule="auto"/>
      </w:pPr>
      <w:r>
        <w:t>A life that depended on steady provision.</w:t>
      </w:r>
    </w:p>
    <w:p/>
    <w:p>
      <w:pPr>
        <w:spacing w:after="120" w:line="276" w:lineRule="auto"/>
      </w:pPr>
      <w:r>
        <w:t>In November, I started searching.</w:t>
      </w:r>
    </w:p>
    <w:p/>
    <w:p>
      <w:pPr>
        <w:spacing w:after="120" w:line="276" w:lineRule="auto"/>
      </w:pPr>
      <w:r>
        <w:t>Applying. Testing. Interviewing.</w:t>
      </w:r>
    </w:p>
    <w:p/>
    <w:p>
      <w:pPr>
        <w:spacing w:after="120" w:line="276" w:lineRule="auto"/>
      </w:pPr>
      <w:r>
        <w:t>Facing strangers again.</w:t>
      </w:r>
    </w:p>
    <w:p/>
    <w:p>
      <w:pPr>
        <w:spacing w:after="120" w:line="276" w:lineRule="auto"/>
      </w:pPr>
      <w:r>
        <w:t>And beneath the practical effort, a new discomfort surfaced — something I hadn’t expected.</w:t>
      </w:r>
    </w:p>
    <w:p/>
    <w:p>
      <w:pPr>
        <w:spacing w:after="120" w:line="276" w:lineRule="auto"/>
      </w:pPr>
      <w:r>
        <w:t>Doubt.</w:t>
      </w:r>
    </w:p>
    <w:p/>
    <w:p>
      <w:pPr>
        <w:spacing w:after="120" w:line="276" w:lineRule="auto"/>
      </w:pPr>
      <w:r>
        <w:t>I read job requirements and felt exposed.</w:t>
      </w:r>
    </w:p>
    <w:p/>
    <w:p>
      <w:pPr>
        <w:spacing w:after="120" w:line="276" w:lineRule="auto"/>
      </w:pPr>
      <w:r>
        <w:t>Had I become too comfortable?</w:t>
      </w:r>
    </w:p>
    <w:p/>
    <w:p>
      <w:pPr>
        <w:spacing w:after="120" w:line="276" w:lineRule="auto"/>
      </w:pPr>
      <w:r>
        <w:t>Too isolated?</w:t>
      </w:r>
    </w:p>
    <w:p/>
    <w:p>
      <w:pPr>
        <w:spacing w:after="120" w:line="276" w:lineRule="auto"/>
      </w:pPr>
      <w:r>
        <w:t>Cut off from the broader world of new tools and new expectations?</w:t>
      </w:r>
    </w:p>
    <w:p/>
    <w:p>
      <w:pPr>
        <w:spacing w:after="120" w:line="276" w:lineRule="auto"/>
      </w:pPr>
      <w:r>
        <w:t>Was I still as capable as I believed I was?</w:t>
      </w:r>
    </w:p>
    <w:p/>
    <w:p>
      <w:pPr>
        <w:spacing w:after="120" w:line="276" w:lineRule="auto"/>
      </w:pPr>
      <w:r>
        <w:t>It wasn’t only the fear of hearing.</w:t>
      </w:r>
    </w:p>
    <w:p/>
    <w:p>
      <w:pPr>
        <w:spacing w:after="120" w:line="276" w:lineRule="auto"/>
      </w:pPr>
      <w:r>
        <w:t>It was the fear of having lived in a cocoon.</w:t>
      </w:r>
    </w:p>
    <w:p/>
    <w:p>
      <w:pPr>
        <w:spacing w:after="120" w:line="276" w:lineRule="auto"/>
      </w:pPr>
      <w:r>
        <w:t>In early December, Ruby died.</w:t>
      </w:r>
    </w:p>
    <w:p/>
    <w:p>
      <w:pPr>
        <w:spacing w:after="120" w:line="276" w:lineRule="auto"/>
      </w:pPr>
      <w:r>
        <w:t>Cancer.</w:t>
      </w:r>
    </w:p>
    <w:p/>
    <w:p>
      <w:pPr>
        <w:spacing w:after="120" w:line="276" w:lineRule="auto"/>
      </w:pPr>
      <w:r>
        <w:t>She had been part of our daily rhythm for years — a faithful presence in the background of life.</w:t>
      </w:r>
    </w:p>
    <w:p/>
    <w:p>
      <w:pPr>
        <w:spacing w:after="120" w:line="276" w:lineRule="auto"/>
      </w:pPr>
      <w:r>
        <w:t>Her passing did not create drama.</w:t>
      </w:r>
    </w:p>
    <w:p/>
    <w:p>
      <w:pPr>
        <w:spacing w:after="120" w:line="276" w:lineRule="auto"/>
      </w:pPr>
      <w:r>
        <w:t>It created absence.</w:t>
      </w:r>
    </w:p>
    <w:p/>
    <w:p>
      <w:pPr>
        <w:spacing w:after="120" w:line="276" w:lineRule="auto"/>
      </w:pPr>
      <w:r>
        <w:t>A quiet ache.</w:t>
      </w:r>
    </w:p>
    <w:p/>
    <w:p>
      <w:pPr>
        <w:spacing w:after="120" w:line="276" w:lineRule="auto"/>
      </w:pPr>
      <w:r>
        <w:t>And then, after that, we went to the coast for our summer holiday.</w:t>
      </w:r>
    </w:p>
    <w:p/>
    <w:p>
      <w:pPr>
        <w:spacing w:after="120" w:line="276" w:lineRule="auto"/>
      </w:pPr>
      <w:r>
        <w:t>By then I had secured a new job for the new year.</w:t>
      </w:r>
    </w:p>
    <w:p/>
    <w:p>
      <w:pPr>
        <w:spacing w:after="120" w:line="276" w:lineRule="auto"/>
      </w:pPr>
      <w:r>
        <w:t>The immediate pressure had eased.</w:t>
      </w:r>
    </w:p>
    <w:p/>
    <w:p>
      <w:pPr>
        <w:spacing w:after="120" w:line="276" w:lineRule="auto"/>
      </w:pPr>
      <w:r>
        <w:t>On paper, everything was sorted.</w:t>
      </w:r>
    </w:p>
    <w:p/>
    <w:p>
      <w:pPr>
        <w:spacing w:after="120" w:line="276" w:lineRule="auto"/>
      </w:pPr>
      <w:r>
        <w:t>I told myself I was fine.</w:t>
      </w:r>
    </w:p>
    <w:p/>
    <w:p>
      <w:pPr>
        <w:spacing w:after="120" w:line="276" w:lineRule="auto"/>
      </w:pPr>
      <w:r>
        <w:t>I told myself the worst was over.</w:t>
      </w:r>
    </w:p>
    <w:p/>
    <w:p>
      <w:pPr>
        <w:spacing w:after="120" w:line="276" w:lineRule="auto"/>
      </w:pPr>
      <w:r>
        <w:t>But something had already begun to move beneath the surface.</w:t>
      </w:r>
    </w:p>
    <w:p/>
    <w:p>
      <w:pPr>
        <w:jc w:val="center"/>
      </w:pPr>
      <w:r>
        <w:t>⸻</w:t>
      </w:r>
    </w:p>
    <w:p/>
    <w:p>
      <w:pPr>
        <w:pStyle w:val="ChapterHeading"/>
      </w:pPr>
      <w:r>
        <w:t>Chapter 13 — The Descent</w:t>
      </w:r>
    </w:p>
    <w:p/>
    <w:p>
      <w:pPr>
        <w:spacing w:after="120" w:line="276" w:lineRule="auto"/>
      </w:pPr>
      <w:r>
        <w:t>January 2020.</w:t>
      </w:r>
    </w:p>
    <w:p/>
    <w:p>
      <w:pPr>
        <w:spacing w:after="120" w:line="276" w:lineRule="auto"/>
      </w:pPr>
      <w:r>
        <w:t>I reported at the head office for onboarding.</w:t>
      </w:r>
    </w:p>
    <w:p/>
    <w:p>
      <w:pPr>
        <w:spacing w:after="120" w:line="276" w:lineRule="auto"/>
      </w:pPr>
      <w:r>
        <w:t>A laptop. An access card. Forms to complete. Policies to read. Faces to remember.</w:t>
      </w:r>
    </w:p>
    <w:p/>
    <w:p>
      <w:pPr>
        <w:spacing w:after="120" w:line="276" w:lineRule="auto"/>
      </w:pPr>
      <w:r>
        <w:t>Many others had also started that week. Knowing I wasn’t the only new person helped soften the shock slightly.</w:t>
      </w:r>
    </w:p>
    <w:p/>
    <w:p>
      <w:pPr>
        <w:spacing w:after="120" w:line="276" w:lineRule="auto"/>
      </w:pPr>
      <w:r>
        <w:t>We were all unfamiliar.</w:t>
      </w:r>
    </w:p>
    <w:p>
      <w:pPr>
        <w:spacing w:after="120" w:line="276" w:lineRule="auto"/>
      </w:pPr>
      <w:r>
        <w:t>All adjusting.</w:t>
      </w:r>
    </w:p>
    <w:p/>
    <w:p>
      <w:pPr>
        <w:spacing w:after="120" w:line="276" w:lineRule="auto"/>
      </w:pPr>
      <w:r>
        <w:t>But I knew something they did not.</w:t>
      </w:r>
    </w:p>
    <w:p/>
    <w:p>
      <w:pPr>
        <w:spacing w:after="120" w:line="276" w:lineRule="auto"/>
      </w:pPr>
      <w:r>
        <w:t>For them, the noise was simply noise.</w:t>
      </w:r>
    </w:p>
    <w:p/>
    <w:p>
      <w:pPr>
        <w:spacing w:after="120" w:line="276" w:lineRule="auto"/>
      </w:pPr>
      <w:r>
        <w:t>For me, it was terrain.</w:t>
      </w:r>
    </w:p>
    <w:p/>
    <w:p>
      <w:pPr>
        <w:spacing w:after="120" w:line="276" w:lineRule="auto"/>
      </w:pPr>
      <w:r>
        <w:t>I met my team members over the next few days.</w:t>
      </w:r>
    </w:p>
    <w:p/>
    <w:p>
      <w:pPr>
        <w:spacing w:after="120" w:line="276" w:lineRule="auto"/>
      </w:pPr>
      <w:r>
        <w:t>I navigated the office like a deer caught in headlights.</w:t>
      </w:r>
    </w:p>
    <w:p/>
    <w:p>
      <w:pPr>
        <w:spacing w:after="120" w:line="276" w:lineRule="auto"/>
      </w:pPr>
      <w:r>
        <w:t>Every new voice required adjustment.</w:t>
      </w:r>
    </w:p>
    <w:p>
      <w:pPr>
        <w:spacing w:after="120" w:line="276" w:lineRule="auto"/>
      </w:pPr>
      <w:r>
        <w:t>Every new accent required recalibration.</w:t>
      </w:r>
    </w:p>
    <w:p/>
    <w:p>
      <w:pPr>
        <w:spacing w:after="120" w:line="276" w:lineRule="auto"/>
      </w:pPr>
      <w:r>
        <w:t>Some were manageable.</w:t>
      </w:r>
    </w:p>
    <w:p/>
    <w:p>
      <w:pPr>
        <w:spacing w:after="120" w:line="276" w:lineRule="auto"/>
      </w:pPr>
      <w:r>
        <w:t>Others I could hardly follow at all.</w:t>
      </w:r>
    </w:p>
    <w:p/>
    <w:p>
      <w:pPr>
        <w:spacing w:after="120" w:line="276" w:lineRule="auto"/>
      </w:pPr>
      <w:r>
        <w:t>It is difficult to make a good first impression when you are still trying to understand what is being said.</w:t>
      </w:r>
    </w:p>
    <w:p/>
    <w:p>
      <w:pPr>
        <w:spacing w:after="120" w:line="276" w:lineRule="auto"/>
      </w:pPr>
      <w:r>
        <w:t>I found myself explaining my hearing repeatedly.</w:t>
      </w:r>
    </w:p>
    <w:p/>
    <w:p>
      <w:pPr>
        <w:spacing w:after="120" w:line="276" w:lineRule="auto"/>
      </w:pPr>
      <w:r>
        <w:t>Asking people to speak slower. To face me. To make eye contact.</w:t>
      </w:r>
    </w:p>
    <w:p/>
    <w:p>
      <w:pPr>
        <w:spacing w:after="120" w:line="276" w:lineRule="auto"/>
      </w:pPr>
      <w:r>
        <w:t>Some tried.</w:t>
      </w:r>
    </w:p>
    <w:p/>
    <w:p>
      <w:pPr>
        <w:spacing w:after="120" w:line="276" w:lineRule="auto"/>
      </w:pPr>
      <w:r>
        <w:t>Many forgot.</w:t>
      </w:r>
    </w:p>
    <w:p/>
    <w:p>
      <w:pPr>
        <w:spacing w:after="120" w:line="276" w:lineRule="auto"/>
      </w:pPr>
      <w:r>
        <w:t>Not out of cruelty. Not out of malice. Just habit.</w:t>
      </w:r>
    </w:p>
    <w:p/>
    <w:p>
      <w:pPr>
        <w:spacing w:after="120" w:line="276" w:lineRule="auto"/>
      </w:pPr>
      <w:r>
        <w:t>After a while, conversations would speed up again. Faces would turn away. Discussions would overlap.</w:t>
      </w:r>
    </w:p>
    <w:p/>
    <w:p>
      <w:pPr>
        <w:spacing w:after="120" w:line="276" w:lineRule="auto"/>
      </w:pPr>
      <w:r>
        <w:t>And I would fall behind.</w:t>
      </w:r>
    </w:p>
    <w:p/>
    <w:p>
      <w:pPr>
        <w:spacing w:after="120" w:line="276" w:lineRule="auto"/>
      </w:pPr>
      <w:r>
        <w:t>Before Covid, most meetings were already video calls with the German teams.</w:t>
      </w:r>
    </w:p>
    <w:p/>
    <w:p>
      <w:pPr>
        <w:spacing w:after="120" w:line="276" w:lineRule="auto"/>
      </w:pPr>
      <w:r>
        <w:t>I followed perhaps ten percent of what was said.</w:t>
      </w:r>
    </w:p>
    <w:p/>
    <w:p>
      <w:pPr>
        <w:spacing w:after="120" w:line="276" w:lineRule="auto"/>
      </w:pPr>
      <w:r>
        <w:t>After each call, I would try to catch up with colleagues over coffee.</w:t>
      </w:r>
    </w:p>
    <w:p/>
    <w:p>
      <w:pPr>
        <w:pStyle w:val="Heading3"/>
      </w:pPr>
      <w:r>
        <w:t>“What was discussed?” “It was nothing important.” “Don’t worry.”</w:t>
      </w:r>
    </w:p>
    <w:p/>
    <w:p>
      <w:pPr>
        <w:spacing w:after="120" w:line="276" w:lineRule="auto"/>
      </w:pPr>
      <w:r>
        <w:t>But it was important.</w:t>
      </w:r>
    </w:p>
    <w:p/>
    <w:p>
      <w:pPr>
        <w:spacing w:after="120" w:line="276" w:lineRule="auto"/>
      </w:pPr>
      <w:r>
        <w:t>To me, it was access.</w:t>
      </w:r>
    </w:p>
    <w:p/>
    <w:p>
      <w:pPr>
        <w:spacing w:after="120" w:line="276" w:lineRule="auto"/>
      </w:pPr>
      <w:r>
        <w:t>I did not hide how hard it had become.</w:t>
      </w:r>
    </w:p>
    <w:p/>
    <w:p>
      <w:pPr>
        <w:spacing w:after="120" w:line="276" w:lineRule="auto"/>
      </w:pPr>
      <w:r>
        <w:t>My wife knew.</w:t>
      </w:r>
    </w:p>
    <w:p/>
    <w:p>
      <w:pPr>
        <w:spacing w:after="120" w:line="276" w:lineRule="auto"/>
      </w:pPr>
      <w:r>
        <w:t>She saw the fatigue.</w:t>
      </w:r>
    </w:p>
    <w:p>
      <w:pPr>
        <w:spacing w:after="120" w:line="276" w:lineRule="auto"/>
      </w:pPr>
      <w:r>
        <w:t>The tension.</w:t>
      </w:r>
    </w:p>
    <w:p>
      <w:pPr>
        <w:spacing w:after="120" w:line="276" w:lineRule="auto"/>
      </w:pPr>
      <w:r>
        <w:t>The way my shoulders carried something heavier than work.</w:t>
      </w:r>
    </w:p>
    <w:p/>
    <w:p>
      <w:pPr>
        <w:spacing w:after="120" w:line="276" w:lineRule="auto"/>
      </w:pPr>
      <w:r>
        <w:t>She knew how dark it had become.</w:t>
      </w:r>
    </w:p>
    <w:p/>
    <w:p>
      <w:pPr>
        <w:spacing w:after="120" w:line="276" w:lineRule="auto"/>
      </w:pPr>
      <w:r>
        <w:t>But what could she have done?</w:t>
      </w:r>
    </w:p>
    <w:p/>
    <w:p>
      <w:pPr>
        <w:spacing w:after="120" w:line="276" w:lineRule="auto"/>
      </w:pPr>
      <w:r>
        <w:t>She is not a psychologist.</w:t>
      </w:r>
    </w:p>
    <w:p/>
    <w:p>
      <w:pPr>
        <w:spacing w:after="120" w:line="276" w:lineRule="auto"/>
      </w:pPr>
      <w:r>
        <w:t>She could not sit in meetings for me.</w:t>
      </w:r>
    </w:p>
    <w:p>
      <w:pPr>
        <w:spacing w:after="120" w:line="276" w:lineRule="auto"/>
      </w:pPr>
      <w:r>
        <w:t>She could not change how my brain processed sound.</w:t>
      </w:r>
    </w:p>
    <w:p/>
    <w:p>
      <w:pPr>
        <w:spacing w:after="120" w:line="276" w:lineRule="auto"/>
      </w:pPr>
      <w:r>
        <w:t>She could only stand beside me.</w:t>
      </w:r>
    </w:p>
    <w:p/>
    <w:p>
      <w:pPr>
        <w:spacing w:after="120" w:line="276" w:lineRule="auto"/>
      </w:pPr>
      <w:r>
        <w:t>And she did.</w:t>
      </w:r>
    </w:p>
    <w:p/>
    <w:p>
      <w:pPr>
        <w:spacing w:after="120" w:line="276" w:lineRule="auto"/>
      </w:pPr>
      <w:r>
        <w:t>At night, the mind would not rest.</w:t>
      </w:r>
    </w:p>
    <w:p/>
    <w:p>
      <w:pPr>
        <w:spacing w:after="120" w:line="276" w:lineRule="auto"/>
      </w:pPr>
      <w:r>
        <w:t>Questions looped.</w:t>
      </w:r>
    </w:p>
    <w:p/>
    <w:p>
      <w:pPr>
        <w:spacing w:after="120" w:line="276" w:lineRule="auto"/>
      </w:pPr>
      <w:r>
        <w:t>What if I fail?</w:t>
      </w:r>
    </w:p>
    <w:p>
      <w:pPr>
        <w:spacing w:after="120" w:line="276" w:lineRule="auto"/>
      </w:pPr>
      <w:r>
        <w:t>What if they discover I cannot cope?</w:t>
      </w:r>
    </w:p>
    <w:p>
      <w:pPr>
        <w:spacing w:after="120" w:line="276" w:lineRule="auto"/>
      </w:pPr>
      <w:r>
        <w:t>What if I lose this job too?</w:t>
      </w:r>
    </w:p>
    <w:p/>
    <w:p>
      <w:pPr>
        <w:spacing w:after="120" w:line="276" w:lineRule="auto"/>
      </w:pPr>
      <w:r>
        <w:t>Each morning, my smart watch vibrated on my wrist.</w:t>
      </w:r>
    </w:p>
    <w:p/>
    <w:p>
      <w:pPr>
        <w:spacing w:after="120" w:line="276" w:lineRule="auto"/>
      </w:pPr>
      <w:r>
        <w:t>A soft pulse.</w:t>
      </w:r>
    </w:p>
    <w:p/>
    <w:p>
      <w:pPr>
        <w:spacing w:after="120" w:line="276" w:lineRule="auto"/>
      </w:pPr>
      <w:r>
        <w:t>And I would lie there for a moment, wishing for just a few more seconds before reality resumed.</w:t>
      </w:r>
    </w:p>
    <w:p/>
    <w:p>
      <w:pPr>
        <w:spacing w:after="120" w:line="276" w:lineRule="auto"/>
      </w:pPr>
      <w:r>
        <w:t>There were days I considered quitting.</w:t>
      </w:r>
    </w:p>
    <w:p/>
    <w:p>
      <w:pPr>
        <w:spacing w:after="120" w:line="276" w:lineRule="auto"/>
      </w:pPr>
      <w:r>
        <w:t>Not because I had a plan.</w:t>
      </w:r>
    </w:p>
    <w:p/>
    <w:p>
      <w:pPr>
        <w:spacing w:after="120" w:line="276" w:lineRule="auto"/>
      </w:pPr>
      <w:r>
        <w:t>But because I wanted escape.</w:t>
      </w:r>
    </w:p>
    <w:p/>
    <w:p>
      <w:pPr>
        <w:spacing w:after="120" w:line="276" w:lineRule="auto"/>
      </w:pPr>
      <w:r>
        <w:t>And in the darkest moments, thoughts surfaced that frightened me.</w:t>
      </w:r>
    </w:p>
    <w:p/>
    <w:p>
      <w:pPr>
        <w:spacing w:after="120" w:line="276" w:lineRule="auto"/>
      </w:pPr>
      <w:r>
        <w:t>Thoughts of not wanting to continue.</w:t>
      </w:r>
    </w:p>
    <w:p/>
    <w:p>
      <w:pPr>
        <w:spacing w:after="120" w:line="276" w:lineRule="auto"/>
      </w:pPr>
      <w:r>
        <w:t>They passed.</w:t>
      </w:r>
    </w:p>
    <w:p/>
    <w:p>
      <w:pPr>
        <w:spacing w:after="120" w:line="276" w:lineRule="auto"/>
      </w:pPr>
      <w:r>
        <w:t>But their presence alone shook me.</w:t>
      </w:r>
    </w:p>
    <w:p/>
    <w:p>
      <w:pPr>
        <w:spacing w:after="120" w:line="276" w:lineRule="auto"/>
      </w:pPr>
      <w:r>
        <w:t>This was new terrain.</w:t>
      </w:r>
    </w:p>
    <w:p/>
    <w:p>
      <w:pPr>
        <w:spacing w:after="120" w:line="276" w:lineRule="auto"/>
      </w:pPr>
      <w:r>
        <w:t>I had survived childhood. I had survived surgery. I had survived Comrades.</w:t>
      </w:r>
    </w:p>
    <w:p/>
    <w:p>
      <w:pPr>
        <w:spacing w:after="120" w:line="276" w:lineRule="auto"/>
      </w:pPr>
      <w:r>
        <w:t>But this felt different.</w:t>
      </w:r>
    </w:p>
    <w:p/>
    <w:p>
      <w:pPr>
        <w:spacing w:after="120" w:line="276" w:lineRule="auto"/>
      </w:pPr>
      <w:r>
        <w:t>Invisible. Internal. Unrelenting.</w:t>
      </w:r>
    </w:p>
    <w:p/>
    <w:p>
      <w:pPr>
        <w:spacing w:after="120" w:line="276" w:lineRule="auto"/>
      </w:pPr>
      <w:r>
        <w:t>The travel requirement stood like a mountain in the distance.</w:t>
      </w:r>
    </w:p>
    <w:p/>
    <w:p>
      <w:pPr>
        <w:spacing w:after="120" w:line="276" w:lineRule="auto"/>
      </w:pPr>
      <w:r>
        <w:t>Twice a year to Germany.</w:t>
      </w:r>
    </w:p>
    <w:p/>
    <w:p>
      <w:pPr>
        <w:spacing w:after="120" w:line="276" w:lineRule="auto"/>
      </w:pPr>
      <w:r>
        <w:t>The arrangements were being discussed.</w:t>
      </w:r>
    </w:p>
    <w:p/>
    <w:p>
      <w:pPr>
        <w:spacing w:after="120" w:line="276" w:lineRule="auto"/>
      </w:pPr>
      <w:r>
        <w:t>Dates floated in conversations.</w:t>
      </w:r>
    </w:p>
    <w:p/>
    <w:p>
      <w:pPr>
        <w:spacing w:after="120" w:line="276" w:lineRule="auto"/>
      </w:pPr>
      <w:r>
        <w:t>Plans began forming.</w:t>
      </w:r>
    </w:p>
    <w:p/>
    <w:p>
      <w:pPr>
        <w:spacing w:after="120" w:line="276" w:lineRule="auto"/>
      </w:pPr>
      <w:r>
        <w:t>And then Covid arrived.</w:t>
      </w:r>
    </w:p>
    <w:p/>
    <w:p>
      <w:pPr>
        <w:spacing w:after="120" w:line="276" w:lineRule="auto"/>
      </w:pPr>
      <w:r>
        <w:t>Restrictions followed.</w:t>
      </w:r>
    </w:p>
    <w:p/>
    <w:p>
      <w:pPr>
        <w:spacing w:after="120" w:line="276" w:lineRule="auto"/>
      </w:pPr>
      <w:r>
        <w:t>The travel was cancelled.</w:t>
      </w:r>
    </w:p>
    <w:p/>
    <w:p>
      <w:pPr>
        <w:spacing w:after="120" w:line="276" w:lineRule="auto"/>
      </w:pPr>
      <w:r>
        <w:t>The moment I heard it, something inside me lifted.</w:t>
      </w:r>
    </w:p>
    <w:p/>
    <w:p>
      <w:pPr>
        <w:spacing w:after="120" w:line="276" w:lineRule="auto"/>
      </w:pPr>
      <w:r>
        <w:t>Not relief.</w:t>
      </w:r>
    </w:p>
    <w:p/>
    <w:p>
      <w:pPr>
        <w:spacing w:after="120" w:line="276" w:lineRule="auto"/>
      </w:pPr>
      <w:r>
        <w:t>Elation.</w:t>
      </w:r>
    </w:p>
    <w:p/>
    <w:p>
      <w:pPr>
        <w:spacing w:after="120" w:line="276" w:lineRule="auto"/>
      </w:pPr>
      <w:r>
        <w:t>The mountain disappeared.</w:t>
      </w:r>
    </w:p>
    <w:p/>
    <w:p>
      <w:pPr>
        <w:spacing w:after="120" w:line="276" w:lineRule="auto"/>
      </w:pPr>
      <w:r>
        <w:t>Working from home brought mixed relief.</w:t>
      </w:r>
    </w:p>
    <w:p/>
    <w:p>
      <w:pPr>
        <w:spacing w:after="120" w:line="276" w:lineRule="auto"/>
      </w:pPr>
      <w:r>
        <w:t>I no longer had to sit between people in a boardroom trying to look normal while understanding very little.</w:t>
      </w:r>
    </w:p>
    <w:p/>
    <w:p>
      <w:pPr>
        <w:spacing w:after="120" w:line="276" w:lineRule="auto"/>
      </w:pPr>
      <w:r>
        <w:t>But the core problem remained.</w:t>
      </w:r>
    </w:p>
    <w:p/>
    <w:p>
      <w:pPr>
        <w:spacing w:after="120" w:line="276" w:lineRule="auto"/>
      </w:pPr>
      <w:r>
        <w:t>Meetings were still ten percent access.</w:t>
      </w:r>
    </w:p>
    <w:p/>
    <w:p>
      <w:pPr>
        <w:spacing w:after="120" w:line="276" w:lineRule="auto"/>
      </w:pPr>
      <w:r>
        <w:t>Video calls did not make comprehension easier.</w:t>
      </w:r>
    </w:p>
    <w:p/>
    <w:p>
      <w:pPr>
        <w:spacing w:after="120" w:line="276" w:lineRule="auto"/>
      </w:pPr>
      <w:r>
        <w:t>They simply moved the terrain.</w:t>
      </w:r>
    </w:p>
    <w:p/>
    <w:p>
      <w:pPr>
        <w:spacing w:after="120" w:line="276" w:lineRule="auto"/>
      </w:pPr>
      <w:r>
        <w:t>I was on long-term anxiety medication by then.</w:t>
      </w:r>
    </w:p>
    <w:p/>
    <w:p>
      <w:pPr>
        <w:spacing w:after="120" w:line="276" w:lineRule="auto"/>
      </w:pPr>
      <w:r>
        <w:t>It stabilized the edges.</w:t>
      </w:r>
    </w:p>
    <w:p/>
    <w:p>
      <w:pPr>
        <w:spacing w:after="120" w:line="276" w:lineRule="auto"/>
      </w:pPr>
      <w:r>
        <w:t>It made the days bearable.</w:t>
      </w:r>
    </w:p>
    <w:p/>
    <w:p>
      <w:pPr>
        <w:spacing w:after="120" w:line="276" w:lineRule="auto"/>
      </w:pPr>
      <w:r>
        <w:t>But the valley remained.</w:t>
      </w:r>
    </w:p>
    <w:p/>
    <w:p>
      <w:pPr>
        <w:spacing w:after="120" w:line="276" w:lineRule="auto"/>
      </w:pPr>
      <w:r>
        <w:t>I was surviving.</w:t>
      </w:r>
    </w:p>
    <w:p/>
    <w:p>
      <w:pPr>
        <w:spacing w:after="120" w:line="276" w:lineRule="auto"/>
      </w:pPr>
      <w:r>
        <w:t>But I was not yet restored.</w:t>
      </w:r>
    </w:p>
    <w:p/>
    <w:p>
      <w:pPr>
        <w:jc w:val="center"/>
      </w:pPr>
      <w:r>
        <w:t>⸻</w:t>
      </w:r>
    </w:p>
    <w:p/>
    <w:p>
      <w:pPr>
        <w:pStyle w:val="ChapterHeading"/>
      </w:pPr>
      <w:r>
        <w:t>Chapter 14 — Waiting</w:t>
      </w:r>
    </w:p>
    <w:p/>
    <w:p>
      <w:pPr>
        <w:spacing w:after="120" w:line="276" w:lineRule="auto"/>
      </w:pPr>
      <w:r>
        <w:t>Somewhere during that season, my German team lead tried to help.</w:t>
      </w:r>
    </w:p>
    <w:p/>
    <w:p>
      <w:pPr>
        <w:spacing w:after="120" w:line="276" w:lineRule="auto"/>
      </w:pPr>
      <w:r>
        <w:t>He knew I was struggling.</w:t>
      </w:r>
    </w:p>
    <w:p/>
    <w:p>
      <w:pPr>
        <w:spacing w:after="120" w:line="276" w:lineRule="auto"/>
      </w:pPr>
      <w:r>
        <w:t>He attempted to build a solution himself — a local speech-recognition setup running inside a Docker container.</w:t>
      </w:r>
    </w:p>
    <w:p/>
    <w:p>
      <w:pPr>
        <w:spacing w:after="120" w:line="276" w:lineRule="auto"/>
      </w:pPr>
      <w:r>
        <w:t>It was clever.</w:t>
      </w:r>
    </w:p>
    <w:p/>
    <w:p>
      <w:pPr>
        <w:spacing w:after="120" w:line="276" w:lineRule="auto"/>
      </w:pPr>
      <w:r>
        <w:t>Resource-intensive.</w:t>
      </w:r>
    </w:p>
    <w:p/>
    <w:p>
      <w:pPr>
        <w:spacing w:after="120" w:line="276" w:lineRule="auto"/>
      </w:pPr>
      <w:r>
        <w:t>Imperfect.</w:t>
      </w:r>
    </w:p>
    <w:p/>
    <w:p>
      <w:pPr>
        <w:spacing w:after="120" w:line="276" w:lineRule="auto"/>
      </w:pPr>
      <w:r>
        <w:t>When he first mentioned it, I felt hope.</w:t>
      </w:r>
    </w:p>
    <w:p/>
    <w:p>
      <w:pPr>
        <w:spacing w:after="120" w:line="276" w:lineRule="auto"/>
      </w:pPr>
      <w:r>
        <w:t>If we could convert speech to text in real time, perhaps the ten-percent barrier would soften.</w:t>
      </w:r>
    </w:p>
    <w:p/>
    <w:p>
      <w:pPr>
        <w:spacing w:after="120" w:line="276" w:lineRule="auto"/>
      </w:pPr>
      <w:r>
        <w:t>We tested it.</w:t>
      </w:r>
    </w:p>
    <w:p/>
    <w:p>
      <w:pPr>
        <w:spacing w:after="120" w:line="276" w:lineRule="auto"/>
      </w:pPr>
      <w:r>
        <w:t>Tweaked it.</w:t>
      </w:r>
    </w:p>
    <w:p/>
    <w:p>
      <w:pPr>
        <w:spacing w:after="120" w:line="276" w:lineRule="auto"/>
      </w:pPr>
      <w:r>
        <w:t>Adjusted microphones.</w:t>
      </w:r>
    </w:p>
    <w:p/>
    <w:p>
      <w:pPr>
        <w:spacing w:after="120" w:line="276" w:lineRule="auto"/>
      </w:pPr>
      <w:r>
        <w:t>Adjusted settings.</w:t>
      </w:r>
    </w:p>
    <w:p/>
    <w:p>
      <w:pPr>
        <w:spacing w:after="120" w:line="276" w:lineRule="auto"/>
      </w:pPr>
      <w:r>
        <w:t>But the system struggled.</w:t>
      </w:r>
    </w:p>
    <w:p/>
    <w:p>
      <w:pPr>
        <w:spacing w:after="120" w:line="276" w:lineRule="auto"/>
      </w:pPr>
      <w:r>
        <w:t>High CPU usage. Lag. Inconsistent transcription. Accents confused it. Overlapping voices overwhelmed it.</w:t>
      </w:r>
    </w:p>
    <w:p/>
    <w:p>
      <w:pPr>
        <w:spacing w:after="120" w:line="276" w:lineRule="auto"/>
      </w:pPr>
      <w:r>
        <w:t>The idea was promising.</w:t>
      </w:r>
    </w:p>
    <w:p/>
    <w:p>
      <w:pPr>
        <w:spacing w:after="120" w:line="276" w:lineRule="auto"/>
      </w:pPr>
      <w:r>
        <w:t>The execution was unreliable.</w:t>
      </w:r>
    </w:p>
    <w:p/>
    <w:p>
      <w:pPr>
        <w:spacing w:after="120" w:line="276" w:lineRule="auto"/>
      </w:pPr>
      <w:r>
        <w:t>The hope was short-lived.</w:t>
      </w:r>
    </w:p>
    <w:p/>
    <w:p>
      <w:pPr>
        <w:spacing w:after="120" w:line="276" w:lineRule="auto"/>
      </w:pPr>
      <w:r>
        <w:t>We abandoned it.</w:t>
      </w:r>
    </w:p>
    <w:p/>
    <w:p>
      <w:pPr>
        <w:spacing w:after="120" w:line="276" w:lineRule="auto"/>
      </w:pPr>
      <w:r>
        <w:t>And the valley remained.</w:t>
      </w:r>
    </w:p>
    <w:p/>
    <w:p>
      <w:pPr>
        <w:spacing w:after="120" w:line="276" w:lineRule="auto"/>
      </w:pPr>
      <w:r>
        <w:t>Even before any official solution materialised, I knew the technology existed.</w:t>
      </w:r>
    </w:p>
    <w:p/>
    <w:p>
      <w:pPr>
        <w:spacing w:after="120" w:line="276" w:lineRule="auto"/>
      </w:pPr>
      <w:r>
        <w:t>Speech-to-text was advancing rapidly.</w:t>
      </w:r>
    </w:p>
    <w:p/>
    <w:p>
      <w:pPr>
        <w:spacing w:after="120" w:line="276" w:lineRule="auto"/>
      </w:pPr>
      <w:r>
        <w:t>Phones could transcribe.</w:t>
      </w:r>
    </w:p>
    <w:p>
      <w:pPr>
        <w:spacing w:after="120" w:line="276" w:lineRule="auto"/>
      </w:pPr>
      <w:r>
        <w:t>Artificial intelligence was evolving.</w:t>
      </w:r>
    </w:p>
    <w:p/>
    <w:p>
      <w:pPr>
        <w:spacing w:after="120" w:line="276" w:lineRule="auto"/>
      </w:pPr>
      <w:r>
        <w:t>Microsoft Teams already had a built-in live subtitle feature.</w:t>
      </w:r>
    </w:p>
    <w:p/>
    <w:p>
      <w:pPr>
        <w:spacing w:after="120" w:line="276" w:lineRule="auto"/>
      </w:pPr>
      <w:r>
        <w:t>It was available globally.</w:t>
      </w:r>
    </w:p>
    <w:p/>
    <w:p>
      <w:pPr>
        <w:spacing w:after="120" w:line="276" w:lineRule="auto"/>
      </w:pPr>
      <w:r>
        <w:t>It worked.</w:t>
      </w:r>
    </w:p>
    <w:p/>
    <w:p>
      <w:pPr>
        <w:spacing w:after="120" w:line="276" w:lineRule="auto"/>
      </w:pPr>
      <w:r>
        <w:t>It was simply not enabled by my company.</w:t>
      </w:r>
    </w:p>
    <w:p/>
    <w:p>
      <w:pPr>
        <w:spacing w:after="120" w:line="276" w:lineRule="auto"/>
      </w:pPr>
      <w:r>
        <w:t>The idea would not leave me.</w:t>
      </w:r>
    </w:p>
    <w:p/>
    <w:p>
      <w:pPr>
        <w:spacing w:after="120" w:line="276" w:lineRule="auto"/>
      </w:pPr>
      <w:r>
        <w:t>There must be a way.</w:t>
      </w:r>
    </w:p>
    <w:p/>
    <w:p>
      <w:pPr>
        <w:spacing w:after="120" w:line="276" w:lineRule="auto"/>
      </w:pPr>
      <w:r>
        <w:t>I began asking questions internally.</w:t>
      </w:r>
    </w:p>
    <w:p/>
    <w:p>
      <w:pPr>
        <w:spacing w:after="120" w:line="276" w:lineRule="auto"/>
      </w:pPr>
      <w:r>
        <w:t>Exploring settings. Searching documentation. Pushing gently at first. Then more deliberately.</w:t>
      </w:r>
    </w:p>
    <w:p/>
    <w:p>
      <w:pPr>
        <w:spacing w:after="120" w:line="276" w:lineRule="auto"/>
      </w:pPr>
      <w:r>
        <w:t>The answer, initially, was clear.</w:t>
      </w:r>
    </w:p>
    <w:p/>
    <w:p>
      <w:pPr>
        <w:spacing w:after="120" w:line="276" w:lineRule="auto"/>
      </w:pPr>
      <w:r>
        <w:t>Due to data protection regulations in the mother company’s country, the subtitle feature had been disabled across the organisation.</w:t>
      </w:r>
    </w:p>
    <w:p/>
    <w:p>
      <w:pPr>
        <w:spacing w:after="120" w:line="276" w:lineRule="auto"/>
      </w:pPr>
      <w:r>
        <w:t>It wasn’t unwillingness.</w:t>
      </w:r>
    </w:p>
    <w:p/>
    <w:p>
      <w:pPr>
        <w:spacing w:after="120" w:line="276" w:lineRule="auto"/>
      </w:pPr>
      <w:r>
        <w:t>It was policy.</w:t>
      </w:r>
    </w:p>
    <w:p/>
    <w:p>
      <w:pPr>
        <w:spacing w:after="120" w:line="276" w:lineRule="auto"/>
      </w:pPr>
      <w:r>
        <w:t>But policy does not improve access.</w:t>
      </w:r>
    </w:p>
    <w:p/>
    <w:p>
      <w:pPr>
        <w:spacing w:after="120" w:line="276" w:lineRule="auto"/>
      </w:pPr>
      <w:r>
        <w:t>So I waited.</w:t>
      </w:r>
    </w:p>
    <w:p/>
    <w:p>
      <w:pPr>
        <w:spacing w:after="120" w:line="276" w:lineRule="auto"/>
      </w:pPr>
      <w:r>
        <w:t>And kept asking.</w:t>
      </w:r>
    </w:p>
    <w:p/>
    <w:p>
      <w:pPr>
        <w:spacing w:after="120" w:line="276" w:lineRule="auto"/>
      </w:pPr>
      <w:r>
        <w:t>My managers tried.</w:t>
      </w:r>
    </w:p>
    <w:p>
      <w:pPr>
        <w:spacing w:after="120" w:line="276" w:lineRule="auto"/>
      </w:pPr>
      <w:r>
        <w:t>My team leads tried.</w:t>
      </w:r>
    </w:p>
    <w:p/>
    <w:p>
      <w:pPr>
        <w:spacing w:after="120" w:line="276" w:lineRule="auto"/>
      </w:pPr>
      <w:r>
        <w:t>Requests were escalated.</w:t>
      </w:r>
    </w:p>
    <w:p>
      <w:pPr>
        <w:spacing w:after="120" w:line="276" w:lineRule="auto"/>
      </w:pPr>
      <w:r>
        <w:t>Conversations were had.</w:t>
      </w:r>
    </w:p>
    <w:p/>
    <w:p>
      <w:pPr>
        <w:spacing w:after="120" w:line="276" w:lineRule="auto"/>
      </w:pPr>
      <w:r>
        <w:t>Time passed.</w:t>
      </w:r>
    </w:p>
    <w:p/>
    <w:p>
      <w:pPr>
        <w:spacing w:after="120" w:line="276" w:lineRule="auto"/>
      </w:pPr>
      <w:r>
        <w:t>More than a year passed.</w:t>
      </w:r>
    </w:p>
    <w:p/>
    <w:p>
      <w:pPr>
        <w:spacing w:after="120" w:line="276" w:lineRule="auto"/>
      </w:pPr>
      <w:r>
        <w:t>The topic resurfaced in cycles.</w:t>
      </w:r>
    </w:p>
    <w:p/>
    <w:p>
      <w:pPr>
        <w:spacing w:after="120" w:line="276" w:lineRule="auto"/>
      </w:pPr>
      <w:r>
        <w:t>Each time, there was hope.</w:t>
      </w:r>
    </w:p>
    <w:p/>
    <w:p>
      <w:pPr>
        <w:spacing w:after="120" w:line="276" w:lineRule="auto"/>
      </w:pPr>
      <w:r>
        <w:t>Each time, it stalled.</w:t>
      </w:r>
    </w:p>
    <w:p/>
    <w:p>
      <w:pPr>
        <w:spacing w:after="120" w:line="276" w:lineRule="auto"/>
      </w:pPr>
      <w:r>
        <w:t>I kept attending meetings.</w:t>
      </w:r>
    </w:p>
    <w:p/>
    <w:p>
      <w:pPr>
        <w:spacing w:after="120" w:line="276" w:lineRule="auto"/>
      </w:pPr>
      <w:r>
        <w:t>Following fragments.</w:t>
      </w:r>
    </w:p>
    <w:p/>
    <w:p>
      <w:pPr>
        <w:spacing w:after="120" w:line="276" w:lineRule="auto"/>
      </w:pPr>
      <w:r>
        <w:t>Functioning.</w:t>
      </w:r>
    </w:p>
    <w:p/>
    <w:p>
      <w:pPr>
        <w:spacing w:after="120" w:line="276" w:lineRule="auto"/>
      </w:pPr>
      <w:r>
        <w:t>Surviving.</w:t>
      </w:r>
    </w:p>
    <w:p/>
    <w:p>
      <w:pPr>
        <w:spacing w:after="120" w:line="276" w:lineRule="auto"/>
      </w:pPr>
      <w:r>
        <w:t>But survival was not access.</w:t>
      </w:r>
    </w:p>
    <w:p/>
    <w:p>
      <w:pPr>
        <w:jc w:val="center"/>
      </w:pPr>
      <w:r>
        <w:t>⸻</w:t>
      </w:r>
    </w:p>
    <w:p/>
    <w:p>
      <w:pPr>
        <w:pStyle w:val="ChapterHeading"/>
      </w:pPr>
      <w:r>
        <w:t>Chapter 15 — The Breakthrough</w:t>
      </w:r>
    </w:p>
    <w:p/>
    <w:p>
      <w:pPr>
        <w:spacing w:after="120" w:line="276" w:lineRule="auto"/>
      </w:pPr>
      <w:r>
        <w:t>Then, sometime in 2022, something shifted.</w:t>
      </w:r>
    </w:p>
    <w:p/>
    <w:p>
      <w:pPr>
        <w:spacing w:after="120" w:line="276" w:lineRule="auto"/>
      </w:pPr>
      <w:r>
        <w:t>Higher management became aware of my situation.</w:t>
      </w:r>
    </w:p>
    <w:p/>
    <w:p>
      <w:pPr>
        <w:spacing w:after="120" w:line="276" w:lineRule="auto"/>
      </w:pPr>
      <w:r>
        <w:t>Not as a vague inconvenience.</w:t>
      </w:r>
    </w:p>
    <w:p/>
    <w:p>
      <w:pPr>
        <w:spacing w:after="120" w:line="276" w:lineRule="auto"/>
      </w:pPr>
      <w:r>
        <w:t>But as a specific, sustained barrier.</w:t>
      </w:r>
    </w:p>
    <w:p/>
    <w:p>
      <w:pPr>
        <w:spacing w:after="120" w:line="276" w:lineRule="auto"/>
      </w:pPr>
      <w:r>
        <w:t>There was a promise.</w:t>
      </w:r>
    </w:p>
    <w:p/>
    <w:p>
      <w:pPr>
        <w:pStyle w:val="Heading3"/>
      </w:pPr>
      <w:r>
        <w:t>“We will look into it.”</w:t>
      </w:r>
    </w:p>
    <w:p/>
    <w:p>
      <w:pPr>
        <w:spacing w:after="120" w:line="276" w:lineRule="auto"/>
      </w:pPr>
      <w:r>
        <w:t>I had heard versions of that before.</w:t>
      </w:r>
    </w:p>
    <w:p/>
    <w:p>
      <w:pPr>
        <w:spacing w:after="120" w:line="276" w:lineRule="auto"/>
      </w:pPr>
      <w:r>
        <w:t>So I tempered my expectations.</w:t>
      </w:r>
    </w:p>
    <w:p/>
    <w:p>
      <w:pPr>
        <w:spacing w:after="120" w:line="276" w:lineRule="auto"/>
      </w:pPr>
      <w:r>
        <w:t>And then one day, it was enabled.</w:t>
      </w:r>
    </w:p>
    <w:p/>
    <w:p>
      <w:pPr>
        <w:spacing w:after="120" w:line="276" w:lineRule="auto"/>
      </w:pPr>
      <w:r>
        <w:t>Not globally.</w:t>
      </w:r>
    </w:p>
    <w:p/>
    <w:p>
      <w:pPr>
        <w:spacing w:after="120" w:line="276" w:lineRule="auto"/>
      </w:pPr>
      <w:r>
        <w:t>Not for everyone.</w:t>
      </w:r>
    </w:p>
    <w:p/>
    <w:p>
      <w:pPr>
        <w:spacing w:after="120" w:line="276" w:lineRule="auto"/>
      </w:pPr>
      <w:r>
        <w:t>For me.</w:t>
      </w:r>
    </w:p>
    <w:p/>
    <w:p>
      <w:pPr>
        <w:spacing w:after="120" w:line="276" w:lineRule="auto"/>
      </w:pPr>
      <w:r>
        <w:t>I was given a contact person to assist with setup.</w:t>
      </w:r>
    </w:p>
    <w:p/>
    <w:p>
      <w:pPr>
        <w:spacing w:after="120" w:line="276" w:lineRule="auto"/>
      </w:pPr>
      <w:r>
        <w:t>If something malfunctioned, it could be reported.</w:t>
      </w:r>
    </w:p>
    <w:p/>
    <w:p>
      <w:pPr>
        <w:spacing w:after="120" w:line="276" w:lineRule="auto"/>
      </w:pPr>
      <w:r>
        <w:t>It was quiet.</w:t>
      </w:r>
    </w:p>
    <w:p/>
    <w:p>
      <w:pPr>
        <w:spacing w:after="120" w:line="276" w:lineRule="auto"/>
      </w:pPr>
      <w:r>
        <w:t>No announcement.</w:t>
      </w:r>
    </w:p>
    <w:p/>
    <w:p>
      <w:pPr>
        <w:spacing w:after="120" w:line="276" w:lineRule="auto"/>
      </w:pPr>
      <w:r>
        <w:t>No ceremony.</w:t>
      </w:r>
    </w:p>
    <w:p/>
    <w:p>
      <w:pPr>
        <w:spacing w:after="120" w:line="276" w:lineRule="auto"/>
      </w:pPr>
      <w:r>
        <w:t>Just a setting changed.</w:t>
      </w:r>
    </w:p>
    <w:p/>
    <w:p>
      <w:pPr>
        <w:spacing w:after="120" w:line="276" w:lineRule="auto"/>
      </w:pPr>
      <w:r>
        <w:t>And then the next meeting began.</w:t>
      </w:r>
    </w:p>
    <w:p/>
    <w:p>
      <w:pPr>
        <w:spacing w:after="120" w:line="276" w:lineRule="auto"/>
      </w:pPr>
      <w:r>
        <w:t>Faces appeared in small rectangles.</w:t>
      </w:r>
    </w:p>
    <w:p/>
    <w:p>
      <w:pPr>
        <w:spacing w:after="120" w:line="276" w:lineRule="auto"/>
      </w:pPr>
      <w:r>
        <w:t>Voices started flowing.</w:t>
      </w:r>
    </w:p>
    <w:p/>
    <w:p>
      <w:pPr>
        <w:spacing w:after="120" w:line="276" w:lineRule="auto"/>
      </w:pPr>
      <w:r>
        <w:t>And then words appeared.</w:t>
      </w:r>
    </w:p>
    <w:p>
      <w:pPr>
        <w:spacing w:after="120" w:line="276" w:lineRule="auto"/>
      </w:pPr>
      <w:r>
        <w:t>The first sentence that surfaced on screen was simple, almost mundane—someone greeting the room and confirming the agenda. But to me it landed like a door unlocking.</w:t>
      </w:r>
    </w:p>
    <w:p/>
    <w:p>
      <w:pPr>
        <w:spacing w:after="120" w:line="276" w:lineRule="auto"/>
      </w:pPr>
      <w:r>
        <w:t>Live.</w:t>
      </w:r>
    </w:p>
    <w:p/>
    <w:p>
      <w:pPr>
        <w:spacing w:after="120" w:line="276" w:lineRule="auto"/>
      </w:pPr>
      <w:r>
        <w:t>Sentence by sentence.</w:t>
      </w:r>
    </w:p>
    <w:p/>
    <w:p>
      <w:pPr>
        <w:spacing w:after="120" w:line="276" w:lineRule="auto"/>
      </w:pPr>
      <w:r>
        <w:t>In real time.</w:t>
      </w:r>
    </w:p>
    <w:p/>
    <w:p>
      <w:pPr>
        <w:spacing w:after="120" w:line="276" w:lineRule="auto"/>
      </w:pPr>
      <w:r>
        <w:t>I did not speak.</w:t>
      </w:r>
    </w:p>
    <w:p/>
    <w:p>
      <w:pPr>
        <w:spacing w:after="120" w:line="276" w:lineRule="auto"/>
      </w:pPr>
      <w:r>
        <w:t>I did not move.</w:t>
      </w:r>
    </w:p>
    <w:p/>
    <w:p>
      <w:pPr>
        <w:spacing w:after="120" w:line="276" w:lineRule="auto"/>
      </w:pPr>
      <w:r>
        <w:t>I simply read.</w:t>
      </w:r>
    </w:p>
    <w:p/>
    <w:p>
      <w:pPr>
        <w:spacing w:after="120" w:line="276" w:lineRule="auto"/>
      </w:pPr>
      <w:r>
        <w:t>For the first time in my professional life, I could follow everything.</w:t>
      </w:r>
    </w:p>
    <w:p/>
    <w:p>
      <w:pPr>
        <w:spacing w:after="120" w:line="276" w:lineRule="auto"/>
      </w:pPr>
      <w:r>
        <w:t>Not ten percent.</w:t>
      </w:r>
    </w:p>
    <w:p/>
    <w:p>
      <w:pPr>
        <w:spacing w:after="120" w:line="276" w:lineRule="auto"/>
      </w:pPr>
      <w:r>
        <w:t>Not fragments.</w:t>
      </w:r>
    </w:p>
    <w:p/>
    <w:p>
      <w:pPr>
        <w:spacing w:after="120" w:line="276" w:lineRule="auto"/>
      </w:pPr>
      <w:r>
        <w:t>Everything.</w:t>
      </w:r>
    </w:p>
    <w:p/>
    <w:p>
      <w:pPr>
        <w:spacing w:after="120" w:line="276" w:lineRule="auto"/>
      </w:pPr>
      <w:r>
        <w:t>Accents no longer blurred meaning.</w:t>
      </w:r>
    </w:p>
    <w:p/>
    <w:p>
      <w:pPr>
        <w:spacing w:after="120" w:line="276" w:lineRule="auto"/>
      </w:pPr>
      <w:r>
        <w:t>Overlapping voices were captured in text.</w:t>
      </w:r>
    </w:p>
    <w:p/>
    <w:p>
      <w:pPr>
        <w:spacing w:after="120" w:line="276" w:lineRule="auto"/>
      </w:pPr>
      <w:r>
        <w:t>Context became visible.</w:t>
      </w:r>
    </w:p>
    <w:p/>
    <w:p>
      <w:pPr>
        <w:spacing w:after="120" w:line="276" w:lineRule="auto"/>
      </w:pPr>
      <w:r>
        <w:t>My brain did not have to interpolate constantly.</w:t>
      </w:r>
    </w:p>
    <w:p/>
    <w:p>
      <w:pPr>
        <w:spacing w:after="120" w:line="276" w:lineRule="auto"/>
      </w:pPr>
      <w:r>
        <w:t>It did not have to guess.</w:t>
      </w:r>
    </w:p>
    <w:p/>
    <w:p>
      <w:pPr>
        <w:spacing w:after="120" w:line="276" w:lineRule="auto"/>
      </w:pPr>
      <w:r>
        <w:t>It could simply process.</w:t>
      </w:r>
    </w:p>
    <w:p/>
    <w:p>
      <w:pPr>
        <w:spacing w:after="120" w:line="276" w:lineRule="auto"/>
      </w:pPr>
      <w:r>
        <w:t>The feeling was not relief.</w:t>
      </w:r>
    </w:p>
    <w:p/>
    <w:p>
      <w:pPr>
        <w:spacing w:after="120" w:line="276" w:lineRule="auto"/>
      </w:pPr>
      <w:r>
        <w:t>It was awe.</w:t>
      </w:r>
    </w:p>
    <w:p/>
    <w:p>
      <w:pPr>
        <w:spacing w:after="120" w:line="276" w:lineRule="auto"/>
      </w:pPr>
      <w:r>
        <w:t>This is what they have been hearing all along.</w:t>
      </w:r>
    </w:p>
    <w:p/>
    <w:p>
      <w:pPr>
        <w:spacing w:after="120" w:line="276" w:lineRule="auto"/>
      </w:pPr>
      <w:r>
        <w:t>I sat quietly for that first meeting.</w:t>
      </w:r>
    </w:p>
    <w:p/>
    <w:p>
      <w:pPr>
        <w:spacing w:after="120" w:line="276" w:lineRule="auto"/>
      </w:pPr>
      <w:r>
        <w:t>Not contributing.</w:t>
      </w:r>
    </w:p>
    <w:p/>
    <w:p>
      <w:pPr>
        <w:spacing w:after="120" w:line="276" w:lineRule="auto"/>
      </w:pPr>
      <w:r>
        <w:t>Not yet.</w:t>
      </w:r>
    </w:p>
    <w:p/>
    <w:p>
      <w:pPr>
        <w:spacing w:after="120" w:line="276" w:lineRule="auto"/>
      </w:pPr>
      <w:r>
        <w:t>Just absorbing.</w:t>
      </w:r>
    </w:p>
    <w:p/>
    <w:p>
      <w:pPr>
        <w:spacing w:after="120" w:line="276" w:lineRule="auto"/>
      </w:pPr>
      <w:r>
        <w:t>The meeting ended.</w:t>
      </w:r>
    </w:p>
    <w:p/>
    <w:p>
      <w:pPr>
        <w:spacing w:after="120" w:line="276" w:lineRule="auto"/>
      </w:pPr>
      <w:r>
        <w:t>I picked up my phone and messaged my wife.</w:t>
      </w:r>
    </w:p>
    <w:p/>
    <w:p>
      <w:pPr>
        <w:pStyle w:val="Heading3"/>
      </w:pPr>
      <w:r>
        <w:t>“It’s working.”</w:t>
      </w:r>
    </w:p>
    <w:p/>
    <w:p>
      <w:pPr>
        <w:spacing w:after="120" w:line="276" w:lineRule="auto"/>
      </w:pPr>
      <w:r>
        <w:t>She knew what that meant.</w:t>
      </w:r>
    </w:p>
    <w:p/>
    <w:p>
      <w:pPr>
        <w:spacing w:after="120" w:line="276" w:lineRule="auto"/>
      </w:pPr>
      <w:r>
        <w:t>She had stood beside me in the valley.</w:t>
      </w:r>
    </w:p>
    <w:p/>
    <w:p>
      <w:pPr>
        <w:spacing w:after="120" w:line="276" w:lineRule="auto"/>
      </w:pPr>
      <w:r>
        <w:t>Now she stood beside me in the lift.</w:t>
      </w:r>
    </w:p>
    <w:p/>
    <w:p>
      <w:pPr>
        <w:spacing w:after="120" w:line="276" w:lineRule="auto"/>
      </w:pPr>
      <w:r>
        <w:t>Gradually, I began participating.</w:t>
      </w:r>
    </w:p>
    <w:p/>
    <w:p>
      <w:pPr>
        <w:spacing w:after="120" w:line="276" w:lineRule="auto"/>
      </w:pPr>
      <w:r>
        <w:t>A short acknowledgement here.</w:t>
      </w:r>
    </w:p>
    <w:p/>
    <w:p>
      <w:pPr>
        <w:spacing w:after="120" w:line="276" w:lineRule="auto"/>
      </w:pPr>
      <w:r>
        <w:t>A clarification there.</w:t>
      </w:r>
    </w:p>
    <w:p/>
    <w:p>
      <w:pPr>
        <w:spacing w:after="120" w:line="276" w:lineRule="auto"/>
      </w:pPr>
      <w:r>
        <w:t>Then real-time contributions.</w:t>
      </w:r>
    </w:p>
    <w:p/>
    <w:p>
      <w:pPr>
        <w:spacing w:after="120" w:line="276" w:lineRule="auto"/>
      </w:pPr>
      <w:r>
        <w:t>Ideas.</w:t>
      </w:r>
    </w:p>
    <w:p/>
    <w:p>
      <w:pPr>
        <w:spacing w:after="120" w:line="276" w:lineRule="auto"/>
      </w:pPr>
      <w:r>
        <w:t>Alternatives.</w:t>
      </w:r>
    </w:p>
    <w:p/>
    <w:p>
      <w:pPr>
        <w:spacing w:after="120" w:line="276" w:lineRule="auto"/>
      </w:pPr>
      <w:r>
        <w:t>Debates.</w:t>
      </w:r>
    </w:p>
    <w:p/>
    <w:p>
      <w:pPr>
        <w:spacing w:after="120" w:line="276" w:lineRule="auto"/>
      </w:pPr>
      <w:r>
        <w:t>Meetings stopped being terrain to survive.</w:t>
      </w:r>
    </w:p>
    <w:p/>
    <w:p>
      <w:pPr>
        <w:spacing w:after="120" w:line="276" w:lineRule="auto"/>
      </w:pPr>
      <w:r>
        <w:t>They became conversations I could enter.</w:t>
      </w:r>
    </w:p>
    <w:p/>
    <w:p>
      <w:pPr>
        <w:spacing w:after="120" w:line="276" w:lineRule="auto"/>
      </w:pPr>
      <w:r>
        <w:t>I began leading discussions.</w:t>
      </w:r>
    </w:p>
    <w:p/>
    <w:p>
      <w:pPr>
        <w:spacing w:after="120" w:line="276" w:lineRule="auto"/>
      </w:pPr>
      <w:r>
        <w:t>Mentoring juniors.</w:t>
      </w:r>
    </w:p>
    <w:p/>
    <w:p>
      <w:pPr>
        <w:spacing w:after="120" w:line="276" w:lineRule="auto"/>
      </w:pPr>
      <w:r>
        <w:t>Challenging ideas respectfully.</w:t>
      </w:r>
    </w:p>
    <w:p/>
    <w:p>
      <w:pPr>
        <w:spacing w:after="120" w:line="276" w:lineRule="auto"/>
      </w:pPr>
      <w:r>
        <w:t>Even joking.</w:t>
      </w:r>
    </w:p>
    <w:p/>
    <w:p>
      <w:pPr>
        <w:spacing w:after="120" w:line="276" w:lineRule="auto"/>
      </w:pPr>
      <w:r>
        <w:t>For twenty years, I had built technical confidence.</w:t>
      </w:r>
    </w:p>
    <w:p/>
    <w:p>
      <w:pPr>
        <w:spacing w:after="120" w:line="276" w:lineRule="auto"/>
      </w:pPr>
      <w:r>
        <w:t>But this was different.</w:t>
      </w:r>
    </w:p>
    <w:p/>
    <w:p>
      <w:pPr>
        <w:spacing w:after="120" w:line="276" w:lineRule="auto"/>
      </w:pPr>
      <w:r>
        <w:t>This was access.</w:t>
      </w:r>
    </w:p>
    <w:p/>
    <w:p>
      <w:pPr>
        <w:spacing w:after="120" w:line="276" w:lineRule="auto"/>
      </w:pPr>
      <w:r>
        <w:t>And access changed everything.</w:t>
      </w:r>
    </w:p>
    <w:p/>
    <w:p>
      <w:pPr>
        <w:jc w:val="center"/>
      </w:pPr>
      <w:r>
        <w:t>⸻</w:t>
      </w:r>
    </w:p>
    <w:p/>
    <w:p>
      <w:pPr>
        <w:pStyle w:val="PartHeading"/>
      </w:pPr>
      <w:r>
        <w:t>Part V - Grace</w:t>
      </w:r>
    </w:p>
    <w:p/>
    <w:p>
      <w:pPr>
        <w:pStyle w:val="ChapterHeading"/>
      </w:pPr>
      <w:r>
        <w:t>Chapter 16 — Borrowed Time</w:t>
      </w:r>
    </w:p>
    <w:p/>
    <w:p>
      <w:pPr>
        <w:spacing w:after="120" w:line="276" w:lineRule="auto"/>
      </w:pPr>
      <w:r>
        <w:t>By the end of 2020, the worst of my anxiety had passed.</w:t>
      </w:r>
    </w:p>
    <w:p/>
    <w:p>
      <w:pPr>
        <w:spacing w:after="120" w:line="276" w:lineRule="auto"/>
      </w:pPr>
      <w:r>
        <w:t>Not because life had become easy.</w:t>
      </w:r>
    </w:p>
    <w:p/>
    <w:p>
      <w:pPr>
        <w:spacing w:after="120" w:line="276" w:lineRule="auto"/>
      </w:pPr>
      <w:r>
        <w:t>But because it had become manageable again.</w:t>
      </w:r>
    </w:p>
    <w:p/>
    <w:p>
      <w:pPr>
        <w:spacing w:after="120" w:line="276" w:lineRule="auto"/>
      </w:pPr>
      <w:r>
        <w:t>We were finding our rhythm.</w:t>
      </w:r>
    </w:p>
    <w:p/>
    <w:p>
      <w:pPr>
        <w:spacing w:after="120" w:line="276" w:lineRule="auto"/>
      </w:pPr>
      <w:r>
        <w:t>Then, in 2021, life asked a different kind of strength from us.</w:t>
      </w:r>
    </w:p>
    <w:p/>
    <w:p>
      <w:pPr>
        <w:spacing w:after="120" w:line="276" w:lineRule="auto"/>
      </w:pPr>
      <w:r>
        <w:t>We were expecting another baby in August.</w:t>
      </w:r>
    </w:p>
    <w:p/>
    <w:p>
      <w:pPr>
        <w:spacing w:after="120" w:line="276" w:lineRule="auto"/>
      </w:pPr>
      <w:r>
        <w:t>But our twins arrived early — in May — twelve weeks premature.</w:t>
      </w:r>
    </w:p>
    <w:p/>
    <w:p>
      <w:pPr>
        <w:spacing w:after="120" w:line="276" w:lineRule="auto"/>
      </w:pPr>
      <w:r>
        <w:t>A boy and a girl.</w:t>
      </w:r>
    </w:p>
    <w:p/>
    <w:p>
      <w:pPr>
        <w:spacing w:after="120" w:line="276" w:lineRule="auto"/>
      </w:pPr>
      <w:r>
        <w:t>Kayden and Aimee.</w:t>
      </w:r>
    </w:p>
    <w:p/>
    <w:p>
      <w:pPr>
        <w:spacing w:after="120" w:line="276" w:lineRule="auto"/>
      </w:pPr>
      <w:r>
        <w:t>Both under a kilogram.</w:t>
      </w:r>
    </w:p>
    <w:p/>
    <w:p>
      <w:pPr>
        <w:spacing w:after="120" w:line="276" w:lineRule="auto"/>
      </w:pPr>
      <w:r>
        <w:t>Both fragile.</w:t>
      </w:r>
    </w:p>
    <w:p/>
    <w:p>
      <w:pPr>
        <w:spacing w:after="120" w:line="276" w:lineRule="auto"/>
      </w:pPr>
      <w:r>
        <w:t>Both fighting from the very first breath.</w:t>
      </w:r>
    </w:p>
    <w:p/>
    <w:p>
      <w:pPr>
        <w:spacing w:after="120" w:line="276" w:lineRule="auto"/>
      </w:pPr>
      <w:r>
        <w:t>There are moments in life that strip everything down to its essentials.</w:t>
      </w:r>
    </w:p>
    <w:p/>
    <w:p>
      <w:pPr>
        <w:spacing w:after="120" w:line="276" w:lineRule="auto"/>
      </w:pPr>
      <w:r>
        <w:t>This was one of them.</w:t>
      </w:r>
    </w:p>
    <w:p/>
    <w:p>
      <w:pPr>
        <w:spacing w:after="120" w:line="276" w:lineRule="auto"/>
      </w:pPr>
      <w:r>
        <w:t>Hospitals do not care about your plans.</w:t>
      </w:r>
    </w:p>
    <w:p/>
    <w:p>
      <w:pPr>
        <w:spacing w:after="120" w:line="276" w:lineRule="auto"/>
      </w:pPr>
      <w:r>
        <w:t>They do not care about your schedules.</w:t>
      </w:r>
    </w:p>
    <w:p/>
    <w:p>
      <w:pPr>
        <w:spacing w:after="120" w:line="276" w:lineRule="auto"/>
      </w:pPr>
      <w:r>
        <w:t>They teach you quickly what you can control — and what you cannot.</w:t>
      </w:r>
    </w:p>
    <w:p/>
    <w:p>
      <w:pPr>
        <w:spacing w:after="120" w:line="276" w:lineRule="auto"/>
      </w:pPr>
      <w:r>
        <w:t>Aimee was born with a defect affecting her tongue, and it made breathing difficult.</w:t>
      </w:r>
    </w:p>
    <w:p/>
    <w:p>
      <w:pPr>
        <w:spacing w:after="120" w:line="276" w:lineRule="auto"/>
      </w:pPr>
      <w:r>
        <w:t>Kayden suffered setbacks of his own.</w:t>
      </w:r>
    </w:p>
    <w:p/>
    <w:p>
      <w:pPr>
        <w:spacing w:after="120" w:line="276" w:lineRule="auto"/>
      </w:pPr>
      <w:r>
        <w:t>At one week old, he needed heart surgery.</w:t>
      </w:r>
    </w:p>
    <w:p/>
    <w:p>
      <w:pPr>
        <w:spacing w:after="120" w:line="276" w:lineRule="auto"/>
      </w:pPr>
      <w:r>
        <w:t>At two weeks old, surgeons removed part of his intestines.</w:t>
      </w:r>
    </w:p>
    <w:p/>
    <w:p>
      <w:pPr>
        <w:spacing w:after="120" w:line="276" w:lineRule="auto"/>
      </w:pPr>
      <w:r>
        <w:t>For those procedures he had to be transported by ambulance to another hospital.</w:t>
      </w:r>
    </w:p>
    <w:p/>
    <w:p>
      <w:pPr>
        <w:spacing w:after="120" w:line="276" w:lineRule="auto"/>
      </w:pPr>
      <w:r>
        <w:t>A dangerous trip.</w:t>
      </w:r>
    </w:p>
    <w:p/>
    <w:p>
      <w:pPr>
        <w:spacing w:after="120" w:line="276" w:lineRule="auto"/>
      </w:pPr>
      <w:r>
        <w:t>A fragile baby.</w:t>
      </w:r>
    </w:p>
    <w:p/>
    <w:p>
      <w:pPr>
        <w:spacing w:after="120" w:line="276" w:lineRule="auto"/>
      </w:pPr>
      <w:r>
        <w:t>A road you never want your child to travel.</w:t>
      </w:r>
    </w:p>
    <w:p/>
    <w:p>
      <w:pPr>
        <w:spacing w:after="120" w:line="276" w:lineRule="auto"/>
      </w:pPr>
      <w:r>
        <w:t>While Kayden was moved for surgery, Aimee remained in the hospital where they were born.</w:t>
      </w:r>
    </w:p>
    <w:p/>
    <w:p>
      <w:pPr>
        <w:spacing w:after="120" w:line="276" w:lineRule="auto"/>
      </w:pPr>
      <w:r>
        <w:t>Two hospitals.</w:t>
      </w:r>
    </w:p>
    <w:p/>
    <w:p>
      <w:pPr>
        <w:spacing w:after="120" w:line="276" w:lineRule="auto"/>
      </w:pPr>
      <w:r>
        <w:t>Far apart.</w:t>
      </w:r>
    </w:p>
    <w:p/>
    <w:p>
      <w:pPr>
        <w:spacing w:after="120" w:line="276" w:lineRule="auto"/>
      </w:pPr>
      <w:r>
        <w:t>Two babies.</w:t>
      </w:r>
    </w:p>
    <w:p/>
    <w:p>
      <w:pPr>
        <w:spacing w:after="120" w:line="276" w:lineRule="auto"/>
      </w:pPr>
      <w:r>
        <w:t>Both fighting.</w:t>
      </w:r>
    </w:p>
    <w:p/>
    <w:p>
      <w:pPr>
        <w:spacing w:after="120" w:line="276" w:lineRule="auto"/>
      </w:pPr>
      <w:r>
        <w:t>And a third child at home — Luc — who still needed parents, still needed steadiness, still needed normality.</w:t>
      </w:r>
    </w:p>
    <w:p/>
    <w:p>
      <w:pPr>
        <w:spacing w:after="120" w:line="276" w:lineRule="auto"/>
      </w:pPr>
      <w:r>
        <w:t>It was the Covid years, and children were not allowed near the NICU.</w:t>
      </w:r>
    </w:p>
    <w:p/>
    <w:p>
      <w:pPr>
        <w:spacing w:after="120" w:line="276" w:lineRule="auto"/>
      </w:pPr>
      <w:r>
        <w:t>So Luc could not walk those corridors.</w:t>
      </w:r>
    </w:p>
    <w:p/>
    <w:p>
      <w:pPr>
        <w:spacing w:after="120" w:line="276" w:lineRule="auto"/>
      </w:pPr>
      <w:r>
        <w:t>We had to take turns.</w:t>
      </w:r>
    </w:p>
    <w:p/>
    <w:p>
      <w:pPr>
        <w:spacing w:after="120" w:line="276" w:lineRule="auto"/>
      </w:pPr>
      <w:r>
        <w:t>Sometimes one of us stayed with him at home.</w:t>
      </w:r>
    </w:p>
    <w:p/>
    <w:p>
      <w:pPr>
        <w:spacing w:after="120" w:line="276" w:lineRule="auto"/>
      </w:pPr>
      <w:r>
        <w:t>Sometimes grandparents helped.</w:t>
      </w:r>
    </w:p>
    <w:p/>
    <w:p>
      <w:pPr>
        <w:spacing w:after="120" w:line="276" w:lineRule="auto"/>
      </w:pPr>
      <w:r>
        <w:t>Sometimes school provided a few hours of structure in the mornings.</w:t>
      </w:r>
    </w:p>
    <w:p/>
    <w:p>
      <w:pPr>
        <w:spacing w:after="120" w:line="276" w:lineRule="auto"/>
      </w:pPr>
      <w:r>
        <w:t>But even with help, the emotional weight was constant.</w:t>
      </w:r>
    </w:p>
    <w:p/>
    <w:p>
      <w:pPr>
        <w:spacing w:after="120" w:line="276" w:lineRule="auto"/>
      </w:pPr>
      <w:r>
        <w:t>Days blurred into routines of antiseptic smells, incubator alarms, and whispered updates.</w:t>
      </w:r>
    </w:p>
    <w:p>
      <w:pPr>
        <w:spacing w:after="120" w:line="276" w:lineRule="auto"/>
      </w:pPr>
      <w:r>
        <w:t>I can still see my hand resting on the warm plastic of an incubator, the tiny rise and fall of a chest beneath wires and tape. In those moments you learn to measure time differently—not in days, but in heart rates, oxygen numbers, and the steady courage of a child who cannot yet speak.</w:t>
      </w:r>
    </w:p>
    <w:p/>
    <w:p>
      <w:pPr>
        <w:spacing w:after="120" w:line="276" w:lineRule="auto"/>
      </w:pPr>
      <w:r>
        <w:t>In that season, we were not strong for one child.</w:t>
      </w:r>
    </w:p>
    <w:p/>
    <w:p>
      <w:pPr>
        <w:spacing w:after="120" w:line="276" w:lineRule="auto"/>
      </w:pPr>
      <w:r>
        <w:t>We were strong for three.</w:t>
      </w:r>
    </w:p>
    <w:p/>
    <w:p>
      <w:pPr>
        <w:spacing w:after="120" w:line="276" w:lineRule="auto"/>
      </w:pPr>
      <w:r>
        <w:t>Because while Aimee fought, Kayden fought alongside her.</w:t>
      </w:r>
    </w:p>
    <w:p/>
    <w:p>
      <w:pPr>
        <w:spacing w:after="120" w:line="276" w:lineRule="auto"/>
      </w:pPr>
      <w:r>
        <w:t>And Luc, unaware of the full complexity, still needed love that felt steady and safe.</w:t>
      </w:r>
    </w:p>
    <w:p/>
    <w:p>
      <w:pPr>
        <w:spacing w:after="120" w:line="276" w:lineRule="auto"/>
      </w:pPr>
      <w:r>
        <w:t>Aimee fought for seven weeks.</w:t>
      </w:r>
    </w:p>
    <w:p/>
    <w:p>
      <w:pPr>
        <w:spacing w:after="120" w:line="276" w:lineRule="auto"/>
      </w:pPr>
      <w:r>
        <w:t>Seven weeks of borrowed time.</w:t>
      </w:r>
    </w:p>
    <w:p/>
    <w:p>
      <w:pPr>
        <w:spacing w:after="120" w:line="276" w:lineRule="auto"/>
      </w:pPr>
      <w:r>
        <w:t>Seven weeks of loving her fully — not cautiously, not partially, not “just in case.”</w:t>
      </w:r>
    </w:p>
    <w:p/>
    <w:p>
      <w:pPr>
        <w:spacing w:after="120" w:line="276" w:lineRule="auto"/>
      </w:pPr>
      <w:r>
        <w:t>Fully.</w:t>
      </w:r>
    </w:p>
    <w:p/>
    <w:p>
      <w:pPr>
        <w:spacing w:after="120" w:line="276" w:lineRule="auto"/>
      </w:pPr>
      <w:r>
        <w:t>And then she let go.</w:t>
      </w:r>
    </w:p>
    <w:p/>
    <w:p>
      <w:pPr>
        <w:spacing w:after="120" w:line="276" w:lineRule="auto"/>
      </w:pPr>
      <w:r>
        <w:t>Her system was simply too fragile.</w:t>
      </w:r>
    </w:p>
    <w:p/>
    <w:p>
      <w:pPr>
        <w:spacing w:after="120" w:line="276" w:lineRule="auto"/>
      </w:pPr>
      <w:r>
        <w:t>Her airway struggles did not help.</w:t>
      </w:r>
    </w:p>
    <w:p/>
    <w:p>
      <w:pPr>
        <w:spacing w:after="120" w:line="276" w:lineRule="auto"/>
      </w:pPr>
      <w:r>
        <w:t>We did not lose a daughter in a single moment.</w:t>
      </w:r>
    </w:p>
    <w:p/>
    <w:p>
      <w:pPr>
        <w:spacing w:after="120" w:line="276" w:lineRule="auto"/>
      </w:pPr>
      <w:r>
        <w:t>We lived with her.</w:t>
      </w:r>
    </w:p>
    <w:p/>
    <w:p>
      <w:pPr>
        <w:spacing w:after="120" w:line="276" w:lineRule="auto"/>
      </w:pPr>
      <w:r>
        <w:t>We held hope with her.</w:t>
      </w:r>
    </w:p>
    <w:p/>
    <w:p>
      <w:pPr>
        <w:spacing w:after="120" w:line="276" w:lineRule="auto"/>
      </w:pPr>
      <w:r>
        <w:t>We prayed with her.</w:t>
      </w:r>
    </w:p>
    <w:p/>
    <w:p>
      <w:pPr>
        <w:spacing w:after="120" w:line="276" w:lineRule="auto"/>
      </w:pPr>
      <w:r>
        <w:t>And we said goodbye to her.</w:t>
      </w:r>
    </w:p>
    <w:p/>
    <w:p>
      <w:pPr>
        <w:spacing w:after="120" w:line="276" w:lineRule="auto"/>
      </w:pPr>
      <w:r>
        <w:t>Gently.</w:t>
      </w:r>
    </w:p>
    <w:p/>
    <w:p>
      <w:pPr>
        <w:spacing w:after="120" w:line="276" w:lineRule="auto"/>
      </w:pPr>
      <w:r>
        <w:t>With gratitude for the time we were given.</w:t>
      </w:r>
    </w:p>
    <w:p/>
    <w:p>
      <w:pPr>
        <w:spacing w:after="120" w:line="276" w:lineRule="auto"/>
      </w:pPr>
      <w:r>
        <w:t>Kayden survived.</w:t>
      </w:r>
    </w:p>
    <w:p/>
    <w:p>
      <w:pPr>
        <w:spacing w:after="120" w:line="276" w:lineRule="auto"/>
      </w:pPr>
      <w:r>
        <w:t>He came through surgeries and setbacks that still feel unreal when I say them out loud.</w:t>
      </w:r>
    </w:p>
    <w:p/>
    <w:p>
      <w:pPr>
        <w:spacing w:after="120" w:line="276" w:lineRule="auto"/>
      </w:pPr>
      <w:r>
        <w:t>He was diagnosed with a first-degree brain bleed, and we were told there was a high chance of full recovery.</w:t>
      </w:r>
    </w:p>
    <w:p/>
    <w:p>
      <w:pPr>
        <w:spacing w:after="120" w:line="276" w:lineRule="auto"/>
      </w:pPr>
      <w:r>
        <w:t>And over time, he grew stronger.</w:t>
      </w:r>
    </w:p>
    <w:p/>
    <w:p>
      <w:pPr>
        <w:spacing w:after="120" w:line="276" w:lineRule="auto"/>
      </w:pPr>
      <w:r>
        <w:t>He carries small scars — on his chest and on his stomach — quiet reminders of the battle he fought before he ever had words.</w:t>
      </w:r>
    </w:p>
    <w:p/>
    <w:p>
      <w:pPr>
        <w:spacing w:after="120" w:line="276" w:lineRule="auto"/>
      </w:pPr>
      <w:r>
        <w:t>Kayden was released from hospital after Aimee’s death.</w:t>
      </w:r>
    </w:p>
    <w:p/>
    <w:p>
      <w:pPr>
        <w:spacing w:after="120" w:line="276" w:lineRule="auto"/>
      </w:pPr>
      <w:r>
        <w:t>And when we finally brought him home, it did not erase the grief.</w:t>
      </w:r>
    </w:p>
    <w:p/>
    <w:p>
      <w:pPr>
        <w:spacing w:after="120" w:line="276" w:lineRule="auto"/>
      </w:pPr>
      <w:r>
        <w:t>But it brought a different kind of gratitude into the same room.</w:t>
      </w:r>
    </w:p>
    <w:p/>
    <w:p>
      <w:pPr>
        <w:spacing w:after="120" w:line="276" w:lineRule="auto"/>
      </w:pPr>
      <w:r>
        <w:t>Aimee remains our brave and fleeting star — whom we loved fully in the short time we borrowed her from our Heavenly Father.</w:t>
      </w:r>
    </w:p>
    <w:p/>
    <w:p>
      <w:pPr>
        <w:spacing w:after="120" w:line="276" w:lineRule="auto"/>
      </w:pPr>
      <w:r>
        <w:t>What we have is only borrowed; what we are is only grace.</w:t>
      </w:r>
    </w:p>
    <w:p/>
    <w:p>
      <w:pPr>
        <w:jc w:val="center"/>
      </w:pPr>
      <w:r>
        <w:t>⸻</w:t>
      </w:r>
    </w:p>
    <w:p/>
    <w:p>
      <w:pPr>
        <w:pStyle w:val="ChapterHeading"/>
      </w:pPr>
      <w:r>
        <w:t>Chapter 17 — Grace</w:t>
      </w:r>
    </w:p>
    <w:p/>
    <w:p>
      <w:pPr>
        <w:spacing w:after="120" w:line="276" w:lineRule="auto"/>
      </w:pPr>
      <w:r>
        <w:t>After those weeks, people spoke softly around us.</w:t>
      </w:r>
    </w:p>
    <w:p/>
    <w:p>
      <w:pPr>
        <w:spacing w:after="120" w:line="276" w:lineRule="auto"/>
      </w:pPr>
      <w:r>
        <w:t>They offered condolences.</w:t>
      </w:r>
    </w:p>
    <w:p/>
    <w:p>
      <w:pPr>
        <w:spacing w:after="120" w:line="276" w:lineRule="auto"/>
      </w:pPr>
      <w:r>
        <w:t>They said they were sorry.</w:t>
      </w:r>
    </w:p>
    <w:p/>
    <w:p>
      <w:pPr>
        <w:spacing w:after="120" w:line="276" w:lineRule="auto"/>
      </w:pPr>
      <w:r>
        <w:t>They meant well.</w:t>
      </w:r>
    </w:p>
    <w:p/>
    <w:p>
      <w:pPr>
        <w:spacing w:after="120" w:line="276" w:lineRule="auto"/>
      </w:pPr>
      <w:r>
        <w:t>But there are forms of pain that do not fit neatly into other people’s sentences.</w:t>
      </w:r>
    </w:p>
    <w:p/>
    <w:p>
      <w:pPr>
        <w:spacing w:after="120" w:line="276" w:lineRule="auto"/>
      </w:pPr>
      <w:r>
        <w:t>We were not only grieving.</w:t>
      </w:r>
    </w:p>
    <w:p/>
    <w:p>
      <w:pPr>
        <w:spacing w:after="120" w:line="276" w:lineRule="auto"/>
      </w:pPr>
      <w:r>
        <w:t>We were still living inside the aftermath.</w:t>
      </w:r>
    </w:p>
    <w:p/>
    <w:p>
      <w:pPr>
        <w:spacing w:after="120" w:line="276" w:lineRule="auto"/>
      </w:pPr>
      <w:r>
        <w:t>Kayden was home, still small, still vulnerable, still recovering.</w:t>
      </w:r>
    </w:p>
    <w:p/>
    <w:p>
      <w:pPr>
        <w:spacing w:after="120" w:line="276" w:lineRule="auto"/>
      </w:pPr>
      <w:r>
        <w:t>Luc still needed lunches packed, school uniforms straightened, bedtime stories read.</w:t>
      </w:r>
    </w:p>
    <w:p/>
    <w:p>
      <w:pPr>
        <w:spacing w:after="120" w:line="276" w:lineRule="auto"/>
      </w:pPr>
      <w:r>
        <w:t>And my wife… my wife carried a particular ache.</w:t>
      </w:r>
    </w:p>
    <w:p/>
    <w:p>
      <w:pPr>
        <w:spacing w:after="120" w:line="276" w:lineRule="auto"/>
      </w:pPr>
      <w:r>
        <w:t>She had always hoped for a daughter.</w:t>
      </w:r>
    </w:p>
    <w:p/>
    <w:p>
      <w:pPr>
        <w:spacing w:after="120" w:line="276" w:lineRule="auto"/>
      </w:pPr>
      <w:r>
        <w:t>Not as a preference or a whim.</w:t>
      </w:r>
    </w:p>
    <w:p/>
    <w:p>
      <w:pPr>
        <w:spacing w:after="120" w:line="276" w:lineRule="auto"/>
      </w:pPr>
      <w:r>
        <w:t>As a quiet dream she had held for years.</w:t>
      </w:r>
    </w:p>
    <w:p/>
    <w:p>
      <w:pPr>
        <w:spacing w:after="120" w:line="276" w:lineRule="auto"/>
      </w:pPr>
      <w:r>
        <w:t>And for seven weeks, that dream had been real.</w:t>
      </w:r>
    </w:p>
    <w:p/>
    <w:p>
      <w:pPr>
        <w:pStyle w:val="Heading3"/>
      </w:pPr>
      <w:r>
        <w:t>Aimee was not a “twin we lost.”</w:t>
      </w:r>
    </w:p>
    <w:p/>
    <w:p>
      <w:pPr>
        <w:spacing w:after="120" w:line="276" w:lineRule="auto"/>
      </w:pPr>
      <w:r>
        <w:t>She was a little girl with a name, a presence, a place in our family — even if her time with us was brief.</w:t>
      </w:r>
    </w:p>
    <w:p/>
    <w:p>
      <w:pPr>
        <w:spacing w:after="120" w:line="276" w:lineRule="auto"/>
      </w:pPr>
      <w:r>
        <w:t>The temptation after loss is to rush past it.</w:t>
      </w:r>
    </w:p>
    <w:p/>
    <w:p>
      <w:pPr>
        <w:spacing w:after="120" w:line="276" w:lineRule="auto"/>
      </w:pPr>
      <w:r>
        <w:t>To minimise it.</w:t>
      </w:r>
    </w:p>
    <w:p/>
    <w:p>
      <w:pPr>
        <w:pStyle w:val="Heading3"/>
      </w:pPr>
      <w:r>
        <w:t>To say, “At least you still have…”</w:t>
      </w:r>
    </w:p>
    <w:p/>
    <w:p>
      <w:pPr>
        <w:spacing w:after="120" w:line="276" w:lineRule="auto"/>
      </w:pPr>
      <w:r>
        <w:t>But love does not work like that.</w:t>
      </w:r>
    </w:p>
    <w:p/>
    <w:p>
      <w:pPr>
        <w:spacing w:after="120" w:line="276" w:lineRule="auto"/>
      </w:pPr>
      <w:r>
        <w:t>Aimee did not become less valuable because her life was short.</w:t>
      </w:r>
    </w:p>
    <w:p/>
    <w:p>
      <w:pPr>
        <w:spacing w:after="120" w:line="276" w:lineRule="auto"/>
      </w:pPr>
      <w:r>
        <w:t>Her existence mattered.</w:t>
      </w:r>
    </w:p>
    <w:p/>
    <w:p>
      <w:pPr>
        <w:spacing w:after="120" w:line="276" w:lineRule="auto"/>
      </w:pPr>
      <w:r>
        <w:t>And it still does.</w:t>
      </w:r>
    </w:p>
    <w:p/>
    <w:p>
      <w:pPr>
        <w:spacing w:after="120" w:line="276" w:lineRule="auto"/>
      </w:pPr>
      <w:r>
        <w:t>In those months, I learned again what I had learned many times before, just in a different language:</w:t>
      </w:r>
    </w:p>
    <w:p/>
    <w:p>
      <w:pPr>
        <w:spacing w:after="120" w:line="276" w:lineRule="auto"/>
      </w:pPr>
      <w:r>
        <w:t>We do not own the people we love.</w:t>
      </w:r>
    </w:p>
    <w:p/>
    <w:p>
      <w:pPr>
        <w:spacing w:after="120" w:line="276" w:lineRule="auto"/>
      </w:pPr>
      <w:r>
        <w:t>We are entrusted with them.</w:t>
      </w:r>
    </w:p>
    <w:p/>
    <w:p>
      <w:pPr>
        <w:spacing w:after="120" w:line="276" w:lineRule="auto"/>
      </w:pPr>
      <w:r>
        <w:t>For a season.</w:t>
      </w:r>
    </w:p>
    <w:p/>
    <w:p>
      <w:pPr>
        <w:spacing w:after="120" w:line="276" w:lineRule="auto"/>
      </w:pPr>
      <w:r>
        <w:t>For a lifetime.</w:t>
      </w:r>
    </w:p>
    <w:p/>
    <w:p>
      <w:pPr>
        <w:spacing w:after="120" w:line="276" w:lineRule="auto"/>
      </w:pPr>
      <w:r>
        <w:t>Or, sometimes, for seven weeks.</w:t>
      </w:r>
    </w:p>
    <w:p/>
    <w:p>
      <w:pPr>
        <w:spacing w:after="120" w:line="276" w:lineRule="auto"/>
      </w:pPr>
      <w:r>
        <w:t>What we have is borrowed.</w:t>
      </w:r>
    </w:p>
    <w:p/>
    <w:p>
      <w:pPr>
        <w:spacing w:after="120" w:line="276" w:lineRule="auto"/>
      </w:pPr>
      <w:r>
        <w:t>What we are is grace.</w:t>
      </w:r>
    </w:p>
    <w:p/>
    <w:p>
      <w:pPr>
        <w:spacing w:after="120" w:line="276" w:lineRule="auto"/>
      </w:pPr>
      <w:r>
        <w:t>Faith did not remove the pain.</w:t>
      </w:r>
    </w:p>
    <w:p/>
    <w:p>
      <w:pPr>
        <w:spacing w:after="120" w:line="276" w:lineRule="auto"/>
      </w:pPr>
      <w:r>
        <w:t>It did not shield us from hard nights.</w:t>
      </w:r>
    </w:p>
    <w:p/>
    <w:p>
      <w:pPr>
        <w:spacing w:after="120" w:line="276" w:lineRule="auto"/>
      </w:pPr>
      <w:r>
        <w:t>It did not rewrite the story.</w:t>
      </w:r>
    </w:p>
    <w:p/>
    <w:p>
      <w:pPr>
        <w:spacing w:after="120" w:line="276" w:lineRule="auto"/>
      </w:pPr>
      <w:r>
        <w:t>But it held us.</w:t>
      </w:r>
    </w:p>
    <w:p/>
    <w:p>
      <w:pPr>
        <w:spacing w:after="120" w:line="276" w:lineRule="auto"/>
      </w:pPr>
      <w:r>
        <w:t>It gave the grief a place to go.</w:t>
      </w:r>
    </w:p>
    <w:p/>
    <w:p>
      <w:pPr>
        <w:spacing w:after="120" w:line="276" w:lineRule="auto"/>
      </w:pPr>
      <w:r>
        <w:t>It allowed us to speak to God honestly — not with polished words, but with the plain language of need:</w:t>
      </w:r>
    </w:p>
    <w:p/>
    <w:p>
      <w:pPr>
        <w:spacing w:after="120" w:line="276" w:lineRule="auto"/>
      </w:pPr>
      <w:r>
        <w:t>Help us.</w:t>
      </w:r>
    </w:p>
    <w:p/>
    <w:p>
      <w:pPr>
        <w:spacing w:after="120" w:line="276" w:lineRule="auto"/>
      </w:pPr>
      <w:r>
        <w:t>Carry us.</w:t>
      </w:r>
    </w:p>
    <w:p/>
    <w:p>
      <w:pPr>
        <w:spacing w:after="120" w:line="276" w:lineRule="auto"/>
      </w:pPr>
      <w:r>
        <w:t>Give us enough strength for today.</w:t>
      </w:r>
    </w:p>
    <w:p/>
    <w:p>
      <w:pPr>
        <w:spacing w:after="120" w:line="276" w:lineRule="auto"/>
      </w:pPr>
      <w:r>
        <w:t>And then, tomorrow.</w:t>
      </w:r>
    </w:p>
    <w:p/>
    <w:p>
      <w:pPr>
        <w:spacing w:after="120" w:line="276" w:lineRule="auto"/>
      </w:pPr>
      <w:r>
        <w:t>And then the next day.</w:t>
      </w:r>
    </w:p>
    <w:p/>
    <w:p>
      <w:pPr>
        <w:spacing w:after="120" w:line="276" w:lineRule="auto"/>
      </w:pPr>
      <w:r>
        <w:t>Grace is not a feeling.</w:t>
      </w:r>
    </w:p>
    <w:p/>
    <w:p>
      <w:pPr>
        <w:spacing w:after="120" w:line="276" w:lineRule="auto"/>
      </w:pPr>
      <w:r>
        <w:t>It is the quiet help that arrives when you have no strength left to manufacture your own.</w:t>
      </w:r>
    </w:p>
    <w:p/>
    <w:p>
      <w:pPr>
        <w:spacing w:after="120" w:line="276" w:lineRule="auto"/>
      </w:pPr>
      <w:r>
        <w:t>It is the support you did not earn.</w:t>
      </w:r>
    </w:p>
    <w:p/>
    <w:p>
      <w:pPr>
        <w:spacing w:after="120" w:line="276" w:lineRule="auto"/>
      </w:pPr>
      <w:r>
        <w:t>The endurance you cannot explain.</w:t>
      </w:r>
    </w:p>
    <w:p/>
    <w:p>
      <w:pPr>
        <w:spacing w:after="120" w:line="276" w:lineRule="auto"/>
      </w:pPr>
      <w:r>
        <w:t>The ability to keep going when you expected to stop.</w:t>
      </w:r>
    </w:p>
    <w:p/>
    <w:p>
      <w:pPr>
        <w:spacing w:after="120" w:line="276" w:lineRule="auto"/>
      </w:pPr>
      <w:r>
        <w:t>It is also the love around you.</w:t>
      </w:r>
    </w:p>
    <w:p/>
    <w:p>
      <w:pPr>
        <w:spacing w:after="120" w:line="276" w:lineRule="auto"/>
      </w:pPr>
      <w:r>
        <w:t>Grandparents who step in without being asked twice.</w:t>
      </w:r>
    </w:p>
    <w:p/>
    <w:p>
      <w:pPr>
        <w:spacing w:after="120" w:line="276" w:lineRule="auto"/>
      </w:pPr>
      <w:r>
        <w:t>Friends who do not try to fix you, but stay near.</w:t>
      </w:r>
    </w:p>
    <w:p/>
    <w:p>
      <w:pPr>
        <w:spacing w:after="120" w:line="276" w:lineRule="auto"/>
      </w:pPr>
      <w:r>
        <w:t>A spouse who is still holding your hand, even while she is breaking inside.</w:t>
      </w:r>
    </w:p>
    <w:p/>
    <w:p>
      <w:pPr>
        <w:spacing w:after="120" w:line="276" w:lineRule="auto"/>
      </w:pPr>
      <w:r>
        <w:t>Over time, the sharpness softened.</w:t>
      </w:r>
    </w:p>
    <w:p/>
    <w:p>
      <w:pPr>
        <w:spacing w:after="120" w:line="276" w:lineRule="auto"/>
      </w:pPr>
      <w:r>
        <w:t>Not because Aimee became less important.</w:t>
      </w:r>
    </w:p>
    <w:p/>
    <w:p>
      <w:pPr>
        <w:spacing w:after="120" w:line="276" w:lineRule="auto"/>
      </w:pPr>
      <w:r>
        <w:t>But because we learned how to carry her memory without drowning in it.</w:t>
      </w:r>
    </w:p>
    <w:p/>
    <w:p>
      <w:pPr>
        <w:spacing w:after="120" w:line="276" w:lineRule="auto"/>
      </w:pPr>
      <w:r>
        <w:t>With gentle remembrance.</w:t>
      </w:r>
    </w:p>
    <w:p/>
    <w:p>
      <w:pPr>
        <w:spacing w:after="120" w:line="276" w:lineRule="auto"/>
      </w:pPr>
      <w:r>
        <w:t>With gratitude.</w:t>
      </w:r>
    </w:p>
    <w:p/>
    <w:p>
      <w:pPr>
        <w:spacing w:after="120" w:line="276" w:lineRule="auto"/>
      </w:pPr>
      <w:r>
        <w:t>With the quiet decision to keep living.</w:t>
      </w:r>
    </w:p>
    <w:p/>
    <w:p>
      <w:pPr>
        <w:spacing w:after="120" w:line="276" w:lineRule="auto"/>
      </w:pPr>
      <w:r>
        <w:t>Kayden grew stronger.</w:t>
      </w:r>
    </w:p>
    <w:p/>
    <w:p>
      <w:pPr>
        <w:spacing w:after="120" w:line="276" w:lineRule="auto"/>
      </w:pPr>
      <w:r>
        <w:t>He became a boy with laughter and stubbornness and life in his eyes.</w:t>
      </w:r>
    </w:p>
    <w:p/>
    <w:p>
      <w:pPr>
        <w:spacing w:after="120" w:line="276" w:lineRule="auto"/>
      </w:pPr>
      <w:r>
        <w:t>His scars remained, but they stopped feeling like wounds and became reminders — not only of what he survived, but of what we all survived together.</w:t>
      </w:r>
    </w:p>
    <w:p/>
    <w:p>
      <w:pPr>
        <w:spacing w:after="120" w:line="276" w:lineRule="auto"/>
      </w:pPr>
      <w:r>
        <w:t>And somewhere in that season, something else became clearer.</w:t>
      </w:r>
    </w:p>
    <w:p/>
    <w:p>
      <w:pPr>
        <w:spacing w:after="120" w:line="276" w:lineRule="auto"/>
      </w:pPr>
      <w:r>
        <w:t>My story was never only about my hearing.</w:t>
      </w:r>
    </w:p>
    <w:p/>
    <w:p>
      <w:pPr>
        <w:spacing w:after="120" w:line="276" w:lineRule="auto"/>
      </w:pPr>
      <w:r>
        <w:t>Yes, that was the terrain I learned to walk on from childhood.</w:t>
      </w:r>
    </w:p>
    <w:p/>
    <w:p>
      <w:pPr>
        <w:spacing w:after="120" w:line="276" w:lineRule="auto"/>
      </w:pPr>
      <w:r>
        <w:t>But the deeper thread — the one that ran through everything — was resilience in the face of limitation.</w:t>
      </w:r>
    </w:p>
    <w:p/>
    <w:p>
      <w:pPr>
        <w:spacing w:after="120" w:line="276" w:lineRule="auto"/>
      </w:pPr>
      <w:r>
        <w:t>The ability to keep moving forward, even when the path narrows.</w:t>
      </w:r>
    </w:p>
    <w:p/>
    <w:p>
      <w:pPr>
        <w:spacing w:after="120" w:line="276" w:lineRule="auto"/>
      </w:pPr>
      <w:r>
        <w:t>Even when the burden changes shape.</w:t>
      </w:r>
    </w:p>
    <w:p/>
    <w:p>
      <w:pPr>
        <w:spacing w:after="120" w:line="276" w:lineRule="auto"/>
      </w:pPr>
      <w:r>
        <w:t>Even when the only thing you can do is take the next step.</w:t>
      </w:r>
    </w:p>
    <w:p/>
    <w:p>
      <w:pPr>
        <w:spacing w:after="120" w:line="276" w:lineRule="auto"/>
      </w:pPr>
      <w:r>
        <w:t>Against all odds.</w:t>
      </w:r>
    </w:p>
    <w:p/>
    <w:p>
      <w:pPr>
        <w:spacing w:after="120" w:line="276" w:lineRule="auto"/>
      </w:pPr>
      <w:r>
        <w:t>Not through my own strength.</w:t>
      </w:r>
    </w:p>
    <w:p/>
    <w:p>
      <w:pPr>
        <w:spacing w:after="120" w:line="276" w:lineRule="auto"/>
      </w:pPr>
      <w:r>
        <w:t>But through perseverance and grace.</w:t>
      </w:r>
    </w:p>
    <w:p/>
    <w:p>
      <w:pPr>
        <w:jc w:val="center"/>
      </w:pPr>
      <w:r>
        <w:t>⸻</w:t>
      </w:r>
    </w:p>
    <w:p/>
    <w:p>
      <w:pPr>
        <w:pStyle w:val="ChapterHeading"/>
      </w:pPr>
      <w:r>
        <w:t>Chapter 18 — The Long Run Continues</w:t>
      </w:r>
    </w:p>
    <w:p/>
    <w:p>
      <w:pPr>
        <w:spacing w:after="120" w:line="276" w:lineRule="auto"/>
      </w:pPr>
      <w:r>
        <w:t>These days, some of my favourite moments are the simplest.</w:t>
      </w:r>
    </w:p>
    <w:p/>
    <w:p>
      <w:pPr>
        <w:spacing w:after="120" w:line="276" w:lineRule="auto"/>
      </w:pPr>
      <w:r>
        <w:t>My wife and I sit together and watch our sons play.</w:t>
      </w:r>
    </w:p>
    <w:p/>
    <w:p>
      <w:pPr>
        <w:spacing w:after="120" w:line="276" w:lineRule="auto"/>
      </w:pPr>
      <w:r>
        <w:t>Sometimes it is in the backyard.</w:t>
      </w:r>
    </w:p>
    <w:p/>
    <w:p>
      <w:pPr>
        <w:spacing w:after="120" w:line="276" w:lineRule="auto"/>
      </w:pPr>
      <w:r>
        <w:t>Sometimes at a school field.</w:t>
      </w:r>
    </w:p>
    <w:p/>
    <w:p>
      <w:pPr>
        <w:spacing w:after="120" w:line="276" w:lineRule="auto"/>
      </w:pPr>
      <w:r>
        <w:t>Sometimes in the living room, where the noise is ordinary and safe.</w:t>
      </w:r>
    </w:p>
    <w:p/>
    <w:p>
      <w:pPr>
        <w:spacing w:after="120" w:line="276" w:lineRule="auto"/>
      </w:pPr>
      <w:r>
        <w:t>There is nothing remarkable about it from the outside.</w:t>
      </w:r>
    </w:p>
    <w:p/>
    <w:p>
      <w:pPr>
        <w:spacing w:after="120" w:line="276" w:lineRule="auto"/>
      </w:pPr>
      <w:r>
        <w:t>But to me it feels like the quiet reward at the end of a long season.</w:t>
      </w:r>
    </w:p>
    <w:p/>
    <w:p>
      <w:pPr>
        <w:spacing w:after="120" w:line="276" w:lineRule="auto"/>
      </w:pPr>
      <w:r>
        <w:t>Not because I earned it.</w:t>
      </w:r>
    </w:p>
    <w:p/>
    <w:p>
      <w:pPr>
        <w:spacing w:after="120" w:line="276" w:lineRule="auto"/>
      </w:pPr>
      <w:r>
        <w:t>Because I was given it.</w:t>
      </w:r>
    </w:p>
    <w:p/>
    <w:p>
      <w:pPr>
        <w:spacing w:after="120" w:line="276" w:lineRule="auto"/>
      </w:pPr>
      <w:r>
        <w:t>Luc is growing into his own person — with his own interests, his own strengths, his own way of moving through the world.</w:t>
      </w:r>
    </w:p>
    <w:p/>
    <w:p>
      <w:pPr>
        <w:spacing w:after="120" w:line="276" w:lineRule="auto"/>
      </w:pPr>
      <w:r>
        <w:t>Kayden, too, is becoming more himself with every passing year.</w:t>
      </w:r>
    </w:p>
    <w:p/>
    <w:p>
      <w:pPr>
        <w:spacing w:after="120" w:line="276" w:lineRule="auto"/>
      </w:pPr>
      <w:r>
        <w:t>He has his own pace.</w:t>
      </w:r>
    </w:p>
    <w:p/>
    <w:p>
      <w:pPr>
        <w:spacing w:after="120" w:line="276" w:lineRule="auto"/>
      </w:pPr>
      <w:r>
        <w:t>His own story.</w:t>
      </w:r>
    </w:p>
    <w:p/>
    <w:p>
      <w:pPr>
        <w:spacing w:after="120" w:line="276" w:lineRule="auto"/>
      </w:pPr>
      <w:r>
        <w:t>His own courage.</w:t>
      </w:r>
    </w:p>
    <w:p/>
    <w:p>
      <w:pPr>
        <w:spacing w:after="120" w:line="276" w:lineRule="auto"/>
      </w:pPr>
      <w:r>
        <w:t>And when I watch them, I am reminded of something fatherhood has taught me slowly and gently:</w:t>
      </w:r>
    </w:p>
    <w:p/>
    <w:p>
      <w:pPr>
        <w:spacing w:after="120" w:line="276" w:lineRule="auto"/>
      </w:pPr>
      <w:r>
        <w:t>They are not meant to become me.</w:t>
      </w:r>
    </w:p>
    <w:p/>
    <w:p>
      <w:pPr>
        <w:spacing w:after="120" w:line="276" w:lineRule="auto"/>
      </w:pPr>
      <w:r>
        <w:t>They are not meant to run my races.</w:t>
      </w:r>
    </w:p>
    <w:p/>
    <w:p>
      <w:pPr>
        <w:spacing w:after="120" w:line="276" w:lineRule="auto"/>
      </w:pPr>
      <w:r>
        <w:t>They will have their own long runs.</w:t>
      </w:r>
    </w:p>
    <w:p/>
    <w:p>
      <w:pPr>
        <w:spacing w:after="120" w:line="276" w:lineRule="auto"/>
      </w:pPr>
      <w:r>
        <w:t>Their own terrain.</w:t>
      </w:r>
    </w:p>
    <w:p/>
    <w:p>
      <w:pPr>
        <w:spacing w:after="120" w:line="276" w:lineRule="auto"/>
      </w:pPr>
      <w:r>
        <w:t>Their own battles.</w:t>
      </w:r>
    </w:p>
    <w:p/>
    <w:p>
      <w:pPr>
        <w:spacing w:after="120" w:line="276" w:lineRule="auto"/>
      </w:pPr>
      <w:r>
        <w:t>When I was younger, I hoped I would run Comrades long enough for my sons to be old enough to watch me — to understand what I had once watched as a boy when Bruce Fordyce dominated the road on television.</w:t>
      </w:r>
    </w:p>
    <w:p/>
    <w:p>
      <w:pPr>
        <w:spacing w:after="120" w:line="276" w:lineRule="auto"/>
      </w:pPr>
      <w:r>
        <w:t>I imagined them feeling what I felt.</w:t>
      </w:r>
    </w:p>
    <w:p/>
    <w:p>
      <w:pPr>
        <w:spacing w:after="120" w:line="276" w:lineRule="auto"/>
      </w:pPr>
      <w:r>
        <w:t>I imagined the inspiration being passed down like a baton.</w:t>
      </w:r>
    </w:p>
    <w:p/>
    <w:p>
      <w:pPr>
        <w:spacing w:after="120" w:line="276" w:lineRule="auto"/>
      </w:pPr>
      <w:r>
        <w:t>But fatherhood reshaped that hope.</w:t>
      </w:r>
    </w:p>
    <w:p/>
    <w:p>
      <w:pPr>
        <w:spacing w:after="120" w:line="276" w:lineRule="auto"/>
      </w:pPr>
      <w:r>
        <w:t>I learned that love does not demand replicas.</w:t>
      </w:r>
    </w:p>
    <w:p/>
    <w:p>
      <w:pPr>
        <w:spacing w:after="120" w:line="276" w:lineRule="auto"/>
      </w:pPr>
      <w:r>
        <w:t>It releases.</w:t>
      </w:r>
    </w:p>
    <w:p/>
    <w:p>
      <w:pPr>
        <w:spacing w:after="120" w:line="276" w:lineRule="auto"/>
      </w:pPr>
      <w:r>
        <w:t>It blesses.</w:t>
      </w:r>
    </w:p>
    <w:p/>
    <w:p>
      <w:pPr>
        <w:spacing w:after="120" w:line="276" w:lineRule="auto"/>
      </w:pPr>
      <w:r>
        <w:t>It allows children to become themselves.</w:t>
      </w:r>
    </w:p>
    <w:p/>
    <w:p>
      <w:pPr>
        <w:spacing w:after="120" w:line="276" w:lineRule="auto"/>
      </w:pPr>
      <w:r>
        <w:t>So my hope changed.</w:t>
      </w:r>
    </w:p>
    <w:p/>
    <w:p>
      <w:pPr>
        <w:spacing w:after="120" w:line="276" w:lineRule="auto"/>
      </w:pPr>
      <w:r>
        <w:t>Now, I hope this memoir becomes a guide for them one day.</w:t>
      </w:r>
    </w:p>
    <w:p/>
    <w:p>
      <w:pPr>
        <w:spacing w:after="120" w:line="276" w:lineRule="auto"/>
      </w:pPr>
      <w:r>
        <w:t>Not as a set of instructions, and not as a perfect example — but as an honest account of how a life can be lived through limitation.</w:t>
      </w:r>
    </w:p>
    <w:p/>
    <w:p>
      <w:pPr>
        <w:spacing w:after="120" w:line="276" w:lineRule="auto"/>
      </w:pPr>
      <w:r>
        <w:t>How ceilings can be endured, even when they cannot be broken yet.</w:t>
      </w:r>
    </w:p>
    <w:p/>
    <w:p>
      <w:pPr>
        <w:spacing w:after="120" w:line="276" w:lineRule="auto"/>
      </w:pPr>
      <w:r>
        <w:t>How valleys can be survived, even when they feel endless.</w:t>
      </w:r>
    </w:p>
    <w:p/>
    <w:p>
      <w:pPr>
        <w:spacing w:after="120" w:line="276" w:lineRule="auto"/>
      </w:pPr>
      <w:r>
        <w:t>How despair can visit, and still not have the final word.</w:t>
      </w:r>
    </w:p>
    <w:p/>
    <w:p>
      <w:pPr>
        <w:pStyle w:val="Heading3"/>
      </w:pPr>
      <w:r>
        <w:t>If there is one thing I have discovered in looking back, it is this:</w:t>
      </w:r>
    </w:p>
    <w:p/>
    <w:p>
      <w:pPr>
        <w:spacing w:after="120" w:line="276" w:lineRule="auto"/>
      </w:pPr>
      <w:r>
        <w:t>My life was not always easy, but it was filled with love and support.</w:t>
      </w:r>
    </w:p>
    <w:p/>
    <w:p>
      <w:pPr>
        <w:spacing w:after="120" w:line="276" w:lineRule="auto"/>
      </w:pPr>
      <w:r>
        <w:t>And through God’s grace, I discovered meaning in what I once only experienced as hardship.</w:t>
      </w:r>
    </w:p>
    <w:p/>
    <w:p>
      <w:pPr>
        <w:spacing w:after="120" w:line="276" w:lineRule="auto"/>
      </w:pPr>
      <w:r>
        <w:t>I have never had this much perspective of my own life as I do now.</w:t>
      </w:r>
    </w:p>
    <w:p/>
    <w:p>
      <w:pPr>
        <w:spacing w:after="120" w:line="276" w:lineRule="auto"/>
      </w:pPr>
      <w:r>
        <w:t>Writing this memoir has been a revelation.</w:t>
      </w:r>
    </w:p>
    <w:p/>
    <w:p>
      <w:pPr>
        <w:spacing w:after="120" w:line="276" w:lineRule="auto"/>
      </w:pPr>
      <w:r>
        <w:t>Threads I did not see while living them now appear clearly.</w:t>
      </w:r>
    </w:p>
    <w:p/>
    <w:p>
      <w:pPr>
        <w:spacing w:after="120" w:line="276" w:lineRule="auto"/>
      </w:pPr>
      <w:r>
        <w:t>The silence.</w:t>
      </w:r>
    </w:p>
    <w:p/>
    <w:p>
      <w:pPr>
        <w:spacing w:after="120" w:line="276" w:lineRule="auto"/>
      </w:pPr>
      <w:r>
        <w:t>The effort.</w:t>
      </w:r>
    </w:p>
    <w:p/>
    <w:p>
      <w:pPr>
        <w:spacing w:after="120" w:line="276" w:lineRule="auto"/>
      </w:pPr>
      <w:r>
        <w:t>The adaptation.</w:t>
      </w:r>
    </w:p>
    <w:p/>
    <w:p>
      <w:pPr>
        <w:spacing w:after="120" w:line="276" w:lineRule="auto"/>
      </w:pPr>
      <w:r>
        <w:t>The long seasons of calculation.</w:t>
      </w:r>
    </w:p>
    <w:p/>
    <w:p>
      <w:pPr>
        <w:spacing w:after="120" w:line="276" w:lineRule="auto"/>
      </w:pPr>
      <w:r>
        <w:t>The moments of confirmation.</w:t>
      </w:r>
    </w:p>
    <w:p/>
    <w:p>
      <w:pPr>
        <w:spacing w:after="120" w:line="276" w:lineRule="auto"/>
      </w:pPr>
      <w:r>
        <w:t>The breakthroughs.</w:t>
      </w:r>
    </w:p>
    <w:p/>
    <w:p>
      <w:pPr>
        <w:spacing w:after="120" w:line="276" w:lineRule="auto"/>
      </w:pPr>
      <w:r>
        <w:t>The losses.</w:t>
      </w:r>
    </w:p>
    <w:p/>
    <w:p>
      <w:pPr>
        <w:spacing w:after="120" w:line="276" w:lineRule="auto"/>
      </w:pPr>
      <w:r>
        <w:t>The gifts.</w:t>
      </w:r>
    </w:p>
    <w:p/>
    <w:p>
      <w:pPr>
        <w:spacing w:after="120" w:line="276" w:lineRule="auto"/>
      </w:pPr>
      <w:r>
        <w:t>It is all connected.</w:t>
      </w:r>
    </w:p>
    <w:p/>
    <w:p>
      <w:pPr>
        <w:spacing w:after="120" w:line="276" w:lineRule="auto"/>
      </w:pPr>
      <w:r>
        <w:t>Everything is temporary.</w:t>
      </w:r>
    </w:p>
    <w:p/>
    <w:p>
      <w:pPr>
        <w:spacing w:after="120" w:line="276" w:lineRule="auto"/>
      </w:pPr>
      <w:r>
        <w:t>This too shall pass.</w:t>
      </w:r>
    </w:p>
    <w:p/>
    <w:p>
      <w:pPr>
        <w:spacing w:after="120" w:line="276" w:lineRule="auto"/>
      </w:pPr>
      <w:r>
        <w:t>Those words once carried me through fear.</w:t>
      </w:r>
    </w:p>
    <w:p/>
    <w:p>
      <w:pPr>
        <w:spacing w:after="120" w:line="276" w:lineRule="auto"/>
      </w:pPr>
      <w:r>
        <w:t>Now they also carry me through gratitude.</w:t>
      </w:r>
    </w:p>
    <w:p/>
    <w:p>
      <w:pPr>
        <w:spacing w:after="120" w:line="276" w:lineRule="auto"/>
      </w:pPr>
      <w:r>
        <w:t>Because good seasons pass too.</w:t>
      </w:r>
    </w:p>
    <w:p/>
    <w:p>
      <w:pPr>
        <w:spacing w:after="120" w:line="276" w:lineRule="auto"/>
      </w:pPr>
      <w:r>
        <w:t>Children grow.</w:t>
      </w:r>
    </w:p>
    <w:p/>
    <w:p>
      <w:pPr>
        <w:spacing w:after="120" w:line="276" w:lineRule="auto"/>
      </w:pPr>
      <w:r>
        <w:t>Time moves.</w:t>
      </w:r>
    </w:p>
    <w:p/>
    <w:p>
      <w:pPr>
        <w:spacing w:after="120" w:line="276" w:lineRule="auto"/>
      </w:pPr>
      <w:r>
        <w:t>And what we have is never guaranteed.</w:t>
      </w:r>
    </w:p>
    <w:p/>
    <w:p>
      <w:pPr>
        <w:spacing w:after="120" w:line="276" w:lineRule="auto"/>
      </w:pPr>
      <w:r>
        <w:t>It is borrowed.</w:t>
      </w:r>
    </w:p>
    <w:p/>
    <w:p>
      <w:pPr>
        <w:spacing w:after="120" w:line="276" w:lineRule="auto"/>
      </w:pPr>
      <w:r>
        <w:t>And because it is borrowed, it becomes sacred.</w:t>
      </w:r>
    </w:p>
    <w:p/>
    <w:p>
      <w:pPr>
        <w:spacing w:after="120" w:line="276" w:lineRule="auto"/>
      </w:pPr>
      <w:r>
        <w:t>If this story reaches you while you are carrying your own unseen weight, I hope it leaves you with something steady: the permission to take the next step, and the next, without pretending it is easy.</w:t>
      </w:r>
    </w:p>
    <w:p/>
    <w:p>
      <w:pPr>
        <w:spacing w:after="120" w:line="276" w:lineRule="auto"/>
      </w:pPr>
      <w:r>
        <w:t>Hope.</w:t>
      </w:r>
    </w:p>
    <w:p/>
    <w:p>
      <w:pPr>
        <w:spacing w:after="120" w:line="276" w:lineRule="auto"/>
      </w:pPr>
      <w:r>
        <w:t>Reassurance.</w:t>
      </w:r>
    </w:p>
    <w:p/>
    <w:p>
      <w:pPr>
        <w:spacing w:after="120" w:line="276" w:lineRule="auto"/>
      </w:pPr>
      <w:r>
        <w:t>A quiet confidence that you can keep going.</w:t>
      </w:r>
    </w:p>
    <w:p/>
    <w:p>
      <w:pPr>
        <w:spacing w:after="120" w:line="276" w:lineRule="auto"/>
      </w:pPr>
      <w:r>
        <w:t>Not by pretending it is easy.</w:t>
      </w:r>
    </w:p>
    <w:p/>
    <w:p>
      <w:pPr>
        <w:spacing w:after="120" w:line="276" w:lineRule="auto"/>
      </w:pPr>
      <w:r>
        <w:t>But by taking the next step.</w:t>
      </w:r>
    </w:p>
    <w:p/>
    <w:p>
      <w:pPr>
        <w:spacing w:after="120" w:line="276" w:lineRule="auto"/>
      </w:pPr>
      <w:r>
        <w:t>And the next.</w:t>
      </w:r>
    </w:p>
    <w:p/>
    <w:p>
      <w:pPr>
        <w:spacing w:after="120" w:line="276" w:lineRule="auto"/>
      </w:pPr>
      <w:r>
        <w:t>And the next.</w:t>
      </w:r>
    </w:p>
    <w:p/>
    <w:p>
      <w:pPr>
        <w:spacing w:after="120" w:line="276" w:lineRule="auto"/>
      </w:pPr>
      <w:r>
        <w:t>Perseverance is not glamorous.</w:t>
      </w:r>
    </w:p>
    <w:p/>
    <w:p>
      <w:pPr>
        <w:spacing w:after="120" w:line="276" w:lineRule="auto"/>
      </w:pPr>
      <w:r>
        <w:t>Grace is not always loud.</w:t>
      </w:r>
    </w:p>
    <w:p/>
    <w:p>
      <w:pPr>
        <w:spacing w:after="120" w:line="276" w:lineRule="auto"/>
      </w:pPr>
      <w:r>
        <w:t>But together, they can carry a life.</w:t>
      </w:r>
    </w:p>
    <w:p/>
    <w:p>
      <w:pPr>
        <w:spacing w:after="120" w:line="276" w:lineRule="auto"/>
      </w:pPr>
      <w:r>
        <w:t>Against all odds.</w:t>
      </w:r>
    </w:p>
    <w:p/>
    <w:p>
      <w:pPr>
        <w:pStyle w:val="Heading3"/>
      </w:pPr>
      <w:r>
        <w:t>And then, one day, without fanfare, you may look up and realise:</w:t>
      </w:r>
    </w:p>
    <w:p/>
    <w:p>
      <w:pPr>
        <w:spacing w:after="120" w:line="276" w:lineRule="auto"/>
      </w:pPr>
      <w:r>
        <w:t>You are still here.</w:t>
      </w:r>
    </w:p>
    <w:p/>
    <w:p>
      <w:pPr>
        <w:spacing w:after="120" w:line="276" w:lineRule="auto"/>
      </w:pPr>
      <w:r>
        <w:t>And you are not alone.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artHeading">
    <w:name w:val="PartHeading"/>
    <w:basedOn w:val="Heading1"/>
    <w:rPr>
      <w:rFonts w:ascii="Times New Roman" w:hAnsi="Times New Roman" w:eastAsia="Times New Roman"/>
      <w:b/>
      <w:sz w:val="32"/>
    </w:rPr>
  </w:style>
  <w:style w:type="paragraph" w:customStyle="1" w:styleId="ChapterHeading">
    <w:name w:val="ChapterHeading"/>
    <w:basedOn w:val="Heading2"/>
    <w:rPr>
      <w:rFonts w:ascii="Times New Roman" w:hAnsi="Times New Roman" w:eastAsia="Times New Roman"/>
      <w:b/>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