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827D3" w14:textId="77777777" w:rsidR="00A02ED2" w:rsidRDefault="00F83594">
      <w:pPr>
        <w:jc w:val="center"/>
      </w:pPr>
      <w:r>
        <w:rPr>
          <w:b/>
        </w:rPr>
        <w:t>THE CRIMSON BOND</w:t>
      </w:r>
    </w:p>
    <w:p w14:paraId="59EC9A93" w14:textId="77777777" w:rsidR="00A02ED2" w:rsidRDefault="00A02ED2"/>
    <w:p w14:paraId="64F2D9D5" w14:textId="77777777" w:rsidR="00A02ED2" w:rsidRDefault="00F83594">
      <w:pPr>
        <w:jc w:val="center"/>
      </w:pPr>
      <w:r>
        <w:t>by Shelby Nichole</w:t>
      </w:r>
    </w:p>
    <w:p w14:paraId="539BB7D0" w14:textId="77777777" w:rsidR="00A02ED2" w:rsidRDefault="00F83594">
      <w:r>
        <w:br w:type="page"/>
      </w:r>
    </w:p>
    <w:p w14:paraId="5A509F9B" w14:textId="7F6DC8C7" w:rsidR="00E94BAC" w:rsidRPr="00E94BAC" w:rsidRDefault="00F83594" w:rsidP="00E94BAC">
      <w:pPr>
        <w:jc w:val="center"/>
        <w:rPr>
          <w:b/>
          <w:bCs/>
        </w:rPr>
      </w:pPr>
      <w:r w:rsidRPr="00E94BAC">
        <w:rPr>
          <w:b/>
          <w:bCs/>
        </w:rPr>
        <w:lastRenderedPageBreak/>
        <w:t>CHAPTER ONE</w:t>
      </w:r>
    </w:p>
    <w:p w14:paraId="5ED8ECD7" w14:textId="3EACC5E8" w:rsidR="006508B7" w:rsidRPr="006508B7" w:rsidRDefault="00006203" w:rsidP="006508B7">
      <w:pPr>
        <w:spacing w:line="276" w:lineRule="auto"/>
      </w:pPr>
      <w:r w:rsidRPr="00006203">
        <w:t xml:space="preserve">My </w:t>
      </w:r>
      <w:r w:rsidR="006508B7" w:rsidRPr="006508B7">
        <w:t>father ended a war with a signature. I might start one by stepping out of this carriage.</w:t>
      </w:r>
    </w:p>
    <w:p w14:paraId="4302F01D" w14:textId="77777777" w:rsidR="006508B7" w:rsidRPr="006508B7" w:rsidRDefault="006508B7" w:rsidP="006508B7">
      <w:pPr>
        <w:spacing w:line="276" w:lineRule="auto"/>
      </w:pPr>
      <w:r w:rsidRPr="006508B7">
        <w:t>The checkpoint rises before me, carved directly into the mountainside like a wound that never healed. Silver veins thread through black stone, faintly glowing with the kind of magic that makes my skin prickle. I adjust my posture, spine straight, shoulders relaxed—the perfect diplomatic silhouette against the thin mountain air that already makes my lungs burn with each careful breath. The vampire guards watch my approach with eyes that don’t blink often enough, their stillness more unsettling than any overt hostility could be.</w:t>
      </w:r>
    </w:p>
    <w:p w14:paraId="62C2539D" w14:textId="77777777" w:rsidR="006508B7" w:rsidRPr="006508B7" w:rsidRDefault="006508B7" w:rsidP="006508B7">
      <w:pPr>
        <w:spacing w:line="276" w:lineRule="auto"/>
      </w:pPr>
      <w:r w:rsidRPr="006508B7">
        <w:t xml:space="preserve">The path narrows as I reach them, forcing </w:t>
      </w:r>
      <w:proofErr w:type="gramStart"/>
      <w:r w:rsidRPr="006508B7">
        <w:t>close proximity</w:t>
      </w:r>
      <w:proofErr w:type="gramEnd"/>
      <w:r w:rsidRPr="006508B7">
        <w:t xml:space="preserve"> that feels deliberate. A design choice. Make the humans uncomfortable before they’ve said a word.</w:t>
      </w:r>
    </w:p>
    <w:p w14:paraId="540E8806" w14:textId="77777777" w:rsidR="006508B7" w:rsidRPr="006508B7" w:rsidRDefault="006508B7" w:rsidP="006508B7">
      <w:pPr>
        <w:spacing w:line="276" w:lineRule="auto"/>
      </w:pPr>
      <w:r w:rsidRPr="006508B7">
        <w:t>I extend my diplomatic credentials, the parchment heavy with embossed seals and silver filigree. My hand doesn’t shake. I’ve trained too long for such obvious tells.</w:t>
      </w:r>
    </w:p>
    <w:p w14:paraId="4C852DCA" w14:textId="77777777" w:rsidR="006508B7" w:rsidRPr="006508B7" w:rsidRDefault="006508B7" w:rsidP="006508B7">
      <w:pPr>
        <w:spacing w:line="276" w:lineRule="auto"/>
      </w:pPr>
      <w:r w:rsidRPr="006508B7">
        <w:t>“Alice Everhart,” says the taller guard, his voice smooth as polished stone. “Daughter of Treaty Signatory Marcus Everhart.”</w:t>
      </w:r>
    </w:p>
    <w:p w14:paraId="2C3A6F88" w14:textId="77777777" w:rsidR="006508B7" w:rsidRPr="006508B7" w:rsidRDefault="006508B7" w:rsidP="006508B7">
      <w:pPr>
        <w:spacing w:line="276" w:lineRule="auto"/>
      </w:pPr>
      <w:r w:rsidRPr="006508B7">
        <w:t>He doesn’t phrase it as a question. They know exactly who I am.</w:t>
      </w:r>
    </w:p>
    <w:p w14:paraId="58D58361" w14:textId="77777777" w:rsidR="006508B7" w:rsidRPr="006508B7" w:rsidRDefault="006508B7" w:rsidP="006508B7">
      <w:pPr>
        <w:spacing w:line="276" w:lineRule="auto"/>
      </w:pPr>
      <w:r w:rsidRPr="006508B7">
        <w:t>“Yes,” I reply, because confirmation is expected, even when unnecessary.</w:t>
      </w:r>
    </w:p>
    <w:p w14:paraId="121E0B50" w14:textId="77777777" w:rsidR="006508B7" w:rsidRPr="006508B7" w:rsidRDefault="006508B7" w:rsidP="006508B7">
      <w:pPr>
        <w:spacing w:line="276" w:lineRule="auto"/>
      </w:pPr>
      <w:r w:rsidRPr="006508B7">
        <w:t>The guard’s pale fingers hover over my credentials without touching them. He’s checking the seals—testing the proof built into the paper itself. His eyes—black, with no clear iris—flick up to meet mine.</w:t>
      </w:r>
    </w:p>
    <w:p w14:paraId="25A4C532" w14:textId="77777777" w:rsidR="006508B7" w:rsidRPr="006508B7" w:rsidRDefault="006508B7" w:rsidP="006508B7">
      <w:pPr>
        <w:spacing w:line="276" w:lineRule="auto"/>
      </w:pPr>
      <w:r w:rsidRPr="006508B7">
        <w:t>“State your purpose in Beaumont.”</w:t>
      </w:r>
    </w:p>
    <w:p w14:paraId="3D2DCD6E" w14:textId="77777777" w:rsidR="006508B7" w:rsidRPr="006508B7" w:rsidRDefault="006508B7" w:rsidP="006508B7">
      <w:pPr>
        <w:spacing w:line="276" w:lineRule="auto"/>
      </w:pPr>
      <w:r w:rsidRPr="006508B7">
        <w:t>“Diplomatic inquiry regarding alleged treaty violations.” My voice carries clearly in the mountain air. “As is my right under the Crimson Accord.”</w:t>
      </w:r>
    </w:p>
    <w:p w14:paraId="212ECCA1" w14:textId="77777777" w:rsidR="006508B7" w:rsidRPr="006508B7" w:rsidRDefault="006508B7" w:rsidP="006508B7">
      <w:pPr>
        <w:spacing w:line="276" w:lineRule="auto"/>
      </w:pPr>
      <w:r w:rsidRPr="006508B7">
        <w:t>The second guard steps forward, her movements too fluid to be human. “We were not informed of any diplomatic visit.”</w:t>
      </w:r>
    </w:p>
    <w:p w14:paraId="1B6D03E6" w14:textId="77777777" w:rsidR="006508B7" w:rsidRPr="006508B7" w:rsidRDefault="006508B7" w:rsidP="006508B7">
      <w:pPr>
        <w:spacing w:line="276" w:lineRule="auto"/>
      </w:pPr>
      <w:r w:rsidRPr="006508B7">
        <w:t>I smile without showing teeth. “That would defeat the purpose of an inquiry into unauthorized activities, wouldn’t it?”</w:t>
      </w:r>
    </w:p>
    <w:p w14:paraId="403B4600" w14:textId="77777777" w:rsidR="006508B7" w:rsidRPr="006508B7" w:rsidRDefault="006508B7" w:rsidP="006508B7">
      <w:pPr>
        <w:spacing w:line="276" w:lineRule="auto"/>
      </w:pPr>
      <w:r w:rsidRPr="006508B7">
        <w:t>Neither guard reacts visibly, but the air between us chills by several degrees. The female guard takes my credentials, examining the seals with unnerving focus.</w:t>
      </w:r>
    </w:p>
    <w:p w14:paraId="3CF957B9" w14:textId="77777777" w:rsidR="006508B7" w:rsidRPr="006508B7" w:rsidRDefault="006508B7" w:rsidP="006508B7">
      <w:pPr>
        <w:spacing w:line="276" w:lineRule="auto"/>
      </w:pPr>
      <w:r w:rsidRPr="006508B7">
        <w:t>“These appear genuine.”</w:t>
      </w:r>
    </w:p>
    <w:p w14:paraId="44A7395C" w14:textId="77777777" w:rsidR="006508B7" w:rsidRPr="006508B7" w:rsidRDefault="006508B7" w:rsidP="006508B7">
      <w:pPr>
        <w:spacing w:line="276" w:lineRule="auto"/>
      </w:pPr>
      <w:r w:rsidRPr="006508B7">
        <w:t>“They are.”</w:t>
      </w:r>
    </w:p>
    <w:p w14:paraId="5E506080" w14:textId="77777777" w:rsidR="006508B7" w:rsidRPr="006508B7" w:rsidRDefault="006508B7" w:rsidP="006508B7">
      <w:pPr>
        <w:spacing w:line="276" w:lineRule="auto"/>
      </w:pPr>
      <w:r w:rsidRPr="006508B7">
        <w:lastRenderedPageBreak/>
        <w:t>My lungs strain against the altitude, but I breathe slowly through my nose. The trick to diplomacy with vampires: never let them hear your heartbeat quicken. They interpret even normal human reactions as weakness.</w:t>
      </w:r>
    </w:p>
    <w:p w14:paraId="4C9305C9" w14:textId="77777777" w:rsidR="006508B7" w:rsidRPr="006508B7" w:rsidRDefault="006508B7" w:rsidP="006508B7">
      <w:pPr>
        <w:spacing w:line="276" w:lineRule="auto"/>
      </w:pPr>
      <w:r w:rsidRPr="006508B7">
        <w:t>The first guard presses his palm against a section of the stone wall. Silver light spreads from his hand through the veins in the rock. The gateway illuminates, patterns shifting across the surface like ripples in mercury.</w:t>
      </w:r>
    </w:p>
    <w:p w14:paraId="3F51D074" w14:textId="77777777" w:rsidR="006508B7" w:rsidRPr="006508B7" w:rsidRDefault="006508B7" w:rsidP="006508B7">
      <w:pPr>
        <w:spacing w:line="276" w:lineRule="auto"/>
      </w:pPr>
      <w:r w:rsidRPr="006508B7">
        <w:t>“You will be escorted to the palace.” He speaks without looking at me. “Deviations from the approved path will be considered a breach of diplomatic protocol.”</w:t>
      </w:r>
    </w:p>
    <w:p w14:paraId="40B6C337" w14:textId="77777777" w:rsidR="006508B7" w:rsidRPr="006508B7" w:rsidRDefault="006508B7" w:rsidP="006508B7">
      <w:pPr>
        <w:spacing w:line="276" w:lineRule="auto"/>
      </w:pPr>
      <w:r w:rsidRPr="006508B7">
        <w:t>“I understand the terms of passage.”</w:t>
      </w:r>
    </w:p>
    <w:p w14:paraId="3E6BDCFD" w14:textId="77777777" w:rsidR="006508B7" w:rsidRPr="006508B7" w:rsidRDefault="006508B7" w:rsidP="006508B7">
      <w:pPr>
        <w:spacing w:line="276" w:lineRule="auto"/>
      </w:pPr>
      <w:r w:rsidRPr="006508B7">
        <w:t>The silver light intensifies, and the solid rock face splits down the center, parting like curtains drawn by invisible hands. No grinding stone, no mechanical sound—just silent, impossible movement.</w:t>
      </w:r>
    </w:p>
    <w:p w14:paraId="4B099EBD" w14:textId="77777777" w:rsidR="006508B7" w:rsidRPr="006508B7" w:rsidRDefault="006508B7" w:rsidP="006508B7">
      <w:pPr>
        <w:spacing w:line="276" w:lineRule="auto"/>
      </w:pPr>
      <w:r w:rsidRPr="006508B7">
        <w:t>My first glimpse of Beaumont steals the breath I’ve been carefully measuring.</w:t>
      </w:r>
    </w:p>
    <w:p w14:paraId="4B1BA7C7" w14:textId="77777777" w:rsidR="006508B7" w:rsidRPr="006508B7" w:rsidRDefault="006508B7" w:rsidP="006508B7">
      <w:pPr>
        <w:spacing w:line="276" w:lineRule="auto"/>
      </w:pPr>
      <w:r w:rsidRPr="006508B7">
        <w:t>The vampire capital doesn’t sit on the mountain; it is the mountain, transformed. Black towers rise from sheer cliff faces as if the rock itself decided to reach for the stars. Terraces cut into the slopes at precise angles, connected by bridges that span dizzying drops with delicate arches. Everything gleams with a subtle polish that makes the city look wet, though the air here is dry enough to make my lips crack.</w:t>
      </w:r>
    </w:p>
    <w:p w14:paraId="7F006571" w14:textId="77777777" w:rsidR="006508B7" w:rsidRPr="006508B7" w:rsidRDefault="006508B7" w:rsidP="006508B7">
      <w:pPr>
        <w:spacing w:line="276" w:lineRule="auto"/>
      </w:pPr>
      <w:r w:rsidRPr="006508B7">
        <w:t>A vampire attendant materializes at my side—I refuse to flinch—and gestures toward a narrow path winding upward.</w:t>
      </w:r>
    </w:p>
    <w:p w14:paraId="4D408C52" w14:textId="77777777" w:rsidR="006508B7" w:rsidRPr="006508B7" w:rsidRDefault="006508B7" w:rsidP="006508B7">
      <w:pPr>
        <w:spacing w:line="276" w:lineRule="auto"/>
      </w:pPr>
      <w:r w:rsidRPr="006508B7">
        <w:t>“This way, Diplomat Everhart.”</w:t>
      </w:r>
    </w:p>
    <w:p w14:paraId="405411C3" w14:textId="77777777" w:rsidR="006508B7" w:rsidRPr="006508B7" w:rsidRDefault="006508B7" w:rsidP="006508B7">
      <w:pPr>
        <w:spacing w:line="276" w:lineRule="auto"/>
      </w:pPr>
      <w:r w:rsidRPr="006508B7">
        <w:t>I follow, noting how the path is deliberately sized for single-file procession. Another subtle reminder: I am alone here.</w:t>
      </w:r>
    </w:p>
    <w:p w14:paraId="743A35DC" w14:textId="77777777" w:rsidR="006508B7" w:rsidRPr="006508B7" w:rsidRDefault="006508B7" w:rsidP="006508B7">
      <w:pPr>
        <w:spacing w:line="276" w:lineRule="auto"/>
      </w:pPr>
      <w:r w:rsidRPr="006508B7">
        <w:t>Blue lanterns line our route, their flames perfectly still despite the mountain breeze that cuts through my coat. I’ve read about these—defensive lights, fed by magic instead of oil. Their unwavering glow makes shadows look sharp and unforgiving.</w:t>
      </w:r>
    </w:p>
    <w:p w14:paraId="783138D2" w14:textId="77777777" w:rsidR="006508B7" w:rsidRPr="006508B7" w:rsidRDefault="006508B7" w:rsidP="006508B7">
      <w:pPr>
        <w:spacing w:line="276" w:lineRule="auto"/>
      </w:pPr>
      <w:r w:rsidRPr="006508B7">
        <w:t>“The lights,” I say, testing whether my escort will engage. “They’re connected to Beaumont’s defenses?”</w:t>
      </w:r>
    </w:p>
    <w:p w14:paraId="135DD2E4" w14:textId="77777777" w:rsidR="006508B7" w:rsidRPr="006508B7" w:rsidRDefault="006508B7" w:rsidP="006508B7">
      <w:pPr>
        <w:spacing w:line="276" w:lineRule="auto"/>
      </w:pPr>
      <w:r w:rsidRPr="006508B7">
        <w:t>“They are part of Beaumont’s protection,” he replies, offering nothing more.</w:t>
      </w:r>
    </w:p>
    <w:p w14:paraId="11703F63" w14:textId="77777777" w:rsidR="006508B7" w:rsidRPr="006508B7" w:rsidRDefault="006508B7" w:rsidP="006508B7">
      <w:pPr>
        <w:spacing w:line="276" w:lineRule="auto"/>
      </w:pPr>
      <w:r w:rsidRPr="006508B7">
        <w:t xml:space="preserve">I catalog details as we climb. The stone beneath my boots is unnaturally smooth but not slippery, as if someone decided exactly how much friction a visitor should be allowed. The air </w:t>
      </w:r>
      <w:r w:rsidRPr="006508B7">
        <w:lastRenderedPageBreak/>
        <w:t>grows warmer the deeper we go, even though we’re still outdoors. The mountain holds heat like a secret. Or the magic does.</w:t>
      </w:r>
    </w:p>
    <w:p w14:paraId="1A3C622E" w14:textId="77777777" w:rsidR="006508B7" w:rsidRPr="006508B7" w:rsidRDefault="006508B7" w:rsidP="006508B7">
      <w:pPr>
        <w:spacing w:line="276" w:lineRule="auto"/>
      </w:pPr>
      <w:r w:rsidRPr="006508B7">
        <w:t>Vampire attendants move about their business on adjacent paths, their steps too light, their movements too precise. They don’t stare—that would be vulgar—but they notice me. Their heads turn just enough to track my passage, nostrils flaring slightly as they catch my human scent.</w:t>
      </w:r>
    </w:p>
    <w:p w14:paraId="198F2E71" w14:textId="77777777" w:rsidR="006508B7" w:rsidRPr="006508B7" w:rsidRDefault="006508B7" w:rsidP="006508B7">
      <w:pPr>
        <w:spacing w:line="276" w:lineRule="auto"/>
      </w:pPr>
      <w:r w:rsidRPr="006508B7">
        <w:t>Some look away with obvious disdain. Others watch with clinical interest, like naturalists observing an unusual specimen. A few—the oldest ones, I suspect, based on their formal attire—regard me with expressions I can’t quite interpret. Not hunger, exactly. Something more complicated. Memory, maybe. Of the time before a treaty told them what they could and couldn’t take.</w:t>
      </w:r>
    </w:p>
    <w:p w14:paraId="24F57394" w14:textId="77777777" w:rsidR="006508B7" w:rsidRPr="006508B7" w:rsidRDefault="006508B7" w:rsidP="006508B7">
      <w:pPr>
        <w:spacing w:line="276" w:lineRule="auto"/>
      </w:pPr>
      <w:r w:rsidRPr="006508B7">
        <w:t>“The architecture,” I say, partly to distract myself from their attention. “It’s remarkable how it integrates with the mountain.”</w:t>
      </w:r>
    </w:p>
    <w:p w14:paraId="775FB606" w14:textId="77777777" w:rsidR="006508B7" w:rsidRPr="006508B7" w:rsidRDefault="006508B7" w:rsidP="006508B7">
      <w:pPr>
        <w:spacing w:line="276" w:lineRule="auto"/>
      </w:pPr>
      <w:r w:rsidRPr="006508B7">
        <w:t>My escort glances back. “Beaumont was not built. It was revealed.”</w:t>
      </w:r>
    </w:p>
    <w:p w14:paraId="2DD70C67" w14:textId="77777777" w:rsidR="006508B7" w:rsidRPr="006508B7" w:rsidRDefault="006508B7" w:rsidP="006508B7">
      <w:pPr>
        <w:spacing w:line="276" w:lineRule="auto"/>
      </w:pPr>
      <w:r w:rsidRPr="006508B7">
        <w:t>“Revealed?”</w:t>
      </w:r>
    </w:p>
    <w:p w14:paraId="2E038770" w14:textId="77777777" w:rsidR="006508B7" w:rsidRPr="006508B7" w:rsidRDefault="006508B7" w:rsidP="006508B7">
      <w:pPr>
        <w:spacing w:line="276" w:lineRule="auto"/>
      </w:pPr>
      <w:r w:rsidRPr="006508B7">
        <w:t>“Our ancestors removed what did not belong, leaving only what was meant to be.”</w:t>
      </w:r>
    </w:p>
    <w:p w14:paraId="586F9A1E" w14:textId="77777777" w:rsidR="006508B7" w:rsidRPr="006508B7" w:rsidRDefault="006508B7" w:rsidP="006508B7">
      <w:pPr>
        <w:spacing w:line="276" w:lineRule="auto"/>
      </w:pPr>
      <w:r w:rsidRPr="006508B7">
        <w:t>I consider that as we pass through an archway where the stone has been carved so thin that light filters through it, casting patterns on the path ahead. The vampires see their city as inevitable—not a construction but a truth uncovered.</w:t>
      </w:r>
    </w:p>
    <w:p w14:paraId="4C786736" w14:textId="77777777" w:rsidR="006508B7" w:rsidRPr="006508B7" w:rsidRDefault="006508B7" w:rsidP="006508B7">
      <w:pPr>
        <w:spacing w:line="276" w:lineRule="auto"/>
      </w:pPr>
      <w:r w:rsidRPr="006508B7">
        <w:t>My father would have appreciated the philosophy. I’m more concerned with what this mindset does to treaties. If they believe the mountain wanted them here, then the border line might feel… negotiable.</w:t>
      </w:r>
    </w:p>
    <w:p w14:paraId="421C5530" w14:textId="77777777" w:rsidR="006508B7" w:rsidRPr="006508B7" w:rsidRDefault="006508B7" w:rsidP="006508B7">
      <w:pPr>
        <w:spacing w:line="276" w:lineRule="auto"/>
      </w:pPr>
      <w:r w:rsidRPr="006508B7">
        <w:t>We approach another gateway, this one flanked by guards in armor that gleams like oil on water. Their presence marks the shift from the outer city to the palace proper. My escort stops and gestures for me to proceed.</w:t>
      </w:r>
    </w:p>
    <w:p w14:paraId="53FCF2B8" w14:textId="77777777" w:rsidR="006508B7" w:rsidRPr="006508B7" w:rsidRDefault="006508B7" w:rsidP="006508B7">
      <w:pPr>
        <w:spacing w:line="276" w:lineRule="auto"/>
      </w:pPr>
      <w:r w:rsidRPr="006508B7">
        <w:t>The palace entrance yawns before me, a mouth in the mountain’s face. No doors. Just an opening where the stone has been carved back to reveal a passage lined with those same unwavering blue lights. From within comes a faint hum—like a chord held too long—vibrating in my teeth.</w:t>
      </w:r>
    </w:p>
    <w:p w14:paraId="29F86658" w14:textId="77777777" w:rsidR="006508B7" w:rsidRPr="006508B7" w:rsidRDefault="006508B7" w:rsidP="006508B7">
      <w:pPr>
        <w:spacing w:line="276" w:lineRule="auto"/>
      </w:pPr>
      <w:r w:rsidRPr="006508B7">
        <w:t>I straighten my jacket, adjust my diplomatic pin, and step forward into Beaumont’s heart.</w:t>
      </w:r>
    </w:p>
    <w:p w14:paraId="397B0E38" w14:textId="77777777" w:rsidR="006508B7" w:rsidRPr="006508B7" w:rsidRDefault="006508B7" w:rsidP="006508B7">
      <w:pPr>
        <w:spacing w:line="276" w:lineRule="auto"/>
      </w:pPr>
      <w:r w:rsidRPr="006508B7">
        <w:t xml:space="preserve">Crossing the threshold feels immediate—like walking through a spider’s web I can’t see but </w:t>
      </w:r>
      <w:proofErr w:type="gramStart"/>
      <w:r w:rsidRPr="006508B7">
        <w:t>definitely feel</w:t>
      </w:r>
      <w:proofErr w:type="gramEnd"/>
      <w:r w:rsidRPr="006508B7">
        <w:t>, clinging to my skin.</w:t>
      </w:r>
    </w:p>
    <w:p w14:paraId="40DD426D" w14:textId="77777777" w:rsidR="006508B7" w:rsidRPr="006508B7" w:rsidRDefault="006508B7" w:rsidP="006508B7">
      <w:pPr>
        <w:spacing w:line="276" w:lineRule="auto"/>
      </w:pPr>
      <w:r w:rsidRPr="006508B7">
        <w:lastRenderedPageBreak/>
        <w:t>The magic notices me.</w:t>
      </w:r>
    </w:p>
    <w:p w14:paraId="034A1F66" w14:textId="77777777" w:rsidR="006508B7" w:rsidRPr="006508B7" w:rsidRDefault="006508B7" w:rsidP="006508B7">
      <w:pPr>
        <w:spacing w:line="276" w:lineRule="auto"/>
      </w:pPr>
      <w:r w:rsidRPr="006508B7">
        <w:t>It knows I don’t belong.</w:t>
      </w:r>
    </w:p>
    <w:p w14:paraId="4DA350B0" w14:textId="77777777" w:rsidR="006508B7" w:rsidRPr="006508B7" w:rsidRDefault="006508B7" w:rsidP="006508B7">
      <w:pPr>
        <w:spacing w:line="276" w:lineRule="auto"/>
      </w:pPr>
      <w:r w:rsidRPr="006508B7">
        <w:t>I keep walking anyway, each step a small act of diplomatic defiance. After all, I’m here to prove something has gone very wrong with the peace my father helped create. The treaty line has been crossed. Blood has been spilled.</w:t>
      </w:r>
    </w:p>
    <w:p w14:paraId="0D5B5878" w14:textId="77777777" w:rsidR="006508B7" w:rsidRPr="006508B7" w:rsidRDefault="006508B7" w:rsidP="006508B7">
      <w:pPr>
        <w:spacing w:line="276" w:lineRule="auto"/>
      </w:pPr>
      <w:r w:rsidRPr="006508B7">
        <w:t>And I intend to find out why.</w:t>
      </w:r>
    </w:p>
    <w:p w14:paraId="045DA6A0" w14:textId="77777777" w:rsidR="006508B7" w:rsidRPr="006508B7" w:rsidRDefault="006508B7" w:rsidP="006508B7">
      <w:pPr>
        <w:spacing w:line="276" w:lineRule="auto"/>
      </w:pPr>
      <w:r w:rsidRPr="006508B7">
        <w:t>My escort leads me deeper into the palace, each corridor more imposing than the last. The ceiling arches high overhead, black stone polished to a mirror sheen that reflects the lanterns in perfect twin points of light. Silver channels run through the walls like veins in a living organism, faintly pulsing as we pass.</w:t>
      </w:r>
    </w:p>
    <w:p w14:paraId="17CDEFFD" w14:textId="77777777" w:rsidR="006508B7" w:rsidRPr="006508B7" w:rsidRDefault="006508B7" w:rsidP="006508B7">
      <w:pPr>
        <w:spacing w:line="276" w:lineRule="auto"/>
      </w:pPr>
      <w:r w:rsidRPr="006508B7">
        <w:t>I wonder if the palace is watching me. Measuring me. Listening.</w:t>
      </w:r>
    </w:p>
    <w:p w14:paraId="527C88A9" w14:textId="77777777" w:rsidR="006508B7" w:rsidRPr="006508B7" w:rsidRDefault="006508B7" w:rsidP="006508B7">
      <w:pPr>
        <w:spacing w:line="276" w:lineRule="auto"/>
      </w:pPr>
      <w:r w:rsidRPr="006508B7">
        <w:t xml:space="preserve">The vampire beside me maintains perfect silence except when </w:t>
      </w:r>
      <w:proofErr w:type="gramStart"/>
      <w:r w:rsidRPr="006508B7">
        <w:t>absolutely necessary</w:t>
      </w:r>
      <w:proofErr w:type="gramEnd"/>
      <w:r w:rsidRPr="006508B7">
        <w:t>, as if speaking to a human might contaminate the air.</w:t>
      </w:r>
    </w:p>
    <w:p w14:paraId="0E93ADBD" w14:textId="77777777" w:rsidR="006508B7" w:rsidRPr="006508B7" w:rsidRDefault="006508B7" w:rsidP="006508B7">
      <w:pPr>
        <w:spacing w:line="276" w:lineRule="auto"/>
      </w:pPr>
      <w:r w:rsidRPr="006508B7">
        <w:t>I track our path by counting turns—two lefts, a right, then a long straight passage that slopes gradually upward. The diplomat’s version of leaving breadcrumbs. Not that I could escape if I wanted to; the palace feels like a maze designed to make you forget what “outside” even means.</w:t>
      </w:r>
    </w:p>
    <w:p w14:paraId="527CE62E" w14:textId="77777777" w:rsidR="006508B7" w:rsidRPr="006508B7" w:rsidRDefault="006508B7" w:rsidP="006508B7">
      <w:pPr>
        <w:spacing w:line="276" w:lineRule="auto"/>
      </w:pPr>
      <w:r w:rsidRPr="006508B7">
        <w:t>“The silver channels,” I say, pointing to where the metal veins converge in an intricate pattern overhead. “They’re part of the defense system?”</w:t>
      </w:r>
    </w:p>
    <w:p w14:paraId="1C97473C" w14:textId="77777777" w:rsidR="006508B7" w:rsidRPr="006508B7" w:rsidRDefault="006508B7" w:rsidP="006508B7">
      <w:pPr>
        <w:spacing w:line="276" w:lineRule="auto"/>
      </w:pPr>
      <w:r w:rsidRPr="006508B7">
        <w:t>My escort glances at me sidelong, perhaps surprised I noticed. “They are the veins of Beaumont.”</w:t>
      </w:r>
    </w:p>
    <w:p w14:paraId="72947813" w14:textId="77777777" w:rsidR="006508B7" w:rsidRPr="006508B7" w:rsidRDefault="006508B7" w:rsidP="006508B7">
      <w:pPr>
        <w:spacing w:line="276" w:lineRule="auto"/>
      </w:pPr>
      <w:r w:rsidRPr="006508B7">
        <w:t>“Connected to the queen?”</w:t>
      </w:r>
    </w:p>
    <w:p w14:paraId="44CF6258" w14:textId="77777777" w:rsidR="006508B7" w:rsidRPr="006508B7" w:rsidRDefault="006508B7" w:rsidP="006508B7">
      <w:pPr>
        <w:spacing w:line="276" w:lineRule="auto"/>
      </w:pPr>
      <w:r w:rsidRPr="006508B7">
        <w:t>A pause. “All things in Beaumont are connected to Her Majesty.”</w:t>
      </w:r>
    </w:p>
    <w:p w14:paraId="62FCA3F5" w14:textId="77777777" w:rsidR="006508B7" w:rsidRPr="006508B7" w:rsidRDefault="006508B7" w:rsidP="006508B7">
      <w:pPr>
        <w:spacing w:line="276" w:lineRule="auto"/>
      </w:pPr>
      <w:r w:rsidRPr="006508B7">
        <w:t>The silver pulses once, almost like it recognizes her name. I study the pattern—not random, but not easy to read either. The channels narrow and widen in places, forming knots where the silver pools before branching outward again. In some sections, it takes on a faint bluish tint that matches the lantern flames.</w:t>
      </w:r>
    </w:p>
    <w:p w14:paraId="112ACD9E" w14:textId="77777777" w:rsidR="006508B7" w:rsidRPr="006508B7" w:rsidRDefault="006508B7" w:rsidP="006508B7">
      <w:pPr>
        <w:spacing w:line="276" w:lineRule="auto"/>
      </w:pPr>
      <w:r w:rsidRPr="006508B7">
        <w:t>“How much further to the throne room?” I ask.</w:t>
      </w:r>
    </w:p>
    <w:p w14:paraId="321ED12F" w14:textId="77777777" w:rsidR="006508B7" w:rsidRPr="006508B7" w:rsidRDefault="006508B7" w:rsidP="006508B7">
      <w:pPr>
        <w:spacing w:line="276" w:lineRule="auto"/>
      </w:pPr>
      <w:r w:rsidRPr="006508B7">
        <w:t>“We arrive when Her Majesty wishes us to arrive.”</w:t>
      </w:r>
    </w:p>
    <w:p w14:paraId="634BC70C" w14:textId="77777777" w:rsidR="006508B7" w:rsidRPr="006508B7" w:rsidRDefault="006508B7" w:rsidP="006508B7">
      <w:pPr>
        <w:spacing w:line="276" w:lineRule="auto"/>
      </w:pPr>
      <w:r w:rsidRPr="006508B7">
        <w:t>Helpful.</w:t>
      </w:r>
    </w:p>
    <w:p w14:paraId="6D20026E" w14:textId="77777777" w:rsidR="006508B7" w:rsidRPr="006508B7" w:rsidRDefault="006508B7" w:rsidP="006508B7">
      <w:pPr>
        <w:spacing w:line="276" w:lineRule="auto"/>
      </w:pPr>
      <w:r w:rsidRPr="006508B7">
        <w:lastRenderedPageBreak/>
        <w:t>We turn another corner, and the corridor widens dramatically. Two guards flank an archway tall enough to accommodate giants, their armor so deeply black it seems to swallow light. Unlike the others, these two wear half-masks of polished silver that cover their eyes and noses, leaving only their mouths visible.</w:t>
      </w:r>
    </w:p>
    <w:p w14:paraId="000A2575" w14:textId="77777777" w:rsidR="006508B7" w:rsidRPr="006508B7" w:rsidRDefault="006508B7" w:rsidP="006508B7">
      <w:pPr>
        <w:spacing w:line="276" w:lineRule="auto"/>
      </w:pPr>
      <w:r w:rsidRPr="006508B7">
        <w:t>My escort stops five precise paces from them. “Diplomat Alice Everhart to petition Her Majesty.”</w:t>
      </w:r>
    </w:p>
    <w:p w14:paraId="204BB7C6" w14:textId="77777777" w:rsidR="006508B7" w:rsidRPr="006508B7" w:rsidRDefault="006508B7" w:rsidP="006508B7">
      <w:pPr>
        <w:spacing w:line="276" w:lineRule="auto"/>
      </w:pPr>
      <w:r w:rsidRPr="006508B7">
        <w:t>Neither guard speaks. One turns his silver-masked face toward me, the metal catching light in a flash that momentarily blinds me. When my vision clears, he has stepped aside.</w:t>
      </w:r>
    </w:p>
    <w:p w14:paraId="13D5D83D" w14:textId="77777777" w:rsidR="006508B7" w:rsidRPr="006508B7" w:rsidRDefault="006508B7" w:rsidP="006508B7">
      <w:pPr>
        <w:spacing w:line="276" w:lineRule="auto"/>
      </w:pPr>
      <w:r w:rsidRPr="006508B7">
        <w:t>No words. No gestures. Just silent permission.</w:t>
      </w:r>
    </w:p>
    <w:p w14:paraId="0DD54AD8" w14:textId="77777777" w:rsidR="006508B7" w:rsidRPr="006508B7" w:rsidRDefault="006508B7" w:rsidP="006508B7">
      <w:pPr>
        <w:spacing w:line="276" w:lineRule="auto"/>
      </w:pPr>
      <w:r w:rsidRPr="006508B7">
        <w:t>“How should I address the queen?” I ask quietly as we approach the threshold.</w:t>
      </w:r>
    </w:p>
    <w:p w14:paraId="4AA4FA2A" w14:textId="77777777" w:rsidR="006508B7" w:rsidRPr="006508B7" w:rsidRDefault="006508B7" w:rsidP="006508B7">
      <w:pPr>
        <w:spacing w:line="276" w:lineRule="auto"/>
      </w:pPr>
      <w:r w:rsidRPr="006508B7">
        <w:t>“With respect,” my escort replies, which tells me nothing I didn’t already know.</w:t>
      </w:r>
    </w:p>
    <w:p w14:paraId="361DF1DA" w14:textId="77777777" w:rsidR="006508B7" w:rsidRPr="006508B7" w:rsidRDefault="006508B7" w:rsidP="006508B7">
      <w:pPr>
        <w:spacing w:line="276" w:lineRule="auto"/>
      </w:pPr>
      <w:r w:rsidRPr="006508B7">
        <w:t>The “doors” are not doors at all—just a seamless section of wall that suddenly sinks into the floor without sound, revealing the throne room beyond. I steel myself, remembering protocol. Walk at a measured pace. Stop at the third tile from the dais. Bow from the shoulders, not the waist. Make eye contact but don’t stare.</w:t>
      </w:r>
    </w:p>
    <w:p w14:paraId="35D414CF" w14:textId="77777777" w:rsidR="006508B7" w:rsidRPr="006508B7" w:rsidRDefault="006508B7" w:rsidP="006508B7">
      <w:pPr>
        <w:spacing w:line="276" w:lineRule="auto"/>
      </w:pPr>
      <w:r w:rsidRPr="006508B7">
        <w:t>The throne room unfolds before me, vast and solemn.</w:t>
      </w:r>
    </w:p>
    <w:p w14:paraId="242F1029" w14:textId="77777777" w:rsidR="006508B7" w:rsidRPr="006508B7" w:rsidRDefault="006508B7" w:rsidP="006508B7">
      <w:pPr>
        <w:spacing w:line="276" w:lineRule="auto"/>
      </w:pPr>
      <w:r w:rsidRPr="006508B7">
        <w:t>Black marble stretches forward like a frozen river, its surface so perfectly polished I can see my reflection with each step. The ceiling vaults upward into shadow, supported by pillars that twist like ancient trees fossilized in stone. Each pillar is carved with faces—hundreds of them, stacked one above the other, expressions ranging from serene to agonized.</w:t>
      </w:r>
    </w:p>
    <w:p w14:paraId="3C8BA8E5" w14:textId="77777777" w:rsidR="006508B7" w:rsidRPr="006508B7" w:rsidRDefault="006508B7" w:rsidP="006508B7">
      <w:pPr>
        <w:spacing w:line="276" w:lineRule="auto"/>
      </w:pPr>
      <w:r w:rsidRPr="006508B7">
        <w:t>Past rulers.</w:t>
      </w:r>
    </w:p>
    <w:p w14:paraId="54DB3547" w14:textId="77777777" w:rsidR="006508B7" w:rsidRPr="006508B7" w:rsidRDefault="006508B7" w:rsidP="006508B7">
      <w:pPr>
        <w:spacing w:line="276" w:lineRule="auto"/>
      </w:pPr>
      <w:r w:rsidRPr="006508B7">
        <w:t>Witnesses.</w:t>
      </w:r>
    </w:p>
    <w:p w14:paraId="7897C7B2" w14:textId="77777777" w:rsidR="006508B7" w:rsidRPr="006508B7" w:rsidRDefault="006508B7" w:rsidP="006508B7">
      <w:pPr>
        <w:spacing w:line="276" w:lineRule="auto"/>
      </w:pPr>
      <w:r w:rsidRPr="006508B7">
        <w:t>Behind the throne hangs an immense banner of deep crimson, embroidered with silver thread that catches the blue light. The emblem of the Crimson Accord dominates its center—a perfect circle split in two, with a human crown on one half and a vampire throne on the other.</w:t>
      </w:r>
    </w:p>
    <w:p w14:paraId="71D4EEDF" w14:textId="77777777" w:rsidR="006508B7" w:rsidRPr="006508B7" w:rsidRDefault="006508B7" w:rsidP="006508B7">
      <w:pPr>
        <w:spacing w:line="276" w:lineRule="auto"/>
      </w:pPr>
      <w:r w:rsidRPr="006508B7">
        <w:t>And seated before this backdrop of blood-colored fabric—Queen Valeria Beaumont.</w:t>
      </w:r>
    </w:p>
    <w:p w14:paraId="10DCE0EB" w14:textId="77777777" w:rsidR="006508B7" w:rsidRPr="006508B7" w:rsidRDefault="006508B7" w:rsidP="006508B7">
      <w:pPr>
        <w:spacing w:line="276" w:lineRule="auto"/>
      </w:pPr>
      <w:r w:rsidRPr="006508B7">
        <w:t>She doesn’t move as I approach. Not a shift of weight, not a tilt of head, not even a blink. The stillness is unnerving in its perfection, as though someone carved a statue and then decided to give it just enough life to judge you.</w:t>
      </w:r>
    </w:p>
    <w:p w14:paraId="04AD4D40" w14:textId="77777777" w:rsidR="006508B7" w:rsidRPr="006508B7" w:rsidRDefault="006508B7" w:rsidP="006508B7">
      <w:pPr>
        <w:spacing w:line="276" w:lineRule="auto"/>
      </w:pPr>
      <w:r w:rsidRPr="006508B7">
        <w:t xml:space="preserve">Her gown is black, structured and severe, with silver details that echo the same patterns running through the palace walls. Her face is all angles—high cheekbones, sharply defined jaw, </w:t>
      </w:r>
      <w:r w:rsidRPr="006508B7">
        <w:lastRenderedPageBreak/>
        <w:t>straight nose. Her eyes fix on me with predatory focus, their color a metallic gold that seems to swallow light instead of reflecting it.</w:t>
      </w:r>
    </w:p>
    <w:p w14:paraId="0779345F" w14:textId="77777777" w:rsidR="006508B7" w:rsidRPr="006508B7" w:rsidRDefault="006508B7" w:rsidP="006508B7">
      <w:pPr>
        <w:spacing w:line="276" w:lineRule="auto"/>
      </w:pPr>
      <w:r w:rsidRPr="006508B7">
        <w:t>Her hair falls in a single dark sheet to her waist, so black it takes on blue highlights where the lanterns touch it.</w:t>
      </w:r>
    </w:p>
    <w:p w14:paraId="4FDAC2C1" w14:textId="77777777" w:rsidR="006508B7" w:rsidRPr="006508B7" w:rsidRDefault="006508B7" w:rsidP="006508B7">
      <w:pPr>
        <w:spacing w:line="276" w:lineRule="auto"/>
      </w:pPr>
      <w:r w:rsidRPr="006508B7">
        <w:t>Court attendants line the walls in perfect formation, their stillness rivaling their queen’s. They wear formal blacks and deep crimsons, with silver jewelry that flashes when they make the slightest movement. Their eyes follow me—not with open hunger, but with the cold interest of people watching something risky happen.</w:t>
      </w:r>
    </w:p>
    <w:p w14:paraId="166E4054" w14:textId="77777777" w:rsidR="006508B7" w:rsidRPr="006508B7" w:rsidRDefault="006508B7" w:rsidP="006508B7">
      <w:pPr>
        <w:spacing w:line="276" w:lineRule="auto"/>
      </w:pPr>
      <w:r w:rsidRPr="006508B7">
        <w:t>I walk forward, counting my steps against my heartbeat. Sixteen steps. Twenty heartbeats. My pulse is quicker than I’d like. They can all hear it, I’m certain. To them, my approaching heartbeat must sound like a drum announcing my humanity with each thud.</w:t>
      </w:r>
    </w:p>
    <w:p w14:paraId="1EA6A4AB" w14:textId="77777777" w:rsidR="006508B7" w:rsidRPr="006508B7" w:rsidRDefault="006508B7" w:rsidP="006508B7">
      <w:pPr>
        <w:spacing w:line="276" w:lineRule="auto"/>
      </w:pPr>
      <w:r w:rsidRPr="006508B7">
        <w:t>The marble is cold through the soles of my boots. My reflection looks smaller than I feel, diminished by the vastness of the space. I focus on my posture—shoulders back, chin level, pace measured. Not hurrying. Not hesitating.</w:t>
      </w:r>
    </w:p>
    <w:p w14:paraId="7A07F8E7" w14:textId="77777777" w:rsidR="006508B7" w:rsidRPr="006508B7" w:rsidRDefault="006508B7" w:rsidP="006508B7">
      <w:pPr>
        <w:spacing w:line="276" w:lineRule="auto"/>
      </w:pPr>
      <w:r w:rsidRPr="006508B7">
        <w:t>Three tiles from the dais, I stop.</w:t>
      </w:r>
    </w:p>
    <w:p w14:paraId="1EE4AC62" w14:textId="77777777" w:rsidR="006508B7" w:rsidRPr="006508B7" w:rsidRDefault="006508B7" w:rsidP="006508B7">
      <w:pPr>
        <w:spacing w:line="276" w:lineRule="auto"/>
      </w:pPr>
      <w:r w:rsidRPr="006508B7">
        <w:t>I bow from the shoulders, the precise degree specified in the protocols. Not deep enough to suggest submission, not shallow enough to give offense.</w:t>
      </w:r>
    </w:p>
    <w:p w14:paraId="45B5E5D2" w14:textId="77777777" w:rsidR="006508B7" w:rsidRPr="006508B7" w:rsidRDefault="006508B7" w:rsidP="006508B7">
      <w:pPr>
        <w:spacing w:line="276" w:lineRule="auto"/>
      </w:pPr>
      <w:r w:rsidRPr="006508B7">
        <w:t>“Your Majesty,” I say, and my voice carries clearly in the silent hall.</w:t>
      </w:r>
    </w:p>
    <w:p w14:paraId="6E3E884C" w14:textId="77777777" w:rsidR="006508B7" w:rsidRPr="006508B7" w:rsidRDefault="006508B7" w:rsidP="006508B7">
      <w:pPr>
        <w:spacing w:line="276" w:lineRule="auto"/>
      </w:pPr>
      <w:r w:rsidRPr="006508B7">
        <w:t>Queen Valeria inclines her head a precise fraction. “Diplomat Everhart. You arrive unannounced.”</w:t>
      </w:r>
    </w:p>
    <w:p w14:paraId="6FFFB1BC" w14:textId="77777777" w:rsidR="006508B7" w:rsidRPr="006508B7" w:rsidRDefault="006508B7" w:rsidP="006508B7">
      <w:pPr>
        <w:spacing w:line="276" w:lineRule="auto"/>
      </w:pPr>
      <w:r w:rsidRPr="006508B7">
        <w:t>“The nature of my visit requires directness, Your Majesty.”</w:t>
      </w:r>
    </w:p>
    <w:p w14:paraId="3F526951" w14:textId="77777777" w:rsidR="006508B7" w:rsidRPr="006508B7" w:rsidRDefault="006508B7" w:rsidP="006508B7">
      <w:pPr>
        <w:spacing w:line="276" w:lineRule="auto"/>
      </w:pPr>
      <w:r w:rsidRPr="006508B7">
        <w:t>Her expression doesn’t change, but something shifts in the air—like a predator moving from rest to readiness.</w:t>
      </w:r>
    </w:p>
    <w:p w14:paraId="579F112E" w14:textId="77777777" w:rsidR="006508B7" w:rsidRPr="006508B7" w:rsidRDefault="006508B7" w:rsidP="006508B7">
      <w:pPr>
        <w:spacing w:line="276" w:lineRule="auto"/>
      </w:pPr>
      <w:r w:rsidRPr="006508B7">
        <w:t>“Then be direct.”</w:t>
      </w:r>
    </w:p>
    <w:p w14:paraId="0C62F9DD" w14:textId="77777777" w:rsidR="006508B7" w:rsidRPr="006508B7" w:rsidRDefault="006508B7" w:rsidP="006508B7">
      <w:pPr>
        <w:spacing w:line="276" w:lineRule="auto"/>
      </w:pPr>
      <w:r w:rsidRPr="006508B7">
        <w:t>I straighten to my full height.</w:t>
      </w:r>
    </w:p>
    <w:p w14:paraId="4C185931" w14:textId="77777777" w:rsidR="006508B7" w:rsidRPr="006508B7" w:rsidRDefault="006508B7" w:rsidP="006508B7">
      <w:pPr>
        <w:spacing w:line="276" w:lineRule="auto"/>
      </w:pPr>
      <w:r w:rsidRPr="006508B7">
        <w:t>“Three days ago, a convoy transporting sentenced criminals for authorized feeding was ambushed five miles south of the treaty line. Eight human guards were killed. The prisoners were taken.”</w:t>
      </w:r>
    </w:p>
    <w:p w14:paraId="5D2298B2" w14:textId="77777777" w:rsidR="006508B7" w:rsidRPr="006508B7" w:rsidRDefault="006508B7" w:rsidP="006508B7">
      <w:pPr>
        <w:spacing w:line="276" w:lineRule="auto"/>
      </w:pPr>
      <w:r w:rsidRPr="006508B7">
        <w:t>I let the silence sharpen before I add, “And they weren’t random bodies in chains.”</w:t>
      </w:r>
    </w:p>
    <w:p w14:paraId="1348D416" w14:textId="77777777" w:rsidR="006508B7" w:rsidRPr="006508B7" w:rsidRDefault="006508B7" w:rsidP="006508B7">
      <w:pPr>
        <w:spacing w:line="276" w:lineRule="auto"/>
      </w:pPr>
      <w:r w:rsidRPr="006508B7">
        <w:t>Valeria’s gaze tightens—just a fraction, but I catch it.</w:t>
      </w:r>
    </w:p>
    <w:p w14:paraId="6BFD0749" w14:textId="77777777" w:rsidR="006508B7" w:rsidRPr="006508B7" w:rsidRDefault="006508B7" w:rsidP="006508B7">
      <w:pPr>
        <w:spacing w:line="276" w:lineRule="auto"/>
      </w:pPr>
      <w:r w:rsidRPr="006508B7">
        <w:lastRenderedPageBreak/>
        <w:t>“They were approved for transfer,” I continue, keeping my voice steady. “Cleared under treaty terms. Which means someone wanted them badly enough to kill for them.”</w:t>
      </w:r>
    </w:p>
    <w:p w14:paraId="650D7DAB" w14:textId="77777777" w:rsidR="006508B7" w:rsidRPr="006508B7" w:rsidRDefault="006508B7" w:rsidP="006508B7">
      <w:pPr>
        <w:spacing w:line="276" w:lineRule="auto"/>
      </w:pPr>
      <w:r w:rsidRPr="006508B7">
        <w:t>Her attention locks. “Meaning?”</w:t>
      </w:r>
    </w:p>
    <w:p w14:paraId="519AF697" w14:textId="77777777" w:rsidR="006508B7" w:rsidRPr="006508B7" w:rsidRDefault="006508B7" w:rsidP="006508B7">
      <w:pPr>
        <w:spacing w:line="276" w:lineRule="auto"/>
      </w:pPr>
      <w:r w:rsidRPr="006508B7">
        <w:t>“Meaning if your people fed on blood taken in an unauthorized attack…” I don’t finish.</w:t>
      </w:r>
    </w:p>
    <w:p w14:paraId="40F2E728" w14:textId="77777777" w:rsidR="006508B7" w:rsidRPr="006508B7" w:rsidRDefault="006508B7" w:rsidP="006508B7">
      <w:pPr>
        <w:spacing w:line="276" w:lineRule="auto"/>
      </w:pPr>
      <w:r w:rsidRPr="006508B7">
        <w:t>I don’t have to.</w:t>
      </w:r>
    </w:p>
    <w:p w14:paraId="419ABD60" w14:textId="77777777" w:rsidR="006508B7" w:rsidRPr="006508B7" w:rsidRDefault="006508B7" w:rsidP="006508B7">
      <w:pPr>
        <w:spacing w:line="276" w:lineRule="auto"/>
      </w:pPr>
      <w:r w:rsidRPr="006508B7">
        <w:t>“And this—” I withdraw the silver object from my inner pocket, “—was found at the scene.”</w:t>
      </w:r>
    </w:p>
    <w:p w14:paraId="685FEF87" w14:textId="77777777" w:rsidR="006508B7" w:rsidRPr="006508B7" w:rsidRDefault="006508B7" w:rsidP="006508B7">
      <w:pPr>
        <w:spacing w:line="276" w:lineRule="auto"/>
      </w:pPr>
      <w:r w:rsidRPr="006508B7">
        <w:t>I hold it up so the court can see. It’s a ward-key, roughly the size of my thumb, etched with Beaumont’s royal insignia. The silver gleams in the blue light, the emblem unmistakable.</w:t>
      </w:r>
    </w:p>
    <w:p w14:paraId="4374FE36" w14:textId="77777777" w:rsidR="006508B7" w:rsidRPr="006508B7" w:rsidRDefault="006508B7" w:rsidP="006508B7">
      <w:pPr>
        <w:spacing w:line="276" w:lineRule="auto"/>
      </w:pPr>
      <w:r w:rsidRPr="006508B7">
        <w:t>“This key bears your seal, Your Majesty. It was used to disable the convoy’s protections before the attack. I am here to formally request an explanation for this breach of the Crimson Accord.”</w:t>
      </w:r>
    </w:p>
    <w:p w14:paraId="7A49343B" w14:textId="77777777" w:rsidR="006508B7" w:rsidRPr="006508B7" w:rsidRDefault="006508B7" w:rsidP="006508B7">
      <w:pPr>
        <w:spacing w:line="276" w:lineRule="auto"/>
      </w:pPr>
      <w:r w:rsidRPr="006508B7">
        <w:t>The silence that follows feels solid enough to touch. Not a whisper. Not a shift. Only the faintest tightening around the queen’s eyes proves she’s heard me at all.</w:t>
      </w:r>
    </w:p>
    <w:p w14:paraId="6565BABC" w14:textId="77777777" w:rsidR="006508B7" w:rsidRPr="006508B7" w:rsidRDefault="006508B7" w:rsidP="006508B7">
      <w:pPr>
        <w:spacing w:line="276" w:lineRule="auto"/>
      </w:pPr>
      <w:r w:rsidRPr="006508B7">
        <w:t>Her gaze doesn’t leave mine, but I feel the court’s attention intensify, pressing against me like a physical weight.</w:t>
      </w:r>
    </w:p>
    <w:p w14:paraId="0AB9AF84" w14:textId="77777777" w:rsidR="006508B7" w:rsidRPr="006508B7" w:rsidRDefault="006508B7" w:rsidP="006508B7">
      <w:pPr>
        <w:spacing w:line="276" w:lineRule="auto"/>
      </w:pPr>
      <w:r w:rsidRPr="006508B7">
        <w:t>I’ve just accused the vampire crown of violating the treaty that has kept peace for half a century. In their own throne room. Surrounded by their kind.</w:t>
      </w:r>
    </w:p>
    <w:p w14:paraId="108F200A" w14:textId="77777777" w:rsidR="006508B7" w:rsidRPr="006508B7" w:rsidRDefault="006508B7" w:rsidP="006508B7">
      <w:pPr>
        <w:spacing w:line="276" w:lineRule="auto"/>
      </w:pPr>
      <w:r w:rsidRPr="006508B7">
        <w:t>Diplomatic immunity suddenly feels like a very thin shield.</w:t>
      </w:r>
    </w:p>
    <w:p w14:paraId="5DCCE53D" w14:textId="77777777" w:rsidR="006508B7" w:rsidRPr="006508B7" w:rsidRDefault="006508B7" w:rsidP="006508B7">
      <w:pPr>
        <w:spacing w:line="276" w:lineRule="auto"/>
      </w:pPr>
      <w:r w:rsidRPr="006508B7">
        <w:t>For three heartbeats, Queen Valeria doesn’t respond. The silence stretches—deliberate. A tactic I recognize. Let them speak, then let them squirm.</w:t>
      </w:r>
    </w:p>
    <w:p w14:paraId="18834B8D" w14:textId="77777777" w:rsidR="006508B7" w:rsidRPr="006508B7" w:rsidRDefault="006508B7" w:rsidP="006508B7">
      <w:pPr>
        <w:spacing w:line="276" w:lineRule="auto"/>
      </w:pPr>
      <w:r w:rsidRPr="006508B7">
        <w:t xml:space="preserve">I maintain my </w:t>
      </w:r>
      <w:proofErr w:type="gramStart"/>
      <w:r w:rsidRPr="006508B7">
        <w:t>posture,</w:t>
      </w:r>
      <w:proofErr w:type="gramEnd"/>
      <w:r w:rsidRPr="006508B7">
        <w:t xml:space="preserve"> arm extended with the key displayed. My heartbeat sounds obscenely loud in the silent hall, but I refuse to lower my gaze or shift my weight.</w:t>
      </w:r>
    </w:p>
    <w:p w14:paraId="7FF61365" w14:textId="77777777" w:rsidR="006508B7" w:rsidRPr="006508B7" w:rsidRDefault="006508B7" w:rsidP="006508B7">
      <w:pPr>
        <w:spacing w:line="276" w:lineRule="auto"/>
      </w:pPr>
      <w:r w:rsidRPr="006508B7">
        <w:t>Finally, her voice cuts through the stillness like a blade through water.</w:t>
      </w:r>
    </w:p>
    <w:p w14:paraId="1E530C38" w14:textId="77777777" w:rsidR="006508B7" w:rsidRPr="006508B7" w:rsidRDefault="006508B7" w:rsidP="006508B7">
      <w:pPr>
        <w:spacing w:line="276" w:lineRule="auto"/>
      </w:pPr>
      <w:r w:rsidRPr="006508B7">
        <w:t>“The Beaumont crown has sanctioned no breach of the Crimson Accord.”</w:t>
      </w:r>
    </w:p>
    <w:p w14:paraId="730883DA" w14:textId="77777777" w:rsidR="006508B7" w:rsidRPr="006508B7" w:rsidRDefault="006508B7" w:rsidP="006508B7">
      <w:pPr>
        <w:spacing w:line="276" w:lineRule="auto"/>
      </w:pPr>
      <w:r w:rsidRPr="006508B7">
        <w:t>Each word is precise. She doesn’t raise her voice, yet it carries to every corner of the chamber. She sets her untouched goblet on the throne’s armrest with deliberate care.</w:t>
      </w:r>
    </w:p>
    <w:p w14:paraId="28B73549" w14:textId="77777777" w:rsidR="006508B7" w:rsidRPr="006508B7" w:rsidRDefault="006508B7" w:rsidP="006508B7">
      <w:pPr>
        <w:spacing w:line="276" w:lineRule="auto"/>
      </w:pPr>
      <w:r w:rsidRPr="006508B7">
        <w:t>Then she rises.</w:t>
      </w:r>
    </w:p>
    <w:p w14:paraId="17840B5D" w14:textId="77777777" w:rsidR="006508B7" w:rsidRPr="006508B7" w:rsidRDefault="006508B7" w:rsidP="006508B7">
      <w:pPr>
        <w:spacing w:line="276" w:lineRule="auto"/>
      </w:pPr>
      <w:r w:rsidRPr="006508B7">
        <w:lastRenderedPageBreak/>
        <w:t>The movement is so fluid it looks rehearsed—no adjustment, no hesitation. Her gown settles around her without a sound. She descends the steps with measured control, the silver on her bodice catching light with each step.</w:t>
      </w:r>
    </w:p>
    <w:p w14:paraId="3FB49A18" w14:textId="77777777" w:rsidR="006508B7" w:rsidRPr="006508B7" w:rsidRDefault="006508B7" w:rsidP="006508B7">
      <w:pPr>
        <w:spacing w:line="276" w:lineRule="auto"/>
      </w:pPr>
      <w:r w:rsidRPr="006508B7">
        <w:t>“Do you understand the gravity of what you suggest, Diplomat Everhart?”</w:t>
      </w:r>
    </w:p>
    <w:p w14:paraId="0E88641D" w14:textId="77777777" w:rsidR="006508B7" w:rsidRPr="006508B7" w:rsidRDefault="006508B7" w:rsidP="006508B7">
      <w:pPr>
        <w:spacing w:line="276" w:lineRule="auto"/>
      </w:pPr>
      <w:r w:rsidRPr="006508B7">
        <w:t>She begins to circle me, not quickly, not with obvious threat, but with the slow pace of someone inspecting something rare.</w:t>
      </w:r>
    </w:p>
    <w:p w14:paraId="21755466" w14:textId="77777777" w:rsidR="006508B7" w:rsidRPr="006508B7" w:rsidRDefault="006508B7" w:rsidP="006508B7">
      <w:pPr>
        <w:spacing w:line="276" w:lineRule="auto"/>
      </w:pPr>
      <w:r w:rsidRPr="006508B7">
        <w:t>I remain facing forward, though every instinct screams to keep her in my line of sight.</w:t>
      </w:r>
    </w:p>
    <w:p w14:paraId="2D3398CF" w14:textId="77777777" w:rsidR="006508B7" w:rsidRPr="006508B7" w:rsidRDefault="006508B7" w:rsidP="006508B7">
      <w:pPr>
        <w:spacing w:line="276" w:lineRule="auto"/>
      </w:pPr>
      <w:r w:rsidRPr="006508B7">
        <w:t>“I do, Your Majesty.” My voice stays steady. “The Crimson Accord is clear. Unauthorized feeding and cross-border attacks are acts of war.”</w:t>
      </w:r>
    </w:p>
    <w:p w14:paraId="2F7A092E" w14:textId="77777777" w:rsidR="006508B7" w:rsidRPr="006508B7" w:rsidRDefault="006508B7" w:rsidP="006508B7">
      <w:pPr>
        <w:spacing w:line="276" w:lineRule="auto"/>
      </w:pPr>
      <w:r w:rsidRPr="006508B7">
        <w:t>“And yet you come alone, without guards or witnesses, to deliver such an accusation.”</w:t>
      </w:r>
    </w:p>
    <w:p w14:paraId="77BEE43A" w14:textId="77777777" w:rsidR="006508B7" w:rsidRPr="006508B7" w:rsidRDefault="006508B7" w:rsidP="006508B7">
      <w:pPr>
        <w:spacing w:line="276" w:lineRule="auto"/>
      </w:pPr>
      <w:r w:rsidRPr="006508B7">
        <w:t>“The evidence speaks for itself.”</w:t>
      </w:r>
    </w:p>
    <w:p w14:paraId="71467FF3" w14:textId="77777777" w:rsidR="006508B7" w:rsidRPr="006508B7" w:rsidRDefault="006508B7" w:rsidP="006508B7">
      <w:pPr>
        <w:spacing w:line="276" w:lineRule="auto"/>
      </w:pPr>
      <w:r w:rsidRPr="006508B7">
        <w:t>I lift the key slightly higher. Up close, I can see her eyes track it, the gold contracting as she focuses. From this distance, I notice what I couldn’t see from the dais—fine lines near her eyes. A tension in her jaw.</w:t>
      </w:r>
    </w:p>
    <w:p w14:paraId="38A78949" w14:textId="77777777" w:rsidR="006508B7" w:rsidRPr="006508B7" w:rsidRDefault="006508B7" w:rsidP="006508B7">
      <w:pPr>
        <w:spacing w:line="276" w:lineRule="auto"/>
      </w:pPr>
      <w:r w:rsidRPr="006508B7">
        <w:t>The vampire queen looks… tired.</w:t>
      </w:r>
    </w:p>
    <w:p w14:paraId="0E4A80AD" w14:textId="77777777" w:rsidR="006508B7" w:rsidRPr="006508B7" w:rsidRDefault="006508B7" w:rsidP="006508B7">
      <w:pPr>
        <w:spacing w:line="276" w:lineRule="auto"/>
      </w:pPr>
      <w:r w:rsidRPr="006508B7">
        <w:t xml:space="preserve">It’s an observation I </w:t>
      </w:r>
      <w:proofErr w:type="gramStart"/>
      <w:r w:rsidRPr="006508B7">
        <w:t>file away</w:t>
      </w:r>
      <w:proofErr w:type="gramEnd"/>
      <w:r w:rsidRPr="006508B7">
        <w:t xml:space="preserve"> quickly, like contraband.</w:t>
      </w:r>
    </w:p>
    <w:p w14:paraId="5B372771" w14:textId="77777777" w:rsidR="006508B7" w:rsidRPr="006508B7" w:rsidRDefault="006508B7" w:rsidP="006508B7">
      <w:pPr>
        <w:spacing w:line="276" w:lineRule="auto"/>
      </w:pPr>
      <w:r w:rsidRPr="006508B7">
        <w:t>“May I?” She extends her hand, palm up.</w:t>
      </w:r>
    </w:p>
    <w:p w14:paraId="6DF0F589" w14:textId="77777777" w:rsidR="006508B7" w:rsidRPr="006508B7" w:rsidRDefault="006508B7" w:rsidP="006508B7">
      <w:pPr>
        <w:spacing w:line="276" w:lineRule="auto"/>
      </w:pPr>
      <w:r w:rsidRPr="006508B7">
        <w:t>Protocol says I should place the evidence directly in her hand. Survival says keep distance.</w:t>
      </w:r>
    </w:p>
    <w:p w14:paraId="500880A7" w14:textId="77777777" w:rsidR="006508B7" w:rsidRPr="006508B7" w:rsidRDefault="006508B7" w:rsidP="006508B7">
      <w:pPr>
        <w:spacing w:line="276" w:lineRule="auto"/>
      </w:pPr>
      <w:r w:rsidRPr="006508B7">
        <w:t>I compromise by stepping forward and placing the key on her palm without letting our fingers touch.</w:t>
      </w:r>
    </w:p>
    <w:p w14:paraId="713C787B" w14:textId="77777777" w:rsidR="006508B7" w:rsidRPr="006508B7" w:rsidRDefault="006508B7" w:rsidP="006508B7">
      <w:pPr>
        <w:spacing w:line="276" w:lineRule="auto"/>
      </w:pPr>
      <w:r w:rsidRPr="006508B7">
        <w:t>The moment the silver meets her skin, the channels along the walls pulse once—brighter than before—then settle.</w:t>
      </w:r>
    </w:p>
    <w:p w14:paraId="37E70384" w14:textId="77777777" w:rsidR="006508B7" w:rsidRPr="006508B7" w:rsidRDefault="006508B7" w:rsidP="006508B7">
      <w:pPr>
        <w:spacing w:line="276" w:lineRule="auto"/>
      </w:pPr>
      <w:r w:rsidRPr="006508B7">
        <w:t>It’s subtle. Easy to miss.</w:t>
      </w:r>
    </w:p>
    <w:p w14:paraId="347EA9F5" w14:textId="77777777" w:rsidR="006508B7" w:rsidRPr="006508B7" w:rsidRDefault="006508B7" w:rsidP="006508B7">
      <w:pPr>
        <w:spacing w:line="276" w:lineRule="auto"/>
      </w:pPr>
      <w:r w:rsidRPr="006508B7">
        <w:t>But I feel it anyway, the way you feel a storm change direction before you ever see clouds.</w:t>
      </w:r>
    </w:p>
    <w:p w14:paraId="7A4AEF05" w14:textId="77777777" w:rsidR="006508B7" w:rsidRPr="006508B7" w:rsidRDefault="006508B7" w:rsidP="006508B7">
      <w:pPr>
        <w:spacing w:line="276" w:lineRule="auto"/>
      </w:pPr>
      <w:r w:rsidRPr="006508B7">
        <w:t>Valeria examines the key, turning it in the light. Her expression tightens almost imperceptibly—if I weren’t trained to read micro-reactions, I would miss it.</w:t>
      </w:r>
    </w:p>
    <w:p w14:paraId="27C09CE9" w14:textId="77777777" w:rsidR="006508B7" w:rsidRPr="006508B7" w:rsidRDefault="006508B7" w:rsidP="006508B7">
      <w:pPr>
        <w:spacing w:line="276" w:lineRule="auto"/>
      </w:pPr>
      <w:r w:rsidRPr="006508B7">
        <w:t>Something flashes across her face.</w:t>
      </w:r>
    </w:p>
    <w:p w14:paraId="2350677F" w14:textId="77777777" w:rsidR="006508B7" w:rsidRPr="006508B7" w:rsidRDefault="006508B7" w:rsidP="006508B7">
      <w:pPr>
        <w:spacing w:line="276" w:lineRule="auto"/>
      </w:pPr>
      <w:r w:rsidRPr="006508B7">
        <w:lastRenderedPageBreak/>
        <w:t>Anger. Concern. Recognition.</w:t>
      </w:r>
    </w:p>
    <w:p w14:paraId="5E9F263C" w14:textId="77777777" w:rsidR="006508B7" w:rsidRPr="006508B7" w:rsidRDefault="006508B7" w:rsidP="006508B7">
      <w:pPr>
        <w:spacing w:line="276" w:lineRule="auto"/>
      </w:pPr>
      <w:r w:rsidRPr="006508B7">
        <w:t>“This bears our insignia,” she says at last. “But royal keys are controlled. They do not… travel.”</w:t>
      </w:r>
    </w:p>
    <w:p w14:paraId="1A8AC75B" w14:textId="77777777" w:rsidR="006508B7" w:rsidRPr="006508B7" w:rsidRDefault="006508B7" w:rsidP="006508B7">
      <w:pPr>
        <w:spacing w:line="276" w:lineRule="auto"/>
      </w:pPr>
      <w:r w:rsidRPr="006508B7">
        <w:t>“Then you can identify who it belongs to.”</w:t>
      </w:r>
    </w:p>
    <w:p w14:paraId="590EB5B0" w14:textId="77777777" w:rsidR="006508B7" w:rsidRPr="006508B7" w:rsidRDefault="006508B7" w:rsidP="006508B7">
      <w:pPr>
        <w:spacing w:line="276" w:lineRule="auto"/>
      </w:pPr>
      <w:r w:rsidRPr="006508B7">
        <w:t>“Under normal circumstances.” Her fingers close around it. “Yes.”</w:t>
      </w:r>
    </w:p>
    <w:p w14:paraId="245D13A8" w14:textId="77777777" w:rsidR="006508B7" w:rsidRPr="006508B7" w:rsidRDefault="006508B7" w:rsidP="006508B7">
      <w:pPr>
        <w:spacing w:line="276" w:lineRule="auto"/>
      </w:pPr>
      <w:r w:rsidRPr="006508B7">
        <w:t>She opens her hand again, the key resting in her palm like an accusation that refuses to die.</w:t>
      </w:r>
    </w:p>
    <w:p w14:paraId="21C7CB08" w14:textId="77777777" w:rsidR="006508B7" w:rsidRPr="006508B7" w:rsidRDefault="006508B7" w:rsidP="006508B7">
      <w:pPr>
        <w:spacing w:line="276" w:lineRule="auto"/>
      </w:pPr>
      <w:r w:rsidRPr="006508B7">
        <w:t>“Someone removed its binding.”</w:t>
      </w:r>
    </w:p>
    <w:p w14:paraId="08C4B1D3" w14:textId="77777777" w:rsidR="006508B7" w:rsidRPr="006508B7" w:rsidRDefault="006508B7" w:rsidP="006508B7">
      <w:pPr>
        <w:spacing w:line="276" w:lineRule="auto"/>
      </w:pPr>
      <w:r w:rsidRPr="006508B7">
        <w:t>My diplomatic training slips for half a breath. “That’s impossible.”</w:t>
      </w:r>
    </w:p>
    <w:p w14:paraId="7CE69CCD" w14:textId="77777777" w:rsidR="006508B7" w:rsidRPr="006508B7" w:rsidRDefault="006508B7" w:rsidP="006508B7">
      <w:pPr>
        <w:spacing w:line="276" w:lineRule="auto"/>
      </w:pPr>
      <w:r w:rsidRPr="006508B7">
        <w:t>“And yet.” Her tone is flat. Unmoved. But her eyes are not.</w:t>
      </w:r>
    </w:p>
    <w:p w14:paraId="361A6AAC" w14:textId="77777777" w:rsidR="006508B7" w:rsidRPr="006508B7" w:rsidRDefault="006508B7" w:rsidP="006508B7">
      <w:pPr>
        <w:spacing w:line="276" w:lineRule="auto"/>
      </w:pPr>
      <w:r w:rsidRPr="006508B7">
        <w:t>She turns toward the court, and her voice takes on a formal cadence that makes every spine in the room straighten.</w:t>
      </w:r>
    </w:p>
    <w:p w14:paraId="2E7B0840" w14:textId="77777777" w:rsidR="006508B7" w:rsidRPr="006508B7" w:rsidRDefault="006508B7" w:rsidP="006508B7">
      <w:pPr>
        <w:spacing w:line="276" w:lineRule="auto"/>
      </w:pPr>
      <w:r w:rsidRPr="006508B7">
        <w:t>“The evidence presented by Diplomat Everhart requires investigation. Until this matter is resolved, stability must be our primary concern.”</w:t>
      </w:r>
    </w:p>
    <w:p w14:paraId="40F848D4" w14:textId="77777777" w:rsidR="006508B7" w:rsidRPr="006508B7" w:rsidRDefault="006508B7" w:rsidP="006508B7">
      <w:pPr>
        <w:spacing w:line="276" w:lineRule="auto"/>
      </w:pPr>
      <w:r w:rsidRPr="006508B7">
        <w:t>She turns back to me, and something in her expression makes my shoulders lock.</w:t>
      </w:r>
    </w:p>
    <w:p w14:paraId="100ED518" w14:textId="77777777" w:rsidR="006508B7" w:rsidRPr="006508B7" w:rsidRDefault="006508B7" w:rsidP="006508B7">
      <w:pPr>
        <w:spacing w:line="276" w:lineRule="auto"/>
      </w:pPr>
      <w:r w:rsidRPr="006508B7">
        <w:t>“Diplomat Everhart, you will remain in Beaumont under royal protection while this matter is investigated.”</w:t>
      </w:r>
    </w:p>
    <w:p w14:paraId="2411B8A9" w14:textId="77777777" w:rsidR="006508B7" w:rsidRPr="006508B7" w:rsidRDefault="006508B7" w:rsidP="006508B7">
      <w:pPr>
        <w:spacing w:line="276" w:lineRule="auto"/>
      </w:pPr>
      <w:r w:rsidRPr="006508B7">
        <w:t>Protection.</w:t>
      </w:r>
    </w:p>
    <w:p w14:paraId="56E5F50C" w14:textId="77777777" w:rsidR="006508B7" w:rsidRPr="006508B7" w:rsidRDefault="006508B7" w:rsidP="006508B7">
      <w:pPr>
        <w:spacing w:line="276" w:lineRule="auto"/>
      </w:pPr>
      <w:r w:rsidRPr="006508B7">
        <w:t>The word hangs between us, polished and pretty and sharp as a blade.</w:t>
      </w:r>
    </w:p>
    <w:p w14:paraId="4EF6BC67" w14:textId="77777777" w:rsidR="006508B7" w:rsidRPr="006508B7" w:rsidRDefault="006508B7" w:rsidP="006508B7">
      <w:pPr>
        <w:spacing w:line="276" w:lineRule="auto"/>
      </w:pPr>
      <w:r w:rsidRPr="006508B7">
        <w:t>“Your Majesty,” I keep my voice level, “under the Crimson Accord, diplomatic representatives must be granted freedom of movement during investigations.”</w:t>
      </w:r>
    </w:p>
    <w:p w14:paraId="6AA69C99" w14:textId="77777777" w:rsidR="006508B7" w:rsidRPr="006508B7" w:rsidRDefault="006508B7" w:rsidP="006508B7">
      <w:pPr>
        <w:spacing w:line="276" w:lineRule="auto"/>
      </w:pPr>
      <w:r w:rsidRPr="006508B7">
        <w:t>“The accord also permits security measures when a representative’s safety is at risk,” she counters smoothly. “You are a key witness. Your safety cannot be guaranteed outside the palace.”</w:t>
      </w:r>
    </w:p>
    <w:p w14:paraId="14D289FA" w14:textId="77777777" w:rsidR="006508B7" w:rsidRPr="006508B7" w:rsidRDefault="006508B7" w:rsidP="006508B7">
      <w:pPr>
        <w:spacing w:line="276" w:lineRule="auto"/>
      </w:pPr>
      <w:r w:rsidRPr="006508B7">
        <w:t>Safety.</w:t>
      </w:r>
    </w:p>
    <w:p w14:paraId="6C0400FA" w14:textId="77777777" w:rsidR="006508B7" w:rsidRPr="006508B7" w:rsidRDefault="006508B7" w:rsidP="006508B7">
      <w:pPr>
        <w:spacing w:line="276" w:lineRule="auto"/>
      </w:pPr>
      <w:r w:rsidRPr="006508B7">
        <w:t>Another word that means something else in her mouth.</w:t>
      </w:r>
    </w:p>
    <w:p w14:paraId="70A669C2" w14:textId="77777777" w:rsidR="006508B7" w:rsidRPr="006508B7" w:rsidRDefault="006508B7" w:rsidP="006508B7">
      <w:pPr>
        <w:spacing w:line="276" w:lineRule="auto"/>
      </w:pPr>
      <w:r w:rsidRPr="006508B7">
        <w:t>A murmur ripples through the attendants, breaking their perfect stillness for the first time. Eyes shift. Glances exchange. This is unprecedented—a human diplomat held under royal authority, neither guest nor prisoner, balanced in a dangerous in-between.</w:t>
      </w:r>
    </w:p>
    <w:p w14:paraId="3B3429BE" w14:textId="77777777" w:rsidR="006508B7" w:rsidRPr="006508B7" w:rsidRDefault="006508B7" w:rsidP="006508B7">
      <w:pPr>
        <w:spacing w:line="276" w:lineRule="auto"/>
      </w:pPr>
      <w:r w:rsidRPr="006508B7">
        <w:lastRenderedPageBreak/>
        <w:t>From the edge of the chamber, a tall vampire steps forward. His silver eyes fix on me with undisguised hostility before turning to Valeria.</w:t>
      </w:r>
    </w:p>
    <w:p w14:paraId="5B323803" w14:textId="77777777" w:rsidR="006508B7" w:rsidRPr="006508B7" w:rsidRDefault="006508B7" w:rsidP="006508B7">
      <w:pPr>
        <w:spacing w:line="276" w:lineRule="auto"/>
      </w:pPr>
      <w:r w:rsidRPr="006508B7">
        <w:t>“Your Majesty,” his voice is formal enough to be acceptable and cold enough to be a warning, “housing a human within the palace raises concerns. The lower-city quarters would be more appropriate.”</w:t>
      </w:r>
    </w:p>
    <w:p w14:paraId="309BAAB3" w14:textId="77777777" w:rsidR="006508B7" w:rsidRPr="006508B7" w:rsidRDefault="006508B7" w:rsidP="006508B7">
      <w:pPr>
        <w:spacing w:line="276" w:lineRule="auto"/>
      </w:pPr>
      <w:r w:rsidRPr="006508B7">
        <w:t>Valeria’s response is immediate. “Thank you for your counsel, Lord Ardent. However, the severity of these allegations requires direct royal oversight.”</w:t>
      </w:r>
    </w:p>
    <w:p w14:paraId="5EF0662C" w14:textId="77777777" w:rsidR="006508B7" w:rsidRPr="006508B7" w:rsidRDefault="006508B7" w:rsidP="006508B7">
      <w:pPr>
        <w:spacing w:line="276" w:lineRule="auto"/>
      </w:pPr>
      <w:r w:rsidRPr="006508B7">
        <w:t>Her tone leaves no room for debate, though I note how several in the court shift—just slightly—toward Ardent.</w:t>
      </w:r>
    </w:p>
    <w:p w14:paraId="478C9B52" w14:textId="77777777" w:rsidR="006508B7" w:rsidRPr="006508B7" w:rsidRDefault="006508B7" w:rsidP="006508B7">
      <w:pPr>
        <w:spacing w:line="276" w:lineRule="auto"/>
      </w:pPr>
      <w:r w:rsidRPr="006508B7">
        <w:t>A faction.</w:t>
      </w:r>
    </w:p>
    <w:p w14:paraId="782F83DC" w14:textId="77777777" w:rsidR="006508B7" w:rsidRPr="006508B7" w:rsidRDefault="006508B7" w:rsidP="006508B7">
      <w:pPr>
        <w:spacing w:line="276" w:lineRule="auto"/>
      </w:pPr>
      <w:r w:rsidRPr="006508B7">
        <w:t>A crack.</w:t>
      </w:r>
    </w:p>
    <w:p w14:paraId="51E27E6A" w14:textId="77777777" w:rsidR="006508B7" w:rsidRPr="006508B7" w:rsidRDefault="006508B7" w:rsidP="006508B7">
      <w:pPr>
        <w:spacing w:line="276" w:lineRule="auto"/>
      </w:pPr>
      <w:r w:rsidRPr="006508B7">
        <w:t>Lord Ardent inclines his head, respectful in shape, not in spirit. “As you wish, Your Majesty.”</w:t>
      </w:r>
    </w:p>
    <w:p w14:paraId="79188D22" w14:textId="77777777" w:rsidR="006508B7" w:rsidRPr="006508B7" w:rsidRDefault="006508B7" w:rsidP="006508B7">
      <w:pPr>
        <w:spacing w:line="276" w:lineRule="auto"/>
      </w:pPr>
      <w:r w:rsidRPr="006508B7">
        <w:t>Valeria turns back to me.</w:t>
      </w:r>
    </w:p>
    <w:p w14:paraId="3DEB4F62" w14:textId="77777777" w:rsidR="006508B7" w:rsidRPr="006508B7" w:rsidRDefault="006508B7" w:rsidP="006508B7">
      <w:pPr>
        <w:spacing w:line="276" w:lineRule="auto"/>
      </w:pPr>
      <w:r w:rsidRPr="006508B7">
        <w:t>“Diplomat Everhart will be granted access to designated areas of the palace but must remain within the grounds. A joint investigation will commence immediately.”</w:t>
      </w:r>
    </w:p>
    <w:p w14:paraId="07512A03" w14:textId="77777777" w:rsidR="006508B7" w:rsidRPr="006508B7" w:rsidRDefault="006508B7" w:rsidP="006508B7">
      <w:pPr>
        <w:spacing w:line="276" w:lineRule="auto"/>
      </w:pPr>
      <w:r w:rsidRPr="006508B7">
        <w:t>I recognize when a decision is final. Still, protocol demands I register objection.</w:t>
      </w:r>
    </w:p>
    <w:p w14:paraId="4FC56C89" w14:textId="77777777" w:rsidR="006508B7" w:rsidRPr="006508B7" w:rsidRDefault="006508B7" w:rsidP="006508B7">
      <w:pPr>
        <w:spacing w:line="276" w:lineRule="auto"/>
      </w:pPr>
      <w:r w:rsidRPr="006508B7">
        <w:t>“I must respectfully protest this restriction, Your Majesty. My government will expect regular communication regarding my status.”</w:t>
      </w:r>
    </w:p>
    <w:p w14:paraId="63E1AD7E" w14:textId="77777777" w:rsidR="006508B7" w:rsidRPr="006508B7" w:rsidRDefault="006508B7" w:rsidP="006508B7">
      <w:pPr>
        <w:spacing w:line="276" w:lineRule="auto"/>
      </w:pPr>
      <w:r w:rsidRPr="006508B7">
        <w:t>“Communication will be permitted through appropriate channels.”</w:t>
      </w:r>
    </w:p>
    <w:p w14:paraId="63C99FED" w14:textId="77777777" w:rsidR="006508B7" w:rsidRPr="006508B7" w:rsidRDefault="006508B7" w:rsidP="006508B7">
      <w:pPr>
        <w:spacing w:line="276" w:lineRule="auto"/>
      </w:pPr>
      <w:r w:rsidRPr="006508B7">
        <w:t>Of course it will.</w:t>
      </w:r>
    </w:p>
    <w:p w14:paraId="4909292E" w14:textId="77777777" w:rsidR="006508B7" w:rsidRPr="006508B7" w:rsidRDefault="006508B7" w:rsidP="006508B7">
      <w:pPr>
        <w:spacing w:line="276" w:lineRule="auto"/>
      </w:pPr>
      <w:r w:rsidRPr="006508B7">
        <w:t>She gestures to an attendant who moves instantly. “Prepare the east wing guest chambers for Diplomat Everhart.”</w:t>
      </w:r>
    </w:p>
    <w:p w14:paraId="7F7D9AA1" w14:textId="77777777" w:rsidR="006508B7" w:rsidRPr="006508B7" w:rsidRDefault="006508B7" w:rsidP="006508B7">
      <w:pPr>
        <w:spacing w:line="276" w:lineRule="auto"/>
      </w:pPr>
      <w:r w:rsidRPr="006508B7">
        <w:t>The attendant bows and withdraws.</w:t>
      </w:r>
    </w:p>
    <w:p w14:paraId="10A2194A" w14:textId="77777777" w:rsidR="006508B7" w:rsidRPr="006508B7" w:rsidRDefault="006508B7" w:rsidP="006508B7">
      <w:pPr>
        <w:spacing w:line="276" w:lineRule="auto"/>
      </w:pPr>
      <w:r w:rsidRPr="006508B7">
        <w:t>Valeria’s eyes return to mine.</w:t>
      </w:r>
    </w:p>
    <w:p w14:paraId="35B0D6AB" w14:textId="77777777" w:rsidR="006508B7" w:rsidRPr="006508B7" w:rsidRDefault="006508B7" w:rsidP="006508B7">
      <w:pPr>
        <w:spacing w:line="276" w:lineRule="auto"/>
      </w:pPr>
      <w:r w:rsidRPr="006508B7">
        <w:t>“I understand this arrangement is not ideal,” she says, her voice measured. “But we both seek the same outcome—to identify who is responsible and prevent further violations.”</w:t>
      </w:r>
    </w:p>
    <w:p w14:paraId="5C282D18" w14:textId="77777777" w:rsidR="006508B7" w:rsidRPr="006508B7" w:rsidRDefault="006508B7" w:rsidP="006508B7">
      <w:pPr>
        <w:spacing w:line="276" w:lineRule="auto"/>
      </w:pPr>
      <w:r w:rsidRPr="006508B7">
        <w:t>Her words are reasonable.</w:t>
      </w:r>
    </w:p>
    <w:p w14:paraId="0C56DCCB" w14:textId="77777777" w:rsidR="006508B7" w:rsidRPr="006508B7" w:rsidRDefault="006508B7" w:rsidP="006508B7">
      <w:pPr>
        <w:spacing w:line="276" w:lineRule="auto"/>
      </w:pPr>
      <w:r w:rsidRPr="006508B7">
        <w:t>Her tone is controlled.</w:t>
      </w:r>
    </w:p>
    <w:p w14:paraId="7B6120DF" w14:textId="77777777" w:rsidR="006508B7" w:rsidRPr="006508B7" w:rsidRDefault="006508B7" w:rsidP="006508B7">
      <w:pPr>
        <w:spacing w:line="276" w:lineRule="auto"/>
      </w:pPr>
      <w:r w:rsidRPr="006508B7">
        <w:lastRenderedPageBreak/>
        <w:t>And I am effectively trapped.</w:t>
      </w:r>
    </w:p>
    <w:p w14:paraId="58371601" w14:textId="77777777" w:rsidR="006508B7" w:rsidRPr="006508B7" w:rsidRDefault="006508B7" w:rsidP="006508B7">
      <w:pPr>
        <w:spacing w:line="276" w:lineRule="auto"/>
      </w:pPr>
      <w:r w:rsidRPr="006508B7">
        <w:t>I keep my face calm even as my jaw tightens. “I appreciate Your Majesty’s concern for my safety. I look forward to a swift resolution.”</w:t>
      </w:r>
    </w:p>
    <w:p w14:paraId="5453FC1A" w14:textId="77777777" w:rsidR="006508B7" w:rsidRPr="006508B7" w:rsidRDefault="006508B7" w:rsidP="006508B7">
      <w:pPr>
        <w:spacing w:line="276" w:lineRule="auto"/>
      </w:pPr>
      <w:r w:rsidRPr="006508B7">
        <w:t>She nods once, accepting my compliance without acknowledging the resistance beneath it.</w:t>
      </w:r>
    </w:p>
    <w:p w14:paraId="34FB662F" w14:textId="77777777" w:rsidR="006508B7" w:rsidRPr="006508B7" w:rsidRDefault="006508B7" w:rsidP="006508B7">
      <w:pPr>
        <w:spacing w:line="276" w:lineRule="auto"/>
      </w:pPr>
      <w:r w:rsidRPr="006508B7">
        <w:t>She returns the key to me with the same careful avoidance of contact.</w:t>
      </w:r>
    </w:p>
    <w:p w14:paraId="2B8BF2C4" w14:textId="77777777" w:rsidR="006508B7" w:rsidRPr="006508B7" w:rsidRDefault="006508B7" w:rsidP="006508B7">
      <w:pPr>
        <w:spacing w:line="276" w:lineRule="auto"/>
      </w:pPr>
      <w:r w:rsidRPr="006508B7">
        <w:t>“We will speak again tomorrow,” she says, and steps back toward her throne. “This audience is concluded.”</w:t>
      </w:r>
    </w:p>
    <w:p w14:paraId="32ED0CF0" w14:textId="77777777" w:rsidR="006508B7" w:rsidRPr="006508B7" w:rsidRDefault="006508B7" w:rsidP="006508B7">
      <w:pPr>
        <w:spacing w:line="276" w:lineRule="auto"/>
      </w:pPr>
      <w:r w:rsidRPr="006508B7">
        <w:t>The dismissal is clear.</w:t>
      </w:r>
    </w:p>
    <w:p w14:paraId="4B1634D2" w14:textId="77777777" w:rsidR="006508B7" w:rsidRPr="006508B7" w:rsidRDefault="006508B7" w:rsidP="006508B7">
      <w:pPr>
        <w:spacing w:line="276" w:lineRule="auto"/>
      </w:pPr>
      <w:r w:rsidRPr="006508B7">
        <w:t>My escort appears at my side as if summoned by thought. As I turn to follow, I’m acutely aware of the court’s eyes tracking every movement. I entered Beaumont by choice.</w:t>
      </w:r>
    </w:p>
    <w:p w14:paraId="2DF529C4" w14:textId="77777777" w:rsidR="006508B7" w:rsidRPr="006508B7" w:rsidRDefault="006508B7" w:rsidP="006508B7">
      <w:pPr>
        <w:spacing w:line="276" w:lineRule="auto"/>
      </w:pPr>
      <w:r w:rsidRPr="006508B7">
        <w:t>I won’t be leaving by choice.</w:t>
      </w:r>
    </w:p>
    <w:p w14:paraId="31501700" w14:textId="77777777" w:rsidR="006508B7" w:rsidRPr="006508B7" w:rsidRDefault="006508B7" w:rsidP="006508B7">
      <w:pPr>
        <w:spacing w:line="276" w:lineRule="auto"/>
      </w:pPr>
      <w:r w:rsidRPr="006508B7">
        <w:t>As we exit, I catch Lord Ardent watching me, his silver gaze narrowed in calculation. Not everyone in this court wants this investigation. Not everyone is pleased with their queen’s decision.</w:t>
      </w:r>
    </w:p>
    <w:p w14:paraId="688F29D3" w14:textId="77777777" w:rsidR="006508B7" w:rsidRPr="006508B7" w:rsidRDefault="006508B7" w:rsidP="006508B7">
      <w:pPr>
        <w:spacing w:line="276" w:lineRule="auto"/>
      </w:pPr>
      <w:r w:rsidRPr="006508B7">
        <w:t>Which means I now have two problems.</w:t>
      </w:r>
    </w:p>
    <w:p w14:paraId="574460CA" w14:textId="77777777" w:rsidR="006508B7" w:rsidRPr="006508B7" w:rsidRDefault="006508B7" w:rsidP="006508B7">
      <w:pPr>
        <w:spacing w:line="276" w:lineRule="auto"/>
      </w:pPr>
      <w:r w:rsidRPr="006508B7">
        <w:t>Discover who violated the treaty.</w:t>
      </w:r>
    </w:p>
    <w:p w14:paraId="7541F6C1" w14:textId="77777777" w:rsidR="006508B7" w:rsidRPr="006508B7" w:rsidRDefault="006508B7" w:rsidP="006508B7">
      <w:pPr>
        <w:spacing w:line="276" w:lineRule="auto"/>
      </w:pPr>
      <w:r w:rsidRPr="006508B7">
        <w:t>And survive the court politics of a vampire city where I am both witness and bargaining chip.</w:t>
      </w:r>
    </w:p>
    <w:p w14:paraId="7EA42DFD" w14:textId="77777777" w:rsidR="006508B7" w:rsidRPr="006508B7" w:rsidRDefault="006508B7" w:rsidP="006508B7">
      <w:pPr>
        <w:spacing w:line="276" w:lineRule="auto"/>
      </w:pPr>
      <w:r w:rsidRPr="006508B7">
        <w:t>The doors close behind us with silent precision, sealing me into my new reality.</w:t>
      </w:r>
    </w:p>
    <w:p w14:paraId="7B85480E" w14:textId="77777777" w:rsidR="006508B7" w:rsidRPr="006508B7" w:rsidRDefault="006508B7" w:rsidP="006508B7">
      <w:pPr>
        <w:spacing w:line="276" w:lineRule="auto"/>
      </w:pPr>
      <w:r w:rsidRPr="006508B7">
        <w:t>The queen herself leads me from the throne room, dismissing my escort with a subtle gesture. We walk side by side down corridors now emptied of attendants—cleared, I suspect, by her silent command. Our footsteps echo in perfect alternation, hers barely audible, mine sounding embarrassingly human against the polished stone.</w:t>
      </w:r>
    </w:p>
    <w:p w14:paraId="432A38BF" w14:textId="77777777" w:rsidR="006508B7" w:rsidRPr="006508B7" w:rsidRDefault="006508B7" w:rsidP="006508B7">
      <w:pPr>
        <w:spacing w:line="276" w:lineRule="auto"/>
      </w:pPr>
      <w:r w:rsidRPr="006508B7">
        <w:t>The space between us measures exactly three feet—close enough for conversation, far enough to keep everything proper.</w:t>
      </w:r>
    </w:p>
    <w:p w14:paraId="45CFD45F" w14:textId="77777777" w:rsidR="006508B7" w:rsidRPr="006508B7" w:rsidRDefault="006508B7" w:rsidP="006508B7">
      <w:pPr>
        <w:spacing w:line="276" w:lineRule="auto"/>
      </w:pPr>
      <w:r w:rsidRPr="006508B7">
        <w:t>Her profile remains fixed forward, giving me the unsettling impression of walking beside a statue that learned how to breathe.</w:t>
      </w:r>
    </w:p>
    <w:p w14:paraId="51132A4F" w14:textId="77777777" w:rsidR="006508B7" w:rsidRPr="006508B7" w:rsidRDefault="006508B7" w:rsidP="006508B7">
      <w:pPr>
        <w:spacing w:line="276" w:lineRule="auto"/>
      </w:pPr>
      <w:r w:rsidRPr="006508B7">
        <w:t>“Your accommodations are in the east wing,” she says after several minutes of silence. “It offers the best view of the city.”</w:t>
      </w:r>
    </w:p>
    <w:p w14:paraId="674B04D2" w14:textId="77777777" w:rsidR="006508B7" w:rsidRPr="006508B7" w:rsidRDefault="006508B7" w:rsidP="006508B7">
      <w:pPr>
        <w:spacing w:line="276" w:lineRule="auto"/>
      </w:pPr>
      <w:r w:rsidRPr="006508B7">
        <w:lastRenderedPageBreak/>
        <w:t>“I wasn’t aware prisoner rooms came with views.”</w:t>
      </w:r>
    </w:p>
    <w:p w14:paraId="4404CA40" w14:textId="77777777" w:rsidR="006508B7" w:rsidRPr="006508B7" w:rsidRDefault="006508B7" w:rsidP="006508B7">
      <w:pPr>
        <w:spacing w:line="276" w:lineRule="auto"/>
      </w:pPr>
      <w:r w:rsidRPr="006508B7">
        <w:t>Her pace doesn’t falter. “You are not a prisoner, Diplomat Everhart.”</w:t>
      </w:r>
    </w:p>
    <w:p w14:paraId="06CFCA8D" w14:textId="77777777" w:rsidR="006508B7" w:rsidRPr="006508B7" w:rsidRDefault="006508B7" w:rsidP="006508B7">
      <w:pPr>
        <w:spacing w:line="276" w:lineRule="auto"/>
      </w:pPr>
      <w:r w:rsidRPr="006508B7">
        <w:t>“Just unable to leave.”</w:t>
      </w:r>
    </w:p>
    <w:p w14:paraId="6C9A39C5" w14:textId="77777777" w:rsidR="006508B7" w:rsidRPr="006508B7" w:rsidRDefault="006508B7" w:rsidP="006508B7">
      <w:pPr>
        <w:spacing w:line="276" w:lineRule="auto"/>
      </w:pPr>
      <w:r w:rsidRPr="006508B7">
        <w:t>“Precisely.”</w:t>
      </w:r>
    </w:p>
    <w:p w14:paraId="73A71D65" w14:textId="77777777" w:rsidR="006508B7" w:rsidRPr="006508B7" w:rsidRDefault="006508B7" w:rsidP="006508B7">
      <w:pPr>
        <w:spacing w:line="276" w:lineRule="auto"/>
      </w:pPr>
      <w:r w:rsidRPr="006508B7">
        <w:t>At least she’s honest.</w:t>
      </w:r>
    </w:p>
    <w:p w14:paraId="6D1F9C02" w14:textId="77777777" w:rsidR="006508B7" w:rsidRPr="006508B7" w:rsidRDefault="006508B7" w:rsidP="006508B7">
      <w:pPr>
        <w:spacing w:line="276" w:lineRule="auto"/>
      </w:pPr>
      <w:r w:rsidRPr="006508B7">
        <w:t>The corridor widens as we turn a corner. Here the silver channels in the walls form more complex patterns, spiraling up the columns that support the ceiling. The blue lantern light catches in the metal, making it shimmer like moonlight trapped in stone.</w:t>
      </w:r>
    </w:p>
    <w:p w14:paraId="70B0DD5A" w14:textId="77777777" w:rsidR="006508B7" w:rsidRPr="006508B7" w:rsidRDefault="006508B7" w:rsidP="006508B7">
      <w:pPr>
        <w:spacing w:line="276" w:lineRule="auto"/>
      </w:pPr>
      <w:r w:rsidRPr="006508B7">
        <w:t>“The east wing hasn’t hosted humans in some time,” Valeria continues. “Adjustments have been made for your comfort.”</w:t>
      </w:r>
    </w:p>
    <w:p w14:paraId="4C28C3CD" w14:textId="77777777" w:rsidR="006508B7" w:rsidRPr="006508B7" w:rsidRDefault="006508B7" w:rsidP="006508B7">
      <w:pPr>
        <w:spacing w:line="276" w:lineRule="auto"/>
      </w:pPr>
      <w:r w:rsidRPr="006508B7">
        <w:t>“How thoughtful.”</w:t>
      </w:r>
    </w:p>
    <w:p w14:paraId="52EC5DEC" w14:textId="77777777" w:rsidR="006508B7" w:rsidRPr="006508B7" w:rsidRDefault="006508B7" w:rsidP="006508B7">
      <w:pPr>
        <w:spacing w:line="276" w:lineRule="auto"/>
      </w:pPr>
      <w:r w:rsidRPr="006508B7">
        <w:t>“Diplomatic relations require thoughtfulness.”</w:t>
      </w:r>
    </w:p>
    <w:p w14:paraId="50DC0764" w14:textId="77777777" w:rsidR="006508B7" w:rsidRPr="006508B7" w:rsidRDefault="006508B7" w:rsidP="006508B7">
      <w:pPr>
        <w:spacing w:line="276" w:lineRule="auto"/>
      </w:pPr>
      <w:r w:rsidRPr="006508B7">
        <w:t>I glance sideways, trying to decide if she’s being dry or simply factual, but her expression gives nothing away.</w:t>
      </w:r>
    </w:p>
    <w:p w14:paraId="24146D4F" w14:textId="77777777" w:rsidR="006508B7" w:rsidRPr="006508B7" w:rsidRDefault="006508B7" w:rsidP="006508B7">
      <w:pPr>
        <w:spacing w:line="276" w:lineRule="auto"/>
      </w:pPr>
      <w:r w:rsidRPr="006508B7">
        <w:t>We pass beneath an arch where the silver lines knot together overhead like a braid.</w:t>
      </w:r>
    </w:p>
    <w:p w14:paraId="3EB22B58" w14:textId="77777777" w:rsidR="006508B7" w:rsidRPr="006508B7" w:rsidRDefault="006508B7" w:rsidP="006508B7">
      <w:pPr>
        <w:spacing w:line="276" w:lineRule="auto"/>
      </w:pPr>
      <w:r w:rsidRPr="006508B7">
        <w:t>As we step under it, something changes.</w:t>
      </w:r>
    </w:p>
    <w:p w14:paraId="543598EC" w14:textId="77777777" w:rsidR="006508B7" w:rsidRPr="006508B7" w:rsidRDefault="006508B7" w:rsidP="006508B7">
      <w:pPr>
        <w:spacing w:line="276" w:lineRule="auto"/>
      </w:pPr>
      <w:r w:rsidRPr="006508B7">
        <w:t>The silver begins to glow.</w:t>
      </w:r>
    </w:p>
    <w:p w14:paraId="27387A4A" w14:textId="77777777" w:rsidR="006508B7" w:rsidRPr="006508B7" w:rsidRDefault="006508B7" w:rsidP="006508B7">
      <w:pPr>
        <w:spacing w:line="276" w:lineRule="auto"/>
      </w:pPr>
      <w:r w:rsidRPr="006508B7">
        <w:t>Not the usual shimmer of reflected light—actual light, blooming from inside the metal itself. It brightens as we move, flowing along the channels like the palace is waking up.</w:t>
      </w:r>
    </w:p>
    <w:p w14:paraId="3CB83995" w14:textId="77777777" w:rsidR="006508B7" w:rsidRPr="006508B7" w:rsidRDefault="006508B7" w:rsidP="006508B7">
      <w:pPr>
        <w:spacing w:line="276" w:lineRule="auto"/>
      </w:pPr>
      <w:r w:rsidRPr="006508B7">
        <w:t>Valeria stops.</w:t>
      </w:r>
    </w:p>
    <w:p w14:paraId="0285D4A9" w14:textId="77777777" w:rsidR="006508B7" w:rsidRPr="006508B7" w:rsidRDefault="006508B7" w:rsidP="006508B7">
      <w:pPr>
        <w:spacing w:line="276" w:lineRule="auto"/>
      </w:pPr>
      <w:r w:rsidRPr="006508B7">
        <w:t>For the first time, her perfect composure slips. Her eyes track the glowing silver with visible confusion, head tilting slightly as if she’s trying to make the palace explain itself.</w:t>
      </w:r>
    </w:p>
    <w:p w14:paraId="633C0E77" w14:textId="77777777" w:rsidR="006508B7" w:rsidRPr="006508B7" w:rsidRDefault="006508B7" w:rsidP="006508B7">
      <w:pPr>
        <w:spacing w:line="276" w:lineRule="auto"/>
      </w:pPr>
      <w:r w:rsidRPr="006508B7">
        <w:t>“This is… unusual,” she admits, quieter than before.</w:t>
      </w:r>
    </w:p>
    <w:p w14:paraId="1203D87B" w14:textId="77777777" w:rsidR="006508B7" w:rsidRPr="006508B7" w:rsidRDefault="006508B7" w:rsidP="006508B7">
      <w:pPr>
        <w:spacing w:line="276" w:lineRule="auto"/>
      </w:pPr>
      <w:r w:rsidRPr="006508B7">
        <w:t>I’m about to respond when I feel it.</w:t>
      </w:r>
    </w:p>
    <w:p w14:paraId="3894AAB8" w14:textId="77777777" w:rsidR="006508B7" w:rsidRPr="006508B7" w:rsidRDefault="006508B7" w:rsidP="006508B7">
      <w:pPr>
        <w:spacing w:line="276" w:lineRule="auto"/>
      </w:pPr>
      <w:r w:rsidRPr="006508B7">
        <w:t>A warmth beneath my ribs, centered behind my sternum, like someone pressed a heated stone against my chest. Not pain. Not fear.</w:t>
      </w:r>
    </w:p>
    <w:p w14:paraId="3A662BFC" w14:textId="77777777" w:rsidR="006508B7" w:rsidRPr="006508B7" w:rsidRDefault="006508B7" w:rsidP="006508B7">
      <w:pPr>
        <w:spacing w:line="276" w:lineRule="auto"/>
      </w:pPr>
      <w:r w:rsidRPr="006508B7">
        <w:t>Just a presence.</w:t>
      </w:r>
    </w:p>
    <w:p w14:paraId="7CB245E6" w14:textId="77777777" w:rsidR="006508B7" w:rsidRPr="006508B7" w:rsidRDefault="006508B7" w:rsidP="006508B7">
      <w:pPr>
        <w:spacing w:line="276" w:lineRule="auto"/>
      </w:pPr>
      <w:r w:rsidRPr="006508B7">
        <w:t>I instinctively step away from Valeria.</w:t>
      </w:r>
    </w:p>
    <w:p w14:paraId="5E308336" w14:textId="77777777" w:rsidR="006508B7" w:rsidRPr="006508B7" w:rsidRDefault="006508B7" w:rsidP="006508B7">
      <w:pPr>
        <w:spacing w:line="276" w:lineRule="auto"/>
      </w:pPr>
      <w:r w:rsidRPr="006508B7">
        <w:lastRenderedPageBreak/>
        <w:t>The glow dims.</w:t>
      </w:r>
    </w:p>
    <w:p w14:paraId="062695CC" w14:textId="77777777" w:rsidR="006508B7" w:rsidRPr="006508B7" w:rsidRDefault="006508B7" w:rsidP="006508B7">
      <w:pPr>
        <w:spacing w:line="276" w:lineRule="auto"/>
      </w:pPr>
      <w:r w:rsidRPr="006508B7">
        <w:t>The warmth eases.</w:t>
      </w:r>
    </w:p>
    <w:p w14:paraId="114D6B29" w14:textId="77777777" w:rsidR="006508B7" w:rsidRPr="006508B7" w:rsidRDefault="006508B7" w:rsidP="006508B7">
      <w:pPr>
        <w:spacing w:line="276" w:lineRule="auto"/>
      </w:pPr>
      <w:r w:rsidRPr="006508B7">
        <w:t>Curious despite myself, I step back toward her.</w:t>
      </w:r>
    </w:p>
    <w:p w14:paraId="6214B246" w14:textId="77777777" w:rsidR="006508B7" w:rsidRPr="006508B7" w:rsidRDefault="006508B7" w:rsidP="006508B7">
      <w:pPr>
        <w:spacing w:line="276" w:lineRule="auto"/>
      </w:pPr>
      <w:r w:rsidRPr="006508B7">
        <w:t>The channels brighten again.</w:t>
      </w:r>
    </w:p>
    <w:p w14:paraId="4F0811FA" w14:textId="77777777" w:rsidR="006508B7" w:rsidRPr="006508B7" w:rsidRDefault="006508B7" w:rsidP="006508B7">
      <w:pPr>
        <w:spacing w:line="276" w:lineRule="auto"/>
      </w:pPr>
      <w:r w:rsidRPr="006508B7">
        <w:t xml:space="preserve">The warmth </w:t>
      </w:r>
      <w:proofErr w:type="gramStart"/>
      <w:r w:rsidRPr="006508B7">
        <w:t>returns—stronger</w:t>
      </w:r>
      <w:proofErr w:type="gramEnd"/>
      <w:r w:rsidRPr="006508B7">
        <w:t>.</w:t>
      </w:r>
    </w:p>
    <w:p w14:paraId="03A688E7" w14:textId="77777777" w:rsidR="006508B7" w:rsidRPr="006508B7" w:rsidRDefault="006508B7" w:rsidP="006508B7">
      <w:pPr>
        <w:spacing w:line="276" w:lineRule="auto"/>
      </w:pPr>
      <w:r w:rsidRPr="006508B7">
        <w:t>Valeria’s gaze snaps to me. She watches, sharp and precise, as I shift once more.</w:t>
      </w:r>
    </w:p>
    <w:p w14:paraId="26DEBAAB" w14:textId="77777777" w:rsidR="006508B7" w:rsidRPr="006508B7" w:rsidRDefault="006508B7" w:rsidP="006508B7">
      <w:pPr>
        <w:spacing w:line="276" w:lineRule="auto"/>
      </w:pPr>
      <w:r w:rsidRPr="006508B7">
        <w:t>“You feel something,” she says. Not a question.</w:t>
      </w:r>
    </w:p>
    <w:p w14:paraId="49AC072A" w14:textId="77777777" w:rsidR="006508B7" w:rsidRPr="006508B7" w:rsidRDefault="006508B7" w:rsidP="006508B7">
      <w:pPr>
        <w:spacing w:line="276" w:lineRule="auto"/>
      </w:pPr>
      <w:r w:rsidRPr="006508B7">
        <w:t>“A warmth,” I admit, pressing my palm to my chest. “Here. It changes when I move closer to you.”</w:t>
      </w:r>
    </w:p>
    <w:p w14:paraId="679BB650" w14:textId="77777777" w:rsidR="006508B7" w:rsidRPr="006508B7" w:rsidRDefault="006508B7" w:rsidP="006508B7">
      <w:pPr>
        <w:spacing w:line="276" w:lineRule="auto"/>
      </w:pPr>
      <w:r w:rsidRPr="006508B7">
        <w:t>Her eyes widen—barely. But on her, it reads like shock.</w:t>
      </w:r>
    </w:p>
    <w:p w14:paraId="5BAE1605" w14:textId="77777777" w:rsidR="006508B7" w:rsidRPr="006508B7" w:rsidRDefault="006508B7" w:rsidP="006508B7">
      <w:pPr>
        <w:spacing w:line="276" w:lineRule="auto"/>
      </w:pPr>
      <w:r w:rsidRPr="006508B7">
        <w:t>Without speaking, she takes a deliberate step toward me.</w:t>
      </w:r>
    </w:p>
    <w:p w14:paraId="408F9A6E" w14:textId="77777777" w:rsidR="006508B7" w:rsidRPr="006508B7" w:rsidRDefault="006508B7" w:rsidP="006508B7">
      <w:pPr>
        <w:spacing w:line="276" w:lineRule="auto"/>
      </w:pPr>
      <w:r w:rsidRPr="006508B7">
        <w:t>The channels flare, throwing sharp shadows across the corridor. The warmth in my chest intensifies, insistent now, like a tug.</w:t>
      </w:r>
    </w:p>
    <w:p w14:paraId="602434EB" w14:textId="77777777" w:rsidR="006508B7" w:rsidRPr="006508B7" w:rsidRDefault="006508B7" w:rsidP="006508B7">
      <w:pPr>
        <w:spacing w:line="276" w:lineRule="auto"/>
      </w:pPr>
      <w:r w:rsidRPr="006508B7">
        <w:t>She takes another step.</w:t>
      </w:r>
    </w:p>
    <w:p w14:paraId="680EF5BC" w14:textId="77777777" w:rsidR="006508B7" w:rsidRPr="006508B7" w:rsidRDefault="006508B7" w:rsidP="006508B7">
      <w:pPr>
        <w:spacing w:line="276" w:lineRule="auto"/>
      </w:pPr>
      <w:r w:rsidRPr="006508B7">
        <w:t>Now barely two feet separate us. The silver light pulses once, bright and steady, then holds.</w:t>
      </w:r>
    </w:p>
    <w:p w14:paraId="20F60963" w14:textId="77777777" w:rsidR="006508B7" w:rsidRPr="006508B7" w:rsidRDefault="006508B7" w:rsidP="006508B7">
      <w:pPr>
        <w:spacing w:line="276" w:lineRule="auto"/>
      </w:pPr>
      <w:r w:rsidRPr="006508B7">
        <w:t>“The palace responds to me,” Valeria says slowly, as if choosing each word with care. “It always has.”</w:t>
      </w:r>
    </w:p>
    <w:p w14:paraId="19D2D782" w14:textId="77777777" w:rsidR="006508B7" w:rsidRPr="006508B7" w:rsidRDefault="006508B7" w:rsidP="006508B7">
      <w:pPr>
        <w:spacing w:line="276" w:lineRule="auto"/>
      </w:pPr>
      <w:r w:rsidRPr="006508B7">
        <w:t>Her gaze lifts to the glowing channels, then back to me.</w:t>
      </w:r>
    </w:p>
    <w:p w14:paraId="48A26713" w14:textId="77777777" w:rsidR="006508B7" w:rsidRPr="006508B7" w:rsidRDefault="006508B7" w:rsidP="006508B7">
      <w:pPr>
        <w:spacing w:line="276" w:lineRule="auto"/>
      </w:pPr>
      <w:r w:rsidRPr="006508B7">
        <w:t>“It has never responded to a human.”</w:t>
      </w:r>
    </w:p>
    <w:p w14:paraId="19591D5F" w14:textId="77777777" w:rsidR="006508B7" w:rsidRPr="006508B7" w:rsidRDefault="006508B7" w:rsidP="006508B7">
      <w:pPr>
        <w:spacing w:line="276" w:lineRule="auto"/>
      </w:pPr>
      <w:r w:rsidRPr="006508B7">
        <w:t>The statement lands heavy between us.</w:t>
      </w:r>
    </w:p>
    <w:p w14:paraId="0AC87458" w14:textId="77777777" w:rsidR="006508B7" w:rsidRPr="006508B7" w:rsidRDefault="006508B7" w:rsidP="006508B7">
      <w:pPr>
        <w:spacing w:line="276" w:lineRule="auto"/>
      </w:pPr>
      <w:r w:rsidRPr="006508B7">
        <w:t>I swallow. “What does it mean?”</w:t>
      </w:r>
    </w:p>
    <w:p w14:paraId="47241B9A" w14:textId="77777777" w:rsidR="006508B7" w:rsidRPr="006508B7" w:rsidRDefault="006508B7" w:rsidP="006508B7">
      <w:pPr>
        <w:spacing w:line="276" w:lineRule="auto"/>
      </w:pPr>
      <w:r w:rsidRPr="006508B7">
        <w:t xml:space="preserve">For a moment, uncertainty crosses her </w:t>
      </w:r>
      <w:proofErr w:type="gramStart"/>
      <w:r w:rsidRPr="006508B7">
        <w:t>face—quick</w:t>
      </w:r>
      <w:proofErr w:type="gramEnd"/>
      <w:r w:rsidRPr="006508B7">
        <w:t xml:space="preserve"> as a blink, rare as sunlight in this mountain. Then she shakes her head once.</w:t>
      </w:r>
    </w:p>
    <w:p w14:paraId="4F43AF4C" w14:textId="77777777" w:rsidR="006508B7" w:rsidRPr="006508B7" w:rsidRDefault="006508B7" w:rsidP="006508B7">
      <w:pPr>
        <w:spacing w:line="276" w:lineRule="auto"/>
      </w:pPr>
      <w:r w:rsidRPr="006508B7">
        <w:t>“I don’t know,” she says quietly.</w:t>
      </w:r>
    </w:p>
    <w:p w14:paraId="72A8D3F8" w14:textId="77777777" w:rsidR="006508B7" w:rsidRPr="006508B7" w:rsidRDefault="006508B7" w:rsidP="006508B7">
      <w:pPr>
        <w:spacing w:line="276" w:lineRule="auto"/>
      </w:pPr>
      <w:r w:rsidRPr="006508B7">
        <w:t>The admission seems to cost her. Her mouth tightens immediately after, as if she regrets giving me even that small truth.</w:t>
      </w:r>
    </w:p>
    <w:p w14:paraId="51D8B75F" w14:textId="77777777" w:rsidR="006508B7" w:rsidRPr="006508B7" w:rsidRDefault="006508B7" w:rsidP="006508B7">
      <w:pPr>
        <w:spacing w:line="276" w:lineRule="auto"/>
      </w:pPr>
      <w:r w:rsidRPr="006508B7">
        <w:lastRenderedPageBreak/>
        <w:t>Queen Valeria Beaumont doesn’t know what’s happening in her own palace.</w:t>
      </w:r>
    </w:p>
    <w:p w14:paraId="01FF8F1B" w14:textId="77777777" w:rsidR="006508B7" w:rsidRPr="006508B7" w:rsidRDefault="006508B7" w:rsidP="006508B7">
      <w:pPr>
        <w:spacing w:line="276" w:lineRule="auto"/>
      </w:pPr>
      <w:r w:rsidRPr="006508B7">
        <w:t>And somehow, that feels more dangerous than her certainty ever could.</w:t>
      </w:r>
    </w:p>
    <w:p w14:paraId="4421BF3F" w14:textId="77777777" w:rsidR="006508B7" w:rsidRPr="006508B7" w:rsidRDefault="006508B7" w:rsidP="006508B7">
      <w:pPr>
        <w:spacing w:line="276" w:lineRule="auto"/>
      </w:pPr>
      <w:r w:rsidRPr="006508B7">
        <w:t>She gestures for us to continue. We walk side by side again, and the glow follows—brightening with our closeness, dimming only when we separate.</w:t>
      </w:r>
    </w:p>
    <w:p w14:paraId="5DB2B5D2" w14:textId="77777777" w:rsidR="006508B7" w:rsidRPr="006508B7" w:rsidRDefault="006508B7" w:rsidP="006508B7">
      <w:pPr>
        <w:spacing w:line="276" w:lineRule="auto"/>
      </w:pPr>
      <w:r w:rsidRPr="006508B7">
        <w:t>The warmth stays with me now, not fading, like a new sense my body hasn’t decided how to name.</w:t>
      </w:r>
    </w:p>
    <w:p w14:paraId="2BF61348" w14:textId="77777777" w:rsidR="006508B7" w:rsidRPr="006508B7" w:rsidRDefault="006508B7" w:rsidP="006508B7">
      <w:pPr>
        <w:spacing w:line="276" w:lineRule="auto"/>
      </w:pPr>
      <w:r w:rsidRPr="006508B7">
        <w:t>We move in silence, both of us thinking around the same problem without touching it.</w:t>
      </w:r>
    </w:p>
    <w:p w14:paraId="1A4E6A67" w14:textId="77777777" w:rsidR="006508B7" w:rsidRPr="006508B7" w:rsidRDefault="006508B7" w:rsidP="006508B7">
      <w:pPr>
        <w:spacing w:line="276" w:lineRule="auto"/>
      </w:pPr>
      <w:r w:rsidRPr="006508B7">
        <w:t>Eventually, the corridor ends at a set of double doors carved with patterns like frost on glass. Unlike the severe designs elsewhere, these look almost organic—branches and vines in black stone, inlaid with silver that hums faintly as we approach.</w:t>
      </w:r>
    </w:p>
    <w:p w14:paraId="4D54C291" w14:textId="77777777" w:rsidR="006508B7" w:rsidRPr="006508B7" w:rsidRDefault="006508B7" w:rsidP="006508B7">
      <w:pPr>
        <w:spacing w:line="276" w:lineRule="auto"/>
      </w:pPr>
      <w:r w:rsidRPr="006508B7">
        <w:t>Valeria pauses, her hand hovering near the silver without touching.</w:t>
      </w:r>
    </w:p>
    <w:p w14:paraId="47B903A6" w14:textId="77777777" w:rsidR="006508B7" w:rsidRPr="006508B7" w:rsidRDefault="006508B7" w:rsidP="006508B7">
      <w:pPr>
        <w:spacing w:line="276" w:lineRule="auto"/>
      </w:pPr>
      <w:r w:rsidRPr="006508B7">
        <w:t>The doors swing inward on their own.</w:t>
      </w:r>
    </w:p>
    <w:p w14:paraId="1FCDE261" w14:textId="77777777" w:rsidR="006508B7" w:rsidRPr="006508B7" w:rsidRDefault="006508B7" w:rsidP="006508B7">
      <w:pPr>
        <w:spacing w:line="276" w:lineRule="auto"/>
      </w:pPr>
      <w:r w:rsidRPr="006508B7">
        <w:t>“Your chambers,” she says, gesturing for me to enter.</w:t>
      </w:r>
    </w:p>
    <w:p w14:paraId="38726C5E" w14:textId="77777777" w:rsidR="006508B7" w:rsidRPr="006508B7" w:rsidRDefault="006508B7" w:rsidP="006508B7">
      <w:pPr>
        <w:spacing w:line="276" w:lineRule="auto"/>
      </w:pPr>
      <w:r w:rsidRPr="006508B7">
        <w:t>I step over the threshold into what will be both my sanctuary and my prison.</w:t>
      </w:r>
    </w:p>
    <w:p w14:paraId="18B436C8" w14:textId="77777777" w:rsidR="006508B7" w:rsidRPr="006508B7" w:rsidRDefault="006508B7" w:rsidP="006508B7">
      <w:pPr>
        <w:spacing w:line="276" w:lineRule="auto"/>
      </w:pPr>
      <w:r w:rsidRPr="006508B7">
        <w:t>The suite opens before me, unexpectedly spacious. The ceiling rises high, with silver channels spiraling toward the center like a frozen storm. The walls are black basalt softened by tapestries in deep blues and silvers—mountain landscapes under night skies. The floor shifts from stone to polished wood, inlaid with thin silver lines that match the walls.</w:t>
      </w:r>
    </w:p>
    <w:p w14:paraId="54A647F5" w14:textId="77777777" w:rsidR="006508B7" w:rsidRPr="006508B7" w:rsidRDefault="006508B7" w:rsidP="006508B7">
      <w:pPr>
        <w:spacing w:line="276" w:lineRule="auto"/>
      </w:pPr>
      <w:r w:rsidRPr="006508B7">
        <w:t>A fireplace occupies one wall, already lit, radiating real heat.</w:t>
      </w:r>
    </w:p>
    <w:p w14:paraId="0A236FC7" w14:textId="77777777" w:rsidR="006508B7" w:rsidRPr="006508B7" w:rsidRDefault="006508B7" w:rsidP="006508B7">
      <w:pPr>
        <w:spacing w:line="276" w:lineRule="auto"/>
      </w:pPr>
      <w:r w:rsidRPr="006508B7">
        <w:t>A table and chairs sit near it, sized for humans. A careful choice. A reminder that someone planned for me, even if they didn’t want me.</w:t>
      </w:r>
    </w:p>
    <w:p w14:paraId="0C83DCBE" w14:textId="77777777" w:rsidR="006508B7" w:rsidRPr="006508B7" w:rsidRDefault="006508B7" w:rsidP="006508B7">
      <w:pPr>
        <w:spacing w:line="276" w:lineRule="auto"/>
      </w:pPr>
      <w:r w:rsidRPr="006508B7">
        <w:t>“The sleeping chamber is through there,” Valeria says, indicating a doorway to the right. “The adjoining room has been prepared with human necessities.”</w:t>
      </w:r>
    </w:p>
    <w:p w14:paraId="39B82862" w14:textId="77777777" w:rsidR="006508B7" w:rsidRPr="006508B7" w:rsidRDefault="006508B7" w:rsidP="006508B7">
      <w:pPr>
        <w:spacing w:line="276" w:lineRule="auto"/>
      </w:pPr>
      <w:r w:rsidRPr="006508B7">
        <w:t>I move deeper inside, noticing the absence of mirrors, the strategic placement of lanterns, the subtle markings etched along the window frames.</w:t>
      </w:r>
    </w:p>
    <w:p w14:paraId="68F21CC1" w14:textId="77777777" w:rsidR="006508B7" w:rsidRPr="006508B7" w:rsidRDefault="006508B7" w:rsidP="006508B7">
      <w:pPr>
        <w:spacing w:line="276" w:lineRule="auto"/>
      </w:pPr>
      <w:r w:rsidRPr="006508B7">
        <w:t>The windows surprise me most—tall arches offering a clear view of the city below and the mountains beyond. Not barred. Not blocked.</w:t>
      </w:r>
    </w:p>
    <w:p w14:paraId="2B45FA32" w14:textId="77777777" w:rsidR="006508B7" w:rsidRPr="006508B7" w:rsidRDefault="006508B7" w:rsidP="006508B7">
      <w:pPr>
        <w:spacing w:line="276" w:lineRule="auto"/>
      </w:pPr>
      <w:r w:rsidRPr="006508B7">
        <w:t>Freedom, offered as an illusion.</w:t>
      </w:r>
    </w:p>
    <w:p w14:paraId="369C2116" w14:textId="77777777" w:rsidR="006508B7" w:rsidRPr="006508B7" w:rsidRDefault="006508B7" w:rsidP="006508B7">
      <w:pPr>
        <w:spacing w:line="276" w:lineRule="auto"/>
      </w:pPr>
      <w:r w:rsidRPr="006508B7">
        <w:t>“These are… not what I expected,” I admit.</w:t>
      </w:r>
    </w:p>
    <w:p w14:paraId="1EAE296D" w14:textId="77777777" w:rsidR="006508B7" w:rsidRPr="006508B7" w:rsidRDefault="006508B7" w:rsidP="006508B7">
      <w:pPr>
        <w:spacing w:line="276" w:lineRule="auto"/>
      </w:pPr>
      <w:r w:rsidRPr="006508B7">
        <w:lastRenderedPageBreak/>
        <w:t>“The east wing was designed for diplomatic guests,” Valeria replies, remaining near the entrance. “Before the war.”</w:t>
      </w:r>
    </w:p>
    <w:p w14:paraId="1A780BAC" w14:textId="77777777" w:rsidR="006508B7" w:rsidRPr="006508B7" w:rsidRDefault="006508B7" w:rsidP="006508B7">
      <w:pPr>
        <w:spacing w:line="276" w:lineRule="auto"/>
      </w:pPr>
      <w:r w:rsidRPr="006508B7">
        <w:t>Before humans became something managed.</w:t>
      </w:r>
    </w:p>
    <w:p w14:paraId="0A648D7E" w14:textId="77777777" w:rsidR="006508B7" w:rsidRPr="006508B7" w:rsidRDefault="006508B7" w:rsidP="006508B7">
      <w:pPr>
        <w:spacing w:line="276" w:lineRule="auto"/>
      </w:pPr>
      <w:r w:rsidRPr="006508B7">
        <w:t>I turn back to face her. “And the boundaries of my confinement?”</w:t>
      </w:r>
    </w:p>
    <w:p w14:paraId="4E94E39A" w14:textId="77777777" w:rsidR="006508B7" w:rsidRPr="006508B7" w:rsidRDefault="006508B7" w:rsidP="006508B7">
      <w:pPr>
        <w:spacing w:line="276" w:lineRule="auto"/>
      </w:pPr>
      <w:r w:rsidRPr="006508B7">
        <w:t>“You may access the east wing. The library. The solarium. The adjacent gardens. The main hall during designated hours.” Her eyes flick to the silver lines near the ceiling. “Guards will indicate restricted areas.”</w:t>
      </w:r>
    </w:p>
    <w:p w14:paraId="40EC7A10" w14:textId="77777777" w:rsidR="006508B7" w:rsidRPr="006508B7" w:rsidRDefault="006508B7" w:rsidP="006508B7">
      <w:pPr>
        <w:spacing w:line="276" w:lineRule="auto"/>
      </w:pPr>
      <w:r w:rsidRPr="006508B7">
        <w:t>“And if I try to leave the palace grounds?”</w:t>
      </w:r>
    </w:p>
    <w:p w14:paraId="4B139FF6" w14:textId="77777777" w:rsidR="006508B7" w:rsidRPr="006508B7" w:rsidRDefault="006508B7" w:rsidP="006508B7">
      <w:pPr>
        <w:spacing w:line="276" w:lineRule="auto"/>
      </w:pPr>
      <w:r w:rsidRPr="006508B7">
        <w:t>“The defenses will alert us.” Her gaze lingers on the silver. “Though given what we’ve seen… I would not recommend experimentation.”</w:t>
      </w:r>
    </w:p>
    <w:p w14:paraId="4AEC8CA3" w14:textId="77777777" w:rsidR="006508B7" w:rsidRPr="006508B7" w:rsidRDefault="006508B7" w:rsidP="006508B7">
      <w:pPr>
        <w:spacing w:line="276" w:lineRule="auto"/>
      </w:pPr>
      <w:r w:rsidRPr="006508B7">
        <w:t>Fair.</w:t>
      </w:r>
    </w:p>
    <w:p w14:paraId="6FDC351C" w14:textId="77777777" w:rsidR="006508B7" w:rsidRPr="006508B7" w:rsidRDefault="006508B7" w:rsidP="006508B7">
      <w:pPr>
        <w:spacing w:line="276" w:lineRule="auto"/>
      </w:pPr>
      <w:r w:rsidRPr="006508B7">
        <w:t>I move to the window, looking out over Beaumont. From this height, the city terraces downward like a dark staircase carved into the mountain. Blue lanterns trace paths and bridges through the night. Beyond the city, the road I came on cuts through the forest below, distant and thin and unreal.</w:t>
      </w:r>
    </w:p>
    <w:p w14:paraId="6DEE6296" w14:textId="77777777" w:rsidR="006508B7" w:rsidRPr="006508B7" w:rsidRDefault="006508B7" w:rsidP="006508B7">
      <w:pPr>
        <w:spacing w:line="276" w:lineRule="auto"/>
      </w:pPr>
      <w:r w:rsidRPr="006508B7">
        <w:t>“Communication?” I ask without turning.</w:t>
      </w:r>
    </w:p>
    <w:p w14:paraId="6D491897" w14:textId="77777777" w:rsidR="006508B7" w:rsidRPr="006508B7" w:rsidRDefault="006508B7" w:rsidP="006508B7">
      <w:pPr>
        <w:spacing w:line="276" w:lineRule="auto"/>
      </w:pPr>
      <w:r w:rsidRPr="006508B7">
        <w:t>“You may send reports through official channels. All correspondence will be reviewed before dispatch.”</w:t>
      </w:r>
    </w:p>
    <w:p w14:paraId="28413BB0" w14:textId="77777777" w:rsidR="006508B7" w:rsidRPr="006508B7" w:rsidRDefault="006508B7" w:rsidP="006508B7">
      <w:pPr>
        <w:spacing w:line="276" w:lineRule="auto"/>
      </w:pPr>
      <w:r w:rsidRPr="006508B7">
        <w:t>Of course it will.</w:t>
      </w:r>
    </w:p>
    <w:p w14:paraId="699B98E4" w14:textId="77777777" w:rsidR="006508B7" w:rsidRPr="006508B7" w:rsidRDefault="006508B7" w:rsidP="006508B7">
      <w:pPr>
        <w:spacing w:line="276" w:lineRule="auto"/>
      </w:pPr>
      <w:r w:rsidRPr="006508B7">
        <w:t>“And my investigation?”</w:t>
      </w:r>
    </w:p>
    <w:p w14:paraId="11454763" w14:textId="77777777" w:rsidR="006508B7" w:rsidRPr="006508B7" w:rsidRDefault="006508B7" w:rsidP="006508B7">
      <w:pPr>
        <w:spacing w:line="276" w:lineRule="auto"/>
      </w:pPr>
      <w:r w:rsidRPr="006508B7">
        <w:t>“We begin tomorrow.” She steps backward toward the door. “Rest tonight. The altitude affects humans more than they admit.”</w:t>
      </w:r>
    </w:p>
    <w:p w14:paraId="29D04B4D" w14:textId="77777777" w:rsidR="006508B7" w:rsidRPr="006508B7" w:rsidRDefault="006508B7" w:rsidP="006508B7">
      <w:pPr>
        <w:spacing w:line="276" w:lineRule="auto"/>
      </w:pPr>
      <w:r w:rsidRPr="006508B7">
        <w:t>A surprisingly considerate observation.</w:t>
      </w:r>
    </w:p>
    <w:p w14:paraId="36E59480" w14:textId="77777777" w:rsidR="006508B7" w:rsidRPr="006508B7" w:rsidRDefault="006508B7" w:rsidP="006508B7">
      <w:pPr>
        <w:spacing w:line="276" w:lineRule="auto"/>
      </w:pPr>
      <w:r w:rsidRPr="006508B7">
        <w:t>I turn from the window as she reaches the threshold, preparing to leave—</w:t>
      </w:r>
    </w:p>
    <w:p w14:paraId="207ECFF0" w14:textId="77777777" w:rsidR="006508B7" w:rsidRPr="006508B7" w:rsidRDefault="006508B7" w:rsidP="006508B7">
      <w:pPr>
        <w:spacing w:line="276" w:lineRule="auto"/>
      </w:pPr>
      <w:r w:rsidRPr="006508B7">
        <w:t>The silver in the doorframe flares suddenly, bright enough to sting my eyes.</w:t>
      </w:r>
    </w:p>
    <w:p w14:paraId="3BFBF112" w14:textId="77777777" w:rsidR="006508B7" w:rsidRPr="006508B7" w:rsidRDefault="006508B7" w:rsidP="006508B7">
      <w:pPr>
        <w:spacing w:line="276" w:lineRule="auto"/>
      </w:pPr>
      <w:r w:rsidRPr="006508B7">
        <w:t>The warmth in my chest spikes—no longer just warmth, but a pull, sharp and undeniable, like something under my sternum is being drawn toward her.</w:t>
      </w:r>
    </w:p>
    <w:p w14:paraId="4B5C12EF" w14:textId="77777777" w:rsidR="006508B7" w:rsidRPr="006508B7" w:rsidRDefault="006508B7" w:rsidP="006508B7">
      <w:pPr>
        <w:spacing w:line="276" w:lineRule="auto"/>
      </w:pPr>
      <w:r w:rsidRPr="006508B7">
        <w:t>I gasp, one hand flying to my chest.</w:t>
      </w:r>
    </w:p>
    <w:p w14:paraId="264F3B09" w14:textId="77777777" w:rsidR="006508B7" w:rsidRPr="006508B7" w:rsidRDefault="006508B7" w:rsidP="006508B7">
      <w:pPr>
        <w:spacing w:line="276" w:lineRule="auto"/>
      </w:pPr>
      <w:r w:rsidRPr="006508B7">
        <w:t>Valeria freezes.</w:t>
      </w:r>
    </w:p>
    <w:p w14:paraId="48988470" w14:textId="77777777" w:rsidR="006508B7" w:rsidRPr="006508B7" w:rsidRDefault="006508B7" w:rsidP="006508B7">
      <w:pPr>
        <w:spacing w:line="276" w:lineRule="auto"/>
      </w:pPr>
      <w:r w:rsidRPr="006508B7">
        <w:lastRenderedPageBreak/>
        <w:t>For the first time, her composure truly breaks. Her eyes widen, golden and reflective in the sudden light. Her fingers lift toward the glowing silver, hovering just short of touching it.</w:t>
      </w:r>
    </w:p>
    <w:p w14:paraId="1E1D910F" w14:textId="77777777" w:rsidR="006508B7" w:rsidRPr="006508B7" w:rsidRDefault="006508B7" w:rsidP="006508B7">
      <w:pPr>
        <w:spacing w:line="276" w:lineRule="auto"/>
      </w:pPr>
      <w:r w:rsidRPr="006508B7">
        <w:t>“This is more than proximity,” she says, voice low and controlled in a way that sounds like effort. “The palace is reacting to something… between us.”</w:t>
      </w:r>
    </w:p>
    <w:p w14:paraId="6F52B427" w14:textId="77777777" w:rsidR="006508B7" w:rsidRPr="006508B7" w:rsidRDefault="006508B7" w:rsidP="006508B7">
      <w:pPr>
        <w:spacing w:line="276" w:lineRule="auto"/>
      </w:pPr>
      <w:r w:rsidRPr="006508B7">
        <w:t>The pull tugs again, almost impatient. I take an involuntary step toward her, then force myself to stop.</w:t>
      </w:r>
    </w:p>
    <w:p w14:paraId="52D635DA" w14:textId="77777777" w:rsidR="006508B7" w:rsidRPr="006508B7" w:rsidRDefault="006508B7" w:rsidP="006508B7">
      <w:pPr>
        <w:spacing w:line="276" w:lineRule="auto"/>
      </w:pPr>
      <w:r w:rsidRPr="006508B7">
        <w:t>“What does it mean?” I ask, breath unsteady.</w:t>
      </w:r>
    </w:p>
    <w:p w14:paraId="7EDCC56E" w14:textId="77777777" w:rsidR="006508B7" w:rsidRPr="006508B7" w:rsidRDefault="006508B7" w:rsidP="006508B7">
      <w:pPr>
        <w:spacing w:line="276" w:lineRule="auto"/>
      </w:pPr>
      <w:r w:rsidRPr="006508B7">
        <w:t>She shakes her head once, more sharply this time. “The defenses have never responded to a human. Never.”</w:t>
      </w:r>
    </w:p>
    <w:p w14:paraId="768F19F9" w14:textId="77777777" w:rsidR="006508B7" w:rsidRPr="006508B7" w:rsidRDefault="006508B7" w:rsidP="006508B7">
      <w:pPr>
        <w:spacing w:line="276" w:lineRule="auto"/>
      </w:pPr>
      <w:r w:rsidRPr="006508B7">
        <w:t>The repetition betrays her unease.</w:t>
      </w:r>
    </w:p>
    <w:p w14:paraId="6AE45FD0" w14:textId="77777777" w:rsidR="006508B7" w:rsidRPr="006508B7" w:rsidRDefault="006508B7" w:rsidP="006508B7">
      <w:pPr>
        <w:spacing w:line="276" w:lineRule="auto"/>
      </w:pPr>
      <w:r w:rsidRPr="006508B7">
        <w:t>“Rest,” she says, and her tone tries to rebuild the distance between us. “</w:t>
      </w:r>
      <w:proofErr w:type="gramStart"/>
      <w:r w:rsidRPr="006508B7">
        <w:t>Tomorrow</w:t>
      </w:r>
      <w:proofErr w:type="gramEnd"/>
      <w:r w:rsidRPr="006508B7">
        <w:t xml:space="preserve"> we will discuss this further.”</w:t>
      </w:r>
    </w:p>
    <w:p w14:paraId="563CA03A" w14:textId="77777777" w:rsidR="006508B7" w:rsidRPr="006508B7" w:rsidRDefault="006508B7" w:rsidP="006508B7">
      <w:pPr>
        <w:spacing w:line="276" w:lineRule="auto"/>
      </w:pPr>
      <w:r w:rsidRPr="006508B7">
        <w:t>She steps into the corridor.</w:t>
      </w:r>
    </w:p>
    <w:p w14:paraId="6EDBC009" w14:textId="77777777" w:rsidR="006508B7" w:rsidRPr="006508B7" w:rsidRDefault="006508B7" w:rsidP="006508B7">
      <w:pPr>
        <w:spacing w:line="276" w:lineRule="auto"/>
      </w:pPr>
      <w:r w:rsidRPr="006508B7">
        <w:t>The light dims, but it doesn’t die. The silver continues to pulse softly, like embers refusing to cool.</w:t>
      </w:r>
    </w:p>
    <w:p w14:paraId="7F6319D8" w14:textId="77777777" w:rsidR="006508B7" w:rsidRPr="006508B7" w:rsidRDefault="006508B7" w:rsidP="006508B7">
      <w:pPr>
        <w:spacing w:line="276" w:lineRule="auto"/>
      </w:pPr>
      <w:r w:rsidRPr="006508B7">
        <w:t>The pull eases, but it stays—faint, lingering, like a phantom tether I can’t see.</w:t>
      </w:r>
    </w:p>
    <w:p w14:paraId="17E367FC" w14:textId="77777777" w:rsidR="006508B7" w:rsidRPr="006508B7" w:rsidRDefault="006508B7" w:rsidP="006508B7">
      <w:pPr>
        <w:spacing w:line="276" w:lineRule="auto"/>
      </w:pPr>
      <w:r w:rsidRPr="006508B7">
        <w:t>“The palace will respond if you require assistance,” Valeria adds, composure sliding back into place. “Touch the silver. Someone will come.”</w:t>
      </w:r>
    </w:p>
    <w:p w14:paraId="0A18F369" w14:textId="77777777" w:rsidR="006508B7" w:rsidRPr="006508B7" w:rsidRDefault="006508B7" w:rsidP="006508B7">
      <w:pPr>
        <w:spacing w:line="276" w:lineRule="auto"/>
      </w:pPr>
      <w:r w:rsidRPr="006508B7">
        <w:t>With that, she turns and walks away.</w:t>
      </w:r>
    </w:p>
    <w:p w14:paraId="7A3EB3D8" w14:textId="77777777" w:rsidR="006508B7" w:rsidRPr="006508B7" w:rsidRDefault="006508B7" w:rsidP="006508B7">
      <w:pPr>
        <w:spacing w:line="276" w:lineRule="auto"/>
      </w:pPr>
      <w:r w:rsidRPr="006508B7">
        <w:t>I watch her until she disappears around a corner, the last trace of her swallowed by dark stone and blue light.</w:t>
      </w:r>
    </w:p>
    <w:p w14:paraId="52866838" w14:textId="77777777" w:rsidR="006508B7" w:rsidRPr="006508B7" w:rsidRDefault="006508B7" w:rsidP="006508B7">
      <w:pPr>
        <w:spacing w:line="276" w:lineRule="auto"/>
      </w:pPr>
      <w:r w:rsidRPr="006508B7">
        <w:t>The doors swing shut on their own, sealing me into my luxurious cage.</w:t>
      </w:r>
    </w:p>
    <w:p w14:paraId="095904D6" w14:textId="77777777" w:rsidR="006508B7" w:rsidRPr="006508B7" w:rsidRDefault="006508B7" w:rsidP="006508B7">
      <w:pPr>
        <w:spacing w:line="276" w:lineRule="auto"/>
      </w:pPr>
      <w:r w:rsidRPr="006508B7">
        <w:t>Alone, I press my palm against my chest where the warmth lingers. The silver lines in the walls pulse in response, as if acknowledging that I noticed.</w:t>
      </w:r>
    </w:p>
    <w:p w14:paraId="371B4D13" w14:textId="77777777" w:rsidR="006508B7" w:rsidRPr="006508B7" w:rsidRDefault="006508B7" w:rsidP="006508B7">
      <w:pPr>
        <w:spacing w:line="276" w:lineRule="auto"/>
      </w:pPr>
      <w:r w:rsidRPr="006508B7">
        <w:t>I move back to the window, staring down at the city spread below me like a carved secret.</w:t>
      </w:r>
    </w:p>
    <w:p w14:paraId="2D68A8BF" w14:textId="77777777" w:rsidR="006508B7" w:rsidRPr="006508B7" w:rsidRDefault="006508B7" w:rsidP="006508B7">
      <w:pPr>
        <w:spacing w:line="276" w:lineRule="auto"/>
      </w:pPr>
      <w:r w:rsidRPr="006508B7">
        <w:t>Somewhere in Beaumont is the answer to who violated the treaty.</w:t>
      </w:r>
    </w:p>
    <w:p w14:paraId="231E6EDF" w14:textId="77777777" w:rsidR="006508B7" w:rsidRPr="006508B7" w:rsidRDefault="006508B7" w:rsidP="006508B7">
      <w:pPr>
        <w:spacing w:line="276" w:lineRule="auto"/>
      </w:pPr>
      <w:r w:rsidRPr="006508B7">
        <w:t>Somewhere in this mountain is the truth behind the ambush and the stolen prisoners.</w:t>
      </w:r>
    </w:p>
    <w:p w14:paraId="61901F6D" w14:textId="77777777" w:rsidR="006508B7" w:rsidRPr="006508B7" w:rsidRDefault="006508B7" w:rsidP="006508B7">
      <w:pPr>
        <w:spacing w:line="276" w:lineRule="auto"/>
      </w:pPr>
      <w:r w:rsidRPr="006508B7">
        <w:lastRenderedPageBreak/>
        <w:t>And somewhere—maybe in the walls around me, maybe in the strange pull beneath my ribs—is an explanation for why the palace magic seems to recognize me.</w:t>
      </w:r>
    </w:p>
    <w:p w14:paraId="71127E33" w14:textId="77777777" w:rsidR="006508B7" w:rsidRPr="006508B7" w:rsidRDefault="006508B7" w:rsidP="006508B7">
      <w:pPr>
        <w:spacing w:line="276" w:lineRule="auto"/>
      </w:pPr>
      <w:r w:rsidRPr="006508B7">
        <w:t>I press my fingertips to the cool glass, my reflection floating over the distant lights of the vampire capital.</w:t>
      </w:r>
    </w:p>
    <w:p w14:paraId="6D80500D" w14:textId="77777777" w:rsidR="006508B7" w:rsidRPr="006508B7" w:rsidRDefault="006508B7" w:rsidP="006508B7">
      <w:pPr>
        <w:spacing w:line="276" w:lineRule="auto"/>
      </w:pPr>
      <w:r w:rsidRPr="006508B7">
        <w:t>I look composed.</w:t>
      </w:r>
    </w:p>
    <w:p w14:paraId="6E8C07B8" w14:textId="77777777" w:rsidR="006508B7" w:rsidRPr="006508B7" w:rsidRDefault="006508B7" w:rsidP="006508B7">
      <w:pPr>
        <w:spacing w:line="276" w:lineRule="auto"/>
      </w:pPr>
      <w:r w:rsidRPr="006508B7">
        <w:t>Steady.</w:t>
      </w:r>
    </w:p>
    <w:p w14:paraId="0D110792" w14:textId="77777777" w:rsidR="006508B7" w:rsidRPr="006508B7" w:rsidRDefault="006508B7" w:rsidP="006508B7">
      <w:pPr>
        <w:spacing w:line="276" w:lineRule="auto"/>
      </w:pPr>
      <w:r w:rsidRPr="006508B7">
        <w:t>Like a woman who insisted on making this choice.</w:t>
      </w:r>
    </w:p>
    <w:p w14:paraId="615C2AE7" w14:textId="77777777" w:rsidR="006508B7" w:rsidRPr="006508B7" w:rsidRDefault="006508B7" w:rsidP="006508B7">
      <w:pPr>
        <w:spacing w:line="276" w:lineRule="auto"/>
      </w:pPr>
      <w:r w:rsidRPr="006508B7">
        <w:t>Even if that choice has led me into something far more complicated than a simple treaty violation.</w:t>
      </w:r>
    </w:p>
    <w:p w14:paraId="27E6C8F8" w14:textId="77777777" w:rsidR="006508B7" w:rsidRPr="006508B7" w:rsidRDefault="006508B7" w:rsidP="006508B7">
      <w:pPr>
        <w:spacing w:line="276" w:lineRule="auto"/>
      </w:pPr>
      <w:r w:rsidRPr="006508B7">
        <w:t>The silver pulses once more, as if in agreement.</w:t>
      </w:r>
    </w:p>
    <w:p w14:paraId="37187B51" w14:textId="5BB89EE5" w:rsidR="00293157" w:rsidRDefault="00293157" w:rsidP="006508B7">
      <w:pPr>
        <w:spacing w:line="276" w:lineRule="auto"/>
        <w:rPr>
          <w:b/>
          <w:bCs/>
        </w:rPr>
      </w:pPr>
    </w:p>
    <w:p w14:paraId="4C67D8BC" w14:textId="77777777" w:rsidR="006508B7" w:rsidRDefault="006508B7" w:rsidP="00293157">
      <w:pPr>
        <w:spacing w:line="276" w:lineRule="auto"/>
        <w:ind w:firstLine="0"/>
        <w:jc w:val="center"/>
        <w:rPr>
          <w:b/>
          <w:bCs/>
        </w:rPr>
      </w:pPr>
    </w:p>
    <w:p w14:paraId="5E260A2C" w14:textId="77777777" w:rsidR="006508B7" w:rsidRDefault="006508B7" w:rsidP="00293157">
      <w:pPr>
        <w:spacing w:line="276" w:lineRule="auto"/>
        <w:ind w:firstLine="0"/>
        <w:jc w:val="center"/>
        <w:rPr>
          <w:b/>
          <w:bCs/>
        </w:rPr>
      </w:pPr>
    </w:p>
    <w:p w14:paraId="4DB21B43" w14:textId="77777777" w:rsidR="006508B7" w:rsidRDefault="006508B7" w:rsidP="00293157">
      <w:pPr>
        <w:spacing w:line="276" w:lineRule="auto"/>
        <w:ind w:firstLine="0"/>
        <w:jc w:val="center"/>
        <w:rPr>
          <w:b/>
          <w:bCs/>
        </w:rPr>
      </w:pPr>
    </w:p>
    <w:p w14:paraId="7A2B5297" w14:textId="77777777" w:rsidR="006508B7" w:rsidRDefault="006508B7" w:rsidP="00293157">
      <w:pPr>
        <w:spacing w:line="276" w:lineRule="auto"/>
        <w:ind w:firstLine="0"/>
        <w:jc w:val="center"/>
        <w:rPr>
          <w:b/>
          <w:bCs/>
        </w:rPr>
      </w:pPr>
    </w:p>
    <w:p w14:paraId="542F4A52" w14:textId="77777777" w:rsidR="006508B7" w:rsidRDefault="006508B7" w:rsidP="00293157">
      <w:pPr>
        <w:spacing w:line="276" w:lineRule="auto"/>
        <w:ind w:firstLine="0"/>
        <w:jc w:val="center"/>
        <w:rPr>
          <w:b/>
          <w:bCs/>
        </w:rPr>
      </w:pPr>
    </w:p>
    <w:p w14:paraId="667E0BB2" w14:textId="77777777" w:rsidR="006508B7" w:rsidRDefault="006508B7" w:rsidP="00293157">
      <w:pPr>
        <w:spacing w:line="276" w:lineRule="auto"/>
        <w:ind w:firstLine="0"/>
        <w:jc w:val="center"/>
        <w:rPr>
          <w:b/>
          <w:bCs/>
        </w:rPr>
      </w:pPr>
    </w:p>
    <w:p w14:paraId="12E8725D" w14:textId="77777777" w:rsidR="006508B7" w:rsidRDefault="006508B7" w:rsidP="00293157">
      <w:pPr>
        <w:spacing w:line="276" w:lineRule="auto"/>
        <w:ind w:firstLine="0"/>
        <w:jc w:val="center"/>
        <w:rPr>
          <w:b/>
          <w:bCs/>
        </w:rPr>
      </w:pPr>
    </w:p>
    <w:p w14:paraId="6E9B273A" w14:textId="77777777" w:rsidR="006508B7" w:rsidRDefault="006508B7" w:rsidP="00293157">
      <w:pPr>
        <w:spacing w:line="276" w:lineRule="auto"/>
        <w:ind w:firstLine="0"/>
        <w:jc w:val="center"/>
        <w:rPr>
          <w:b/>
          <w:bCs/>
        </w:rPr>
      </w:pPr>
    </w:p>
    <w:p w14:paraId="26A1BDC4" w14:textId="77777777" w:rsidR="006508B7" w:rsidRDefault="006508B7" w:rsidP="00293157">
      <w:pPr>
        <w:spacing w:line="276" w:lineRule="auto"/>
        <w:ind w:firstLine="0"/>
        <w:jc w:val="center"/>
        <w:rPr>
          <w:b/>
          <w:bCs/>
        </w:rPr>
      </w:pPr>
    </w:p>
    <w:p w14:paraId="7A765ECD" w14:textId="77777777" w:rsidR="006508B7" w:rsidRDefault="006508B7" w:rsidP="00293157">
      <w:pPr>
        <w:spacing w:line="276" w:lineRule="auto"/>
        <w:ind w:firstLine="0"/>
        <w:jc w:val="center"/>
        <w:rPr>
          <w:b/>
          <w:bCs/>
        </w:rPr>
      </w:pPr>
    </w:p>
    <w:p w14:paraId="20AEE70D" w14:textId="77777777" w:rsidR="006508B7" w:rsidRDefault="006508B7" w:rsidP="00293157">
      <w:pPr>
        <w:spacing w:line="276" w:lineRule="auto"/>
        <w:ind w:firstLine="0"/>
        <w:jc w:val="center"/>
        <w:rPr>
          <w:b/>
          <w:bCs/>
        </w:rPr>
      </w:pPr>
    </w:p>
    <w:p w14:paraId="42C316D7" w14:textId="77777777" w:rsidR="006508B7" w:rsidRDefault="006508B7" w:rsidP="00293157">
      <w:pPr>
        <w:spacing w:line="276" w:lineRule="auto"/>
        <w:ind w:firstLine="0"/>
        <w:jc w:val="center"/>
        <w:rPr>
          <w:b/>
          <w:bCs/>
        </w:rPr>
      </w:pPr>
    </w:p>
    <w:p w14:paraId="08553F05" w14:textId="77777777" w:rsidR="006508B7" w:rsidRDefault="006508B7" w:rsidP="00293157">
      <w:pPr>
        <w:spacing w:line="276" w:lineRule="auto"/>
        <w:ind w:firstLine="0"/>
        <w:jc w:val="center"/>
        <w:rPr>
          <w:b/>
          <w:bCs/>
        </w:rPr>
      </w:pPr>
    </w:p>
    <w:p w14:paraId="69B7CA54" w14:textId="77777777" w:rsidR="006508B7" w:rsidRDefault="006508B7" w:rsidP="00293157">
      <w:pPr>
        <w:spacing w:line="276" w:lineRule="auto"/>
        <w:ind w:firstLine="0"/>
        <w:jc w:val="center"/>
        <w:rPr>
          <w:b/>
          <w:bCs/>
        </w:rPr>
      </w:pPr>
    </w:p>
    <w:p w14:paraId="263BC71F" w14:textId="77777777" w:rsidR="006508B7" w:rsidRDefault="006508B7" w:rsidP="00293157">
      <w:pPr>
        <w:spacing w:line="276" w:lineRule="auto"/>
        <w:ind w:firstLine="0"/>
        <w:jc w:val="center"/>
        <w:rPr>
          <w:b/>
          <w:bCs/>
        </w:rPr>
      </w:pPr>
    </w:p>
    <w:p w14:paraId="2144A2FF" w14:textId="5E52C24F" w:rsidR="00E94BAC" w:rsidRPr="00E94BAC" w:rsidRDefault="00E94BAC" w:rsidP="00293157">
      <w:pPr>
        <w:spacing w:line="276" w:lineRule="auto"/>
        <w:ind w:firstLine="0"/>
        <w:jc w:val="center"/>
        <w:rPr>
          <w:b/>
          <w:bCs/>
        </w:rPr>
      </w:pPr>
      <w:r w:rsidRPr="00E94BAC">
        <w:rPr>
          <w:b/>
          <w:bCs/>
        </w:rPr>
        <w:lastRenderedPageBreak/>
        <w:t>CHAPTER TWO</w:t>
      </w:r>
    </w:p>
    <w:p w14:paraId="4BF2784F" w14:textId="584A1CAA" w:rsidR="006508B7" w:rsidRPr="006508B7" w:rsidRDefault="00367B1F" w:rsidP="006508B7">
      <w:pPr>
        <w:spacing w:line="276" w:lineRule="auto"/>
      </w:pPr>
      <w:r w:rsidRPr="00367B1F">
        <w:t xml:space="preserve">I </w:t>
      </w:r>
      <w:r w:rsidR="006508B7" w:rsidRPr="006508B7">
        <w:t>wake to the pulse of silver ward lines against black stone, their rhythm slow and steady like a slumbering heartbeat. The ceiling looms high above me, carved obsidian that catches the fading light filtering through tall windows. Beaumont keeps its own time—vampire time—where dawn and dusk are reversed, and I’ve lost track of how long I’ve been here, caught between daylight diplomacy and nocturnal politics.</w:t>
      </w:r>
    </w:p>
    <w:p w14:paraId="2FFE410C" w14:textId="77777777" w:rsidR="006508B7" w:rsidRPr="006508B7" w:rsidRDefault="006508B7" w:rsidP="006508B7">
      <w:pPr>
        <w:spacing w:line="276" w:lineRule="auto"/>
      </w:pPr>
      <w:r w:rsidRPr="006508B7">
        <w:t xml:space="preserve">The ward lines brighten as I shift beneath silk sheets that feel too smooth against my skin, too deliberate in their comfort. They respond to me now, as if the palace has </w:t>
      </w:r>
      <w:proofErr w:type="gramStart"/>
      <w:r w:rsidRPr="006508B7">
        <w:t>learned</w:t>
      </w:r>
      <w:proofErr w:type="gramEnd"/>
      <w:r w:rsidRPr="006508B7">
        <w:t xml:space="preserve"> me during sleep and decided to keep me in its awareness. The silver light casts soft shadows across the chamber walls, revealing geometric patterns carved into stone that I hadn’t noticed yesterday.</w:t>
      </w:r>
    </w:p>
    <w:p w14:paraId="481234BD" w14:textId="77777777" w:rsidR="006508B7" w:rsidRPr="006508B7" w:rsidRDefault="006508B7" w:rsidP="006508B7">
      <w:pPr>
        <w:spacing w:line="276" w:lineRule="auto"/>
      </w:pPr>
      <w:r w:rsidRPr="006508B7">
        <w:t>Beneath my ribs, that now-familiar warmth pulses in counterpoint to the ward lines—a connection to Queen Valeria that neither of us understands but both acknowledge. It’s not uncomfortable, just persistent. A presence. A reminder that something unprecedented links us together in this ancient mountain fortress.</w:t>
      </w:r>
    </w:p>
    <w:p w14:paraId="7D7E0628" w14:textId="77777777" w:rsidR="006508B7" w:rsidRPr="006508B7" w:rsidRDefault="006508B7" w:rsidP="006508B7">
      <w:pPr>
        <w:spacing w:line="276" w:lineRule="auto"/>
      </w:pPr>
      <w:r w:rsidRPr="006508B7">
        <w:t>I sit up slowly, letting the sheets pool around my waist. The warmth intensifies slightly, as if answering my increased awareness. Does Valeria feel this too, wherever she is in the palace? Does she wake with this steady pressure beneath her sternum, this constant awareness of another presence?</w:t>
      </w:r>
    </w:p>
    <w:p w14:paraId="66BF2204" w14:textId="77777777" w:rsidR="006508B7" w:rsidRPr="006508B7" w:rsidRDefault="006508B7" w:rsidP="006508B7">
      <w:pPr>
        <w:spacing w:line="276" w:lineRule="auto"/>
      </w:pPr>
      <w:r w:rsidRPr="006508B7">
        <w:t>The ward lines pulse brighter for a moment, then settle back to their regular rhythm.</w:t>
      </w:r>
    </w:p>
    <w:p w14:paraId="4D88EC76" w14:textId="77777777" w:rsidR="006508B7" w:rsidRPr="006508B7" w:rsidRDefault="006508B7" w:rsidP="006508B7">
      <w:pPr>
        <w:spacing w:line="276" w:lineRule="auto"/>
      </w:pPr>
      <w:r w:rsidRPr="006508B7">
        <w:t>Outside my windows, daylight fades toward dusk. Another vampire day beginning as the human world prepares for sleep. I swing my legs over the edge of the bed, bare feet finding the cool, glass-smooth floor. The stone should be cold in this mountain climate, but it holds a gentle warmth that suggests the wards are at work. The palace accommodates me even as it confines me.</w:t>
      </w:r>
    </w:p>
    <w:p w14:paraId="18E4521F" w14:textId="77777777" w:rsidR="006508B7" w:rsidRPr="006508B7" w:rsidRDefault="006508B7" w:rsidP="006508B7">
      <w:pPr>
        <w:spacing w:line="276" w:lineRule="auto"/>
      </w:pPr>
      <w:r w:rsidRPr="006508B7">
        <w:t>I stand, stretching muscles stiff from too many hours of diplomatic posture. The black stone beneath my feet reflects my image in fragments—a pale oval of face, the dark spill of loose hair, the white linen of my sleep clothes. I look smaller here than I do in human spaces, reduced by the scale of vampire architecture.</w:t>
      </w:r>
    </w:p>
    <w:p w14:paraId="0A2F2E48" w14:textId="77777777" w:rsidR="006508B7" w:rsidRPr="006508B7" w:rsidRDefault="006508B7" w:rsidP="006508B7">
      <w:pPr>
        <w:spacing w:line="276" w:lineRule="auto"/>
      </w:pPr>
      <w:r w:rsidRPr="006508B7">
        <w:t>My diplomatic attire from yesterday hangs in an alcove, brushed clean of travel dust. Beside it rests a selection of other garments—all in Beaumont blacks and silvers, all precisely my size. The implication isn’t subtle: stay awhile, dress the part. I leave them hanging for now.</w:t>
      </w:r>
    </w:p>
    <w:p w14:paraId="4F0F2A6A" w14:textId="77777777" w:rsidR="006508B7" w:rsidRPr="006508B7" w:rsidRDefault="006508B7" w:rsidP="006508B7">
      <w:pPr>
        <w:spacing w:line="276" w:lineRule="auto"/>
      </w:pPr>
      <w:r w:rsidRPr="006508B7">
        <w:t xml:space="preserve">A low table near the window catches my attention. It wasn’t there last night. On its polished surface sits a silver pitcher of water, a folded cloth, and a meticulously arranged display of fruit—red berries, sliced pears, something purple and unfamiliar that might be native to these </w:t>
      </w:r>
      <w:r w:rsidRPr="006508B7">
        <w:lastRenderedPageBreak/>
        <w:t>mountains. Not a casual offering but a carefully made still life, each piece placed with aesthetic precision.</w:t>
      </w:r>
    </w:p>
    <w:p w14:paraId="13DB0F6F" w14:textId="77777777" w:rsidR="006508B7" w:rsidRPr="006508B7" w:rsidRDefault="006508B7" w:rsidP="006508B7">
      <w:pPr>
        <w:spacing w:line="276" w:lineRule="auto"/>
      </w:pPr>
      <w:r w:rsidRPr="006508B7">
        <w:t>Leaning against the water pitcher is a folded slip of parchment, heavy cream against the silver.</w:t>
      </w:r>
    </w:p>
    <w:p w14:paraId="55EBD084" w14:textId="77777777" w:rsidR="006508B7" w:rsidRPr="006508B7" w:rsidRDefault="006508B7" w:rsidP="006508B7">
      <w:pPr>
        <w:spacing w:line="276" w:lineRule="auto"/>
      </w:pPr>
      <w:r w:rsidRPr="006508B7">
        <w:t>I cross to the table, the floor warming slightly beneath my feet as I move. The parchment bears a seal—not the royal emblem I expected, but a simpler mark, a stylized V impressed in silver wax. I break it carefully, unfolding the heavy paper to reveal precise, slanted handwriting in black ink.</w:t>
      </w:r>
    </w:p>
    <w:p w14:paraId="52AB44D3" w14:textId="77777777" w:rsidR="006508B7" w:rsidRPr="006508B7" w:rsidRDefault="006508B7" w:rsidP="006508B7">
      <w:pPr>
        <w:spacing w:line="276" w:lineRule="auto"/>
      </w:pPr>
      <w:r w:rsidRPr="006508B7">
        <w:t>“Dinner awaits after the throne room.”</w:t>
      </w:r>
    </w:p>
    <w:p w14:paraId="0F7C2993" w14:textId="77777777" w:rsidR="006508B7" w:rsidRPr="006508B7" w:rsidRDefault="006508B7" w:rsidP="006508B7">
      <w:pPr>
        <w:spacing w:line="276" w:lineRule="auto"/>
      </w:pPr>
      <w:r w:rsidRPr="006508B7">
        <w:t>Five words. No signature needed. The queen’s private stationery speaks for itself.</w:t>
      </w:r>
    </w:p>
    <w:p w14:paraId="2953947E" w14:textId="77777777" w:rsidR="006508B7" w:rsidRPr="006508B7" w:rsidRDefault="006508B7" w:rsidP="006508B7">
      <w:pPr>
        <w:spacing w:line="276" w:lineRule="auto"/>
      </w:pPr>
      <w:r w:rsidRPr="006508B7">
        <w:t>I trace the letters with my fingertip, noting the controlled pressure of each stroke. Dinner. Not a diplomatic meeting, not an investigation session, but dinner. The distinction feels deliberate.</w:t>
      </w:r>
    </w:p>
    <w:p w14:paraId="06746012" w14:textId="77777777" w:rsidR="006508B7" w:rsidRPr="006508B7" w:rsidRDefault="006508B7" w:rsidP="006508B7">
      <w:pPr>
        <w:spacing w:line="276" w:lineRule="auto"/>
      </w:pPr>
      <w:r w:rsidRPr="006508B7">
        <w:t>The pressure beneath my ribs shifts subtly, as if responding to my thoughts. The ward lines brighten momentarily before settling again.</w:t>
      </w:r>
    </w:p>
    <w:p w14:paraId="39965227" w14:textId="77777777" w:rsidR="006508B7" w:rsidRPr="006508B7" w:rsidRDefault="006508B7" w:rsidP="006508B7">
      <w:pPr>
        <w:spacing w:line="276" w:lineRule="auto"/>
      </w:pPr>
      <w:r w:rsidRPr="006508B7">
        <w:t xml:space="preserve">I pour water from the silver pitcher into a matching cup, watching light catch on the rippling surface. Dinner with the vampire queen. Not a formal court function—those are announced, planned, staged. This is something different. An invitation </w:t>
      </w:r>
      <w:proofErr w:type="gramStart"/>
      <w:r w:rsidRPr="006508B7">
        <w:t>delivered directly,</w:t>
      </w:r>
      <w:proofErr w:type="gramEnd"/>
      <w:r w:rsidRPr="006508B7">
        <w:t xml:space="preserve"> on her private stationery.</w:t>
      </w:r>
    </w:p>
    <w:p w14:paraId="56DA842C" w14:textId="77777777" w:rsidR="006508B7" w:rsidRPr="006508B7" w:rsidRDefault="006508B7" w:rsidP="006508B7">
      <w:pPr>
        <w:spacing w:line="276" w:lineRule="auto"/>
      </w:pPr>
      <w:r w:rsidRPr="006508B7">
        <w:t>What game is Valeria playing? Is this about the investigation, the ward anomalies, or something else entirely? Perhaps all three. Vampires rarely do anything for a single reason—centuries teach them to layer meaning until it becomes armor.</w:t>
      </w:r>
    </w:p>
    <w:p w14:paraId="180D7C4E" w14:textId="77777777" w:rsidR="006508B7" w:rsidRPr="006508B7" w:rsidRDefault="006508B7" w:rsidP="006508B7">
      <w:pPr>
        <w:spacing w:line="276" w:lineRule="auto"/>
      </w:pPr>
      <w:r w:rsidRPr="006508B7">
        <w:t>I sip the water slowly, watching dust motes drift in the fading light. The fruit remains untouched. I’m not hungry, just alert—aware of a shifting diplomatic landscape. Yesterday I arrived as an investigator, demanding answers about treaty violations. Today I’m receiving private invitations from the queen herself.</w:t>
      </w:r>
    </w:p>
    <w:p w14:paraId="58667A86" w14:textId="77777777" w:rsidR="006508B7" w:rsidRPr="006508B7" w:rsidRDefault="006508B7" w:rsidP="006508B7">
      <w:pPr>
        <w:spacing w:line="276" w:lineRule="auto"/>
      </w:pPr>
      <w:r w:rsidRPr="006508B7">
        <w:t>The pressure beneath my sternum pulses once, strongly, like a silent confirmation. Something is building between us—whether alliance or complication remains unclear.</w:t>
      </w:r>
    </w:p>
    <w:p w14:paraId="6E775DBD" w14:textId="77777777" w:rsidR="006508B7" w:rsidRPr="006508B7" w:rsidRDefault="006508B7" w:rsidP="006508B7">
      <w:pPr>
        <w:spacing w:line="276" w:lineRule="auto"/>
      </w:pPr>
      <w:r w:rsidRPr="006508B7">
        <w:t>Three precise taps sound at my door, cutting through my contemplation. Not the firm knock of a guard or the careful tap of a servant, but something in between. Deliberate. Expectant.</w:t>
      </w:r>
    </w:p>
    <w:p w14:paraId="74540D8C" w14:textId="77777777" w:rsidR="006508B7" w:rsidRPr="006508B7" w:rsidRDefault="006508B7" w:rsidP="006508B7">
      <w:pPr>
        <w:spacing w:line="276" w:lineRule="auto"/>
      </w:pPr>
      <w:r w:rsidRPr="006508B7">
        <w:t>I set down the water cup and straighten, smoothing my sleep clothes with a practiced gesture. Even disheveled, I represent human interests here. Even in informal moments, I am a diplomat first.</w:t>
      </w:r>
    </w:p>
    <w:p w14:paraId="5798B7A8" w14:textId="77777777" w:rsidR="006508B7" w:rsidRPr="006508B7" w:rsidRDefault="006508B7" w:rsidP="006508B7">
      <w:pPr>
        <w:spacing w:line="276" w:lineRule="auto"/>
      </w:pPr>
      <w:r w:rsidRPr="006508B7">
        <w:lastRenderedPageBreak/>
        <w:t>“One moment,” I call, reaching for a robe laid across a nearby chair. Black silk, of course, with subtle silver threading at the cuffs and collar. I slip it on, tying it securely before crossing to the door.</w:t>
      </w:r>
    </w:p>
    <w:p w14:paraId="18CA955B" w14:textId="77777777" w:rsidR="006508B7" w:rsidRPr="006508B7" w:rsidRDefault="006508B7" w:rsidP="006508B7">
      <w:pPr>
        <w:spacing w:line="276" w:lineRule="auto"/>
      </w:pPr>
      <w:r w:rsidRPr="006508B7">
        <w:t>The ward lines pulse once more as I approach, as if anticipating the interaction to come. The warmth beneath my ribs remains steady, neither increasing nor fading. Whoever waits outside isn’t Valeria herself—our proximity would have intensified the connection already.</w:t>
      </w:r>
    </w:p>
    <w:p w14:paraId="2ED0780F" w14:textId="77777777" w:rsidR="006508B7" w:rsidRPr="006508B7" w:rsidRDefault="006508B7" w:rsidP="006508B7">
      <w:pPr>
        <w:spacing w:line="276" w:lineRule="auto"/>
      </w:pPr>
      <w:r w:rsidRPr="006508B7">
        <w:t>I smooth my hair back with one hand, compose my features into diplomatic neutrality, and prepare to greet my visitor.</w:t>
      </w:r>
    </w:p>
    <w:p w14:paraId="0E9AB38A" w14:textId="77777777" w:rsidR="006508B7" w:rsidRPr="006508B7" w:rsidRDefault="006508B7" w:rsidP="006508B7">
      <w:pPr>
        <w:spacing w:line="276" w:lineRule="auto"/>
      </w:pPr>
      <w:r w:rsidRPr="006508B7">
        <w:t>“Enter,” I call, cinching the black silk robe tighter around my waist. The door opens without a sound—vampire precision—revealing a tall female figure framed in silver light from the corridor. She steps inside, and the ward lines respond immediately, brightening as if in recognition. Not Valeria, but someone with weight in this court. Her silver-threaded gown catches the light, throwing fractured patterns across the black stone walls.</w:t>
      </w:r>
    </w:p>
    <w:p w14:paraId="5FE671AC" w14:textId="77777777" w:rsidR="006508B7" w:rsidRPr="006508B7" w:rsidRDefault="006508B7" w:rsidP="006508B7">
      <w:pPr>
        <w:spacing w:line="276" w:lineRule="auto"/>
      </w:pPr>
      <w:r w:rsidRPr="006508B7">
        <w:t>“Diplomat Everhart.” Her voice carries that musical quality older vampires seem to share, shaped by centuries of language. “I am Lady Varis.”</w:t>
      </w:r>
    </w:p>
    <w:p w14:paraId="26A3CAB2" w14:textId="77777777" w:rsidR="006508B7" w:rsidRPr="006508B7" w:rsidRDefault="006508B7" w:rsidP="006508B7">
      <w:pPr>
        <w:spacing w:line="276" w:lineRule="auto"/>
      </w:pPr>
      <w:r w:rsidRPr="006508B7">
        <w:t>She doesn’t bow or offer anything warm, but her posture lacks the rigid superiority most courtiers wear around humans. Her dark hair is gathered in an intricate arrangement that frames sharp cheekbones and pale, flawless skin. Unlike other vampires I’ve encountered in Beaumont, she meets my gaze directly, without that familiar predatory assessment.</w:t>
      </w:r>
    </w:p>
    <w:p w14:paraId="74A3E820" w14:textId="77777777" w:rsidR="006508B7" w:rsidRPr="006508B7" w:rsidRDefault="006508B7" w:rsidP="006508B7">
      <w:pPr>
        <w:spacing w:line="276" w:lineRule="auto"/>
      </w:pPr>
      <w:r w:rsidRPr="006508B7">
        <w:t>“Lady Varis.” I incline my head slightly—diplomat’s courtesy, neither subservient nor presumptuous. “How may I assist you?”</w:t>
      </w:r>
    </w:p>
    <w:p w14:paraId="4F0D0F2E" w14:textId="77777777" w:rsidR="006508B7" w:rsidRPr="006508B7" w:rsidRDefault="006508B7" w:rsidP="006508B7">
      <w:pPr>
        <w:spacing w:line="276" w:lineRule="auto"/>
      </w:pPr>
      <w:r w:rsidRPr="006508B7">
        <w:t>Her eyes—amber shading toward copper—sweep the chamber, taking in the untouched fruit, the rumpled bed, my diplomatic clothes in the alcove. The ward lines pulse gently around her, not with the intense reaction they have to Valeria, but with a subtle acknowledgment of her presence.</w:t>
      </w:r>
    </w:p>
    <w:p w14:paraId="430C45C8" w14:textId="77777777" w:rsidR="006508B7" w:rsidRPr="006508B7" w:rsidRDefault="006508B7" w:rsidP="006508B7">
      <w:pPr>
        <w:spacing w:line="276" w:lineRule="auto"/>
      </w:pPr>
      <w:r w:rsidRPr="006508B7">
        <w:t>“You will prepare for dinner with the queen this evening,” she says, and I catch something in her voice that doesn’t match the formal words—a hint of warmth, perhaps, or amusement.</w:t>
      </w:r>
    </w:p>
    <w:p w14:paraId="48DDDCFA" w14:textId="77777777" w:rsidR="006508B7" w:rsidRPr="006508B7" w:rsidRDefault="006508B7" w:rsidP="006508B7">
      <w:pPr>
        <w:spacing w:line="276" w:lineRule="auto"/>
      </w:pPr>
      <w:r w:rsidRPr="006508B7">
        <w:t>“Dinner?” I repeat, though I already know from the note. I want to hear her explanation.</w:t>
      </w:r>
    </w:p>
    <w:p w14:paraId="02733C10" w14:textId="77777777" w:rsidR="006508B7" w:rsidRPr="006508B7" w:rsidRDefault="006508B7" w:rsidP="006508B7">
      <w:pPr>
        <w:spacing w:line="276" w:lineRule="auto"/>
      </w:pPr>
      <w:r w:rsidRPr="006508B7">
        <w:t>Lady Varis tilts her head slightly, a curiously human gesture. “After your audience in the throne room. Her Majesty wishes to continue your discussions in a more… comfortable setting.”</w:t>
      </w:r>
    </w:p>
    <w:p w14:paraId="19D3F21B" w14:textId="77777777" w:rsidR="006508B7" w:rsidRPr="006508B7" w:rsidRDefault="006508B7" w:rsidP="006508B7">
      <w:pPr>
        <w:spacing w:line="276" w:lineRule="auto"/>
      </w:pPr>
      <w:r w:rsidRPr="006508B7">
        <w:t>The way she says comfortable suggests it carries more than one meaning. In vampire court, every word is chosen like a blade.</w:t>
      </w:r>
    </w:p>
    <w:p w14:paraId="72FBA371" w14:textId="77777777" w:rsidR="006508B7" w:rsidRPr="006508B7" w:rsidRDefault="006508B7" w:rsidP="006508B7">
      <w:pPr>
        <w:spacing w:line="276" w:lineRule="auto"/>
      </w:pPr>
      <w:r w:rsidRPr="006508B7">
        <w:lastRenderedPageBreak/>
        <w:t>“I wasn’t aware I had an audience scheduled,” I say carefully.</w:t>
      </w:r>
    </w:p>
    <w:p w14:paraId="3ABA0848" w14:textId="77777777" w:rsidR="006508B7" w:rsidRPr="006508B7" w:rsidRDefault="006508B7" w:rsidP="006508B7">
      <w:pPr>
        <w:spacing w:line="276" w:lineRule="auto"/>
      </w:pPr>
      <w:r w:rsidRPr="006508B7">
        <w:t>“The ward-key investigation. You are to meet with Her Majesty and Lord Ardent to review initial findings.” Her lips curve slightly. “But that is merely the formal prelude. Dinner follows, and that will be private.”</w:t>
      </w:r>
    </w:p>
    <w:p w14:paraId="0DDC9118" w14:textId="77777777" w:rsidR="006508B7" w:rsidRPr="006508B7" w:rsidRDefault="006508B7" w:rsidP="006508B7">
      <w:pPr>
        <w:spacing w:line="276" w:lineRule="auto"/>
      </w:pPr>
      <w:r w:rsidRPr="006508B7">
        <w:t>Private. The word settles between us with weight. Private meetings between human diplomats and vampire royalty are rare enough to draw attention. Private dinners are something else entirely.</w:t>
      </w:r>
    </w:p>
    <w:p w14:paraId="61B6FE83" w14:textId="77777777" w:rsidR="006508B7" w:rsidRPr="006508B7" w:rsidRDefault="006508B7" w:rsidP="006508B7">
      <w:pPr>
        <w:spacing w:line="276" w:lineRule="auto"/>
      </w:pPr>
      <w:r w:rsidRPr="006508B7">
        <w:t>“Is this customary?” I ask, keeping my tone neutral.</w:t>
      </w:r>
    </w:p>
    <w:p w14:paraId="444EDBA7" w14:textId="77777777" w:rsidR="006508B7" w:rsidRPr="006508B7" w:rsidRDefault="006508B7" w:rsidP="006508B7">
      <w:pPr>
        <w:spacing w:line="276" w:lineRule="auto"/>
      </w:pPr>
      <w:r w:rsidRPr="006508B7">
        <w:t>Lady Varis’s smile widens a fraction. “Nothing about your presence here is customary, Diplomat Everhart. The wards respond to you. The queen takes personal interest in your investigation.” She gestures to the silver lines pulsing against the walls. “Beaumont itself seems to have made space for you.”</w:t>
      </w:r>
    </w:p>
    <w:p w14:paraId="204D7D5F" w14:textId="77777777" w:rsidR="006508B7" w:rsidRPr="006508B7" w:rsidRDefault="006508B7" w:rsidP="006508B7">
      <w:pPr>
        <w:spacing w:line="276" w:lineRule="auto"/>
      </w:pPr>
      <w:r w:rsidRPr="006508B7">
        <w:t>I press my hand instinctively against my sternum, where the warmth continues its steady pulse. Lady Varis tracks the movement, her eyes narrowing slightly.</w:t>
      </w:r>
    </w:p>
    <w:p w14:paraId="57CF67F9" w14:textId="77777777" w:rsidR="006508B7" w:rsidRPr="006508B7" w:rsidRDefault="006508B7" w:rsidP="006508B7">
      <w:pPr>
        <w:spacing w:line="276" w:lineRule="auto"/>
      </w:pPr>
      <w:r w:rsidRPr="006508B7">
        <w:t>“You feel it too,” she observes. “The connection.”</w:t>
      </w:r>
    </w:p>
    <w:p w14:paraId="4AD499B7" w14:textId="77777777" w:rsidR="006508B7" w:rsidRPr="006508B7" w:rsidRDefault="006508B7" w:rsidP="006508B7">
      <w:pPr>
        <w:spacing w:line="276" w:lineRule="auto"/>
      </w:pPr>
      <w:r w:rsidRPr="006508B7">
        <w:t>I don’t deny it. “Do all of you know about this… anomaly?”</w:t>
      </w:r>
    </w:p>
    <w:p w14:paraId="5919EEA6" w14:textId="77777777" w:rsidR="006508B7" w:rsidRPr="006508B7" w:rsidRDefault="006508B7" w:rsidP="006508B7">
      <w:pPr>
        <w:spacing w:line="276" w:lineRule="auto"/>
      </w:pPr>
      <w:r w:rsidRPr="006508B7">
        <w:t xml:space="preserve">“The court observes. The court speculates.” She moves further into the room with vampire </w:t>
      </w:r>
      <w:proofErr w:type="gramStart"/>
      <w:r w:rsidRPr="006508B7">
        <w:t>grace,</w:t>
      </w:r>
      <w:proofErr w:type="gramEnd"/>
      <w:r w:rsidRPr="006508B7">
        <w:t xml:space="preserve"> each step deliberate yet fluid. “Few understand what it means. I have served Her Majesty for three centuries. I have never seen the wards respond to a human before you.”</w:t>
      </w:r>
    </w:p>
    <w:p w14:paraId="52E54918" w14:textId="77777777" w:rsidR="006508B7" w:rsidRPr="006508B7" w:rsidRDefault="006508B7" w:rsidP="006508B7">
      <w:pPr>
        <w:spacing w:line="276" w:lineRule="auto"/>
      </w:pPr>
      <w:r w:rsidRPr="006508B7">
        <w:t>She stops near the table, studying the arrangement of fruit. With one pale finger, she nudges a berry back into place. The gesture feels strangely careful, almost maternal.</w:t>
      </w:r>
    </w:p>
    <w:p w14:paraId="4132020C" w14:textId="77777777" w:rsidR="006508B7" w:rsidRPr="006508B7" w:rsidRDefault="006508B7" w:rsidP="006508B7">
      <w:pPr>
        <w:spacing w:line="276" w:lineRule="auto"/>
      </w:pPr>
      <w:r w:rsidRPr="006508B7">
        <w:t>“Will you help me understand what’s happening?” I ask, letting directness slip through the diplomacy.</w:t>
      </w:r>
    </w:p>
    <w:p w14:paraId="36856884" w14:textId="77777777" w:rsidR="006508B7" w:rsidRPr="006508B7" w:rsidRDefault="006508B7" w:rsidP="006508B7">
      <w:pPr>
        <w:spacing w:line="276" w:lineRule="auto"/>
      </w:pPr>
      <w:r w:rsidRPr="006508B7">
        <w:t>Lady Varis looks up, surprise briefly crossing her features. “That is precisely what Her Majesty hopes to accomplish over dinner, I believe.” She studies me with new interest. “You are not what we expected, Alice Everhart.”</w:t>
      </w:r>
    </w:p>
    <w:p w14:paraId="370767D8" w14:textId="77777777" w:rsidR="006508B7" w:rsidRPr="006508B7" w:rsidRDefault="006508B7" w:rsidP="006508B7">
      <w:pPr>
        <w:spacing w:line="276" w:lineRule="auto"/>
      </w:pPr>
      <w:r w:rsidRPr="006508B7">
        <w:t>My given name in her mouth sounds like an offering—a small step away from formality.</w:t>
      </w:r>
    </w:p>
    <w:p w14:paraId="3227A5C8" w14:textId="77777777" w:rsidR="006508B7" w:rsidRPr="006508B7" w:rsidRDefault="006508B7" w:rsidP="006508B7">
      <w:pPr>
        <w:spacing w:line="276" w:lineRule="auto"/>
      </w:pPr>
      <w:r w:rsidRPr="006508B7">
        <w:t>“And what did you expect?”</w:t>
      </w:r>
    </w:p>
    <w:p w14:paraId="360FBB1B" w14:textId="77777777" w:rsidR="006508B7" w:rsidRPr="006508B7" w:rsidRDefault="006508B7" w:rsidP="006508B7">
      <w:pPr>
        <w:spacing w:line="276" w:lineRule="auto"/>
      </w:pPr>
      <w:r w:rsidRPr="006508B7">
        <w:t>“A diplomat’s shell with nothing inside but treaty clauses and rehearsed answers.” She lifts one shoulder in an elegant shrug. “Instead, you question. You observe. You adapt. You respond to Beaumont’s magic when no human should.”</w:t>
      </w:r>
    </w:p>
    <w:p w14:paraId="1489BF4C" w14:textId="77777777" w:rsidR="006508B7" w:rsidRPr="006508B7" w:rsidRDefault="006508B7" w:rsidP="006508B7">
      <w:pPr>
        <w:spacing w:line="276" w:lineRule="auto"/>
      </w:pPr>
      <w:r w:rsidRPr="006508B7">
        <w:lastRenderedPageBreak/>
        <w:t xml:space="preserve">The warmth beneath my </w:t>
      </w:r>
      <w:proofErr w:type="gramStart"/>
      <w:r w:rsidRPr="006508B7">
        <w:t>ribs</w:t>
      </w:r>
      <w:proofErr w:type="gramEnd"/>
      <w:r w:rsidRPr="006508B7">
        <w:t xml:space="preserve"> pulses once, strong and certain, as if confirming her words.</w:t>
      </w:r>
    </w:p>
    <w:p w14:paraId="037C7AD7" w14:textId="77777777" w:rsidR="006508B7" w:rsidRPr="006508B7" w:rsidRDefault="006508B7" w:rsidP="006508B7">
      <w:pPr>
        <w:spacing w:line="276" w:lineRule="auto"/>
      </w:pPr>
      <w:r w:rsidRPr="006508B7">
        <w:t>“And that intrigues the queen,” I say, not quite a question.</w:t>
      </w:r>
    </w:p>
    <w:p w14:paraId="59812E5F" w14:textId="77777777" w:rsidR="006508B7" w:rsidRPr="006508B7" w:rsidRDefault="006508B7" w:rsidP="006508B7">
      <w:pPr>
        <w:spacing w:line="276" w:lineRule="auto"/>
      </w:pPr>
      <w:r w:rsidRPr="006508B7">
        <w:t>“It more than intrigues her.” Lady Varis’s expression turns thoughtful. “You should prepare yourself appropriately. The black silk in your wardrobe would be suitable.”</w:t>
      </w:r>
    </w:p>
    <w:p w14:paraId="4BDCC90E" w14:textId="77777777" w:rsidR="006508B7" w:rsidRPr="006508B7" w:rsidRDefault="006508B7" w:rsidP="006508B7">
      <w:pPr>
        <w:spacing w:line="276" w:lineRule="auto"/>
      </w:pPr>
      <w:r w:rsidRPr="006508B7">
        <w:t>I glance toward the hanging clothes I ignored earlier. “Am I meant to dress like one of you now?”</w:t>
      </w:r>
    </w:p>
    <w:p w14:paraId="7019F00E" w14:textId="77777777" w:rsidR="006508B7" w:rsidRPr="006508B7" w:rsidRDefault="006508B7" w:rsidP="006508B7">
      <w:pPr>
        <w:spacing w:line="276" w:lineRule="auto"/>
      </w:pPr>
      <w:r w:rsidRPr="006508B7">
        <w:t>Her laugh surprises me—a genuine sound, not the cold amusement vampires sometimes perform. “Would you prefer to wear your wrinkled diplomatic uniform to dinner with a queen?”</w:t>
      </w:r>
    </w:p>
    <w:p w14:paraId="2E1B3E5A" w14:textId="77777777" w:rsidR="006508B7" w:rsidRPr="006508B7" w:rsidRDefault="006508B7" w:rsidP="006508B7">
      <w:pPr>
        <w:spacing w:line="276" w:lineRule="auto"/>
      </w:pPr>
      <w:r w:rsidRPr="006508B7">
        <w:t>The teasing note catches me off-guard. I find myself smiling despite the strangeness of my situation.</w:t>
      </w:r>
    </w:p>
    <w:p w14:paraId="6633C082" w14:textId="77777777" w:rsidR="006508B7" w:rsidRPr="006508B7" w:rsidRDefault="006508B7" w:rsidP="006508B7">
      <w:pPr>
        <w:spacing w:line="276" w:lineRule="auto"/>
      </w:pPr>
      <w:r w:rsidRPr="006508B7">
        <w:t>“I suppose not.”</w:t>
      </w:r>
    </w:p>
    <w:p w14:paraId="6A6D35CF" w14:textId="77777777" w:rsidR="006508B7" w:rsidRPr="006508B7" w:rsidRDefault="006508B7" w:rsidP="006508B7">
      <w:pPr>
        <w:spacing w:line="276" w:lineRule="auto"/>
      </w:pPr>
      <w:r w:rsidRPr="006508B7">
        <w:t>Lady Varis gestures toward the clothing. “The cut will suit you. And with your coloring against the black…” She lifts one eyebrow, amused. “I expect you’ll outshine the ward lines themselves.”</w:t>
      </w:r>
    </w:p>
    <w:p w14:paraId="7AB62654" w14:textId="77777777" w:rsidR="006508B7" w:rsidRPr="006508B7" w:rsidRDefault="006508B7" w:rsidP="006508B7">
      <w:pPr>
        <w:spacing w:line="276" w:lineRule="auto"/>
      </w:pPr>
      <w:r w:rsidRPr="006508B7">
        <w:t>The compliment—if it is one—feels disorienting coming from a vampire courtier. Is this simply how they speak to each other? Or is Lady Varis treating me differently because of my connection to the palace… and to Valeria?</w:t>
      </w:r>
    </w:p>
    <w:p w14:paraId="38E96671" w14:textId="77777777" w:rsidR="006508B7" w:rsidRPr="006508B7" w:rsidRDefault="006508B7" w:rsidP="006508B7">
      <w:pPr>
        <w:spacing w:line="276" w:lineRule="auto"/>
      </w:pPr>
      <w:r w:rsidRPr="006508B7">
        <w:t>Her gaze shifts to the door. “First, however, you should refresh yourself. The mountain air can be taxing for humans.”</w:t>
      </w:r>
    </w:p>
    <w:p w14:paraId="6D0BD58A" w14:textId="77777777" w:rsidR="006508B7" w:rsidRPr="006508B7" w:rsidRDefault="006508B7" w:rsidP="006508B7">
      <w:pPr>
        <w:spacing w:line="276" w:lineRule="auto"/>
      </w:pPr>
      <w:r w:rsidRPr="006508B7">
        <w:t>She gestures toward a descending side corridor I hadn’t noticed before—or perhaps it had been concealed until now. The ward lines around its entrance pulse with steady silver light.</w:t>
      </w:r>
    </w:p>
    <w:p w14:paraId="7A0BFCD3" w14:textId="77777777" w:rsidR="006508B7" w:rsidRPr="006508B7" w:rsidRDefault="006508B7" w:rsidP="006508B7">
      <w:pPr>
        <w:spacing w:line="276" w:lineRule="auto"/>
      </w:pPr>
      <w:r w:rsidRPr="006508B7">
        <w:t>“What’s down there?” I ask, suspicion threading through my curiosity.</w:t>
      </w:r>
    </w:p>
    <w:p w14:paraId="38EF27DC" w14:textId="77777777" w:rsidR="006508B7" w:rsidRPr="006508B7" w:rsidRDefault="006508B7" w:rsidP="006508B7">
      <w:pPr>
        <w:spacing w:line="276" w:lineRule="auto"/>
      </w:pPr>
      <w:r w:rsidRPr="006508B7">
        <w:t>“Comfort,” Lady Varis answers simply. “Her Majesty instructed that all human necessities be provided.” She moves toward the corridor with easy confidence. “Come. We have time before your audience, and you will want to be at your best.”</w:t>
      </w:r>
    </w:p>
    <w:p w14:paraId="49D8EA7A" w14:textId="77777777" w:rsidR="006508B7" w:rsidRPr="006508B7" w:rsidRDefault="006508B7" w:rsidP="006508B7">
      <w:pPr>
        <w:spacing w:line="276" w:lineRule="auto"/>
      </w:pPr>
      <w:r w:rsidRPr="006508B7">
        <w:t>I hesitate only briefly before following. If this is a trap, it’s an elaborate one. And the truth is, I’m curious—about this vampire who shows unexpected warmth, about the dinner invitation that breaks protocol, about what Valeria hopes to uncover from a private conversation.</w:t>
      </w:r>
    </w:p>
    <w:p w14:paraId="21A83612" w14:textId="77777777" w:rsidR="006508B7" w:rsidRPr="006508B7" w:rsidRDefault="006508B7" w:rsidP="006508B7">
      <w:pPr>
        <w:spacing w:line="276" w:lineRule="auto"/>
      </w:pPr>
      <w:r w:rsidRPr="006508B7">
        <w:t>The warmth beneath my ribs pulses steadily as I follow Lady Varis toward the descending corridor, like a compass finding its direction.</w:t>
      </w:r>
    </w:p>
    <w:p w14:paraId="4D2F0BA8" w14:textId="77777777" w:rsidR="006508B7" w:rsidRPr="006508B7" w:rsidRDefault="006508B7" w:rsidP="006508B7">
      <w:pPr>
        <w:spacing w:line="276" w:lineRule="auto"/>
      </w:pPr>
      <w:r w:rsidRPr="006508B7">
        <w:lastRenderedPageBreak/>
        <w:t>The corridor slopes downward at a gentle angle, each step taking us deeper into the mountain’s embrace. Lady Varis moves ahead of me with the fluid certainty of someone who has walked these paths for centuries, her silver-threaded gown catching ward light as she turns corners without hesitation. The palace feels different here—older, somehow, as if we’re moving backward through Beaumont’s history with every step.</w:t>
      </w:r>
    </w:p>
    <w:p w14:paraId="20DF11F0" w14:textId="77777777" w:rsidR="006508B7" w:rsidRPr="006508B7" w:rsidRDefault="006508B7" w:rsidP="006508B7">
      <w:pPr>
        <w:spacing w:line="276" w:lineRule="auto"/>
      </w:pPr>
      <w:r w:rsidRPr="006508B7">
        <w:t>The air changes as we descend—the neutral chill of my chambers giving way to something richer. Rose scent drifts through the passageway, not overpowering but present, layered with other floral notes I can’t name. Not perfume exactly—more like the stone itself has absorbed the fragrance over centuries.</w:t>
      </w:r>
    </w:p>
    <w:p w14:paraId="28BFD8DD" w14:textId="77777777" w:rsidR="006508B7" w:rsidRPr="006508B7" w:rsidRDefault="006508B7" w:rsidP="006508B7">
      <w:pPr>
        <w:spacing w:line="276" w:lineRule="auto"/>
      </w:pPr>
      <w:r w:rsidRPr="006508B7">
        <w:t>“These passages predate the Accord,” Lady Varis says, as if sensing my curiosity. “Before humans became adversaries, they were occasionally honored guests.”</w:t>
      </w:r>
    </w:p>
    <w:p w14:paraId="62EF645C" w14:textId="77777777" w:rsidR="006508B7" w:rsidRPr="006508B7" w:rsidRDefault="006508B7" w:rsidP="006508B7">
      <w:pPr>
        <w:spacing w:line="276" w:lineRule="auto"/>
      </w:pPr>
      <w:r w:rsidRPr="006508B7">
        <w:t>I catalog the information automatically. “Guests or offerings?”</w:t>
      </w:r>
    </w:p>
    <w:p w14:paraId="14EA019B" w14:textId="77777777" w:rsidR="006508B7" w:rsidRPr="006508B7" w:rsidRDefault="006508B7" w:rsidP="006508B7">
      <w:pPr>
        <w:spacing w:line="276" w:lineRule="auto"/>
      </w:pPr>
      <w:r w:rsidRPr="006508B7">
        <w:t>She glances back, amber eyes reflecting silver light. “Both, depending on the era. Not all human-vampire relations were violent, Diplomat Everhart. There were times of… mutual appreciation.”</w:t>
      </w:r>
    </w:p>
    <w:p w14:paraId="704C4529" w14:textId="77777777" w:rsidR="006508B7" w:rsidRPr="006508B7" w:rsidRDefault="006508B7" w:rsidP="006508B7">
      <w:pPr>
        <w:spacing w:line="276" w:lineRule="auto"/>
      </w:pPr>
      <w:r w:rsidRPr="006508B7">
        <w:t>The way she says appreciation suggests meanings beyond diplomacy, but her tone remains light, conversational—like she’s discussing architecture, not blood.</w:t>
      </w:r>
    </w:p>
    <w:p w14:paraId="39063C64" w14:textId="77777777" w:rsidR="006508B7" w:rsidRPr="006508B7" w:rsidRDefault="006508B7" w:rsidP="006508B7">
      <w:pPr>
        <w:spacing w:line="276" w:lineRule="auto"/>
      </w:pPr>
      <w:r w:rsidRPr="006508B7">
        <w:t>The corridor widens as the rose scent gives way to something different—damp stone and clean steam, mineral-rich and faintly metallic. The temperature rises noticeably, warming my skin through the silk robe. The ward lines along the walls pulse with a steadier rhythm here, their silver light taking on a bluish tint that reminds me of hot springs in the northern territories.</w:t>
      </w:r>
    </w:p>
    <w:p w14:paraId="3F47A3F7" w14:textId="77777777" w:rsidR="006508B7" w:rsidRPr="006508B7" w:rsidRDefault="006508B7" w:rsidP="006508B7">
      <w:pPr>
        <w:spacing w:line="276" w:lineRule="auto"/>
      </w:pPr>
      <w:r w:rsidRPr="006508B7">
        <w:t>“What is this place?” I ask as we round another corner.</w:t>
      </w:r>
    </w:p>
    <w:p w14:paraId="3A6A1A31" w14:textId="77777777" w:rsidR="006508B7" w:rsidRPr="006508B7" w:rsidRDefault="006508B7" w:rsidP="006508B7">
      <w:pPr>
        <w:spacing w:line="276" w:lineRule="auto"/>
      </w:pPr>
      <w:r w:rsidRPr="006508B7">
        <w:t>Lady Varis doesn’t answer immediately. Instead, she stops at an arched entrance where the stone has been carved into delicate patterns resembling flowing water. Silver ward lines trace these patterns, pulsing gently in time with some unseen force.</w:t>
      </w:r>
    </w:p>
    <w:p w14:paraId="137B8D04" w14:textId="77777777" w:rsidR="006508B7" w:rsidRPr="006508B7" w:rsidRDefault="006508B7" w:rsidP="006508B7">
      <w:pPr>
        <w:spacing w:line="276" w:lineRule="auto"/>
      </w:pPr>
      <w:r w:rsidRPr="006508B7">
        <w:t>“See for yourself,” she says, gesturing for me to step forward.</w:t>
      </w:r>
    </w:p>
    <w:p w14:paraId="05DD834F" w14:textId="77777777" w:rsidR="006508B7" w:rsidRPr="006508B7" w:rsidRDefault="006508B7" w:rsidP="006508B7">
      <w:pPr>
        <w:spacing w:line="276" w:lineRule="auto"/>
      </w:pPr>
      <w:r w:rsidRPr="006508B7">
        <w:t>I pause at the threshold, momentarily stunned by what lies beyond.</w:t>
      </w:r>
    </w:p>
    <w:p w14:paraId="1E0331A9" w14:textId="77777777" w:rsidR="006508B7" w:rsidRPr="006508B7" w:rsidRDefault="006508B7" w:rsidP="006508B7">
      <w:pPr>
        <w:spacing w:line="276" w:lineRule="auto"/>
      </w:pPr>
      <w:r w:rsidRPr="006508B7">
        <w:t>The bathing chamber opens before me—a rock-hewn cavern transformed into a space of startling elegance. The ceiling soars upward into natural stone formations where crystal deposits catch and refract light. At the center, a pool of steaming water fills a basin that looks carved from one massive piece of black stone, its surface mirror-smooth where it isn’t rippling gently from an underground source. Silver ward lines circle the rim, their light reflecting off the water to cast moving patterns across the walls and ceiling.</w:t>
      </w:r>
    </w:p>
    <w:p w14:paraId="7B94F091" w14:textId="77777777" w:rsidR="006508B7" w:rsidRPr="006508B7" w:rsidRDefault="006508B7" w:rsidP="006508B7">
      <w:pPr>
        <w:spacing w:line="276" w:lineRule="auto"/>
      </w:pPr>
      <w:r w:rsidRPr="006508B7">
        <w:lastRenderedPageBreak/>
        <w:t>Most striking of all is the light itself—not the blue-silver of ward magic, but a shaft of pale gold falling from an opening far above, where the mountain has been cut to allow natural light to reach this deep. It must shift with the sun’s position, changing the chamber through the day and night.</w:t>
      </w:r>
    </w:p>
    <w:p w14:paraId="1BDDD227" w14:textId="77777777" w:rsidR="006508B7" w:rsidRPr="006508B7" w:rsidRDefault="006508B7" w:rsidP="006508B7">
      <w:pPr>
        <w:spacing w:line="276" w:lineRule="auto"/>
      </w:pPr>
      <w:r w:rsidRPr="006508B7">
        <w:t>“It’s… extraordinary,” I breathe, momentarily forgetting diplomatic reserve.</w:t>
      </w:r>
    </w:p>
    <w:p w14:paraId="27D3F62A" w14:textId="77777777" w:rsidR="006508B7" w:rsidRPr="006508B7" w:rsidRDefault="006508B7" w:rsidP="006508B7">
      <w:pPr>
        <w:spacing w:line="276" w:lineRule="auto"/>
      </w:pPr>
      <w:r w:rsidRPr="006508B7">
        <w:t>Lady Varis steps beside me, pride evident in her posture. “The thermal springs beneath Beaumont have served us for millennia. This chamber was once reserved for visiting dignitaries of sufficient importance.”</w:t>
      </w:r>
    </w:p>
    <w:p w14:paraId="0997747D" w14:textId="77777777" w:rsidR="006508B7" w:rsidRPr="006508B7" w:rsidRDefault="006508B7" w:rsidP="006508B7">
      <w:pPr>
        <w:spacing w:line="276" w:lineRule="auto"/>
      </w:pPr>
      <w:r w:rsidRPr="006508B7">
        <w:t>“And now it’s for confused human diplomats who’ve been detained against their will?” I can’t help the trace of sarcasm.</w:t>
      </w:r>
    </w:p>
    <w:p w14:paraId="125CA0FA" w14:textId="77777777" w:rsidR="006508B7" w:rsidRPr="006508B7" w:rsidRDefault="006508B7" w:rsidP="006508B7">
      <w:pPr>
        <w:spacing w:line="276" w:lineRule="auto"/>
      </w:pPr>
      <w:r w:rsidRPr="006508B7">
        <w:t>Her lips curve slightly. “For honored guests who have an unprecedented effect on our ward system and have caught the queen’s personal interest.”</w:t>
      </w:r>
    </w:p>
    <w:p w14:paraId="069847D4" w14:textId="77777777" w:rsidR="006508B7" w:rsidRPr="006508B7" w:rsidRDefault="006508B7" w:rsidP="006508B7">
      <w:pPr>
        <w:spacing w:line="276" w:lineRule="auto"/>
      </w:pPr>
      <w:r w:rsidRPr="006508B7">
        <w:t>She moves into the chamber with practiced grace, trailing her fingers through the steam rising from the water’s surface. “This will help you shine at tonight’s table. The minerals have restorative properties for human skin and muscle. You’ll find bathing cloths and oils on the shelf there.” She indicates a stone alcove carved into the wall.</w:t>
      </w:r>
    </w:p>
    <w:p w14:paraId="1B083B8D" w14:textId="77777777" w:rsidR="006508B7" w:rsidRPr="006508B7" w:rsidRDefault="006508B7" w:rsidP="006508B7">
      <w:pPr>
        <w:spacing w:line="276" w:lineRule="auto"/>
      </w:pPr>
      <w:r w:rsidRPr="006508B7">
        <w:t>I step fully into the chamber, feeling the warmth envelope me. The steam carries mineral scents—salt, iron, something earthy I can’t identify. The ward lines respond to my presence, brightening slightly as I move closer to the pool.</w:t>
      </w:r>
    </w:p>
    <w:p w14:paraId="25E15828" w14:textId="77777777" w:rsidR="006508B7" w:rsidRPr="006508B7" w:rsidRDefault="006508B7" w:rsidP="006508B7">
      <w:pPr>
        <w:spacing w:line="276" w:lineRule="auto"/>
      </w:pPr>
      <w:r w:rsidRPr="006508B7">
        <w:t>“And containment?” I ask, returning to what matters most. “The investigation into the ward-key breach?”</w:t>
      </w:r>
    </w:p>
    <w:p w14:paraId="50FFB864" w14:textId="77777777" w:rsidR="006508B7" w:rsidRPr="006508B7" w:rsidRDefault="006508B7" w:rsidP="006508B7">
      <w:pPr>
        <w:spacing w:line="276" w:lineRule="auto"/>
      </w:pPr>
      <w:r w:rsidRPr="006508B7">
        <w:t>Lady Varis meets my eyes directly, her expression turning serious. “Yes. The formal audience will address those matters. Evidence has been gathered that requires your attention.”</w:t>
      </w:r>
    </w:p>
    <w:p w14:paraId="7D51C790" w14:textId="77777777" w:rsidR="006508B7" w:rsidRPr="006508B7" w:rsidRDefault="006508B7" w:rsidP="006508B7">
      <w:pPr>
        <w:spacing w:line="276" w:lineRule="auto"/>
      </w:pPr>
      <w:r w:rsidRPr="006508B7">
        <w:t>“Evidence about who attacked the convoy?”</w:t>
      </w:r>
    </w:p>
    <w:p w14:paraId="4561ED74" w14:textId="77777777" w:rsidR="006508B7" w:rsidRPr="006508B7" w:rsidRDefault="006508B7" w:rsidP="006508B7">
      <w:pPr>
        <w:spacing w:line="276" w:lineRule="auto"/>
      </w:pPr>
      <w:r w:rsidRPr="006508B7">
        <w:t>“Among other things.” She studies me with renewed intensity. “You came seeking answers about a treaty violation. You may leave with understanding that rewrites the Accord entirely.”</w:t>
      </w:r>
    </w:p>
    <w:p w14:paraId="58DF44A5" w14:textId="77777777" w:rsidR="006508B7" w:rsidRPr="006508B7" w:rsidRDefault="006508B7" w:rsidP="006508B7">
      <w:pPr>
        <w:spacing w:line="276" w:lineRule="auto"/>
      </w:pPr>
      <w:r w:rsidRPr="006508B7">
        <w:t>The weight of her words settles around me like the steam—soft, but impossible to ignore. Whatever Valeria plans to share tonight reaches beyond a simple investigation.</w:t>
      </w:r>
    </w:p>
    <w:p w14:paraId="08594F0D" w14:textId="77777777" w:rsidR="006508B7" w:rsidRPr="006508B7" w:rsidRDefault="006508B7" w:rsidP="006508B7">
      <w:pPr>
        <w:spacing w:line="276" w:lineRule="auto"/>
      </w:pPr>
      <w:r w:rsidRPr="006508B7">
        <w:t>“Is that what this is about?” I gesture to the luxurious bathing chamber, the careful hospitality. “Preparing me for diplomatic negotiations?”</w:t>
      </w:r>
    </w:p>
    <w:p w14:paraId="653A68C8" w14:textId="77777777" w:rsidR="006508B7" w:rsidRPr="006508B7" w:rsidRDefault="006508B7" w:rsidP="006508B7">
      <w:pPr>
        <w:spacing w:line="276" w:lineRule="auto"/>
      </w:pPr>
      <w:r w:rsidRPr="006508B7">
        <w:lastRenderedPageBreak/>
        <w:t>Lady Varis tilts her head, a smile touching her lips. “I’ve served at court for centuries, Diplomat Everhart. I recognize when my queen’s interest extends beyond politics.”</w:t>
      </w:r>
    </w:p>
    <w:p w14:paraId="0CD2B04E" w14:textId="77777777" w:rsidR="006508B7" w:rsidRPr="006508B7" w:rsidRDefault="006508B7" w:rsidP="006508B7">
      <w:pPr>
        <w:spacing w:line="276" w:lineRule="auto"/>
      </w:pPr>
      <w:r w:rsidRPr="006508B7">
        <w:t>Before I can respond to the implication, she steps back toward the doorway. “Enjoy the thermal waters. I’ll return in time for dinner.”</w:t>
      </w:r>
    </w:p>
    <w:p w14:paraId="09C2462E" w14:textId="77777777" w:rsidR="006508B7" w:rsidRPr="006508B7" w:rsidRDefault="006508B7" w:rsidP="006508B7">
      <w:pPr>
        <w:spacing w:line="276" w:lineRule="auto"/>
      </w:pPr>
      <w:r w:rsidRPr="006508B7">
        <w:t>She pauses at the threshold, her expression softening slightly. “And Alice—”</w:t>
      </w:r>
    </w:p>
    <w:p w14:paraId="7D0AFBC5" w14:textId="77777777" w:rsidR="006508B7" w:rsidRPr="006508B7" w:rsidRDefault="006508B7" w:rsidP="006508B7">
      <w:pPr>
        <w:spacing w:line="276" w:lineRule="auto"/>
      </w:pPr>
      <w:r w:rsidRPr="006508B7">
        <w:t>My name again, offered with deliberate informality.</w:t>
      </w:r>
    </w:p>
    <w:p w14:paraId="2969A316" w14:textId="77777777" w:rsidR="006508B7" w:rsidRPr="006508B7" w:rsidRDefault="006508B7" w:rsidP="006508B7">
      <w:pPr>
        <w:spacing w:line="276" w:lineRule="auto"/>
      </w:pPr>
      <w:r w:rsidRPr="006508B7">
        <w:t>“The court will watch you closely tonight. Remember that every gesture carries meaning here.” Her eyes flick to my chest, where the mysterious warmth continues its steady pulse. “Especially those we don’t fully understand.”</w:t>
      </w:r>
    </w:p>
    <w:p w14:paraId="54A259D5" w14:textId="77777777" w:rsidR="006508B7" w:rsidRPr="006508B7" w:rsidRDefault="006508B7" w:rsidP="006508B7">
      <w:pPr>
        <w:spacing w:line="276" w:lineRule="auto"/>
      </w:pPr>
      <w:r w:rsidRPr="006508B7">
        <w:t>With that, she withdraws. The doors close behind her with a muted echo, leaving me alone with steaming water, ancient stone, and questions multiplying by the minute.</w:t>
      </w:r>
    </w:p>
    <w:p w14:paraId="735D2E39" w14:textId="77777777" w:rsidR="006508B7" w:rsidRPr="006508B7" w:rsidRDefault="006508B7" w:rsidP="006508B7">
      <w:pPr>
        <w:spacing w:line="276" w:lineRule="auto"/>
      </w:pPr>
      <w:r w:rsidRPr="006508B7">
        <w:t>I stand motionless, absorbing the strange beauty of this place—a chamber designed for pleasure in a palace built for power. The ward lines pulse gently around the pool’s edge, as if inviting me closer. The shaft of golden light turns the steam into drifting sparkles, making everything feel almost unreal.</w:t>
      </w:r>
    </w:p>
    <w:p w14:paraId="58C3257C" w14:textId="77777777" w:rsidR="006508B7" w:rsidRPr="006508B7" w:rsidRDefault="006508B7" w:rsidP="006508B7">
      <w:pPr>
        <w:spacing w:line="276" w:lineRule="auto"/>
      </w:pPr>
      <w:r w:rsidRPr="006508B7">
        <w:t>Yet Lady Varis’s warning remains. The court will watch. Every gesture will be measured. And somewhere in this mountain palace, Queen Valeria waits—for my presence in the throne room, for dinner after, for whatever this connection is to reveal its purpose.</w:t>
      </w:r>
    </w:p>
    <w:p w14:paraId="5181EBB9" w14:textId="77777777" w:rsidR="006508B7" w:rsidRPr="006508B7" w:rsidRDefault="006508B7" w:rsidP="006508B7">
      <w:pPr>
        <w:spacing w:line="276" w:lineRule="auto"/>
      </w:pPr>
      <w:r w:rsidRPr="006508B7">
        <w:t>The ward lines pulse once more, almost encouragingly.</w:t>
      </w:r>
    </w:p>
    <w:p w14:paraId="003D04B5" w14:textId="77777777" w:rsidR="006508B7" w:rsidRPr="006508B7" w:rsidRDefault="006508B7" w:rsidP="006508B7">
      <w:pPr>
        <w:spacing w:line="276" w:lineRule="auto"/>
      </w:pPr>
      <w:r w:rsidRPr="006508B7">
        <w:t>The mountain’s breath surrounds me in rising steam, carrying minerals and magic in equal measure. Diplomacy has taken me through human palaces, human capitals, human ceremonies—but nothing compares to this: a place where nature’s raw power has been shaped instead of conquered, where the line between built and grown has been deliberately blurred.</w:t>
      </w:r>
    </w:p>
    <w:p w14:paraId="3FEA47D4" w14:textId="77777777" w:rsidR="006508B7" w:rsidRPr="006508B7" w:rsidRDefault="006508B7" w:rsidP="006508B7">
      <w:pPr>
        <w:spacing w:line="276" w:lineRule="auto"/>
      </w:pPr>
      <w:r w:rsidRPr="006508B7">
        <w:t>The pool draws me forward, its surface shimmering under that shaft of golden light. Steam curls upward in slow spirals, catching and scattering the brightness. I approach the edge where silver ward lines trace the rim in pulsing circuits. Here, unlike the rest of the palace, the magic feels softer. Less like a lock.</w:t>
      </w:r>
    </w:p>
    <w:p w14:paraId="19D27313" w14:textId="77777777" w:rsidR="006508B7" w:rsidRPr="006508B7" w:rsidRDefault="006508B7" w:rsidP="006508B7">
      <w:pPr>
        <w:spacing w:line="276" w:lineRule="auto"/>
      </w:pPr>
      <w:r w:rsidRPr="006508B7">
        <w:t>More like an invitation.</w:t>
      </w:r>
    </w:p>
    <w:p w14:paraId="399566B6" w14:textId="77777777" w:rsidR="006508B7" w:rsidRPr="006508B7" w:rsidRDefault="006508B7" w:rsidP="006508B7">
      <w:pPr>
        <w:spacing w:line="276" w:lineRule="auto"/>
      </w:pPr>
      <w:r w:rsidRPr="006508B7">
        <w:t>I kneel at the pool’s edge, extending my fingers toward the water. The surface breaks around my skin, warm—no, more than warm—comforting in a way I didn’t expect. The water feels almost silky, like it’s been touched by magic long enough to learn gentleness.</w:t>
      </w:r>
    </w:p>
    <w:p w14:paraId="3392208C" w14:textId="77777777" w:rsidR="006508B7" w:rsidRPr="006508B7" w:rsidRDefault="006508B7" w:rsidP="006508B7">
      <w:pPr>
        <w:spacing w:line="276" w:lineRule="auto"/>
      </w:pPr>
      <w:r w:rsidRPr="006508B7">
        <w:lastRenderedPageBreak/>
        <w:t xml:space="preserve">The pool responds to my touch with a ripple that spreads outward, brushing the silver lines and making them brighten for a moment. Even here, in this private space, Beaumont acknowledges me. Watches me. </w:t>
      </w:r>
      <w:proofErr w:type="gramStart"/>
      <w:r w:rsidRPr="006508B7">
        <w:t>Learns</w:t>
      </w:r>
      <w:proofErr w:type="gramEnd"/>
      <w:r w:rsidRPr="006508B7">
        <w:t xml:space="preserve"> me.</w:t>
      </w:r>
    </w:p>
    <w:p w14:paraId="07F758D4" w14:textId="77777777" w:rsidR="006508B7" w:rsidRPr="006508B7" w:rsidRDefault="006508B7" w:rsidP="006508B7">
      <w:pPr>
        <w:spacing w:line="276" w:lineRule="auto"/>
      </w:pPr>
      <w:r w:rsidRPr="006508B7">
        <w:t>I glance toward the door—closed, secure, yet I feel exposed in a way that has nothing to do with walls. The mountain itself observes me through these silver veins, through this ancient system I’m only beginning to understand. And through that same system, does Valeria sense me too? Does she feel the shift in the wards the way I feel her constant warmth beneath my ribs?</w:t>
      </w:r>
    </w:p>
    <w:p w14:paraId="371778CF" w14:textId="77777777" w:rsidR="006508B7" w:rsidRPr="006508B7" w:rsidRDefault="006508B7" w:rsidP="006508B7">
      <w:pPr>
        <w:spacing w:line="276" w:lineRule="auto"/>
      </w:pPr>
      <w:r w:rsidRPr="006508B7">
        <w:t>The question lingers.</w:t>
      </w:r>
    </w:p>
    <w:p w14:paraId="1A827518" w14:textId="77777777" w:rsidR="006508B7" w:rsidRPr="006508B7" w:rsidRDefault="006508B7" w:rsidP="006508B7">
      <w:pPr>
        <w:spacing w:line="276" w:lineRule="auto"/>
      </w:pPr>
      <w:r w:rsidRPr="006508B7">
        <w:t>For now, I have simpler concerns.</w:t>
      </w:r>
    </w:p>
    <w:p w14:paraId="19D2CFAB" w14:textId="77777777" w:rsidR="006508B7" w:rsidRPr="006508B7" w:rsidRDefault="006508B7" w:rsidP="006508B7">
      <w:pPr>
        <w:spacing w:line="276" w:lineRule="auto"/>
      </w:pPr>
      <w:r w:rsidRPr="006508B7">
        <w:t>I untie the black silk robe and let it slide from my shoulders. The air is warm enough that I don’t shiver, though something about undressing in this alien place creates a different kind of vulnerability. I remove my sleep clothes next, folding everything with diplomatic precision—a small ritual of control in a situation where I have precious little.</w:t>
      </w:r>
    </w:p>
    <w:p w14:paraId="4775A491" w14:textId="77777777" w:rsidR="006508B7" w:rsidRPr="006508B7" w:rsidRDefault="006508B7" w:rsidP="006508B7">
      <w:pPr>
        <w:spacing w:line="276" w:lineRule="auto"/>
      </w:pPr>
      <w:r w:rsidRPr="006508B7">
        <w:t>The stone beneath my bare feet holds a gentle warmth, neither hot nor cold but balanced. I step to the edge of the pool where three shallow stairs descend into the water. The first step brings the water to my ankles, and the sensation is immediate—not just heat, but something deeper. The water hums against my skin, not as a sound, but as a subtle vibration I can feel.</w:t>
      </w:r>
    </w:p>
    <w:p w14:paraId="07373987" w14:textId="77777777" w:rsidR="006508B7" w:rsidRPr="006508B7" w:rsidRDefault="006508B7" w:rsidP="006508B7">
      <w:pPr>
        <w:spacing w:line="276" w:lineRule="auto"/>
      </w:pPr>
      <w:r w:rsidRPr="006508B7">
        <w:t>Second step, and the water rises to my calves. The mineral content is obvious now, a dense softness that supports rather than simply surrounds.</w:t>
      </w:r>
    </w:p>
    <w:p w14:paraId="6CA6A444" w14:textId="77777777" w:rsidR="006508B7" w:rsidRPr="006508B7" w:rsidRDefault="006508B7" w:rsidP="006508B7">
      <w:pPr>
        <w:spacing w:line="276" w:lineRule="auto"/>
      </w:pPr>
      <w:r w:rsidRPr="006508B7">
        <w:t>Third step, and I sink in fully, the water rising to my waist, then my ribs, then my shoulders. Heat slips into muscles I hadn’t realized were clenched until they begin to release. I exhale slowly as it takes hold.</w:t>
      </w:r>
    </w:p>
    <w:p w14:paraId="4FF8B5B2" w14:textId="77777777" w:rsidR="006508B7" w:rsidRPr="006508B7" w:rsidRDefault="006508B7" w:rsidP="006508B7">
      <w:pPr>
        <w:spacing w:line="276" w:lineRule="auto"/>
      </w:pPr>
      <w:r w:rsidRPr="006508B7">
        <w:t>The tiredness of travel, the strain of diplomacy, the quiet stress of being surrounded by predators—all of it begins to dissolve. I haven’t felt this physically steady since before crossing the treaty line, perhaps longer.</w:t>
      </w:r>
    </w:p>
    <w:p w14:paraId="135F4436" w14:textId="77777777" w:rsidR="006508B7" w:rsidRPr="006508B7" w:rsidRDefault="006508B7" w:rsidP="006508B7">
      <w:pPr>
        <w:spacing w:line="276" w:lineRule="auto"/>
      </w:pPr>
      <w:r w:rsidRPr="006508B7">
        <w:t>The realization is unsettling.</w:t>
      </w:r>
    </w:p>
    <w:p w14:paraId="48C8773A" w14:textId="77777777" w:rsidR="006508B7" w:rsidRPr="006508B7" w:rsidRDefault="006508B7" w:rsidP="006508B7">
      <w:pPr>
        <w:spacing w:line="276" w:lineRule="auto"/>
      </w:pPr>
      <w:r w:rsidRPr="006508B7">
        <w:t>I shouldn’t feel safe here.</w:t>
      </w:r>
    </w:p>
    <w:p w14:paraId="4D92BAF8" w14:textId="77777777" w:rsidR="006508B7" w:rsidRPr="006508B7" w:rsidRDefault="006508B7" w:rsidP="006508B7">
      <w:pPr>
        <w:spacing w:line="276" w:lineRule="auto"/>
      </w:pPr>
      <w:r w:rsidRPr="006508B7">
        <w:t>Yet I do. Not completely. Not blindly. But enough to notice.</w:t>
      </w:r>
    </w:p>
    <w:p w14:paraId="111BA033" w14:textId="77777777" w:rsidR="006508B7" w:rsidRPr="006508B7" w:rsidRDefault="006508B7" w:rsidP="006508B7">
      <w:pPr>
        <w:spacing w:line="276" w:lineRule="auto"/>
      </w:pPr>
      <w:r w:rsidRPr="006508B7">
        <w:t>I lean my head back against the smooth stone edge, letting my hair float. Above, the shaft of golden light catches the steam and turns it into a soft glow. I focus on my breathing, each inhale drawing in mineral-rich air, each exhale letting go of tension I can’t afford to carry into tonight.</w:t>
      </w:r>
    </w:p>
    <w:p w14:paraId="6BDD91C7" w14:textId="77777777" w:rsidR="006508B7" w:rsidRPr="006508B7" w:rsidRDefault="006508B7" w:rsidP="006508B7">
      <w:pPr>
        <w:spacing w:line="276" w:lineRule="auto"/>
      </w:pPr>
      <w:r w:rsidRPr="006508B7">
        <w:lastRenderedPageBreak/>
        <w:t xml:space="preserve">The pressure beneath my ribs—the constant reminder of Valeria—shifts as I relax. Not </w:t>
      </w:r>
      <w:proofErr w:type="gramStart"/>
      <w:r w:rsidRPr="006508B7">
        <w:t>disappearing, but</w:t>
      </w:r>
      <w:proofErr w:type="gramEnd"/>
      <w:r w:rsidRPr="006508B7">
        <w:t xml:space="preserve"> changing. Less like a warning.</w:t>
      </w:r>
    </w:p>
    <w:p w14:paraId="2E2E638C" w14:textId="77777777" w:rsidR="006508B7" w:rsidRPr="006508B7" w:rsidRDefault="006508B7" w:rsidP="006508B7">
      <w:pPr>
        <w:spacing w:line="276" w:lineRule="auto"/>
      </w:pPr>
      <w:r w:rsidRPr="006508B7">
        <w:t>More like a rhythm.</w:t>
      </w:r>
    </w:p>
    <w:p w14:paraId="44ADCD0C" w14:textId="77777777" w:rsidR="006508B7" w:rsidRPr="006508B7" w:rsidRDefault="006508B7" w:rsidP="006508B7">
      <w:pPr>
        <w:spacing w:line="276" w:lineRule="auto"/>
      </w:pPr>
      <w:r w:rsidRPr="006508B7">
        <w:t>It aligns with the pulse of the silver lines circling the pool, creating a steady pattern that feels like silent music.</w:t>
      </w:r>
    </w:p>
    <w:p w14:paraId="5AA0215F" w14:textId="77777777" w:rsidR="006508B7" w:rsidRPr="006508B7" w:rsidRDefault="006508B7" w:rsidP="006508B7">
      <w:pPr>
        <w:spacing w:line="276" w:lineRule="auto"/>
      </w:pPr>
      <w:r w:rsidRPr="006508B7">
        <w:t>I close my eyes, surrendering to sensation for one rare moment. The ward lines pulse once, strongly, then settle—as if the palace recognizes my surrender and approves.</w:t>
      </w:r>
    </w:p>
    <w:p w14:paraId="4C2D1573" w14:textId="77777777" w:rsidR="006508B7" w:rsidRPr="006508B7" w:rsidRDefault="006508B7" w:rsidP="006508B7">
      <w:pPr>
        <w:spacing w:line="276" w:lineRule="auto"/>
      </w:pPr>
      <w:r w:rsidRPr="006508B7">
        <w:t>In the quiet, my thoughts return to the evening ahead. Dinner with the vampire queen. Not a court spectacle, but something private. Dangerous in its intimacy.</w:t>
      </w:r>
    </w:p>
    <w:p w14:paraId="789CB1BE" w14:textId="77777777" w:rsidR="006508B7" w:rsidRPr="006508B7" w:rsidRDefault="006508B7" w:rsidP="006508B7">
      <w:pPr>
        <w:spacing w:line="276" w:lineRule="auto"/>
      </w:pPr>
      <w:r w:rsidRPr="006508B7">
        <w:t>What does Valeria hope to learn from me away from her court? What does she believe I might reveal when I’m not standing under pillars carved with the faces of dead rulers?</w:t>
      </w:r>
    </w:p>
    <w:p w14:paraId="2E5BC57A" w14:textId="77777777" w:rsidR="006508B7" w:rsidRPr="006508B7" w:rsidRDefault="006508B7" w:rsidP="006508B7">
      <w:pPr>
        <w:spacing w:line="276" w:lineRule="auto"/>
      </w:pPr>
      <w:r w:rsidRPr="006508B7">
        <w:t>And what might I learn from her? About the treaty breach, yes—but also about the strange reaction between us, about the ward-key that was altered, about the prisoners who were taken.</w:t>
      </w:r>
    </w:p>
    <w:p w14:paraId="11B3B21D" w14:textId="77777777" w:rsidR="006508B7" w:rsidRPr="006508B7" w:rsidRDefault="006508B7" w:rsidP="006508B7">
      <w:pPr>
        <w:spacing w:line="276" w:lineRule="auto"/>
      </w:pPr>
      <w:r w:rsidRPr="006508B7">
        <w:t>I sink a little deeper until the water covers my shoulders fully. In my mind, I see candlelight on black stone, a table set with careful precision, Valeria across from me with those gold eyes that never miss anything. Will she drink while I eat? Will we pretend we aren’t two sides of the same treaty trying not to unravel?</w:t>
      </w:r>
    </w:p>
    <w:p w14:paraId="35C4BF61" w14:textId="77777777" w:rsidR="006508B7" w:rsidRPr="006508B7" w:rsidRDefault="006508B7" w:rsidP="006508B7">
      <w:pPr>
        <w:spacing w:line="276" w:lineRule="auto"/>
      </w:pPr>
      <w:r w:rsidRPr="006508B7">
        <w:t>The diplomat in me drafts questions and strategies, arguments and leverage points.</w:t>
      </w:r>
    </w:p>
    <w:p w14:paraId="57EEB298" w14:textId="77777777" w:rsidR="006508B7" w:rsidRPr="006508B7" w:rsidRDefault="006508B7" w:rsidP="006508B7">
      <w:pPr>
        <w:spacing w:line="276" w:lineRule="auto"/>
      </w:pPr>
      <w:r w:rsidRPr="006508B7">
        <w:t>The human in me wonders what she will wear, how she will speak when she isn’t performing control for a room full of vampires. Whether her composure cracks more easily in private. Whether her eyes reveal more when she believes no one is watching.</w:t>
      </w:r>
    </w:p>
    <w:p w14:paraId="7B46608F" w14:textId="77777777" w:rsidR="006508B7" w:rsidRPr="006508B7" w:rsidRDefault="006508B7" w:rsidP="006508B7">
      <w:pPr>
        <w:spacing w:line="276" w:lineRule="auto"/>
      </w:pPr>
      <w:r w:rsidRPr="006508B7">
        <w:t>The ward lines pulse gently, echoing the warmth beneath my ribs—a quiet conversation between the mountain’s magic and whatever ties me to Beaumont’s queen. I open my eyes and watch steam rise into the shaft of light, carrying my thoughts upward like smoke.</w:t>
      </w:r>
    </w:p>
    <w:p w14:paraId="55F34B01" w14:textId="77777777" w:rsidR="006508B7" w:rsidRPr="006508B7" w:rsidRDefault="006508B7" w:rsidP="006508B7">
      <w:pPr>
        <w:spacing w:line="276" w:lineRule="auto"/>
      </w:pPr>
      <w:r w:rsidRPr="006508B7">
        <w:t>Whatever comes tonight—threat or opportunity, revelation or deception—I will meet it washed clean by these ancient waters, steadied by the mountain’s strange embrace. The ward lines shimmer in silent acknowledgment as I begin to prepare myself for dinner with a queen who trembles when she thinks no one is watching.</w:t>
      </w:r>
    </w:p>
    <w:p w14:paraId="1F68E81A" w14:textId="71914558" w:rsidR="00293157" w:rsidRDefault="00293157" w:rsidP="006508B7">
      <w:pPr>
        <w:spacing w:line="276" w:lineRule="auto"/>
        <w:rPr>
          <w:b/>
          <w:bCs/>
        </w:rPr>
      </w:pPr>
    </w:p>
    <w:p w14:paraId="6071CA8C" w14:textId="77777777" w:rsidR="00293157" w:rsidRDefault="00293157" w:rsidP="00293157">
      <w:pPr>
        <w:spacing w:line="276" w:lineRule="auto"/>
        <w:rPr>
          <w:b/>
          <w:bCs/>
        </w:rPr>
      </w:pPr>
    </w:p>
    <w:p w14:paraId="6FD95C5C" w14:textId="77777777" w:rsidR="006A6F9A" w:rsidRDefault="006A6F9A" w:rsidP="006508B7">
      <w:pPr>
        <w:spacing w:line="276" w:lineRule="auto"/>
        <w:ind w:firstLine="0"/>
        <w:rPr>
          <w:b/>
          <w:bCs/>
        </w:rPr>
      </w:pPr>
    </w:p>
    <w:p w14:paraId="115A25E8" w14:textId="626C4D2B" w:rsidR="00E94BAC" w:rsidRPr="00E94BAC" w:rsidRDefault="00E94BAC" w:rsidP="00293157">
      <w:pPr>
        <w:spacing w:line="276" w:lineRule="auto"/>
        <w:ind w:firstLine="0"/>
        <w:jc w:val="center"/>
        <w:rPr>
          <w:b/>
          <w:bCs/>
        </w:rPr>
      </w:pPr>
      <w:r w:rsidRPr="00E94BAC">
        <w:rPr>
          <w:b/>
          <w:bCs/>
        </w:rPr>
        <w:lastRenderedPageBreak/>
        <w:t>CHAPTER THREE</w:t>
      </w:r>
    </w:p>
    <w:p w14:paraId="6F736587" w14:textId="1FE343DA" w:rsidR="006508B7" w:rsidRPr="006508B7" w:rsidRDefault="00E94BAC" w:rsidP="006508B7">
      <w:pPr>
        <w:spacing w:line="276" w:lineRule="auto"/>
      </w:pPr>
      <w:r w:rsidRPr="00E94BAC">
        <w:t xml:space="preserve">I </w:t>
      </w:r>
      <w:r w:rsidR="006508B7" w:rsidRPr="006508B7">
        <w:t>rise from the thermal waters, leaving ripples that catch the shaft of golden light filtering down from above. The water clings to my skin, reluctant to release me back to the air, sliding down my body in warm rivulets that carry traces of mineral-rich magic. The silver ward lines around the pool's edge pulse once as I emerge, their glow intensifying momentarily as if marking my change from water to air, from submersion back to awareness.</w:t>
      </w:r>
    </w:p>
    <w:p w14:paraId="390AE966" w14:textId="77777777" w:rsidR="006508B7" w:rsidRPr="006508B7" w:rsidRDefault="006508B7" w:rsidP="006508B7">
      <w:pPr>
        <w:spacing w:line="276" w:lineRule="auto"/>
      </w:pPr>
      <w:r w:rsidRPr="006508B7">
        <w:t>Steam curls around me in lazy spirals, drawing out the metallic tang of magic that seems soaked into the very stone of this chamber. I inhale deeply, letting the mineral-heavy air fill my lungs one final time before stepping onto the smooth stone ledge surrounding the pool. The constant warmth beneath my ribs—that strange connection to Valeria—seems calmer now, less insistent after my immersion in the mountain's waters, though it remains steady. Present.</w:t>
      </w:r>
    </w:p>
    <w:p w14:paraId="72A8C38C" w14:textId="77777777" w:rsidR="006508B7" w:rsidRPr="006508B7" w:rsidRDefault="006508B7" w:rsidP="006508B7">
      <w:pPr>
        <w:spacing w:line="276" w:lineRule="auto"/>
      </w:pPr>
      <w:r w:rsidRPr="006508B7">
        <w:t>A shelf carved into the black stone wall holds neatly folded towels woven with silver threads that catch the light as I approach. I select one, appreciating its unexpected softness against my skin as I dry my arms, then my shoulders. The fabric absorbs water with unusual efficiency, as if even this simple object has been shaped by Beaumont’s ever-present magic.</w:t>
      </w:r>
    </w:p>
    <w:p w14:paraId="4F62B55D" w14:textId="77777777" w:rsidR="006508B7" w:rsidRPr="006508B7" w:rsidRDefault="006508B7" w:rsidP="006508B7">
      <w:pPr>
        <w:spacing w:line="276" w:lineRule="auto"/>
      </w:pPr>
      <w:r w:rsidRPr="006508B7">
        <w:t>As I wrap the towel around my body, I notice how the bath has changed me. My skin carries a subtle sheen, the minerals leaving a faint residue that feels like silk rather than grit. My muscles have released tension I hadn’t fully admitted I was carrying—diplomatic armor loosened in this underground sanctuary. Even my thoughts feel clearer, more focused, as if the water has washed away not just physical fatigue but mental noise.</w:t>
      </w:r>
    </w:p>
    <w:p w14:paraId="18D49305" w14:textId="77777777" w:rsidR="006508B7" w:rsidRPr="006508B7" w:rsidRDefault="006508B7" w:rsidP="006508B7">
      <w:pPr>
        <w:spacing w:line="276" w:lineRule="auto"/>
      </w:pPr>
      <w:r w:rsidRPr="006508B7">
        <w:t>The ward lines trace their silver paths across the walls, pulsing gently as I move through the chamber. They seem to follow me, brightening slightly wherever I pass closest, acknowledging my presence without Valeria near enough to trigger their more dramatic response. I trail my fingers along one silver vein, and it brightens beneath my touch, warm and almost alive.</w:t>
      </w:r>
    </w:p>
    <w:p w14:paraId="2E18DF50" w14:textId="77777777" w:rsidR="006508B7" w:rsidRPr="006508B7" w:rsidRDefault="006508B7" w:rsidP="006508B7">
      <w:pPr>
        <w:spacing w:line="276" w:lineRule="auto"/>
      </w:pPr>
      <w:r w:rsidRPr="006508B7">
        <w:t>Beyond the bathing pool, the chamber extends further into the mountain. I follow the path of silver light, towel secured around me, curious what other secrets this space might hold. The stone floor remains pleasantly warm beneath my bare feet, heated from below by the same natural source that feeds the pool.</w:t>
      </w:r>
    </w:p>
    <w:p w14:paraId="0B3BD842" w14:textId="77777777" w:rsidR="006508B7" w:rsidRPr="006508B7" w:rsidRDefault="006508B7" w:rsidP="006508B7">
      <w:pPr>
        <w:spacing w:line="276" w:lineRule="auto"/>
      </w:pPr>
      <w:r w:rsidRPr="006508B7">
        <w:t>Around a gentle curve in the passage, the chamber opens into a smaller alcove carved from the same black stone. Here the ward lines converge in an intricate pattern overhead, casting enough light to reveal what is clearly a dressing area. A tall cabinet of dark wood inlaid with silver stands against one wall, its doors slightly ajar. Beside it, a bench cushioned in black velvet offers a place to sit. The arrangement speaks of careful planning, not a last-minute accommodation.</w:t>
      </w:r>
    </w:p>
    <w:p w14:paraId="11E40770" w14:textId="77777777" w:rsidR="006508B7" w:rsidRPr="006508B7" w:rsidRDefault="006508B7" w:rsidP="006508B7">
      <w:pPr>
        <w:spacing w:line="276" w:lineRule="auto"/>
      </w:pPr>
      <w:r w:rsidRPr="006508B7">
        <w:lastRenderedPageBreak/>
        <w:t>I approach the cabinet cautiously, aware that I’m moving beyond what Lady Varis explicitly showed me. The doors swing open at my touch, revealing a collection of garments hanging in precise order—blacks and deep silvers predominantly, with occasional accents of midnight blue or dark crimson. Each piece appears meticulously crafted, the fabrics finer than anything available in human territories.</w:t>
      </w:r>
    </w:p>
    <w:p w14:paraId="73FE14A6" w14:textId="77777777" w:rsidR="006508B7" w:rsidRPr="006508B7" w:rsidRDefault="006508B7" w:rsidP="006508B7">
      <w:pPr>
        <w:spacing w:line="276" w:lineRule="auto"/>
      </w:pPr>
      <w:r w:rsidRPr="006508B7">
        <w:t>These are not guest clothes.</w:t>
      </w:r>
    </w:p>
    <w:p w14:paraId="756B10A6" w14:textId="77777777" w:rsidR="006508B7" w:rsidRPr="006508B7" w:rsidRDefault="006508B7" w:rsidP="006508B7">
      <w:pPr>
        <w:spacing w:line="276" w:lineRule="auto"/>
      </w:pPr>
      <w:r w:rsidRPr="006508B7">
        <w:t>These are Valeria’s personal garments.</w:t>
      </w:r>
    </w:p>
    <w:p w14:paraId="276AA32C" w14:textId="77777777" w:rsidR="006508B7" w:rsidRPr="006508B7" w:rsidRDefault="006508B7" w:rsidP="006508B7">
      <w:pPr>
        <w:spacing w:line="276" w:lineRule="auto"/>
      </w:pPr>
      <w:r w:rsidRPr="006508B7">
        <w:t>The realization sends a ripple of something—uncertainty, intrigue—through me. Why would Lady Varis direct me to the queen’s private bathing chamber? Why leave me access to her wardrobe? Is this a test, or something else entirely?</w:t>
      </w:r>
    </w:p>
    <w:p w14:paraId="410293FE" w14:textId="77777777" w:rsidR="006508B7" w:rsidRPr="006508B7" w:rsidRDefault="006508B7" w:rsidP="006508B7">
      <w:pPr>
        <w:spacing w:line="276" w:lineRule="auto"/>
      </w:pPr>
      <w:r w:rsidRPr="006508B7">
        <w:t>I touch one sleeve—black silk so fine it feels like water made solid—and the ward lines overhead pulse once, strongly. The warmth beneath my ribs responds in kind, a gentle surge that doesn’t hurt or alarm. It simply reminds me of what shouldn’t exist: a connection between myself and the vampire queen.</w:t>
      </w:r>
    </w:p>
    <w:p w14:paraId="1AF45C48" w14:textId="77777777" w:rsidR="006508B7" w:rsidRPr="006508B7" w:rsidRDefault="006508B7" w:rsidP="006508B7">
      <w:pPr>
        <w:spacing w:line="276" w:lineRule="auto"/>
      </w:pPr>
      <w:r w:rsidRPr="006508B7">
        <w:t>My diplomatic attire remains in my chambers, likely still travel-worn despite whatever care palace servants might have given it. I could return there, wrap myself in the towel and walk back through the corridors—but the idea seems both impractical and, somehow, like refusing the gesture this access represents.</w:t>
      </w:r>
    </w:p>
    <w:p w14:paraId="2B84E3F0" w14:textId="77777777" w:rsidR="006508B7" w:rsidRPr="006508B7" w:rsidRDefault="006508B7" w:rsidP="006508B7">
      <w:pPr>
        <w:spacing w:line="276" w:lineRule="auto"/>
      </w:pPr>
      <w:r w:rsidRPr="006508B7">
        <w:t>I select a dress from the collection—black, as most things in Beaumont seem to be, but with intricate silver embroidery tracing patterns along the bodice and sleeves that echo the ward lines in the walls. The fabric feels substantial in my hands, heavier than it looked on the hanger, yet supple enough to move like liquid when worn.</w:t>
      </w:r>
    </w:p>
    <w:p w14:paraId="2429475B" w14:textId="77777777" w:rsidR="006508B7" w:rsidRPr="006508B7" w:rsidRDefault="006508B7" w:rsidP="006508B7">
      <w:pPr>
        <w:spacing w:line="276" w:lineRule="auto"/>
      </w:pPr>
      <w:r w:rsidRPr="006508B7">
        <w:t>The intimacy of wearing Valeria’s clothing is not lost on me. In human diplomatic circles, such sharing would suggest alliance—or ownership—far beyond our current position. Among vampires, with their heightened senses, wearing another’s garments means carrying their scent, their presence. A statement, whether of trust or claim, I cannot say.</w:t>
      </w:r>
    </w:p>
    <w:p w14:paraId="5EA32761" w14:textId="77777777" w:rsidR="006508B7" w:rsidRPr="006508B7" w:rsidRDefault="006508B7" w:rsidP="006508B7">
      <w:pPr>
        <w:spacing w:line="276" w:lineRule="auto"/>
      </w:pPr>
      <w:r w:rsidRPr="006508B7">
        <w:t>Yet here I stand, a human diplomat in the heart of vampire territory, holding the queen’s dress while silver magic pulses overhead. Convention has little power in this palace.</w:t>
      </w:r>
    </w:p>
    <w:p w14:paraId="342A8C5B" w14:textId="77777777" w:rsidR="006508B7" w:rsidRPr="006508B7" w:rsidRDefault="006508B7" w:rsidP="006508B7">
      <w:pPr>
        <w:spacing w:line="276" w:lineRule="auto"/>
      </w:pPr>
      <w:r w:rsidRPr="006508B7">
        <w:t>I let the towel fall and lift the dress over my head. The fabric settles around me with surprising weight, cool at first against my warmed skin, then quickly adapting to my temperature. I work my arms into the sleeves, which are longer than human fashion dictates, extending almost to my fingertips with pointed cuffs that emphasize the shape of the hand.</w:t>
      </w:r>
    </w:p>
    <w:p w14:paraId="5F5749E9" w14:textId="77777777" w:rsidR="006508B7" w:rsidRPr="006508B7" w:rsidRDefault="006508B7" w:rsidP="006508B7">
      <w:pPr>
        <w:spacing w:line="276" w:lineRule="auto"/>
      </w:pPr>
      <w:r w:rsidRPr="006508B7">
        <w:t xml:space="preserve">The fit is not perfect—Valeria is taller, her shoulders broader with the predatory build common to her kind. Yet the dress accommodates me better than I expected, as if it adjusts in </w:t>
      </w:r>
      <w:r w:rsidRPr="006508B7">
        <w:lastRenderedPageBreak/>
        <w:t>subtle ways to its wearer. The hemline that likely falls precisely at Valeria’s ankle hovers slightly higher on my frame, revealing more of my calves than vampire modesty might approve.</w:t>
      </w:r>
    </w:p>
    <w:p w14:paraId="32BB5B18" w14:textId="77777777" w:rsidR="006508B7" w:rsidRPr="006508B7" w:rsidRDefault="006508B7" w:rsidP="006508B7">
      <w:pPr>
        <w:spacing w:line="276" w:lineRule="auto"/>
      </w:pPr>
      <w:r w:rsidRPr="006508B7">
        <w:t>I smooth the fabric over my hips, feeling how differently it sits on my curves compared to how it must hang on Valeria’s more angular form. The silver embroidery catches light as I move, creating the impression of flowing ward lines across a black night-sky. Without a mirror, I can only imagine the effect, but the way the silver channels overhead pulse in response suggests the change is not insignificant.</w:t>
      </w:r>
    </w:p>
    <w:p w14:paraId="58A26D53" w14:textId="77777777" w:rsidR="006508B7" w:rsidRPr="006508B7" w:rsidRDefault="006508B7" w:rsidP="006508B7">
      <w:pPr>
        <w:spacing w:line="276" w:lineRule="auto"/>
      </w:pPr>
      <w:r w:rsidRPr="006508B7">
        <w:t xml:space="preserve">The warmth beneath my </w:t>
      </w:r>
      <w:proofErr w:type="gramStart"/>
      <w:r w:rsidRPr="006508B7">
        <w:t>ribs</w:t>
      </w:r>
      <w:proofErr w:type="gramEnd"/>
      <w:r w:rsidRPr="006508B7">
        <w:t xml:space="preserve"> steadies into a constant, comfortable pressure—awareness without urgency. I gather my still-damp hair away from my face, twisting it into a simple knot at the nape of my neck. My feet remain bare; I see no shoes here that would fit a human woman’s smaller foot.</w:t>
      </w:r>
    </w:p>
    <w:p w14:paraId="6A48FF89" w14:textId="77777777" w:rsidR="006508B7" w:rsidRPr="006508B7" w:rsidRDefault="006508B7" w:rsidP="006508B7">
      <w:pPr>
        <w:spacing w:line="276" w:lineRule="auto"/>
      </w:pPr>
      <w:r w:rsidRPr="006508B7">
        <w:t>As I make these final adjustments, my thoughts turn to the dinner awaiting me. Valeria’s invitation, delivered on her private stationery. The evidence about the ward-key breach that requires my attention. The strange connection between us that makes the walls themselves react when we stand too close.</w:t>
      </w:r>
    </w:p>
    <w:p w14:paraId="0D802AAD" w14:textId="77777777" w:rsidR="006508B7" w:rsidRPr="006508B7" w:rsidRDefault="006508B7" w:rsidP="006508B7">
      <w:pPr>
        <w:spacing w:line="276" w:lineRule="auto"/>
      </w:pPr>
      <w:r w:rsidRPr="006508B7">
        <w:t>I step back toward the bathing chamber, intending to return the way I came. The ward lines brighten ahead of me, lighting my path like silent guides. Whatever waits for me in Valeria’s private dining chamber, I move toward it changed—not just by the bath or the borrowed dress, but by the growing certainty that I’ve stepped into something far more complicated than a simple treaty violation.</w:t>
      </w:r>
    </w:p>
    <w:p w14:paraId="08F1E4A6" w14:textId="77777777" w:rsidR="006508B7" w:rsidRPr="006508B7" w:rsidRDefault="006508B7" w:rsidP="006508B7">
      <w:pPr>
        <w:spacing w:line="276" w:lineRule="auto"/>
      </w:pPr>
      <w:r w:rsidRPr="006508B7">
        <w:t>The silver channels pulse once more as I pass beneath them, as if in affirmation.</w:t>
      </w:r>
    </w:p>
    <w:p w14:paraId="42DD77D1" w14:textId="77777777" w:rsidR="006508B7" w:rsidRPr="006508B7" w:rsidRDefault="006508B7" w:rsidP="006508B7">
      <w:pPr>
        <w:spacing w:line="276" w:lineRule="auto"/>
      </w:pPr>
      <w:r w:rsidRPr="006508B7">
        <w:t>I follow the pulsing ward lines through winding corridors, each turn taking me deeper into Beaumont’s private spaces. The black silk of Valeria’s dress whispers against my skin as I move, the silver embroidery catching candlelight like captured stars. When I reach the final archway, the ward lines surge with unusual brightness, announcing my presence before I can step through. The dinner alcove opens before me—intimate rather than grand, carved into the mountain’s heart and lit by candles that burn with perfect, unwavering flames.</w:t>
      </w:r>
    </w:p>
    <w:p w14:paraId="454A59A7" w14:textId="77777777" w:rsidR="006508B7" w:rsidRPr="006508B7" w:rsidRDefault="006508B7" w:rsidP="006508B7">
      <w:pPr>
        <w:spacing w:line="276" w:lineRule="auto"/>
      </w:pPr>
      <w:r w:rsidRPr="006508B7">
        <w:t>Valeria sits at a low ebony table, her back to the archway, her posture perfect even in supposed privacy. The table has been arranged with meticulous care—polished silver goblets reflect candlelight, dark crystal plates wait empty, and between them, a centerpiece of night-blooming flowers unfolds black petals edged in silver. The scent of roses mingles with something richer, more metallic.</w:t>
      </w:r>
    </w:p>
    <w:p w14:paraId="505E3582" w14:textId="77777777" w:rsidR="006508B7" w:rsidRPr="006508B7" w:rsidRDefault="006508B7" w:rsidP="006508B7">
      <w:pPr>
        <w:spacing w:line="276" w:lineRule="auto"/>
      </w:pPr>
      <w:r w:rsidRPr="006508B7">
        <w:t xml:space="preserve">She turns as I enter, the movement fluid and controlled until her eyes find me. Then, for just a fraction of a heartbeat, her composure slips. Her gaze widens, fingers tightening around the stem of a ruby-red goblet, a subtle tension rippling through her shoulders. Recognition, surprise, </w:t>
      </w:r>
      <w:r w:rsidRPr="006508B7">
        <w:lastRenderedPageBreak/>
        <w:t>and something else—something I lack diplomatic vocabulary to name—cross her features before her mask of royal control slides back into place.</w:t>
      </w:r>
    </w:p>
    <w:p w14:paraId="49378DE6" w14:textId="77777777" w:rsidR="006508B7" w:rsidRPr="006508B7" w:rsidRDefault="006508B7" w:rsidP="006508B7">
      <w:pPr>
        <w:spacing w:line="276" w:lineRule="auto"/>
      </w:pPr>
      <w:r w:rsidRPr="006508B7">
        <w:t>“You found the wardrobe,” she says, her voice betraying nothing of that momentary lapse.</w:t>
      </w:r>
    </w:p>
    <w:p w14:paraId="734B89F1" w14:textId="77777777" w:rsidR="006508B7" w:rsidRPr="006508B7" w:rsidRDefault="006508B7" w:rsidP="006508B7">
      <w:pPr>
        <w:spacing w:line="276" w:lineRule="auto"/>
      </w:pPr>
      <w:r w:rsidRPr="006508B7">
        <w:t>“Lady Varis was… thorough in her assistance.” I remain at the threshold, uncertain of protocol in this private setting.</w:t>
      </w:r>
    </w:p>
    <w:p w14:paraId="33F7D724" w14:textId="77777777" w:rsidR="006508B7" w:rsidRPr="006508B7" w:rsidRDefault="006508B7" w:rsidP="006508B7">
      <w:pPr>
        <w:spacing w:line="276" w:lineRule="auto"/>
      </w:pPr>
      <w:r w:rsidRPr="006508B7">
        <w:t>Valeria rises with characteristic grace, setting down her goblet with deliberate care. “The dress suits you differently than it suits me.”</w:t>
      </w:r>
    </w:p>
    <w:p w14:paraId="46054BD5" w14:textId="77777777" w:rsidR="006508B7" w:rsidRPr="006508B7" w:rsidRDefault="006508B7" w:rsidP="006508B7">
      <w:pPr>
        <w:spacing w:line="276" w:lineRule="auto"/>
      </w:pPr>
      <w:r w:rsidRPr="006508B7">
        <w:t>Not better. Not worse. Differently. The precise language of someone who chooses every word.</w:t>
      </w:r>
    </w:p>
    <w:p w14:paraId="543AF65B" w14:textId="77777777" w:rsidR="006508B7" w:rsidRPr="006508B7" w:rsidRDefault="006508B7" w:rsidP="006508B7">
      <w:pPr>
        <w:spacing w:line="276" w:lineRule="auto"/>
      </w:pPr>
      <w:r w:rsidRPr="006508B7">
        <w:t>“I hope it’s not an imposition.” I gesture to the garment. “My options were limited.”</w:t>
      </w:r>
    </w:p>
    <w:p w14:paraId="7509E1F0" w14:textId="77777777" w:rsidR="006508B7" w:rsidRPr="006508B7" w:rsidRDefault="006508B7" w:rsidP="006508B7">
      <w:pPr>
        <w:spacing w:line="276" w:lineRule="auto"/>
      </w:pPr>
      <w:r w:rsidRPr="006508B7">
        <w:t>“Nothing in this palace happens without purpose, Diplomat Everhart.” She gestures to the empty chair across from hers. “Please, join me.”</w:t>
      </w:r>
    </w:p>
    <w:p w14:paraId="172DAF13" w14:textId="77777777" w:rsidR="006508B7" w:rsidRPr="006508B7" w:rsidRDefault="006508B7" w:rsidP="006508B7">
      <w:pPr>
        <w:spacing w:line="276" w:lineRule="auto"/>
      </w:pPr>
      <w:r w:rsidRPr="006508B7">
        <w:t>I cross the space between us, acutely aware of how the borrowed dress moves against my skin, how the silver threads catch light with each step. The ward lines overhead pulse gently, responding to our proximity without the dramatic flaring of previous encounters. As if they’re growing accustomed to us. Or we to them.</w:t>
      </w:r>
    </w:p>
    <w:p w14:paraId="4EA21B2E" w14:textId="77777777" w:rsidR="006508B7" w:rsidRPr="006508B7" w:rsidRDefault="006508B7" w:rsidP="006508B7">
      <w:pPr>
        <w:spacing w:line="276" w:lineRule="auto"/>
      </w:pPr>
      <w:r w:rsidRPr="006508B7">
        <w:t>“Alice,” I say, surprising myself as I take the offered seat. “If I’m wearing your clothes, perhaps formality can be temporarily suspended.”</w:t>
      </w:r>
    </w:p>
    <w:p w14:paraId="3BF9A527" w14:textId="77777777" w:rsidR="006508B7" w:rsidRPr="006508B7" w:rsidRDefault="006508B7" w:rsidP="006508B7">
      <w:pPr>
        <w:spacing w:line="276" w:lineRule="auto"/>
      </w:pPr>
      <w:r w:rsidRPr="006508B7">
        <w:t>Valeria’s expression shifts subtly—the barest hint of something that might, in a human, resemble amusement.</w:t>
      </w:r>
    </w:p>
    <w:p w14:paraId="7341A327" w14:textId="77777777" w:rsidR="006508B7" w:rsidRPr="006508B7" w:rsidRDefault="006508B7" w:rsidP="006508B7">
      <w:pPr>
        <w:spacing w:line="276" w:lineRule="auto"/>
      </w:pPr>
      <w:r w:rsidRPr="006508B7">
        <w:t>“Alice,” she repeats, testing the name as if tasting unfamiliar wine. She retakes her seat with deliberate grace. “And I am Valeria, though few address me so directly.”</w:t>
      </w:r>
    </w:p>
    <w:p w14:paraId="381D1524" w14:textId="77777777" w:rsidR="006508B7" w:rsidRPr="006508B7" w:rsidRDefault="006508B7" w:rsidP="006508B7">
      <w:pPr>
        <w:spacing w:line="276" w:lineRule="auto"/>
      </w:pPr>
      <w:r w:rsidRPr="006508B7">
        <w:t xml:space="preserve">A small concession, yet significant in a place where every word carries weight. The warmth beneath my </w:t>
      </w:r>
      <w:proofErr w:type="gramStart"/>
      <w:r w:rsidRPr="006508B7">
        <w:t>ribs</w:t>
      </w:r>
      <w:proofErr w:type="gramEnd"/>
      <w:r w:rsidRPr="006508B7">
        <w:t xml:space="preserve"> pulses once, strongly, as if recognizing the boundary we’ve crossed.</w:t>
      </w:r>
    </w:p>
    <w:p w14:paraId="4EC0D73A" w14:textId="77777777" w:rsidR="006508B7" w:rsidRPr="006508B7" w:rsidRDefault="006508B7" w:rsidP="006508B7">
      <w:pPr>
        <w:spacing w:line="276" w:lineRule="auto"/>
      </w:pPr>
      <w:r w:rsidRPr="006508B7">
        <w:t>“Wine?” she offers, gesturing to a crystal decanter filled with dark liquid that catches candlelight like liquid garnet.</w:t>
      </w:r>
    </w:p>
    <w:p w14:paraId="570D9B0B" w14:textId="77777777" w:rsidR="006508B7" w:rsidRPr="006508B7" w:rsidRDefault="006508B7" w:rsidP="006508B7">
      <w:pPr>
        <w:spacing w:line="276" w:lineRule="auto"/>
      </w:pPr>
      <w:r w:rsidRPr="006508B7">
        <w:t>“Please.”</w:t>
      </w:r>
    </w:p>
    <w:p w14:paraId="4001E012" w14:textId="77777777" w:rsidR="006508B7" w:rsidRPr="006508B7" w:rsidRDefault="006508B7" w:rsidP="006508B7">
      <w:pPr>
        <w:spacing w:line="276" w:lineRule="auto"/>
      </w:pPr>
      <w:r w:rsidRPr="006508B7">
        <w:t xml:space="preserve">She pours with precise movements, filling a third goblet—not the ruby-red one she drinks from, I notice, but clear crystal that lets me see the wine’s true color. </w:t>
      </w:r>
      <w:proofErr w:type="gramStart"/>
      <w:r w:rsidRPr="006508B7">
        <w:t>Human accommodation,</w:t>
      </w:r>
      <w:proofErr w:type="gramEnd"/>
      <w:r w:rsidRPr="006508B7">
        <w:t xml:space="preserve"> carefully considered.</w:t>
      </w:r>
    </w:p>
    <w:p w14:paraId="22FDDBAC" w14:textId="77777777" w:rsidR="006508B7" w:rsidRPr="006508B7" w:rsidRDefault="006508B7" w:rsidP="006508B7">
      <w:pPr>
        <w:spacing w:line="276" w:lineRule="auto"/>
      </w:pPr>
      <w:r w:rsidRPr="006508B7">
        <w:lastRenderedPageBreak/>
        <w:t>“You went to the thermal pools,” she observes, passing me the goblet.</w:t>
      </w:r>
    </w:p>
    <w:p w14:paraId="7FE113BF" w14:textId="77777777" w:rsidR="006508B7" w:rsidRPr="006508B7" w:rsidRDefault="006508B7" w:rsidP="006508B7">
      <w:pPr>
        <w:spacing w:line="276" w:lineRule="auto"/>
      </w:pPr>
      <w:r w:rsidRPr="006508B7">
        <w:t>“At Lady Varis’s suggestion.” I accept the wine, careful not to let our fingers touch in the exchange. “They’re remarkable.”</w:t>
      </w:r>
    </w:p>
    <w:p w14:paraId="78BF846A" w14:textId="77777777" w:rsidR="006508B7" w:rsidRPr="006508B7" w:rsidRDefault="006508B7" w:rsidP="006508B7">
      <w:pPr>
        <w:spacing w:line="276" w:lineRule="auto"/>
      </w:pPr>
      <w:r w:rsidRPr="006508B7">
        <w:t>“They predate even our occupation of this mountain.” Valeria lifts her own goblet but doesn’t drink. “The minerals have restorative properties, even for our kind.”</w:t>
      </w:r>
    </w:p>
    <w:p w14:paraId="6647C447" w14:textId="77777777" w:rsidR="006508B7" w:rsidRPr="006508B7" w:rsidRDefault="006508B7" w:rsidP="006508B7">
      <w:pPr>
        <w:spacing w:line="276" w:lineRule="auto"/>
      </w:pPr>
      <w:r w:rsidRPr="006508B7">
        <w:t>I sip the wine—spiced, rich, and layered with a complexity that suggests long refinement. Not blood, as I had initially feared might be offered. Another choice made for me. Another careful adjustment.</w:t>
      </w:r>
    </w:p>
    <w:p w14:paraId="6A41B5AD" w14:textId="77777777" w:rsidR="006508B7" w:rsidRPr="006508B7" w:rsidRDefault="006508B7" w:rsidP="006508B7">
      <w:pPr>
        <w:spacing w:line="276" w:lineRule="auto"/>
      </w:pPr>
      <w:r w:rsidRPr="006508B7">
        <w:t>“You wanted to discuss the investigation,” I say, returning us to safer diplomatic ground.</w:t>
      </w:r>
    </w:p>
    <w:p w14:paraId="75E39E89" w14:textId="77777777" w:rsidR="006508B7" w:rsidRPr="006508B7" w:rsidRDefault="006508B7" w:rsidP="006508B7">
      <w:pPr>
        <w:spacing w:line="276" w:lineRule="auto"/>
      </w:pPr>
      <w:r w:rsidRPr="006508B7">
        <w:t>Valeria nods once. “The ward-key. The attacked convoy. Yes.” She sets down her goblet. “What does your diplomatic training tell you about this breach?”</w:t>
      </w:r>
    </w:p>
    <w:p w14:paraId="3845F52A" w14:textId="77777777" w:rsidR="006508B7" w:rsidRPr="006508B7" w:rsidRDefault="006508B7" w:rsidP="006508B7">
      <w:pPr>
        <w:spacing w:line="276" w:lineRule="auto"/>
      </w:pPr>
      <w:r w:rsidRPr="006508B7">
        <w:t>A test, disguised as conversation.</w:t>
      </w:r>
    </w:p>
    <w:p w14:paraId="6EDB2EC9" w14:textId="77777777" w:rsidR="006508B7" w:rsidRPr="006508B7" w:rsidRDefault="006508B7" w:rsidP="006508B7">
      <w:pPr>
        <w:spacing w:line="276" w:lineRule="auto"/>
      </w:pPr>
      <w:r w:rsidRPr="006508B7">
        <w:t>“That it’s either an internal power play designed to look external, or an external attack meant to split you from within.” I meet her golden eyes directly. “Either way, someone benefits from suspicion between our peoples.”</w:t>
      </w:r>
    </w:p>
    <w:p w14:paraId="699ECFC0" w14:textId="77777777" w:rsidR="006508B7" w:rsidRPr="006508B7" w:rsidRDefault="006508B7" w:rsidP="006508B7">
      <w:pPr>
        <w:spacing w:line="276" w:lineRule="auto"/>
      </w:pPr>
      <w:r w:rsidRPr="006508B7">
        <w:t>“Perceptive.” She doesn’t smile, but something in her posture eases slightly. “We’ve been examining the ward-key you brought. The alterations are… sophisticated.”</w:t>
      </w:r>
    </w:p>
    <w:p w14:paraId="0C94E6D3" w14:textId="77777777" w:rsidR="006508B7" w:rsidRPr="006508B7" w:rsidRDefault="006508B7" w:rsidP="006508B7">
      <w:pPr>
        <w:spacing w:line="276" w:lineRule="auto"/>
      </w:pPr>
      <w:r w:rsidRPr="006508B7">
        <w:t>“Sophisticated enough to require intimate knowledge of your ward system.”</w:t>
      </w:r>
    </w:p>
    <w:p w14:paraId="4767D99C" w14:textId="77777777" w:rsidR="006508B7" w:rsidRPr="006508B7" w:rsidRDefault="006508B7" w:rsidP="006508B7">
      <w:pPr>
        <w:spacing w:line="276" w:lineRule="auto"/>
      </w:pPr>
      <w:r w:rsidRPr="006508B7">
        <w:t>“Yes.” A simple confirmation that carries heavy meaning.</w:t>
      </w:r>
    </w:p>
    <w:p w14:paraId="76140EE9" w14:textId="77777777" w:rsidR="006508B7" w:rsidRPr="006508B7" w:rsidRDefault="006508B7" w:rsidP="006508B7">
      <w:pPr>
        <w:spacing w:line="276" w:lineRule="auto"/>
      </w:pPr>
      <w:r w:rsidRPr="006508B7">
        <w:t>The warmth beneath my sternum remains steady, neither rising nor fading, simply reminding me she is here. Close. Connected.</w:t>
      </w:r>
    </w:p>
    <w:p w14:paraId="7A8CE74B" w14:textId="77777777" w:rsidR="006508B7" w:rsidRPr="006508B7" w:rsidRDefault="006508B7" w:rsidP="006508B7">
      <w:pPr>
        <w:spacing w:line="276" w:lineRule="auto"/>
      </w:pPr>
      <w:r w:rsidRPr="006508B7">
        <w:t>“Have you identified whose key was altered?” I ask.</w:t>
      </w:r>
    </w:p>
    <w:p w14:paraId="0A92229C" w14:textId="77777777" w:rsidR="006508B7" w:rsidRPr="006508B7" w:rsidRDefault="006508B7" w:rsidP="006508B7">
      <w:pPr>
        <w:spacing w:line="276" w:lineRule="auto"/>
      </w:pPr>
      <w:r w:rsidRPr="006508B7">
        <w:t xml:space="preserve">Before Valeria can answer, footsteps approach from a side passage—lighter than a guard’s, more purposeful than a </w:t>
      </w:r>
      <w:proofErr w:type="gramStart"/>
      <w:r w:rsidRPr="006508B7">
        <w:t>servant’s</w:t>
      </w:r>
      <w:proofErr w:type="gramEnd"/>
      <w:r w:rsidRPr="006508B7">
        <w:t>. We both turn as a young vampire appears at the archway, his formal attire marking him as noble despite his apparent youth. He carries a silver-etched tablet, like the ward-monitoring slates I’ve seen in the palace corridors.</w:t>
      </w:r>
    </w:p>
    <w:p w14:paraId="23465F9D" w14:textId="77777777" w:rsidR="006508B7" w:rsidRPr="006508B7" w:rsidRDefault="006508B7" w:rsidP="006508B7">
      <w:pPr>
        <w:spacing w:line="276" w:lineRule="auto"/>
      </w:pPr>
      <w:r w:rsidRPr="006508B7">
        <w:t>He bows deeply before addressing Valeria. “Your Majesty, forgive the interruption. The analysis you requested is complete.”</w:t>
      </w:r>
    </w:p>
    <w:p w14:paraId="5DCED290" w14:textId="77777777" w:rsidR="006508B7" w:rsidRPr="006508B7" w:rsidRDefault="006508B7" w:rsidP="006508B7">
      <w:pPr>
        <w:spacing w:line="276" w:lineRule="auto"/>
      </w:pPr>
      <w:r w:rsidRPr="006508B7">
        <w:t>Valeria gestures for him to approach. “Show us.”</w:t>
      </w:r>
    </w:p>
    <w:p w14:paraId="6270D7EB" w14:textId="77777777" w:rsidR="006508B7" w:rsidRPr="006508B7" w:rsidRDefault="006508B7" w:rsidP="006508B7">
      <w:pPr>
        <w:spacing w:line="276" w:lineRule="auto"/>
      </w:pPr>
      <w:r w:rsidRPr="006508B7">
        <w:t>Us, not me. The inclusion doesn’t escape my notice.</w:t>
      </w:r>
    </w:p>
    <w:p w14:paraId="1E184B02" w14:textId="77777777" w:rsidR="006508B7" w:rsidRPr="006508B7" w:rsidRDefault="006508B7" w:rsidP="006508B7">
      <w:pPr>
        <w:spacing w:line="276" w:lineRule="auto"/>
      </w:pPr>
      <w:r w:rsidRPr="006508B7">
        <w:lastRenderedPageBreak/>
        <w:t>The young vampire places the tablet on the table between us, angling it so both Valeria and I can view its surface. He taps the silver-etched edge, and the tablet illuminates from within, displaying complex patterns of intersecting lines that pulse and shift like living things.</w:t>
      </w:r>
    </w:p>
    <w:p w14:paraId="25025023" w14:textId="77777777" w:rsidR="006508B7" w:rsidRPr="006508B7" w:rsidRDefault="006508B7" w:rsidP="006508B7">
      <w:pPr>
        <w:spacing w:line="276" w:lineRule="auto"/>
      </w:pPr>
      <w:r w:rsidRPr="006508B7">
        <w:t>“The signatures are wrong, Your Majesty,” he explains, his voice carefully controlled. “Someone wanted it to look like our doing. The residual ward patterns don’t match any authorized Beaumont key.”</w:t>
      </w:r>
    </w:p>
    <w:p w14:paraId="64C92255" w14:textId="77777777" w:rsidR="006508B7" w:rsidRPr="006508B7" w:rsidRDefault="006508B7" w:rsidP="006508B7">
      <w:pPr>
        <w:spacing w:line="276" w:lineRule="auto"/>
      </w:pPr>
      <w:r w:rsidRPr="006508B7">
        <w:t>I lean closer, studying the shifting lines. My diplomatic training included basic recognition of ward signatures—enough to verify authentic vampire seals—but this goes beyond the standard forms I’ve seen.</w:t>
      </w:r>
    </w:p>
    <w:p w14:paraId="13370BFF" w14:textId="77777777" w:rsidR="006508B7" w:rsidRPr="006508B7" w:rsidRDefault="006508B7" w:rsidP="006508B7">
      <w:pPr>
        <w:spacing w:line="276" w:lineRule="auto"/>
      </w:pPr>
      <w:r w:rsidRPr="006508B7">
        <w:t>“These fracture patterns,” I say, pointing to where the lines break and reform in jagged configurations, “they’re deliberate.”</w:t>
      </w:r>
    </w:p>
    <w:p w14:paraId="41D3E571" w14:textId="77777777" w:rsidR="006508B7" w:rsidRPr="006508B7" w:rsidRDefault="006508B7" w:rsidP="006508B7">
      <w:pPr>
        <w:spacing w:line="276" w:lineRule="auto"/>
      </w:pPr>
      <w:r w:rsidRPr="006508B7">
        <w:t>Both vampires look at me with sudden intensity.</w:t>
      </w:r>
    </w:p>
    <w:p w14:paraId="7915F58A" w14:textId="77777777" w:rsidR="006508B7" w:rsidRPr="006508B7" w:rsidRDefault="006508B7" w:rsidP="006508B7">
      <w:pPr>
        <w:spacing w:line="276" w:lineRule="auto"/>
      </w:pPr>
      <w:r w:rsidRPr="006508B7">
        <w:t>“How would you know that?” the young noble asks, forgetting protocol for a breath.</w:t>
      </w:r>
    </w:p>
    <w:p w14:paraId="5A79B900" w14:textId="77777777" w:rsidR="006508B7" w:rsidRPr="006508B7" w:rsidRDefault="006508B7" w:rsidP="006508B7">
      <w:pPr>
        <w:spacing w:line="276" w:lineRule="auto"/>
      </w:pPr>
      <w:r w:rsidRPr="006508B7">
        <w:t>“Because human ward-breakers use similar techniques.” I trace the pattern without touching the tablet. “The signature is twisted to suggest Beaumont origin, but the method is human. Someone wants this to look like vampire work while leaving just enough behind for humans to recognize our own style.”</w:t>
      </w:r>
    </w:p>
    <w:p w14:paraId="0ABB173C" w14:textId="77777777" w:rsidR="006508B7" w:rsidRPr="006508B7" w:rsidRDefault="006508B7" w:rsidP="006508B7">
      <w:pPr>
        <w:spacing w:line="276" w:lineRule="auto"/>
      </w:pPr>
      <w:r w:rsidRPr="006508B7">
        <w:t>Valeria’s eyes narrow slightly, reassessing me with that patient focus that feels like being weighed.</w:t>
      </w:r>
    </w:p>
    <w:p w14:paraId="4677114B" w14:textId="77777777" w:rsidR="006508B7" w:rsidRPr="006508B7" w:rsidRDefault="006508B7" w:rsidP="006508B7">
      <w:pPr>
        <w:spacing w:line="276" w:lineRule="auto"/>
      </w:pPr>
      <w:r w:rsidRPr="006508B7">
        <w:t>“Which factions would benefit from such deception?” she asks.</w:t>
      </w:r>
    </w:p>
    <w:p w14:paraId="60DF426F" w14:textId="77777777" w:rsidR="006508B7" w:rsidRPr="006508B7" w:rsidRDefault="006508B7" w:rsidP="006508B7">
      <w:pPr>
        <w:spacing w:line="276" w:lineRule="auto"/>
      </w:pPr>
      <w:r w:rsidRPr="006508B7">
        <w:t xml:space="preserve">My mind shifts into analysis, moving through political alliances like maps. “Among humans, the border territories have been pushing for stricter containment. General Merrick’s coalition </w:t>
      </w:r>
      <w:proofErr w:type="gramStart"/>
      <w:r w:rsidRPr="006508B7">
        <w:t>in particular argues</w:t>
      </w:r>
      <w:proofErr w:type="gramEnd"/>
      <w:r w:rsidRPr="006508B7">
        <w:t xml:space="preserve"> that the Crimson Accord gives vampires too much freedom.”</w:t>
      </w:r>
    </w:p>
    <w:p w14:paraId="70049482" w14:textId="77777777" w:rsidR="006508B7" w:rsidRPr="006508B7" w:rsidRDefault="006508B7" w:rsidP="006508B7">
      <w:pPr>
        <w:spacing w:line="276" w:lineRule="auto"/>
      </w:pPr>
      <w:r w:rsidRPr="006508B7">
        <w:t>“And among us?” Valeria presses.</w:t>
      </w:r>
    </w:p>
    <w:p w14:paraId="7AC2268D" w14:textId="77777777" w:rsidR="006508B7" w:rsidRPr="006508B7" w:rsidRDefault="006508B7" w:rsidP="006508B7">
      <w:pPr>
        <w:spacing w:line="276" w:lineRule="auto"/>
      </w:pPr>
      <w:r w:rsidRPr="006508B7">
        <w:t>I choose my words carefully. “Lord Ardent made his position clear in the throne room. I imagine others share his view about human proximity. Some may believe provoking conflict forces a renegotiation.”</w:t>
      </w:r>
    </w:p>
    <w:p w14:paraId="054DDBA6" w14:textId="77777777" w:rsidR="006508B7" w:rsidRPr="006508B7" w:rsidRDefault="006508B7" w:rsidP="006508B7">
      <w:pPr>
        <w:spacing w:line="276" w:lineRule="auto"/>
      </w:pPr>
      <w:r w:rsidRPr="006508B7">
        <w:t>The young vampire looks between us, surprised by how easily I name their internal tensions. Valeria simply nods, neither confirming nor denying.</w:t>
      </w:r>
    </w:p>
    <w:p w14:paraId="16F01C7D" w14:textId="77777777" w:rsidR="006508B7" w:rsidRPr="006508B7" w:rsidRDefault="006508B7" w:rsidP="006508B7">
      <w:pPr>
        <w:spacing w:line="276" w:lineRule="auto"/>
      </w:pPr>
      <w:r w:rsidRPr="006508B7">
        <w:t>“But the convoy attack is the greater concern,” I continue. “Eight human guards dead. Condemned prisoners taken. If someone is feeding outside treaty provisions—”</w:t>
      </w:r>
    </w:p>
    <w:p w14:paraId="1481AF32" w14:textId="77777777" w:rsidR="006508B7" w:rsidRPr="006508B7" w:rsidRDefault="006508B7" w:rsidP="006508B7">
      <w:pPr>
        <w:spacing w:line="276" w:lineRule="auto"/>
      </w:pPr>
      <w:r w:rsidRPr="006508B7">
        <w:lastRenderedPageBreak/>
        <w:t>“Then the breach goes beyond politics,” Valeria finishes, her voice hardening slightly, “to the foundation of our peace.”</w:t>
      </w:r>
    </w:p>
    <w:p w14:paraId="4E2AC517" w14:textId="77777777" w:rsidR="006508B7" w:rsidRPr="006508B7" w:rsidRDefault="006508B7" w:rsidP="006508B7">
      <w:pPr>
        <w:spacing w:line="276" w:lineRule="auto"/>
      </w:pPr>
      <w:r w:rsidRPr="006508B7">
        <w:t>The ward channels overhead pulse strongly, their light shifting from silver to an almost blue-white radiance that casts sharp shadows across Valeria’s face. For a moment, I glimpse something beneath her control—anger, perhaps, or fear carefully contained.</w:t>
      </w:r>
    </w:p>
    <w:p w14:paraId="59D7D879" w14:textId="77777777" w:rsidR="006508B7" w:rsidRPr="006508B7" w:rsidRDefault="006508B7" w:rsidP="006508B7">
      <w:pPr>
        <w:spacing w:line="276" w:lineRule="auto"/>
      </w:pPr>
      <w:r w:rsidRPr="006508B7">
        <w:t>“We need to see where the attack occurred,” I say. “Physical evidence, not just ward signatures.”</w:t>
      </w:r>
    </w:p>
    <w:p w14:paraId="489880FC" w14:textId="77777777" w:rsidR="006508B7" w:rsidRPr="006508B7" w:rsidRDefault="006508B7" w:rsidP="006508B7">
      <w:pPr>
        <w:spacing w:line="276" w:lineRule="auto"/>
      </w:pPr>
      <w:r w:rsidRPr="006508B7">
        <w:t>Valeria nods slowly, decision forming. “The southern ridge. Where the containment road meets the treaty line.” She turns to the young noble. “Prepare an escort. We leave at dusk.”</w:t>
      </w:r>
    </w:p>
    <w:p w14:paraId="1D991406" w14:textId="77777777" w:rsidR="006508B7" w:rsidRPr="006508B7" w:rsidRDefault="006508B7" w:rsidP="006508B7">
      <w:pPr>
        <w:spacing w:line="276" w:lineRule="auto"/>
      </w:pPr>
      <w:r w:rsidRPr="006508B7">
        <w:t>“We?” I ask, though I already know.</w:t>
      </w:r>
    </w:p>
    <w:p w14:paraId="14A1E0CE" w14:textId="77777777" w:rsidR="006508B7" w:rsidRPr="006508B7" w:rsidRDefault="006508B7" w:rsidP="006508B7">
      <w:pPr>
        <w:spacing w:line="276" w:lineRule="auto"/>
      </w:pPr>
      <w:r w:rsidRPr="006508B7">
        <w:t>Her golden eyes meet mine directly. “This investigation involves both our peoples, Alice. We will proceed together.”</w:t>
      </w:r>
    </w:p>
    <w:p w14:paraId="213A0246" w14:textId="77777777" w:rsidR="006508B7" w:rsidRPr="006508B7" w:rsidRDefault="006508B7" w:rsidP="006508B7">
      <w:pPr>
        <w:spacing w:line="276" w:lineRule="auto"/>
      </w:pPr>
      <w:r w:rsidRPr="006508B7">
        <w:t>The ward channels pulse once more, almost in agreement.</w:t>
      </w:r>
    </w:p>
    <w:p w14:paraId="4975FD30" w14:textId="77777777" w:rsidR="006508B7" w:rsidRPr="006508B7" w:rsidRDefault="006508B7" w:rsidP="006508B7">
      <w:pPr>
        <w:spacing w:line="276" w:lineRule="auto"/>
      </w:pPr>
      <w:r w:rsidRPr="006508B7">
        <w:t>The young noble has barely stepped back from the table when another presence fills the archway—taller, broader, carrying authority that demands attention. Lord Ardent stands at the threshold, his silver eyes taking in the scene with undisguised displeasure. His gaze lingers on me in Valeria’s dress, on the shared table, on the glowing tablet between us. The ward channels overhead dim slightly, as if responding to the chill he brings with him.</w:t>
      </w:r>
    </w:p>
    <w:p w14:paraId="4E7EF866" w14:textId="77777777" w:rsidR="006508B7" w:rsidRPr="006508B7" w:rsidRDefault="006508B7" w:rsidP="006508B7">
      <w:pPr>
        <w:spacing w:line="276" w:lineRule="auto"/>
      </w:pPr>
      <w:r w:rsidRPr="006508B7">
        <w:t>“Your Majesty,” he begins, voice perfectly smooth, “taking a human diplomat to the southern ridge is unprecedented and dangerous. The containment road is not meant for outsiders.”</w:t>
      </w:r>
    </w:p>
    <w:p w14:paraId="780C3259" w14:textId="77777777" w:rsidR="006508B7" w:rsidRPr="006508B7" w:rsidRDefault="006508B7" w:rsidP="006508B7">
      <w:pPr>
        <w:spacing w:line="276" w:lineRule="auto"/>
      </w:pPr>
      <w:r w:rsidRPr="006508B7">
        <w:t>Valeria rises from her seat with unhurried grace, one hand easing the back of her chair into perfect alignment. Nothing rushed. Nothing reactive. Every movement a statement.</w:t>
      </w:r>
    </w:p>
    <w:p w14:paraId="06F4839C" w14:textId="77777777" w:rsidR="006508B7" w:rsidRPr="006508B7" w:rsidRDefault="006508B7" w:rsidP="006508B7">
      <w:pPr>
        <w:spacing w:line="276" w:lineRule="auto"/>
      </w:pPr>
      <w:r w:rsidRPr="006508B7">
        <w:t>“And yet the treaty violation is equally unprecedented, Lord Ardent,” she replies, her voice calm enough that volume becomes unnecessary. “I will see the evidence myself.”</w:t>
      </w:r>
    </w:p>
    <w:p w14:paraId="6D69B423" w14:textId="77777777" w:rsidR="006508B7" w:rsidRPr="006508B7" w:rsidRDefault="006508B7" w:rsidP="006508B7">
      <w:pPr>
        <w:spacing w:line="276" w:lineRule="auto"/>
      </w:pPr>
      <w:r w:rsidRPr="006508B7">
        <w:t>Lord Ardent’s mouth tightens. “The evidence can be brought to you. There is no need to expose court defenses to human observation.”</w:t>
      </w:r>
    </w:p>
    <w:p w14:paraId="0B3092F6" w14:textId="77777777" w:rsidR="006508B7" w:rsidRPr="006508B7" w:rsidRDefault="006508B7" w:rsidP="006508B7">
      <w:pPr>
        <w:spacing w:line="276" w:lineRule="auto"/>
      </w:pPr>
      <w:r w:rsidRPr="006508B7">
        <w:t>“Court defenses?” I echo before I can stop myself, diplomacy briefly overridden by curiosity.</w:t>
      </w:r>
    </w:p>
    <w:p w14:paraId="61829E96" w14:textId="77777777" w:rsidR="006508B7" w:rsidRPr="006508B7" w:rsidRDefault="006508B7" w:rsidP="006508B7">
      <w:pPr>
        <w:spacing w:line="276" w:lineRule="auto"/>
      </w:pPr>
      <w:r w:rsidRPr="006508B7">
        <w:t xml:space="preserve">His attention snaps to me. “The containment </w:t>
      </w:r>
      <w:proofErr w:type="gramStart"/>
      <w:r w:rsidRPr="006508B7">
        <w:t>road houses</w:t>
      </w:r>
      <w:proofErr w:type="gramEnd"/>
      <w:r w:rsidRPr="006508B7">
        <w:t xml:space="preserve"> ward configurations not covered under your treaty provisions, Diplomat Everhart. They exist for our protection.”</w:t>
      </w:r>
    </w:p>
    <w:p w14:paraId="6B0ADBAC" w14:textId="77777777" w:rsidR="006508B7" w:rsidRPr="006508B7" w:rsidRDefault="006508B7" w:rsidP="006508B7">
      <w:pPr>
        <w:spacing w:line="276" w:lineRule="auto"/>
      </w:pPr>
      <w:r w:rsidRPr="006508B7">
        <w:t>“From humans?” I ask, keeping my tone neutral.</w:t>
      </w:r>
    </w:p>
    <w:p w14:paraId="1A9A4701" w14:textId="77777777" w:rsidR="006508B7" w:rsidRPr="006508B7" w:rsidRDefault="006508B7" w:rsidP="006508B7">
      <w:pPr>
        <w:spacing w:line="276" w:lineRule="auto"/>
      </w:pPr>
      <w:r w:rsidRPr="006508B7">
        <w:lastRenderedPageBreak/>
        <w:t>“From those who would do harm,” he counters smoothly. “Regardless of species.”</w:t>
      </w:r>
    </w:p>
    <w:p w14:paraId="2BA2AC09" w14:textId="77777777" w:rsidR="006508B7" w:rsidRPr="006508B7" w:rsidRDefault="006508B7" w:rsidP="006508B7">
      <w:pPr>
        <w:spacing w:line="276" w:lineRule="auto"/>
      </w:pPr>
      <w:r w:rsidRPr="006508B7">
        <w:t>Valeria watches our exchange with measured patience, the formal language barely disguising the struggle for control unfolding in front of me—Ardent pushing, Valeria holding.</w:t>
      </w:r>
    </w:p>
    <w:p w14:paraId="1AAE915D" w14:textId="77777777" w:rsidR="006508B7" w:rsidRPr="006508B7" w:rsidRDefault="006508B7" w:rsidP="006508B7">
      <w:pPr>
        <w:spacing w:line="276" w:lineRule="auto"/>
      </w:pPr>
      <w:r w:rsidRPr="006508B7">
        <w:t>“The diplomat has already demonstrated unusual knowledge of ward configurations,” Valeria says finally. “And an equally unusual effect on our ward system.” She gestures toward the ceiling where the channels pulse more strongly since she rose. “Her insights may prove valuable.”</w:t>
      </w:r>
    </w:p>
    <w:p w14:paraId="360B6A30" w14:textId="77777777" w:rsidR="006508B7" w:rsidRPr="006508B7" w:rsidRDefault="006508B7" w:rsidP="006508B7">
      <w:pPr>
        <w:spacing w:line="276" w:lineRule="auto"/>
      </w:pPr>
      <w:r w:rsidRPr="006508B7">
        <w:t>“Her presence compromises security,” Lord Ardent counters. “The southern ridge borders treaty territory. If she observes our defenses—”</w:t>
      </w:r>
    </w:p>
    <w:p w14:paraId="6EF57F43" w14:textId="77777777" w:rsidR="006508B7" w:rsidRPr="006508B7" w:rsidRDefault="006508B7" w:rsidP="006508B7">
      <w:pPr>
        <w:spacing w:line="276" w:lineRule="auto"/>
      </w:pPr>
      <w:r w:rsidRPr="006508B7">
        <w:t>“She has already observed more of our defenses than any human has in fifty years,” Valeria interrupts, tone still measured but edged with finality. “And yet our wards respond to her presence not with rejection, but with… adaptation.”</w:t>
      </w:r>
    </w:p>
    <w:p w14:paraId="5B2026A6" w14:textId="77777777" w:rsidR="006508B7" w:rsidRPr="006508B7" w:rsidRDefault="006508B7" w:rsidP="006508B7">
      <w:pPr>
        <w:spacing w:line="276" w:lineRule="auto"/>
      </w:pPr>
      <w:r w:rsidRPr="006508B7">
        <w:t>Lord Ardent’s gaze returns to me, reassessing. I meet it steadily, refusing to look away first. The warmth beneath my ribs pulses stronger now, responding to the tension in the room.</w:t>
      </w:r>
    </w:p>
    <w:p w14:paraId="7B778B23" w14:textId="77777777" w:rsidR="006508B7" w:rsidRPr="006508B7" w:rsidRDefault="006508B7" w:rsidP="006508B7">
      <w:pPr>
        <w:spacing w:line="276" w:lineRule="auto"/>
      </w:pPr>
      <w:r w:rsidRPr="006508B7">
        <w:t>“The Crimson Accord provides for investigation of treaty violations,” I say, voice even. “Access to evidence is fundamental.”</w:t>
      </w:r>
    </w:p>
    <w:p w14:paraId="3421BFF1" w14:textId="77777777" w:rsidR="006508B7" w:rsidRPr="006508B7" w:rsidRDefault="006508B7" w:rsidP="006508B7">
      <w:pPr>
        <w:spacing w:line="276" w:lineRule="auto"/>
      </w:pPr>
      <w:r w:rsidRPr="006508B7">
        <w:t>“The Accord also specifies containment of vampire affairs within vampire territory,” he replies. “The southern ridge falls under disputed classification.”</w:t>
      </w:r>
    </w:p>
    <w:p w14:paraId="0DCD4E8E" w14:textId="77777777" w:rsidR="006508B7" w:rsidRPr="006508B7" w:rsidRDefault="006508B7" w:rsidP="006508B7">
      <w:pPr>
        <w:spacing w:line="276" w:lineRule="auto"/>
      </w:pPr>
      <w:r w:rsidRPr="006508B7">
        <w:t>“Then my presence is appropriate,” I counter. “As it represents both our interests.”</w:t>
      </w:r>
    </w:p>
    <w:p w14:paraId="184B5470" w14:textId="77777777" w:rsidR="006508B7" w:rsidRPr="006508B7" w:rsidRDefault="006508B7" w:rsidP="006508B7">
      <w:pPr>
        <w:spacing w:line="276" w:lineRule="auto"/>
      </w:pPr>
      <w:r w:rsidRPr="006508B7">
        <w:t>Something cold flashes in his eyes—not anger, exactly. Calculation.</w:t>
      </w:r>
    </w:p>
    <w:p w14:paraId="1CF2FEAB" w14:textId="77777777" w:rsidR="006508B7" w:rsidRPr="006508B7" w:rsidRDefault="006508B7" w:rsidP="006508B7">
      <w:pPr>
        <w:spacing w:line="276" w:lineRule="auto"/>
      </w:pPr>
      <w:r w:rsidRPr="006508B7">
        <w:t>Valeria breaks the moment by turning to me. “We depart at dusk for the southern ridge. The evidence must be examined before it deteriorates further.” Then she shifts her attention back to Ardent, her tone unmistakably dismissive. “Make the necessary arrangements for our passage, Lord Ardent.”</w:t>
      </w:r>
    </w:p>
    <w:p w14:paraId="31209F84" w14:textId="77777777" w:rsidR="006508B7" w:rsidRPr="006508B7" w:rsidRDefault="006508B7" w:rsidP="006508B7">
      <w:pPr>
        <w:spacing w:line="276" w:lineRule="auto"/>
      </w:pPr>
      <w:r w:rsidRPr="006508B7">
        <w:t>He stiffens almost imperceptibly. “As you command, Your Majesty.”</w:t>
      </w:r>
    </w:p>
    <w:p w14:paraId="4B946A09" w14:textId="77777777" w:rsidR="006508B7" w:rsidRPr="006508B7" w:rsidRDefault="006508B7" w:rsidP="006508B7">
      <w:pPr>
        <w:spacing w:line="276" w:lineRule="auto"/>
      </w:pPr>
      <w:r w:rsidRPr="006508B7">
        <w:t>He bows—perfectly respectful, profoundly unwilling—and withdraws. The ward channels brighten as he leaves, as if relieved by his absence.</w:t>
      </w:r>
    </w:p>
    <w:p w14:paraId="17B4C85E" w14:textId="77777777" w:rsidR="006508B7" w:rsidRPr="006508B7" w:rsidRDefault="006508B7" w:rsidP="006508B7">
      <w:pPr>
        <w:spacing w:line="276" w:lineRule="auto"/>
      </w:pPr>
      <w:r w:rsidRPr="006508B7">
        <w:t>The young noble, who had gone still during the confrontation, exhales quietly. Valeria dismisses him with a subtle gesture, and he bows deeply before retreating down the passage.</w:t>
      </w:r>
    </w:p>
    <w:p w14:paraId="0D77839C" w14:textId="77777777" w:rsidR="006508B7" w:rsidRPr="006508B7" w:rsidRDefault="006508B7" w:rsidP="006508B7">
      <w:pPr>
        <w:spacing w:line="276" w:lineRule="auto"/>
      </w:pPr>
      <w:r w:rsidRPr="006508B7">
        <w:t>“He will make difficulty,” I observe when we’re alone again.</w:t>
      </w:r>
    </w:p>
    <w:p w14:paraId="3D00B9C2" w14:textId="77777777" w:rsidR="006508B7" w:rsidRPr="006508B7" w:rsidRDefault="006508B7" w:rsidP="006508B7">
      <w:pPr>
        <w:spacing w:line="276" w:lineRule="auto"/>
      </w:pPr>
      <w:r w:rsidRPr="006508B7">
        <w:lastRenderedPageBreak/>
        <w:t>“He always does.” Valeria’s voice carries a weariness she allows only here. “But he serves Beaumont loyally, in his way.”</w:t>
      </w:r>
    </w:p>
    <w:p w14:paraId="5FE32942" w14:textId="77777777" w:rsidR="006508B7" w:rsidRPr="006508B7" w:rsidRDefault="006508B7" w:rsidP="006508B7">
      <w:pPr>
        <w:spacing w:line="276" w:lineRule="auto"/>
      </w:pPr>
      <w:r w:rsidRPr="006508B7">
        <w:t>“By opposing you?”</w:t>
      </w:r>
    </w:p>
    <w:p w14:paraId="68595AE1" w14:textId="0C995BDF" w:rsidR="006508B7" w:rsidRPr="006508B7" w:rsidRDefault="006508B7" w:rsidP="006508B7">
      <w:pPr>
        <w:spacing w:line="276" w:lineRule="auto"/>
      </w:pPr>
      <w:r w:rsidRPr="006508B7">
        <w:t>“By questioning me.” She turns toward the archway. “Come. We should prepare for the journey.”</w:t>
      </w:r>
    </w:p>
    <w:p w14:paraId="0F211D36" w14:textId="72663294" w:rsidR="006508B7" w:rsidRPr="006508B7" w:rsidRDefault="006508B7" w:rsidP="006508B7">
      <w:pPr>
        <w:spacing w:line="276" w:lineRule="auto"/>
      </w:pPr>
    </w:p>
    <w:p w14:paraId="27003877" w14:textId="046A50F3" w:rsidR="006A6F9A" w:rsidRDefault="006A6F9A" w:rsidP="006508B7">
      <w:pPr>
        <w:spacing w:line="276" w:lineRule="auto"/>
        <w:rPr>
          <w:b/>
          <w:bCs/>
        </w:rPr>
      </w:pPr>
    </w:p>
    <w:p w14:paraId="439AAD95" w14:textId="77777777" w:rsidR="006508B7" w:rsidRDefault="006508B7" w:rsidP="008045D6">
      <w:pPr>
        <w:spacing w:line="276" w:lineRule="auto"/>
        <w:ind w:left="2880" w:firstLine="0"/>
        <w:rPr>
          <w:b/>
          <w:bCs/>
        </w:rPr>
      </w:pPr>
    </w:p>
    <w:p w14:paraId="0AE5F1D8" w14:textId="77777777" w:rsidR="006508B7" w:rsidRDefault="006508B7" w:rsidP="008045D6">
      <w:pPr>
        <w:spacing w:line="276" w:lineRule="auto"/>
        <w:ind w:left="2880" w:firstLine="0"/>
        <w:rPr>
          <w:b/>
          <w:bCs/>
        </w:rPr>
      </w:pPr>
    </w:p>
    <w:p w14:paraId="4C3713F5" w14:textId="77777777" w:rsidR="006508B7" w:rsidRDefault="006508B7" w:rsidP="008045D6">
      <w:pPr>
        <w:spacing w:line="276" w:lineRule="auto"/>
        <w:ind w:left="2880" w:firstLine="0"/>
        <w:rPr>
          <w:b/>
          <w:bCs/>
        </w:rPr>
      </w:pPr>
    </w:p>
    <w:p w14:paraId="02D0E24B" w14:textId="77777777" w:rsidR="006508B7" w:rsidRDefault="006508B7" w:rsidP="008045D6">
      <w:pPr>
        <w:spacing w:line="276" w:lineRule="auto"/>
        <w:ind w:left="2880" w:firstLine="0"/>
        <w:rPr>
          <w:b/>
          <w:bCs/>
        </w:rPr>
      </w:pPr>
    </w:p>
    <w:p w14:paraId="0C981E66" w14:textId="77777777" w:rsidR="006508B7" w:rsidRDefault="006508B7" w:rsidP="008045D6">
      <w:pPr>
        <w:spacing w:line="276" w:lineRule="auto"/>
        <w:ind w:left="2880" w:firstLine="0"/>
        <w:rPr>
          <w:b/>
          <w:bCs/>
        </w:rPr>
      </w:pPr>
    </w:p>
    <w:p w14:paraId="327C8839" w14:textId="77777777" w:rsidR="006508B7" w:rsidRDefault="006508B7" w:rsidP="008045D6">
      <w:pPr>
        <w:spacing w:line="276" w:lineRule="auto"/>
        <w:ind w:left="2880" w:firstLine="0"/>
        <w:rPr>
          <w:b/>
          <w:bCs/>
        </w:rPr>
      </w:pPr>
    </w:p>
    <w:p w14:paraId="7F361CA9" w14:textId="77777777" w:rsidR="006508B7" w:rsidRDefault="006508B7" w:rsidP="008045D6">
      <w:pPr>
        <w:spacing w:line="276" w:lineRule="auto"/>
        <w:ind w:left="2880" w:firstLine="0"/>
        <w:rPr>
          <w:b/>
          <w:bCs/>
        </w:rPr>
      </w:pPr>
    </w:p>
    <w:p w14:paraId="5DE380D9" w14:textId="77777777" w:rsidR="006508B7" w:rsidRDefault="006508B7" w:rsidP="008045D6">
      <w:pPr>
        <w:spacing w:line="276" w:lineRule="auto"/>
        <w:ind w:left="2880" w:firstLine="0"/>
        <w:rPr>
          <w:b/>
          <w:bCs/>
        </w:rPr>
      </w:pPr>
    </w:p>
    <w:p w14:paraId="66B4BBA0" w14:textId="77777777" w:rsidR="006508B7" w:rsidRDefault="006508B7" w:rsidP="008045D6">
      <w:pPr>
        <w:spacing w:line="276" w:lineRule="auto"/>
        <w:ind w:left="2880" w:firstLine="0"/>
        <w:rPr>
          <w:b/>
          <w:bCs/>
        </w:rPr>
      </w:pPr>
    </w:p>
    <w:p w14:paraId="07A07AF9" w14:textId="77777777" w:rsidR="006508B7" w:rsidRDefault="006508B7" w:rsidP="008045D6">
      <w:pPr>
        <w:spacing w:line="276" w:lineRule="auto"/>
        <w:ind w:left="2880" w:firstLine="0"/>
        <w:rPr>
          <w:b/>
          <w:bCs/>
        </w:rPr>
      </w:pPr>
    </w:p>
    <w:p w14:paraId="65F68276" w14:textId="77777777" w:rsidR="006508B7" w:rsidRDefault="006508B7" w:rsidP="008045D6">
      <w:pPr>
        <w:spacing w:line="276" w:lineRule="auto"/>
        <w:ind w:left="2880" w:firstLine="0"/>
        <w:rPr>
          <w:b/>
          <w:bCs/>
        </w:rPr>
      </w:pPr>
    </w:p>
    <w:p w14:paraId="08B322E5" w14:textId="77777777" w:rsidR="006508B7" w:rsidRDefault="006508B7" w:rsidP="008045D6">
      <w:pPr>
        <w:spacing w:line="276" w:lineRule="auto"/>
        <w:ind w:left="2880" w:firstLine="0"/>
        <w:rPr>
          <w:b/>
          <w:bCs/>
        </w:rPr>
      </w:pPr>
    </w:p>
    <w:p w14:paraId="67FD1E84" w14:textId="77777777" w:rsidR="006508B7" w:rsidRDefault="006508B7" w:rsidP="008045D6">
      <w:pPr>
        <w:spacing w:line="276" w:lineRule="auto"/>
        <w:ind w:left="2880" w:firstLine="0"/>
        <w:rPr>
          <w:b/>
          <w:bCs/>
        </w:rPr>
      </w:pPr>
    </w:p>
    <w:p w14:paraId="381B6266" w14:textId="77777777" w:rsidR="006508B7" w:rsidRDefault="006508B7" w:rsidP="008045D6">
      <w:pPr>
        <w:spacing w:line="276" w:lineRule="auto"/>
        <w:ind w:left="2880" w:firstLine="0"/>
        <w:rPr>
          <w:b/>
          <w:bCs/>
        </w:rPr>
      </w:pPr>
    </w:p>
    <w:p w14:paraId="00E3962F" w14:textId="77777777" w:rsidR="006508B7" w:rsidRDefault="006508B7" w:rsidP="008045D6">
      <w:pPr>
        <w:spacing w:line="276" w:lineRule="auto"/>
        <w:ind w:left="2880" w:firstLine="0"/>
        <w:rPr>
          <w:b/>
          <w:bCs/>
        </w:rPr>
      </w:pPr>
    </w:p>
    <w:p w14:paraId="7FE5966E" w14:textId="77777777" w:rsidR="006508B7" w:rsidRDefault="006508B7" w:rsidP="008045D6">
      <w:pPr>
        <w:spacing w:line="276" w:lineRule="auto"/>
        <w:ind w:left="2880" w:firstLine="0"/>
        <w:rPr>
          <w:b/>
          <w:bCs/>
        </w:rPr>
      </w:pPr>
    </w:p>
    <w:p w14:paraId="294359AA" w14:textId="77777777" w:rsidR="006508B7" w:rsidRDefault="006508B7" w:rsidP="008045D6">
      <w:pPr>
        <w:spacing w:line="276" w:lineRule="auto"/>
        <w:ind w:left="2880" w:firstLine="0"/>
        <w:rPr>
          <w:b/>
          <w:bCs/>
        </w:rPr>
      </w:pPr>
    </w:p>
    <w:p w14:paraId="2D6AED98" w14:textId="77777777" w:rsidR="006508B7" w:rsidRDefault="006508B7" w:rsidP="008045D6">
      <w:pPr>
        <w:spacing w:line="276" w:lineRule="auto"/>
        <w:ind w:left="2880" w:firstLine="0"/>
        <w:rPr>
          <w:b/>
          <w:bCs/>
        </w:rPr>
      </w:pPr>
    </w:p>
    <w:p w14:paraId="2753320C" w14:textId="77777777" w:rsidR="006508B7" w:rsidRDefault="006508B7" w:rsidP="008045D6">
      <w:pPr>
        <w:spacing w:line="276" w:lineRule="auto"/>
        <w:ind w:left="2880" w:firstLine="0"/>
        <w:rPr>
          <w:b/>
          <w:bCs/>
        </w:rPr>
      </w:pPr>
    </w:p>
    <w:p w14:paraId="2D7E384D" w14:textId="4A282386" w:rsidR="008045D6" w:rsidRPr="008045D6" w:rsidRDefault="006508B7" w:rsidP="008045D6">
      <w:pPr>
        <w:spacing w:line="276" w:lineRule="auto"/>
        <w:ind w:left="2880" w:firstLine="0"/>
        <w:rPr>
          <w:b/>
          <w:bCs/>
        </w:rPr>
      </w:pPr>
      <w:r>
        <w:rPr>
          <w:b/>
          <w:bCs/>
        </w:rPr>
        <w:lastRenderedPageBreak/>
        <w:t xml:space="preserve">       </w:t>
      </w:r>
      <w:r w:rsidR="008045D6" w:rsidRPr="008045D6">
        <w:rPr>
          <w:b/>
          <w:bCs/>
        </w:rPr>
        <w:t xml:space="preserve">CHAPTER </w:t>
      </w:r>
      <w:r w:rsidR="008045D6">
        <w:rPr>
          <w:b/>
          <w:bCs/>
        </w:rPr>
        <w:t>FOUR</w:t>
      </w:r>
    </w:p>
    <w:p w14:paraId="45876055" w14:textId="5A311548" w:rsidR="006508B7" w:rsidRPr="006508B7" w:rsidRDefault="008045D6" w:rsidP="006508B7">
      <w:pPr>
        <w:spacing w:line="276" w:lineRule="auto"/>
      </w:pPr>
      <w:r w:rsidRPr="008045D6">
        <w:t xml:space="preserve">I </w:t>
      </w:r>
      <w:r w:rsidR="006508B7" w:rsidRPr="006508B7">
        <w:t>step out of the palace into dusk's cool embrace, where cobalt-blue lanterns line the pathway like silent sentinels. Their light doesn't flicker or waver but burns with unnatural steadiness against the deepening night. Above, the mountain peaks cut black silhouettes against a navy sky, and Beaumont spreads beneath them—not conquered terrain but an extension of the stone itself, as though the vampires merely persuaded the mountain to reshape according to their desires.</w:t>
      </w:r>
    </w:p>
    <w:p w14:paraId="75877FA2" w14:textId="77777777" w:rsidR="006508B7" w:rsidRPr="006508B7" w:rsidRDefault="006508B7" w:rsidP="006508B7">
      <w:pPr>
        <w:spacing w:line="276" w:lineRule="auto"/>
      </w:pPr>
      <w:r w:rsidRPr="006508B7">
        <w:t>The borrowed dress moves with surprising comfort against my skin, its silver embroidery catching the blue light as I pause on the uppermost step. Valeria's scent clings to the fabric—roses and something deeper, metallic but not unpleasant. I resist the urge to press the sleeve to my nose.</w:t>
      </w:r>
    </w:p>
    <w:p w14:paraId="6A385320" w14:textId="77777777" w:rsidR="006508B7" w:rsidRPr="006508B7" w:rsidRDefault="006508B7" w:rsidP="006508B7">
      <w:pPr>
        <w:spacing w:line="276" w:lineRule="auto"/>
      </w:pPr>
      <w:r w:rsidRPr="006508B7">
        <w:t>"Diplomat Everhart." Lord Ardent's voice cuts through my thoughts, precise as a blade and just as cold. "Our departure has been arranged."</w:t>
      </w:r>
    </w:p>
    <w:p w14:paraId="0DD9D469" w14:textId="77777777" w:rsidR="006508B7" w:rsidRPr="006508B7" w:rsidRDefault="006508B7" w:rsidP="006508B7">
      <w:pPr>
        <w:spacing w:line="276" w:lineRule="auto"/>
      </w:pPr>
      <w:r w:rsidRPr="006508B7">
        <w:t>He stands at the base of the steps, his silver eyes reflecting the lantern light in metallic shards that reveal nothing of his thoughts. His formal black attire bears subtle armor reinforcements at shoulders and chest—practical additions that suggest he expects more than a simple investigative excursion.</w:t>
      </w:r>
    </w:p>
    <w:p w14:paraId="78B67531" w14:textId="77777777" w:rsidR="006508B7" w:rsidRPr="006508B7" w:rsidRDefault="006508B7" w:rsidP="006508B7">
      <w:pPr>
        <w:spacing w:line="276" w:lineRule="auto"/>
      </w:pPr>
      <w:r w:rsidRPr="006508B7">
        <w:t>"Lord Ardent." I descend with measured steps, careful to maintain diplomatic poise. "I appreciate your escort."</w:t>
      </w:r>
    </w:p>
    <w:p w14:paraId="0ABAC9B9" w14:textId="77777777" w:rsidR="006508B7" w:rsidRPr="006508B7" w:rsidRDefault="006508B7" w:rsidP="006508B7">
      <w:pPr>
        <w:spacing w:line="276" w:lineRule="auto"/>
      </w:pPr>
      <w:r w:rsidRPr="006508B7">
        <w:t>Appreciate is diplomatic shorthand for will tolerate because I have no choice. He knows it. I know it. We both pretend otherwise.</w:t>
      </w:r>
    </w:p>
    <w:p w14:paraId="3AD9677E" w14:textId="77777777" w:rsidR="006508B7" w:rsidRPr="006508B7" w:rsidRDefault="006508B7" w:rsidP="006508B7">
      <w:pPr>
        <w:spacing w:line="276" w:lineRule="auto"/>
      </w:pPr>
      <w:r w:rsidRPr="006508B7">
        <w:t>"The queen's decision to include you remains... questionable." His mouth barely moves when he speaks, as if even that might give away too much. "A human presence at a sensitive investigation site creates unnecessary complications."</w:t>
      </w:r>
    </w:p>
    <w:p w14:paraId="416429D6" w14:textId="77777777" w:rsidR="006508B7" w:rsidRPr="006508B7" w:rsidRDefault="006508B7" w:rsidP="006508B7">
      <w:pPr>
        <w:spacing w:line="276" w:lineRule="auto"/>
      </w:pPr>
      <w:r w:rsidRPr="006508B7">
        <w:t>I smile with practiced diplomacy. "Treaty violations require joint investigation, as stipulated in Article Seven."</w:t>
      </w:r>
    </w:p>
    <w:p w14:paraId="3AA5C126" w14:textId="77777777" w:rsidR="006508B7" w:rsidRPr="006508B7" w:rsidRDefault="006508B7" w:rsidP="006508B7">
      <w:pPr>
        <w:spacing w:line="276" w:lineRule="auto"/>
      </w:pPr>
      <w:r w:rsidRPr="006508B7">
        <w:t>And I know you've read every article, searching for loopholes that might let your kind feed more freely. I've seen how you look at my throat when you think I'm not watching.</w:t>
      </w:r>
    </w:p>
    <w:p w14:paraId="03EF9072" w14:textId="77777777" w:rsidR="006508B7" w:rsidRPr="006508B7" w:rsidRDefault="006508B7" w:rsidP="006508B7">
      <w:pPr>
        <w:spacing w:line="276" w:lineRule="auto"/>
      </w:pPr>
      <w:proofErr w:type="spellStart"/>
      <w:r w:rsidRPr="006508B7">
        <w:t>Ardent's</w:t>
      </w:r>
      <w:proofErr w:type="spellEnd"/>
      <w:r w:rsidRPr="006508B7">
        <w:t xml:space="preserve"> jaw tightens imperceptibly. "The treaty also provides for vampire autonomy in matters of internal security."</w:t>
      </w:r>
    </w:p>
    <w:p w14:paraId="18851D63" w14:textId="77777777" w:rsidR="006508B7" w:rsidRPr="006508B7" w:rsidRDefault="006508B7" w:rsidP="006508B7">
      <w:pPr>
        <w:spacing w:line="276" w:lineRule="auto"/>
      </w:pPr>
      <w:r w:rsidRPr="006508B7">
        <w:t>"Is this an internal matter, then?" I tilt my head slightly. "Eight dead human guards suggest otherwise."</w:t>
      </w:r>
    </w:p>
    <w:p w14:paraId="45C52CBE" w14:textId="77777777" w:rsidR="006508B7" w:rsidRPr="006508B7" w:rsidRDefault="006508B7" w:rsidP="006508B7">
      <w:pPr>
        <w:spacing w:line="276" w:lineRule="auto"/>
      </w:pPr>
      <w:r w:rsidRPr="006508B7">
        <w:lastRenderedPageBreak/>
        <w:t>His eyes narrow, and I feel the weight of centuries in his displeasure. Vampires don't like being challenged, especially by humans they consider temporary creatures—mayflies flitting through their immortal existence.</w:t>
      </w:r>
    </w:p>
    <w:p w14:paraId="38523D54" w14:textId="77777777" w:rsidR="006508B7" w:rsidRPr="006508B7" w:rsidRDefault="006508B7" w:rsidP="006508B7">
      <w:pPr>
        <w:spacing w:line="276" w:lineRule="auto"/>
      </w:pPr>
      <w:r w:rsidRPr="006508B7">
        <w:t>"You are a liability," he says finally. "One the queen has inexplicably chosen to bear."</w:t>
      </w:r>
    </w:p>
    <w:p w14:paraId="4607A438" w14:textId="77777777" w:rsidR="006508B7" w:rsidRPr="006508B7" w:rsidRDefault="006508B7" w:rsidP="006508B7">
      <w:pPr>
        <w:spacing w:line="276" w:lineRule="auto"/>
      </w:pPr>
      <w:r w:rsidRPr="006508B7">
        <w:t>We move forward, passing beneath an archway where silver ward lines trace complex patterns overhead. The lines flicker as I walk under them—not the steady brightening they show around Valeria, but an uneven, stuttering pulse like a skipping heartbeat. I stop, studying the phenomenon with unconcealed interest.</w:t>
      </w:r>
    </w:p>
    <w:p w14:paraId="2E33D6FB" w14:textId="77777777" w:rsidR="006508B7" w:rsidRPr="006508B7" w:rsidRDefault="006508B7" w:rsidP="006508B7">
      <w:pPr>
        <w:spacing w:line="276" w:lineRule="auto"/>
      </w:pPr>
      <w:r w:rsidRPr="006508B7">
        <w:t>"Problem, Diplomat?" Ardent asks, impatience threading through his perfect courtesy.</w:t>
      </w:r>
    </w:p>
    <w:p w14:paraId="15CB1E79" w14:textId="77777777" w:rsidR="006508B7" w:rsidRPr="006508B7" w:rsidRDefault="006508B7" w:rsidP="006508B7">
      <w:pPr>
        <w:spacing w:line="276" w:lineRule="auto"/>
      </w:pPr>
      <w:r w:rsidRPr="006508B7">
        <w:t>"The wards are... unstable." I point to where the silver veins pulse erratically. "This pattern is different from yesterday."</w:t>
      </w:r>
    </w:p>
    <w:p w14:paraId="2C5CBFC8" w14:textId="77777777" w:rsidR="006508B7" w:rsidRPr="006508B7" w:rsidRDefault="006508B7" w:rsidP="006508B7">
      <w:pPr>
        <w:spacing w:line="276" w:lineRule="auto"/>
      </w:pPr>
      <w:r w:rsidRPr="006508B7">
        <w:t>He follows my gaze, his expression sharpening. For a moment, the political mask slips to reveal real concern before smoothing back into practiced indifference.</w:t>
      </w:r>
    </w:p>
    <w:p w14:paraId="7D361B7E" w14:textId="77777777" w:rsidR="006508B7" w:rsidRPr="006508B7" w:rsidRDefault="006508B7" w:rsidP="006508B7">
      <w:pPr>
        <w:spacing w:line="276" w:lineRule="auto"/>
      </w:pPr>
      <w:r w:rsidRPr="006508B7">
        <w:t>"Ward fluctuations are normal," he says, too quickly. "Particularly during transition periods."</w:t>
      </w:r>
    </w:p>
    <w:p w14:paraId="1FC9A7B0" w14:textId="77777777" w:rsidR="006508B7" w:rsidRPr="006508B7" w:rsidRDefault="006508B7" w:rsidP="006508B7">
      <w:pPr>
        <w:spacing w:line="276" w:lineRule="auto"/>
      </w:pPr>
      <w:r w:rsidRPr="006508B7">
        <w:t>Liar. The thought comes unbidden but certain. Whatever's happening with Beaumont's defenses is neither normal nor expected—and it worries him.</w:t>
      </w:r>
    </w:p>
    <w:p w14:paraId="1632C89B" w14:textId="77777777" w:rsidR="006508B7" w:rsidRPr="006508B7" w:rsidRDefault="006508B7" w:rsidP="006508B7">
      <w:pPr>
        <w:spacing w:line="276" w:lineRule="auto"/>
      </w:pPr>
      <w:r w:rsidRPr="006508B7">
        <w:t>We continue through a series of arched passages where more silver channels trace their uneven rhythms through black stone. Each one responds differently to my passage—some brightening, others dimming, a few flickering wildly as though struggling to interpret my presence. Around us, guards materialize from shadowed alcoves to join our procession, their movements unnaturally fluid, their faces hidden behind polished masks that reflect nothing but fragmented blue light.</w:t>
      </w:r>
    </w:p>
    <w:p w14:paraId="3546A898" w14:textId="77777777" w:rsidR="006508B7" w:rsidRPr="006508B7" w:rsidRDefault="006508B7" w:rsidP="006508B7">
      <w:pPr>
        <w:spacing w:line="276" w:lineRule="auto"/>
      </w:pPr>
      <w:r w:rsidRPr="006508B7">
        <w:t xml:space="preserve">One guard </w:t>
      </w:r>
      <w:proofErr w:type="gramStart"/>
      <w:r w:rsidRPr="006508B7">
        <w:t>steps</w:t>
      </w:r>
      <w:proofErr w:type="gramEnd"/>
      <w:r w:rsidRPr="006508B7">
        <w:t xml:space="preserve"> close to Ardent, whispering something too low for human ears. His response is equally quiet, but his eyes cut to me with renewed suspicion.</w:t>
      </w:r>
    </w:p>
    <w:p w14:paraId="72BE913A" w14:textId="77777777" w:rsidR="006508B7" w:rsidRPr="006508B7" w:rsidRDefault="006508B7" w:rsidP="006508B7">
      <w:pPr>
        <w:spacing w:line="276" w:lineRule="auto"/>
      </w:pPr>
      <w:r w:rsidRPr="006508B7">
        <w:t>"Is there a problem?" I ask, though I know he won't give me a straight answer.</w:t>
      </w:r>
    </w:p>
    <w:p w14:paraId="13D65F40" w14:textId="77777777" w:rsidR="006508B7" w:rsidRPr="006508B7" w:rsidRDefault="006508B7" w:rsidP="006508B7">
      <w:pPr>
        <w:spacing w:line="276" w:lineRule="auto"/>
      </w:pPr>
      <w:r w:rsidRPr="006508B7">
        <w:t>"Nothing that concerns you." He gestures for us to continue. "The queen awaits at the eastern gate. We shouldn't keep her waiting."</w:t>
      </w:r>
    </w:p>
    <w:p w14:paraId="2210D36C" w14:textId="77777777" w:rsidR="006508B7" w:rsidRPr="006508B7" w:rsidRDefault="006508B7" w:rsidP="006508B7">
      <w:pPr>
        <w:spacing w:line="276" w:lineRule="auto"/>
      </w:pPr>
      <w:r w:rsidRPr="006508B7">
        <w:t>The silver lines overhead flicker more rapidly at the mention of Valeria, as if her name alone triggers a reaction in Beaumont's “nervous system.” The warmth beneath my ribs—that mysterious connection that formed between us—pulses in answer, a silent acknowledgment that transcends understanding.</w:t>
      </w:r>
    </w:p>
    <w:p w14:paraId="7A8BA069" w14:textId="77777777" w:rsidR="006508B7" w:rsidRPr="006508B7" w:rsidRDefault="006508B7" w:rsidP="006508B7">
      <w:pPr>
        <w:spacing w:line="276" w:lineRule="auto"/>
      </w:pPr>
      <w:r w:rsidRPr="006508B7">
        <w:lastRenderedPageBreak/>
        <w:t>Stop that, I chide myself. She's not calling to you. You're not spiritually linked to a vampire queen. This is magic, not destiny.</w:t>
      </w:r>
    </w:p>
    <w:p w14:paraId="5995D59A" w14:textId="77777777" w:rsidR="006508B7" w:rsidRPr="006508B7" w:rsidRDefault="006508B7" w:rsidP="006508B7">
      <w:pPr>
        <w:spacing w:line="276" w:lineRule="auto"/>
      </w:pPr>
      <w:r w:rsidRPr="006508B7">
        <w:t>We pass through a final archway where the ward lines form a perfect circle overhead—a complex knot of silver that resembles a crown when viewed from below. As I step beneath it, the entire pattern flares brilliantly for one heartbeat before going completely dark.</w:t>
      </w:r>
    </w:p>
    <w:p w14:paraId="64305FB7" w14:textId="77777777" w:rsidR="006508B7" w:rsidRPr="006508B7" w:rsidRDefault="006508B7" w:rsidP="006508B7">
      <w:pPr>
        <w:spacing w:line="276" w:lineRule="auto"/>
      </w:pPr>
      <w:r w:rsidRPr="006508B7">
        <w:t>Ardent freezes mid-step. The guards tense visibly, hands moving to weapons concealed beneath ceremonial cloaks. For three breaths, the crown pattern remains black and lifeless. Then, slowly, the silver rekindles—not with its normal gleam but with a pulsing blue light that spreads outward from where I stand, flowing through the channels like liquid rather than light.</w:t>
      </w:r>
    </w:p>
    <w:p w14:paraId="2ED4E977" w14:textId="77777777" w:rsidR="006508B7" w:rsidRPr="006508B7" w:rsidRDefault="006508B7" w:rsidP="006508B7">
      <w:pPr>
        <w:spacing w:line="276" w:lineRule="auto"/>
      </w:pPr>
      <w:r w:rsidRPr="006508B7">
        <w:t>"Fascinating," I murmur, genuinely intrigued despite the potential danger. "The wards are responding to me differently than before."</w:t>
      </w:r>
    </w:p>
    <w:p w14:paraId="390D48FB" w14:textId="77777777" w:rsidR="006508B7" w:rsidRPr="006508B7" w:rsidRDefault="006508B7" w:rsidP="006508B7">
      <w:pPr>
        <w:spacing w:line="276" w:lineRule="auto"/>
      </w:pPr>
      <w:r w:rsidRPr="006508B7">
        <w:t>"They shouldn't respond to you at all," Ardent says tightly. "You're human."</w:t>
      </w:r>
    </w:p>
    <w:p w14:paraId="4DB59B5A" w14:textId="77777777" w:rsidR="006508B7" w:rsidRPr="006508B7" w:rsidRDefault="006508B7" w:rsidP="006508B7">
      <w:pPr>
        <w:spacing w:line="276" w:lineRule="auto"/>
      </w:pPr>
      <w:r w:rsidRPr="006508B7">
        <w:t>The accusation carries weight beyond the obvious. I'm human, therefore lesser. Human, therefore outside vampire magic. Human, therefore unwelcome in their sacred spaces.</w:t>
      </w:r>
    </w:p>
    <w:p w14:paraId="4B15A130" w14:textId="77777777" w:rsidR="006508B7" w:rsidRPr="006508B7" w:rsidRDefault="006508B7" w:rsidP="006508B7">
      <w:pPr>
        <w:spacing w:line="276" w:lineRule="auto"/>
      </w:pPr>
      <w:r w:rsidRPr="006508B7">
        <w:t xml:space="preserve">Yet the silver channels continue their unprecedented reaction, flowing </w:t>
      </w:r>
      <w:proofErr w:type="gramStart"/>
      <w:r w:rsidRPr="006508B7">
        <w:t>blue-white</w:t>
      </w:r>
      <w:proofErr w:type="gramEnd"/>
      <w:r w:rsidRPr="006508B7">
        <w:t xml:space="preserve"> around me before settling back into their normal silvery pulse. The mountain itself seems to be evaluating me, recording my presence in its ancient memory.</w:t>
      </w:r>
    </w:p>
    <w:p w14:paraId="17D591F2" w14:textId="77777777" w:rsidR="006508B7" w:rsidRPr="006508B7" w:rsidRDefault="006508B7" w:rsidP="006508B7">
      <w:pPr>
        <w:spacing w:line="276" w:lineRule="auto"/>
      </w:pPr>
      <w:r w:rsidRPr="006508B7">
        <w:t>"Beaumont has become unstable," Ardent says quietly, almost to himself. "The queen must acknowledge this can't continue."</w:t>
      </w:r>
    </w:p>
    <w:p w14:paraId="774CACC7" w14:textId="77777777" w:rsidR="006508B7" w:rsidRPr="006508B7" w:rsidRDefault="006508B7" w:rsidP="006508B7">
      <w:pPr>
        <w:spacing w:line="276" w:lineRule="auto"/>
      </w:pPr>
      <w:r w:rsidRPr="006508B7">
        <w:t xml:space="preserve">Before I can ask </w:t>
      </w:r>
      <w:proofErr w:type="gramStart"/>
      <w:r w:rsidRPr="006508B7">
        <w:t>what</w:t>
      </w:r>
      <w:proofErr w:type="gramEnd"/>
      <w:r w:rsidRPr="006508B7">
        <w:t xml:space="preserve"> he means, he turns sharply and continues toward the eastern gate, his pace quicker than before. The guards flow around us like shadows given form, their presence neither comforting nor overtly threatening—simply watchful, waiting for any sign that intervention might be required.</w:t>
      </w:r>
    </w:p>
    <w:p w14:paraId="538D5384" w14:textId="77777777" w:rsidR="006508B7" w:rsidRPr="006508B7" w:rsidRDefault="006508B7" w:rsidP="006508B7">
      <w:pPr>
        <w:spacing w:line="276" w:lineRule="auto"/>
      </w:pPr>
      <w:r w:rsidRPr="006508B7">
        <w:t>I follow, observing how the ward lines track our progress, their uneven flickering creating patterns that resemble written language more than random fluctuation. Beaumont is trying to communicate something through its silver veins, but neither Ardent nor I possess the vocabulary to understand what the mountain wants us to know.</w:t>
      </w:r>
    </w:p>
    <w:p w14:paraId="6FC9C724" w14:textId="77777777" w:rsidR="006508B7" w:rsidRPr="006508B7" w:rsidRDefault="006508B7" w:rsidP="006508B7">
      <w:pPr>
        <w:spacing w:line="276" w:lineRule="auto"/>
      </w:pPr>
      <w:r w:rsidRPr="006508B7">
        <w:t>Ahead, the eastern gate rises like a mouth in the mountain's face—a perfect arch carved into living stone, flanked by lanterns whose blue flames burn taller than those we've passed. And standing before it, her silhouette unmistakable even at this distance, waits Queen Valeria.</w:t>
      </w:r>
    </w:p>
    <w:p w14:paraId="2AE9A844" w14:textId="77777777" w:rsidR="006508B7" w:rsidRPr="006508B7" w:rsidRDefault="006508B7" w:rsidP="006508B7">
      <w:pPr>
        <w:spacing w:line="276" w:lineRule="auto"/>
      </w:pPr>
      <w:r w:rsidRPr="006508B7">
        <w:t xml:space="preserve">The warmth beneath my </w:t>
      </w:r>
      <w:proofErr w:type="gramStart"/>
      <w:r w:rsidRPr="006508B7">
        <w:t>ribs</w:t>
      </w:r>
      <w:proofErr w:type="gramEnd"/>
      <w:r w:rsidRPr="006508B7">
        <w:t xml:space="preserve"> surges in anticipation.</w:t>
      </w:r>
    </w:p>
    <w:p w14:paraId="60E8F9AA" w14:textId="77777777" w:rsidR="006508B7" w:rsidRPr="006508B7" w:rsidRDefault="006508B7" w:rsidP="006508B7">
      <w:pPr>
        <w:spacing w:line="276" w:lineRule="auto"/>
      </w:pPr>
      <w:r w:rsidRPr="006508B7">
        <w:t xml:space="preserve">Remember who you are, I remind myself. Diplomat first. Investigator second. Potential meal third. Don't forget the hierarchy because your chest gets warm when she's </w:t>
      </w:r>
      <w:proofErr w:type="gramStart"/>
      <w:r w:rsidRPr="006508B7">
        <w:t>near</w:t>
      </w:r>
      <w:proofErr w:type="gramEnd"/>
      <w:r w:rsidRPr="006508B7">
        <w:t>.</w:t>
      </w:r>
    </w:p>
    <w:p w14:paraId="64BEDB1A" w14:textId="77777777" w:rsidR="006508B7" w:rsidRPr="006508B7" w:rsidRDefault="006508B7" w:rsidP="006508B7">
      <w:pPr>
        <w:spacing w:line="276" w:lineRule="auto"/>
      </w:pPr>
      <w:r w:rsidRPr="006508B7">
        <w:lastRenderedPageBreak/>
        <w:t>But as we approach and her golden eyes find mine across the courtyard, diplomatic training temporarily abandons me. The sensation beneath my sternum isn't just warmth now—it's recognition, connection, certainty. Something has bound us together that neither human treaties nor vampire magic can fully explain.</w:t>
      </w:r>
    </w:p>
    <w:p w14:paraId="08E86750" w14:textId="77777777" w:rsidR="006508B7" w:rsidRPr="006508B7" w:rsidRDefault="006508B7" w:rsidP="006508B7">
      <w:pPr>
        <w:spacing w:line="276" w:lineRule="auto"/>
      </w:pPr>
      <w:r w:rsidRPr="006508B7">
        <w:t>And judging by the subtle tension in her perfect posture, she feels it too.</w:t>
      </w:r>
    </w:p>
    <w:p w14:paraId="56D02CFF" w14:textId="77777777" w:rsidR="006508B7" w:rsidRPr="006508B7" w:rsidRDefault="006508B7" w:rsidP="006508B7">
      <w:pPr>
        <w:spacing w:line="276" w:lineRule="auto"/>
      </w:pPr>
      <w:r w:rsidRPr="006508B7">
        <w:t>The mountain air sharpens with each step we take beyond the palace grounds, cutting through my lungs like cold crystal. It carries notes of pine and stone dust, underlaid with something older—a mineral scent that suggests centuries of stillness suddenly disturbed. Valeria moves ahead of me with that perfect vampire grace, her boots finding purchase on the narrow path without hesitation or sound. I follow, measuring my breaths against the thinning atmosphere, refusing to show weakness even as the altitude makes my chest burn.</w:t>
      </w:r>
    </w:p>
    <w:p w14:paraId="0B5B10AD" w14:textId="77777777" w:rsidR="006508B7" w:rsidRPr="006508B7" w:rsidRDefault="006508B7" w:rsidP="006508B7">
      <w:pPr>
        <w:spacing w:line="276" w:lineRule="auto"/>
      </w:pPr>
      <w:r w:rsidRPr="006508B7">
        <w:t>Lord Ardent trails several paces behind with the guards, maintaining enough distance to give us privacy while staying close enough to intervene. His disapproval radiates like cold fire at my back.</w:t>
      </w:r>
    </w:p>
    <w:p w14:paraId="3F9B6EC0" w14:textId="77777777" w:rsidR="006508B7" w:rsidRPr="006508B7" w:rsidRDefault="006508B7" w:rsidP="006508B7">
      <w:pPr>
        <w:spacing w:line="276" w:lineRule="auto"/>
      </w:pPr>
      <w:r w:rsidRPr="006508B7">
        <w:t>The containment road stretches before us, carved into the ridge like an artery feeding the mountain's stony heart. Not a natural formation adapted for use but a deliberate cut in the landscape—precise, geometric, with edges too sharp to have been weathered by time. Silver channels run along both sides, their lines deeper here than in the palace, as though the magic needs stronger anchors in the open air.</w:t>
      </w:r>
    </w:p>
    <w:p w14:paraId="48F4948A" w14:textId="77777777" w:rsidR="006508B7" w:rsidRPr="006508B7" w:rsidRDefault="006508B7" w:rsidP="006508B7">
      <w:pPr>
        <w:spacing w:line="276" w:lineRule="auto"/>
      </w:pPr>
      <w:r w:rsidRPr="006508B7">
        <w:t>"The containment roads predate the Accord," Valeria says without turning, her voice carrying easily despite the wind that tugs at my borrowed dress. "They were originally migration paths for our kind, before we established permanent settlements."</w:t>
      </w:r>
    </w:p>
    <w:p w14:paraId="69F35556" w14:textId="77777777" w:rsidR="006508B7" w:rsidRPr="006508B7" w:rsidRDefault="006508B7" w:rsidP="006508B7">
      <w:pPr>
        <w:spacing w:line="276" w:lineRule="auto"/>
      </w:pPr>
      <w:r w:rsidRPr="006508B7">
        <w:t>I study the road's perfect width, its unwavering line across impossible terrain. "They don't look like migration paths."</w:t>
      </w:r>
    </w:p>
    <w:p w14:paraId="371DB0F7" w14:textId="77777777" w:rsidR="006508B7" w:rsidRPr="006508B7" w:rsidRDefault="006508B7" w:rsidP="006508B7">
      <w:pPr>
        <w:spacing w:line="276" w:lineRule="auto"/>
      </w:pPr>
      <w:r w:rsidRPr="006508B7">
        <w:t>"They evolved." Now she glances sideways, though her pace never falters. "As did we."</w:t>
      </w:r>
    </w:p>
    <w:p w14:paraId="091ABCB7" w14:textId="77777777" w:rsidR="006508B7" w:rsidRPr="006508B7" w:rsidRDefault="006508B7" w:rsidP="006508B7">
      <w:pPr>
        <w:spacing w:line="276" w:lineRule="auto"/>
      </w:pPr>
      <w:r w:rsidRPr="006508B7">
        <w:t xml:space="preserve">She walks beside me now, close enough that our shoulders might brush if either of us shifted slightly. She doesn't look at me directly, her golden eyes fixed on the path ahead, yet I feel her awareness of my presence—the subtle adjustments in her stride to match my slower human pace, the way she positions herself slightly between me and the steeper </w:t>
      </w:r>
      <w:proofErr w:type="spellStart"/>
      <w:r w:rsidRPr="006508B7">
        <w:t>dropoff</w:t>
      </w:r>
      <w:proofErr w:type="spellEnd"/>
      <w:r w:rsidRPr="006508B7">
        <w:t xml:space="preserve"> to our right.</w:t>
      </w:r>
    </w:p>
    <w:p w14:paraId="61C668CF" w14:textId="77777777" w:rsidR="006508B7" w:rsidRPr="006508B7" w:rsidRDefault="006508B7" w:rsidP="006508B7">
      <w:pPr>
        <w:spacing w:line="276" w:lineRule="auto"/>
      </w:pPr>
      <w:r w:rsidRPr="006508B7">
        <w:t xml:space="preserve">The silver ward lines respond immediately to our proximity, brightening from dull shimmer to brilliant glow. Unlike the erratic flickering near the palace, here they pulse with steadier rhythm, as though the mountain's magic grows more certain the </w:t>
      </w:r>
      <w:proofErr w:type="gramStart"/>
      <w:r w:rsidRPr="006508B7">
        <w:t>further</w:t>
      </w:r>
      <w:proofErr w:type="gramEnd"/>
      <w:r w:rsidRPr="006508B7">
        <w:t xml:space="preserve"> we travel along the containment road.</w:t>
      </w:r>
    </w:p>
    <w:p w14:paraId="13AFAD1C" w14:textId="77777777" w:rsidR="006508B7" w:rsidRPr="006508B7" w:rsidRDefault="006508B7" w:rsidP="006508B7">
      <w:pPr>
        <w:spacing w:line="276" w:lineRule="auto"/>
      </w:pPr>
      <w:r w:rsidRPr="006508B7">
        <w:lastRenderedPageBreak/>
        <w:t>"The wards are more stable here," I observe, watching silver light flow through the channels like mercury.</w:t>
      </w:r>
    </w:p>
    <w:p w14:paraId="5590D1D4" w14:textId="77777777" w:rsidR="006508B7" w:rsidRPr="006508B7" w:rsidRDefault="006508B7" w:rsidP="006508B7">
      <w:pPr>
        <w:spacing w:line="276" w:lineRule="auto"/>
      </w:pPr>
      <w:r w:rsidRPr="006508B7">
        <w:t>"Older magic," Valeria replies. "Less refined, but more... honest."</w:t>
      </w:r>
    </w:p>
    <w:p w14:paraId="2FCE96DF" w14:textId="77777777" w:rsidR="006508B7" w:rsidRPr="006508B7" w:rsidRDefault="006508B7" w:rsidP="006508B7">
      <w:pPr>
        <w:spacing w:line="276" w:lineRule="auto"/>
      </w:pPr>
      <w:r w:rsidRPr="006508B7">
        <w:t>An interesting choice of words. I file it away for later consideration.</w:t>
      </w:r>
    </w:p>
    <w:p w14:paraId="237EAF39" w14:textId="77777777" w:rsidR="006508B7" w:rsidRPr="006508B7" w:rsidRDefault="006508B7" w:rsidP="006508B7">
      <w:pPr>
        <w:spacing w:line="276" w:lineRule="auto"/>
      </w:pPr>
      <w:r w:rsidRPr="006508B7">
        <w:t xml:space="preserve">"Step beyond the broken channel here," she says suddenly, her tone shifting to practical command. One gloved hand </w:t>
      </w:r>
      <w:proofErr w:type="gramStart"/>
      <w:r w:rsidRPr="006508B7">
        <w:t>gestures</w:t>
      </w:r>
      <w:proofErr w:type="gramEnd"/>
      <w:r w:rsidRPr="006508B7">
        <w:t xml:space="preserve"> toward a section of the path where the silver line has fractured, creating a jagged gap in the otherwise continuous flow. "The stone is unstable."</w:t>
      </w:r>
    </w:p>
    <w:p w14:paraId="4E14D8C0" w14:textId="77777777" w:rsidR="006508B7" w:rsidRPr="006508B7" w:rsidRDefault="006508B7" w:rsidP="006508B7">
      <w:pPr>
        <w:spacing w:line="276" w:lineRule="auto"/>
      </w:pPr>
      <w:r w:rsidRPr="006508B7">
        <w:t>I follow her instruction without hesitation, stepping carefully over the damaged section. The broken edges of silver gleam dully, unlike the living light flowing through the intact channels. Something about the break seems deliberate rather than natural—a clean cut rather than wear.</w:t>
      </w:r>
    </w:p>
    <w:p w14:paraId="10CC1CB0" w14:textId="77777777" w:rsidR="006508B7" w:rsidRPr="006508B7" w:rsidRDefault="006508B7" w:rsidP="006508B7">
      <w:pPr>
        <w:spacing w:line="276" w:lineRule="auto"/>
      </w:pPr>
      <w:r w:rsidRPr="006508B7">
        <w:t>"This was cut," I say, diplomatic training giving way to investigative instinct. "Recently."</w:t>
      </w:r>
    </w:p>
    <w:p w14:paraId="017544BD" w14:textId="77777777" w:rsidR="006508B7" w:rsidRPr="006508B7" w:rsidRDefault="006508B7" w:rsidP="006508B7">
      <w:pPr>
        <w:spacing w:line="276" w:lineRule="auto"/>
      </w:pPr>
      <w:r w:rsidRPr="006508B7">
        <w:t>Valeria's eyes meet mine briefly, approving. "Yes. One of several similar breaches we've discovered along the containment network."</w:t>
      </w:r>
    </w:p>
    <w:p w14:paraId="0ADAAE00" w14:textId="77777777" w:rsidR="006508B7" w:rsidRPr="006508B7" w:rsidRDefault="006508B7" w:rsidP="006508B7">
      <w:pPr>
        <w:spacing w:line="276" w:lineRule="auto"/>
      </w:pPr>
      <w:r w:rsidRPr="006508B7">
        <w:t>"Related to the convoy attack?"</w:t>
      </w:r>
    </w:p>
    <w:p w14:paraId="0251F758" w14:textId="77777777" w:rsidR="006508B7" w:rsidRPr="006508B7" w:rsidRDefault="006508B7" w:rsidP="006508B7">
      <w:pPr>
        <w:spacing w:line="276" w:lineRule="auto"/>
      </w:pPr>
      <w:r w:rsidRPr="006508B7">
        <w:t>"Possibly." Her gaze returns to the path ahead. "The pattern suggests systematic testing of our defenses."</w:t>
      </w:r>
    </w:p>
    <w:p w14:paraId="1D8A9292" w14:textId="77777777" w:rsidR="006508B7" w:rsidRPr="006508B7" w:rsidRDefault="006508B7" w:rsidP="006508B7">
      <w:pPr>
        <w:spacing w:line="276" w:lineRule="auto"/>
      </w:pPr>
      <w:r w:rsidRPr="006508B7">
        <w:t>We continue walking, the silver channels brightening further as our shoulders nearly touch. The warmth beneath my ribs has become a constant presence, neither painful nor distracting but impossible to ignore—like having a second heartbeat that responds to Valeria's closeness rather than my own needs.</w:t>
      </w:r>
    </w:p>
    <w:p w14:paraId="6825B196" w14:textId="77777777" w:rsidR="006508B7" w:rsidRPr="006508B7" w:rsidRDefault="006508B7" w:rsidP="006508B7">
      <w:pPr>
        <w:spacing w:line="276" w:lineRule="auto"/>
      </w:pPr>
      <w:r w:rsidRPr="006508B7">
        <w:t xml:space="preserve">This isn't just diplomatic curiosity </w:t>
      </w:r>
      <w:proofErr w:type="gramStart"/>
      <w:r w:rsidRPr="006508B7">
        <w:t>anymore,</w:t>
      </w:r>
      <w:proofErr w:type="gramEnd"/>
      <w:r w:rsidRPr="006508B7">
        <w:t xml:space="preserve"> I admit to myself. There's something about her that pulls at me beyond the mystery of our connection. The precise way she moves, the careful measure of her words, the moments when control slips just enough to reveal something real beneath the queen's mask.</w:t>
      </w:r>
    </w:p>
    <w:p w14:paraId="091AA5B8" w14:textId="77777777" w:rsidR="006508B7" w:rsidRPr="006508B7" w:rsidRDefault="006508B7" w:rsidP="006508B7">
      <w:pPr>
        <w:spacing w:line="276" w:lineRule="auto"/>
      </w:pPr>
      <w:r w:rsidRPr="006508B7">
        <w:t>Don't be ridiculous, my diplomatic training counters. She's not interested in you—you're a useful tool for solving a problem. And possibly dinner if things go badly.</w:t>
      </w:r>
    </w:p>
    <w:p w14:paraId="5E543405" w14:textId="77777777" w:rsidR="006508B7" w:rsidRPr="006508B7" w:rsidRDefault="006508B7" w:rsidP="006508B7">
      <w:pPr>
        <w:spacing w:line="276" w:lineRule="auto"/>
      </w:pPr>
      <w:r w:rsidRPr="006508B7">
        <w:t>Yet the silver lines tell a different story, brightening with unmistakable response whenever we draw closer together. This bond, whatever it might be, steps over the careful boundaries both our species have built. It's neither human nor vampire but something else—a third language neither of us fully speaks but both somehow recognize.</w:t>
      </w:r>
    </w:p>
    <w:p w14:paraId="5F5C9C26" w14:textId="77777777" w:rsidR="006508B7" w:rsidRPr="006508B7" w:rsidRDefault="006508B7" w:rsidP="006508B7">
      <w:pPr>
        <w:spacing w:line="276" w:lineRule="auto"/>
      </w:pPr>
      <w:r w:rsidRPr="006508B7">
        <w:lastRenderedPageBreak/>
        <w:t>The containment road narrows as we approach a bend, forcing us closer together. Our arms brush—the barest contact through layers of fabric—and the ward channels flare with sudden brilliance, casting our shadows sharp and black against the stone cliff face. Valeria doesn't pull away as protocol would dictate. Instead, she maintains the contact for three more steps before the path forces separation.</w:t>
      </w:r>
    </w:p>
    <w:p w14:paraId="7EDF5310" w14:textId="77777777" w:rsidR="006508B7" w:rsidRPr="006508B7" w:rsidRDefault="006508B7" w:rsidP="006508B7">
      <w:pPr>
        <w:spacing w:line="276" w:lineRule="auto"/>
      </w:pPr>
      <w:r w:rsidRPr="006508B7">
        <w:t>"The wards recognize something in you," she says quietly. "Something they shouldn't."</w:t>
      </w:r>
    </w:p>
    <w:p w14:paraId="58829747" w14:textId="77777777" w:rsidR="006508B7" w:rsidRPr="006508B7" w:rsidRDefault="006508B7" w:rsidP="006508B7">
      <w:pPr>
        <w:spacing w:line="276" w:lineRule="auto"/>
      </w:pPr>
      <w:r w:rsidRPr="006508B7">
        <w:t>"Is that dangerous?"</w:t>
      </w:r>
    </w:p>
    <w:p w14:paraId="24F27269" w14:textId="77777777" w:rsidR="006508B7" w:rsidRPr="006508B7" w:rsidRDefault="006508B7" w:rsidP="006508B7">
      <w:pPr>
        <w:spacing w:line="276" w:lineRule="auto"/>
      </w:pPr>
      <w:r w:rsidRPr="006508B7">
        <w:t>"I don't know." Rare admission from one who presents certainty as her natural state. "The ward system has existed since Beaumont's founding. Its full capabilities remain... incompletely documented."</w:t>
      </w:r>
    </w:p>
    <w:p w14:paraId="041BE40A" w14:textId="77777777" w:rsidR="006508B7" w:rsidRPr="006508B7" w:rsidRDefault="006508B7" w:rsidP="006508B7">
      <w:pPr>
        <w:spacing w:line="276" w:lineRule="auto"/>
      </w:pPr>
      <w:r w:rsidRPr="006508B7">
        <w:t>Translation: even vampires don't fully understand the magic that protects them.</w:t>
      </w:r>
    </w:p>
    <w:p w14:paraId="3D080875" w14:textId="77777777" w:rsidR="006508B7" w:rsidRPr="006508B7" w:rsidRDefault="006508B7" w:rsidP="006508B7">
      <w:pPr>
        <w:spacing w:line="276" w:lineRule="auto"/>
      </w:pPr>
      <w:r w:rsidRPr="006508B7">
        <w:t>"Yet they respond to you," I point out. "As queen."</w:t>
      </w:r>
    </w:p>
    <w:p w14:paraId="78394C83" w14:textId="77777777" w:rsidR="006508B7" w:rsidRPr="006508B7" w:rsidRDefault="006508B7" w:rsidP="006508B7">
      <w:pPr>
        <w:spacing w:line="276" w:lineRule="auto"/>
      </w:pPr>
      <w:r w:rsidRPr="006508B7">
        <w:t>"They obey me," she corrects. "What they do with you is different. More... reciprocal."</w:t>
      </w:r>
    </w:p>
    <w:p w14:paraId="49393FE4" w14:textId="77777777" w:rsidR="006508B7" w:rsidRPr="006508B7" w:rsidRDefault="006508B7" w:rsidP="006508B7">
      <w:pPr>
        <w:spacing w:line="276" w:lineRule="auto"/>
      </w:pPr>
      <w:r w:rsidRPr="006508B7">
        <w:t>The distinction matters. Obedience versus response. Command versus exchange.</w:t>
      </w:r>
    </w:p>
    <w:p w14:paraId="3454E2DF" w14:textId="77777777" w:rsidR="006508B7" w:rsidRPr="006508B7" w:rsidRDefault="006508B7" w:rsidP="006508B7">
      <w:pPr>
        <w:spacing w:line="276" w:lineRule="auto"/>
      </w:pPr>
      <w:r w:rsidRPr="006508B7">
        <w:t>We round another bend where the containment road cuts through exposed granite, the silver channels embedded deeper into the living stone. Here, the mountain's natural crystals catch and refract the ward light, creating brief rainbows that dance across the path before us.</w:t>
      </w:r>
    </w:p>
    <w:p w14:paraId="37906512" w14:textId="77777777" w:rsidR="006508B7" w:rsidRPr="006508B7" w:rsidRDefault="006508B7" w:rsidP="006508B7">
      <w:pPr>
        <w:spacing w:line="276" w:lineRule="auto"/>
      </w:pPr>
      <w:r w:rsidRPr="006508B7">
        <w:t xml:space="preserve">"Your presence alters the ward patterns," Valeria continues, her voice taking on a quality I haven't heard before—not the tone of royal decree, not the sharpness of command, but something softer, almost wondering. "They flow differently when you're </w:t>
      </w:r>
      <w:proofErr w:type="gramStart"/>
      <w:r w:rsidRPr="006508B7">
        <w:t>near</w:t>
      </w:r>
      <w:proofErr w:type="gramEnd"/>
      <w:r w:rsidRPr="006508B7">
        <w:t>. More... fluidly."</w:t>
      </w:r>
    </w:p>
    <w:p w14:paraId="39823822" w14:textId="77777777" w:rsidR="006508B7" w:rsidRPr="006508B7" w:rsidRDefault="006508B7" w:rsidP="006508B7">
      <w:pPr>
        <w:spacing w:line="276" w:lineRule="auto"/>
      </w:pPr>
      <w:r w:rsidRPr="006508B7">
        <w:t>As if answering her observation, the silver channels ahead merge briefly into a single stream before separating again, their light pulsing in a rhythm that matches neither her heartbeat nor mine but something in between.</w:t>
      </w:r>
    </w:p>
    <w:p w14:paraId="53B04CF6" w14:textId="77777777" w:rsidR="006508B7" w:rsidRPr="006508B7" w:rsidRDefault="006508B7" w:rsidP="006508B7">
      <w:pPr>
        <w:spacing w:line="276" w:lineRule="auto"/>
      </w:pPr>
      <w:r w:rsidRPr="006508B7">
        <w:t>"What does it mean?" I ask, the question as much for myself as for her.</w:t>
      </w:r>
    </w:p>
    <w:p w14:paraId="2D8566B0" w14:textId="77777777" w:rsidR="006508B7" w:rsidRPr="006508B7" w:rsidRDefault="006508B7" w:rsidP="006508B7">
      <w:pPr>
        <w:spacing w:line="276" w:lineRule="auto"/>
      </w:pPr>
      <w:r w:rsidRPr="006508B7">
        <w:t>She doesn't answer immediately. When she does, her words land heavier than their simple shape. "It means our understanding of what divides us may be incomplete."</w:t>
      </w:r>
    </w:p>
    <w:p w14:paraId="71C1484C" w14:textId="77777777" w:rsidR="006508B7" w:rsidRPr="006508B7" w:rsidRDefault="006508B7" w:rsidP="006508B7">
      <w:pPr>
        <w:spacing w:line="276" w:lineRule="auto"/>
      </w:pPr>
      <w:r w:rsidRPr="006508B7">
        <w:t xml:space="preserve">The implication hangs between us—that the boundaries separating human from vampire, the careful lines written into the Crimson Accord, might be more flexible than either side admits. The warmth beneath my </w:t>
      </w:r>
      <w:proofErr w:type="gramStart"/>
      <w:r w:rsidRPr="006508B7">
        <w:t>ribs</w:t>
      </w:r>
      <w:proofErr w:type="gramEnd"/>
      <w:r w:rsidRPr="006508B7">
        <w:t xml:space="preserve"> pulses once, strongly, as if agreeing.</w:t>
      </w:r>
    </w:p>
    <w:p w14:paraId="1EFF8E10" w14:textId="77777777" w:rsidR="006508B7" w:rsidRPr="006508B7" w:rsidRDefault="006508B7" w:rsidP="006508B7">
      <w:pPr>
        <w:spacing w:line="276" w:lineRule="auto"/>
      </w:pPr>
      <w:r w:rsidRPr="006508B7">
        <w:t>"Careful ahead," Valeria says, her tone returning to practical authority. "The next section was damaged in the spring storms."</w:t>
      </w:r>
    </w:p>
    <w:p w14:paraId="4CF9B86E" w14:textId="77777777" w:rsidR="006508B7" w:rsidRPr="006508B7" w:rsidRDefault="006508B7" w:rsidP="006508B7">
      <w:pPr>
        <w:spacing w:line="276" w:lineRule="auto"/>
      </w:pPr>
      <w:r w:rsidRPr="006508B7">
        <w:lastRenderedPageBreak/>
        <w:t>I follow her lead without question, stepping where she steps, trusting her guidance without choosing to. The realization startles me—I, who question everything, who was trained to read every gesture for hidden meaning, am following a vampire queen's instruction on instinct alone.</w:t>
      </w:r>
    </w:p>
    <w:p w14:paraId="23252BC7" w14:textId="77777777" w:rsidR="006508B7" w:rsidRPr="006508B7" w:rsidRDefault="006508B7" w:rsidP="006508B7">
      <w:pPr>
        <w:spacing w:line="276" w:lineRule="auto"/>
      </w:pPr>
      <w:r w:rsidRPr="006508B7">
        <w:t>It's just practical, I tell myself. She knows the terrain better.</w:t>
      </w:r>
    </w:p>
    <w:p w14:paraId="640D46A2" w14:textId="77777777" w:rsidR="006508B7" w:rsidRPr="006508B7" w:rsidRDefault="006508B7" w:rsidP="006508B7">
      <w:pPr>
        <w:spacing w:line="276" w:lineRule="auto"/>
      </w:pPr>
      <w:r w:rsidRPr="006508B7">
        <w:t>But it's more than that. This connection between us sits outside formal alliance or diplomatic necessity. It exists outside the careful frameworks both our species built to regulate interaction. And neither of us knows what it means or where it leads.</w:t>
      </w:r>
    </w:p>
    <w:p w14:paraId="6C5BB0C8" w14:textId="77777777" w:rsidR="006508B7" w:rsidRPr="006508B7" w:rsidRDefault="006508B7" w:rsidP="006508B7">
      <w:pPr>
        <w:spacing w:line="276" w:lineRule="auto"/>
      </w:pPr>
      <w:r w:rsidRPr="006508B7">
        <w:t>The silver channels pulse steadily as we continue along the containment road, their light neither human nor vampire but something else entirely—a third language speaking in symbols we're only beginning to recognize.</w:t>
      </w:r>
    </w:p>
    <w:p w14:paraId="1499D322" w14:textId="77777777" w:rsidR="006508B7" w:rsidRPr="006508B7" w:rsidRDefault="006508B7" w:rsidP="006508B7">
      <w:pPr>
        <w:spacing w:line="276" w:lineRule="auto"/>
      </w:pPr>
      <w:r w:rsidRPr="006508B7">
        <w:t>Behind us, Lord Ardent watches with silver eyes that miss nothing, noting every time Valeria and I draw closer than protocol allows, every flare of the ward lines that shouldn't react to a human at all. His disapproval is a tangible force at our backs, but for now, the queen's authority outweighs his concerns.</w:t>
      </w:r>
    </w:p>
    <w:p w14:paraId="6C45772C" w14:textId="77777777" w:rsidR="006508B7" w:rsidRPr="006508B7" w:rsidRDefault="006508B7" w:rsidP="006508B7">
      <w:pPr>
        <w:spacing w:line="276" w:lineRule="auto"/>
      </w:pPr>
      <w:r w:rsidRPr="006508B7">
        <w:t>And the mountain continues its silent conversation through silver veins that grow brighter with each step we take together.</w:t>
      </w:r>
    </w:p>
    <w:p w14:paraId="3FF9B930" w14:textId="77777777" w:rsidR="006508B7" w:rsidRPr="006508B7" w:rsidRDefault="006508B7" w:rsidP="006508B7">
      <w:pPr>
        <w:spacing w:line="276" w:lineRule="auto"/>
      </w:pPr>
      <w:r w:rsidRPr="006508B7">
        <w:t>The ambush site spreads before us like a black wound in the mountain's silver skin. Scorch marks radiate outward from what must have been the center of the attack, creating a starburst pattern of destruction that tells its own story. The convoy had stopped here—not by choice. The containment road narrows at this point, forcing vehicles to slow where the ridge pinches inward. Perfect place for an ambush. Someone knew exactly what they were doing.</w:t>
      </w:r>
    </w:p>
    <w:p w14:paraId="6A4236FC" w14:textId="77777777" w:rsidR="006508B7" w:rsidRPr="006508B7" w:rsidRDefault="006508B7" w:rsidP="006508B7">
      <w:pPr>
        <w:spacing w:line="276" w:lineRule="auto"/>
      </w:pPr>
      <w:r w:rsidRPr="006508B7">
        <w:t>Valeria stops at the edge of the scorched area, her golden eyes scanning the scene with predatory focus. Lord Ardent and the guards form a perimeter, their postures alert, hands never far from concealed weapons. The air here carries the acrid smell of burned metal and something else—something metallic and organic that my brain recognizes before I can consciously name it.</w:t>
      </w:r>
    </w:p>
    <w:p w14:paraId="09444581" w14:textId="77777777" w:rsidR="006508B7" w:rsidRPr="006508B7" w:rsidRDefault="006508B7" w:rsidP="006508B7">
      <w:pPr>
        <w:spacing w:line="276" w:lineRule="auto"/>
      </w:pPr>
      <w:r w:rsidRPr="006508B7">
        <w:t>Blood. Days old, but unmistakable.</w:t>
      </w:r>
    </w:p>
    <w:p w14:paraId="1B2B252E" w14:textId="77777777" w:rsidR="006508B7" w:rsidRPr="006508B7" w:rsidRDefault="006508B7" w:rsidP="006508B7">
      <w:pPr>
        <w:spacing w:line="276" w:lineRule="auto"/>
      </w:pPr>
      <w:r w:rsidRPr="006508B7">
        <w:t>I step forward, moving past Valeria to kneel beside the darkest stain on the stone road. The black residue forms a pattern too deliberate for random spillage. I trace its edge without touching, following the contours of what was once a human body dragged several feet before being... collected.</w:t>
      </w:r>
    </w:p>
    <w:p w14:paraId="613E1BD8" w14:textId="77777777" w:rsidR="006508B7" w:rsidRPr="006508B7" w:rsidRDefault="006508B7" w:rsidP="006508B7">
      <w:pPr>
        <w:spacing w:line="276" w:lineRule="auto"/>
      </w:pPr>
      <w:r w:rsidRPr="006508B7">
        <w:t xml:space="preserve">"Eight guards," I murmur, moving my gaze across similar stains nearby. "All </w:t>
      </w:r>
      <w:proofErr w:type="gramStart"/>
      <w:r w:rsidRPr="006508B7">
        <w:t>human</w:t>
      </w:r>
      <w:proofErr w:type="gramEnd"/>
      <w:r w:rsidRPr="006508B7">
        <w:t>."</w:t>
      </w:r>
    </w:p>
    <w:p w14:paraId="26BF07E9" w14:textId="77777777" w:rsidR="006508B7" w:rsidRPr="006508B7" w:rsidRDefault="006508B7" w:rsidP="006508B7">
      <w:pPr>
        <w:spacing w:line="276" w:lineRule="auto"/>
      </w:pPr>
      <w:r w:rsidRPr="006508B7">
        <w:t>"Yes." Valeria steps closer, her shadow falling across the stain. "The prisoners were transported separately."</w:t>
      </w:r>
    </w:p>
    <w:p w14:paraId="099F3257" w14:textId="77777777" w:rsidR="006508B7" w:rsidRPr="006508B7" w:rsidRDefault="006508B7" w:rsidP="006508B7">
      <w:pPr>
        <w:spacing w:line="276" w:lineRule="auto"/>
      </w:pPr>
      <w:r w:rsidRPr="006508B7">
        <w:lastRenderedPageBreak/>
        <w:t>Criminal blood. The convoy's primary cargo, now missing. The meaning settles cold in my stomach. Someone has taken unauthorized human blood—a direct violation of the Accord's most important rule.</w:t>
      </w:r>
    </w:p>
    <w:p w14:paraId="3B5AEC07" w14:textId="77777777" w:rsidR="006508B7" w:rsidRPr="006508B7" w:rsidRDefault="006508B7" w:rsidP="006508B7">
      <w:pPr>
        <w:spacing w:line="276" w:lineRule="auto"/>
      </w:pPr>
      <w:r w:rsidRPr="006508B7">
        <w:t>I move toward the center of the attack site where metal debris lies scattered across blackened stone. Restraints, I realize, designed to bind criminals during transport. Each one has been snapped with precise force—not hacked or sawed through, but broken with deliberate, controlled strength. Vampire strength.</w:t>
      </w:r>
    </w:p>
    <w:p w14:paraId="2A1D99C4" w14:textId="77777777" w:rsidR="006508B7" w:rsidRPr="006508B7" w:rsidRDefault="006508B7" w:rsidP="006508B7">
      <w:pPr>
        <w:spacing w:line="276" w:lineRule="auto"/>
      </w:pPr>
      <w:r w:rsidRPr="006508B7">
        <w:t>Or something designed to look like it.</w:t>
      </w:r>
    </w:p>
    <w:p w14:paraId="4CA0CA25" w14:textId="77777777" w:rsidR="006508B7" w:rsidRPr="006508B7" w:rsidRDefault="006508B7" w:rsidP="006508B7">
      <w:pPr>
        <w:spacing w:line="276" w:lineRule="auto"/>
      </w:pPr>
      <w:r w:rsidRPr="006508B7">
        <w:t>Nearby, the silver channels that should run continuous through the containment road lie twisted in the stone, their perfect lines distorted into chaotic spirals. The ward magic that once flowed through them has long since faded, leaving dead silver embedded in charred rock. Not destroyed by accident but systematically disrupted.</w:t>
      </w:r>
    </w:p>
    <w:p w14:paraId="4F77D464" w14:textId="77777777" w:rsidR="006508B7" w:rsidRPr="006508B7" w:rsidRDefault="006508B7" w:rsidP="006508B7">
      <w:pPr>
        <w:spacing w:line="276" w:lineRule="auto"/>
      </w:pPr>
      <w:r w:rsidRPr="006508B7">
        <w:t>I kneel again, this time beside the most severely damaged section of warding. The silver has been manipulated in a distinctive pattern—forced outward from within, as though the magic itself fought the channels that held it. But that's not what happened. I've seen this pattern before, in diplomatic briefings about ward breaches during the final years of the war.</w:t>
      </w:r>
    </w:p>
    <w:p w14:paraId="431BF032" w14:textId="77777777" w:rsidR="006508B7" w:rsidRPr="006508B7" w:rsidRDefault="006508B7" w:rsidP="006508B7">
      <w:pPr>
        <w:spacing w:line="276" w:lineRule="auto"/>
      </w:pPr>
      <w:r w:rsidRPr="006508B7">
        <w:t>"This is a forced resonance pattern," I say, tracing the uneven rhythm without touching the dead silver. "Human ward-breakers developed this technique to disrupt vampire defenses."</w:t>
      </w:r>
    </w:p>
    <w:p w14:paraId="21DA8F46" w14:textId="77777777" w:rsidR="006508B7" w:rsidRPr="006508B7" w:rsidRDefault="006508B7" w:rsidP="006508B7">
      <w:pPr>
        <w:spacing w:line="276" w:lineRule="auto"/>
      </w:pPr>
      <w:r w:rsidRPr="006508B7">
        <w:t>Valeria kneels beside me, close enough that our shoulders nearly touch. The warmth beneath my ribs pulses stronger at her closeness, but I focus on the evidence before us.</w:t>
      </w:r>
    </w:p>
    <w:p w14:paraId="58B7337D" w14:textId="77777777" w:rsidR="006508B7" w:rsidRPr="006508B7" w:rsidRDefault="006508B7" w:rsidP="006508B7">
      <w:pPr>
        <w:spacing w:line="276" w:lineRule="auto"/>
      </w:pPr>
      <w:r w:rsidRPr="006508B7">
        <w:t>"Explain," she says simply.</w:t>
      </w:r>
    </w:p>
    <w:p w14:paraId="073F320F" w14:textId="77777777" w:rsidR="006508B7" w:rsidRPr="006508B7" w:rsidRDefault="006508B7" w:rsidP="006508B7">
      <w:pPr>
        <w:spacing w:line="276" w:lineRule="auto"/>
      </w:pPr>
      <w:r w:rsidRPr="006508B7">
        <w:t>"Human magic-users discovered that vampire wards have a natural frequency." I gesture to the undamaged channels further along the road, where silver still pulses with steady rhythm. "If you introduce a competing frequency—like striking a wrong note next to a tuned instrument—the ward structure becomes unstable. Eventually, it breaks."</w:t>
      </w:r>
    </w:p>
    <w:p w14:paraId="1E700F4A" w14:textId="77777777" w:rsidR="006508B7" w:rsidRPr="006508B7" w:rsidRDefault="006508B7" w:rsidP="006508B7">
      <w:pPr>
        <w:spacing w:line="276" w:lineRule="auto"/>
      </w:pPr>
      <w:r w:rsidRPr="006508B7">
        <w:t>Her golden eyes narrow slightly. "Few humans possess such knowledge."</w:t>
      </w:r>
    </w:p>
    <w:p w14:paraId="4C07594E" w14:textId="77777777" w:rsidR="006508B7" w:rsidRPr="006508B7" w:rsidRDefault="006508B7" w:rsidP="006508B7">
      <w:pPr>
        <w:spacing w:line="276" w:lineRule="auto"/>
      </w:pPr>
      <w:r w:rsidRPr="006508B7">
        <w:t>"Military specialists. Ward-breakers. They were... valuable during the war." I choose my words carefully. "The technique was classified afterward. Part of the disarmament provisions in the Accord."</w:t>
      </w:r>
    </w:p>
    <w:p w14:paraId="50F9F3DB" w14:textId="77777777" w:rsidR="006508B7" w:rsidRPr="006508B7" w:rsidRDefault="006508B7" w:rsidP="006508B7">
      <w:pPr>
        <w:spacing w:line="276" w:lineRule="auto"/>
      </w:pPr>
      <w:r w:rsidRPr="006508B7">
        <w:t>"Yet someone has accessed this knowledge."</w:t>
      </w:r>
    </w:p>
    <w:p w14:paraId="200CEF54" w14:textId="77777777" w:rsidR="006508B7" w:rsidRPr="006508B7" w:rsidRDefault="006508B7" w:rsidP="006508B7">
      <w:pPr>
        <w:spacing w:line="276" w:lineRule="auto"/>
      </w:pPr>
      <w:r w:rsidRPr="006508B7">
        <w:t>I nod, studying the pattern more closely. There's something not quite right about the execution—the resonance points are accurate, but the work lacks the precision of trained ward-breakers. An imperfect copy of classified techniques.</w:t>
      </w:r>
    </w:p>
    <w:p w14:paraId="2B462A08" w14:textId="77777777" w:rsidR="006508B7" w:rsidRPr="006508B7" w:rsidRDefault="006508B7" w:rsidP="006508B7">
      <w:pPr>
        <w:spacing w:line="276" w:lineRule="auto"/>
      </w:pPr>
      <w:r w:rsidRPr="006508B7">
        <w:lastRenderedPageBreak/>
        <w:t>"What's stranger is how it was done," I continue, pointing to a section where the silver has been melted rather than shattered. "This part has been altered to look like vampire work. The melting pattern mimics fang marks—a signature some vampire dissidents used during the war."</w:t>
      </w:r>
    </w:p>
    <w:p w14:paraId="3DC73771" w14:textId="77777777" w:rsidR="006508B7" w:rsidRPr="006508B7" w:rsidRDefault="006508B7" w:rsidP="006508B7">
      <w:pPr>
        <w:spacing w:line="276" w:lineRule="auto"/>
      </w:pPr>
      <w:r w:rsidRPr="006508B7">
        <w:t>I glance up at Valeria, watching her expression shift subtly as she processes this. "Someone wants this to appear as though vampires violated the treaty. But the underlying technique is human."</w:t>
      </w:r>
    </w:p>
    <w:p w14:paraId="1EA6CF48" w14:textId="77777777" w:rsidR="006508B7" w:rsidRPr="006508B7" w:rsidRDefault="006508B7" w:rsidP="006508B7">
      <w:pPr>
        <w:spacing w:line="276" w:lineRule="auto"/>
      </w:pPr>
      <w:r w:rsidRPr="006508B7">
        <w:t>"A third party," she says quietly. "Working to provoke conflict between our peoples."</w:t>
      </w:r>
    </w:p>
    <w:p w14:paraId="006ABFD9" w14:textId="77777777" w:rsidR="006508B7" w:rsidRPr="006508B7" w:rsidRDefault="006508B7" w:rsidP="006508B7">
      <w:pPr>
        <w:spacing w:line="276" w:lineRule="auto"/>
      </w:pPr>
      <w:r w:rsidRPr="006508B7">
        <w:t>"Or factions within either side," I add. "Those who believe the Accord was a mistake."</w:t>
      </w:r>
    </w:p>
    <w:p w14:paraId="1A4E8E46" w14:textId="77777777" w:rsidR="006508B7" w:rsidRPr="006508B7" w:rsidRDefault="006508B7" w:rsidP="006508B7">
      <w:pPr>
        <w:spacing w:line="276" w:lineRule="auto"/>
      </w:pPr>
      <w:r w:rsidRPr="006508B7">
        <w:t>Lord Ardent approaches, his silver eyes cold as they scan over my kneeling form. "What have you found?"</w:t>
      </w:r>
    </w:p>
    <w:p w14:paraId="52B4CDE0" w14:textId="77777777" w:rsidR="006508B7" w:rsidRPr="006508B7" w:rsidRDefault="006508B7" w:rsidP="006508B7">
      <w:pPr>
        <w:spacing w:line="276" w:lineRule="auto"/>
      </w:pPr>
      <w:r w:rsidRPr="006508B7">
        <w:t>I rise to my feet, diplomatic training automatically straightening my spine. "Evidence of sabotage designed to appear as a vampire treaty violation while using adapted human techniques. Someone wants war—or at least, they want humans to believe vampires are feeding outside treaty provisions."</w:t>
      </w:r>
    </w:p>
    <w:p w14:paraId="7D4AE36D" w14:textId="77777777" w:rsidR="006508B7" w:rsidRPr="006508B7" w:rsidRDefault="006508B7" w:rsidP="006508B7">
      <w:pPr>
        <w:spacing w:line="276" w:lineRule="auto"/>
      </w:pPr>
      <w:r w:rsidRPr="006508B7">
        <w:t>His expression remains impassive, but something flickers in his eyes—recognition, perhaps. Or confirmation of a suspicion he already held.</w:t>
      </w:r>
    </w:p>
    <w:p w14:paraId="3D03B50C" w14:textId="77777777" w:rsidR="006508B7" w:rsidRPr="006508B7" w:rsidRDefault="006508B7" w:rsidP="006508B7">
      <w:pPr>
        <w:spacing w:line="276" w:lineRule="auto"/>
      </w:pPr>
      <w:r w:rsidRPr="006508B7">
        <w:t>"The prisoners," I say, turning back to Valeria. "Any trace of where they were taken?"</w:t>
      </w:r>
    </w:p>
    <w:p w14:paraId="52456F24" w14:textId="77777777" w:rsidR="006508B7" w:rsidRPr="006508B7" w:rsidRDefault="006508B7" w:rsidP="006508B7">
      <w:pPr>
        <w:spacing w:line="276" w:lineRule="auto"/>
      </w:pPr>
      <w:r w:rsidRPr="006508B7">
        <w:t>She gestures toward the edge of the ambush site where the containment road continues. "Tracking ends approximately half a mile ahead. As if they simply... disappeared."</w:t>
      </w:r>
    </w:p>
    <w:p w14:paraId="4CC5937D" w14:textId="77777777" w:rsidR="006508B7" w:rsidRPr="006508B7" w:rsidRDefault="006508B7" w:rsidP="006508B7">
      <w:pPr>
        <w:spacing w:line="276" w:lineRule="auto"/>
      </w:pPr>
      <w:r w:rsidRPr="006508B7">
        <w:t>"Or were transported through means that leave no trail," I suggest.</w:t>
      </w:r>
    </w:p>
    <w:p w14:paraId="52B81354" w14:textId="77777777" w:rsidR="006508B7" w:rsidRPr="006508B7" w:rsidRDefault="006508B7" w:rsidP="006508B7">
      <w:pPr>
        <w:spacing w:line="276" w:lineRule="auto"/>
      </w:pPr>
      <w:r w:rsidRPr="006508B7">
        <w:t>I move toward the spot where the silver channels begin to recover their proper form, studying the transition from chaos back to order. Here, at the boundary, I notice something odd—a section where the ward pattern shifts into a configuration I don't recognize. Not damaged, exactly, but altered. Reset.</w:t>
      </w:r>
    </w:p>
    <w:p w14:paraId="7ACA4D16" w14:textId="77777777" w:rsidR="006508B7" w:rsidRPr="006508B7" w:rsidRDefault="006508B7" w:rsidP="006508B7">
      <w:pPr>
        <w:spacing w:line="276" w:lineRule="auto"/>
      </w:pPr>
      <w:r w:rsidRPr="006508B7">
        <w:t>I crouch to examine it more closely. The silver forms a series of interlocking spirals that remind me of ancient human script—not words exactly, but symbols that might convey meaning to those who know the language.</w:t>
      </w:r>
    </w:p>
    <w:p w14:paraId="3DFC4173" w14:textId="77777777" w:rsidR="006508B7" w:rsidRPr="006508B7" w:rsidRDefault="006508B7" w:rsidP="006508B7">
      <w:pPr>
        <w:spacing w:line="276" w:lineRule="auto"/>
      </w:pPr>
      <w:r w:rsidRPr="006508B7">
        <w:t>"This is deliberate," I say, more to myself than to Valeria. "A signature."</w:t>
      </w:r>
    </w:p>
    <w:p w14:paraId="1167A761" w14:textId="77777777" w:rsidR="006508B7" w:rsidRPr="006508B7" w:rsidRDefault="006508B7" w:rsidP="006508B7">
      <w:pPr>
        <w:spacing w:line="276" w:lineRule="auto"/>
      </w:pPr>
      <w:r w:rsidRPr="006508B7">
        <w:t>"Can you read it?" she asks, joining me once more.</w:t>
      </w:r>
    </w:p>
    <w:p w14:paraId="508CFC78" w14:textId="77777777" w:rsidR="006508B7" w:rsidRPr="006508B7" w:rsidRDefault="006508B7" w:rsidP="006508B7">
      <w:pPr>
        <w:spacing w:line="276" w:lineRule="auto"/>
      </w:pPr>
      <w:r w:rsidRPr="006508B7">
        <w:t>"No. But it's meant to be read by someone." I trace the air above the pattern, following its complex whorls. "It's too structured to be random damage."</w:t>
      </w:r>
    </w:p>
    <w:p w14:paraId="4BBE6554" w14:textId="77777777" w:rsidR="006508B7" w:rsidRPr="006508B7" w:rsidRDefault="006508B7" w:rsidP="006508B7">
      <w:pPr>
        <w:spacing w:line="276" w:lineRule="auto"/>
      </w:pPr>
      <w:r w:rsidRPr="006508B7">
        <w:lastRenderedPageBreak/>
        <w:t>I stand again, surveying the entire ambush site with new understanding. The attack was methodical. Precise. Designed not just to steal criminal blood but to create evidence that would inflame human anger toward vampires. A perfect spark for dismantling fifty years of fragile peace.</w:t>
      </w:r>
    </w:p>
    <w:p w14:paraId="62422A45" w14:textId="77777777" w:rsidR="006508B7" w:rsidRPr="006508B7" w:rsidRDefault="006508B7" w:rsidP="006508B7">
      <w:pPr>
        <w:spacing w:line="276" w:lineRule="auto"/>
      </w:pPr>
      <w:r w:rsidRPr="006508B7">
        <w:t>"This wasn't opportunistic," I say, meeting Valeria's golden eyes. "This was engineered to look like a treaty breach and provoke war."</w:t>
      </w:r>
    </w:p>
    <w:p w14:paraId="1F5C8258" w14:textId="77777777" w:rsidR="006508B7" w:rsidRPr="006508B7" w:rsidRDefault="006508B7" w:rsidP="006508B7">
      <w:pPr>
        <w:spacing w:line="276" w:lineRule="auto"/>
      </w:pPr>
      <w:r w:rsidRPr="006508B7">
        <w:t>She holds my gaze, her expression revealing nothing. But I've watched her long enough to catch the subtle tension at the corners of her mouth, the slight narrowing of her eyes.</w:t>
      </w:r>
    </w:p>
    <w:p w14:paraId="3B012550" w14:textId="77777777" w:rsidR="006508B7" w:rsidRPr="006508B7" w:rsidRDefault="006508B7" w:rsidP="006508B7">
      <w:pPr>
        <w:spacing w:line="276" w:lineRule="auto"/>
      </w:pPr>
      <w:r w:rsidRPr="006508B7">
        <w:t>"You suspected as much," I realize aloud.</w:t>
      </w:r>
    </w:p>
    <w:p w14:paraId="36014282" w14:textId="77777777" w:rsidR="006508B7" w:rsidRPr="006508B7" w:rsidRDefault="006508B7" w:rsidP="006508B7">
      <w:pPr>
        <w:spacing w:line="276" w:lineRule="auto"/>
      </w:pPr>
      <w:r w:rsidRPr="006508B7">
        <w:t>"I suspected," she acknowledges, "but lacked proof that would satisfy human authorities."</w:t>
      </w:r>
    </w:p>
    <w:p w14:paraId="696143E6" w14:textId="77777777" w:rsidR="006508B7" w:rsidRPr="006508B7" w:rsidRDefault="006508B7" w:rsidP="006508B7">
      <w:pPr>
        <w:spacing w:line="276" w:lineRule="auto"/>
      </w:pPr>
      <w:r w:rsidRPr="006508B7">
        <w:t>I gesture to the ward pattern. "This is your proof. Human techniques disguised as vampire work. Someone wants both sides to blame each other."</w:t>
      </w:r>
    </w:p>
    <w:p w14:paraId="5376C41E" w14:textId="77777777" w:rsidR="006508B7" w:rsidRPr="006508B7" w:rsidRDefault="006508B7" w:rsidP="006508B7">
      <w:pPr>
        <w:spacing w:line="276" w:lineRule="auto"/>
      </w:pPr>
      <w:r w:rsidRPr="006508B7">
        <w:t>Lord Ardent's voice cuts through our exchange, sharp with impatience. "Speculation without substance. We need to know who took the prisoners, not trade theories about their methods."</w:t>
      </w:r>
    </w:p>
    <w:p w14:paraId="0E4E8C84" w14:textId="77777777" w:rsidR="006508B7" w:rsidRPr="006508B7" w:rsidRDefault="006508B7" w:rsidP="006508B7">
      <w:pPr>
        <w:spacing w:line="276" w:lineRule="auto"/>
      </w:pPr>
      <w:r w:rsidRPr="006508B7">
        <w:t>But Valeria's attention remains fixed on me, her golden eyes searching mine with unexpected intensity. "You recognized these patterns immediately. Your knowledge exceeds standard diplomatic training."</w:t>
      </w:r>
    </w:p>
    <w:p w14:paraId="767160B8" w14:textId="77777777" w:rsidR="006508B7" w:rsidRPr="006508B7" w:rsidRDefault="006508B7" w:rsidP="006508B7">
      <w:pPr>
        <w:spacing w:line="276" w:lineRule="auto"/>
      </w:pPr>
      <w:r w:rsidRPr="006508B7">
        <w:t>It's not quite an accusation, but the question is clear. I consider my response carefully.</w:t>
      </w:r>
    </w:p>
    <w:p w14:paraId="76985898" w14:textId="77777777" w:rsidR="006508B7" w:rsidRPr="006508B7" w:rsidRDefault="006508B7" w:rsidP="006508B7">
      <w:pPr>
        <w:spacing w:line="276" w:lineRule="auto"/>
      </w:pPr>
      <w:r w:rsidRPr="006508B7">
        <w:t>"My father helped negotiate the Accord," I say finally. "He believed I should understand what we were agreeing to—including the classified provisions most diplomats never see."</w:t>
      </w:r>
    </w:p>
    <w:p w14:paraId="4D8BB2AF" w14:textId="77777777" w:rsidR="006508B7" w:rsidRPr="006508B7" w:rsidRDefault="006508B7" w:rsidP="006508B7">
      <w:pPr>
        <w:spacing w:line="276" w:lineRule="auto"/>
      </w:pPr>
      <w:r w:rsidRPr="006508B7">
        <w:t>Understanding dawns in her eyes. "You're not just a diplomat. You're a specialist in vampire-human relations."</w:t>
      </w:r>
    </w:p>
    <w:p w14:paraId="0352B9F8" w14:textId="77777777" w:rsidR="006508B7" w:rsidRPr="006508B7" w:rsidRDefault="006508B7" w:rsidP="006508B7">
      <w:pPr>
        <w:spacing w:line="276" w:lineRule="auto"/>
      </w:pPr>
      <w:r w:rsidRPr="006508B7">
        <w:t>"I'm whatever I need to be to prevent another war," I reply simply.</w:t>
      </w:r>
    </w:p>
    <w:p w14:paraId="17B52322" w14:textId="77777777" w:rsidR="006508B7" w:rsidRPr="006508B7" w:rsidRDefault="006508B7" w:rsidP="006508B7">
      <w:pPr>
        <w:spacing w:line="276" w:lineRule="auto"/>
      </w:pPr>
      <w:r w:rsidRPr="006508B7">
        <w:t xml:space="preserve">The warmth beneath my </w:t>
      </w:r>
      <w:proofErr w:type="gramStart"/>
      <w:r w:rsidRPr="006508B7">
        <w:t>ribs</w:t>
      </w:r>
      <w:proofErr w:type="gramEnd"/>
      <w:r w:rsidRPr="006508B7">
        <w:t xml:space="preserve"> pulses once, strongly, as if agreeing with my purpose. Valeria notices my momentary distraction, her gaze dropping briefly to where my hand has unconsciously risen to press against my sternum.</w:t>
      </w:r>
    </w:p>
    <w:p w14:paraId="1B118023" w14:textId="77777777" w:rsidR="006508B7" w:rsidRPr="006508B7" w:rsidRDefault="006508B7" w:rsidP="006508B7">
      <w:pPr>
        <w:spacing w:line="276" w:lineRule="auto"/>
      </w:pPr>
      <w:r w:rsidRPr="006508B7">
        <w:t>"The connection grows stronger," she observes quietly.</w:t>
      </w:r>
    </w:p>
    <w:p w14:paraId="096D6C5A" w14:textId="77777777" w:rsidR="006508B7" w:rsidRPr="006508B7" w:rsidRDefault="006508B7" w:rsidP="006508B7">
      <w:pPr>
        <w:spacing w:line="276" w:lineRule="auto"/>
      </w:pPr>
      <w:r w:rsidRPr="006508B7">
        <w:t>"Yes," I admit. "Especially when we agree on something."</w:t>
      </w:r>
    </w:p>
    <w:p w14:paraId="45E25D8F" w14:textId="77777777" w:rsidR="006508B7" w:rsidRPr="006508B7" w:rsidRDefault="006508B7" w:rsidP="006508B7">
      <w:pPr>
        <w:spacing w:line="276" w:lineRule="auto"/>
      </w:pPr>
      <w:r w:rsidRPr="006508B7">
        <w:t>Her lips curve in the ghost of a smile, there and gone so quickly I might have imagined it. She turns back toward the ambush site.</w:t>
      </w:r>
    </w:p>
    <w:p w14:paraId="182C1EE1" w14:textId="77777777" w:rsidR="006508B7" w:rsidRPr="006508B7" w:rsidRDefault="006508B7" w:rsidP="006508B7">
      <w:pPr>
        <w:spacing w:line="276" w:lineRule="auto"/>
      </w:pPr>
      <w:r w:rsidRPr="006508B7">
        <w:lastRenderedPageBreak/>
        <w:t>"Then let us agree on this," she says. "Someone is trying to destroy the peace between our peoples. And we must discover who before they succeed."</w:t>
      </w:r>
    </w:p>
    <w:p w14:paraId="6FA94EBD" w14:textId="77777777" w:rsidR="006508B7" w:rsidRPr="006508B7" w:rsidRDefault="006508B7" w:rsidP="006508B7">
      <w:pPr>
        <w:spacing w:line="276" w:lineRule="auto"/>
      </w:pPr>
      <w:r w:rsidRPr="006508B7">
        <w:t>The silver ward lines along the undamaged section pulse once, brightly, as if sealing our pact.</w:t>
      </w:r>
    </w:p>
    <w:p w14:paraId="4D3EA0EB" w14:textId="77777777" w:rsidR="006508B7" w:rsidRPr="006508B7" w:rsidRDefault="006508B7" w:rsidP="006508B7">
      <w:pPr>
        <w:spacing w:line="276" w:lineRule="auto"/>
      </w:pPr>
      <w:r w:rsidRPr="006508B7">
        <w:t>I trace another blackened pattern in the stone, piecing together the sequence of the attack. First the wards disabled, then the convoy halted, then the guards eliminated with efficient precision. No wasted movement. No unnecessary violence. Just cold calculation from someone who knew exactly what they wanted and how to get it. Valeria kneels several feet away, examining the twisted remains of what might have been a ward-key, her golden eyes reflecting the silver light from the still-functioning channels along the road's edge. The connection between us hums steady and warm beneath my ribs, a constant awareness that should feel intrusive but somehow doesn't.</w:t>
      </w:r>
    </w:p>
    <w:p w14:paraId="76B045BD" w14:textId="77777777" w:rsidR="006508B7" w:rsidRPr="006508B7" w:rsidRDefault="006508B7" w:rsidP="006508B7">
      <w:pPr>
        <w:spacing w:line="276" w:lineRule="auto"/>
      </w:pPr>
      <w:r w:rsidRPr="006508B7">
        <w:t>"The ward corruption extends further than it appears," I say, pointing to where seemingly intact channels show microscopic fractures. "They didn't just break through here—they systematically weakened the entire network."</w:t>
      </w:r>
    </w:p>
    <w:p w14:paraId="637052DA" w14:textId="77777777" w:rsidR="006508B7" w:rsidRPr="006508B7" w:rsidRDefault="006508B7" w:rsidP="006508B7">
      <w:pPr>
        <w:spacing w:line="276" w:lineRule="auto"/>
      </w:pPr>
      <w:r w:rsidRPr="006508B7">
        <w:t>Valeria nods, her attention shifting to follow my gesture. "A preparation for something larger, perhaps."</w:t>
      </w:r>
    </w:p>
    <w:p w14:paraId="67276450" w14:textId="77777777" w:rsidR="006508B7" w:rsidRPr="006508B7" w:rsidRDefault="006508B7" w:rsidP="006508B7">
      <w:pPr>
        <w:spacing w:line="276" w:lineRule="auto"/>
      </w:pPr>
      <w:r w:rsidRPr="006508B7">
        <w:t>Lord Ardent circles the perimeter, his posture tense as he surveys the ridge above us. The guards maintain their positions, unnaturally still except for their eyes, which track every shadow as twilight deepens around us.</w:t>
      </w:r>
    </w:p>
    <w:p w14:paraId="6D403936" w14:textId="77777777" w:rsidR="006508B7" w:rsidRPr="006508B7" w:rsidRDefault="006508B7" w:rsidP="006508B7">
      <w:pPr>
        <w:spacing w:line="276" w:lineRule="auto"/>
      </w:pPr>
      <w:r w:rsidRPr="006508B7">
        <w:t>The silver ward lines along the containment road pulse steadily, their rhythm a counterpoint to my heartbeat. I've grown accustomed to their presence, the constant flow of light through ancient channels carved into living stone.</w:t>
      </w:r>
    </w:p>
    <w:p w14:paraId="53DFB8E3" w14:textId="77777777" w:rsidR="006508B7" w:rsidRPr="006508B7" w:rsidRDefault="006508B7" w:rsidP="006508B7">
      <w:pPr>
        <w:spacing w:line="276" w:lineRule="auto"/>
      </w:pPr>
      <w:r w:rsidRPr="006508B7">
        <w:t>Which is why their sudden absence hits like a physical blow.</w:t>
      </w:r>
    </w:p>
    <w:p w14:paraId="48C4C870" w14:textId="77777777" w:rsidR="006508B7" w:rsidRPr="006508B7" w:rsidRDefault="006508B7" w:rsidP="006508B7">
      <w:pPr>
        <w:spacing w:line="276" w:lineRule="auto"/>
      </w:pPr>
      <w:r w:rsidRPr="006508B7">
        <w:t>One moment, silver light flows through the network, illuminating our investigation in its cool glow. The next—nothing. The channels go dark all at once, not flickering out but simply ceasing, as if someone has cut the power source feeding them.</w:t>
      </w:r>
    </w:p>
    <w:p w14:paraId="404A40B6" w14:textId="77777777" w:rsidR="006508B7" w:rsidRPr="006508B7" w:rsidRDefault="006508B7" w:rsidP="006508B7">
      <w:pPr>
        <w:spacing w:line="276" w:lineRule="auto"/>
      </w:pPr>
      <w:r w:rsidRPr="006508B7">
        <w:t>The silence that follows feels solid. The constant background hum of ward magic—so constant I hadn't noticed it until now—vanishes, leaving a void that presses against my ears like deep water.</w:t>
      </w:r>
    </w:p>
    <w:p w14:paraId="7BA15FA7" w14:textId="77777777" w:rsidR="006508B7" w:rsidRPr="006508B7" w:rsidRDefault="006508B7" w:rsidP="006508B7">
      <w:pPr>
        <w:spacing w:line="276" w:lineRule="auto"/>
      </w:pPr>
      <w:r w:rsidRPr="006508B7">
        <w:t>Cold settles over the mountain, not the natural chill of altitude but something else—an absence of warmth that feels deliberate. The air thickens, making each breath require conscious effort.</w:t>
      </w:r>
    </w:p>
    <w:p w14:paraId="78DF8C31" w14:textId="77777777" w:rsidR="006508B7" w:rsidRPr="006508B7" w:rsidRDefault="006508B7" w:rsidP="006508B7">
      <w:pPr>
        <w:spacing w:line="276" w:lineRule="auto"/>
      </w:pPr>
      <w:r w:rsidRPr="006508B7">
        <w:lastRenderedPageBreak/>
        <w:t>Valeria rises in a single fluid motion, her entire demeanor shifting from investigation to predator in an instant. The guards move inward, forming a tighter perimeter around us. Lord Ardent goes rigid, his hand moving to a concealed weapon beneath his formal attire.</w:t>
      </w:r>
    </w:p>
    <w:p w14:paraId="33121DAD" w14:textId="77777777" w:rsidR="006508B7" w:rsidRPr="006508B7" w:rsidRDefault="006508B7" w:rsidP="006508B7">
      <w:pPr>
        <w:spacing w:line="276" w:lineRule="auto"/>
      </w:pPr>
      <w:r w:rsidRPr="006508B7">
        <w:t>"What is it?" I ask.</w:t>
      </w:r>
    </w:p>
    <w:p w14:paraId="590942A6" w14:textId="77777777" w:rsidR="006508B7" w:rsidRPr="006508B7" w:rsidRDefault="006508B7" w:rsidP="006508B7">
      <w:pPr>
        <w:spacing w:line="276" w:lineRule="auto"/>
      </w:pPr>
      <w:r w:rsidRPr="006508B7">
        <w:t>"Listen," Valeria commands softly.</w:t>
      </w:r>
    </w:p>
    <w:p w14:paraId="534EBB1C" w14:textId="77777777" w:rsidR="006508B7" w:rsidRPr="006508B7" w:rsidRDefault="006508B7" w:rsidP="006508B7">
      <w:pPr>
        <w:spacing w:line="276" w:lineRule="auto"/>
      </w:pPr>
      <w:r w:rsidRPr="006508B7">
        <w:t>I strain my human hearing, detecting nothing at first. Then—a rustle in the darkness beyond the containment road. Not wind, not small animals, but something deliberate. Something trying to be quiet and failing.</w:t>
      </w:r>
    </w:p>
    <w:p w14:paraId="0E6D1517" w14:textId="77777777" w:rsidR="006508B7" w:rsidRPr="006508B7" w:rsidRDefault="006508B7" w:rsidP="006508B7">
      <w:pPr>
        <w:spacing w:line="276" w:lineRule="auto"/>
      </w:pPr>
      <w:r w:rsidRPr="006508B7">
        <w:t>The guards move closer, their previously ceremonial presence turning into a defensive formation that places Valeria and me at its center. Lord Ardent steps toward us, his silver eyes scanning the ridge above with predatory focus.</w:t>
      </w:r>
    </w:p>
    <w:p w14:paraId="09CEC6C3" w14:textId="77777777" w:rsidR="006508B7" w:rsidRPr="006508B7" w:rsidRDefault="006508B7" w:rsidP="006508B7">
      <w:pPr>
        <w:spacing w:line="276" w:lineRule="auto"/>
      </w:pPr>
      <w:r w:rsidRPr="006508B7">
        <w:t>"We should return to the palace," he says, voice low. "Now."</w:t>
      </w:r>
    </w:p>
    <w:p w14:paraId="5CABCB2E" w14:textId="77777777" w:rsidR="006508B7" w:rsidRPr="006508B7" w:rsidRDefault="006508B7" w:rsidP="006508B7">
      <w:pPr>
        <w:spacing w:line="276" w:lineRule="auto"/>
      </w:pPr>
      <w:r w:rsidRPr="006508B7">
        <w:t>Another rustle, closer this time. Something moves in the shadows where the road curves around an outcropping of stone. Not approaching directly but circling, evaluating.</w:t>
      </w:r>
    </w:p>
    <w:p w14:paraId="459E8139" w14:textId="77777777" w:rsidR="006508B7" w:rsidRPr="006508B7" w:rsidRDefault="006508B7" w:rsidP="006508B7">
      <w:pPr>
        <w:spacing w:line="276" w:lineRule="auto"/>
      </w:pPr>
      <w:r w:rsidRPr="006508B7">
        <w:t>Hunting.</w:t>
      </w:r>
    </w:p>
    <w:p w14:paraId="6CD0358E" w14:textId="77777777" w:rsidR="006508B7" w:rsidRPr="006508B7" w:rsidRDefault="006508B7" w:rsidP="006508B7">
      <w:pPr>
        <w:spacing w:line="276" w:lineRule="auto"/>
      </w:pPr>
      <w:r w:rsidRPr="006508B7">
        <w:t>Valeria moves with vampire speed, closing the distance between us in a heartbeat. Before I can process her intention, she grabs my wrist and pulls me behind her, her body positioning itself as a shield between me and whatever approaches.</w:t>
      </w:r>
    </w:p>
    <w:p w14:paraId="0AA37E3A" w14:textId="77777777" w:rsidR="006508B7" w:rsidRPr="006508B7" w:rsidRDefault="006508B7" w:rsidP="006508B7">
      <w:pPr>
        <w:spacing w:line="276" w:lineRule="auto"/>
      </w:pPr>
      <w:r w:rsidRPr="006508B7">
        <w:t>The contact—her fingers wrapped around my wrist—sends an immediate response through my system. Not pain. Recognition. Connection. Awareness. The warmth beneath my ribs flares hot and bright, no longer steady but urgent, radiating outward from where our skin touches.</w:t>
      </w:r>
    </w:p>
    <w:p w14:paraId="3D2E314A" w14:textId="77777777" w:rsidR="006508B7" w:rsidRPr="006508B7" w:rsidRDefault="006508B7" w:rsidP="006508B7">
      <w:pPr>
        <w:spacing w:line="276" w:lineRule="auto"/>
      </w:pPr>
      <w:r w:rsidRPr="006508B7">
        <w:t>And the ward channels respond.</w:t>
      </w:r>
    </w:p>
    <w:p w14:paraId="3025C2E5" w14:textId="77777777" w:rsidR="006508B7" w:rsidRPr="006508B7" w:rsidRDefault="006508B7" w:rsidP="006508B7">
      <w:pPr>
        <w:spacing w:line="276" w:lineRule="auto"/>
      </w:pPr>
      <w:r w:rsidRPr="006508B7">
        <w:t>Silver light reignites along the containment road, not gradually but in a sudden surge that flows outward from where we stand. The channels closest to us glow first, then the light races along the network in both directions, reawakening the ancient magic that had gone dormant. Within seconds, the entire visible length of the road shimmers with silver light, brighter than before. Steadier.</w:t>
      </w:r>
    </w:p>
    <w:p w14:paraId="33B28AF5" w14:textId="77777777" w:rsidR="006508B7" w:rsidRPr="006508B7" w:rsidRDefault="006508B7" w:rsidP="006508B7">
      <w:pPr>
        <w:spacing w:line="276" w:lineRule="auto"/>
      </w:pPr>
      <w:r w:rsidRPr="006508B7">
        <w:t>Whatever lurked in the darkness retreats—I hear it moving away, faster now, no longer caring about stealth.</w:t>
      </w:r>
    </w:p>
    <w:p w14:paraId="6389A295" w14:textId="77777777" w:rsidR="006508B7" w:rsidRPr="006508B7" w:rsidRDefault="006508B7" w:rsidP="006508B7">
      <w:pPr>
        <w:spacing w:line="276" w:lineRule="auto"/>
      </w:pPr>
      <w:r w:rsidRPr="006508B7">
        <w:lastRenderedPageBreak/>
        <w:t>Valeria's fingers remain wrapped around my wrist, her grip firm but not painful. I should pull away. Protocol dictates distance. But the connection flowing between us feels necessary—as though her touch completed a circuit that keeps the ward lines alive.</w:t>
      </w:r>
    </w:p>
    <w:p w14:paraId="322F1635" w14:textId="77777777" w:rsidR="006508B7" w:rsidRPr="006508B7" w:rsidRDefault="006508B7" w:rsidP="006508B7">
      <w:pPr>
        <w:spacing w:line="276" w:lineRule="auto"/>
      </w:pPr>
      <w:r w:rsidRPr="006508B7">
        <w:t>The guards relax marginally, though they remain vigilant. Lord Ardent's expression darkens as he watches the silver light flowing through the channels, his gaze shifting between the ward lines and our connected hands.</w:t>
      </w:r>
    </w:p>
    <w:p w14:paraId="5373AE31" w14:textId="77777777" w:rsidR="006508B7" w:rsidRPr="006508B7" w:rsidRDefault="006508B7" w:rsidP="006508B7">
      <w:pPr>
        <w:spacing w:line="276" w:lineRule="auto"/>
      </w:pPr>
      <w:r w:rsidRPr="006508B7">
        <w:t>"The wards respond to your combined presence," he says, the words neutral but sharpened by accusation.</w:t>
      </w:r>
    </w:p>
    <w:p w14:paraId="17EE7DD2" w14:textId="77777777" w:rsidR="006508B7" w:rsidRPr="006508B7" w:rsidRDefault="006508B7" w:rsidP="006508B7">
      <w:pPr>
        <w:spacing w:line="276" w:lineRule="auto"/>
      </w:pPr>
      <w:r w:rsidRPr="006508B7">
        <w:t>Valeria doesn't release me immediately. Instead, she turns slowly, her golden eyes finding mine with an intensity that steals my breath. She says nothing, but her face holds a complicated mix of confusion, fascination, and something deeper—a question without words.</w:t>
      </w:r>
    </w:p>
    <w:p w14:paraId="335DA9F8" w14:textId="77777777" w:rsidR="006508B7" w:rsidRPr="006508B7" w:rsidRDefault="006508B7" w:rsidP="006508B7">
      <w:pPr>
        <w:spacing w:line="276" w:lineRule="auto"/>
      </w:pPr>
      <w:r w:rsidRPr="006508B7">
        <w:t>Her fingers loosen gradually, sliding from my wrist with careful precision. As our skin separates, the ward channels dim slightly but continue glowing, stabilized by our proximity if not our touch.</w:t>
      </w:r>
    </w:p>
    <w:p w14:paraId="2B4E7047" w14:textId="77777777" w:rsidR="006508B7" w:rsidRPr="006508B7" w:rsidRDefault="006508B7" w:rsidP="006508B7">
      <w:pPr>
        <w:spacing w:line="276" w:lineRule="auto"/>
      </w:pPr>
      <w:r w:rsidRPr="006508B7">
        <w:t>"What was out there?" I ask.</w:t>
      </w:r>
    </w:p>
    <w:p w14:paraId="7B361DD2" w14:textId="77777777" w:rsidR="006508B7" w:rsidRPr="006508B7" w:rsidRDefault="006508B7" w:rsidP="006508B7">
      <w:pPr>
        <w:spacing w:line="276" w:lineRule="auto"/>
      </w:pPr>
      <w:r w:rsidRPr="006508B7">
        <w:t>"Something that doesn't belong," she answers, her voice strained in a way I haven't heard before. "Something drawn to ward disturbances."</w:t>
      </w:r>
    </w:p>
    <w:p w14:paraId="6622ECCF" w14:textId="77777777" w:rsidR="006508B7" w:rsidRPr="006508B7" w:rsidRDefault="006508B7" w:rsidP="006508B7">
      <w:pPr>
        <w:spacing w:line="276" w:lineRule="auto"/>
      </w:pPr>
      <w:r w:rsidRPr="006508B7">
        <w:t>Lord Ardent steps closer, his silver eyes cold with suspicion. "Or drawn to her," he suggests, nodding toward me. "The wards react abnormally to her presence. Perhaps other things do as well."</w:t>
      </w:r>
    </w:p>
    <w:p w14:paraId="64E3B436" w14:textId="77777777" w:rsidR="006508B7" w:rsidRPr="006508B7" w:rsidRDefault="006508B7" w:rsidP="006508B7">
      <w:pPr>
        <w:spacing w:line="276" w:lineRule="auto"/>
      </w:pPr>
      <w:r w:rsidRPr="006508B7">
        <w:t>The accusation hangs between us. Valeria's expression settles back into royal neutrality, the momentary vulnerability gone as though it never existed.</w:t>
      </w:r>
    </w:p>
    <w:p w14:paraId="0E8574DB" w14:textId="77777777" w:rsidR="006508B7" w:rsidRPr="006508B7" w:rsidRDefault="006508B7" w:rsidP="006508B7">
      <w:pPr>
        <w:spacing w:line="276" w:lineRule="auto"/>
      </w:pPr>
      <w:r w:rsidRPr="006508B7">
        <w:t>"We've seen enough," she says. "The evidence is clear. This attack was engineered to provoke conflict."</w:t>
      </w:r>
    </w:p>
    <w:p w14:paraId="30E0A4FD" w14:textId="77777777" w:rsidR="006508B7" w:rsidRPr="006508B7" w:rsidRDefault="006508B7" w:rsidP="006508B7">
      <w:pPr>
        <w:spacing w:line="276" w:lineRule="auto"/>
      </w:pPr>
      <w:r w:rsidRPr="006508B7">
        <w:t xml:space="preserve">But her eyes return to mine briefly, the question still there beneath her composed exterior. </w:t>
      </w:r>
      <w:r w:rsidRPr="006508B7">
        <w:rPr>
          <w:i/>
          <w:iCs/>
        </w:rPr>
        <w:t>What are we? What is this? What does it mean that her touch brings the wards back to life?</w:t>
      </w:r>
    </w:p>
    <w:p w14:paraId="352656ED" w14:textId="77777777" w:rsidR="006508B7" w:rsidRPr="006508B7" w:rsidRDefault="006508B7" w:rsidP="006508B7">
      <w:pPr>
        <w:spacing w:line="276" w:lineRule="auto"/>
      </w:pPr>
      <w:r w:rsidRPr="006508B7">
        <w:t>I swallow hard, forcing myself to focus on the investigation rather than the lingering warmth where her fingers gripped my wrist. My training demands clarity. Distance.</w:t>
      </w:r>
    </w:p>
    <w:p w14:paraId="1AE193D9" w14:textId="77777777" w:rsidR="006508B7" w:rsidRPr="006508B7" w:rsidRDefault="006508B7" w:rsidP="006508B7">
      <w:pPr>
        <w:spacing w:line="276" w:lineRule="auto"/>
      </w:pPr>
      <w:r w:rsidRPr="006508B7">
        <w:t>All of which feels harder around Valeria.</w:t>
      </w:r>
    </w:p>
    <w:p w14:paraId="5AF1A5D3" w14:textId="77777777" w:rsidR="006508B7" w:rsidRPr="006508B7" w:rsidRDefault="006508B7" w:rsidP="006508B7">
      <w:pPr>
        <w:spacing w:line="276" w:lineRule="auto"/>
      </w:pPr>
      <w:r w:rsidRPr="006508B7">
        <w:t>"Cool. Great. Love that my life is now 'near-death' and 'why is she so pretty' at the same time," I mutter under my breath, not intending to be heard.</w:t>
      </w:r>
    </w:p>
    <w:p w14:paraId="03738020" w14:textId="77777777" w:rsidR="006508B7" w:rsidRPr="006508B7" w:rsidRDefault="006508B7" w:rsidP="006508B7">
      <w:pPr>
        <w:spacing w:line="276" w:lineRule="auto"/>
      </w:pPr>
      <w:r w:rsidRPr="006508B7">
        <w:lastRenderedPageBreak/>
        <w:t>But vampire hearing is better than human planning. Valeria's head turns slightly, the barest hint of surprise crossing her face before disappearing beneath perfect control. If I didn't know better, I'd think the corner of her mouth twitched upward for half a second.</w:t>
      </w:r>
    </w:p>
    <w:p w14:paraId="0106F165" w14:textId="77777777" w:rsidR="006508B7" w:rsidRPr="006508B7" w:rsidRDefault="006508B7" w:rsidP="006508B7">
      <w:pPr>
        <w:spacing w:line="276" w:lineRule="auto"/>
      </w:pPr>
      <w:r w:rsidRPr="006508B7">
        <w:t>The ward channels pulse once, strongly, as if agreeing with my poorly timed observation.</w:t>
      </w:r>
    </w:p>
    <w:p w14:paraId="026751CA" w14:textId="77777777" w:rsidR="006508B7" w:rsidRPr="006508B7" w:rsidRDefault="006508B7" w:rsidP="006508B7">
      <w:pPr>
        <w:spacing w:line="276" w:lineRule="auto"/>
      </w:pPr>
      <w:r w:rsidRPr="006508B7">
        <w:t>Focus, Alice. Mysterious attacks. Treaty violations. Potential war.</w:t>
      </w:r>
    </w:p>
    <w:p w14:paraId="50B9584C" w14:textId="77777777" w:rsidR="006508B7" w:rsidRPr="006508B7" w:rsidRDefault="006508B7" w:rsidP="006508B7">
      <w:pPr>
        <w:spacing w:line="276" w:lineRule="auto"/>
      </w:pPr>
      <w:r w:rsidRPr="006508B7">
        <w:t>These are slightly more important than noticing how the silver light makes her cheekbones look like they were carved by someone who really understood beauty.</w:t>
      </w:r>
    </w:p>
    <w:p w14:paraId="717D3D80" w14:textId="77777777" w:rsidR="006508B7" w:rsidRPr="006508B7" w:rsidRDefault="006508B7" w:rsidP="006508B7">
      <w:pPr>
        <w:spacing w:line="276" w:lineRule="auto"/>
      </w:pPr>
      <w:r w:rsidRPr="006508B7">
        <w:t>But as we turn to leave the ambush site, the ward lines brightening with each step Valeria takes beside me, the warmth beneath my ribs reminds me that whatever connects us has become impossible to ignore—for either of us.</w:t>
      </w:r>
    </w:p>
    <w:p w14:paraId="6CAD3994" w14:textId="77777777" w:rsidR="006508B7" w:rsidRPr="006508B7" w:rsidRDefault="006508B7" w:rsidP="006508B7">
      <w:pPr>
        <w:spacing w:line="276" w:lineRule="auto"/>
      </w:pPr>
      <w:r w:rsidRPr="006508B7">
        <w:t>We retreat to a ledge twenty feet above the ambush site, a defensible position anchored by a handful of still-functioning runes carved directly into the mountain face. Their silver glow creates a perimeter of light that feels more symbolic than protective, but the guards position themselves at its edges anyway, their bodies forming a second barrier between us and whatever lurked in the darkness below. I stand with my back to the stone wall, feeling the cold seep through Valeria's borrowed dress while cataloging escape routes that don't exist. Diplomatic training never covered being trapped on a mountain ledge after nightfall with increasingly agitated vampires.</w:t>
      </w:r>
    </w:p>
    <w:p w14:paraId="4C86DA20" w14:textId="77777777" w:rsidR="006508B7" w:rsidRPr="006508B7" w:rsidRDefault="006508B7" w:rsidP="006508B7">
      <w:pPr>
        <w:spacing w:line="276" w:lineRule="auto"/>
      </w:pPr>
      <w:r w:rsidRPr="006508B7">
        <w:t>Lord Ardent paces the narrow space, his movements too fluid to be human, too sharp to be entirely controlled. The perfect composure he maintains at court has frayed, revealing something older and more dangerous beneath the civilized exterior. He stops abruptly, turning to face Valeria with barely contained frustration.</w:t>
      </w:r>
    </w:p>
    <w:p w14:paraId="6C6AE519" w14:textId="77777777" w:rsidR="006508B7" w:rsidRPr="006508B7" w:rsidRDefault="006508B7" w:rsidP="006508B7">
      <w:pPr>
        <w:spacing w:line="276" w:lineRule="auto"/>
      </w:pPr>
      <w:r w:rsidRPr="006508B7">
        <w:t>"This proves nothing," he snaps, silver eyes flashing in the ward light. "Except that bringing her here was exactly as dangerous as I predicted."</w:t>
      </w:r>
    </w:p>
    <w:p w14:paraId="5BE3EA5D" w14:textId="77777777" w:rsidR="006508B7" w:rsidRPr="006508B7" w:rsidRDefault="006508B7" w:rsidP="006508B7">
      <w:pPr>
        <w:spacing w:line="276" w:lineRule="auto"/>
      </w:pPr>
      <w:r w:rsidRPr="006508B7">
        <w:t>He gestures toward me without looking in my direction, as if acknowledging me directly might validate me.</w:t>
      </w:r>
    </w:p>
    <w:p w14:paraId="51A2DC68" w14:textId="77777777" w:rsidR="006508B7" w:rsidRPr="006508B7" w:rsidRDefault="006508B7" w:rsidP="006508B7">
      <w:pPr>
        <w:spacing w:line="276" w:lineRule="auto"/>
      </w:pPr>
      <w:r w:rsidRPr="006508B7">
        <w:t>"This is dangerous and she shouldn't be here," he continues, voice dropping lower. "Whatever attacked the convoy clearly remains in the vicinity. We've exposed ourselves—and more importantly, you, Your Majesty—to unnecessary risk."</w:t>
      </w:r>
    </w:p>
    <w:p w14:paraId="6FEE6DD3" w14:textId="77777777" w:rsidR="006508B7" w:rsidRPr="006508B7" w:rsidRDefault="006508B7" w:rsidP="006508B7">
      <w:pPr>
        <w:spacing w:line="276" w:lineRule="auto"/>
      </w:pPr>
      <w:r w:rsidRPr="006508B7">
        <w:t>Valeria stands at the ledge's edge, her profile outlined against the darkening sky. She doesn't immediately respond, her attention fixed on the containment road below where silver ward lines continue their steady pulse.</w:t>
      </w:r>
    </w:p>
    <w:p w14:paraId="28F83502" w14:textId="77777777" w:rsidR="006508B7" w:rsidRPr="006508B7" w:rsidRDefault="006508B7" w:rsidP="006508B7">
      <w:pPr>
        <w:spacing w:line="276" w:lineRule="auto"/>
      </w:pPr>
      <w:r w:rsidRPr="006508B7">
        <w:t xml:space="preserve">I straighten my spine and lift my chin </w:t>
      </w:r>
      <w:proofErr w:type="gramStart"/>
      <w:r w:rsidRPr="006508B7">
        <w:t>slightly—small</w:t>
      </w:r>
      <w:proofErr w:type="gramEnd"/>
      <w:r w:rsidRPr="006508B7">
        <w:t xml:space="preserve"> signals diplomacy has trained into me. When I speak, my voice carries the measured calm that has defused a hundred disputes.</w:t>
      </w:r>
    </w:p>
    <w:p w14:paraId="55166338" w14:textId="77777777" w:rsidR="006508B7" w:rsidRPr="006508B7" w:rsidRDefault="006508B7" w:rsidP="006508B7">
      <w:pPr>
        <w:spacing w:line="276" w:lineRule="auto"/>
      </w:pPr>
      <w:r w:rsidRPr="006508B7">
        <w:lastRenderedPageBreak/>
        <w:t>"With respect, Lord Ardent, the evidence of sabotage is quite clear." I gesture toward the ambush site. "The ward disruption technique bears human signatures deliberately obscured by vampire methods. Someone wants our peoples to blame each other while they pursue their own agenda."</w:t>
      </w:r>
    </w:p>
    <w:p w14:paraId="56E93ED9" w14:textId="77777777" w:rsidR="006508B7" w:rsidRPr="006508B7" w:rsidRDefault="006508B7" w:rsidP="006508B7">
      <w:pPr>
        <w:spacing w:line="276" w:lineRule="auto"/>
      </w:pPr>
      <w:r w:rsidRPr="006508B7">
        <w:t>Ardent turns to me fully now, his silver eyes narrowing. "And you recognized these techniques immediately. How convenient."</w:t>
      </w:r>
    </w:p>
    <w:p w14:paraId="4D1CED10" w14:textId="77777777" w:rsidR="006508B7" w:rsidRPr="006508B7" w:rsidRDefault="006508B7" w:rsidP="006508B7">
      <w:pPr>
        <w:spacing w:line="276" w:lineRule="auto"/>
      </w:pPr>
      <w:r w:rsidRPr="006508B7">
        <w:t>The accusation hangs in the air.</w:t>
      </w:r>
    </w:p>
    <w:p w14:paraId="69BF5DAB" w14:textId="77777777" w:rsidR="006508B7" w:rsidRPr="006508B7" w:rsidRDefault="006508B7" w:rsidP="006508B7">
      <w:pPr>
        <w:spacing w:line="276" w:lineRule="auto"/>
      </w:pPr>
      <w:r w:rsidRPr="006508B7">
        <w:t>"I recognized them because I've studied both the war and the peace that followed," I reply evenly. "My father's involvement in the Accord gave me access to classified knowledge few diplomats possess. That's precisely why I was sent to investigate this violation."</w:t>
      </w:r>
    </w:p>
    <w:p w14:paraId="6D7967AC" w14:textId="77777777" w:rsidR="006508B7" w:rsidRPr="006508B7" w:rsidRDefault="006508B7" w:rsidP="006508B7">
      <w:pPr>
        <w:spacing w:line="276" w:lineRule="auto"/>
      </w:pPr>
      <w:r w:rsidRPr="006508B7">
        <w:t>"Or precisely why you engineered it," he counters. "Human ward-breaking techniques, which you conveniently understand. A treaty violation that brings you directly into our territory. The wards responding to your presence in unprecedented ways."</w:t>
      </w:r>
    </w:p>
    <w:p w14:paraId="658B29AB" w14:textId="77777777" w:rsidR="006508B7" w:rsidRPr="006508B7" w:rsidRDefault="006508B7" w:rsidP="006508B7">
      <w:pPr>
        <w:spacing w:line="276" w:lineRule="auto"/>
      </w:pPr>
      <w:r w:rsidRPr="006508B7">
        <w:t>I maintain composure, though heat rises in my cheeks. "If I were sabotaging the Accord, would I point out the evidence that exonerates vampires from direct responsibility?"</w:t>
      </w:r>
    </w:p>
    <w:p w14:paraId="26CA6C73" w14:textId="77777777" w:rsidR="006508B7" w:rsidRPr="006508B7" w:rsidRDefault="006508B7" w:rsidP="006508B7">
      <w:pPr>
        <w:spacing w:line="276" w:lineRule="auto"/>
      </w:pPr>
      <w:r w:rsidRPr="006508B7">
        <w:t>"Perhaps that's merely the next layer of deception."</w:t>
      </w:r>
    </w:p>
    <w:p w14:paraId="3EAF3DC3" w14:textId="77777777" w:rsidR="006508B7" w:rsidRPr="006508B7" w:rsidRDefault="006508B7" w:rsidP="006508B7">
      <w:pPr>
        <w:spacing w:line="276" w:lineRule="auto"/>
      </w:pPr>
      <w:r w:rsidRPr="006508B7">
        <w:t>Before I can respond, Valeria turns from her position at the ledge's edge. Her movement is unhurried yet absolute.</w:t>
      </w:r>
    </w:p>
    <w:p w14:paraId="63E12E57" w14:textId="77777777" w:rsidR="006508B7" w:rsidRPr="006508B7" w:rsidRDefault="006508B7" w:rsidP="006508B7">
      <w:pPr>
        <w:spacing w:line="276" w:lineRule="auto"/>
      </w:pPr>
      <w:r w:rsidRPr="006508B7">
        <w:t>"Enough."</w:t>
      </w:r>
    </w:p>
    <w:p w14:paraId="50BBAAE7" w14:textId="77777777" w:rsidR="006508B7" w:rsidRPr="006508B7" w:rsidRDefault="006508B7" w:rsidP="006508B7">
      <w:pPr>
        <w:spacing w:line="276" w:lineRule="auto"/>
      </w:pPr>
      <w:r w:rsidRPr="006508B7">
        <w:t>One word, spoken quietly, yet it silences Ardent. The power dynamic shifts. The guards respond too, stepping back without being told, creating space that belongs to Valeria alone.</w:t>
      </w:r>
    </w:p>
    <w:p w14:paraId="4A983DF4" w14:textId="77777777" w:rsidR="006508B7" w:rsidRPr="006508B7" w:rsidRDefault="006508B7" w:rsidP="006508B7">
      <w:pPr>
        <w:spacing w:line="276" w:lineRule="auto"/>
      </w:pPr>
      <w:r w:rsidRPr="006508B7">
        <w:t>She approaches me with measured steps, her golden eyes reflecting ward light in metallic shards. I remain still, diplomatic training holding my body in place despite the speeding of my heart—which every vampire here can hear.</w:t>
      </w:r>
    </w:p>
    <w:p w14:paraId="4D8D91E8" w14:textId="77777777" w:rsidR="006508B7" w:rsidRPr="006508B7" w:rsidRDefault="006508B7" w:rsidP="006508B7">
      <w:pPr>
        <w:spacing w:line="276" w:lineRule="auto"/>
      </w:pPr>
      <w:r w:rsidRPr="006508B7">
        <w:t>"You're bleeding," she says, her voice softer than before.</w:t>
      </w:r>
    </w:p>
    <w:p w14:paraId="4B234A12" w14:textId="77777777" w:rsidR="006508B7" w:rsidRPr="006508B7" w:rsidRDefault="006508B7" w:rsidP="006508B7">
      <w:pPr>
        <w:spacing w:line="276" w:lineRule="auto"/>
      </w:pPr>
      <w:r w:rsidRPr="006508B7">
        <w:t>I blink, then register the sting at my temple. In the retreat, I must have grazed stone without noticing.</w:t>
      </w:r>
    </w:p>
    <w:p w14:paraId="23DD77BF" w14:textId="77777777" w:rsidR="006508B7" w:rsidRPr="006508B7" w:rsidRDefault="006508B7" w:rsidP="006508B7">
      <w:pPr>
        <w:spacing w:line="276" w:lineRule="auto"/>
      </w:pPr>
      <w:r w:rsidRPr="006508B7">
        <w:t>Valeria stops directly before me, close enough that I can smell her—roses and that deeper metallic note. The warmth beneath my ribs intensifies, pulsing with the ward lines along the ledge wall.</w:t>
      </w:r>
    </w:p>
    <w:p w14:paraId="0247A0C0" w14:textId="77777777" w:rsidR="006508B7" w:rsidRPr="006508B7" w:rsidRDefault="006508B7" w:rsidP="006508B7">
      <w:pPr>
        <w:spacing w:line="276" w:lineRule="auto"/>
      </w:pPr>
      <w:r w:rsidRPr="006508B7">
        <w:t>"It's nothing," I say. "Just a scratch."</w:t>
      </w:r>
    </w:p>
    <w:p w14:paraId="10EE885F" w14:textId="77777777" w:rsidR="006508B7" w:rsidRPr="006508B7" w:rsidRDefault="006508B7" w:rsidP="006508B7">
      <w:pPr>
        <w:spacing w:line="276" w:lineRule="auto"/>
      </w:pPr>
      <w:r w:rsidRPr="006508B7">
        <w:lastRenderedPageBreak/>
        <w:t>She lifts one hand slowly, deliberately, giving me time to pull away. When I don't, she brushes a lock of hair from my face, tucking it behind my ear to examine the injury. Her fingers linger near my cheek a moment longer than necessary.</w:t>
      </w:r>
    </w:p>
    <w:p w14:paraId="29F254D8" w14:textId="77777777" w:rsidR="006508B7" w:rsidRPr="006508B7" w:rsidRDefault="006508B7" w:rsidP="006508B7">
      <w:pPr>
        <w:spacing w:line="276" w:lineRule="auto"/>
      </w:pPr>
      <w:r w:rsidRPr="006508B7">
        <w:t>"Nothing that would tempt us, if that's your concern," she says quietly. "But injuries in this environment can complicate matters."</w:t>
      </w:r>
    </w:p>
    <w:p w14:paraId="50ADB304" w14:textId="77777777" w:rsidR="006508B7" w:rsidRPr="006508B7" w:rsidRDefault="006508B7" w:rsidP="006508B7">
      <w:pPr>
        <w:spacing w:line="276" w:lineRule="auto"/>
      </w:pPr>
      <w:r w:rsidRPr="006508B7">
        <w:t>I should step back. Create distance. Maintain boundaries.</w:t>
      </w:r>
    </w:p>
    <w:p w14:paraId="32B98469" w14:textId="77777777" w:rsidR="006508B7" w:rsidRPr="006508B7" w:rsidRDefault="006508B7" w:rsidP="006508B7">
      <w:pPr>
        <w:spacing w:line="276" w:lineRule="auto"/>
      </w:pPr>
      <w:r w:rsidRPr="006508B7">
        <w:t>I don't.</w:t>
      </w:r>
    </w:p>
    <w:p w14:paraId="12196F76" w14:textId="77777777" w:rsidR="006508B7" w:rsidRPr="006508B7" w:rsidRDefault="006508B7" w:rsidP="006508B7">
      <w:pPr>
        <w:spacing w:line="276" w:lineRule="auto"/>
      </w:pPr>
      <w:r w:rsidRPr="006508B7">
        <w:t>"I'm not concerned," I reply, my voice steadier than I feel. "About the injury or its... appeal."</w:t>
      </w:r>
    </w:p>
    <w:p w14:paraId="74D5C7FF" w14:textId="77777777" w:rsidR="006508B7" w:rsidRPr="006508B7" w:rsidRDefault="006508B7" w:rsidP="006508B7">
      <w:pPr>
        <w:spacing w:line="276" w:lineRule="auto"/>
      </w:pPr>
      <w:r w:rsidRPr="006508B7">
        <w:t>Something shifts in her expression—softening, barely there. She's checking me for shock, I realize. This gesture would be normal between humans. Here, it is not.</w:t>
      </w:r>
    </w:p>
    <w:p w14:paraId="48668270" w14:textId="77777777" w:rsidR="006508B7" w:rsidRPr="006508B7" w:rsidRDefault="006508B7" w:rsidP="006508B7">
      <w:pPr>
        <w:spacing w:line="276" w:lineRule="auto"/>
      </w:pPr>
      <w:r w:rsidRPr="006508B7">
        <w:t>Lord Ardent watches with barely concealed displeasure. The guards remain impassive, but I can feel the sharpened attention. This will be interpreted. Reported. Turned into theory.</w:t>
      </w:r>
    </w:p>
    <w:p w14:paraId="1FA6E5D2" w14:textId="77777777" w:rsidR="006508B7" w:rsidRPr="006508B7" w:rsidRDefault="006508B7" w:rsidP="006508B7">
      <w:pPr>
        <w:spacing w:line="276" w:lineRule="auto"/>
      </w:pPr>
      <w:r w:rsidRPr="006508B7">
        <w:t>"We should return to the palace," Valeria says, her fingers finally withdrawing. "We've confirmed the nature of the attack. Further investigation can wait until daylight."</w:t>
      </w:r>
    </w:p>
    <w:p w14:paraId="60CB68AD" w14:textId="77777777" w:rsidR="006508B7" w:rsidRPr="006508B7" w:rsidRDefault="006508B7" w:rsidP="006508B7">
      <w:pPr>
        <w:spacing w:line="276" w:lineRule="auto"/>
      </w:pPr>
      <w:r w:rsidRPr="006508B7">
        <w:t>I nod, exhaustion sinking into my bones. The altitude. The tension. The constant effort of existing among predators. The warmth beneath my ribs stays steady.</w:t>
      </w:r>
    </w:p>
    <w:p w14:paraId="767BA84F" w14:textId="77777777" w:rsidR="006508B7" w:rsidRPr="006508B7" w:rsidRDefault="006508B7" w:rsidP="006508B7">
      <w:pPr>
        <w:spacing w:line="276" w:lineRule="auto"/>
      </w:pPr>
      <w:r w:rsidRPr="006508B7">
        <w:t>"Your Majesty," Ardent begins.</w:t>
      </w:r>
    </w:p>
    <w:p w14:paraId="00F4DB62" w14:textId="77777777" w:rsidR="006508B7" w:rsidRPr="006508B7" w:rsidRDefault="006508B7" w:rsidP="006508B7">
      <w:pPr>
        <w:spacing w:line="276" w:lineRule="auto"/>
      </w:pPr>
      <w:r w:rsidRPr="006508B7">
        <w:t>Valeria turns to him, her expression cooling. "You will lead the guards ahead and ensure the path is clear. We will follow at a short distance."</w:t>
      </w:r>
    </w:p>
    <w:p w14:paraId="4C90FBAB" w14:textId="77777777" w:rsidR="006508B7" w:rsidRPr="006508B7" w:rsidRDefault="006508B7" w:rsidP="006508B7">
      <w:pPr>
        <w:spacing w:line="276" w:lineRule="auto"/>
      </w:pPr>
      <w:r w:rsidRPr="006508B7">
        <w:t xml:space="preserve">The purpose is obvious: privacy. </w:t>
      </w:r>
      <w:proofErr w:type="spellStart"/>
      <w:r w:rsidRPr="006508B7">
        <w:t>Ardent's</w:t>
      </w:r>
      <w:proofErr w:type="spellEnd"/>
      <w:r w:rsidRPr="006508B7">
        <w:t xml:space="preserve"> jaw tightens, but he bows.</w:t>
      </w:r>
    </w:p>
    <w:p w14:paraId="7113AA62" w14:textId="77777777" w:rsidR="006508B7" w:rsidRPr="006508B7" w:rsidRDefault="006508B7" w:rsidP="006508B7">
      <w:pPr>
        <w:spacing w:line="276" w:lineRule="auto"/>
      </w:pPr>
      <w:r w:rsidRPr="006508B7">
        <w:t>"As you command."</w:t>
      </w:r>
    </w:p>
    <w:p w14:paraId="1A7C600C" w14:textId="77777777" w:rsidR="006508B7" w:rsidRPr="006508B7" w:rsidRDefault="006508B7" w:rsidP="006508B7">
      <w:pPr>
        <w:spacing w:line="276" w:lineRule="auto"/>
      </w:pPr>
      <w:r w:rsidRPr="006508B7">
        <w:t>He signals the guards, and they move with practiced efficiency. As they disappear around the bend, Ardent casts one last look at me over his shoulder—not outright hostility, but calculation.</w:t>
      </w:r>
    </w:p>
    <w:p w14:paraId="307D7C29" w14:textId="77777777" w:rsidR="006508B7" w:rsidRPr="006508B7" w:rsidRDefault="006508B7" w:rsidP="006508B7">
      <w:pPr>
        <w:spacing w:line="276" w:lineRule="auto"/>
      </w:pPr>
      <w:r w:rsidRPr="006508B7">
        <w:t>When they're gone, Valeria turns back to me. Without the audience, her posture eases a fraction.</w:t>
      </w:r>
    </w:p>
    <w:p w14:paraId="5910F587" w14:textId="77777777" w:rsidR="006508B7" w:rsidRPr="006508B7" w:rsidRDefault="006508B7" w:rsidP="006508B7">
      <w:pPr>
        <w:spacing w:line="276" w:lineRule="auto"/>
      </w:pPr>
      <w:r w:rsidRPr="006508B7">
        <w:t>"He's right to be concerned," she says quietly. "Your presence changes things in ways we don't understand."</w:t>
      </w:r>
    </w:p>
    <w:p w14:paraId="7AA82491" w14:textId="77777777" w:rsidR="006508B7" w:rsidRPr="006508B7" w:rsidRDefault="006508B7" w:rsidP="006508B7">
      <w:pPr>
        <w:spacing w:line="276" w:lineRule="auto"/>
      </w:pPr>
      <w:r w:rsidRPr="006508B7">
        <w:t>"Is that why you sent them ahead?" I ask. "To speak freely?"</w:t>
      </w:r>
    </w:p>
    <w:p w14:paraId="1F8FB76E" w14:textId="77777777" w:rsidR="006508B7" w:rsidRPr="006508B7" w:rsidRDefault="006508B7" w:rsidP="006508B7">
      <w:pPr>
        <w:spacing w:line="276" w:lineRule="auto"/>
      </w:pPr>
      <w:r w:rsidRPr="006508B7">
        <w:lastRenderedPageBreak/>
        <w:t>"Partly." She glances toward the path. "And partly because the ward lines respond more... consistently when it's just the two of us."</w:t>
      </w:r>
    </w:p>
    <w:p w14:paraId="677CA7E3" w14:textId="77777777" w:rsidR="006508B7" w:rsidRPr="006508B7" w:rsidRDefault="006508B7" w:rsidP="006508B7">
      <w:pPr>
        <w:spacing w:line="276" w:lineRule="auto"/>
      </w:pPr>
      <w:r w:rsidRPr="006508B7">
        <w:t>As if proving her point, the silver channels along the ledge wall pulse brighter, their light smoother now that we're alone. The warmth beneath my ribs settles into something almost comfortable.</w:t>
      </w:r>
    </w:p>
    <w:p w14:paraId="3441A0C2" w14:textId="77777777" w:rsidR="006508B7" w:rsidRPr="006508B7" w:rsidRDefault="006508B7" w:rsidP="006508B7">
      <w:pPr>
        <w:spacing w:line="276" w:lineRule="auto"/>
      </w:pPr>
      <w:r w:rsidRPr="006508B7">
        <w:t>"Does it bother you?" I ask. "This connection?"</w:t>
      </w:r>
    </w:p>
    <w:p w14:paraId="54C0FE87" w14:textId="77777777" w:rsidR="006508B7" w:rsidRPr="006508B7" w:rsidRDefault="006508B7" w:rsidP="006508B7">
      <w:pPr>
        <w:spacing w:line="276" w:lineRule="auto"/>
      </w:pPr>
      <w:r w:rsidRPr="006508B7">
        <w:t>She considers the question honestly. "It challenges what I believed to be true. About humans. About the wards. About the boundaries between our kinds."</w:t>
      </w:r>
    </w:p>
    <w:p w14:paraId="0AF168E6" w14:textId="77777777" w:rsidR="006508B7" w:rsidRPr="006508B7" w:rsidRDefault="006508B7" w:rsidP="006508B7">
      <w:pPr>
        <w:spacing w:line="276" w:lineRule="auto"/>
      </w:pPr>
      <w:r w:rsidRPr="006508B7">
        <w:t>"It challenges what I believed too," I admit.</w:t>
      </w:r>
    </w:p>
    <w:p w14:paraId="6A51E996" w14:textId="77777777" w:rsidR="006508B7" w:rsidRPr="006508B7" w:rsidRDefault="006508B7" w:rsidP="006508B7">
      <w:pPr>
        <w:spacing w:line="276" w:lineRule="auto"/>
      </w:pPr>
      <w:r w:rsidRPr="006508B7">
        <w:t>Her eyes meet mine. "Then perhaps that's where we begin. With challenged beliefs."</w:t>
      </w:r>
    </w:p>
    <w:p w14:paraId="637B1BDF" w14:textId="77777777" w:rsidR="006508B7" w:rsidRPr="006508B7" w:rsidRDefault="006508B7" w:rsidP="006508B7">
      <w:pPr>
        <w:spacing w:line="276" w:lineRule="auto"/>
      </w:pPr>
      <w:r w:rsidRPr="006508B7">
        <w:t>The ward lines pulse once, strongly, as if agreeing.</w:t>
      </w:r>
    </w:p>
    <w:p w14:paraId="04E927EF" w14:textId="77777777" w:rsidR="006508B7" w:rsidRPr="006508B7" w:rsidRDefault="006508B7" w:rsidP="006508B7">
      <w:pPr>
        <w:spacing w:line="276" w:lineRule="auto"/>
      </w:pPr>
      <w:r w:rsidRPr="006508B7">
        <w:t>Valeria moves toward the path, her posture returning to royal precision. I follow, mentally cataloging everything: corrupted wards, human technique disguised as vampire work, missing prisoners, the thing in the darkness that retreated when the wards reignited at our touch. Pieces of a pattern I can sense but can't yet name.</w:t>
      </w:r>
    </w:p>
    <w:p w14:paraId="7FADC134" w14:textId="77777777" w:rsidR="006508B7" w:rsidRPr="006508B7" w:rsidRDefault="006508B7" w:rsidP="006508B7">
      <w:pPr>
        <w:spacing w:line="276" w:lineRule="auto"/>
      </w:pPr>
      <w:r w:rsidRPr="006508B7">
        <w:t>The path descends sharply. Valeria pauses, scanning the route before gesturing for me to join her. The ward lines dim slightly as we leave their glow, but they continue pulsing.</w:t>
      </w:r>
    </w:p>
    <w:p w14:paraId="47D9EFBC" w14:textId="77777777" w:rsidR="006508B7" w:rsidRPr="006508B7" w:rsidRDefault="006508B7" w:rsidP="006508B7">
      <w:pPr>
        <w:spacing w:line="276" w:lineRule="auto"/>
      </w:pPr>
      <w:r w:rsidRPr="006508B7">
        <w:t>"We'll return through the eastern approach," she says. "It's longer but better protected."</w:t>
      </w:r>
    </w:p>
    <w:p w14:paraId="0ECEE547" w14:textId="77777777" w:rsidR="006508B7" w:rsidRPr="006508B7" w:rsidRDefault="006508B7" w:rsidP="006508B7">
      <w:pPr>
        <w:spacing w:line="276" w:lineRule="auto"/>
      </w:pPr>
      <w:r w:rsidRPr="006508B7">
        <w:t>I nod. Silence is safer than commentary.</w:t>
      </w:r>
    </w:p>
    <w:p w14:paraId="323E9070" w14:textId="77777777" w:rsidR="006508B7" w:rsidRPr="006508B7" w:rsidRDefault="006508B7" w:rsidP="006508B7">
      <w:pPr>
        <w:spacing w:line="276" w:lineRule="auto"/>
      </w:pPr>
      <w:r w:rsidRPr="006508B7">
        <w:t>As I step closer, something catches my eye—a glint where there shouldn't be one, tucked into a broken silver channel near the ledge wall. I stop.</w:t>
      </w:r>
    </w:p>
    <w:p w14:paraId="2537E2A5" w14:textId="77777777" w:rsidR="006508B7" w:rsidRPr="006508B7" w:rsidRDefault="006508B7" w:rsidP="006508B7">
      <w:pPr>
        <w:spacing w:line="276" w:lineRule="auto"/>
      </w:pPr>
      <w:r w:rsidRPr="006508B7">
        <w:t>"Wait," I say, kneeling. "There's something here."</w:t>
      </w:r>
    </w:p>
    <w:p w14:paraId="6BFE9221" w14:textId="77777777" w:rsidR="006508B7" w:rsidRPr="006508B7" w:rsidRDefault="006508B7" w:rsidP="006508B7">
      <w:pPr>
        <w:spacing w:line="276" w:lineRule="auto"/>
      </w:pPr>
      <w:r w:rsidRPr="006508B7">
        <w:t>Pressed into stone lies a small circle of what looks like wax, no larger than my thumbnail. It gleams oddly, not quite solid, not quite liquid. It holds the impression of a crest I don't recognize—interlocking curves like a stylized tree or waterfall, surrounded by tiny symbols.</w:t>
      </w:r>
    </w:p>
    <w:p w14:paraId="2038F30D" w14:textId="77777777" w:rsidR="006508B7" w:rsidRPr="006508B7" w:rsidRDefault="006508B7" w:rsidP="006508B7">
      <w:pPr>
        <w:spacing w:line="276" w:lineRule="auto"/>
      </w:pPr>
      <w:r w:rsidRPr="006508B7">
        <w:t>"What is it?" Valeria asks, kneeling beside me.</w:t>
      </w:r>
    </w:p>
    <w:p w14:paraId="43D10553" w14:textId="77777777" w:rsidR="006508B7" w:rsidRPr="006508B7" w:rsidRDefault="006508B7" w:rsidP="006508B7">
      <w:pPr>
        <w:spacing w:line="276" w:lineRule="auto"/>
      </w:pPr>
      <w:r w:rsidRPr="006508B7">
        <w:t>"Some kind of seal," I say. "Pressed into the stone after the channel was broken."</w:t>
      </w:r>
    </w:p>
    <w:p w14:paraId="44C6258E" w14:textId="77777777" w:rsidR="006508B7" w:rsidRPr="006508B7" w:rsidRDefault="006508B7" w:rsidP="006508B7">
      <w:pPr>
        <w:spacing w:line="276" w:lineRule="auto"/>
      </w:pPr>
      <w:r w:rsidRPr="006508B7">
        <w:t>"Do you recognize it?"</w:t>
      </w:r>
    </w:p>
    <w:p w14:paraId="009BA1B7" w14:textId="77777777" w:rsidR="006508B7" w:rsidRPr="006508B7" w:rsidRDefault="006508B7" w:rsidP="006508B7">
      <w:pPr>
        <w:spacing w:line="276" w:lineRule="auto"/>
      </w:pPr>
      <w:r w:rsidRPr="006508B7">
        <w:t>She studies it, head tilting slightly. "It resembles an ancient High Lord crest. But not one that's been in use for centuries."</w:t>
      </w:r>
    </w:p>
    <w:p w14:paraId="6D9796E2" w14:textId="77777777" w:rsidR="006508B7" w:rsidRPr="006508B7" w:rsidRDefault="006508B7" w:rsidP="006508B7">
      <w:pPr>
        <w:spacing w:line="276" w:lineRule="auto"/>
      </w:pPr>
      <w:r w:rsidRPr="006508B7">
        <w:lastRenderedPageBreak/>
        <w:t>"High Lord?" I repeat. "Not royal family?"</w:t>
      </w:r>
    </w:p>
    <w:p w14:paraId="6B845F26" w14:textId="77777777" w:rsidR="006508B7" w:rsidRPr="006508B7" w:rsidRDefault="006508B7" w:rsidP="006508B7">
      <w:pPr>
        <w:spacing w:line="276" w:lineRule="auto"/>
      </w:pPr>
      <w:r w:rsidRPr="006508B7">
        <w:t>"Before Beaumont unified under a single crown, vampire territories were ruled by High Lords." She traces the air above the seal. "This style predates even my bloodline."</w:t>
      </w:r>
    </w:p>
    <w:p w14:paraId="5043348F" w14:textId="77777777" w:rsidR="006508B7" w:rsidRPr="006508B7" w:rsidRDefault="006508B7" w:rsidP="006508B7">
      <w:pPr>
        <w:spacing w:line="276" w:lineRule="auto"/>
      </w:pPr>
      <w:r w:rsidRPr="006508B7">
        <w:t>I reach into the pocket hidden in the borrowed dress for my silver stylus and parchment, intending to record the crest.</w:t>
      </w:r>
    </w:p>
    <w:p w14:paraId="3D442040" w14:textId="77777777" w:rsidR="006508B7" w:rsidRPr="006508B7" w:rsidRDefault="006508B7" w:rsidP="006508B7">
      <w:pPr>
        <w:spacing w:line="276" w:lineRule="auto"/>
      </w:pPr>
      <w:r w:rsidRPr="006508B7">
        <w:t>But Valeria closes her hand around my wrist.</w:t>
      </w:r>
    </w:p>
    <w:p w14:paraId="799609F8" w14:textId="77777777" w:rsidR="006508B7" w:rsidRPr="006508B7" w:rsidRDefault="006508B7" w:rsidP="006508B7">
      <w:pPr>
        <w:spacing w:line="276" w:lineRule="auto"/>
      </w:pPr>
      <w:r w:rsidRPr="006508B7">
        <w:t>"Don't touch it directly," she warns. "Unknown sigils can carry binding magic."</w:t>
      </w:r>
    </w:p>
    <w:p w14:paraId="0C095D51" w14:textId="77777777" w:rsidR="006508B7" w:rsidRPr="006508B7" w:rsidRDefault="006508B7" w:rsidP="006508B7">
      <w:pPr>
        <w:spacing w:line="276" w:lineRule="auto"/>
      </w:pPr>
      <w:r w:rsidRPr="006508B7">
        <w:t xml:space="preserve">I nod, adjusting my approach. Yet something about the seal calls to me—an instinctive pull, as if it matters beyond being evidence. The warmth beneath my </w:t>
      </w:r>
      <w:proofErr w:type="gramStart"/>
      <w:r w:rsidRPr="006508B7">
        <w:t>ribs</w:t>
      </w:r>
      <w:proofErr w:type="gramEnd"/>
      <w:r w:rsidRPr="006508B7">
        <w:t xml:space="preserve"> pulses once, strongly.</w:t>
      </w:r>
    </w:p>
    <w:p w14:paraId="5E4DA765" w14:textId="77777777" w:rsidR="006508B7" w:rsidRPr="006508B7" w:rsidRDefault="006508B7" w:rsidP="006508B7">
      <w:pPr>
        <w:spacing w:line="276" w:lineRule="auto"/>
      </w:pPr>
      <w:r w:rsidRPr="006508B7">
        <w:t>"I'll be careful," I assure her.</w:t>
      </w:r>
    </w:p>
    <w:p w14:paraId="641BA5A8" w14:textId="77777777" w:rsidR="006508B7" w:rsidRPr="006508B7" w:rsidRDefault="006508B7" w:rsidP="006508B7">
      <w:pPr>
        <w:spacing w:line="276" w:lineRule="auto"/>
      </w:pPr>
      <w:r w:rsidRPr="006508B7">
        <w:t>Still, I lean closer.</w:t>
      </w:r>
    </w:p>
    <w:p w14:paraId="13AF0150" w14:textId="77777777" w:rsidR="006508B7" w:rsidRPr="006508B7" w:rsidRDefault="006508B7" w:rsidP="006508B7">
      <w:pPr>
        <w:spacing w:line="276" w:lineRule="auto"/>
      </w:pPr>
      <w:r w:rsidRPr="006508B7">
        <w:t>And I notice something odd—the broken silver channel around the seal isn't completely dead. The faintest hint of light pulses through the damaged sections closest to the wax, as though the seal is keeping it alive.</w:t>
      </w:r>
    </w:p>
    <w:p w14:paraId="3BD22764" w14:textId="77777777" w:rsidR="006508B7" w:rsidRPr="006508B7" w:rsidRDefault="006508B7" w:rsidP="006508B7">
      <w:pPr>
        <w:spacing w:line="276" w:lineRule="auto"/>
      </w:pPr>
      <w:r w:rsidRPr="006508B7">
        <w:t>"It's still active," I murmur. "The seal is keeping this section partially functional."</w:t>
      </w:r>
    </w:p>
    <w:p w14:paraId="083DEC31" w14:textId="77777777" w:rsidR="006508B7" w:rsidRPr="006508B7" w:rsidRDefault="006508B7" w:rsidP="006508B7">
      <w:pPr>
        <w:spacing w:line="276" w:lineRule="auto"/>
      </w:pPr>
      <w:r w:rsidRPr="006508B7">
        <w:t>Valeria's attention sharpens. "That shouldn't be possible. Once ward channels are broken, the magic dissipates completely."</w:t>
      </w:r>
    </w:p>
    <w:p w14:paraId="4A9AC481" w14:textId="77777777" w:rsidR="006508B7" w:rsidRPr="006508B7" w:rsidRDefault="006508B7" w:rsidP="006508B7">
      <w:pPr>
        <w:spacing w:line="276" w:lineRule="auto"/>
      </w:pPr>
      <w:r w:rsidRPr="006508B7">
        <w:t>I weigh curiosity against danger.</w:t>
      </w:r>
    </w:p>
    <w:p w14:paraId="2E716540" w14:textId="77777777" w:rsidR="006508B7" w:rsidRPr="006508B7" w:rsidRDefault="006508B7" w:rsidP="006508B7">
      <w:pPr>
        <w:spacing w:line="276" w:lineRule="auto"/>
      </w:pPr>
      <w:r w:rsidRPr="006508B7">
        <w:t>We need answers.</w:t>
      </w:r>
    </w:p>
    <w:p w14:paraId="4F4620AA" w14:textId="77777777" w:rsidR="006508B7" w:rsidRPr="006508B7" w:rsidRDefault="006508B7" w:rsidP="006508B7">
      <w:pPr>
        <w:spacing w:line="276" w:lineRule="auto"/>
      </w:pPr>
      <w:r w:rsidRPr="006508B7">
        <w:t>"I'm going to test something," I say.</w:t>
      </w:r>
    </w:p>
    <w:p w14:paraId="5060007C" w14:textId="77777777" w:rsidR="006508B7" w:rsidRPr="006508B7" w:rsidRDefault="006508B7" w:rsidP="006508B7">
      <w:pPr>
        <w:spacing w:line="276" w:lineRule="auto"/>
      </w:pPr>
      <w:r w:rsidRPr="006508B7">
        <w:t>Before she can stop me, I lay a fingertip lightly against the edge of the seal—not the crest itself, but where wax meets stone.</w:t>
      </w:r>
    </w:p>
    <w:p w14:paraId="0DFF7003" w14:textId="77777777" w:rsidR="006508B7" w:rsidRPr="006508B7" w:rsidRDefault="006508B7" w:rsidP="006508B7">
      <w:pPr>
        <w:spacing w:line="276" w:lineRule="auto"/>
      </w:pPr>
      <w:r w:rsidRPr="006508B7">
        <w:t>The response is immediate. The seal warms beneath my touch. Trembles. The silver fragments flare, pulsing in a pattern too steady to be random.</w:t>
      </w:r>
    </w:p>
    <w:p w14:paraId="1B78EA33" w14:textId="77777777" w:rsidR="006508B7" w:rsidRPr="006508B7" w:rsidRDefault="006508B7" w:rsidP="006508B7">
      <w:pPr>
        <w:spacing w:line="276" w:lineRule="auto"/>
      </w:pPr>
      <w:r w:rsidRPr="006508B7">
        <w:t>Then, impossibly, it speaks.</w:t>
      </w:r>
    </w:p>
    <w:p w14:paraId="08BD6878" w14:textId="77777777" w:rsidR="006508B7" w:rsidRPr="006508B7" w:rsidRDefault="006508B7" w:rsidP="006508B7">
      <w:pPr>
        <w:spacing w:line="276" w:lineRule="auto"/>
      </w:pPr>
      <w:r w:rsidRPr="006508B7">
        <w:t>Not aloud.</w:t>
      </w:r>
    </w:p>
    <w:p w14:paraId="655D7113" w14:textId="77777777" w:rsidR="006508B7" w:rsidRPr="006508B7" w:rsidRDefault="006508B7" w:rsidP="006508B7">
      <w:pPr>
        <w:spacing w:line="276" w:lineRule="auto"/>
      </w:pPr>
      <w:r w:rsidRPr="006508B7">
        <w:t>Inside my mind.</w:t>
      </w:r>
    </w:p>
    <w:p w14:paraId="4CC7C98E" w14:textId="77777777" w:rsidR="006508B7" w:rsidRPr="006508B7" w:rsidRDefault="006508B7" w:rsidP="006508B7">
      <w:pPr>
        <w:spacing w:line="276" w:lineRule="auto"/>
      </w:pPr>
      <w:r w:rsidRPr="006508B7">
        <w:t>One word—ancient and heavy.</w:t>
      </w:r>
    </w:p>
    <w:p w14:paraId="278C3CC1" w14:textId="77777777" w:rsidR="006508B7" w:rsidRPr="006508B7" w:rsidRDefault="006508B7" w:rsidP="006508B7">
      <w:pPr>
        <w:spacing w:line="276" w:lineRule="auto"/>
      </w:pPr>
      <w:r w:rsidRPr="006508B7">
        <w:lastRenderedPageBreak/>
        <w:t>"OATH."</w:t>
      </w:r>
    </w:p>
    <w:p w14:paraId="4A038EBB" w14:textId="77777777" w:rsidR="006508B7" w:rsidRPr="006508B7" w:rsidRDefault="006508B7" w:rsidP="006508B7">
      <w:pPr>
        <w:spacing w:line="276" w:lineRule="auto"/>
      </w:pPr>
      <w:r w:rsidRPr="006508B7">
        <w:t>I jerk my hand back. The word echoes like a bell inside my skull.</w:t>
      </w:r>
    </w:p>
    <w:p w14:paraId="058774E1" w14:textId="77777777" w:rsidR="006508B7" w:rsidRPr="006508B7" w:rsidRDefault="006508B7" w:rsidP="006508B7">
      <w:pPr>
        <w:spacing w:line="276" w:lineRule="auto"/>
      </w:pPr>
      <w:r w:rsidRPr="006508B7">
        <w:t>"What happened?" Valeria demands.</w:t>
      </w:r>
    </w:p>
    <w:p w14:paraId="389B8027" w14:textId="77777777" w:rsidR="006508B7" w:rsidRPr="006508B7" w:rsidRDefault="006508B7" w:rsidP="006508B7">
      <w:pPr>
        <w:spacing w:line="276" w:lineRule="auto"/>
      </w:pPr>
      <w:r w:rsidRPr="006508B7">
        <w:t>"It spoke," I say. "One word. 'Oath.'"</w:t>
      </w:r>
    </w:p>
    <w:p w14:paraId="40903CA6" w14:textId="77777777" w:rsidR="006508B7" w:rsidRPr="006508B7" w:rsidRDefault="006508B7" w:rsidP="006508B7">
      <w:pPr>
        <w:spacing w:line="276" w:lineRule="auto"/>
      </w:pPr>
      <w:r w:rsidRPr="006508B7">
        <w:t>Her eyes widen a fraction. "You heard it? Directly?"</w:t>
      </w:r>
    </w:p>
    <w:p w14:paraId="78737608" w14:textId="77777777" w:rsidR="006508B7" w:rsidRPr="006508B7" w:rsidRDefault="006508B7" w:rsidP="006508B7">
      <w:pPr>
        <w:spacing w:line="276" w:lineRule="auto"/>
      </w:pPr>
      <w:r w:rsidRPr="006508B7">
        <w:t>I nod, fingers tingling. "Not with my ears. In my mind."</w:t>
      </w:r>
    </w:p>
    <w:p w14:paraId="008406EC" w14:textId="77777777" w:rsidR="006508B7" w:rsidRPr="006508B7" w:rsidRDefault="006508B7" w:rsidP="006508B7">
      <w:pPr>
        <w:spacing w:line="276" w:lineRule="auto"/>
      </w:pPr>
      <w:r w:rsidRPr="006508B7">
        <w:t>Valeria extends her hand toward the seal. Hesitates. Then touches the same place.</w:t>
      </w:r>
    </w:p>
    <w:p w14:paraId="640A4281" w14:textId="77777777" w:rsidR="006508B7" w:rsidRPr="006508B7" w:rsidRDefault="006508B7" w:rsidP="006508B7">
      <w:pPr>
        <w:spacing w:line="276" w:lineRule="auto"/>
      </w:pPr>
      <w:r w:rsidRPr="006508B7">
        <w:t>Her reaction is smaller but unmistakable—shoulders tightening, breath pausing.</w:t>
      </w:r>
    </w:p>
    <w:p w14:paraId="78A64699" w14:textId="77777777" w:rsidR="006508B7" w:rsidRPr="006508B7" w:rsidRDefault="006508B7" w:rsidP="006508B7">
      <w:pPr>
        <w:spacing w:line="276" w:lineRule="auto"/>
      </w:pPr>
      <w:r w:rsidRPr="006508B7">
        <w:t>When she pulls away, her expression has shifted. Not fear exactly.</w:t>
      </w:r>
    </w:p>
    <w:p w14:paraId="1DEF4AEE" w14:textId="77777777" w:rsidR="006508B7" w:rsidRPr="006508B7" w:rsidRDefault="006508B7" w:rsidP="006508B7">
      <w:pPr>
        <w:spacing w:line="276" w:lineRule="auto"/>
      </w:pPr>
      <w:r w:rsidRPr="006508B7">
        <w:t>But unease.</w:t>
      </w:r>
    </w:p>
    <w:p w14:paraId="001A3CCB" w14:textId="77777777" w:rsidR="006508B7" w:rsidRPr="006508B7" w:rsidRDefault="006508B7" w:rsidP="006508B7">
      <w:pPr>
        <w:spacing w:line="276" w:lineRule="auto"/>
      </w:pPr>
      <w:r w:rsidRPr="006508B7">
        <w:t>"What did you hear?" I ask.</w:t>
      </w:r>
    </w:p>
    <w:p w14:paraId="099AF14B" w14:textId="77777777" w:rsidR="006508B7" w:rsidRPr="006508B7" w:rsidRDefault="006508B7" w:rsidP="006508B7">
      <w:pPr>
        <w:spacing w:line="276" w:lineRule="auto"/>
      </w:pPr>
      <w:r w:rsidRPr="006508B7">
        <w:t>"Not 'oath,'" she says. "A name."</w:t>
      </w:r>
    </w:p>
    <w:p w14:paraId="182790E8" w14:textId="77777777" w:rsidR="006508B7" w:rsidRPr="006508B7" w:rsidRDefault="006508B7" w:rsidP="006508B7">
      <w:pPr>
        <w:spacing w:line="276" w:lineRule="auto"/>
      </w:pPr>
      <w:r w:rsidRPr="006508B7">
        <w:t>She doesn't say it.</w:t>
      </w:r>
    </w:p>
    <w:p w14:paraId="40EEE126" w14:textId="77777777" w:rsidR="006508B7" w:rsidRPr="006508B7" w:rsidRDefault="006508B7" w:rsidP="006508B7">
      <w:pPr>
        <w:spacing w:line="276" w:lineRule="auto"/>
      </w:pPr>
      <w:r w:rsidRPr="006508B7">
        <w:t>But the tension in her frame tells me enough: whatever name she heard matters. And it's dangerous.</w:t>
      </w:r>
    </w:p>
    <w:p w14:paraId="27404756" w14:textId="77777777" w:rsidR="006508B7" w:rsidRPr="006508B7" w:rsidRDefault="006508B7" w:rsidP="006508B7">
      <w:pPr>
        <w:spacing w:line="276" w:lineRule="auto"/>
      </w:pPr>
      <w:r w:rsidRPr="006508B7">
        <w:t>"We need to return to the palace," she says, rising. "Immediately."</w:t>
      </w:r>
    </w:p>
    <w:p w14:paraId="67FD65E9" w14:textId="77777777" w:rsidR="006508B7" w:rsidRPr="006508B7" w:rsidRDefault="006508B7" w:rsidP="006508B7">
      <w:pPr>
        <w:spacing w:line="276" w:lineRule="auto"/>
      </w:pPr>
      <w:r w:rsidRPr="006508B7">
        <w:t>I rise with her, casting one last glance at the seal. In the ward light it seems to pulse faintly, like a slow heartbeat with purpose.</w:t>
      </w:r>
    </w:p>
    <w:p w14:paraId="7F3B9A45" w14:textId="77777777" w:rsidR="006508B7" w:rsidRPr="006508B7" w:rsidRDefault="006508B7" w:rsidP="006508B7">
      <w:pPr>
        <w:spacing w:line="276" w:lineRule="auto"/>
      </w:pPr>
      <w:r w:rsidRPr="006508B7">
        <w:t>The word continues to echo.</w:t>
      </w:r>
    </w:p>
    <w:p w14:paraId="2C9A4839" w14:textId="77777777" w:rsidR="006508B7" w:rsidRPr="006508B7" w:rsidRDefault="006508B7" w:rsidP="006508B7">
      <w:pPr>
        <w:spacing w:line="276" w:lineRule="auto"/>
      </w:pPr>
      <w:r w:rsidRPr="006508B7">
        <w:t>OATH.</w:t>
      </w:r>
    </w:p>
    <w:p w14:paraId="35D16FA0" w14:textId="77777777" w:rsidR="006508B7" w:rsidRPr="006508B7" w:rsidRDefault="006508B7" w:rsidP="006508B7">
      <w:pPr>
        <w:spacing w:line="276" w:lineRule="auto"/>
      </w:pPr>
      <w:r w:rsidRPr="006508B7">
        <w:t>Not just a message.</w:t>
      </w:r>
    </w:p>
    <w:p w14:paraId="3EB41A74" w14:textId="77777777" w:rsidR="006508B7" w:rsidRPr="006508B7" w:rsidRDefault="006508B7" w:rsidP="006508B7">
      <w:pPr>
        <w:spacing w:line="276" w:lineRule="auto"/>
      </w:pPr>
      <w:r w:rsidRPr="006508B7">
        <w:t>A binding.</w:t>
      </w:r>
    </w:p>
    <w:p w14:paraId="1E679901" w14:textId="77777777" w:rsidR="006508B7" w:rsidRPr="006508B7" w:rsidRDefault="006508B7" w:rsidP="006508B7">
      <w:pPr>
        <w:spacing w:line="276" w:lineRule="auto"/>
      </w:pPr>
      <w:r w:rsidRPr="006508B7">
        <w:t>As we turn toward the path, Valeria's hand brushes mine—not quite a grasp, but deliberate contact that sends the familiar warmth surging beneath my ribs. The nearby ward channels brighten in response, lighting our way.</w:t>
      </w:r>
    </w:p>
    <w:p w14:paraId="07656C12" w14:textId="77777777" w:rsidR="006508B7" w:rsidRPr="006508B7" w:rsidRDefault="006508B7" w:rsidP="006508B7">
      <w:pPr>
        <w:spacing w:line="276" w:lineRule="auto"/>
      </w:pPr>
      <w:r w:rsidRPr="006508B7">
        <w:t>"Whatever this is," she says quietly, "it involves both our peoples now."</w:t>
      </w:r>
    </w:p>
    <w:p w14:paraId="58EFA490" w14:textId="77777777" w:rsidR="006508B7" w:rsidRPr="006508B7" w:rsidRDefault="006508B7" w:rsidP="006508B7">
      <w:pPr>
        <w:spacing w:line="276" w:lineRule="auto"/>
      </w:pPr>
      <w:r w:rsidRPr="006508B7">
        <w:lastRenderedPageBreak/>
        <w:t>The silver light pulses once as we descend, leaving the seal behind but carrying its message with us—a single word that promises to unravel everything the Crimson Accord has held together.</w:t>
      </w:r>
    </w:p>
    <w:p w14:paraId="7C8900B9" w14:textId="77777777" w:rsidR="006508B7" w:rsidRPr="006508B7" w:rsidRDefault="006508B7" w:rsidP="006508B7">
      <w:pPr>
        <w:spacing w:line="276" w:lineRule="auto"/>
      </w:pPr>
      <w:r w:rsidRPr="006508B7">
        <w:t>Oath.</w:t>
      </w:r>
    </w:p>
    <w:p w14:paraId="2EEDC64C" w14:textId="77777777" w:rsidR="006508B7" w:rsidRPr="006508B7" w:rsidRDefault="006508B7" w:rsidP="006508B7">
      <w:pPr>
        <w:spacing w:line="276" w:lineRule="auto"/>
      </w:pPr>
      <w:r w:rsidRPr="006508B7">
        <w:t>An ancient binding. A forgotten promise. A buried secret trying to rise.</w:t>
      </w:r>
    </w:p>
    <w:p w14:paraId="72DD2CA5" w14:textId="77777777" w:rsidR="006508B7" w:rsidRPr="006508B7" w:rsidRDefault="006508B7" w:rsidP="006508B7">
      <w:pPr>
        <w:spacing w:line="276" w:lineRule="auto"/>
      </w:pPr>
      <w:r w:rsidRPr="006508B7">
        <w:t>And somehow—impossibly—connected to whatever binds Valeria and me.</w:t>
      </w:r>
    </w:p>
    <w:p w14:paraId="0C7C48EC" w14:textId="2A06AA62" w:rsidR="00E94BAC" w:rsidRDefault="00E94BAC" w:rsidP="006508B7">
      <w:pPr>
        <w:spacing w:line="276" w:lineRule="auto"/>
      </w:pPr>
    </w:p>
    <w:p w14:paraId="564059D8" w14:textId="77777777" w:rsidR="00F37E7B" w:rsidRDefault="00F37E7B" w:rsidP="00E94BAC">
      <w:pPr>
        <w:spacing w:line="276" w:lineRule="auto"/>
      </w:pPr>
    </w:p>
    <w:p w14:paraId="51618942" w14:textId="77777777" w:rsidR="00F37E7B" w:rsidRDefault="00F37E7B" w:rsidP="00E94BAC">
      <w:pPr>
        <w:spacing w:line="276" w:lineRule="auto"/>
      </w:pPr>
    </w:p>
    <w:p w14:paraId="745579A4" w14:textId="77777777" w:rsidR="00F37E7B" w:rsidRDefault="00F37E7B" w:rsidP="00E94BAC">
      <w:pPr>
        <w:spacing w:line="276" w:lineRule="auto"/>
      </w:pPr>
    </w:p>
    <w:p w14:paraId="44CC2A20" w14:textId="77777777" w:rsidR="00F37E7B" w:rsidRDefault="00F37E7B" w:rsidP="00E94BAC">
      <w:pPr>
        <w:spacing w:line="276" w:lineRule="auto"/>
      </w:pPr>
    </w:p>
    <w:p w14:paraId="26069E60" w14:textId="77777777" w:rsidR="00F37E7B" w:rsidRDefault="00F37E7B" w:rsidP="00E94BAC">
      <w:pPr>
        <w:spacing w:line="276" w:lineRule="auto"/>
      </w:pPr>
    </w:p>
    <w:p w14:paraId="1D77078B" w14:textId="77777777" w:rsidR="00F37E7B" w:rsidRDefault="00F37E7B" w:rsidP="00E94BAC">
      <w:pPr>
        <w:spacing w:line="276" w:lineRule="auto"/>
      </w:pPr>
    </w:p>
    <w:p w14:paraId="3BDB8FA8" w14:textId="77777777" w:rsidR="001C171A" w:rsidRDefault="001C171A" w:rsidP="006A6F9A">
      <w:pPr>
        <w:spacing w:line="276" w:lineRule="auto"/>
        <w:ind w:firstLine="0"/>
      </w:pPr>
    </w:p>
    <w:p w14:paraId="5ABE5EB8" w14:textId="77777777" w:rsidR="006A6F9A" w:rsidRDefault="001C171A" w:rsidP="001C171A">
      <w:pPr>
        <w:spacing w:line="276" w:lineRule="auto"/>
        <w:ind w:left="2880" w:firstLine="0"/>
        <w:rPr>
          <w:b/>
          <w:bCs/>
        </w:rPr>
      </w:pPr>
      <w:r>
        <w:rPr>
          <w:b/>
          <w:bCs/>
        </w:rPr>
        <w:t xml:space="preserve">   </w:t>
      </w:r>
      <w:r w:rsidR="006A0BB4">
        <w:rPr>
          <w:b/>
          <w:bCs/>
        </w:rPr>
        <w:t xml:space="preserve"> </w:t>
      </w:r>
    </w:p>
    <w:p w14:paraId="65B38119" w14:textId="77777777" w:rsidR="006A6F9A" w:rsidRDefault="006A6F9A" w:rsidP="001C171A">
      <w:pPr>
        <w:spacing w:line="276" w:lineRule="auto"/>
        <w:ind w:left="2880" w:firstLine="0"/>
        <w:rPr>
          <w:b/>
          <w:bCs/>
        </w:rPr>
      </w:pPr>
    </w:p>
    <w:p w14:paraId="068A29AF" w14:textId="77777777" w:rsidR="006A6F9A" w:rsidRDefault="006A6F9A" w:rsidP="001C171A">
      <w:pPr>
        <w:spacing w:line="276" w:lineRule="auto"/>
        <w:ind w:left="2880" w:firstLine="0"/>
        <w:rPr>
          <w:b/>
          <w:bCs/>
        </w:rPr>
      </w:pPr>
    </w:p>
    <w:p w14:paraId="7B7033C0" w14:textId="77777777" w:rsidR="006A6F9A" w:rsidRDefault="006A6F9A" w:rsidP="001C171A">
      <w:pPr>
        <w:spacing w:line="276" w:lineRule="auto"/>
        <w:ind w:left="2880" w:firstLine="0"/>
        <w:rPr>
          <w:b/>
          <w:bCs/>
        </w:rPr>
      </w:pPr>
    </w:p>
    <w:p w14:paraId="798C07B2" w14:textId="77777777" w:rsidR="006A6F9A" w:rsidRDefault="006A6F9A" w:rsidP="001C171A">
      <w:pPr>
        <w:spacing w:line="276" w:lineRule="auto"/>
        <w:ind w:left="2880" w:firstLine="0"/>
        <w:rPr>
          <w:b/>
          <w:bCs/>
        </w:rPr>
      </w:pPr>
    </w:p>
    <w:p w14:paraId="64AF37CE" w14:textId="77777777" w:rsidR="006A6F9A" w:rsidRDefault="006A6F9A" w:rsidP="001C171A">
      <w:pPr>
        <w:spacing w:line="276" w:lineRule="auto"/>
        <w:ind w:left="2880" w:firstLine="0"/>
        <w:rPr>
          <w:b/>
          <w:bCs/>
        </w:rPr>
      </w:pPr>
    </w:p>
    <w:p w14:paraId="6D0F3CC8" w14:textId="77777777" w:rsidR="006A6F9A" w:rsidRDefault="006A6F9A" w:rsidP="001C171A">
      <w:pPr>
        <w:spacing w:line="276" w:lineRule="auto"/>
        <w:ind w:left="2880" w:firstLine="0"/>
        <w:rPr>
          <w:b/>
          <w:bCs/>
        </w:rPr>
      </w:pPr>
    </w:p>
    <w:p w14:paraId="79F995D9" w14:textId="77777777" w:rsidR="006A6F9A" w:rsidRDefault="006A6F9A" w:rsidP="001C171A">
      <w:pPr>
        <w:spacing w:line="276" w:lineRule="auto"/>
        <w:ind w:left="2880" w:firstLine="0"/>
        <w:rPr>
          <w:b/>
          <w:bCs/>
        </w:rPr>
      </w:pPr>
    </w:p>
    <w:p w14:paraId="6DAE8BA3" w14:textId="77777777" w:rsidR="006A6F9A" w:rsidRDefault="006A6F9A" w:rsidP="001C171A">
      <w:pPr>
        <w:spacing w:line="276" w:lineRule="auto"/>
        <w:ind w:left="2880" w:firstLine="0"/>
        <w:rPr>
          <w:b/>
          <w:bCs/>
        </w:rPr>
      </w:pPr>
    </w:p>
    <w:p w14:paraId="337CAE6A" w14:textId="77777777" w:rsidR="006A6F9A" w:rsidRDefault="006A6F9A" w:rsidP="001C171A">
      <w:pPr>
        <w:spacing w:line="276" w:lineRule="auto"/>
        <w:ind w:left="2880" w:firstLine="0"/>
        <w:rPr>
          <w:b/>
          <w:bCs/>
        </w:rPr>
      </w:pPr>
    </w:p>
    <w:p w14:paraId="036E3647" w14:textId="77777777" w:rsidR="006A6F9A" w:rsidRDefault="006A6F9A" w:rsidP="001C171A">
      <w:pPr>
        <w:spacing w:line="276" w:lineRule="auto"/>
        <w:ind w:left="2880" w:firstLine="0"/>
        <w:rPr>
          <w:b/>
          <w:bCs/>
        </w:rPr>
      </w:pPr>
    </w:p>
    <w:p w14:paraId="2D8FB61A" w14:textId="77777777" w:rsidR="006508B7" w:rsidRDefault="006A0BB4" w:rsidP="001C171A">
      <w:pPr>
        <w:spacing w:line="276" w:lineRule="auto"/>
        <w:ind w:left="2880" w:firstLine="0"/>
        <w:rPr>
          <w:b/>
          <w:bCs/>
        </w:rPr>
      </w:pPr>
      <w:r>
        <w:rPr>
          <w:b/>
          <w:bCs/>
        </w:rPr>
        <w:t xml:space="preserve"> </w:t>
      </w:r>
    </w:p>
    <w:p w14:paraId="658B152C" w14:textId="0D41FC91" w:rsidR="001C171A" w:rsidRPr="001C171A" w:rsidRDefault="006508B7" w:rsidP="001C171A">
      <w:pPr>
        <w:spacing w:line="276" w:lineRule="auto"/>
        <w:ind w:left="2880" w:firstLine="0"/>
        <w:rPr>
          <w:b/>
          <w:bCs/>
        </w:rPr>
      </w:pPr>
      <w:r>
        <w:rPr>
          <w:b/>
          <w:bCs/>
        </w:rPr>
        <w:lastRenderedPageBreak/>
        <w:t xml:space="preserve">     </w:t>
      </w:r>
      <w:r w:rsidR="001C171A">
        <w:rPr>
          <w:b/>
          <w:bCs/>
        </w:rPr>
        <w:t xml:space="preserve"> </w:t>
      </w:r>
      <w:r w:rsidR="001C171A" w:rsidRPr="008045D6">
        <w:rPr>
          <w:b/>
          <w:bCs/>
        </w:rPr>
        <w:t xml:space="preserve">CHAPTER </w:t>
      </w:r>
      <w:r w:rsidR="001C171A">
        <w:rPr>
          <w:b/>
          <w:bCs/>
        </w:rPr>
        <w:t>FIVE</w:t>
      </w:r>
    </w:p>
    <w:p w14:paraId="1A95278C" w14:textId="204405B1" w:rsidR="006508B7" w:rsidRPr="006508B7" w:rsidRDefault="001C171A" w:rsidP="006508B7">
      <w:pPr>
        <w:spacing w:line="276" w:lineRule="auto"/>
      </w:pPr>
      <w:r w:rsidRPr="001C171A">
        <w:t>The</w:t>
      </w:r>
      <w:r w:rsidR="006508B7" w:rsidRPr="006508B7">
        <w:t xml:space="preserve"> return journey through Beaumont's outer corridors feels different now. Each step carries the weight of that single word—"OATH"—still echoing in my mind like a half-remembered dream. Valeria walks beside me, closer than protocol </w:t>
      </w:r>
      <w:proofErr w:type="gramStart"/>
      <w:r w:rsidR="006508B7" w:rsidRPr="006508B7">
        <w:t>allows,</w:t>
      </w:r>
      <w:proofErr w:type="gramEnd"/>
      <w:r w:rsidR="006508B7" w:rsidRPr="006508B7">
        <w:t xml:space="preserve"> her silence louder than any diplomatic statement. The silver ward channels set into the grey stone walls track our progress, brightening whenever she comes near me, as if the mountain itself is recording how close we are. I wonder if the old magic recognizes what we've found—or if it’s been waiting for us to find it all along.</w:t>
      </w:r>
    </w:p>
    <w:p w14:paraId="671AEDA3" w14:textId="77777777" w:rsidR="006508B7" w:rsidRPr="006508B7" w:rsidRDefault="006508B7" w:rsidP="006508B7">
      <w:pPr>
        <w:spacing w:line="276" w:lineRule="auto"/>
      </w:pPr>
      <w:r w:rsidRPr="006508B7">
        <w:t>"The wards have never reacted this way," Valeria says, her voice low enough that only I can hear. Her eyes follow the silver veins as they pulse, as if answering her words. "Not in all my centuries."</w:t>
      </w:r>
    </w:p>
    <w:p w14:paraId="0F1B86DF" w14:textId="77777777" w:rsidR="006508B7" w:rsidRPr="006508B7" w:rsidRDefault="006508B7" w:rsidP="006508B7">
      <w:pPr>
        <w:spacing w:line="276" w:lineRule="auto"/>
      </w:pPr>
      <w:r w:rsidRPr="006508B7">
        <w:t>I watch light move through the channels like mercury finding its place, collecting when we stop, racing forward when we walk again. "Could it be connected to the seal? To whatever spoke to us?"</w:t>
      </w:r>
    </w:p>
    <w:p w14:paraId="2E11C7C5" w14:textId="77777777" w:rsidR="006508B7" w:rsidRPr="006508B7" w:rsidRDefault="006508B7" w:rsidP="006508B7">
      <w:pPr>
        <w:spacing w:line="276" w:lineRule="auto"/>
      </w:pPr>
      <w:r w:rsidRPr="006508B7">
        <w:t>She doesn’t answer right away, her profile sharp in the torchlight. When she finally speaks, every word is controlled. "There are stories... legends from before the Accord. About the mountain having its own will. Its own memory."</w:t>
      </w:r>
    </w:p>
    <w:p w14:paraId="7B29913A" w14:textId="77777777" w:rsidR="006508B7" w:rsidRPr="006508B7" w:rsidRDefault="006508B7" w:rsidP="006508B7">
      <w:pPr>
        <w:spacing w:line="276" w:lineRule="auto"/>
      </w:pPr>
      <w:r w:rsidRPr="006508B7">
        <w:t>"You think the mountain is trying to tell us something?"</w:t>
      </w:r>
    </w:p>
    <w:p w14:paraId="04B554E9" w14:textId="77777777" w:rsidR="006508B7" w:rsidRPr="006508B7" w:rsidRDefault="006508B7" w:rsidP="006508B7">
      <w:pPr>
        <w:spacing w:line="276" w:lineRule="auto"/>
      </w:pPr>
      <w:r w:rsidRPr="006508B7">
        <w:t>"I think nothing in Beaumont happens by accident."</w:t>
      </w:r>
    </w:p>
    <w:p w14:paraId="3B872545" w14:textId="77777777" w:rsidR="006508B7" w:rsidRPr="006508B7" w:rsidRDefault="006508B7" w:rsidP="006508B7">
      <w:pPr>
        <w:spacing w:line="276" w:lineRule="auto"/>
      </w:pPr>
      <w:r w:rsidRPr="006508B7">
        <w:t>We turn a corner into a wider passage where the ceiling rises higher, decorated with detailed silver patterns that mirror constellations I don’t recognize. Two guards stand at attention, their armor gleaming in the low light. As we approach, their posture changes—barely noticeable, but real. Straighter spines. A slight shift of balance. Their eyes flick to the ward channels, which brighten sharply as Valeria and I pass. One guard’s fingers tighten on his weapon.</w:t>
      </w:r>
    </w:p>
    <w:p w14:paraId="4AAD8B80" w14:textId="77777777" w:rsidR="006508B7" w:rsidRPr="006508B7" w:rsidRDefault="006508B7" w:rsidP="006508B7">
      <w:pPr>
        <w:spacing w:line="276" w:lineRule="auto"/>
      </w:pPr>
      <w:r w:rsidRPr="006508B7">
        <w:t>They're afraid, I realize. Not of Valeria—they expect her to affect the wards. Of me. Of what my presence might mean.</w:t>
      </w:r>
    </w:p>
    <w:p w14:paraId="7ECD999E" w14:textId="77777777" w:rsidR="006508B7" w:rsidRPr="006508B7" w:rsidRDefault="006508B7" w:rsidP="006508B7">
      <w:pPr>
        <w:spacing w:line="276" w:lineRule="auto"/>
      </w:pPr>
      <w:r w:rsidRPr="006508B7">
        <w:t>Valeria notices too. Her body shifts slightly, placing herself between me and the guards. The movement is smooth, casual enough to look accidental instead of protective. But I know better. I’ve studied her long enough to recognize intention hidden inside grace.</w:t>
      </w:r>
    </w:p>
    <w:p w14:paraId="308B46B9" w14:textId="77777777" w:rsidR="006508B7" w:rsidRPr="006508B7" w:rsidRDefault="006508B7" w:rsidP="006508B7">
      <w:pPr>
        <w:spacing w:line="276" w:lineRule="auto"/>
      </w:pPr>
      <w:r w:rsidRPr="006508B7">
        <w:t>A warmth spreads beneath my ribs—that familiar feeling that ties us together. Not painful, not invasive, but impossible to ignore. Like a compass locking onto north, it grows stronger when she moves closer.</w:t>
      </w:r>
    </w:p>
    <w:p w14:paraId="6A24F881" w14:textId="77777777" w:rsidR="006508B7" w:rsidRPr="006508B7" w:rsidRDefault="006508B7" w:rsidP="006508B7">
      <w:pPr>
        <w:spacing w:line="276" w:lineRule="auto"/>
      </w:pPr>
      <w:r w:rsidRPr="006508B7">
        <w:lastRenderedPageBreak/>
        <w:t>Further down the corridor, a masked sentinel stands beside an archway leading deeper into the palace. His face is covered by a polished obsidian mask etched with silver runes that catch the light when he turns his head. As we near him, his body goes rigid. The mask hides his expression, but the tight line of his shoulders gives him away as the ward channels flare bright enough to throw shadows across the floor.</w:t>
      </w:r>
    </w:p>
    <w:p w14:paraId="275E49C7" w14:textId="77777777" w:rsidR="006508B7" w:rsidRPr="006508B7" w:rsidRDefault="006508B7" w:rsidP="006508B7">
      <w:pPr>
        <w:spacing w:line="276" w:lineRule="auto"/>
      </w:pPr>
      <w:r w:rsidRPr="006508B7">
        <w:t>"Your Majesty," he says, bowing deeply, careful to keep his eyes down, away from whatever is happening around us.</w:t>
      </w:r>
    </w:p>
    <w:p w14:paraId="674113C2" w14:textId="77777777" w:rsidR="006508B7" w:rsidRPr="006508B7" w:rsidRDefault="006508B7" w:rsidP="006508B7">
      <w:pPr>
        <w:spacing w:line="276" w:lineRule="auto"/>
      </w:pPr>
      <w:r w:rsidRPr="006508B7">
        <w:t>Valeria gives a single nod but doesn’t slow. I follow close behind, feeling the sentinel’s hidden attention on us until we turn another corner.</w:t>
      </w:r>
    </w:p>
    <w:p w14:paraId="469FE9B8" w14:textId="77777777" w:rsidR="006508B7" w:rsidRPr="006508B7" w:rsidRDefault="006508B7" w:rsidP="006508B7">
      <w:pPr>
        <w:spacing w:line="276" w:lineRule="auto"/>
      </w:pPr>
      <w:r w:rsidRPr="006508B7">
        <w:t>"Your court is unsettled," I say quietly.</w:t>
      </w:r>
    </w:p>
    <w:p w14:paraId="7FD6156D" w14:textId="77777777" w:rsidR="006508B7" w:rsidRPr="006508B7" w:rsidRDefault="006508B7" w:rsidP="006508B7">
      <w:pPr>
        <w:spacing w:line="276" w:lineRule="auto"/>
      </w:pPr>
      <w:r w:rsidRPr="006508B7">
        <w:t>"They have reason to be." Her voice stays calm, but her shoulders hold tension she doesn’t fully hide. "Ward disturbances usually come before upheaval."</w:t>
      </w:r>
    </w:p>
    <w:p w14:paraId="5300F1C7" w14:textId="77777777" w:rsidR="006508B7" w:rsidRPr="006508B7" w:rsidRDefault="006508B7" w:rsidP="006508B7">
      <w:pPr>
        <w:spacing w:line="276" w:lineRule="auto"/>
      </w:pPr>
      <w:r w:rsidRPr="006508B7">
        <w:t>"And a human diplomat who makes them glow brighter isn't helping, I assume."</w:t>
      </w:r>
    </w:p>
    <w:p w14:paraId="664850CF" w14:textId="77777777" w:rsidR="006508B7" w:rsidRPr="006508B7" w:rsidRDefault="006508B7" w:rsidP="006508B7">
      <w:pPr>
        <w:spacing w:line="276" w:lineRule="auto"/>
      </w:pPr>
      <w:r w:rsidRPr="006508B7">
        <w:t>The faintest hint of a smile touches her lips, there and gone so fast I might have imagined it. "That is... unprecedented in our history."</w:t>
      </w:r>
    </w:p>
    <w:p w14:paraId="7F50F627" w14:textId="77777777" w:rsidR="006508B7" w:rsidRPr="006508B7" w:rsidRDefault="006508B7" w:rsidP="006508B7">
      <w:pPr>
        <w:spacing w:line="276" w:lineRule="auto"/>
      </w:pPr>
      <w:r w:rsidRPr="006508B7">
        <w:t>We enter a circular chamber where several corridors meet like spokes on a wheel. The domed ceiling rises high above, inlaid with silver channels that form a perfect spiral. In the center, a blue flame burns in a suspended silver brazier, casting eerie light across black marble floors polished to a mirror shine.</w:t>
      </w:r>
    </w:p>
    <w:p w14:paraId="60003804" w14:textId="77777777" w:rsidR="006508B7" w:rsidRPr="006508B7" w:rsidRDefault="006508B7" w:rsidP="006508B7">
      <w:pPr>
        <w:spacing w:line="276" w:lineRule="auto"/>
      </w:pPr>
      <w:r w:rsidRPr="006508B7">
        <w:t>And there, leaning against one of the marble pillars holding up the dome, stands Lord Ardent.</w:t>
      </w:r>
    </w:p>
    <w:p w14:paraId="0371E96B" w14:textId="77777777" w:rsidR="006508B7" w:rsidRPr="006508B7" w:rsidRDefault="006508B7" w:rsidP="006508B7">
      <w:pPr>
        <w:spacing w:line="276" w:lineRule="auto"/>
      </w:pPr>
      <w:r w:rsidRPr="006508B7">
        <w:t xml:space="preserve">His silver eyes find us instantly, narrowing as he takes in how close we are to each other. As we step into the chamber, the ward channels react hard—not just </w:t>
      </w:r>
      <w:proofErr w:type="gramStart"/>
      <w:r w:rsidRPr="006508B7">
        <w:t>brighter, but</w:t>
      </w:r>
      <w:proofErr w:type="gramEnd"/>
      <w:r w:rsidRPr="006508B7">
        <w:t xml:space="preserve"> pulsing with a rhythm that sends waves of silver light up through the spiral overhead. The blue flame flares higher for a moment, then settles again.</w:t>
      </w:r>
    </w:p>
    <w:p w14:paraId="441459EE" w14:textId="77777777" w:rsidR="006508B7" w:rsidRPr="006508B7" w:rsidRDefault="006508B7" w:rsidP="006508B7">
      <w:pPr>
        <w:spacing w:line="276" w:lineRule="auto"/>
      </w:pPr>
      <w:proofErr w:type="spellStart"/>
      <w:r w:rsidRPr="006508B7">
        <w:t>Ardent’s</w:t>
      </w:r>
      <w:proofErr w:type="spellEnd"/>
      <w:r w:rsidRPr="006508B7">
        <w:t xml:space="preserve"> jaw tightens visibly. One hand </w:t>
      </w:r>
      <w:proofErr w:type="gramStart"/>
      <w:r w:rsidRPr="006508B7">
        <w:t>curls</w:t>
      </w:r>
      <w:proofErr w:type="gramEnd"/>
      <w:r w:rsidRPr="006508B7">
        <w:t xml:space="preserve"> into a fist at his side before he forces it to relax. Everything about his posture is controlled hostility.</w:t>
      </w:r>
    </w:p>
    <w:p w14:paraId="5BCAD1CE" w14:textId="77777777" w:rsidR="006508B7" w:rsidRPr="006508B7" w:rsidRDefault="006508B7" w:rsidP="006508B7">
      <w:pPr>
        <w:spacing w:line="276" w:lineRule="auto"/>
      </w:pPr>
      <w:r w:rsidRPr="006508B7">
        <w:t>"Your Majesty," he says, dipping his head in a gesture that counts as respectful but still manages to carry heavy disagreement. "I see your... investigation was illuminating."</w:t>
      </w:r>
    </w:p>
    <w:p w14:paraId="0EDFBD95" w14:textId="77777777" w:rsidR="006508B7" w:rsidRPr="006508B7" w:rsidRDefault="006508B7" w:rsidP="006508B7">
      <w:pPr>
        <w:spacing w:line="276" w:lineRule="auto"/>
      </w:pPr>
      <w:r w:rsidRPr="006508B7">
        <w:t>The emphasis on that word is deliberate, his gaze flicking to the still-pulsing ward lines.</w:t>
      </w:r>
    </w:p>
    <w:p w14:paraId="3878A644" w14:textId="77777777" w:rsidR="006508B7" w:rsidRPr="006508B7" w:rsidRDefault="006508B7" w:rsidP="006508B7">
      <w:pPr>
        <w:spacing w:line="276" w:lineRule="auto"/>
      </w:pPr>
      <w:r w:rsidRPr="006508B7">
        <w:t>"We found evidence of deliberate sabotage," Valeria replies, her voice carrying quiet authority that makes shouting unnecessary. "And something more. We'll discuss it in council."</w:t>
      </w:r>
    </w:p>
    <w:p w14:paraId="078F4DD5" w14:textId="77777777" w:rsidR="006508B7" w:rsidRPr="006508B7" w:rsidRDefault="006508B7" w:rsidP="006508B7">
      <w:pPr>
        <w:spacing w:line="276" w:lineRule="auto"/>
      </w:pPr>
      <w:r w:rsidRPr="006508B7">
        <w:lastRenderedPageBreak/>
        <w:t>Ardent steps forward, placing himself in Valeria’s path. He doesn’t block her outright, but the message is clear. "The court grows concerned about these ward anomalies, Your Majesty. And the human's effect on them."</w:t>
      </w:r>
    </w:p>
    <w:p w14:paraId="1FA990AA" w14:textId="77777777" w:rsidR="006508B7" w:rsidRPr="006508B7" w:rsidRDefault="006508B7" w:rsidP="006508B7">
      <w:pPr>
        <w:spacing w:line="276" w:lineRule="auto"/>
      </w:pPr>
      <w:r w:rsidRPr="006508B7">
        <w:t>"Diplomat Everhart," she corrects him, her tone turning colder, "has insights into the sabotage methods we observed. Her presence is necessary."</w:t>
      </w:r>
    </w:p>
    <w:p w14:paraId="471F8AA5" w14:textId="77777777" w:rsidR="006508B7" w:rsidRPr="006508B7" w:rsidRDefault="006508B7" w:rsidP="006508B7">
      <w:pPr>
        <w:spacing w:line="276" w:lineRule="auto"/>
      </w:pPr>
      <w:r w:rsidRPr="006508B7">
        <w:t xml:space="preserve">When </w:t>
      </w:r>
      <w:proofErr w:type="spellStart"/>
      <w:r w:rsidRPr="006508B7">
        <w:t>Ardent’s</w:t>
      </w:r>
      <w:proofErr w:type="spellEnd"/>
      <w:r w:rsidRPr="006508B7">
        <w:t xml:space="preserve"> gaze shifts to me, I feel the full weight of centuries of prejudice. Not just dislike—dismissal. Like I don’t deserve to breathe in his space. In response, Valeria moves smoothly in front of me, putting herself between us. The gesture is subtle, but the meaning is unmistakable: she stands between me and danger.</w:t>
      </w:r>
    </w:p>
    <w:p w14:paraId="2016C152" w14:textId="77777777" w:rsidR="006508B7" w:rsidRPr="006508B7" w:rsidRDefault="006508B7" w:rsidP="006508B7">
      <w:pPr>
        <w:spacing w:line="276" w:lineRule="auto"/>
      </w:pPr>
      <w:r w:rsidRPr="006508B7">
        <w:t>A wave of relief moves through me, followed by instant confusion at myself. I’m a diplomat. I’ve faced hostile negotiators across countless tables. I shouldn’t need protection—certainly not from a vampire queen who represents the power I came here to challenge.</w:t>
      </w:r>
    </w:p>
    <w:p w14:paraId="2403376A" w14:textId="77777777" w:rsidR="006508B7" w:rsidRPr="006508B7" w:rsidRDefault="006508B7" w:rsidP="006508B7">
      <w:pPr>
        <w:spacing w:line="276" w:lineRule="auto"/>
      </w:pPr>
      <w:r w:rsidRPr="006508B7">
        <w:t xml:space="preserve">Yet the warmth beneath my </w:t>
      </w:r>
      <w:proofErr w:type="gramStart"/>
      <w:r w:rsidRPr="006508B7">
        <w:t>ribs</w:t>
      </w:r>
      <w:proofErr w:type="gramEnd"/>
      <w:r w:rsidRPr="006508B7">
        <w:t xml:space="preserve"> spreads outward, a steady certainty that ignores my training. </w:t>
      </w:r>
      <w:proofErr w:type="gramStart"/>
      <w:r w:rsidRPr="006508B7">
        <w:t>Of course</w:t>
      </w:r>
      <w:proofErr w:type="gramEnd"/>
      <w:r w:rsidRPr="006508B7">
        <w:t xml:space="preserve"> I feel safer with the vampire queen beside me—totally sane, very diplomatic, </w:t>
      </w:r>
      <w:proofErr w:type="gramStart"/>
      <w:r w:rsidRPr="006508B7">
        <w:t>definitely something</w:t>
      </w:r>
      <w:proofErr w:type="gramEnd"/>
      <w:r w:rsidRPr="006508B7">
        <w:t xml:space="preserve"> I’d put in a report.</w:t>
      </w:r>
    </w:p>
    <w:p w14:paraId="2A71A212" w14:textId="77777777" w:rsidR="006508B7" w:rsidRPr="006508B7" w:rsidRDefault="006508B7" w:rsidP="006508B7">
      <w:pPr>
        <w:spacing w:line="276" w:lineRule="auto"/>
      </w:pPr>
      <w:proofErr w:type="spellStart"/>
      <w:r w:rsidRPr="006508B7">
        <w:t>Ardent’s</w:t>
      </w:r>
      <w:proofErr w:type="spellEnd"/>
      <w:r w:rsidRPr="006508B7">
        <w:t xml:space="preserve"> nostrils flare as he studies us, and I remember too late that vampires can sense emotional shifts. Whatever he reads in me—relief, confusion, the comfort I hate that I feel—his expression hardens.</w:t>
      </w:r>
    </w:p>
    <w:p w14:paraId="646347BB" w14:textId="77777777" w:rsidR="006508B7" w:rsidRPr="006508B7" w:rsidRDefault="006508B7" w:rsidP="006508B7">
      <w:pPr>
        <w:spacing w:line="276" w:lineRule="auto"/>
      </w:pPr>
      <w:r w:rsidRPr="006508B7">
        <w:t>"The council awaits your return," he says at last. "I've assembled the inner circle as requested."</w:t>
      </w:r>
    </w:p>
    <w:p w14:paraId="4FC3BDCE" w14:textId="77777777" w:rsidR="006508B7" w:rsidRPr="006508B7" w:rsidRDefault="006508B7" w:rsidP="006508B7">
      <w:pPr>
        <w:spacing w:line="276" w:lineRule="auto"/>
      </w:pPr>
      <w:r w:rsidRPr="006508B7">
        <w:t>Valeria nods once, dismissal clear. Ardent holds his place one beat longer than good manners allow, then turns away. His formal robes sweep as he heads toward one of the corridor entrances.</w:t>
      </w:r>
    </w:p>
    <w:p w14:paraId="23555EC1" w14:textId="77777777" w:rsidR="006508B7" w:rsidRPr="006508B7" w:rsidRDefault="006508B7" w:rsidP="006508B7">
      <w:pPr>
        <w:spacing w:line="276" w:lineRule="auto"/>
      </w:pPr>
      <w:r w:rsidRPr="006508B7">
        <w:t>When he's gone, I exhale slowly, only now realizing I’d been holding my breath.</w:t>
      </w:r>
    </w:p>
    <w:p w14:paraId="1D20E091" w14:textId="77777777" w:rsidR="006508B7" w:rsidRPr="006508B7" w:rsidRDefault="006508B7" w:rsidP="006508B7">
      <w:pPr>
        <w:spacing w:line="276" w:lineRule="auto"/>
      </w:pPr>
      <w:r w:rsidRPr="006508B7">
        <w:t>"He doesn't trust me," I say, stating the obvious because the silence needs a crack.</w:t>
      </w:r>
    </w:p>
    <w:p w14:paraId="1153D4F9" w14:textId="77777777" w:rsidR="006508B7" w:rsidRPr="006508B7" w:rsidRDefault="006508B7" w:rsidP="006508B7">
      <w:pPr>
        <w:spacing w:line="276" w:lineRule="auto"/>
      </w:pPr>
      <w:r w:rsidRPr="006508B7">
        <w:t>"He doesn't trust change." Valeria turns to me, her golden eyes reflecting the ward light. "And you, Alice Everhart, are nothing if not change made flesh."</w:t>
      </w:r>
    </w:p>
    <w:p w14:paraId="581E1412" w14:textId="77777777" w:rsidR="006508B7" w:rsidRPr="006508B7" w:rsidRDefault="006508B7" w:rsidP="006508B7">
      <w:pPr>
        <w:spacing w:line="276" w:lineRule="auto"/>
      </w:pPr>
      <w:r w:rsidRPr="006508B7">
        <w:t xml:space="preserve">She says my name with unexpected softness, and the warmth beneath my </w:t>
      </w:r>
      <w:proofErr w:type="gramStart"/>
      <w:r w:rsidRPr="006508B7">
        <w:t>ribs</w:t>
      </w:r>
      <w:proofErr w:type="gramEnd"/>
      <w:r w:rsidRPr="006508B7">
        <w:t xml:space="preserve"> answers with a pulse. I should step back. Make space. Remember why I’m here—treaty violations, investigation, duty.</w:t>
      </w:r>
    </w:p>
    <w:p w14:paraId="14F4D88C" w14:textId="77777777" w:rsidR="006508B7" w:rsidRPr="006508B7" w:rsidRDefault="006508B7" w:rsidP="006508B7">
      <w:pPr>
        <w:spacing w:line="276" w:lineRule="auto"/>
      </w:pPr>
      <w:r w:rsidRPr="006508B7">
        <w:t>Instead, I find myself watching the sharp lines of her face, the calm stillness she wears like armor, the slight tension near her eyes that shows the weight she carries.</w:t>
      </w:r>
    </w:p>
    <w:p w14:paraId="10243CD1" w14:textId="77777777" w:rsidR="006508B7" w:rsidRPr="006508B7" w:rsidRDefault="006508B7" w:rsidP="006508B7">
      <w:pPr>
        <w:spacing w:line="276" w:lineRule="auto"/>
      </w:pPr>
      <w:r w:rsidRPr="006508B7">
        <w:lastRenderedPageBreak/>
        <w:t>I'm starting to need her presence more than I expected. That should scare me. Instead, it clicks into place like the last piece of a puzzle I didn’t know I was building.</w:t>
      </w:r>
    </w:p>
    <w:p w14:paraId="593DDC1D" w14:textId="77777777" w:rsidR="006508B7" w:rsidRPr="006508B7" w:rsidRDefault="006508B7" w:rsidP="006508B7">
      <w:pPr>
        <w:spacing w:line="276" w:lineRule="auto"/>
      </w:pPr>
      <w:r w:rsidRPr="006508B7">
        <w:t>As we move toward the council chamber, the ward lines flowing ahead like silver streams, I wonder if this is how peace treaties really fail—not with grand declarations or border fights, but with the quiet weakening of carefully built walls. Between diplomat and subject. Between human and vampire. Between duty and desire.</w:t>
      </w:r>
    </w:p>
    <w:p w14:paraId="35323B99" w14:textId="77777777" w:rsidR="006508B7" w:rsidRPr="006508B7" w:rsidRDefault="006508B7" w:rsidP="006508B7">
      <w:pPr>
        <w:spacing w:line="276" w:lineRule="auto"/>
      </w:pPr>
      <w:r w:rsidRPr="006508B7">
        <w:t>The warmth beneath my ribs settles into a constant, comfortable glow as Valeria holds the door to the inner palace open for me, her hand almost—almost—touching my shoulder as I pass.</w:t>
      </w:r>
    </w:p>
    <w:p w14:paraId="6325281C" w14:textId="77777777" w:rsidR="006508B7" w:rsidRPr="006508B7" w:rsidRDefault="006508B7" w:rsidP="006508B7">
      <w:pPr>
        <w:spacing w:line="276" w:lineRule="auto"/>
      </w:pPr>
      <w:r w:rsidRPr="006508B7">
        <w:t>The council chamber adjoining the throne room is smaller than I expected, intimate in a way that feels more dangerous than public grandeur. No showy politics here—this is where real power moves in low voices and careful looks. A semicircular onyx table dominates the room, its polished surface reflecting twelve high-backed chairs carved from the same black stone. Torchlight flickers across gargoyle faces built into the walls, their expressions frozen in endless vigilance or warning. Like everything in Beaumont, even the décor watches.</w:t>
      </w:r>
    </w:p>
    <w:p w14:paraId="2380979C" w14:textId="77777777" w:rsidR="006508B7" w:rsidRPr="006508B7" w:rsidRDefault="006508B7" w:rsidP="006508B7">
      <w:pPr>
        <w:spacing w:line="276" w:lineRule="auto"/>
      </w:pPr>
      <w:r w:rsidRPr="006508B7">
        <w:t>Vampire nobles file in behind us, their movements smooth and predatory even in formal clothes. Their eyes track me—this human intruder in their sacred space—with expressions ranging from curiosity to open hostility. I straighten my spine and keep my face neutral. Show no weakness. Don’t look like prey.</w:t>
      </w:r>
    </w:p>
    <w:p w14:paraId="1745028F" w14:textId="77777777" w:rsidR="006508B7" w:rsidRPr="006508B7" w:rsidRDefault="006508B7" w:rsidP="006508B7">
      <w:pPr>
        <w:spacing w:line="276" w:lineRule="auto"/>
      </w:pPr>
      <w:r w:rsidRPr="006508B7">
        <w:t>Valeria moves straight to the central seat, where her chair is set slightly higher than the rest. I expect to be placed off to the side, maybe standing against a wall like an observer.</w:t>
      </w:r>
    </w:p>
    <w:p w14:paraId="4D7FD4FB" w14:textId="77777777" w:rsidR="006508B7" w:rsidRPr="006508B7" w:rsidRDefault="006508B7" w:rsidP="006508B7">
      <w:pPr>
        <w:spacing w:line="276" w:lineRule="auto"/>
      </w:pPr>
      <w:r w:rsidRPr="006508B7">
        <w:t>Instead, she gestures to the seat immediately to her right.</w:t>
      </w:r>
    </w:p>
    <w:p w14:paraId="3C1A8164" w14:textId="77777777" w:rsidR="006508B7" w:rsidRPr="006508B7" w:rsidRDefault="006508B7" w:rsidP="006508B7">
      <w:pPr>
        <w:spacing w:line="276" w:lineRule="auto"/>
      </w:pPr>
      <w:r w:rsidRPr="006508B7">
        <w:t>"Diplomat Everhart will join the council for this session," she says, her voice carrying without sounding raised. "Her insights into the ambush site are relevant to our deliberations."</w:t>
      </w:r>
    </w:p>
    <w:p w14:paraId="5FE2BBDB" w14:textId="77777777" w:rsidR="006508B7" w:rsidRPr="006508B7" w:rsidRDefault="006508B7" w:rsidP="006508B7">
      <w:pPr>
        <w:spacing w:line="276" w:lineRule="auto"/>
      </w:pPr>
      <w:r w:rsidRPr="006508B7">
        <w:t>The room doesn’t “go silent”—it wasn’t loud—but the quiet changes. Tension thickens the air. I feel the weight of old prejudice pressing against my skin as I take the offered seat, careful with posture. The chair is cold against my back, unforgiving stone with no comfort for human bones. I wonder, briefly, if that’s on purpose.</w:t>
      </w:r>
    </w:p>
    <w:p w14:paraId="184DBB4B" w14:textId="77777777" w:rsidR="006508B7" w:rsidRPr="006508B7" w:rsidRDefault="006508B7" w:rsidP="006508B7">
      <w:pPr>
        <w:spacing w:line="276" w:lineRule="auto"/>
      </w:pPr>
      <w:r w:rsidRPr="006508B7">
        <w:t>Lord Ardent enters last, pausing at the threshold as he clocks my position beside the queen. His eyes narrow slightly, jaw tightening before he forces it back under control. He takes the seat furthest from me, directly across from Valeria.</w:t>
      </w:r>
    </w:p>
    <w:p w14:paraId="7916F3F3" w14:textId="77777777" w:rsidR="006508B7" w:rsidRPr="006508B7" w:rsidRDefault="006508B7" w:rsidP="006508B7">
      <w:pPr>
        <w:spacing w:line="276" w:lineRule="auto"/>
      </w:pPr>
      <w:r w:rsidRPr="006508B7">
        <w:t>"Your Majesty," he begins, his voice a low growl, "with respect, there are protocols for these proceedings. The human has no standing in matters of internal security."</w:t>
      </w:r>
    </w:p>
    <w:p w14:paraId="0099AAF7" w14:textId="77777777" w:rsidR="006508B7" w:rsidRPr="006508B7" w:rsidRDefault="006508B7" w:rsidP="006508B7">
      <w:pPr>
        <w:spacing w:line="276" w:lineRule="auto"/>
      </w:pPr>
      <w:r w:rsidRPr="006508B7">
        <w:lastRenderedPageBreak/>
        <w:t>Valeria doesn’t look up from the documents in her hands. "The treaty violation we're investigating involves both our peoples, Lord Ardent. Diplomat Everhart's presence is appropriate."</w:t>
      </w:r>
    </w:p>
    <w:p w14:paraId="2240789C" w14:textId="77777777" w:rsidR="006508B7" w:rsidRPr="006508B7" w:rsidRDefault="006508B7" w:rsidP="006508B7">
      <w:pPr>
        <w:spacing w:line="276" w:lineRule="auto"/>
      </w:pPr>
      <w:r w:rsidRPr="006508B7">
        <w:t>"The treaty doesn't require sharing council chambers." His fingers press into the table hard enough that I can almost picture stone cracking. "Only findings."</w:t>
      </w:r>
    </w:p>
    <w:p w14:paraId="1E5FB8F7" w14:textId="77777777" w:rsidR="006508B7" w:rsidRPr="006508B7" w:rsidRDefault="006508B7" w:rsidP="006508B7">
      <w:pPr>
        <w:spacing w:line="276" w:lineRule="auto"/>
      </w:pPr>
      <w:r w:rsidRPr="006508B7">
        <w:t>Now Valeria looks up, her golden eyes locking onto his silver ones. The room seems to chill. "Are you questioning my judgment, Lord Ardent?"</w:t>
      </w:r>
    </w:p>
    <w:p w14:paraId="594794DD" w14:textId="77777777" w:rsidR="006508B7" w:rsidRPr="006508B7" w:rsidRDefault="006508B7" w:rsidP="006508B7">
      <w:pPr>
        <w:spacing w:line="276" w:lineRule="auto"/>
      </w:pPr>
      <w:r w:rsidRPr="006508B7">
        <w:t>The words are simple, but the threat underneath is sharp. Ardent hears it. He dips his head slightly, retreating without truly surrendering.</w:t>
      </w:r>
    </w:p>
    <w:p w14:paraId="2A26BC2A" w14:textId="77777777" w:rsidR="006508B7" w:rsidRPr="006508B7" w:rsidRDefault="006508B7" w:rsidP="006508B7">
      <w:pPr>
        <w:spacing w:line="276" w:lineRule="auto"/>
      </w:pPr>
      <w:r w:rsidRPr="006508B7">
        <w:t>"I express the concerns of the court, Your Majesty. Nothing more."</w:t>
      </w:r>
    </w:p>
    <w:p w14:paraId="2B0D5945" w14:textId="77777777" w:rsidR="006508B7" w:rsidRPr="006508B7" w:rsidRDefault="006508B7" w:rsidP="006508B7">
      <w:pPr>
        <w:spacing w:line="276" w:lineRule="auto"/>
      </w:pPr>
      <w:r w:rsidRPr="006508B7">
        <w:t>A pale noble to my left leans forward, his features so refined they look almost translucent in the torchlight. "The ward anomalies grow more pronounced by the hour, Your Majesty. The human's presence coincides with these disturbances." His voice drops into a theatrical whisper meant to be heard by all. "Some wonder if her... favor from the wards presents a greater threat than the treaty violation itself."</w:t>
      </w:r>
    </w:p>
    <w:p w14:paraId="3A2686E1" w14:textId="77777777" w:rsidR="006508B7" w:rsidRPr="006508B7" w:rsidRDefault="006508B7" w:rsidP="006508B7">
      <w:pPr>
        <w:spacing w:line="276" w:lineRule="auto"/>
      </w:pPr>
      <w:r w:rsidRPr="006508B7">
        <w:t>Favor. Like I charmed Beaumont’s ancient magic instead of being just as confused by it. I keep my expression neutral.</w:t>
      </w:r>
    </w:p>
    <w:p w14:paraId="73114545" w14:textId="77777777" w:rsidR="006508B7" w:rsidRPr="006508B7" w:rsidRDefault="006508B7" w:rsidP="006508B7">
      <w:pPr>
        <w:spacing w:line="276" w:lineRule="auto"/>
      </w:pPr>
      <w:r w:rsidRPr="006508B7">
        <w:t>"Beaumont's defenses have never responded to human presence before," adds another voice. A woman with intricately coiled hair studies me like a specimen. "The timing suggests deliberate manipulation. Perhaps a new human ward-breaking method we haven't encountered."</w:t>
      </w:r>
    </w:p>
    <w:p w14:paraId="789B589B" w14:textId="77777777" w:rsidR="006508B7" w:rsidRPr="006508B7" w:rsidRDefault="006508B7" w:rsidP="006508B7">
      <w:pPr>
        <w:spacing w:line="276" w:lineRule="auto"/>
      </w:pPr>
      <w:r w:rsidRPr="006508B7">
        <w:t>"Or perhaps the queen's judgment is... compromised," suggests a third voice from the shadows, where an elder stands instead of sits, like he existed before chairs mattered. "These ward responses began with the diplomat's arrival. They intensify in her proximity to Your Majesty."</w:t>
      </w:r>
    </w:p>
    <w:p w14:paraId="7AA32BC4" w14:textId="77777777" w:rsidR="006508B7" w:rsidRPr="006508B7" w:rsidRDefault="006508B7" w:rsidP="006508B7">
      <w:pPr>
        <w:spacing w:line="276" w:lineRule="auto"/>
      </w:pPr>
      <w:r w:rsidRPr="006508B7">
        <w:t xml:space="preserve">The accusation is plain. Heat rises in my cheeks despite training. The warmth beneath my </w:t>
      </w:r>
      <w:proofErr w:type="gramStart"/>
      <w:r w:rsidRPr="006508B7">
        <w:t>ribs</w:t>
      </w:r>
      <w:proofErr w:type="gramEnd"/>
      <w:r w:rsidRPr="006508B7">
        <w:t xml:space="preserve"> pulses once, firm, like it’s pushing back.</w:t>
      </w:r>
    </w:p>
    <w:p w14:paraId="60D2E8F9" w14:textId="77777777" w:rsidR="006508B7" w:rsidRPr="006508B7" w:rsidRDefault="006508B7" w:rsidP="006508B7">
      <w:pPr>
        <w:spacing w:line="276" w:lineRule="auto"/>
      </w:pPr>
      <w:r w:rsidRPr="006508B7">
        <w:t>Valeria rises slowly. No drama, no flourish. Pure authority. The room falls into perfect silence.</w:t>
      </w:r>
    </w:p>
    <w:p w14:paraId="16409285" w14:textId="77777777" w:rsidR="006508B7" w:rsidRPr="006508B7" w:rsidRDefault="006508B7" w:rsidP="006508B7">
      <w:pPr>
        <w:spacing w:line="276" w:lineRule="auto"/>
      </w:pPr>
      <w:r w:rsidRPr="006508B7">
        <w:t>"The investigation of the containment road ambush has revealed evidence of sophisticated sabotage," she says, her voice reaching every corner without effort. "The ward-key presented by Diplomat Everhart bears markings consistent with human ward-breaking techniques deliberately obscured by vampire methods."</w:t>
      </w:r>
    </w:p>
    <w:p w14:paraId="4641A7AC" w14:textId="77777777" w:rsidR="006508B7" w:rsidRPr="006508B7" w:rsidRDefault="006508B7" w:rsidP="006508B7">
      <w:pPr>
        <w:spacing w:line="276" w:lineRule="auto"/>
      </w:pPr>
      <w:r w:rsidRPr="006508B7">
        <w:lastRenderedPageBreak/>
        <w:t>She gestures toward the silver tablet at the table’s center. It lights with complex patterns at her touch. The fractured signatures we saw at the ambush site glow before the nobles.</w:t>
      </w:r>
    </w:p>
    <w:p w14:paraId="5FCA4387" w14:textId="77777777" w:rsidR="006508B7" w:rsidRPr="006508B7" w:rsidRDefault="006508B7" w:rsidP="006508B7">
      <w:pPr>
        <w:spacing w:line="276" w:lineRule="auto"/>
      </w:pPr>
      <w:r w:rsidRPr="006508B7">
        <w:t>"Someone wishes to provoke conflict between our peoples," she continues. "This deception was engineered to suggest vampire responsibility while leaving evidence of human involvement. A third party works against the Accord."</w:t>
      </w:r>
    </w:p>
    <w:p w14:paraId="6D8D8E46" w14:textId="77777777" w:rsidR="006508B7" w:rsidRPr="006508B7" w:rsidRDefault="006508B7" w:rsidP="006508B7">
      <w:pPr>
        <w:spacing w:line="276" w:lineRule="auto"/>
      </w:pPr>
      <w:r w:rsidRPr="006508B7">
        <w:t>Lord Ardent leans forward. "Or a faction within either government."</w:t>
      </w:r>
    </w:p>
    <w:p w14:paraId="6A97F369" w14:textId="77777777" w:rsidR="006508B7" w:rsidRPr="006508B7" w:rsidRDefault="006508B7" w:rsidP="006508B7">
      <w:pPr>
        <w:spacing w:line="276" w:lineRule="auto"/>
      </w:pPr>
      <w:r w:rsidRPr="006508B7">
        <w:t>"Possibly." Valeria gives a small nod. "Which is why Diplomat Everhart's presence here is not merely appropriate but necessary. This threat targets both human and vampire interests."</w:t>
      </w:r>
    </w:p>
    <w:p w14:paraId="6261F735" w14:textId="77777777" w:rsidR="006508B7" w:rsidRPr="006508B7" w:rsidRDefault="006508B7" w:rsidP="006508B7">
      <w:pPr>
        <w:spacing w:line="276" w:lineRule="auto"/>
      </w:pPr>
      <w:r w:rsidRPr="006508B7">
        <w:t xml:space="preserve">She speaks with perfect control, every word clean, every gesture measured. But I see what others miss—a tiny pause before each statement, like she </w:t>
      </w:r>
      <w:proofErr w:type="gramStart"/>
      <w:r w:rsidRPr="006508B7">
        <w:t>has to</w:t>
      </w:r>
      <w:proofErr w:type="gramEnd"/>
      <w:r w:rsidRPr="006508B7">
        <w:t xml:space="preserve"> gather herself. The tension at her jaw when she mentions the ward anomalies. The way her fingers rest against the table edge with a stiffness that borders on strain.</w:t>
      </w:r>
    </w:p>
    <w:p w14:paraId="635593F4" w14:textId="77777777" w:rsidR="006508B7" w:rsidRPr="006508B7" w:rsidRDefault="006508B7" w:rsidP="006508B7">
      <w:pPr>
        <w:spacing w:line="276" w:lineRule="auto"/>
      </w:pPr>
      <w:r w:rsidRPr="006508B7">
        <w:t>These aren’t diplomatic mistakes. They’re physical ones. Valeria is exhausted in a way that goes past normal fatigue.</w:t>
      </w:r>
    </w:p>
    <w:p w14:paraId="6519E077" w14:textId="77777777" w:rsidR="006508B7" w:rsidRPr="006508B7" w:rsidRDefault="006508B7" w:rsidP="006508B7">
      <w:pPr>
        <w:spacing w:line="276" w:lineRule="auto"/>
      </w:pPr>
      <w:r w:rsidRPr="006508B7">
        <w:t>"The ward disturbances are concerning," she continues, "but they may offer insight rather than threat. The system responds to Diplomat Everhart's presence differently than to any human previously documented."</w:t>
      </w:r>
    </w:p>
    <w:p w14:paraId="2CC5137E" w14:textId="77777777" w:rsidR="006508B7" w:rsidRPr="006508B7" w:rsidRDefault="006508B7" w:rsidP="006508B7">
      <w:pPr>
        <w:spacing w:line="276" w:lineRule="auto"/>
      </w:pPr>
      <w:r w:rsidRPr="006508B7">
        <w:t>"Precisely our concern," the pale noble cuts in. "What makes this human special? What power does she possess that interferes with our defenses?"</w:t>
      </w:r>
    </w:p>
    <w:p w14:paraId="1F898F95" w14:textId="77777777" w:rsidR="006508B7" w:rsidRPr="006508B7" w:rsidRDefault="006508B7" w:rsidP="006508B7">
      <w:pPr>
        <w:spacing w:line="276" w:lineRule="auto"/>
      </w:pPr>
      <w:r w:rsidRPr="006508B7">
        <w:t>All eyes swing to me. I keep my face calm, though I feel their centuries pressing down like weight.</w:t>
      </w:r>
    </w:p>
    <w:p w14:paraId="7B56138D" w14:textId="77777777" w:rsidR="006508B7" w:rsidRPr="006508B7" w:rsidRDefault="006508B7" w:rsidP="006508B7">
      <w:pPr>
        <w:spacing w:line="276" w:lineRule="auto"/>
      </w:pPr>
      <w:r w:rsidRPr="006508B7">
        <w:t>"I possess no power beyond diplomatic authority," I say. "The ward response is as unexpected to me as to any of you."</w:t>
      </w:r>
    </w:p>
    <w:p w14:paraId="303912EB" w14:textId="77777777" w:rsidR="006508B7" w:rsidRPr="006508B7" w:rsidRDefault="006508B7" w:rsidP="006508B7">
      <w:pPr>
        <w:spacing w:line="276" w:lineRule="auto"/>
      </w:pPr>
      <w:r w:rsidRPr="006508B7">
        <w:t>"Yet you recognized the sabotage techniques immediately," Lord Ardent says. "Your knowledge extends beyond standard diplomatic training."</w:t>
      </w:r>
    </w:p>
    <w:p w14:paraId="18977D3E" w14:textId="77777777" w:rsidR="006508B7" w:rsidRPr="006508B7" w:rsidRDefault="006508B7" w:rsidP="006508B7">
      <w:pPr>
        <w:spacing w:line="276" w:lineRule="auto"/>
      </w:pPr>
      <w:r w:rsidRPr="006508B7">
        <w:t>"My father helped negotiate the original Accord," I reply evenly. "My training included classified aspects of the treaty most diplomats never see."</w:t>
      </w:r>
    </w:p>
    <w:p w14:paraId="06AC6C06" w14:textId="77777777" w:rsidR="006508B7" w:rsidRPr="006508B7" w:rsidRDefault="006508B7" w:rsidP="006508B7">
      <w:pPr>
        <w:spacing w:line="276" w:lineRule="auto"/>
      </w:pPr>
      <w:r w:rsidRPr="006508B7">
        <w:t>Valeria lifts a hand, silencing the room. "We discovered something else at the ambush site. A seal embedded in the broken ward channel."</w:t>
      </w:r>
    </w:p>
    <w:p w14:paraId="1FB8D402" w14:textId="77777777" w:rsidR="006508B7" w:rsidRPr="006508B7" w:rsidRDefault="006508B7" w:rsidP="006508B7">
      <w:pPr>
        <w:spacing w:line="276" w:lineRule="auto"/>
      </w:pPr>
      <w:r w:rsidRPr="006508B7">
        <w:t>She doesn’t mention the word the seal whispered to me, or the name she heard. Instead, she gestures again. The tablet now shows an image of the iridescent wax seal.</w:t>
      </w:r>
    </w:p>
    <w:p w14:paraId="10AA228D" w14:textId="77777777" w:rsidR="006508B7" w:rsidRPr="006508B7" w:rsidRDefault="006508B7" w:rsidP="006508B7">
      <w:pPr>
        <w:spacing w:line="276" w:lineRule="auto"/>
      </w:pPr>
      <w:r w:rsidRPr="006508B7">
        <w:lastRenderedPageBreak/>
        <w:t>"This bears similarity to High Lord crests predating Beaumont's unification," she says. "Its presence suggests involvement from those who remember the old ways before the Accord."</w:t>
      </w:r>
    </w:p>
    <w:p w14:paraId="69FC3C2F" w14:textId="77777777" w:rsidR="006508B7" w:rsidRPr="006508B7" w:rsidRDefault="006508B7" w:rsidP="006508B7">
      <w:pPr>
        <w:spacing w:line="276" w:lineRule="auto"/>
      </w:pPr>
      <w:r w:rsidRPr="006508B7">
        <w:t>The room shifts—postures adjusting, glances trading, reactions barely visible but loud in meaning. Several older nobles lean forward. The air seems colder as understanding moves through them.</w:t>
      </w:r>
    </w:p>
    <w:p w14:paraId="0C9DC36D" w14:textId="77777777" w:rsidR="006508B7" w:rsidRPr="006508B7" w:rsidRDefault="006508B7" w:rsidP="006508B7">
      <w:pPr>
        <w:spacing w:line="276" w:lineRule="auto"/>
      </w:pPr>
      <w:r w:rsidRPr="006508B7">
        <w:t>"Someone seeks to undermine not just the treaty," Lord Ardent says slowly, "but your rule itself."</w:t>
      </w:r>
    </w:p>
    <w:p w14:paraId="1B5ED2BD" w14:textId="77777777" w:rsidR="006508B7" w:rsidRPr="006508B7" w:rsidRDefault="006508B7" w:rsidP="006508B7">
      <w:pPr>
        <w:spacing w:line="276" w:lineRule="auto"/>
      </w:pPr>
      <w:r w:rsidRPr="006508B7">
        <w:t>Valeria neither confirms nor denies. She issues clipped orders—more security along the containment roads, deeper analysis of the seal, investigations into pre-unification factions.</w:t>
      </w:r>
    </w:p>
    <w:p w14:paraId="1FC76199" w14:textId="77777777" w:rsidR="006508B7" w:rsidRPr="006508B7" w:rsidRDefault="006508B7" w:rsidP="006508B7">
      <w:pPr>
        <w:spacing w:line="276" w:lineRule="auto"/>
      </w:pPr>
      <w:r w:rsidRPr="006508B7">
        <w:t>Every command is precise. Every response is immediate. Yet with each minute, I see more clearly what others ignore—the burden she carries alone. The slight delay before she speaks again. The tightness around her eyes. The careful way she holds her posture like she’s forcing her body to cooperate.</w:t>
      </w:r>
    </w:p>
    <w:p w14:paraId="3EF7E241" w14:textId="77777777" w:rsidR="006508B7" w:rsidRPr="006508B7" w:rsidRDefault="006508B7" w:rsidP="006508B7">
      <w:pPr>
        <w:spacing w:line="276" w:lineRule="auto"/>
      </w:pPr>
      <w:r w:rsidRPr="006508B7">
        <w:t>The queen of Beaumont is holding herself together by sheer will. And no one else sees it—or if they do, they refuse to admit it.</w:t>
      </w:r>
    </w:p>
    <w:p w14:paraId="46AFAFE1" w14:textId="77777777" w:rsidR="006508B7" w:rsidRPr="006508B7" w:rsidRDefault="006508B7" w:rsidP="006508B7">
      <w:pPr>
        <w:spacing w:line="276" w:lineRule="auto"/>
      </w:pPr>
      <w:r w:rsidRPr="006508B7">
        <w:t>I recognize the tactic. I’ve used it in negotiations. Perfect control becomes armor when weakness gets punished. But I’ve never maintained it for days at a time. Whatever is happening goes beyond this crisis. Something deeper threatens her reign—maybe her life.</w:t>
      </w:r>
    </w:p>
    <w:p w14:paraId="5CFB2387" w14:textId="77777777" w:rsidR="006508B7" w:rsidRPr="006508B7" w:rsidRDefault="006508B7" w:rsidP="006508B7">
      <w:pPr>
        <w:spacing w:line="276" w:lineRule="auto"/>
      </w:pPr>
      <w:r w:rsidRPr="006508B7">
        <w:t>And watching her stand before her council, taking their fear and suspicion without revealing her own, I feel something shift inside me—diplomatic distance giving way to real concern for the person behind the crown.</w:t>
      </w:r>
    </w:p>
    <w:p w14:paraId="298ED540" w14:textId="77777777" w:rsidR="006508B7" w:rsidRPr="006508B7" w:rsidRDefault="006508B7" w:rsidP="006508B7">
      <w:pPr>
        <w:spacing w:line="276" w:lineRule="auto"/>
      </w:pPr>
      <w:r w:rsidRPr="006508B7">
        <w:t>The council chamber feels warmer as the discussion continues, though the heat might be only my human body reacting. Vampires don’t show agitation like we do; theirs appears in stillness, in careful wording, in restrained pauses. But tension thickens the room as reports of failing ward sections multiply—not only along the containment road, but throughout Beaumont’s network. Silver channels going dark. Ward-keys misfiring. Protections that lasted centuries faltering like weak flames. A perfect storm that lines up too neatly with my arrival to feel like chance.</w:t>
      </w:r>
    </w:p>
    <w:p w14:paraId="6797BE9B" w14:textId="77777777" w:rsidR="006508B7" w:rsidRPr="006508B7" w:rsidRDefault="006508B7" w:rsidP="006508B7">
      <w:pPr>
        <w:spacing w:line="276" w:lineRule="auto"/>
      </w:pPr>
      <w:r w:rsidRPr="006508B7">
        <w:t>"The northeastern quadrant lost power completely during yesterday's transition hour," a severe-looking woman reports, her fingers moving across the silver tablet that shows Beaumont's defense grid. "Restoration efforts succeeded only temporarily."</w:t>
      </w:r>
    </w:p>
    <w:p w14:paraId="43782FA7" w14:textId="77777777" w:rsidR="006508B7" w:rsidRPr="006508B7" w:rsidRDefault="006508B7" w:rsidP="006508B7">
      <w:pPr>
        <w:spacing w:line="276" w:lineRule="auto"/>
      </w:pPr>
      <w:r w:rsidRPr="006508B7">
        <w:t>"The pattern suggests systematic targeting of load-bearing nodes," adds another noble with an accent from territories I don’t recognize. "As if someone mapped the entire network before beginning disruption."</w:t>
      </w:r>
    </w:p>
    <w:p w14:paraId="74C8F05B" w14:textId="77777777" w:rsidR="006508B7" w:rsidRPr="006508B7" w:rsidRDefault="006508B7" w:rsidP="006508B7">
      <w:pPr>
        <w:spacing w:line="276" w:lineRule="auto"/>
      </w:pPr>
      <w:r w:rsidRPr="006508B7">
        <w:lastRenderedPageBreak/>
        <w:t xml:space="preserve">Valeria absorbs each report without visible reaction, though I notice her fingers pressing harder against the table edge. The warmth beneath my </w:t>
      </w:r>
      <w:proofErr w:type="gramStart"/>
      <w:r w:rsidRPr="006508B7">
        <w:t>ribs</w:t>
      </w:r>
      <w:proofErr w:type="gramEnd"/>
      <w:r w:rsidRPr="006508B7">
        <w:t xml:space="preserve"> pulses sharper, like it’s reacting to stress she refuses to show.</w:t>
      </w:r>
    </w:p>
    <w:p w14:paraId="5BB9D954" w14:textId="77777777" w:rsidR="006508B7" w:rsidRPr="006508B7" w:rsidRDefault="006508B7" w:rsidP="006508B7">
      <w:pPr>
        <w:spacing w:line="276" w:lineRule="auto"/>
      </w:pPr>
      <w:r w:rsidRPr="006508B7">
        <w:t>"Baron Nevan," she says to a broad-shouldered vampire seated three places from Lord Ardent. "Your territories border the containment road's southern access. What have your sentinels observed?"</w:t>
      </w:r>
    </w:p>
    <w:p w14:paraId="03D3588A" w14:textId="77777777" w:rsidR="006508B7" w:rsidRPr="006508B7" w:rsidRDefault="006508B7" w:rsidP="006508B7">
      <w:pPr>
        <w:spacing w:line="276" w:lineRule="auto"/>
      </w:pPr>
      <w:r w:rsidRPr="006508B7">
        <w:t>The baron rises with smooth grace that still seems slightly off—like a dancer missing a beat. Nothing dramatic. Just a brief hesitation before he recovers. He’s older than many here, his face shaped by centuries, his eyes hooded with too much history.</w:t>
      </w:r>
    </w:p>
    <w:p w14:paraId="5DF8649F" w14:textId="77777777" w:rsidR="006508B7" w:rsidRPr="006508B7" w:rsidRDefault="006508B7" w:rsidP="006508B7">
      <w:pPr>
        <w:spacing w:line="276" w:lineRule="auto"/>
      </w:pPr>
      <w:r w:rsidRPr="006508B7">
        <w:t>"My sentinels report increased disruptions along all major ward intersections, Your Majesty." His voice is deep and heavy, like the mountain. "The pattern accelerated three nights ago, coinciding with—"</w:t>
      </w:r>
    </w:p>
    <w:p w14:paraId="1D391456" w14:textId="77777777" w:rsidR="006508B7" w:rsidRPr="006508B7" w:rsidRDefault="006508B7" w:rsidP="006508B7">
      <w:pPr>
        <w:spacing w:line="276" w:lineRule="auto"/>
      </w:pPr>
      <w:r w:rsidRPr="006508B7">
        <w:t>He stops mid-sentence, one hand moving to his collar as if it suddenly feels too tight. I notice a subtle darkening along the veins in his neck—not the color of human blood, but something deeper, almost black, creeping upward like ink in water.</w:t>
      </w:r>
    </w:p>
    <w:p w14:paraId="31CDE249" w14:textId="77777777" w:rsidR="006508B7" w:rsidRPr="006508B7" w:rsidRDefault="006508B7" w:rsidP="006508B7">
      <w:pPr>
        <w:spacing w:line="276" w:lineRule="auto"/>
      </w:pPr>
      <w:r w:rsidRPr="006508B7">
        <w:t>"—coinciding with the convoy attack," he finishes after a beat, composure returning, though his hand now grips the table edge hard.</w:t>
      </w:r>
    </w:p>
    <w:p w14:paraId="426EE974" w14:textId="77777777" w:rsidR="006508B7" w:rsidRPr="006508B7" w:rsidRDefault="006508B7" w:rsidP="006508B7">
      <w:pPr>
        <w:spacing w:line="276" w:lineRule="auto"/>
      </w:pPr>
      <w:r w:rsidRPr="006508B7">
        <w:t>I glance at Valeria. Her face gives nothing, but I catch one small blink—a hesitation that would vanish on anyone not trained to notice. Her lips press thin, then smooth again.</w:t>
      </w:r>
    </w:p>
    <w:p w14:paraId="33FEE64D" w14:textId="77777777" w:rsidR="006508B7" w:rsidRPr="006508B7" w:rsidRDefault="006508B7" w:rsidP="006508B7">
      <w:pPr>
        <w:spacing w:line="276" w:lineRule="auto"/>
      </w:pPr>
      <w:r w:rsidRPr="006508B7">
        <w:t>She saw it. And it worries her.</w:t>
      </w:r>
    </w:p>
    <w:p w14:paraId="54D5E5AC" w14:textId="77777777" w:rsidR="006508B7" w:rsidRPr="006508B7" w:rsidRDefault="006508B7" w:rsidP="006508B7">
      <w:pPr>
        <w:spacing w:line="276" w:lineRule="auto"/>
      </w:pPr>
      <w:r w:rsidRPr="006508B7">
        <w:t>The baron keeps talking, listing breaches and patrol rotations with military precision. But now I can’t unsee it: the tremor in his hand. Small, controlled, but real. The dark veins pulsing subtly, spreading in thin lines toward his jaw.</w:t>
      </w:r>
    </w:p>
    <w:p w14:paraId="2CD8DF30" w14:textId="77777777" w:rsidR="006508B7" w:rsidRPr="006508B7" w:rsidRDefault="006508B7" w:rsidP="006508B7">
      <w:pPr>
        <w:spacing w:line="276" w:lineRule="auto"/>
      </w:pPr>
      <w:r w:rsidRPr="006508B7">
        <w:t>Behind him, the ward channels in the wall flicker, their steady glow breaking into short blackouts. Like a heartbeat turning uneven. Like a system failing.</w:t>
      </w:r>
    </w:p>
    <w:p w14:paraId="16F6F6E7" w14:textId="77777777" w:rsidR="006508B7" w:rsidRPr="006508B7" w:rsidRDefault="006508B7" w:rsidP="006508B7">
      <w:pPr>
        <w:spacing w:line="276" w:lineRule="auto"/>
      </w:pPr>
      <w:r w:rsidRPr="006508B7">
        <w:t>"My recommendation," the baron says at last, "is immediate reinforcement of all secondary defenses, with particular attention to the southern access points where the containment road intersects with older ward structures."</w:t>
      </w:r>
    </w:p>
    <w:p w14:paraId="1B6AB3D1" w14:textId="77777777" w:rsidR="006508B7" w:rsidRPr="006508B7" w:rsidRDefault="006508B7" w:rsidP="006508B7">
      <w:pPr>
        <w:spacing w:line="276" w:lineRule="auto"/>
      </w:pPr>
      <w:r w:rsidRPr="006508B7">
        <w:t>Valeria gives one nod, acknowledging without committing. "And the condition of your sentinels, Baron Nevan? Any unusual reports from those who patrol the affected sections?"</w:t>
      </w:r>
    </w:p>
    <w:p w14:paraId="67811FBB" w14:textId="77777777" w:rsidR="006508B7" w:rsidRPr="006508B7" w:rsidRDefault="006508B7" w:rsidP="006508B7">
      <w:pPr>
        <w:spacing w:line="276" w:lineRule="auto"/>
      </w:pPr>
      <w:r w:rsidRPr="006508B7">
        <w:t xml:space="preserve">A careful question. Not asking him directly about </w:t>
      </w:r>
      <w:proofErr w:type="gramStart"/>
      <w:r w:rsidRPr="006508B7">
        <w:t>himself, but</w:t>
      </w:r>
      <w:proofErr w:type="gramEnd"/>
      <w:r w:rsidRPr="006508B7">
        <w:t xml:space="preserve"> offering a doorway.</w:t>
      </w:r>
    </w:p>
    <w:p w14:paraId="5FAB3BB9" w14:textId="77777777" w:rsidR="006508B7" w:rsidRPr="006508B7" w:rsidRDefault="006508B7" w:rsidP="006508B7">
      <w:pPr>
        <w:spacing w:line="276" w:lineRule="auto"/>
      </w:pPr>
      <w:r w:rsidRPr="006508B7">
        <w:lastRenderedPageBreak/>
        <w:t>The baron stiffens. "Nothing beyond expected fatigue, Your Majesty." The lie is smooth, but it’s still a lie. "Though efficiency has decreased somewhat in the past fortnight."</w:t>
      </w:r>
    </w:p>
    <w:p w14:paraId="471F0C89" w14:textId="77777777" w:rsidR="006508B7" w:rsidRPr="006508B7" w:rsidRDefault="006508B7" w:rsidP="006508B7">
      <w:pPr>
        <w:spacing w:line="276" w:lineRule="auto"/>
      </w:pPr>
      <w:r w:rsidRPr="006508B7">
        <w:t>Valeria’s eyes flick once to the darkened veins, then back to his face. A silent exchange passes between them—she knows he’s hiding something, and he knows she knows.</w:t>
      </w:r>
    </w:p>
    <w:p w14:paraId="0D30C5EE" w14:textId="77777777" w:rsidR="006508B7" w:rsidRPr="006508B7" w:rsidRDefault="006508B7" w:rsidP="006508B7">
      <w:pPr>
        <w:spacing w:line="276" w:lineRule="auto"/>
      </w:pPr>
      <w:r w:rsidRPr="006508B7">
        <w:t>"You may be seated," she says quietly. "We will discuss reinforcement protocols after reviewing all perimeter reports."</w:t>
      </w:r>
    </w:p>
    <w:p w14:paraId="2325ECFE" w14:textId="77777777" w:rsidR="006508B7" w:rsidRPr="006508B7" w:rsidRDefault="006508B7" w:rsidP="006508B7">
      <w:pPr>
        <w:spacing w:line="276" w:lineRule="auto"/>
      </w:pPr>
      <w:r w:rsidRPr="006508B7">
        <w:t>The baron bows and sits. The movement is no longer graceful—more controlled, careful, like his body is resisting him. The dark veins pulse once, visible, then vanish beneath his collar.</w:t>
      </w:r>
    </w:p>
    <w:p w14:paraId="0101823A" w14:textId="77777777" w:rsidR="006508B7" w:rsidRPr="006508B7" w:rsidRDefault="006508B7" w:rsidP="006508B7">
      <w:pPr>
        <w:spacing w:line="276" w:lineRule="auto"/>
      </w:pPr>
      <w:r w:rsidRPr="006508B7">
        <w:t>Something is very wrong with Baron Nevan. Not illness the way humans mean it, but something that hits vampires specifically. Something that causes breakdown they try to hide.</w:t>
      </w:r>
    </w:p>
    <w:p w14:paraId="31ED9628" w14:textId="77777777" w:rsidR="006508B7" w:rsidRPr="006508B7" w:rsidRDefault="006508B7" w:rsidP="006508B7">
      <w:pPr>
        <w:spacing w:line="276" w:lineRule="auto"/>
      </w:pPr>
      <w:r w:rsidRPr="006508B7">
        <w:t>And watching Valeria’s response—the precision of her questions, the way she lets him keep dignity while she gathers truth—I feel anger surge through me. Not diplomatic concern. Personal rage.</w:t>
      </w:r>
    </w:p>
    <w:p w14:paraId="02A64105" w14:textId="77777777" w:rsidR="006508B7" w:rsidRPr="006508B7" w:rsidRDefault="006508B7" w:rsidP="006508B7">
      <w:pPr>
        <w:spacing w:line="276" w:lineRule="auto"/>
      </w:pPr>
      <w:r w:rsidRPr="006508B7">
        <w:t>This isn’t just disrupted wards or stolen prisoners. Someone brought corruption into Beaumont—something that rots from inside. The dark veins. The tremors. The loss of control over movement. Signs of a body under attack.</w:t>
      </w:r>
    </w:p>
    <w:p w14:paraId="3F191C8B" w14:textId="77777777" w:rsidR="006508B7" w:rsidRPr="006508B7" w:rsidRDefault="006508B7" w:rsidP="006508B7">
      <w:pPr>
        <w:spacing w:line="276" w:lineRule="auto"/>
      </w:pPr>
      <w:r w:rsidRPr="006508B7">
        <w:t>Criminal blood. The realization hits hard and clean. The stolen convoy wasn’t only a treaty breach—it was stage one. Poison their food source. Watch them weaken. Strike when defenses fail.</w:t>
      </w:r>
    </w:p>
    <w:p w14:paraId="4168D9C7" w14:textId="77777777" w:rsidR="006508B7" w:rsidRPr="006508B7" w:rsidRDefault="006508B7" w:rsidP="006508B7">
      <w:pPr>
        <w:spacing w:line="276" w:lineRule="auto"/>
      </w:pPr>
      <w:r w:rsidRPr="006508B7">
        <w:t>I look at Valeria again, seeing her differently. The posture she holds despite exhaustion. The way she keeps her face blank while everything around her deteriorates. The way she protects her nobles even as she notes their decline.</w:t>
      </w:r>
    </w:p>
    <w:p w14:paraId="6E776ED9" w14:textId="77777777" w:rsidR="006508B7" w:rsidRPr="006508B7" w:rsidRDefault="006508B7" w:rsidP="006508B7">
      <w:pPr>
        <w:spacing w:line="276" w:lineRule="auto"/>
      </w:pPr>
      <w:r w:rsidRPr="006508B7">
        <w:t>She’s fighting on multiple fronts—external threats, internal politics, and now sabotage meant to destroy her people at the most basic level. And she carries it alone.</w:t>
      </w:r>
    </w:p>
    <w:p w14:paraId="76E46693" w14:textId="77777777" w:rsidR="006508B7" w:rsidRPr="006508B7" w:rsidRDefault="006508B7" w:rsidP="006508B7">
      <w:pPr>
        <w:spacing w:line="276" w:lineRule="auto"/>
      </w:pPr>
      <w:r w:rsidRPr="006508B7">
        <w:t>Something fierce ignites in me, startling in its strength. Not just “we need answers,” but “I want to shield her.” Stand between her and whoever is trying to break her.</w:t>
      </w:r>
    </w:p>
    <w:p w14:paraId="33401D40" w14:textId="77777777" w:rsidR="006508B7" w:rsidRPr="006508B7" w:rsidRDefault="006508B7" w:rsidP="006508B7">
      <w:pPr>
        <w:spacing w:line="276" w:lineRule="auto"/>
      </w:pPr>
      <w:r w:rsidRPr="006508B7">
        <w:t>Oh—this isn’t just politics. I don’t just want proof; I want her to stop bracing for every breath. Fantastic. Emotional involvement in under forty-eight hours. Somewhere my father is turning in his grave, and I’m letting him.</w:t>
      </w:r>
    </w:p>
    <w:p w14:paraId="3DAEDFDD" w14:textId="77777777" w:rsidR="006508B7" w:rsidRPr="006508B7" w:rsidRDefault="006508B7" w:rsidP="006508B7">
      <w:pPr>
        <w:spacing w:line="276" w:lineRule="auto"/>
      </w:pPr>
      <w:r w:rsidRPr="006508B7">
        <w:t xml:space="preserve">I’ve broken the first rule of diplomacy: don’t get emotionally involved. Distance is our armor. Detachment is our shield. We observe, report, negotiate—we don’t </w:t>
      </w:r>
      <w:r w:rsidRPr="006508B7">
        <w:rPr>
          <w:i/>
          <w:iCs/>
        </w:rPr>
        <w:t>feel</w:t>
      </w:r>
      <w:r w:rsidRPr="006508B7">
        <w:t>. We especially don’t grow protective instincts toward vampire queens.</w:t>
      </w:r>
    </w:p>
    <w:p w14:paraId="78CF034A" w14:textId="77777777" w:rsidR="006508B7" w:rsidRPr="006508B7" w:rsidRDefault="006508B7" w:rsidP="006508B7">
      <w:pPr>
        <w:spacing w:line="276" w:lineRule="auto"/>
      </w:pPr>
      <w:r w:rsidRPr="006508B7">
        <w:lastRenderedPageBreak/>
        <w:t xml:space="preserve">Yet here I am, watching Baron Nevan shake and Valeria stay composed, feeling grief that crosses species and borders. Grief for her isolation. For the impossible role she </w:t>
      </w:r>
      <w:proofErr w:type="gramStart"/>
      <w:r w:rsidRPr="006508B7">
        <w:t>has to</w:t>
      </w:r>
      <w:proofErr w:type="gramEnd"/>
      <w:r w:rsidRPr="006508B7">
        <w:t xml:space="preserve"> play. For what’s happening to her people.</w:t>
      </w:r>
    </w:p>
    <w:p w14:paraId="38BE1E33" w14:textId="77777777" w:rsidR="006508B7" w:rsidRPr="006508B7" w:rsidRDefault="006508B7" w:rsidP="006508B7">
      <w:pPr>
        <w:spacing w:line="276" w:lineRule="auto"/>
      </w:pPr>
      <w:r w:rsidRPr="006508B7">
        <w:t>The ward channels behind the baron keep flickering, silver light stuttering like a failing heartbeat. I press my hand to my sternum where the warm connection to Valeria pulses steady—strong and clear against the failing wards, like a counter-beat refusing to die.</w:t>
      </w:r>
    </w:p>
    <w:p w14:paraId="70996F27" w14:textId="77777777" w:rsidR="006508B7" w:rsidRPr="006508B7" w:rsidRDefault="006508B7" w:rsidP="006508B7">
      <w:pPr>
        <w:spacing w:line="276" w:lineRule="auto"/>
      </w:pPr>
      <w:r w:rsidRPr="006508B7">
        <w:t xml:space="preserve">And in that moment, watching Valeria call on another noble while quietly steering attention away from Nevan’s condition, I admit what I’ve been denying since I arrived: I’m not an objective observer anymore. I care what happens to her. Personally. Specifically. Not because of treaties, but because it’s </w:t>
      </w:r>
      <w:r w:rsidRPr="006508B7">
        <w:rPr>
          <w:i/>
          <w:iCs/>
        </w:rPr>
        <w:t>her</w:t>
      </w:r>
      <w:r w:rsidRPr="006508B7">
        <w:t>.</w:t>
      </w:r>
    </w:p>
    <w:p w14:paraId="494A2932" w14:textId="77777777" w:rsidR="006508B7" w:rsidRPr="006508B7" w:rsidRDefault="006508B7" w:rsidP="006508B7">
      <w:pPr>
        <w:spacing w:line="276" w:lineRule="auto"/>
      </w:pPr>
      <w:r w:rsidRPr="006508B7">
        <w:t>In ways that will ruin everything if I’m not careful.</w:t>
      </w:r>
    </w:p>
    <w:p w14:paraId="3D1B50EF" w14:textId="77777777" w:rsidR="006508B7" w:rsidRPr="006508B7" w:rsidRDefault="006508B7" w:rsidP="006508B7">
      <w:pPr>
        <w:spacing w:line="276" w:lineRule="auto"/>
      </w:pPr>
      <w:r w:rsidRPr="006508B7">
        <w:t>In ways I can’t bring myself to regret.</w:t>
      </w:r>
    </w:p>
    <w:p w14:paraId="5BFCBEA2" w14:textId="77777777" w:rsidR="006508B7" w:rsidRPr="006508B7" w:rsidRDefault="006508B7" w:rsidP="006508B7">
      <w:pPr>
        <w:spacing w:line="276" w:lineRule="auto"/>
      </w:pPr>
      <w:r w:rsidRPr="006508B7">
        <w:t>"This council is concluded." Valeria’s dismissal comes with a sharp gesture that allows no argument, her voice carrying the final weight of stone. The nobles rise together, bowing, then leaving in order of rank—</w:t>
      </w:r>
      <w:proofErr w:type="spellStart"/>
      <w:r w:rsidRPr="006508B7">
        <w:t>an</w:t>
      </w:r>
      <w:proofErr w:type="spellEnd"/>
      <w:r w:rsidRPr="006508B7">
        <w:t xml:space="preserve"> arranged retreat that screams hierarchy. Lord Ardent stays the longest, his silver eyes moving between Valeria and me with calculation so obvious it barely counts as subtle. When he finally turns to go, his shoulders hold tension that promises trouble. The doors close behind him with a heavy thud that echoes through the chamber, and suddenly we’re alone—vampire queen and human diplomat in a room built for secrets.</w:t>
      </w:r>
    </w:p>
    <w:p w14:paraId="0A2A3694" w14:textId="77777777" w:rsidR="006508B7" w:rsidRPr="006508B7" w:rsidRDefault="006508B7" w:rsidP="006508B7">
      <w:pPr>
        <w:spacing w:line="276" w:lineRule="auto"/>
      </w:pPr>
      <w:r w:rsidRPr="006508B7">
        <w:t xml:space="preserve">The change is immediate. Valeria’s shoulders drop the tiniest amount, her spine easing from perfect to merely controlled. She exhales slowly—a gesture she doesn’t </w:t>
      </w:r>
      <w:proofErr w:type="gramStart"/>
      <w:r w:rsidRPr="006508B7">
        <w:t>need, but</w:t>
      </w:r>
      <w:proofErr w:type="gramEnd"/>
      <w:r w:rsidRPr="006508B7">
        <w:t xml:space="preserve"> maybe uses for release. Her golden eyes close for </w:t>
      </w:r>
      <w:proofErr w:type="gramStart"/>
      <w:r w:rsidRPr="006508B7">
        <w:t>a brief moment</w:t>
      </w:r>
      <w:proofErr w:type="gramEnd"/>
      <w:r w:rsidRPr="006508B7">
        <w:t>, lashes casting thin shadows in torchlight.</w:t>
      </w:r>
    </w:p>
    <w:p w14:paraId="107C8A8F" w14:textId="77777777" w:rsidR="006508B7" w:rsidRPr="006508B7" w:rsidRDefault="006508B7" w:rsidP="006508B7">
      <w:pPr>
        <w:spacing w:line="276" w:lineRule="auto"/>
      </w:pPr>
      <w:r w:rsidRPr="006508B7">
        <w:t>For three heartbeats, she lets herself exist without performance. Centuries of pressure settle across her shoulders before she pulls herself back together, though not fully. Not as flawlessly as before.</w:t>
      </w:r>
    </w:p>
    <w:p w14:paraId="14DC4BAC" w14:textId="77777777" w:rsidR="006508B7" w:rsidRPr="006508B7" w:rsidRDefault="006508B7" w:rsidP="006508B7">
      <w:pPr>
        <w:spacing w:line="276" w:lineRule="auto"/>
      </w:pPr>
      <w:r w:rsidRPr="006508B7">
        <w:t>She thinks I’m not watching. Or maybe she doesn’t have the strength to care.</w:t>
      </w:r>
    </w:p>
    <w:p w14:paraId="624FB00B" w14:textId="77777777" w:rsidR="006508B7" w:rsidRPr="006508B7" w:rsidRDefault="006508B7" w:rsidP="006508B7">
      <w:pPr>
        <w:spacing w:line="276" w:lineRule="auto"/>
      </w:pPr>
      <w:r w:rsidRPr="006508B7">
        <w:t>The council chamber feels larger without the nobles, the semicircular table a black island in shadow and flickering flame. The gargoyle faces on the walls watch our silence with stone eyes that now look almost concerned. The silver ward channels pulse unevenly, their rhythm faltering like uncertain hearts.</w:t>
      </w:r>
    </w:p>
    <w:p w14:paraId="2621766E" w14:textId="77777777" w:rsidR="006508B7" w:rsidRPr="006508B7" w:rsidRDefault="006508B7" w:rsidP="006508B7">
      <w:pPr>
        <w:spacing w:line="276" w:lineRule="auto"/>
      </w:pPr>
      <w:r w:rsidRPr="006508B7">
        <w:t xml:space="preserve">Valeria turns from the table and crosses to the far wall where the ward channels converge in an intricate knot. She lifts one hand—no longer a queen’s command, but something quieter, </w:t>
      </w:r>
      <w:r w:rsidRPr="006508B7">
        <w:lastRenderedPageBreak/>
        <w:t>almost pleading—and traces the silver line with her fingertips. The touch is gentle, testing. Like checking a pulse. Like comforting something that’s failing.</w:t>
      </w:r>
    </w:p>
    <w:p w14:paraId="6CC92B08" w14:textId="77777777" w:rsidR="006508B7" w:rsidRPr="006508B7" w:rsidRDefault="006508B7" w:rsidP="006508B7">
      <w:pPr>
        <w:spacing w:line="276" w:lineRule="auto"/>
      </w:pPr>
      <w:r w:rsidRPr="006508B7">
        <w:t>Like it’s a living thing.</w:t>
      </w:r>
    </w:p>
    <w:p w14:paraId="7C84C046" w14:textId="77777777" w:rsidR="006508B7" w:rsidRPr="006508B7" w:rsidRDefault="006508B7" w:rsidP="006508B7">
      <w:pPr>
        <w:spacing w:line="276" w:lineRule="auto"/>
      </w:pPr>
      <w:r w:rsidRPr="006508B7">
        <w:t xml:space="preserve">I stay seated, caught between protocol that </w:t>
      </w:r>
      <w:proofErr w:type="gramStart"/>
      <w:r w:rsidRPr="006508B7">
        <w:t>says</w:t>
      </w:r>
      <w:proofErr w:type="gramEnd"/>
      <w:r w:rsidRPr="006508B7">
        <w:t xml:space="preserve"> “wait to be addressed” and instinct that recognizes grief. The silver channel under her fingers flickers weakly, dimming instead of brightening.</w:t>
      </w:r>
    </w:p>
    <w:p w14:paraId="0BD12CB4" w14:textId="77777777" w:rsidR="006508B7" w:rsidRPr="006508B7" w:rsidRDefault="006508B7" w:rsidP="006508B7">
      <w:pPr>
        <w:spacing w:line="276" w:lineRule="auto"/>
      </w:pPr>
      <w:r w:rsidRPr="006508B7">
        <w:t>I decide. I rise from the stone chair. My boots click against the polished floor as I walk toward her, each step echoing. She doesn’t turn, though she hears me. Another crack in the control she usually keeps.</w:t>
      </w:r>
    </w:p>
    <w:p w14:paraId="72AC9ED3" w14:textId="77777777" w:rsidR="006508B7" w:rsidRPr="006508B7" w:rsidRDefault="006508B7" w:rsidP="006508B7">
      <w:pPr>
        <w:spacing w:line="276" w:lineRule="auto"/>
      </w:pPr>
      <w:r w:rsidRPr="006508B7">
        <w:t>I stop beside her, close enough that our shoulders could touch if either of us moved. The ward channel keeps stuttering, segments going dark between weak flashes.</w:t>
      </w:r>
    </w:p>
    <w:p w14:paraId="6355EFA6" w14:textId="77777777" w:rsidR="006508B7" w:rsidRPr="006508B7" w:rsidRDefault="006508B7" w:rsidP="006508B7">
      <w:pPr>
        <w:spacing w:line="276" w:lineRule="auto"/>
      </w:pPr>
      <w:r w:rsidRPr="006508B7">
        <w:t>"It's dying," Valeria says softly, her voice stripped of ceremony. "Not just failing. Dying."</w:t>
      </w:r>
    </w:p>
    <w:p w14:paraId="72D79BD4" w14:textId="77777777" w:rsidR="006508B7" w:rsidRPr="006508B7" w:rsidRDefault="006508B7" w:rsidP="006508B7">
      <w:pPr>
        <w:spacing w:line="276" w:lineRule="auto"/>
      </w:pPr>
      <w:r w:rsidRPr="006508B7">
        <w:t>That difference matters. Not machinery breaking—something alive fading. I study her profile in the broken light, noticing fine lines at her eyes that weren’t visible before. Strain showing, despite vampiric strength.</w:t>
      </w:r>
    </w:p>
    <w:p w14:paraId="5481FCC4" w14:textId="77777777" w:rsidR="006508B7" w:rsidRPr="006508B7" w:rsidRDefault="006508B7" w:rsidP="006508B7">
      <w:pPr>
        <w:spacing w:line="276" w:lineRule="auto"/>
      </w:pPr>
      <w:r w:rsidRPr="006508B7">
        <w:t>Without planning it, I reach out and place my hand over hers on the wall. Her skin is cool, but not cold. Firm, but not stone. More human than I expected.</w:t>
      </w:r>
    </w:p>
    <w:p w14:paraId="19CAC27F" w14:textId="77777777" w:rsidR="006508B7" w:rsidRPr="006508B7" w:rsidRDefault="006508B7" w:rsidP="006508B7">
      <w:pPr>
        <w:spacing w:line="276" w:lineRule="auto"/>
      </w:pPr>
      <w:r w:rsidRPr="006508B7">
        <w:t>More vulnerable.</w:t>
      </w:r>
    </w:p>
    <w:p w14:paraId="12944D11" w14:textId="77777777" w:rsidR="006508B7" w:rsidRPr="006508B7" w:rsidRDefault="006508B7" w:rsidP="006508B7">
      <w:pPr>
        <w:spacing w:line="276" w:lineRule="auto"/>
      </w:pPr>
      <w:r w:rsidRPr="006508B7">
        <w:t>The reaction is instant. The ward channel beneath our joined hands flares bright silver, and the light spreads like ripples, racing along connected lines across the wall. Darkness retreats as the glow stabilizes into steady pulses that match the warmth beneath my ribs.</w:t>
      </w:r>
    </w:p>
    <w:p w14:paraId="5E5D513A" w14:textId="77777777" w:rsidR="006508B7" w:rsidRPr="006508B7" w:rsidRDefault="006508B7" w:rsidP="006508B7">
      <w:pPr>
        <w:spacing w:line="276" w:lineRule="auto"/>
      </w:pPr>
      <w:r w:rsidRPr="006508B7">
        <w:t>Valeria turns to look at me, her eyes widening slightly—surprise, wonder. She doesn’t pull away.</w:t>
      </w:r>
    </w:p>
    <w:p w14:paraId="3D0205EC" w14:textId="77777777" w:rsidR="006508B7" w:rsidRPr="006508B7" w:rsidRDefault="006508B7" w:rsidP="006508B7">
      <w:pPr>
        <w:spacing w:line="276" w:lineRule="auto"/>
      </w:pPr>
      <w:r w:rsidRPr="006508B7">
        <w:t>"You're not just worried about war," I say quietly. Not a question. An understanding.</w:t>
      </w:r>
    </w:p>
    <w:p w14:paraId="11A9FF23" w14:textId="77777777" w:rsidR="006508B7" w:rsidRPr="006508B7" w:rsidRDefault="006508B7" w:rsidP="006508B7">
      <w:pPr>
        <w:spacing w:line="276" w:lineRule="auto"/>
      </w:pPr>
      <w:r w:rsidRPr="006508B7">
        <w:t xml:space="preserve">Her </w:t>
      </w:r>
      <w:proofErr w:type="gramStart"/>
      <w:r w:rsidRPr="006508B7">
        <w:t>lips</w:t>
      </w:r>
      <w:proofErr w:type="gramEnd"/>
      <w:r w:rsidRPr="006508B7">
        <w:t xml:space="preserve"> part, and for a moment I expect the diplomatic mask. The careful explanation about treaties and politics. Instead, she exhales again.</w:t>
      </w:r>
    </w:p>
    <w:p w14:paraId="41AD915F" w14:textId="77777777" w:rsidR="006508B7" w:rsidRPr="006508B7" w:rsidRDefault="006508B7" w:rsidP="006508B7">
      <w:pPr>
        <w:spacing w:line="276" w:lineRule="auto"/>
      </w:pPr>
      <w:r w:rsidRPr="006508B7">
        <w:t>"If this continues, Beaumont fractures," she admits, voice barely above a whisper. "The ward system isn't just our defense. It's our foundation. Our circulatory system. Our... heart." She hesitates on the last word, as if poetry costs her more than strategy.</w:t>
      </w:r>
    </w:p>
    <w:p w14:paraId="3AAEB112" w14:textId="77777777" w:rsidR="006508B7" w:rsidRPr="006508B7" w:rsidRDefault="006508B7" w:rsidP="006508B7">
      <w:pPr>
        <w:spacing w:line="276" w:lineRule="auto"/>
      </w:pPr>
      <w:r w:rsidRPr="006508B7">
        <w:t>I look at our hands, still pressed to the wall where light now flows steady. "And it's being poisoned. Like Baron Nevan."</w:t>
      </w:r>
    </w:p>
    <w:p w14:paraId="5ACBC4EC" w14:textId="77777777" w:rsidR="006508B7" w:rsidRPr="006508B7" w:rsidRDefault="006508B7" w:rsidP="006508B7">
      <w:pPr>
        <w:spacing w:line="276" w:lineRule="auto"/>
      </w:pPr>
      <w:r w:rsidRPr="006508B7">
        <w:lastRenderedPageBreak/>
        <w:t>She doesn’t ask how I noticed. "Yes."</w:t>
      </w:r>
    </w:p>
    <w:p w14:paraId="564E7337" w14:textId="77777777" w:rsidR="006508B7" w:rsidRPr="006508B7" w:rsidRDefault="006508B7" w:rsidP="006508B7">
      <w:pPr>
        <w:spacing w:line="276" w:lineRule="auto"/>
      </w:pPr>
      <w:r w:rsidRPr="006508B7">
        <w:t>"The criminal blood from the convoy."</w:t>
      </w:r>
    </w:p>
    <w:p w14:paraId="1AA6EAE3" w14:textId="77777777" w:rsidR="006508B7" w:rsidRPr="006508B7" w:rsidRDefault="006508B7" w:rsidP="006508B7">
      <w:pPr>
        <w:spacing w:line="276" w:lineRule="auto"/>
      </w:pPr>
      <w:r w:rsidRPr="006508B7">
        <w:t>"Deliberately tainted," she confirms. "Not just criminals. Something worse. Something designed to target our bodies and, through us, the wards themselves."</w:t>
      </w:r>
    </w:p>
    <w:p w14:paraId="108DBB25" w14:textId="77777777" w:rsidR="006508B7" w:rsidRPr="006508B7" w:rsidRDefault="006508B7" w:rsidP="006508B7">
      <w:pPr>
        <w:spacing w:line="276" w:lineRule="auto"/>
      </w:pPr>
      <w:r w:rsidRPr="006508B7">
        <w:t>The meaning lands like ice. This isn’t just politics. It’s biological warfare. Someone turned feeding into poison. And because vampires are tied to Beaumont’s wards, it spreads from body to mountain.</w:t>
      </w:r>
    </w:p>
    <w:p w14:paraId="28512228" w14:textId="77777777" w:rsidR="006508B7" w:rsidRPr="006508B7" w:rsidRDefault="006508B7" w:rsidP="006508B7">
      <w:pPr>
        <w:spacing w:line="276" w:lineRule="auto"/>
      </w:pPr>
      <w:r w:rsidRPr="006508B7">
        <w:t>"How many are affected?" I ask.</w:t>
      </w:r>
    </w:p>
    <w:p w14:paraId="4B981659" w14:textId="77777777" w:rsidR="006508B7" w:rsidRPr="006508B7" w:rsidRDefault="006508B7" w:rsidP="006508B7">
      <w:pPr>
        <w:spacing w:line="276" w:lineRule="auto"/>
      </w:pPr>
      <w:r w:rsidRPr="006508B7">
        <w:t>"Too many." Her fingers shift slightly under mine, not leaving, just settling. "Those who fed from the contaminated supply first. Then others, through proximity or connection. Baron Nevan was among the first to show symptoms, but he won't be the last."</w:t>
      </w:r>
    </w:p>
    <w:p w14:paraId="249E288E" w14:textId="77777777" w:rsidR="006508B7" w:rsidRPr="006508B7" w:rsidRDefault="006508B7" w:rsidP="006508B7">
      <w:pPr>
        <w:spacing w:line="276" w:lineRule="auto"/>
      </w:pPr>
      <w:r w:rsidRPr="006508B7">
        <w:t xml:space="preserve">The question I don’t ask sits between us: </w:t>
      </w:r>
      <w:r w:rsidRPr="006508B7">
        <w:rPr>
          <w:i/>
          <w:iCs/>
        </w:rPr>
        <w:t>Are you infected too?</w:t>
      </w:r>
      <w:r w:rsidRPr="006508B7">
        <w:t xml:space="preserve"> The wards responding to our touch suggests no—but she is strained, carrying more than political weight.</w:t>
      </w:r>
    </w:p>
    <w:p w14:paraId="6286895B" w14:textId="77777777" w:rsidR="006508B7" w:rsidRPr="006508B7" w:rsidRDefault="006508B7" w:rsidP="006508B7">
      <w:pPr>
        <w:spacing w:line="276" w:lineRule="auto"/>
      </w:pPr>
      <w:r w:rsidRPr="006508B7">
        <w:t>"Your reign is threatened," I say. "Not just by enemies outside, but by collapse inside. If the wards fail completely—"</w:t>
      </w:r>
    </w:p>
    <w:p w14:paraId="5E50439F" w14:textId="77777777" w:rsidR="006508B7" w:rsidRPr="006508B7" w:rsidRDefault="006508B7" w:rsidP="006508B7">
      <w:pPr>
        <w:spacing w:line="276" w:lineRule="auto"/>
      </w:pPr>
      <w:r w:rsidRPr="006508B7">
        <w:t>"Then Beaumont falls," she finishes. "And with it, everything the Accord built."</w:t>
      </w:r>
    </w:p>
    <w:p w14:paraId="483F0340" w14:textId="77777777" w:rsidR="006508B7" w:rsidRPr="006508B7" w:rsidRDefault="006508B7" w:rsidP="006508B7">
      <w:pPr>
        <w:spacing w:line="276" w:lineRule="auto"/>
      </w:pPr>
      <w:r w:rsidRPr="006508B7">
        <w:t>Her eyes hold mine. Real fear shows there—not for herself, but for her people. For peace. For what comes after.</w:t>
      </w:r>
    </w:p>
    <w:p w14:paraId="346C9BF2" w14:textId="77777777" w:rsidR="006508B7" w:rsidRPr="006508B7" w:rsidRDefault="006508B7" w:rsidP="006508B7">
      <w:pPr>
        <w:spacing w:line="276" w:lineRule="auto"/>
      </w:pPr>
      <w:r w:rsidRPr="006508B7">
        <w:t>I should be calculating human advantage. Planning contingencies. Preparing reports.</w:t>
      </w:r>
    </w:p>
    <w:p w14:paraId="45A769C2" w14:textId="77777777" w:rsidR="006508B7" w:rsidRPr="006508B7" w:rsidRDefault="006508B7" w:rsidP="006508B7">
      <w:pPr>
        <w:spacing w:line="276" w:lineRule="auto"/>
      </w:pPr>
      <w:r w:rsidRPr="006508B7">
        <w:t>Instead, I tighten my grip on her hand, the warmth beneath my ribs pulsing hard. I’m afraid for her.</w:t>
      </w:r>
    </w:p>
    <w:p w14:paraId="4290FEF5" w14:textId="77777777" w:rsidR="006508B7" w:rsidRPr="006508B7" w:rsidRDefault="006508B7" w:rsidP="006508B7">
      <w:pPr>
        <w:spacing w:line="276" w:lineRule="auto"/>
      </w:pPr>
      <w:r w:rsidRPr="006508B7">
        <w:t>"We will find who did this," I say. The words come out as promise, not diplomacy. Not “you,” but “we.”</w:t>
      </w:r>
    </w:p>
    <w:p w14:paraId="4F91E1C8" w14:textId="77777777" w:rsidR="006508B7" w:rsidRPr="006508B7" w:rsidRDefault="006508B7" w:rsidP="006508B7">
      <w:pPr>
        <w:spacing w:line="276" w:lineRule="auto"/>
      </w:pPr>
      <w:r w:rsidRPr="006508B7">
        <w:t>Something shifts in her face—surprise, recognition. The wards brighten even more, their silver light strong now, flowing cleanly.</w:t>
      </w:r>
    </w:p>
    <w:p w14:paraId="2A8F9B43" w14:textId="77777777" w:rsidR="006508B7" w:rsidRPr="006508B7" w:rsidRDefault="006508B7" w:rsidP="006508B7">
      <w:pPr>
        <w:spacing w:line="276" w:lineRule="auto"/>
      </w:pPr>
      <w:r w:rsidRPr="006508B7">
        <w:t>"Alice," she says my name carefully, like it matters in a new way.</w:t>
      </w:r>
    </w:p>
    <w:p w14:paraId="62441881" w14:textId="77777777" w:rsidR="006508B7" w:rsidRPr="006508B7" w:rsidRDefault="006508B7" w:rsidP="006508B7">
      <w:pPr>
        <w:spacing w:line="276" w:lineRule="auto"/>
      </w:pPr>
      <w:r w:rsidRPr="006508B7">
        <w:t>"I mean it," I answer. "This isn't just about the treaty anymore. This is about preventing something worse than war."</w:t>
      </w:r>
    </w:p>
    <w:p w14:paraId="696CEB6C" w14:textId="77777777" w:rsidR="006508B7" w:rsidRPr="006508B7" w:rsidRDefault="006508B7" w:rsidP="006508B7">
      <w:pPr>
        <w:spacing w:line="276" w:lineRule="auto"/>
      </w:pPr>
      <w:r w:rsidRPr="006508B7">
        <w:t>The collapse of an entire world. The death of a mountain that breathes magic. The fall of a queen who is trying to hold it all together.</w:t>
      </w:r>
    </w:p>
    <w:p w14:paraId="129070EB" w14:textId="77777777" w:rsidR="006508B7" w:rsidRPr="006508B7" w:rsidRDefault="006508B7" w:rsidP="006508B7">
      <w:pPr>
        <w:spacing w:line="276" w:lineRule="auto"/>
      </w:pPr>
      <w:r w:rsidRPr="006508B7">
        <w:lastRenderedPageBreak/>
        <w:t>As the ward light pulses around us, I feel the weight of my promise settle between us, like a binding.</w:t>
      </w:r>
    </w:p>
    <w:p w14:paraId="4A48A350" w14:textId="77777777" w:rsidR="006508B7" w:rsidRPr="006508B7" w:rsidRDefault="006508B7" w:rsidP="006508B7">
      <w:pPr>
        <w:spacing w:line="276" w:lineRule="auto"/>
      </w:pPr>
      <w:r w:rsidRPr="006508B7">
        <w:t>Valeria holds my gaze, and the air thickens with what we aren’t saying. "You understand what that means, don’t you? This isn't just a diplomatic investigation anymore; it's a commitment to something much larger."</w:t>
      </w:r>
    </w:p>
    <w:p w14:paraId="5FAE19E3" w14:textId="77777777" w:rsidR="006508B7" w:rsidRPr="006508B7" w:rsidRDefault="006508B7" w:rsidP="006508B7">
      <w:pPr>
        <w:spacing w:line="276" w:lineRule="auto"/>
      </w:pPr>
      <w:r w:rsidRPr="006508B7">
        <w:t>A flicker of uncertainty crosses her face—one I haven’t seen before. It’s vulnerability, and it hooks deep. I take a half-step closer, the warmth beneath my ribs flaring again, pushing me to close the gap.</w:t>
      </w:r>
    </w:p>
    <w:p w14:paraId="352413E6" w14:textId="77777777" w:rsidR="006508B7" w:rsidRPr="006508B7" w:rsidRDefault="006508B7" w:rsidP="006508B7">
      <w:pPr>
        <w:spacing w:line="276" w:lineRule="auto"/>
      </w:pPr>
      <w:r w:rsidRPr="006508B7">
        <w:t>"Then let me help you carry it," I say, softer now, sure. "You don’t have to do this alone."</w:t>
      </w:r>
    </w:p>
    <w:p w14:paraId="441C30C0" w14:textId="77777777" w:rsidR="006508B7" w:rsidRPr="006508B7" w:rsidRDefault="006508B7" w:rsidP="006508B7">
      <w:pPr>
        <w:spacing w:line="276" w:lineRule="auto"/>
      </w:pPr>
      <w:r w:rsidRPr="006508B7">
        <w:t>For a heartbeat, everything else fades—the guards, the palace, the threat of the council—and it’s just us, standing against the rising chaos.</w:t>
      </w:r>
    </w:p>
    <w:p w14:paraId="0887198F" w14:textId="77777777" w:rsidR="006508B7" w:rsidRPr="006508B7" w:rsidRDefault="006508B7" w:rsidP="006508B7">
      <w:pPr>
        <w:spacing w:line="276" w:lineRule="auto"/>
      </w:pPr>
      <w:r w:rsidRPr="006508B7">
        <w:t>"Alice..." she starts, but something in my eyes stops her.</w:t>
      </w:r>
    </w:p>
    <w:p w14:paraId="41EC3454" w14:textId="77777777" w:rsidR="006508B7" w:rsidRPr="006508B7" w:rsidRDefault="006508B7" w:rsidP="006508B7">
      <w:pPr>
        <w:spacing w:line="276" w:lineRule="auto"/>
      </w:pPr>
      <w:r w:rsidRPr="006508B7">
        <w:t>Then, in the quiet space that follows, I feel it—the wards responding to the shift between us, burning brighter as if naming our choice.</w:t>
      </w:r>
    </w:p>
    <w:p w14:paraId="1DA048E5" w14:textId="77777777" w:rsidR="006508B7" w:rsidRPr="006508B7" w:rsidRDefault="006508B7" w:rsidP="006508B7">
      <w:pPr>
        <w:spacing w:line="276" w:lineRule="auto"/>
      </w:pPr>
      <w:r w:rsidRPr="006508B7">
        <w:t>Valeria takes a breath, her composure returning, but I see gratitude under the crown and control.</w:t>
      </w:r>
    </w:p>
    <w:p w14:paraId="29192C85" w14:textId="77777777" w:rsidR="006508B7" w:rsidRPr="006508B7" w:rsidRDefault="006508B7" w:rsidP="006508B7">
      <w:pPr>
        <w:spacing w:line="276" w:lineRule="auto"/>
      </w:pPr>
      <w:r w:rsidRPr="006508B7">
        <w:t>"Very well," she says at last, a hesitant smile touching her mouth. "Then let us uncover the truth together.”</w:t>
      </w:r>
    </w:p>
    <w:p w14:paraId="45CDAE0D" w14:textId="77777777" w:rsidR="006508B7" w:rsidRPr="006508B7" w:rsidRDefault="006508B7" w:rsidP="006508B7">
      <w:pPr>
        <w:spacing w:line="276" w:lineRule="auto"/>
      </w:pPr>
      <w:r w:rsidRPr="006508B7">
        <w:t>But even as she speaks, a shadow passes over her features, a reminder that danger is still close, waiting. The stakes have never been higher, and I can’t shake the feeling that what we do next could change everything—not just for us, but for all of Beaumont.</w:t>
      </w:r>
    </w:p>
    <w:p w14:paraId="7E9B0A5A" w14:textId="77777777" w:rsidR="006508B7" w:rsidRPr="006508B7" w:rsidRDefault="006508B7" w:rsidP="006508B7">
      <w:pPr>
        <w:spacing w:line="276" w:lineRule="auto"/>
      </w:pPr>
      <w:r w:rsidRPr="006508B7">
        <w:t>With that shared understanding, we turn toward what comes next, steady in our choice to protect what matters.</w:t>
      </w:r>
    </w:p>
    <w:p w14:paraId="07B65863" w14:textId="1CE91289" w:rsidR="001C171A" w:rsidRDefault="001C171A" w:rsidP="006508B7">
      <w:pPr>
        <w:spacing w:line="276" w:lineRule="auto"/>
      </w:pPr>
    </w:p>
    <w:p w14:paraId="403328A6" w14:textId="77777777" w:rsidR="006A6F9A" w:rsidRDefault="006A6F9A" w:rsidP="002E0170">
      <w:pPr>
        <w:spacing w:line="276" w:lineRule="auto"/>
        <w:ind w:left="2880"/>
        <w:rPr>
          <w:b/>
          <w:bCs/>
        </w:rPr>
      </w:pPr>
    </w:p>
    <w:p w14:paraId="14240D7D" w14:textId="77777777" w:rsidR="006A6F9A" w:rsidRDefault="006A6F9A" w:rsidP="002E0170">
      <w:pPr>
        <w:spacing w:line="276" w:lineRule="auto"/>
        <w:ind w:left="2880"/>
        <w:rPr>
          <w:b/>
          <w:bCs/>
        </w:rPr>
      </w:pPr>
    </w:p>
    <w:p w14:paraId="441F3B3F" w14:textId="77777777" w:rsidR="006A6F9A" w:rsidRDefault="006A6F9A" w:rsidP="002E0170">
      <w:pPr>
        <w:spacing w:line="276" w:lineRule="auto"/>
        <w:ind w:left="2880"/>
        <w:rPr>
          <w:b/>
          <w:bCs/>
        </w:rPr>
      </w:pPr>
    </w:p>
    <w:p w14:paraId="4E862672" w14:textId="77777777" w:rsidR="006A6F9A" w:rsidRDefault="006A6F9A" w:rsidP="002E0170">
      <w:pPr>
        <w:spacing w:line="276" w:lineRule="auto"/>
        <w:ind w:left="2880"/>
        <w:rPr>
          <w:b/>
          <w:bCs/>
        </w:rPr>
      </w:pPr>
    </w:p>
    <w:p w14:paraId="7051099D" w14:textId="77777777" w:rsidR="006A6F9A" w:rsidRDefault="006A6F9A" w:rsidP="002E0170">
      <w:pPr>
        <w:spacing w:line="276" w:lineRule="auto"/>
        <w:ind w:left="2880"/>
        <w:rPr>
          <w:b/>
          <w:bCs/>
        </w:rPr>
      </w:pPr>
    </w:p>
    <w:p w14:paraId="03B02A7C" w14:textId="77777777" w:rsidR="006A6F9A" w:rsidRDefault="006A6F9A" w:rsidP="006508B7">
      <w:pPr>
        <w:spacing w:line="276" w:lineRule="auto"/>
        <w:ind w:firstLine="0"/>
        <w:rPr>
          <w:b/>
          <w:bCs/>
        </w:rPr>
      </w:pPr>
    </w:p>
    <w:p w14:paraId="7A1CE4FE" w14:textId="01931C45" w:rsidR="001C171A" w:rsidRPr="008045D6" w:rsidRDefault="001C171A" w:rsidP="002E0170">
      <w:pPr>
        <w:spacing w:line="276" w:lineRule="auto"/>
        <w:ind w:left="2880"/>
        <w:rPr>
          <w:b/>
          <w:bCs/>
        </w:rPr>
      </w:pPr>
      <w:r w:rsidRPr="008045D6">
        <w:rPr>
          <w:b/>
          <w:bCs/>
        </w:rPr>
        <w:lastRenderedPageBreak/>
        <w:t xml:space="preserve">CHAPTER </w:t>
      </w:r>
      <w:r>
        <w:rPr>
          <w:b/>
          <w:bCs/>
        </w:rPr>
        <w:t>SIX</w:t>
      </w:r>
    </w:p>
    <w:p w14:paraId="324BD45C" w14:textId="77777777" w:rsidR="006508B7" w:rsidRPr="006508B7" w:rsidRDefault="006508B7" w:rsidP="006508B7">
      <w:pPr>
        <w:spacing w:line="276" w:lineRule="auto"/>
      </w:pPr>
      <w:r w:rsidRPr="006508B7">
        <w:t>Two days later, I follow Valeria through the winding corridors of the palace, our footsteps echoing in the stillness. The air feels charged, heavy with the weight of the council's deliberations and the uncertainty they’ve left in their wake. She leads me deeper into the heart of Beaumont, where the walls seem to whisper secrets of ages past.</w:t>
      </w:r>
    </w:p>
    <w:p w14:paraId="185FAB3B" w14:textId="389E7B06" w:rsidR="006508B7" w:rsidRDefault="006508B7" w:rsidP="006508B7">
      <w:pPr>
        <w:spacing w:line="276" w:lineRule="auto"/>
      </w:pPr>
      <w:r w:rsidRPr="006508B7">
        <w:t>At the end of the corridor, Valeria stops before a heavy door, its surface etched with ancient symbols. With a slow, deliberate motion, she pushes it open.</w:t>
      </w:r>
    </w:p>
    <w:p w14:paraId="50314637" w14:textId="642FC9DA" w:rsidR="002E0170" w:rsidRPr="002E0170" w:rsidRDefault="002E0170" w:rsidP="002E0170">
      <w:pPr>
        <w:spacing w:line="276" w:lineRule="auto"/>
      </w:pPr>
      <w:r w:rsidRPr="002E0170">
        <w:t>The archive door swings open without a sound, revealing darkness that feels alive. Not the soft, waiting darkness of night, but something ancient that has been holding its breath. Valeria steps through first, a shadow moving with purpose, while I follow with the prickle of magic already dancing across my skin. The sensation reminds me of crossing the border into Beaumont—that moment when the mountain decides whether to permit your presence.</w:t>
      </w:r>
    </w:p>
    <w:p w14:paraId="0D5F7B42" w14:textId="77777777" w:rsidR="002E0170" w:rsidRPr="002E0170" w:rsidRDefault="002E0170" w:rsidP="002E0170">
      <w:pPr>
        <w:spacing w:line="276" w:lineRule="auto"/>
      </w:pPr>
      <w:r w:rsidRPr="002E0170">
        <w:t>"Stay close," Valeria says, her voice barely disturbing the air between us.</w:t>
      </w:r>
    </w:p>
    <w:p w14:paraId="23084D33" w14:textId="77777777" w:rsidR="002E0170" w:rsidRPr="002E0170" w:rsidRDefault="002E0170" w:rsidP="002E0170">
      <w:pPr>
        <w:spacing w:line="276" w:lineRule="auto"/>
      </w:pPr>
      <w:r w:rsidRPr="002E0170">
        <w:t>I don't need the warning. The space beyond the archives is older than anything I've encountered in Beaumont so far. The temperature drops the moment we cross the threshold, a chill that settles into my bones rather than my skin. Our footsteps echo strangely, as if the floor can't quite decide whether to absorb or amplify the sound.</w:t>
      </w:r>
    </w:p>
    <w:p w14:paraId="1086562D" w14:textId="77777777" w:rsidR="002E0170" w:rsidRPr="002E0170" w:rsidRDefault="002E0170" w:rsidP="002E0170">
      <w:pPr>
        <w:spacing w:line="276" w:lineRule="auto"/>
      </w:pPr>
      <w:r w:rsidRPr="002E0170">
        <w:t>Valeria waves her hand, and silver light blooms from inlaid channels in the walls—not the steady glow of the palace wards, but something less certain, flickering like a pulse struggling to maintain rhythm.</w:t>
      </w:r>
    </w:p>
    <w:p w14:paraId="0CA4BC1D" w14:textId="77777777" w:rsidR="002E0170" w:rsidRPr="002E0170" w:rsidRDefault="002E0170" w:rsidP="002E0170">
      <w:pPr>
        <w:spacing w:line="276" w:lineRule="auto"/>
      </w:pPr>
      <w:r w:rsidRPr="002E0170">
        <w:t>The vault reveals itself in fragments: a perfect circle of polished stone, walls curved like the inside of a bell, ceiling lost to shadow above. At the center hovers something that defies proper description—a knot of silver threads suspended in mid-air, neither solid nor liquid, its strands woven into patterns that hurt my eyes if I look too directly at them.</w:t>
      </w:r>
    </w:p>
    <w:p w14:paraId="26D16E1E" w14:textId="77777777" w:rsidR="002E0170" w:rsidRPr="002E0170" w:rsidRDefault="002E0170" w:rsidP="002E0170">
      <w:pPr>
        <w:spacing w:line="276" w:lineRule="auto"/>
      </w:pPr>
      <w:r w:rsidRPr="002E0170">
        <w:t>"What is it?" I ask, my voice sounding thin in this ancient space.</w:t>
      </w:r>
    </w:p>
    <w:p w14:paraId="4B7A369C" w14:textId="77777777" w:rsidR="002E0170" w:rsidRPr="002E0170" w:rsidRDefault="002E0170" w:rsidP="002E0170">
      <w:pPr>
        <w:spacing w:line="276" w:lineRule="auto"/>
      </w:pPr>
      <w:r w:rsidRPr="002E0170">
        <w:t>"A ward-knot," Valeria answers, moving slowly around its perimeter. "The anchor point for the oldest magic in Beaumont."</w:t>
      </w:r>
    </w:p>
    <w:p w14:paraId="2A8DE3FA" w14:textId="77777777" w:rsidR="002E0170" w:rsidRPr="002E0170" w:rsidRDefault="002E0170" w:rsidP="002E0170">
      <w:pPr>
        <w:spacing w:line="276" w:lineRule="auto"/>
      </w:pPr>
      <w:r w:rsidRPr="002E0170">
        <w:t>From the floor, silver threads radiate outward from directly beneath the floating knot, spreading across the stone like roots or veins, disappearing into the walls. The pattern is mathematical in its precision but organic in its flow—structured chaos, deliberate randomness.</w:t>
      </w:r>
    </w:p>
    <w:p w14:paraId="206FB77A" w14:textId="77777777" w:rsidR="002E0170" w:rsidRPr="002E0170" w:rsidRDefault="002E0170" w:rsidP="002E0170">
      <w:pPr>
        <w:spacing w:line="276" w:lineRule="auto"/>
      </w:pPr>
      <w:r w:rsidRPr="002E0170">
        <w:t>"It predates written records," Valeria continues, her golden eyes reflecting the silver light as she studies the knot. "Some believe it was created when the mountain first accepted vampire presence."</w:t>
      </w:r>
    </w:p>
    <w:p w14:paraId="78DE8BFF" w14:textId="77777777" w:rsidR="002E0170" w:rsidRPr="002E0170" w:rsidRDefault="002E0170" w:rsidP="002E0170">
      <w:pPr>
        <w:spacing w:line="276" w:lineRule="auto"/>
      </w:pPr>
      <w:r w:rsidRPr="002E0170">
        <w:lastRenderedPageBreak/>
        <w:t>She reaches toward the knot, elegant fingers extending with ceremonial slowness. The silver threads shudder and contract, pulling away from her approach. Not rejection—something more complex. Recognition without acceptance.</w:t>
      </w:r>
    </w:p>
    <w:p w14:paraId="0CADBD2F" w14:textId="77777777" w:rsidR="002E0170" w:rsidRPr="002E0170" w:rsidRDefault="002E0170" w:rsidP="002E0170">
      <w:pPr>
        <w:spacing w:line="276" w:lineRule="auto"/>
      </w:pPr>
      <w:r w:rsidRPr="002E0170">
        <w:t>Valeria's expression doesn't change, but I feel her surprise like a ripple in the air between us.</w:t>
      </w:r>
    </w:p>
    <w:p w14:paraId="003F7E2F" w14:textId="77777777" w:rsidR="002E0170" w:rsidRPr="002E0170" w:rsidRDefault="002E0170" w:rsidP="002E0170">
      <w:pPr>
        <w:spacing w:line="276" w:lineRule="auto"/>
      </w:pPr>
      <w:r w:rsidRPr="002E0170">
        <w:t>"It was sealed before my bloodline unified Beaumont," she murmurs, withdrawing her hand with diplomatic grace, as if the knot's reaction was expected. "Very few living remember how to open it."</w:t>
      </w:r>
    </w:p>
    <w:p w14:paraId="1ED876D7" w14:textId="77777777" w:rsidR="002E0170" w:rsidRPr="002E0170" w:rsidRDefault="002E0170" w:rsidP="002E0170">
      <w:pPr>
        <w:spacing w:line="276" w:lineRule="auto"/>
      </w:pPr>
      <w:r w:rsidRPr="002E0170">
        <w:t>The word "living" hangs between us, heavy with implication. Vampires measure time differently when centuries pass like decades.</w:t>
      </w:r>
    </w:p>
    <w:p w14:paraId="7153DE8F" w14:textId="77777777" w:rsidR="002E0170" w:rsidRPr="002E0170" w:rsidRDefault="002E0170" w:rsidP="002E0170">
      <w:pPr>
        <w:spacing w:line="276" w:lineRule="auto"/>
      </w:pPr>
      <w:r w:rsidRPr="002E0170">
        <w:t>I move closer to the knot without conscious decision, drawn by something I can't name. The silver threads don't recoil as I approach. Instead, they seem to stretch toward me, quivering with anticipation or recognition.</w:t>
      </w:r>
    </w:p>
    <w:p w14:paraId="398E14FA" w14:textId="77777777" w:rsidR="002E0170" w:rsidRPr="002E0170" w:rsidRDefault="002E0170" w:rsidP="002E0170">
      <w:pPr>
        <w:spacing w:line="276" w:lineRule="auto"/>
      </w:pPr>
      <w:r w:rsidRPr="002E0170">
        <w:t>"Diplomat Everhart." Valeria's voice carries a warning.</w:t>
      </w:r>
    </w:p>
    <w:p w14:paraId="1AC78C92" w14:textId="77777777" w:rsidR="002E0170" w:rsidRPr="002E0170" w:rsidRDefault="002E0170" w:rsidP="002E0170">
      <w:pPr>
        <w:spacing w:line="276" w:lineRule="auto"/>
      </w:pPr>
      <w:r w:rsidRPr="002E0170">
        <w:t>I should stop. I should maintain proper diplomatic distance. I should remember that I'm standing in the heart of vampire territory, far from any protection the human crown might offer. I should recall that curiosity has historically been a fatal weakness for humans in vampire tales.</w:t>
      </w:r>
    </w:p>
    <w:p w14:paraId="74687708" w14:textId="77777777" w:rsidR="002E0170" w:rsidRPr="002E0170" w:rsidRDefault="002E0170" w:rsidP="002E0170">
      <w:pPr>
        <w:spacing w:line="276" w:lineRule="auto"/>
      </w:pPr>
      <w:r w:rsidRPr="002E0170">
        <w:t>I don't stop.</w:t>
      </w:r>
    </w:p>
    <w:p w14:paraId="66AB5E5F" w14:textId="77777777" w:rsidR="002E0170" w:rsidRPr="002E0170" w:rsidRDefault="002E0170" w:rsidP="002E0170">
      <w:pPr>
        <w:spacing w:line="276" w:lineRule="auto"/>
      </w:pPr>
      <w:r w:rsidRPr="002E0170">
        <w:t>My hand rises before I've decided to lift it. The warmth beneath my ribs that's been flickering since I arrived in Beaumont grows stronger, a gentle heat unfurling behind my sternum. Not painful, but insistent. Familiar in a way that makes no sense—like recognizing a face I've never seen before.</w:t>
      </w:r>
    </w:p>
    <w:p w14:paraId="57505513" w14:textId="77777777" w:rsidR="002E0170" w:rsidRPr="002E0170" w:rsidRDefault="002E0170" w:rsidP="002E0170">
      <w:pPr>
        <w:spacing w:line="276" w:lineRule="auto"/>
      </w:pPr>
      <w:r w:rsidRPr="002E0170">
        <w:t>The knot pulses as my fingers hover near it, threads shifting and realigning themselves like they're trying to remember a pattern long forgotten. Silver light ripples along the floor channels, no longer struggling but strengthening, brightening with purpose.</w:t>
      </w:r>
    </w:p>
    <w:p w14:paraId="3FDCAFB1" w14:textId="77777777" w:rsidR="002E0170" w:rsidRPr="002E0170" w:rsidRDefault="002E0170" w:rsidP="002E0170">
      <w:pPr>
        <w:spacing w:line="276" w:lineRule="auto"/>
      </w:pPr>
      <w:r w:rsidRPr="002E0170">
        <w:t>I risk a glance at Valeria and find her golden eyes narrowed, fixed not on the knot but on me. Her stillness has intensified, becoming something predatory, focused. She's not watching the ward's reaction—she's cataloging mine.</w:t>
      </w:r>
    </w:p>
    <w:p w14:paraId="104CE176" w14:textId="77777777" w:rsidR="002E0170" w:rsidRPr="002E0170" w:rsidRDefault="002E0170" w:rsidP="002E0170">
      <w:pPr>
        <w:spacing w:line="276" w:lineRule="auto"/>
      </w:pPr>
      <w:r w:rsidRPr="002E0170">
        <w:t>"This shouldn't be possible," she says softly, each word measured like an ingredient in a dangerous alchemical formula.</w:t>
      </w:r>
    </w:p>
    <w:p w14:paraId="70721C45" w14:textId="77777777" w:rsidR="002E0170" w:rsidRPr="002E0170" w:rsidRDefault="002E0170" w:rsidP="002E0170">
      <w:pPr>
        <w:spacing w:line="276" w:lineRule="auto"/>
      </w:pPr>
      <w:r w:rsidRPr="002E0170">
        <w:t>"What shouldn't?" My voice remains steady despite the warmth spreading from my chest to my fingertips, despite the silver threads now swaying toward my outstretched hand like reeds in a current.</w:t>
      </w:r>
    </w:p>
    <w:p w14:paraId="64B369F1" w14:textId="77777777" w:rsidR="002E0170" w:rsidRPr="002E0170" w:rsidRDefault="002E0170" w:rsidP="002E0170">
      <w:pPr>
        <w:spacing w:line="276" w:lineRule="auto"/>
      </w:pPr>
      <w:r w:rsidRPr="002E0170">
        <w:lastRenderedPageBreak/>
        <w:t>"Human interaction with the ward-knot." She moves to stand beside me, close enough that I can feel the absence of body heat that marks vampire presence. "These wards respond only to the royal bloodline."</w:t>
      </w:r>
    </w:p>
    <w:p w14:paraId="51F42B86" w14:textId="77777777" w:rsidR="002E0170" w:rsidRPr="002E0170" w:rsidRDefault="002E0170" w:rsidP="002E0170">
      <w:pPr>
        <w:spacing w:line="276" w:lineRule="auto"/>
      </w:pPr>
      <w:r w:rsidRPr="002E0170">
        <w:t>The implications hang in the air between us. I'm not vampire. I'm certainly not royal. Yet the knot continues its irregular pulse, brightening and dimming in a rhythm that seems almost synchronized with my heartbeat.</w:t>
      </w:r>
    </w:p>
    <w:p w14:paraId="1F369FE1" w14:textId="77777777" w:rsidR="002E0170" w:rsidRPr="002E0170" w:rsidRDefault="002E0170" w:rsidP="002E0170">
      <w:pPr>
        <w:spacing w:line="276" w:lineRule="auto"/>
      </w:pPr>
      <w:r w:rsidRPr="002E0170">
        <w:t>"Has a human ever tried before?" I ask, my diplomatic training prompting me to seek the most reasonable explanation.</w:t>
      </w:r>
    </w:p>
    <w:p w14:paraId="0DA0394F" w14:textId="77777777" w:rsidR="002E0170" w:rsidRPr="002E0170" w:rsidRDefault="002E0170" w:rsidP="002E0170">
      <w:pPr>
        <w:spacing w:line="276" w:lineRule="auto"/>
      </w:pPr>
      <w:r w:rsidRPr="002E0170">
        <w:t>"Many." Her voice carries the weight of history, of failed attempts and consequences. "During the war, human mages sought to disable our defenses. None could access the ward network."</w:t>
      </w:r>
    </w:p>
    <w:p w14:paraId="56C33283" w14:textId="77777777" w:rsidR="002E0170" w:rsidRPr="002E0170" w:rsidRDefault="002E0170" w:rsidP="002E0170">
      <w:pPr>
        <w:spacing w:line="276" w:lineRule="auto"/>
      </w:pPr>
      <w:r w:rsidRPr="002E0170">
        <w:t>My fingers remain suspended inches from the silver threads, neither advancing nor retreating. The knot's glow intensifies, casting Valeria's face in sharp relief—all angles and perfect planes, beautiful in the way dangerous things often are.</w:t>
      </w:r>
    </w:p>
    <w:p w14:paraId="1975A8E1" w14:textId="77777777" w:rsidR="002E0170" w:rsidRPr="002E0170" w:rsidRDefault="002E0170" w:rsidP="002E0170">
      <w:pPr>
        <w:spacing w:line="276" w:lineRule="auto"/>
      </w:pPr>
      <w:r w:rsidRPr="002E0170">
        <w:t>"Then perhaps the treaty changed something," I suggest, searching for diplomatic ground. "The Crimson Accord connected our peoples in ways—"</w:t>
      </w:r>
    </w:p>
    <w:p w14:paraId="51DC78AF" w14:textId="77777777" w:rsidR="002E0170" w:rsidRPr="002E0170" w:rsidRDefault="002E0170" w:rsidP="002E0170">
      <w:pPr>
        <w:spacing w:line="276" w:lineRule="auto"/>
      </w:pPr>
      <w:r w:rsidRPr="002E0170">
        <w:t>"No," Valeria interrupts, a rare breach of her perfect court etiquette. "The wards predate the treaty by millennia. They don't change for political convenience."</w:t>
      </w:r>
    </w:p>
    <w:p w14:paraId="120EAD37" w14:textId="77777777" w:rsidR="002E0170" w:rsidRPr="002E0170" w:rsidRDefault="002E0170" w:rsidP="002E0170">
      <w:pPr>
        <w:spacing w:line="276" w:lineRule="auto"/>
      </w:pPr>
      <w:r w:rsidRPr="002E0170">
        <w:t xml:space="preserve">The warmth beneath my </w:t>
      </w:r>
      <w:proofErr w:type="gramStart"/>
      <w:r w:rsidRPr="002E0170">
        <w:t>ribs</w:t>
      </w:r>
      <w:proofErr w:type="gramEnd"/>
      <w:r w:rsidRPr="002E0170">
        <w:t xml:space="preserve"> pulses again, stronger this time, as if responding to her denial. The silver threads of the knot dance more vigorously, reaching toward me with growing intent.</w:t>
      </w:r>
    </w:p>
    <w:p w14:paraId="5817D013" w14:textId="77777777" w:rsidR="002E0170" w:rsidRPr="002E0170" w:rsidRDefault="002E0170" w:rsidP="002E0170">
      <w:pPr>
        <w:spacing w:line="276" w:lineRule="auto"/>
      </w:pPr>
      <w:r w:rsidRPr="002E0170">
        <w:t>Valeria's golden eyes track every minute shift in my expression. I can almost feel her collecting observations, assembling theories, calculating possibilities. Her gaze drops to my chest where the warmth continues to build, as if she can see through fabric and skin to whatever is causing it.</w:t>
      </w:r>
    </w:p>
    <w:p w14:paraId="2496527A" w14:textId="77777777" w:rsidR="002E0170" w:rsidRPr="002E0170" w:rsidRDefault="002E0170" w:rsidP="002E0170">
      <w:pPr>
        <w:spacing w:line="276" w:lineRule="auto"/>
      </w:pPr>
      <w:r w:rsidRPr="002E0170">
        <w:t>"What do you feel?" she asks, her tone shifting from royal authority to something more intimate, more urgent.</w:t>
      </w:r>
    </w:p>
    <w:p w14:paraId="35E6E98A" w14:textId="77777777" w:rsidR="002E0170" w:rsidRPr="002E0170" w:rsidRDefault="002E0170" w:rsidP="002E0170">
      <w:pPr>
        <w:spacing w:line="276" w:lineRule="auto"/>
      </w:pPr>
      <w:r w:rsidRPr="002E0170">
        <w:t>"Warmth," I admit, diplomatic caution warring with the strange certainty that honesty matters here more than protocol. "Recognition, though I've never seen this place before."</w:t>
      </w:r>
    </w:p>
    <w:p w14:paraId="769A1717" w14:textId="77777777" w:rsidR="002E0170" w:rsidRPr="002E0170" w:rsidRDefault="002E0170" w:rsidP="002E0170">
      <w:pPr>
        <w:spacing w:line="276" w:lineRule="auto"/>
      </w:pPr>
      <w:r w:rsidRPr="002E0170">
        <w:t>The knot's irregular pulse quickens, threads spiraling faster, the light brightening with each rotation. Valeria watches it with the focused attention of someone reading a language long forgotten.</w:t>
      </w:r>
    </w:p>
    <w:p w14:paraId="1074C3E5" w14:textId="77777777" w:rsidR="002E0170" w:rsidRPr="002E0170" w:rsidRDefault="002E0170" w:rsidP="002E0170">
      <w:pPr>
        <w:spacing w:line="276" w:lineRule="auto"/>
      </w:pPr>
      <w:r w:rsidRPr="002E0170">
        <w:lastRenderedPageBreak/>
        <w:t>"It's responding to you," she says quietly, not accusation but assessment. "Testing. Seeking."</w:t>
      </w:r>
    </w:p>
    <w:p w14:paraId="6A8BE974" w14:textId="77777777" w:rsidR="002E0170" w:rsidRPr="002E0170" w:rsidRDefault="002E0170" w:rsidP="002E0170">
      <w:pPr>
        <w:spacing w:line="276" w:lineRule="auto"/>
      </w:pPr>
      <w:r w:rsidRPr="002E0170">
        <w:t>She doesn't say what it seeks, and I don't ask. The question feels too large for this moment, too consequential.</w:t>
      </w:r>
    </w:p>
    <w:p w14:paraId="1487E900" w14:textId="77777777" w:rsidR="002E0170" w:rsidRPr="002E0170" w:rsidRDefault="002E0170" w:rsidP="002E0170">
      <w:pPr>
        <w:spacing w:line="276" w:lineRule="auto"/>
      </w:pPr>
      <w:r w:rsidRPr="002E0170">
        <w:t>Instead, I meet her golden gaze directly, something few humans dare. "Should I stop?"</w:t>
      </w:r>
    </w:p>
    <w:p w14:paraId="3D026105" w14:textId="77777777" w:rsidR="002E0170" w:rsidRPr="002E0170" w:rsidRDefault="002E0170" w:rsidP="002E0170">
      <w:pPr>
        <w:spacing w:line="276" w:lineRule="auto"/>
      </w:pPr>
      <w:r w:rsidRPr="002E0170">
        <w:t>Valeria doesn't answer immediately. Her eyes shift between my face and the pulsing knot, calculating risks and rewards with the precision of a ruler accustomed to making decisions that echo through centuries.</w:t>
      </w:r>
    </w:p>
    <w:p w14:paraId="1F50C340" w14:textId="77777777" w:rsidR="002E0170" w:rsidRPr="002E0170" w:rsidRDefault="002E0170" w:rsidP="002E0170">
      <w:pPr>
        <w:spacing w:line="276" w:lineRule="auto"/>
      </w:pPr>
      <w:r w:rsidRPr="002E0170">
        <w:t>"No," she finally says. "Continue."</w:t>
      </w:r>
    </w:p>
    <w:p w14:paraId="785F3E32" w14:textId="77777777" w:rsidR="002E0170" w:rsidRPr="002E0170" w:rsidRDefault="002E0170" w:rsidP="002E0170">
      <w:pPr>
        <w:spacing w:line="276" w:lineRule="auto"/>
      </w:pPr>
      <w:r w:rsidRPr="002E0170">
        <w:t>The word feels like permission for something far beyond touching an ancient ward-knot.</w:t>
      </w:r>
    </w:p>
    <w:p w14:paraId="78E1FD18" w14:textId="77777777" w:rsidR="002E0170" w:rsidRPr="002E0170" w:rsidRDefault="002E0170" w:rsidP="002E0170">
      <w:pPr>
        <w:spacing w:line="276" w:lineRule="auto"/>
      </w:pPr>
      <w:r w:rsidRPr="002E0170">
        <w:t>I reach for the silver line nearest to me, the one pulsing most insistently. My fingertips hover a breath above it, hesitating at the threshold of something irrevocable. Valeria moves with sudden decision, her pale hand extending toward the same silver thread. We touch the line simultaneously, our fingers a hairsbreadth apart on the glowing silver. I expect a spark, a flare, a reaction appropriate to crossing boundaries. What happens instead defies expectation entirely.</w:t>
      </w:r>
    </w:p>
    <w:p w14:paraId="10B78885" w14:textId="77777777" w:rsidR="002E0170" w:rsidRPr="002E0170" w:rsidRDefault="002E0170" w:rsidP="002E0170">
      <w:pPr>
        <w:spacing w:line="276" w:lineRule="auto"/>
      </w:pPr>
      <w:r w:rsidRPr="002E0170">
        <w:t>The silver beneath our palms doesn't warm or cool—it transforms. White-blue light erupts from the point where our hands meet the thread, so bright it seems to bypass my eyes entirely and burn directly into my mind. Not a spark but a detonation, silent yet deafening in its intensity.</w:t>
      </w:r>
    </w:p>
    <w:p w14:paraId="6BFD0119" w14:textId="77777777" w:rsidR="002E0170" w:rsidRPr="002E0170" w:rsidRDefault="002E0170" w:rsidP="002E0170">
      <w:pPr>
        <w:spacing w:line="276" w:lineRule="auto"/>
      </w:pPr>
      <w:r w:rsidRPr="002E0170">
        <w:t>The light races along the silver threads, following every path, every intersection, every delicate weave of the elaborate pattern. It moves like liquid lightning, too fast to track yet somehow deliberate in its journey. The channels in the floor illuminate first, then those climbing the walls, spreading outward in concentric rings until the entire chamber floods with brilliance.</w:t>
      </w:r>
    </w:p>
    <w:p w14:paraId="6420116B" w14:textId="77777777" w:rsidR="002E0170" w:rsidRPr="002E0170" w:rsidRDefault="002E0170" w:rsidP="002E0170">
      <w:pPr>
        <w:spacing w:line="276" w:lineRule="auto"/>
      </w:pPr>
      <w:r w:rsidRPr="002E0170">
        <w:t>I gasp as the light reaches the ceiling and rebounds, filling the space between us with suspended radiance. The air itself seems to crystallize, becoming thick with potential and memory. Breathing feels like drawing in light rather than oxygen. The sensation should be suffocating. Instead, it's exhilarating.</w:t>
      </w:r>
    </w:p>
    <w:p w14:paraId="3D492118" w14:textId="77777777" w:rsidR="002E0170" w:rsidRPr="002E0170" w:rsidRDefault="002E0170" w:rsidP="002E0170">
      <w:pPr>
        <w:spacing w:line="276" w:lineRule="auto"/>
      </w:pPr>
      <w:r w:rsidRPr="002E0170">
        <w:t xml:space="preserve">Valeria inhales sharply beside me. Not a gasp—the Queen of Beaumont does not gasp—but a sound of genuine surprise, a crack in her perfect composure. Her golden eyes reflect the light, becoming twin </w:t>
      </w:r>
      <w:proofErr w:type="spellStart"/>
      <w:r w:rsidRPr="002E0170">
        <w:t>suns</w:t>
      </w:r>
      <w:proofErr w:type="spellEnd"/>
      <w:r w:rsidRPr="002E0170">
        <w:t xml:space="preserve"> in her pale face. She doesn't withdraw her hand from the silver thread, and neither do I. Our palms press against the same line, neither touching nor pulling away, aligned in perfect parallel like diplomatic territories with a carefully maintained border between.</w:t>
      </w:r>
    </w:p>
    <w:p w14:paraId="39876CC9" w14:textId="77777777" w:rsidR="002E0170" w:rsidRPr="002E0170" w:rsidRDefault="002E0170" w:rsidP="002E0170">
      <w:pPr>
        <w:spacing w:line="276" w:lineRule="auto"/>
      </w:pPr>
      <w:r w:rsidRPr="002E0170">
        <w:t>"This is not—" she begins, but the light swallows her words.</w:t>
      </w:r>
    </w:p>
    <w:p w14:paraId="1B653769" w14:textId="77777777" w:rsidR="002E0170" w:rsidRPr="002E0170" w:rsidRDefault="002E0170" w:rsidP="002E0170">
      <w:pPr>
        <w:spacing w:line="276" w:lineRule="auto"/>
      </w:pPr>
      <w:r w:rsidRPr="002E0170">
        <w:lastRenderedPageBreak/>
        <w:t>The ward-knot at the center of the room responds to the surge, its intricate pattern of threads beginning to shift. Not violently, not explosively, but with the slow, deliberate motion of something ancient waking from extended slumber. The threads untwist gradually, like a flower opening to morning light, revealing layers and connections that were hidden in its tightly wound state.</w:t>
      </w:r>
    </w:p>
    <w:p w14:paraId="150B6933" w14:textId="77777777" w:rsidR="002E0170" w:rsidRPr="002E0170" w:rsidRDefault="002E0170" w:rsidP="002E0170">
      <w:pPr>
        <w:spacing w:line="276" w:lineRule="auto"/>
      </w:pPr>
      <w:r w:rsidRPr="002E0170">
        <w:t>"It's remembering," I say, though I have no idea why these particular words come to me.</w:t>
      </w:r>
    </w:p>
    <w:p w14:paraId="71CF89E3" w14:textId="77777777" w:rsidR="002E0170" w:rsidRPr="002E0170" w:rsidRDefault="002E0170" w:rsidP="002E0170">
      <w:pPr>
        <w:spacing w:line="276" w:lineRule="auto"/>
      </w:pPr>
      <w:r w:rsidRPr="002E0170">
        <w:t>Valeria's eyes flash to mine. "How do you know that?"</w:t>
      </w:r>
    </w:p>
    <w:p w14:paraId="41E9CACB" w14:textId="77777777" w:rsidR="002E0170" w:rsidRPr="002E0170" w:rsidRDefault="002E0170" w:rsidP="002E0170">
      <w:pPr>
        <w:spacing w:line="276" w:lineRule="auto"/>
      </w:pPr>
      <w:r w:rsidRPr="002E0170">
        <w:t xml:space="preserve">I don't have an answer that makes sense, even to myself. The knowledge simply exists in my mind, placed there like a memory I've always had but never accessed until this moment. The warmth beneath my </w:t>
      </w:r>
      <w:proofErr w:type="gramStart"/>
      <w:r w:rsidRPr="002E0170">
        <w:t>ribs</w:t>
      </w:r>
      <w:proofErr w:type="gramEnd"/>
      <w:r w:rsidRPr="002E0170">
        <w:t xml:space="preserve"> spreads further, flowing down my arm to my fingertips where they meet the silver thread. It doesn't hurt. It feels like recognition.</w:t>
      </w:r>
    </w:p>
    <w:p w14:paraId="41159501" w14:textId="77777777" w:rsidR="002E0170" w:rsidRPr="002E0170" w:rsidRDefault="002E0170" w:rsidP="002E0170">
      <w:pPr>
        <w:spacing w:line="276" w:lineRule="auto"/>
      </w:pPr>
      <w:r w:rsidRPr="002E0170">
        <w:t>The light continues to intensify, flooding the chamber until shadows cease to exist. I should close my eyes against the brightness, but I can't look away. The light doesn't blind—it reveals. Each second exposes more detail in the ward-knot's construction, more complexity in its design. Layers of magic built upon each other like geological strata, recording the history of Beaumont itself.</w:t>
      </w:r>
    </w:p>
    <w:p w14:paraId="7402173C" w14:textId="77777777" w:rsidR="002E0170" w:rsidRPr="002E0170" w:rsidRDefault="002E0170" w:rsidP="002E0170">
      <w:pPr>
        <w:spacing w:line="276" w:lineRule="auto"/>
      </w:pPr>
      <w:r w:rsidRPr="002E0170">
        <w:t>"The patterns," Valeria says, her voice strangely distant despite her proximity. "They're changing."</w:t>
      </w:r>
    </w:p>
    <w:p w14:paraId="0F424AC4" w14:textId="77777777" w:rsidR="002E0170" w:rsidRPr="002E0170" w:rsidRDefault="002E0170" w:rsidP="002E0170">
      <w:pPr>
        <w:spacing w:line="276" w:lineRule="auto"/>
      </w:pPr>
      <w:r w:rsidRPr="002E0170">
        <w:t>She's right. The silver threads aren't just untwisting—they're realigning, forming new configurations that pulse with meaning I can almost grasp. Like reading a language I've never studied but somehow recognize, comprehension hovering just beyond reach.</w:t>
      </w:r>
    </w:p>
    <w:p w14:paraId="7D3AFF51" w14:textId="77777777" w:rsidR="002E0170" w:rsidRPr="002E0170" w:rsidRDefault="002E0170" w:rsidP="002E0170">
      <w:pPr>
        <w:spacing w:line="276" w:lineRule="auto"/>
      </w:pPr>
      <w:r w:rsidRPr="002E0170">
        <w:t>My palm remains pressed against the silver line, neither desperate nor forced, simply present. Valeria's hand mirrors mine, her perfect stillness suggesting tremendous control. Between us, the silver thread pulses with light that synchronizes with the beating of my heart.</w:t>
      </w:r>
    </w:p>
    <w:p w14:paraId="5B61B684" w14:textId="77777777" w:rsidR="002E0170" w:rsidRPr="002E0170" w:rsidRDefault="002E0170" w:rsidP="002E0170">
      <w:pPr>
        <w:spacing w:line="276" w:lineRule="auto"/>
      </w:pPr>
      <w:r w:rsidRPr="002E0170">
        <w:t>"It's responding to both of us," I observe, watching how the light brightens when I speak, then again when Valeria responds.</w:t>
      </w:r>
    </w:p>
    <w:p w14:paraId="4EA3DBF7" w14:textId="77777777" w:rsidR="002E0170" w:rsidRPr="002E0170" w:rsidRDefault="002E0170" w:rsidP="002E0170">
      <w:pPr>
        <w:spacing w:line="276" w:lineRule="auto"/>
      </w:pPr>
      <w:r w:rsidRPr="002E0170">
        <w:t>"Impossible." The word emerges clipped and precise, yet I hear the uncertainty beneath it. The Queen of Beaumont does not admit to confusion, but her eyes betray her—they're tracking the light patterns with the intensity of someone trying to decode a critical message.</w:t>
      </w:r>
    </w:p>
    <w:p w14:paraId="7F3A6FCA" w14:textId="77777777" w:rsidR="002E0170" w:rsidRPr="002E0170" w:rsidRDefault="002E0170" w:rsidP="002E0170">
      <w:pPr>
        <w:spacing w:line="276" w:lineRule="auto"/>
      </w:pPr>
      <w:r w:rsidRPr="002E0170">
        <w:t>The ward-knot continues its slow unfurling at the center of the room, silver threads separating and reconnecting in new configurations. As they move, the light changes quality—less harsh, more focused, as if finding its proper form after centuries of dormancy.</w:t>
      </w:r>
    </w:p>
    <w:p w14:paraId="7FDF8925" w14:textId="77777777" w:rsidR="002E0170" w:rsidRPr="002E0170" w:rsidRDefault="002E0170" w:rsidP="002E0170">
      <w:pPr>
        <w:spacing w:line="276" w:lineRule="auto"/>
      </w:pPr>
      <w:r w:rsidRPr="002E0170">
        <w:t>"It's like it's been waiting," I say, the words emerging unbidden.</w:t>
      </w:r>
    </w:p>
    <w:p w14:paraId="3D9D5EE1" w14:textId="77777777" w:rsidR="002E0170" w:rsidRPr="002E0170" w:rsidRDefault="002E0170" w:rsidP="002E0170">
      <w:pPr>
        <w:spacing w:line="276" w:lineRule="auto"/>
      </w:pPr>
      <w:r w:rsidRPr="002E0170">
        <w:lastRenderedPageBreak/>
        <w:t>Valeria's golden eyes narrow slightly. "For what?"</w:t>
      </w:r>
    </w:p>
    <w:p w14:paraId="594DC31D" w14:textId="77777777" w:rsidR="002E0170" w:rsidRPr="002E0170" w:rsidRDefault="002E0170" w:rsidP="002E0170">
      <w:pPr>
        <w:spacing w:line="276" w:lineRule="auto"/>
      </w:pPr>
      <w:r w:rsidRPr="002E0170">
        <w:t>Before I can answer—before I can admit I don't know—the knot completes its transformation. The tangle of silver threads now forms a complex geometric pattern suspended in the air, rotating slowly. At its center floats a perfect sphere of concentrated light, pulsing with the dual rhythm of my heartbeat and something slower, steadier—Valeria's essence, I realize with a start.</w:t>
      </w:r>
    </w:p>
    <w:p w14:paraId="17432686" w14:textId="77777777" w:rsidR="002E0170" w:rsidRPr="002E0170" w:rsidRDefault="002E0170" w:rsidP="002E0170">
      <w:pPr>
        <w:spacing w:line="276" w:lineRule="auto"/>
      </w:pPr>
      <w:r w:rsidRPr="002E0170">
        <w:t>"For us," I finally say, the truth of it settling into my bones with inexplicable certainty. "It was waiting for us."</w:t>
      </w:r>
    </w:p>
    <w:p w14:paraId="0629A73E" w14:textId="77777777" w:rsidR="002E0170" w:rsidRPr="002E0170" w:rsidRDefault="002E0170" w:rsidP="002E0170">
      <w:pPr>
        <w:spacing w:line="276" w:lineRule="auto"/>
      </w:pPr>
      <w:r w:rsidRPr="002E0170">
        <w:t>The sphere at the center of the knot pulses once, twice, three times—acknowledgment or confirmation, I can't tell which. Then it expands suddenly, enveloping us in light so intense that the boundary between seeing and feeling dissolves entirely.</w:t>
      </w:r>
    </w:p>
    <w:p w14:paraId="0701B0B8" w14:textId="77777777" w:rsidR="002E0170" w:rsidRPr="002E0170" w:rsidRDefault="002E0170" w:rsidP="002E0170">
      <w:pPr>
        <w:spacing w:line="276" w:lineRule="auto"/>
      </w:pPr>
      <w:r w:rsidRPr="002E0170">
        <w:t>I don't remove my hand from the silver line. Neither does Valeria. Something fundamental tells me that breaking contact now would be dangerous, perhaps catastrophic. The magic flows through us both, using us as conduits for something larger than either human or vampire concerns.</w:t>
      </w:r>
    </w:p>
    <w:p w14:paraId="66E54959" w14:textId="77777777" w:rsidR="002E0170" w:rsidRPr="002E0170" w:rsidRDefault="002E0170" w:rsidP="002E0170">
      <w:pPr>
        <w:spacing w:line="276" w:lineRule="auto"/>
      </w:pPr>
      <w:r w:rsidRPr="002E0170">
        <w:t>"What is happening?" I manage to ask, my voice steady despite the hurricane of light surrounding us.</w:t>
      </w:r>
    </w:p>
    <w:p w14:paraId="053BD89E" w14:textId="77777777" w:rsidR="002E0170" w:rsidRPr="002E0170" w:rsidRDefault="002E0170" w:rsidP="002E0170">
      <w:pPr>
        <w:spacing w:line="276" w:lineRule="auto"/>
      </w:pPr>
      <w:r w:rsidRPr="002E0170">
        <w:t>Valeria's face shows the barest hint of wonder—an expression I suspect few have ever witnessed on the Vampire Queen's features.</w:t>
      </w:r>
    </w:p>
    <w:p w14:paraId="63F1CD7C" w14:textId="77777777" w:rsidR="002E0170" w:rsidRPr="002E0170" w:rsidRDefault="002E0170" w:rsidP="002E0170">
      <w:pPr>
        <w:spacing w:line="276" w:lineRule="auto"/>
      </w:pPr>
      <w:r w:rsidRPr="002E0170">
        <w:t>"I don't know," she admits, the three words more shocking from her lips than any magical display. "The records speak of ward-knots as memory repositories, but never like this."</w:t>
      </w:r>
    </w:p>
    <w:p w14:paraId="4E64EEB4" w14:textId="77777777" w:rsidR="002E0170" w:rsidRPr="002E0170" w:rsidRDefault="002E0170" w:rsidP="002E0170">
      <w:pPr>
        <w:spacing w:line="276" w:lineRule="auto"/>
      </w:pPr>
      <w:r w:rsidRPr="002E0170">
        <w:t>The light pulses again, stronger, and I feel the floor beneath us vibrate in response. The entire chamber seems to resonate, stone singing to silver, magic to memory. The ward-knot's threads extend further, reaching toward the ceiling where they connect to channels I hadn't noticed before—deeper, older silver lines that must run through the entire mountain.</w:t>
      </w:r>
    </w:p>
    <w:p w14:paraId="1126555F" w14:textId="77777777" w:rsidR="002E0170" w:rsidRPr="002E0170" w:rsidRDefault="002E0170" w:rsidP="002E0170">
      <w:pPr>
        <w:spacing w:line="276" w:lineRule="auto"/>
      </w:pPr>
      <w:r w:rsidRPr="002E0170">
        <w:t>"It's not just remembering," Valeria says, her eyes tracking the expanding network. "It's reactivating."</w:t>
      </w:r>
    </w:p>
    <w:p w14:paraId="06A5D929" w14:textId="77777777" w:rsidR="002E0170" w:rsidRPr="002E0170" w:rsidRDefault="002E0170" w:rsidP="002E0170">
      <w:pPr>
        <w:spacing w:line="276" w:lineRule="auto"/>
      </w:pPr>
      <w:r w:rsidRPr="002E0170">
        <w:t xml:space="preserve">The light reaches a crescendo, so bright that reality itself seems </w:t>
      </w:r>
      <w:proofErr w:type="spellStart"/>
      <w:r w:rsidRPr="002E0170">
        <w:t>to</w:t>
      </w:r>
      <w:proofErr w:type="spellEnd"/>
      <w:r w:rsidRPr="002E0170">
        <w:t xml:space="preserve"> thin around us. Through it all, our hands remain on the silver line, neither grasping desperately nor pulling away, but aligned in a moment of perfect, unintended cooperation.</w:t>
      </w:r>
    </w:p>
    <w:p w14:paraId="23889D7D" w14:textId="77777777" w:rsidR="002E0170" w:rsidRPr="002E0170" w:rsidRDefault="002E0170" w:rsidP="002E0170">
      <w:pPr>
        <w:spacing w:line="276" w:lineRule="auto"/>
      </w:pPr>
      <w:r w:rsidRPr="002E0170">
        <w:t>The knot gives one final pulse, and suddenly the light condenses, drawing inward like breath being gathered for speech. It collects in the sphere at the center of the ward-knot, compressing, concentrating, building toward something inevitable.</w:t>
      </w:r>
    </w:p>
    <w:p w14:paraId="4B0E829A" w14:textId="77777777" w:rsidR="002E0170" w:rsidRPr="002E0170" w:rsidRDefault="002E0170" w:rsidP="002E0170">
      <w:pPr>
        <w:spacing w:line="276" w:lineRule="auto"/>
      </w:pPr>
      <w:r w:rsidRPr="002E0170">
        <w:lastRenderedPageBreak/>
        <w:t>And then, without warning, the sphere bursts open like an eye.</w:t>
      </w:r>
    </w:p>
    <w:p w14:paraId="06B51EA6" w14:textId="77777777" w:rsidR="002E0170" w:rsidRPr="002E0170" w:rsidRDefault="002E0170" w:rsidP="002E0170">
      <w:pPr>
        <w:spacing w:line="276" w:lineRule="auto"/>
      </w:pPr>
      <w:r w:rsidRPr="002E0170">
        <w:t>Not to release light, but to reveal.</w:t>
      </w:r>
    </w:p>
    <w:p w14:paraId="6D656B77" w14:textId="77777777" w:rsidR="002E0170" w:rsidRPr="002E0170" w:rsidRDefault="002E0170" w:rsidP="002E0170">
      <w:pPr>
        <w:spacing w:line="276" w:lineRule="auto"/>
      </w:pPr>
      <w:r w:rsidRPr="002E0170">
        <w:t>The air between us transforms. No longer empty space but canvas, filled with images so vivid they seem more real than the chamber itself. Not projections or illusions—memories, preserved in magic and silver, now awakened by our combined touch. I want to step back, to create distance between myself and what unfolds before us, but my hand remains fixed to the silver line as if fused there by purpose stronger than will. Beside me, Valeria watches with the absolute focus of someone seeing their history rewritten before their eyes.</w:t>
      </w:r>
    </w:p>
    <w:p w14:paraId="66D8B807" w14:textId="77777777" w:rsidR="002E0170" w:rsidRPr="002E0170" w:rsidRDefault="002E0170" w:rsidP="002E0170">
      <w:pPr>
        <w:spacing w:line="276" w:lineRule="auto"/>
      </w:pPr>
      <w:r w:rsidRPr="002E0170">
        <w:t xml:space="preserve">A figure materializes first—a vampire lord unlike any I've seen in Beaumont. Tall and austere, his features carry none of the refined elegance of Valeria's court. This is something older, cruder, power without pretense of civilization. An iron crown rests on his brow, not the delicate silver circlet Valeria wears for formal occasions, but a brutal thing of sharp edges and ancient symbols etched into dark metal. His eyes burn amber rather than gold, animal rather than royal. </w:t>
      </w:r>
    </w:p>
    <w:p w14:paraId="2318D1DE" w14:textId="77777777" w:rsidR="002E0170" w:rsidRPr="002E0170" w:rsidRDefault="002E0170" w:rsidP="002E0170">
      <w:pPr>
        <w:spacing w:line="276" w:lineRule="auto"/>
      </w:pPr>
      <w:r w:rsidRPr="002E0170">
        <w:t>Across from him stands a human woman. Not standing—bound. Silver lines encircle her wrists like living manacles, connecting to the floor where elaborate channels have been carved into the stone. Her face bears the rigid composure I recognize from diplomatic mirrors—the expression of someone refusing to show fear when surrounded by predators. Her clothing marks her as nobility, though the style belongs to an era I cannot place.</w:t>
      </w:r>
    </w:p>
    <w:p w14:paraId="0A37E5A7" w14:textId="77777777" w:rsidR="002E0170" w:rsidRPr="002E0170" w:rsidRDefault="002E0170" w:rsidP="002E0170">
      <w:pPr>
        <w:spacing w:line="276" w:lineRule="auto"/>
      </w:pPr>
      <w:r w:rsidRPr="002E0170">
        <w:t>"Who are they?" I whisper, though I suspect Valeria has no more answers than I do.</w:t>
      </w:r>
    </w:p>
    <w:p w14:paraId="1D71ED65" w14:textId="77777777" w:rsidR="002E0170" w:rsidRPr="002E0170" w:rsidRDefault="002E0170" w:rsidP="002E0170">
      <w:pPr>
        <w:spacing w:line="276" w:lineRule="auto"/>
      </w:pPr>
      <w:r w:rsidRPr="002E0170">
        <w:t>"Before my time," she confirms, her voice tight with concentration. "Perhaps before my bloodline's ascension."</w:t>
      </w:r>
    </w:p>
    <w:p w14:paraId="36ACF83C" w14:textId="77777777" w:rsidR="002E0170" w:rsidRPr="002E0170" w:rsidRDefault="002E0170" w:rsidP="002E0170">
      <w:pPr>
        <w:spacing w:line="276" w:lineRule="auto"/>
      </w:pPr>
      <w:r w:rsidRPr="002E0170">
        <w:t>The scene continues to unfold with terrible clarity. The human woman's wrists are turned upward, and a thin line of blood trickles down her forearms, dripping with precise timing into the carved channels below. Not a violent wound—a ceremonial one, clean and controlled. The channels fill slowly, silver threads lighting up as the blood makes contact, racing along patterns identical to the ones beneath our feet now.</w:t>
      </w:r>
    </w:p>
    <w:p w14:paraId="24BBE6A6" w14:textId="77777777" w:rsidR="002E0170" w:rsidRPr="002E0170" w:rsidRDefault="002E0170" w:rsidP="002E0170">
      <w:pPr>
        <w:spacing w:line="276" w:lineRule="auto"/>
      </w:pPr>
      <w:r w:rsidRPr="002E0170">
        <w:t xml:space="preserve">Simultaneously, the vampire lord extends his own wrist, where a single puncture leaks dark blood into a parallel channel. The two bloods flow separately at first, then converge at a central point where a ward-knot—smaller but unmistakably </w:t>
      </w:r>
      <w:proofErr w:type="gramStart"/>
      <w:r w:rsidRPr="002E0170">
        <w:t>similar to</w:t>
      </w:r>
      <w:proofErr w:type="gramEnd"/>
      <w:r w:rsidRPr="002E0170">
        <w:t xml:space="preserve"> the one now hovering above us—pulses into life.</w:t>
      </w:r>
    </w:p>
    <w:p w14:paraId="578C2168" w14:textId="77777777" w:rsidR="002E0170" w:rsidRPr="002E0170" w:rsidRDefault="002E0170" w:rsidP="002E0170">
      <w:pPr>
        <w:spacing w:line="276" w:lineRule="auto"/>
      </w:pPr>
      <w:r w:rsidRPr="002E0170">
        <w:t>The iron-crowned lord speaks, his voice resonating through the memory with unsettling clarity: "Oath bound by blood. Human anchor. Vampire crown."</w:t>
      </w:r>
    </w:p>
    <w:p w14:paraId="35EA67FA" w14:textId="77777777" w:rsidR="002E0170" w:rsidRPr="002E0170" w:rsidRDefault="002E0170" w:rsidP="002E0170">
      <w:pPr>
        <w:spacing w:line="276" w:lineRule="auto"/>
      </w:pPr>
      <w:r w:rsidRPr="002E0170">
        <w:lastRenderedPageBreak/>
        <w:t>The words hang in the air, weighted with ritual significance. Not a diplomatic phrase from any treaty I've studied, not part of the Crimson Accord's known text, yet somehow fundamental to everything I thought I understood about human-vampire relations.</w:t>
      </w:r>
    </w:p>
    <w:p w14:paraId="7CA3A973" w14:textId="77777777" w:rsidR="002E0170" w:rsidRPr="002E0170" w:rsidRDefault="002E0170" w:rsidP="002E0170">
      <w:pPr>
        <w:spacing w:line="276" w:lineRule="auto"/>
      </w:pPr>
      <w:r w:rsidRPr="002E0170">
        <w:t>"This isn't peace," I whisper, the realization settling cold and heavy in my stomach.</w:t>
      </w:r>
    </w:p>
    <w:p w14:paraId="2DA8937E" w14:textId="77777777" w:rsidR="002E0170" w:rsidRPr="002E0170" w:rsidRDefault="002E0170" w:rsidP="002E0170">
      <w:pPr>
        <w:spacing w:line="276" w:lineRule="auto"/>
      </w:pPr>
      <w:r w:rsidRPr="002E0170">
        <w:t>Valeria's voice tightens with matching realization: "No. It's control."</w:t>
      </w:r>
    </w:p>
    <w:p w14:paraId="372F2636" w14:textId="77777777" w:rsidR="002E0170" w:rsidRPr="002E0170" w:rsidRDefault="002E0170" w:rsidP="002E0170">
      <w:pPr>
        <w:spacing w:line="276" w:lineRule="auto"/>
      </w:pPr>
      <w:r w:rsidRPr="002E0170">
        <w:t xml:space="preserve">The memory continues to unfold. The blood channels form a complex network across the chamber floor, eerily </w:t>
      </w:r>
      <w:proofErr w:type="gramStart"/>
      <w:r w:rsidRPr="002E0170">
        <w:t>similar to</w:t>
      </w:r>
      <w:proofErr w:type="gramEnd"/>
      <w:r w:rsidRPr="002E0170">
        <w:t xml:space="preserve"> the ward channels that run throughout Beaumont today. As both human and vampire blood complete their journey through the pattern, the mountain itself seems to respond—a deep vibration runs through the stone, and silver light floods upward through every channel, stabilizing into the steady glow I've seen throughout the palace.</w:t>
      </w:r>
    </w:p>
    <w:p w14:paraId="26D9AC80" w14:textId="77777777" w:rsidR="002E0170" w:rsidRPr="002E0170" w:rsidRDefault="002E0170" w:rsidP="002E0170">
      <w:pPr>
        <w:spacing w:line="276" w:lineRule="auto"/>
      </w:pPr>
      <w:r w:rsidRPr="002E0170">
        <w:t>"The wards," Valeria says, her golden eyes tracking the flow of magic. "They require balance."</w:t>
      </w:r>
    </w:p>
    <w:p w14:paraId="07BB7DE6" w14:textId="77777777" w:rsidR="002E0170" w:rsidRPr="002E0170" w:rsidRDefault="002E0170" w:rsidP="002E0170">
      <w:pPr>
        <w:spacing w:line="276" w:lineRule="auto"/>
      </w:pPr>
      <w:r w:rsidRPr="002E0170">
        <w:t>I watch as the human woman's face shows neither surprise nor horror—only grim acceptance. She knew what she was participating in. Knew and consented, despite the bindings on her wrists. Or perhaps because of them.</w:t>
      </w:r>
    </w:p>
    <w:p w14:paraId="3ED99A66" w14:textId="77777777" w:rsidR="002E0170" w:rsidRPr="002E0170" w:rsidRDefault="002E0170" w:rsidP="002E0170">
      <w:pPr>
        <w:spacing w:line="276" w:lineRule="auto"/>
      </w:pPr>
      <w:r w:rsidRPr="002E0170">
        <w:t>"Human blood freely given, vampire power freely contained," the lord intones, his amber eyes fixed on the point where the bloods mingle. "The mountain accepts our covenant."</w:t>
      </w:r>
    </w:p>
    <w:p w14:paraId="3D051D96" w14:textId="77777777" w:rsidR="002E0170" w:rsidRPr="002E0170" w:rsidRDefault="002E0170" w:rsidP="002E0170">
      <w:pPr>
        <w:spacing w:line="276" w:lineRule="auto"/>
      </w:pPr>
      <w:r w:rsidRPr="002E0170">
        <w:t>The memory shifts, showing flashes of what followed: the human woman remaining in Beaumont, her descendants serving in some capacity I can't quite discern. The vampire lord's bloodline ruling, but always with a human counterpart present within the mountain. The wards growing stronger, spreading throughout the developing city, creating the network of protection that makes Beaumont impregnable today.</w:t>
      </w:r>
    </w:p>
    <w:p w14:paraId="084CD7DD" w14:textId="77777777" w:rsidR="002E0170" w:rsidRPr="002E0170" w:rsidRDefault="002E0170" w:rsidP="002E0170">
      <w:pPr>
        <w:spacing w:line="276" w:lineRule="auto"/>
      </w:pPr>
      <w:r w:rsidRPr="002E0170">
        <w:t>Then something changes. A new vampire appears—features similar enough to the iron-crowned lord to suggest relation but bearing a silver crown instead. The human presence fades from the memory, becoming indistinct, as if deliberately obscured. The wards flicker momentarily before stabilizing again, but something fundamental has shifted.</w:t>
      </w:r>
    </w:p>
    <w:p w14:paraId="070200FF" w14:textId="77777777" w:rsidR="002E0170" w:rsidRPr="002E0170" w:rsidRDefault="002E0170" w:rsidP="002E0170">
      <w:pPr>
        <w:spacing w:line="276" w:lineRule="auto"/>
      </w:pPr>
      <w:r w:rsidRPr="002E0170">
        <w:t>"They broke the covenant," I say, not a question but a certainty that rises from somewhere beyond conscious knowledge.</w:t>
      </w:r>
    </w:p>
    <w:p w14:paraId="72ECE397" w14:textId="77777777" w:rsidR="002E0170" w:rsidRPr="002E0170" w:rsidRDefault="002E0170" w:rsidP="002E0170">
      <w:pPr>
        <w:spacing w:line="276" w:lineRule="auto"/>
      </w:pPr>
      <w:r w:rsidRPr="002E0170">
        <w:t>"Or altered it," Valeria responds, her voice carefully neutral despite the intensity of her gaze.</w:t>
      </w:r>
    </w:p>
    <w:p w14:paraId="04E41776" w14:textId="77777777" w:rsidR="002E0170" w:rsidRPr="002E0170" w:rsidRDefault="002E0170" w:rsidP="002E0170">
      <w:pPr>
        <w:spacing w:line="276" w:lineRule="auto"/>
      </w:pPr>
      <w:r w:rsidRPr="002E0170">
        <w:t>The memory accelerates, showing centuries compressed into moments—the continued development of Beaumont, the refinement of its architecture and defenses, the gradual shift from iron to silver in vampire regalia. Throughout it all, the ward network grows increasingly complex but also increasingly unstable, requiring more frequent intervention to maintain.</w:t>
      </w:r>
    </w:p>
    <w:p w14:paraId="3D64CA3B" w14:textId="77777777" w:rsidR="002E0170" w:rsidRPr="002E0170" w:rsidRDefault="002E0170" w:rsidP="002E0170">
      <w:pPr>
        <w:spacing w:line="276" w:lineRule="auto"/>
      </w:pPr>
      <w:r w:rsidRPr="002E0170">
        <w:lastRenderedPageBreak/>
        <w:t>Then, with stark clarity, a final scene emerges: a formal gathering, vampires and humans in ceremonial attire, the signing of what I instantly recognize as the Crimson Accord. My father stands among the human delegation. Across from him, a vampire who must be Valeria's predecessor. The treaty document bears the familiar symbol—a silver circle split cleanly in two, one half for humans, one for vampires.</w:t>
      </w:r>
    </w:p>
    <w:p w14:paraId="5EAF1465" w14:textId="77777777" w:rsidR="002E0170" w:rsidRPr="002E0170" w:rsidRDefault="002E0170" w:rsidP="002E0170">
      <w:pPr>
        <w:spacing w:line="276" w:lineRule="auto"/>
      </w:pPr>
      <w:r w:rsidRPr="002E0170">
        <w:t>But as they sign, the memory shows something the history books never recorded: beneath the treaty table, the ward channels pulse erratically, struggling to maintain their glow. The balance has been disturbed.</w:t>
      </w:r>
    </w:p>
    <w:p w14:paraId="7DAE5428" w14:textId="77777777" w:rsidR="002E0170" w:rsidRPr="002E0170" w:rsidRDefault="002E0170" w:rsidP="002E0170">
      <w:pPr>
        <w:spacing w:line="276" w:lineRule="auto"/>
      </w:pPr>
      <w:r w:rsidRPr="002E0170">
        <w:t>A final phrase echoes through the memory: "Crown legitimacy requires the anchor."</w:t>
      </w:r>
    </w:p>
    <w:p w14:paraId="23DF9132" w14:textId="77777777" w:rsidR="002E0170" w:rsidRPr="002E0170" w:rsidRDefault="002E0170" w:rsidP="002E0170">
      <w:pPr>
        <w:spacing w:line="276" w:lineRule="auto"/>
      </w:pPr>
      <w:r w:rsidRPr="002E0170">
        <w:t>Beside me, Valeria's hand goes rigid against the silver line. Her face, always composed, pales further until she seems carved from the same stone as the mountain itself. For the first time since I met her, the Vampire Queen appears genuinely shaken.</w:t>
      </w:r>
    </w:p>
    <w:p w14:paraId="52D1FF02" w14:textId="77777777" w:rsidR="002E0170" w:rsidRPr="002E0170" w:rsidRDefault="002E0170" w:rsidP="002E0170">
      <w:pPr>
        <w:spacing w:line="276" w:lineRule="auto"/>
      </w:pPr>
      <w:r w:rsidRPr="002E0170">
        <w:t xml:space="preserve">"If this oath still holds..." she says, her voice so quiet I </w:t>
      </w:r>
      <w:proofErr w:type="gramStart"/>
      <w:r w:rsidRPr="002E0170">
        <w:t>have to</w:t>
      </w:r>
      <w:proofErr w:type="gramEnd"/>
      <w:r w:rsidRPr="002E0170">
        <w:t xml:space="preserve"> strain to hear it despite our proximity, "then my bloodline's claim to Beaumont was never absolute."</w:t>
      </w:r>
    </w:p>
    <w:p w14:paraId="5D30D361" w14:textId="77777777" w:rsidR="002E0170" w:rsidRPr="002E0170" w:rsidRDefault="002E0170" w:rsidP="002E0170">
      <w:pPr>
        <w:spacing w:line="276" w:lineRule="auto"/>
      </w:pPr>
      <w:r w:rsidRPr="002E0170">
        <w:t xml:space="preserve">The implications cascade through my mind like falling stones. The treaty my father helped </w:t>
      </w:r>
      <w:proofErr w:type="gramStart"/>
      <w:r w:rsidRPr="002E0170">
        <w:t>create,</w:t>
      </w:r>
      <w:proofErr w:type="gramEnd"/>
      <w:r w:rsidRPr="002E0170">
        <w:t xml:space="preserve"> the diplomatic mission I've dedicated my life to upholding—built on a foundation we never fully understood. Not just peace between separate peoples, but the broken remnant of something far more integrated, more interdependent.</w:t>
      </w:r>
    </w:p>
    <w:p w14:paraId="352A2068" w14:textId="77777777" w:rsidR="002E0170" w:rsidRPr="002E0170" w:rsidRDefault="002E0170" w:rsidP="002E0170">
      <w:pPr>
        <w:spacing w:line="276" w:lineRule="auto"/>
      </w:pPr>
      <w:r w:rsidRPr="002E0170">
        <w:t>The Crimson Accord wasn't the beginning. It was an attempt to function after something fundamental had already been lost.</w:t>
      </w:r>
    </w:p>
    <w:p w14:paraId="2C2A0C66" w14:textId="77777777" w:rsidR="002E0170" w:rsidRPr="002E0170" w:rsidRDefault="002E0170" w:rsidP="002E0170">
      <w:pPr>
        <w:spacing w:line="276" w:lineRule="auto"/>
      </w:pPr>
      <w:r w:rsidRPr="002E0170">
        <w:t>I stare at the image of my father signing the treaty, now frozen in the air before us. Did he know? Did any of the human diplomats understand what they were really negotiating? Or were we all pawns in a game with rules established centuries before our birth?</w:t>
      </w:r>
    </w:p>
    <w:p w14:paraId="642A7DFE" w14:textId="77777777" w:rsidR="002E0170" w:rsidRPr="002E0170" w:rsidRDefault="002E0170" w:rsidP="002E0170">
      <w:pPr>
        <w:spacing w:line="276" w:lineRule="auto"/>
      </w:pPr>
      <w:r w:rsidRPr="002E0170">
        <w:t>"Your ancestors removed the human anchor," I say, piecing it together. "That's why the wards are failing. Why the criminal blood is poisoning your people. The balance was broken."</w:t>
      </w:r>
    </w:p>
    <w:p w14:paraId="4D306A6A" w14:textId="77777777" w:rsidR="002E0170" w:rsidRPr="002E0170" w:rsidRDefault="002E0170" w:rsidP="002E0170">
      <w:pPr>
        <w:spacing w:line="276" w:lineRule="auto"/>
      </w:pPr>
      <w:r w:rsidRPr="002E0170">
        <w:t>Valeria's golden eyes meet mine, and I see something I never expected—uncertainty.</w:t>
      </w:r>
    </w:p>
    <w:p w14:paraId="556F48FC" w14:textId="77777777" w:rsidR="002E0170" w:rsidRPr="002E0170" w:rsidRDefault="002E0170" w:rsidP="002E0170">
      <w:pPr>
        <w:spacing w:line="276" w:lineRule="auto"/>
      </w:pPr>
      <w:r w:rsidRPr="002E0170">
        <w:t>"It would appear," she says carefully, "that my ancestors rewrote history to consolidate power."</w:t>
      </w:r>
    </w:p>
    <w:p w14:paraId="294FDBA4" w14:textId="77777777" w:rsidR="002E0170" w:rsidRPr="002E0170" w:rsidRDefault="002E0170" w:rsidP="002E0170">
      <w:pPr>
        <w:spacing w:line="276" w:lineRule="auto"/>
      </w:pPr>
      <w:r w:rsidRPr="002E0170">
        <w:t>Before I can respond, the memory images flare brightly one final time, emphasizing the phrase still hanging in the air: "Crown legitimacy requires the anchor." The light coalesces around the words, making them pulse with insistent meaning.</w:t>
      </w:r>
    </w:p>
    <w:p w14:paraId="77A9F239" w14:textId="77777777" w:rsidR="002E0170" w:rsidRPr="002E0170" w:rsidRDefault="002E0170" w:rsidP="002E0170">
      <w:pPr>
        <w:spacing w:line="276" w:lineRule="auto"/>
      </w:pPr>
      <w:r w:rsidRPr="002E0170">
        <w:lastRenderedPageBreak/>
        <w:t>Then, without warning, every trace of light vanishes. The ward-knot collapses in on itself, the silver threads going dark, the memory images dissolving like mist. The entire vault plunges into absolute darkness so complete it feels solid against my skin.</w:t>
      </w:r>
    </w:p>
    <w:p w14:paraId="4DBE7821" w14:textId="77777777" w:rsidR="002E0170" w:rsidRPr="002E0170" w:rsidRDefault="002E0170" w:rsidP="002E0170">
      <w:pPr>
        <w:spacing w:line="276" w:lineRule="auto"/>
      </w:pPr>
      <w:r w:rsidRPr="002E0170">
        <w:t>The hum of the wards dies, leaving nothing but crushing silence and the lingering echo of a truth too consequential to immediately comprehend.</w:t>
      </w:r>
    </w:p>
    <w:p w14:paraId="1F137AE8" w14:textId="77777777" w:rsidR="002E0170" w:rsidRPr="002E0170" w:rsidRDefault="002E0170" w:rsidP="002E0170">
      <w:pPr>
        <w:spacing w:line="276" w:lineRule="auto"/>
      </w:pPr>
      <w:r w:rsidRPr="002E0170">
        <w:t>I can no longer see Valeria beside me, but I feel the perfect stillness that has replaced her earlier tension—the stillness of a predator assessing an entirely unexpected threat.</w:t>
      </w:r>
    </w:p>
    <w:p w14:paraId="495EE5DB" w14:textId="77777777" w:rsidR="002E0170" w:rsidRPr="002E0170" w:rsidRDefault="002E0170" w:rsidP="002E0170">
      <w:pPr>
        <w:spacing w:line="276" w:lineRule="auto"/>
      </w:pPr>
      <w:r w:rsidRPr="002E0170">
        <w:t>Or perhaps an unexpected opportunity.</w:t>
      </w:r>
    </w:p>
    <w:p w14:paraId="58A4D8A6" w14:textId="77777777" w:rsidR="002E0170" w:rsidRPr="002E0170" w:rsidRDefault="002E0170" w:rsidP="002E0170">
      <w:pPr>
        <w:spacing w:line="276" w:lineRule="auto"/>
      </w:pPr>
      <w:r w:rsidRPr="002E0170">
        <w:t xml:space="preserve">The knot brightens violently at the final phrase—"Crown legitimacy requires the anchor"—as if the words themselves are fuel for its magic. Light concentrates, intensifies, becoming almost solid in its brilliance. I squint against it, unwilling to look away despite the discomfort. Beside me, Valeria's perfect stillness shifts to something more </w:t>
      </w:r>
      <w:proofErr w:type="spellStart"/>
      <w:r w:rsidRPr="002E0170">
        <w:t>alertive</w:t>
      </w:r>
      <w:proofErr w:type="spellEnd"/>
      <w:r w:rsidRPr="002E0170">
        <w:t>, more predatory. Her hand remains beneath mine on the silver line, but I feel the subtle change in tension—muscles preparing for movement, for decision, for whatever comes next.</w:t>
      </w:r>
    </w:p>
    <w:p w14:paraId="47184D31" w14:textId="77777777" w:rsidR="002E0170" w:rsidRPr="002E0170" w:rsidRDefault="002E0170" w:rsidP="002E0170">
      <w:pPr>
        <w:spacing w:line="276" w:lineRule="auto"/>
      </w:pPr>
      <w:r w:rsidRPr="002E0170">
        <w:t>Her face pales further, achieving a whiteness that seems to absorb the light rather than reflect it. The gold of her eyes darkens to amber, closer to the iron-crowned lord from the vision than the refined monarch who rules Beaumont today. For a moment, ancestry writes itself across her features, revealing connections I wouldn't have otherwise seen.</w:t>
      </w:r>
    </w:p>
    <w:p w14:paraId="0A56386E" w14:textId="77777777" w:rsidR="002E0170" w:rsidRPr="002E0170" w:rsidRDefault="002E0170" w:rsidP="002E0170">
      <w:pPr>
        <w:spacing w:line="276" w:lineRule="auto"/>
      </w:pPr>
      <w:r w:rsidRPr="002E0170">
        <w:t>"If this oath still holds..." she says, each word measured as if testing the weight of a blade, "then my bloodline's claim to Beaumont was never absolute."</w:t>
      </w:r>
    </w:p>
    <w:p w14:paraId="28BF8F75" w14:textId="77777777" w:rsidR="002E0170" w:rsidRPr="002E0170" w:rsidRDefault="002E0170" w:rsidP="002E0170">
      <w:pPr>
        <w:spacing w:line="276" w:lineRule="auto"/>
      </w:pPr>
      <w:r w:rsidRPr="002E0170">
        <w:t>The admission hangs between us, more shocking than any revelation about the wards. Valeria Beaumont—queen, sovereign, embodiment of vampire authority—acknowledging uncertainty about her right to rule. In diplomatic terms, it's equivalent to a nuclear detonation. In personal terms, it's like watching marble animate into flesh.</w:t>
      </w:r>
    </w:p>
    <w:p w14:paraId="57EF3785" w14:textId="77777777" w:rsidR="002E0170" w:rsidRPr="002E0170" w:rsidRDefault="002E0170" w:rsidP="002E0170">
      <w:pPr>
        <w:spacing w:line="276" w:lineRule="auto"/>
      </w:pPr>
      <w:r w:rsidRPr="002E0170">
        <w:t>I open my mouth to respond, but the opportunity dissolves with the light.</w:t>
      </w:r>
    </w:p>
    <w:p w14:paraId="0F31D61E" w14:textId="77777777" w:rsidR="002E0170" w:rsidRPr="002E0170" w:rsidRDefault="002E0170" w:rsidP="002E0170">
      <w:pPr>
        <w:spacing w:line="276" w:lineRule="auto"/>
      </w:pPr>
      <w:r w:rsidRPr="002E0170">
        <w:t>The knot collapses, imploding rather than fading, taking every trace of illumination with it. Darkness crashes down like a physical force. Not the gentle absence of light but its aggressive negation, as if the vault has decided to erase the concept entirely.</w:t>
      </w:r>
    </w:p>
    <w:p w14:paraId="05EFE67D" w14:textId="77777777" w:rsidR="002E0170" w:rsidRPr="002E0170" w:rsidRDefault="002E0170" w:rsidP="002E0170">
      <w:pPr>
        <w:spacing w:line="276" w:lineRule="auto"/>
      </w:pPr>
      <w:r w:rsidRPr="002E0170">
        <w:t>I blink uselessly against absolute black. My eyes strain, seeking even a hint of definition, some boundary between objects, some gradient to orient myself. Nothing emerges. The darkness is complete, undifferentiated, hostile in its totality.</w:t>
      </w:r>
    </w:p>
    <w:p w14:paraId="5F69F59E" w14:textId="77777777" w:rsidR="002E0170" w:rsidRPr="002E0170" w:rsidRDefault="002E0170" w:rsidP="002E0170">
      <w:pPr>
        <w:spacing w:line="276" w:lineRule="auto"/>
      </w:pPr>
      <w:r w:rsidRPr="002E0170">
        <w:t xml:space="preserve">The hum of the wards dies </w:t>
      </w:r>
      <w:proofErr w:type="gramStart"/>
      <w:r w:rsidRPr="002E0170">
        <w:t>simultaneously,</w:t>
      </w:r>
      <w:proofErr w:type="gramEnd"/>
      <w:r w:rsidRPr="002E0170">
        <w:t xml:space="preserve"> a sound I hadn't consciously registered until its absence creates a vacuum of silence. The quiet presses against my eardrums like deep water </w:t>
      </w:r>
      <w:r w:rsidRPr="002E0170">
        <w:lastRenderedPageBreak/>
        <w:t>pressure, crushing and insistent. I can hear my heartbeat, suddenly offensive in its loudness, a declaration of vulnerability in a space not designed for living things.</w:t>
      </w:r>
    </w:p>
    <w:p w14:paraId="7F008EAE" w14:textId="77777777" w:rsidR="002E0170" w:rsidRPr="002E0170" w:rsidRDefault="002E0170" w:rsidP="002E0170">
      <w:pPr>
        <w:spacing w:line="276" w:lineRule="auto"/>
      </w:pPr>
      <w:r w:rsidRPr="002E0170">
        <w:t>"Valeria?" I whisper, then immediately regret breaking the silence. The darkness feels like a predator that might track me by sound.</w:t>
      </w:r>
    </w:p>
    <w:p w14:paraId="536E92B6" w14:textId="77777777" w:rsidR="002E0170" w:rsidRPr="002E0170" w:rsidRDefault="002E0170" w:rsidP="002E0170">
      <w:pPr>
        <w:spacing w:line="276" w:lineRule="auto"/>
      </w:pPr>
      <w:r w:rsidRPr="002E0170">
        <w:t>No response comes.</w:t>
      </w:r>
    </w:p>
    <w:p w14:paraId="53FF205D" w14:textId="77777777" w:rsidR="002E0170" w:rsidRPr="002E0170" w:rsidRDefault="002E0170" w:rsidP="002E0170">
      <w:pPr>
        <w:spacing w:line="276" w:lineRule="auto"/>
      </w:pPr>
      <w:r w:rsidRPr="002E0170">
        <w:t>Her hand was beneath mine on the silver line just moments ago. Is it still there? I can't feel the pressure anymore, can't distinguish between the cool of her skin and the cool of the stone beneath us. She could be inches away or across the room. A vampire can move in silence when they choose. And in darkness, they have every advantage.</w:t>
      </w:r>
    </w:p>
    <w:p w14:paraId="7D897E3A" w14:textId="77777777" w:rsidR="002E0170" w:rsidRPr="002E0170" w:rsidRDefault="002E0170" w:rsidP="002E0170">
      <w:pPr>
        <w:spacing w:line="276" w:lineRule="auto"/>
      </w:pPr>
      <w:r w:rsidRPr="002E0170">
        <w:t>My diplomatic training offers no protocol for this situation. The human crown would consider me compromised already—alone in vampire territory, underground, with information that threatens the foundation of the treaty. Worse, information that threatens Valeria's claim to her throne. I've become the carrier of dangerous knowledge, a walking diplomatic incident. The most rational vampire response would be to ensure that knowledge never leaves this vault.</w:t>
      </w:r>
    </w:p>
    <w:p w14:paraId="1EBC6D3C" w14:textId="77777777" w:rsidR="002E0170" w:rsidRPr="002E0170" w:rsidRDefault="002E0170" w:rsidP="002E0170">
      <w:pPr>
        <w:spacing w:line="276" w:lineRule="auto"/>
      </w:pPr>
      <w:r w:rsidRPr="002E0170">
        <w:t>I take a careful step backward, orienting myself by memory. The door should be behind me, though I have no idea if it remains open or if the darkness has sealed that escape as well. My foot connects with solid stone. The floor, at least, still exists.</w:t>
      </w:r>
    </w:p>
    <w:p w14:paraId="3DB75B82" w14:textId="77777777" w:rsidR="002E0170" w:rsidRPr="002E0170" w:rsidRDefault="002E0170" w:rsidP="002E0170">
      <w:pPr>
        <w:spacing w:line="276" w:lineRule="auto"/>
      </w:pPr>
      <w:r w:rsidRPr="002E0170">
        <w:t>"The wards aren't just failing," I say to the darkness, forcing steadiness into my voice. "They were never properly restored after your ancestors broke the covenant."</w:t>
      </w:r>
    </w:p>
    <w:p w14:paraId="3E3E535B" w14:textId="77777777" w:rsidR="002E0170" w:rsidRPr="002E0170" w:rsidRDefault="002E0170" w:rsidP="002E0170">
      <w:pPr>
        <w:spacing w:line="276" w:lineRule="auto"/>
      </w:pPr>
      <w:r w:rsidRPr="002E0170">
        <w:t>Speaking the conclusion aloud helps organize my thoughts, gives me something to focus on beyond the pressing vulnerability of being human, alone, in the dark, with a vampire whose political position I've just complicated significantly.</w:t>
      </w:r>
    </w:p>
    <w:p w14:paraId="7810AEAF" w14:textId="77777777" w:rsidR="002E0170" w:rsidRPr="002E0170" w:rsidRDefault="002E0170" w:rsidP="002E0170">
      <w:pPr>
        <w:spacing w:line="276" w:lineRule="auto"/>
      </w:pPr>
      <w:r w:rsidRPr="002E0170">
        <w:t>"The criminal blood, the poisoning effect—it's because the balance was disrupted. Human and vampire, freely given, freely contained. That was the original agreement with the mountain."</w:t>
      </w:r>
    </w:p>
    <w:p w14:paraId="330A6D9B" w14:textId="77777777" w:rsidR="002E0170" w:rsidRPr="002E0170" w:rsidRDefault="002E0170" w:rsidP="002E0170">
      <w:pPr>
        <w:spacing w:line="276" w:lineRule="auto"/>
      </w:pPr>
      <w:r w:rsidRPr="002E0170">
        <w:t>I take another step backward, tracking my position through careful internal mapping. Three steps to the wall, then follow it clockwise until I find the door. Assuming it still exists. Assuming Valeria allows me to reach it.</w:t>
      </w:r>
    </w:p>
    <w:p w14:paraId="321B9ADE" w14:textId="77777777" w:rsidR="002E0170" w:rsidRPr="002E0170" w:rsidRDefault="002E0170" w:rsidP="002E0170">
      <w:pPr>
        <w:spacing w:line="276" w:lineRule="auto"/>
      </w:pPr>
      <w:r w:rsidRPr="002E0170">
        <w:t>"The treaty my father signed was incomplete," I continue, using words to cover movement. "No one understood what was really required. Not peace but balance. Not separation but integration."</w:t>
      </w:r>
    </w:p>
    <w:p w14:paraId="6810FC08" w14:textId="77777777" w:rsidR="002E0170" w:rsidRPr="002E0170" w:rsidRDefault="002E0170" w:rsidP="002E0170">
      <w:pPr>
        <w:spacing w:line="276" w:lineRule="auto"/>
      </w:pPr>
      <w:r w:rsidRPr="002E0170">
        <w:t>My back touches the curved wall of the vault. Cold stone, solid and real, a small comfort in the disorienting darkness. I begin to edge along it, one hand maintaining contact, the other extended slightly before me in case of obstacles. Or in case of vampires.</w:t>
      </w:r>
    </w:p>
    <w:p w14:paraId="6EA1A063" w14:textId="77777777" w:rsidR="002E0170" w:rsidRPr="002E0170" w:rsidRDefault="002E0170" w:rsidP="002E0170">
      <w:pPr>
        <w:spacing w:line="276" w:lineRule="auto"/>
      </w:pPr>
      <w:r w:rsidRPr="002E0170">
        <w:lastRenderedPageBreak/>
        <w:t>"Diplomat Everhart." Valeria's voice comes from directly before me, though I'd swear that space was empty a moment ago. "Are you trying to leave?"</w:t>
      </w:r>
    </w:p>
    <w:p w14:paraId="4992DBDE" w14:textId="77777777" w:rsidR="002E0170" w:rsidRPr="002E0170" w:rsidRDefault="002E0170" w:rsidP="002E0170">
      <w:pPr>
        <w:spacing w:line="276" w:lineRule="auto"/>
      </w:pPr>
      <w:r w:rsidRPr="002E0170">
        <w:t>I freeze, my heart hammering traitorously loud in the silence. Her voice carries no inflection, no hint of threat or invitation, just perfect, emotionless inquiry.</w:t>
      </w:r>
    </w:p>
    <w:p w14:paraId="2209AEB0" w14:textId="77777777" w:rsidR="002E0170" w:rsidRPr="002E0170" w:rsidRDefault="002E0170" w:rsidP="002E0170">
      <w:pPr>
        <w:spacing w:line="276" w:lineRule="auto"/>
      </w:pPr>
      <w:r w:rsidRPr="002E0170">
        <w:t>"I'm trying to find orientation," I answer carefully. "Humans don't function well in absolute darkness."</w:t>
      </w:r>
    </w:p>
    <w:p w14:paraId="687F6403" w14:textId="77777777" w:rsidR="002E0170" w:rsidRPr="002E0170" w:rsidRDefault="002E0170" w:rsidP="002E0170">
      <w:pPr>
        <w:spacing w:line="276" w:lineRule="auto"/>
      </w:pPr>
      <w:r w:rsidRPr="002E0170">
        <w:t>"Yet you continue to analyze, to theorize." A hint of something like amusement colors her tone now. "Even blind and vulnerable, your mind seeks patterns."</w:t>
      </w:r>
    </w:p>
    <w:p w14:paraId="7A2CAB44" w14:textId="77777777" w:rsidR="002E0170" w:rsidRPr="002E0170" w:rsidRDefault="002E0170" w:rsidP="002E0170">
      <w:pPr>
        <w:spacing w:line="276" w:lineRule="auto"/>
      </w:pPr>
      <w:r w:rsidRPr="002E0170">
        <w:t>I hear the whisper of fabric as she moves closer. Still invisible in the darkness, but present in a way that makes the air feel different, charged with potential and ancient power.</w:t>
      </w:r>
    </w:p>
    <w:p w14:paraId="1EB34A4A" w14:textId="77777777" w:rsidR="002E0170" w:rsidRPr="002E0170" w:rsidRDefault="002E0170" w:rsidP="002E0170">
      <w:pPr>
        <w:spacing w:line="276" w:lineRule="auto"/>
      </w:pPr>
      <w:r w:rsidRPr="002E0170">
        <w:t>"The implications are significant," I say, maintaining formal language as a shield. "For both our peoples."</w:t>
      </w:r>
    </w:p>
    <w:p w14:paraId="5F35B2A7" w14:textId="77777777" w:rsidR="002E0170" w:rsidRPr="002E0170" w:rsidRDefault="002E0170" w:rsidP="002E0170">
      <w:pPr>
        <w:spacing w:line="276" w:lineRule="auto"/>
      </w:pPr>
      <w:r w:rsidRPr="002E0170">
        <w:t>"Indeed." The word emerges cool and controlled. "My ancestors lied. They removed the human anchor to consolidate power, then created a treaty that maintained separation while providing just enough blood to keep the wards functional. Not thriving, merely functional."</w:t>
      </w:r>
    </w:p>
    <w:p w14:paraId="2A138C3B" w14:textId="77777777" w:rsidR="002E0170" w:rsidRPr="002E0170" w:rsidRDefault="002E0170" w:rsidP="002E0170">
      <w:pPr>
        <w:spacing w:line="276" w:lineRule="auto"/>
      </w:pPr>
      <w:r w:rsidRPr="002E0170">
        <w:t>Her analysis aligns with mine, which should be reassuring. Instead, it heightens my awareness of how dangerous this knowledge might be—to her position, to vampire society, to the fragile peace between our peoples.</w:t>
      </w:r>
    </w:p>
    <w:p w14:paraId="4AF78BEC" w14:textId="77777777" w:rsidR="002E0170" w:rsidRPr="002E0170" w:rsidRDefault="002E0170" w:rsidP="002E0170">
      <w:pPr>
        <w:spacing w:line="276" w:lineRule="auto"/>
      </w:pPr>
      <w:r w:rsidRPr="002E0170">
        <w:t>"What happens now?" I ask, the question encompassing more than just our immediate predicament in the darkness.</w:t>
      </w:r>
    </w:p>
    <w:p w14:paraId="15BFCA6F" w14:textId="77777777" w:rsidR="002E0170" w:rsidRPr="002E0170" w:rsidRDefault="002E0170" w:rsidP="002E0170">
      <w:pPr>
        <w:spacing w:line="276" w:lineRule="auto"/>
      </w:pPr>
      <w:r w:rsidRPr="002E0170">
        <w:t>Silence stretches between us, dense and considering. I imagine her golden eyes studying me through the dark, seeing what I cannot. Weighing options, calculating risks, measuring my potential as threat or asset.</w:t>
      </w:r>
    </w:p>
    <w:p w14:paraId="79C5B4CD" w14:textId="77777777" w:rsidR="002E0170" w:rsidRPr="002E0170" w:rsidRDefault="002E0170" w:rsidP="002E0170">
      <w:pPr>
        <w:spacing w:line="276" w:lineRule="auto"/>
      </w:pPr>
      <w:r w:rsidRPr="002E0170">
        <w:t>"Now," she finally says, "we must decide what to do with truth that no one alive remembers."</w:t>
      </w:r>
    </w:p>
    <w:p w14:paraId="30B60A52" w14:textId="77777777" w:rsidR="002E0170" w:rsidRPr="002E0170" w:rsidRDefault="002E0170" w:rsidP="002E0170">
      <w:pPr>
        <w:spacing w:line="276" w:lineRule="auto"/>
      </w:pPr>
      <w:r w:rsidRPr="002E0170">
        <w:t xml:space="preserve">Before I can respond, a sound disrupts the silence—subtle but distinct. A dragging whisper sliding through the darkness, coming from the direction of where the door should be. Not Valeria's </w:t>
      </w:r>
      <w:proofErr w:type="gramStart"/>
      <w:r w:rsidRPr="002E0170">
        <w:t>movement;</w:t>
      </w:r>
      <w:proofErr w:type="gramEnd"/>
      <w:r w:rsidRPr="002E0170">
        <w:t xml:space="preserve"> she remains before me. Something else has entered the vault.</w:t>
      </w:r>
    </w:p>
    <w:p w14:paraId="52B6AA5A" w14:textId="77777777" w:rsidR="002E0170" w:rsidRPr="002E0170" w:rsidRDefault="002E0170" w:rsidP="002E0170">
      <w:pPr>
        <w:spacing w:line="276" w:lineRule="auto"/>
      </w:pPr>
      <w:r w:rsidRPr="002E0170">
        <w:t xml:space="preserve">The temperature drops further, beyond the natural chill of underground stone. </w:t>
      </w:r>
      <w:proofErr w:type="gramStart"/>
      <w:r w:rsidRPr="002E0170">
        <w:t>This cold carries</w:t>
      </w:r>
      <w:proofErr w:type="gramEnd"/>
      <w:r w:rsidRPr="002E0170">
        <w:t xml:space="preserve"> intent, malice, hunger.</w:t>
      </w:r>
    </w:p>
    <w:p w14:paraId="44B2323C" w14:textId="77777777" w:rsidR="002E0170" w:rsidRPr="002E0170" w:rsidRDefault="002E0170" w:rsidP="002E0170">
      <w:pPr>
        <w:spacing w:line="276" w:lineRule="auto"/>
      </w:pPr>
      <w:r w:rsidRPr="002E0170">
        <w:t xml:space="preserve">Valeria reacts before I register what's happening. One moment I'm standing against the wall, the next I'm swept sideways by an arm around my waist. The movement is both protective </w:t>
      </w:r>
      <w:r w:rsidRPr="002E0170">
        <w:lastRenderedPageBreak/>
        <w:t>and possessive—she's shielding my body with her own, positioning herself between me and whatever has entered.</w:t>
      </w:r>
    </w:p>
    <w:p w14:paraId="033E0516" w14:textId="77777777" w:rsidR="002E0170" w:rsidRPr="002E0170" w:rsidRDefault="002E0170" w:rsidP="002E0170">
      <w:pPr>
        <w:spacing w:line="276" w:lineRule="auto"/>
      </w:pPr>
      <w:r w:rsidRPr="002E0170">
        <w:t>"The door," I whisper.</w:t>
      </w:r>
    </w:p>
    <w:p w14:paraId="7D55D5EF" w14:textId="77777777" w:rsidR="002E0170" w:rsidRPr="002E0170" w:rsidRDefault="002E0170" w:rsidP="002E0170">
      <w:pPr>
        <w:spacing w:line="276" w:lineRule="auto"/>
      </w:pPr>
      <w:r w:rsidRPr="002E0170">
        <w:t>"Remains open," she confirms, voice barely audible even to me. "But the silver channel is dark."</w:t>
      </w:r>
    </w:p>
    <w:p w14:paraId="60FD33D3" w14:textId="77777777" w:rsidR="002E0170" w:rsidRPr="002E0170" w:rsidRDefault="002E0170" w:rsidP="002E0170">
      <w:pPr>
        <w:spacing w:line="276" w:lineRule="auto"/>
      </w:pPr>
      <w:r w:rsidRPr="002E0170">
        <w:t>We need light. We need the wards. We need to leave this vault with its dangerous revelations and whatever entity now shares this space with us.</w:t>
      </w:r>
    </w:p>
    <w:p w14:paraId="6CBA1C1D" w14:textId="77777777" w:rsidR="002E0170" w:rsidRPr="002E0170" w:rsidRDefault="002E0170" w:rsidP="002E0170">
      <w:pPr>
        <w:spacing w:line="276" w:lineRule="auto"/>
      </w:pPr>
      <w:r w:rsidRPr="002E0170">
        <w:t>"Together," Valeria hisses, and I understand immediately.</w:t>
      </w:r>
    </w:p>
    <w:p w14:paraId="3AD5650B" w14:textId="77777777" w:rsidR="002E0170" w:rsidRPr="002E0170" w:rsidRDefault="002E0170" w:rsidP="002E0170">
      <w:pPr>
        <w:spacing w:line="276" w:lineRule="auto"/>
      </w:pPr>
      <w:r w:rsidRPr="002E0170">
        <w:t>Our hands slam onto what must be the silver channel near the door—I can't see it, but Valeria's vampiric senses have guided us precisely. For a breathless moment, nothing happens. The darkness remains absolute. The dragging whisper grows closer.</w:t>
      </w:r>
    </w:p>
    <w:p w14:paraId="27922F0A" w14:textId="77777777" w:rsidR="002E0170" w:rsidRPr="002E0170" w:rsidRDefault="002E0170" w:rsidP="002E0170">
      <w:pPr>
        <w:spacing w:line="276" w:lineRule="auto"/>
      </w:pPr>
      <w:r w:rsidRPr="002E0170">
        <w:t>Then I feel it—the warmth beneath my ribs connecting to my palm, meeting something cool and ancient flowing from Valeria. Human and vampire essence, meeting in silver once more.</w:t>
      </w:r>
    </w:p>
    <w:p w14:paraId="2E235685" w14:textId="77777777" w:rsidR="002E0170" w:rsidRPr="002E0170" w:rsidRDefault="002E0170" w:rsidP="002E0170">
      <w:pPr>
        <w:spacing w:line="276" w:lineRule="auto"/>
      </w:pPr>
      <w:r w:rsidRPr="002E0170">
        <w:t>The covenant remembers, even if history forgot.</w:t>
      </w:r>
    </w:p>
    <w:p w14:paraId="1CBAF586" w14:textId="77777777" w:rsidR="002E0170" w:rsidRPr="002E0170" w:rsidRDefault="002E0170" w:rsidP="002E0170">
      <w:pPr>
        <w:spacing w:line="276" w:lineRule="auto"/>
      </w:pPr>
      <w:r w:rsidRPr="002E0170">
        <w:t>A dragging whisper slides through the dark—not sound produced by vocal cords but something older, more elemental. It scrapes against the silence like stone grinding over stone, raising every defensive instinct I possess. Valeria reacts before I can fully process the threat, her arm tightening around my waist in a protective sweep that pulls me behind her. In the absolute darkness, the movement feels like being repositioned by a shadow. Her body becomes a barrier between me and whatever approaches—a vampire queen using herself as a shield for a human diplomat. The irony would be worth noting if the danger weren't so immediate.</w:t>
      </w:r>
    </w:p>
    <w:p w14:paraId="4B69DAEA" w14:textId="77777777" w:rsidR="002E0170" w:rsidRPr="002E0170" w:rsidRDefault="002E0170" w:rsidP="002E0170">
      <w:pPr>
        <w:spacing w:line="276" w:lineRule="auto"/>
      </w:pPr>
      <w:r w:rsidRPr="002E0170">
        <w:t>"What is it?" I whisper, my lips nearly touching her ear.</w:t>
      </w:r>
    </w:p>
    <w:p w14:paraId="3700168E" w14:textId="77777777" w:rsidR="002E0170" w:rsidRPr="002E0170" w:rsidRDefault="002E0170" w:rsidP="002E0170">
      <w:pPr>
        <w:spacing w:line="276" w:lineRule="auto"/>
      </w:pPr>
      <w:r w:rsidRPr="002E0170">
        <w:t>"Nothing that should be here," Valeria responds, her voice low and tightly controlled. "Nothing that belongs in my mountain."</w:t>
      </w:r>
    </w:p>
    <w:p w14:paraId="196E0D5F" w14:textId="77777777" w:rsidR="002E0170" w:rsidRPr="002E0170" w:rsidRDefault="002E0170" w:rsidP="002E0170">
      <w:pPr>
        <w:spacing w:line="276" w:lineRule="auto"/>
      </w:pPr>
      <w:r w:rsidRPr="002E0170">
        <w:t>Her emphasis on possession—my mountain—carries all the territorial authority of a queen whose rule has just been questioned. Whatever threatens us now has provided Valeria with something to assert control against, and I sense her latching onto that opportunity with predatory focus.</w:t>
      </w:r>
    </w:p>
    <w:p w14:paraId="2E03A970" w14:textId="77777777" w:rsidR="002E0170" w:rsidRPr="002E0170" w:rsidRDefault="002E0170" w:rsidP="002E0170">
      <w:pPr>
        <w:spacing w:line="276" w:lineRule="auto"/>
      </w:pPr>
      <w:r w:rsidRPr="002E0170">
        <w:t>We edge toward where the door should be, moving in perfect synchronization without sight to guide us. Valeria's hand remains firm around my waist, keeping me positioned slightly behind her right shoulder. The gesture is both protective and practical—she can see in this darkness, I cannot.</w:t>
      </w:r>
    </w:p>
    <w:p w14:paraId="5D8802CE" w14:textId="77777777" w:rsidR="002E0170" w:rsidRPr="002E0170" w:rsidRDefault="002E0170" w:rsidP="002E0170">
      <w:pPr>
        <w:spacing w:line="276" w:lineRule="auto"/>
      </w:pPr>
      <w:r w:rsidRPr="002E0170">
        <w:lastRenderedPageBreak/>
        <w:t>The dragging whisper grows closer. The temperature continues to drop until my breath clouds before my face, providing the only visual reference in the absolute black. The cold carries malice, intention, hunger. Not the ambient chill of underground stone but something actively seeking to drain warmth.</w:t>
      </w:r>
    </w:p>
    <w:p w14:paraId="45E07FDD" w14:textId="77777777" w:rsidR="002E0170" w:rsidRPr="002E0170" w:rsidRDefault="002E0170" w:rsidP="002E0170">
      <w:pPr>
        <w:spacing w:line="276" w:lineRule="auto"/>
      </w:pPr>
      <w:r w:rsidRPr="002E0170">
        <w:t>We reach the doorway, but when Valeria reaches for what must be the silver channel embedded in its frame, nothing happens. No light, no response. The magical network that illuminates and protects Beaumont remains dormant.</w:t>
      </w:r>
    </w:p>
    <w:p w14:paraId="509611C2" w14:textId="77777777" w:rsidR="002E0170" w:rsidRPr="002E0170" w:rsidRDefault="002E0170" w:rsidP="002E0170">
      <w:pPr>
        <w:spacing w:line="276" w:lineRule="auto"/>
      </w:pPr>
      <w:r w:rsidRPr="002E0170">
        <w:t>"The silver channel is dark," she says, tension finally showing in her voice. "It should respond to my touch."</w:t>
      </w:r>
    </w:p>
    <w:p w14:paraId="28341C77" w14:textId="77777777" w:rsidR="002E0170" w:rsidRPr="002E0170" w:rsidRDefault="002E0170" w:rsidP="002E0170">
      <w:pPr>
        <w:spacing w:line="276" w:lineRule="auto"/>
      </w:pPr>
      <w:r w:rsidRPr="002E0170">
        <w:t>The unspoken implication hangs between us: her royal claim, her connection to the mountain's magic, has been compromised by what we've discovered. The wards no longer recognize her authority alone.</w:t>
      </w:r>
    </w:p>
    <w:p w14:paraId="7234C4AA" w14:textId="77777777" w:rsidR="002E0170" w:rsidRPr="002E0170" w:rsidRDefault="002E0170" w:rsidP="002E0170">
      <w:pPr>
        <w:spacing w:line="276" w:lineRule="auto"/>
      </w:pPr>
      <w:r w:rsidRPr="002E0170">
        <w:t>The whispering grows louder, taking on rhythm like corrupted language. The sound approaches from multiple directions now, as if whatever entered has multiplied or spread throughout the darkness. The air thickens with presence, pressing against my skin like unwanted hands.</w:t>
      </w:r>
    </w:p>
    <w:p w14:paraId="6D6999E0" w14:textId="77777777" w:rsidR="002E0170" w:rsidRPr="002E0170" w:rsidRDefault="002E0170" w:rsidP="002E0170">
      <w:pPr>
        <w:spacing w:line="276" w:lineRule="auto"/>
      </w:pPr>
      <w:r w:rsidRPr="002E0170">
        <w:t>"Together," Valeria hisses, her hand finding mine with unerring accuracy despite the darkness.</w:t>
      </w:r>
    </w:p>
    <w:p w14:paraId="07412AC7" w14:textId="77777777" w:rsidR="002E0170" w:rsidRPr="002E0170" w:rsidRDefault="002E0170" w:rsidP="002E0170">
      <w:pPr>
        <w:spacing w:line="276" w:lineRule="auto"/>
      </w:pPr>
      <w:r w:rsidRPr="002E0170">
        <w:t>She guides my palm to what must be the door's silver channel. I feel nothing but cool, inert metal beneath my fingers. Valeria's hand covers mine, pressing our palms against the channel simultaneously. For a heartbeat, nothing happens.</w:t>
      </w:r>
    </w:p>
    <w:p w14:paraId="6A12C645" w14:textId="77777777" w:rsidR="002E0170" w:rsidRPr="002E0170" w:rsidRDefault="002E0170" w:rsidP="002E0170">
      <w:pPr>
        <w:spacing w:line="276" w:lineRule="auto"/>
      </w:pPr>
      <w:r w:rsidRPr="002E0170">
        <w:t xml:space="preserve">Then the warmth beneath my </w:t>
      </w:r>
      <w:proofErr w:type="gramStart"/>
      <w:r w:rsidRPr="002E0170">
        <w:t>ribs</w:t>
      </w:r>
      <w:proofErr w:type="gramEnd"/>
      <w:r w:rsidRPr="002E0170">
        <w:t xml:space="preserve"> flares like a struck match, heat racing down my arm to pool in my palm. Where our hands meet, something electric passes between us—not just physical contact but connection on a level that transcends it. Human and vampire essence meeting, recognizing each other, completing a circuit broken centuries ago.</w:t>
      </w:r>
    </w:p>
    <w:p w14:paraId="6D4D24D3" w14:textId="77777777" w:rsidR="002E0170" w:rsidRPr="002E0170" w:rsidRDefault="002E0170" w:rsidP="002E0170">
      <w:pPr>
        <w:spacing w:line="276" w:lineRule="auto"/>
      </w:pPr>
      <w:r w:rsidRPr="002E0170">
        <w:t>The silver channel erupts with light so sudden and intense that I gasp involuntarily. Not the steady blue glow of Beaumont's usual wards but lightning-bright, white-blue brilliance that burns away darkness like paper in flame. It surges from our joined hands, racing along the channel, spilling outward into the corridor beyond.</w:t>
      </w:r>
    </w:p>
    <w:p w14:paraId="438A91BD" w14:textId="77777777" w:rsidR="002E0170" w:rsidRPr="002E0170" w:rsidRDefault="002E0170" w:rsidP="002E0170">
      <w:pPr>
        <w:spacing w:line="276" w:lineRule="auto"/>
      </w:pPr>
      <w:r w:rsidRPr="002E0170">
        <w:t>In that explosive illumination, I catch a glimpse of what pursues us—a shapeless shadow that seems to absorb light rather than be revealed by it. Not physical but substantial nonetheless, a moving void with purpose and hunger. It recoils from the sudden radiance, emitting a high, thin shriek that scrapes against my eardrums like ice on glass.</w:t>
      </w:r>
    </w:p>
    <w:p w14:paraId="3605C678" w14:textId="77777777" w:rsidR="002E0170" w:rsidRPr="002E0170" w:rsidRDefault="002E0170" w:rsidP="002E0170">
      <w:pPr>
        <w:spacing w:line="276" w:lineRule="auto"/>
      </w:pPr>
      <w:r w:rsidRPr="002E0170">
        <w:t>"Move," Valeria commands, pulling me through the doorway.</w:t>
      </w:r>
    </w:p>
    <w:p w14:paraId="169BB606" w14:textId="77777777" w:rsidR="002E0170" w:rsidRPr="002E0170" w:rsidRDefault="002E0170" w:rsidP="002E0170">
      <w:pPr>
        <w:spacing w:line="276" w:lineRule="auto"/>
      </w:pPr>
      <w:r w:rsidRPr="002E0170">
        <w:lastRenderedPageBreak/>
        <w:t>We bolt into the corridor, hands still joined, the light from the activated channel chasing the shadows before us. Each silver inlay we pass ignites as we approach, creating a cascade of illumination that spreads outward from our path like ripples in water. The mountain responds to our combined presence, the wards reactivating not with their usual steady glow but with fierce, almost jubilant brightness.</w:t>
      </w:r>
    </w:p>
    <w:p w14:paraId="6EA2C225" w14:textId="77777777" w:rsidR="002E0170" w:rsidRPr="002E0170" w:rsidRDefault="002E0170" w:rsidP="002E0170">
      <w:pPr>
        <w:spacing w:line="276" w:lineRule="auto"/>
      </w:pPr>
      <w:r w:rsidRPr="002E0170">
        <w:t>Behind us, the shapeless shadow recovers from its initial retreat and surges from the vault. The darkness moves with purpose, flowing like liquid night, absorbing the light of smaller ward channels as it passes over them. Not destroying the magic but consuming it, growing denser and more substantial with each silver line it devours.</w:t>
      </w:r>
    </w:p>
    <w:p w14:paraId="74FEE798" w14:textId="77777777" w:rsidR="002E0170" w:rsidRPr="002E0170" w:rsidRDefault="002E0170" w:rsidP="002E0170">
      <w:pPr>
        <w:spacing w:line="276" w:lineRule="auto"/>
      </w:pPr>
      <w:r w:rsidRPr="002E0170">
        <w:t>"What is that thing?" I demand, my diplomatic composure fracturing in the face of something that defies categorization.</w:t>
      </w:r>
    </w:p>
    <w:p w14:paraId="7207B09F" w14:textId="77777777" w:rsidR="002E0170" w:rsidRPr="002E0170" w:rsidRDefault="002E0170" w:rsidP="002E0170">
      <w:pPr>
        <w:spacing w:line="276" w:lineRule="auto"/>
      </w:pPr>
      <w:r w:rsidRPr="002E0170">
        <w:t>"A ward-leech," Valeria responds, her pace never slowing as we race down the corridor. "They appear when the network weakens, feeding on residual magic. They should not be this deep in the mountain, this close to the core channels."</w:t>
      </w:r>
    </w:p>
    <w:p w14:paraId="2C0FAE16" w14:textId="77777777" w:rsidR="002E0170" w:rsidRPr="002E0170" w:rsidRDefault="002E0170" w:rsidP="002E0170">
      <w:pPr>
        <w:spacing w:line="276" w:lineRule="auto"/>
      </w:pPr>
      <w:r w:rsidRPr="002E0170">
        <w:t>The implications are clear—the ward system is failing more catastrophically than even Valeria realized. The revelation about the broken covenant explains why: without the balance of human and vampire essence, the entire magical foundation of Beaumont has been slowly starving.</w:t>
      </w:r>
    </w:p>
    <w:p w14:paraId="7096523D" w14:textId="77777777" w:rsidR="002E0170" w:rsidRPr="002E0170" w:rsidRDefault="002E0170" w:rsidP="002E0170">
      <w:pPr>
        <w:spacing w:line="276" w:lineRule="auto"/>
      </w:pPr>
      <w:r w:rsidRPr="002E0170">
        <w:t>We turn a corner, and Valeria suddenly stops, positioning me against the wall where a major ward channel runs overhead. The silver line pulses brightly at my proximity, creating a pool of protective light around us.</w:t>
      </w:r>
    </w:p>
    <w:p w14:paraId="51DDDC9B" w14:textId="77777777" w:rsidR="002E0170" w:rsidRPr="002E0170" w:rsidRDefault="002E0170" w:rsidP="002E0170">
      <w:pPr>
        <w:spacing w:line="276" w:lineRule="auto"/>
      </w:pPr>
      <w:r w:rsidRPr="002E0170">
        <w:t>"It's following the active channels," she observes, golden eyes tracking the movement of the shadow as it oozes around the distant corner. "Hunting the magic we're awakening."</w:t>
      </w:r>
    </w:p>
    <w:p w14:paraId="4764F642" w14:textId="77777777" w:rsidR="002E0170" w:rsidRPr="002E0170" w:rsidRDefault="002E0170" w:rsidP="002E0170">
      <w:pPr>
        <w:spacing w:line="276" w:lineRule="auto"/>
      </w:pPr>
      <w:r w:rsidRPr="002E0170">
        <w:t>"Then why activate them at all?" I ask, breathing hard from our sprint.</w:t>
      </w:r>
    </w:p>
    <w:p w14:paraId="0748148D" w14:textId="77777777" w:rsidR="002E0170" w:rsidRPr="002E0170" w:rsidRDefault="002E0170" w:rsidP="002E0170">
      <w:pPr>
        <w:spacing w:line="276" w:lineRule="auto"/>
      </w:pPr>
      <w:r w:rsidRPr="002E0170">
        <w:t>"Because without light, we have no path." Her hand remains firmly clasped with mine, our palms pressed together. "And it will find us regardless. Better to see it coming."</w:t>
      </w:r>
    </w:p>
    <w:p w14:paraId="73491F24" w14:textId="77777777" w:rsidR="002E0170" w:rsidRPr="002E0170" w:rsidRDefault="002E0170" w:rsidP="002E0170">
      <w:pPr>
        <w:spacing w:line="276" w:lineRule="auto"/>
      </w:pPr>
      <w:r w:rsidRPr="002E0170">
        <w:t>The shadow advances, moving more deliberately now, testing each patch of illumination before pressing forward. It's learning, adapting, becoming more strategic in its pursuit. The ward light seems to pain it, yet it persists, driven by hunger stronger than self-preservation.</w:t>
      </w:r>
    </w:p>
    <w:p w14:paraId="573C9193" w14:textId="77777777" w:rsidR="002E0170" w:rsidRPr="002E0170" w:rsidRDefault="002E0170" w:rsidP="002E0170">
      <w:pPr>
        <w:spacing w:line="276" w:lineRule="auto"/>
      </w:pPr>
      <w:r w:rsidRPr="002E0170">
        <w:t>Valeria's eyes narrow as she calculates distances, speeds, options. Her perfect stillness now serves tactical assessment rather than royal composure. When she speaks again, her voice carries the crisp authority of command.</w:t>
      </w:r>
    </w:p>
    <w:p w14:paraId="49A9AB03" w14:textId="77777777" w:rsidR="002E0170" w:rsidRPr="002E0170" w:rsidRDefault="002E0170" w:rsidP="002E0170">
      <w:pPr>
        <w:spacing w:line="276" w:lineRule="auto"/>
      </w:pPr>
      <w:r w:rsidRPr="002E0170">
        <w:lastRenderedPageBreak/>
        <w:t>"Together," she says again, the word becoming something like a covenant between us. "The main channel runs through that archway. If we can reach it, we might generate enough power to repel the entity."</w:t>
      </w:r>
    </w:p>
    <w:p w14:paraId="0D12808A" w14:textId="77777777" w:rsidR="002E0170" w:rsidRPr="002E0170" w:rsidRDefault="002E0170" w:rsidP="002E0170">
      <w:pPr>
        <w:spacing w:line="276" w:lineRule="auto"/>
      </w:pPr>
      <w:r w:rsidRPr="002E0170">
        <w:t>I nod, understanding without further explanation. Our joined hands have already demonstrated the effect of human and vampire essence combined—a restoration of the original magic that built Beaumont, more powerful than either alone.</w:t>
      </w:r>
    </w:p>
    <w:p w14:paraId="19D9D792" w14:textId="77777777" w:rsidR="002E0170" w:rsidRPr="002E0170" w:rsidRDefault="002E0170" w:rsidP="002E0170">
      <w:pPr>
        <w:spacing w:line="276" w:lineRule="auto"/>
      </w:pPr>
      <w:r w:rsidRPr="002E0170">
        <w:t>"On three," I say, matching her decisive tone. "One. Two—"</w:t>
      </w:r>
    </w:p>
    <w:p w14:paraId="552FC0AC" w14:textId="77777777" w:rsidR="002E0170" w:rsidRPr="002E0170" w:rsidRDefault="002E0170" w:rsidP="002E0170">
      <w:pPr>
        <w:spacing w:line="276" w:lineRule="auto"/>
      </w:pPr>
      <w:r w:rsidRPr="002E0170">
        <w:t>The shadow lunges unexpectedly, abandoning its cautious approach for desperate speed. It stretches across the corridor in a surging wave of darkness, blocking our intended path.</w:t>
      </w:r>
    </w:p>
    <w:p w14:paraId="23FF6F03" w14:textId="77777777" w:rsidR="002E0170" w:rsidRPr="002E0170" w:rsidRDefault="002E0170" w:rsidP="002E0170">
      <w:pPr>
        <w:spacing w:line="276" w:lineRule="auto"/>
      </w:pPr>
      <w:r w:rsidRPr="002E0170">
        <w:t>"Three!" Valeria shouts, dragging me in the opposite direction.</w:t>
      </w:r>
    </w:p>
    <w:p w14:paraId="1952887B" w14:textId="77777777" w:rsidR="002E0170" w:rsidRPr="002E0170" w:rsidRDefault="002E0170" w:rsidP="002E0170">
      <w:pPr>
        <w:spacing w:line="276" w:lineRule="auto"/>
      </w:pPr>
      <w:r w:rsidRPr="002E0170">
        <w:t>We run again, the wards lighting our way in obedient cascades, creating a path of illumination that seems to respond to our need. The mountain itself appears to be choosing our route, guiding us through corridors and archways I've never seen before, deeper into Beaumont's heart rather than toward the surface.</w:t>
      </w:r>
    </w:p>
    <w:p w14:paraId="0E4A879D" w14:textId="77777777" w:rsidR="002E0170" w:rsidRPr="002E0170" w:rsidRDefault="002E0170" w:rsidP="002E0170">
      <w:pPr>
        <w:spacing w:line="276" w:lineRule="auto"/>
      </w:pPr>
      <w:r w:rsidRPr="002E0170">
        <w:t>Behind us, the shadow follows, persistent and hungry. But with each turn we take, with each new channel that ignites at our passing, it falls a little further behind, struggling against the growing power of the reawakened wards.</w:t>
      </w:r>
    </w:p>
    <w:p w14:paraId="5C415CF6" w14:textId="77777777" w:rsidR="002E0170" w:rsidRPr="002E0170" w:rsidRDefault="002E0170" w:rsidP="002E0170">
      <w:pPr>
        <w:spacing w:line="276" w:lineRule="auto"/>
      </w:pPr>
      <w:r w:rsidRPr="002E0170">
        <w:t>"It's working," I say between breaths. "The wards are getting stronger."</w:t>
      </w:r>
    </w:p>
    <w:p w14:paraId="52983BC8" w14:textId="77777777" w:rsidR="002E0170" w:rsidRPr="002E0170" w:rsidRDefault="002E0170" w:rsidP="002E0170">
      <w:pPr>
        <w:spacing w:line="276" w:lineRule="auto"/>
      </w:pPr>
      <w:r w:rsidRPr="002E0170">
        <w:t>Valeria's hand tightens around mine, neither desperate nor forced, simply certain.</w:t>
      </w:r>
    </w:p>
    <w:p w14:paraId="353A4F82" w14:textId="77777777" w:rsidR="002E0170" w:rsidRPr="002E0170" w:rsidRDefault="002E0170" w:rsidP="002E0170">
      <w:pPr>
        <w:spacing w:line="276" w:lineRule="auto"/>
      </w:pPr>
      <w:r w:rsidRPr="002E0170">
        <w:t>"Not the wards," she corrects. "Us."</w:t>
      </w:r>
    </w:p>
    <w:p w14:paraId="1908FEA1" w14:textId="77777777" w:rsidR="002E0170" w:rsidRPr="002E0170" w:rsidRDefault="002E0170" w:rsidP="002E0170">
      <w:pPr>
        <w:spacing w:line="276" w:lineRule="auto"/>
      </w:pPr>
      <w:r w:rsidRPr="002E0170">
        <w:t xml:space="preserve">We bolt down palace corridors I've never seen before, deeper into Beaumont's heart rather than toward its surface. These passageways weren't on any diplomatic tour, weren't marked on any map I studied. Older than the more formal architecture above, these halls feel carved rather than built, as if the mountain reluctantly surrendered space to vampire will. The ceilings arch lower here, the walls curve more organically, and the silver ward channels follow natural fissures in the stone rather than geometric design. Behind us, ward light ignites in obedient cascades, creating a wake of brilliant </w:t>
      </w:r>
      <w:proofErr w:type="gramStart"/>
      <w:r w:rsidRPr="002E0170">
        <w:t>blue-white</w:t>
      </w:r>
      <w:proofErr w:type="gramEnd"/>
      <w:r w:rsidRPr="002E0170">
        <w:t xml:space="preserve"> that marks our passage like a signature written in magic.</w:t>
      </w:r>
    </w:p>
    <w:p w14:paraId="091D1625" w14:textId="77777777" w:rsidR="002E0170" w:rsidRPr="002E0170" w:rsidRDefault="002E0170" w:rsidP="002E0170">
      <w:pPr>
        <w:spacing w:line="276" w:lineRule="auto"/>
      </w:pPr>
      <w:r w:rsidRPr="002E0170">
        <w:t>"Where are we going?" I manage between breaths. Running isn't part of diplomatic training. Perhaps it should be.</w:t>
      </w:r>
    </w:p>
    <w:p w14:paraId="3BE75100" w14:textId="77777777" w:rsidR="002E0170" w:rsidRPr="002E0170" w:rsidRDefault="002E0170" w:rsidP="002E0170">
      <w:pPr>
        <w:spacing w:line="276" w:lineRule="auto"/>
      </w:pPr>
      <w:r w:rsidRPr="002E0170">
        <w:t>"Where the mountain takes us," Valeria answers, her pace never faltering. Unlike me, she shows no signs of exertion—no quickened breath, no flushed skin. Just perfect, predatory efficiency of movement.</w:t>
      </w:r>
    </w:p>
    <w:p w14:paraId="341B3262" w14:textId="77777777" w:rsidR="002E0170" w:rsidRPr="002E0170" w:rsidRDefault="002E0170" w:rsidP="002E0170">
      <w:pPr>
        <w:spacing w:line="276" w:lineRule="auto"/>
      </w:pPr>
      <w:r w:rsidRPr="002E0170">
        <w:lastRenderedPageBreak/>
        <w:t>Her words register as I notice the peculiar nature of our path. At each intersection, silver light flares brighter along one route than others, guiding our choices. We aren't randomly fleeing; we're being directed. The mountain itself appears to be choosing our course, leading us through a complex network of passages that spiral gradually downward.</w:t>
      </w:r>
    </w:p>
    <w:p w14:paraId="1268BB16" w14:textId="77777777" w:rsidR="002E0170" w:rsidRPr="002E0170" w:rsidRDefault="002E0170" w:rsidP="002E0170">
      <w:pPr>
        <w:spacing w:line="276" w:lineRule="auto"/>
      </w:pPr>
      <w:r w:rsidRPr="002E0170">
        <w:t>"It's alive," I say, the realization breaking through my focus on escape. "The mountain—it's responding to us."</w:t>
      </w:r>
    </w:p>
    <w:p w14:paraId="56DDFA88" w14:textId="77777777" w:rsidR="002E0170" w:rsidRPr="002E0170" w:rsidRDefault="002E0170" w:rsidP="002E0170">
      <w:pPr>
        <w:spacing w:line="276" w:lineRule="auto"/>
      </w:pPr>
      <w:r w:rsidRPr="002E0170">
        <w:t>"Not alive," Valeria corrects, pulling me sharply around a corner as a distant shriek echoes behind us. "Aware. The oldest wards are semi-sentient, imprinted with the consciousness of those who created them."</w:t>
      </w:r>
    </w:p>
    <w:p w14:paraId="1CE10E72" w14:textId="77777777" w:rsidR="002E0170" w:rsidRPr="002E0170" w:rsidRDefault="002E0170" w:rsidP="002E0170">
      <w:pPr>
        <w:spacing w:line="276" w:lineRule="auto"/>
      </w:pPr>
      <w:r w:rsidRPr="002E0170">
        <w:t xml:space="preserve">The shadow continues its pursuit, moving more erratically now. Sometimes it flows like liquid across ceiling and walls, other times it contracts into a dense, fast-moving cloud that surges forward in bursts of speed. With each manifestation, it seems more desperate, </w:t>
      </w:r>
      <w:proofErr w:type="gramStart"/>
      <w:r w:rsidRPr="002E0170">
        <w:t>more hungry</w:t>
      </w:r>
      <w:proofErr w:type="gramEnd"/>
      <w:r w:rsidRPr="002E0170">
        <w:t>, more intent.</w:t>
      </w:r>
    </w:p>
    <w:p w14:paraId="00F3F97E" w14:textId="77777777" w:rsidR="002E0170" w:rsidRPr="002E0170" w:rsidRDefault="002E0170" w:rsidP="002E0170">
      <w:pPr>
        <w:spacing w:line="276" w:lineRule="auto"/>
      </w:pPr>
      <w:r w:rsidRPr="002E0170">
        <w:t>We reach a curved passage where the ceiling soars suddenly upward into darkness, creating the impression of entering the throat of some enormous creature. The silver channels here form a spiral pattern that winds around the circular walls, converging at a central point ahead. Unlike the more utilitarian designs above, these wards are elaborate, almost decorative—ancient symbols and flowing patterns interwoven with the basic silver lines.</w:t>
      </w:r>
    </w:p>
    <w:p w14:paraId="2AB71497" w14:textId="77777777" w:rsidR="002E0170" w:rsidRPr="002E0170" w:rsidRDefault="002E0170" w:rsidP="002E0170">
      <w:pPr>
        <w:spacing w:line="276" w:lineRule="auto"/>
      </w:pPr>
      <w:r w:rsidRPr="002E0170">
        <w:t>"The spiral corridor," Valeria says, slowing slightly. "We're approaching the original heart of Beaumont, where the first covenant was sealed."</w:t>
      </w:r>
    </w:p>
    <w:p w14:paraId="4C9DB913" w14:textId="77777777" w:rsidR="002E0170" w:rsidRPr="002E0170" w:rsidRDefault="002E0170" w:rsidP="002E0170">
      <w:pPr>
        <w:spacing w:line="276" w:lineRule="auto"/>
      </w:pPr>
      <w:r w:rsidRPr="002E0170">
        <w:t>The reverence in her voice is unmistakable. This place holds significance beyond tactical advantage—it's part of Beaumont's origin story, perhaps even part of vampire history that predates written record. The queen's connection to this space transcends her contested royal claim; it touches something more fundamental to her identity.</w:t>
      </w:r>
    </w:p>
    <w:p w14:paraId="59D1F989" w14:textId="77777777" w:rsidR="002E0170" w:rsidRPr="002E0170" w:rsidRDefault="002E0170" w:rsidP="002E0170">
      <w:pPr>
        <w:spacing w:line="276" w:lineRule="auto"/>
      </w:pPr>
      <w:r w:rsidRPr="002E0170">
        <w:t>We pause at the entrance to the spiral, our joined hands creating a pool of brilliant light around us. The ward channels ahead remain dark until we approach, then begin to illuminate in sequence, creating a path that spirals inward toward the center of the chamber.</w:t>
      </w:r>
    </w:p>
    <w:p w14:paraId="675EE704" w14:textId="77777777" w:rsidR="002E0170" w:rsidRPr="002E0170" w:rsidRDefault="002E0170" w:rsidP="002E0170">
      <w:pPr>
        <w:spacing w:line="276" w:lineRule="auto"/>
      </w:pPr>
      <w:r w:rsidRPr="002E0170">
        <w:t>"It's preparing for us," I observe, watching the methodical progression of light.</w:t>
      </w:r>
    </w:p>
    <w:p w14:paraId="3ED17406" w14:textId="77777777" w:rsidR="002E0170" w:rsidRPr="002E0170" w:rsidRDefault="002E0170" w:rsidP="002E0170">
      <w:pPr>
        <w:spacing w:line="276" w:lineRule="auto"/>
      </w:pPr>
      <w:r w:rsidRPr="002E0170">
        <w:t>Valeria nods, her golden eyes reflecting the advancing illumination. "The original magic recognizes what we've awakened."</w:t>
      </w:r>
    </w:p>
    <w:p w14:paraId="045CCF6B" w14:textId="77777777" w:rsidR="002E0170" w:rsidRPr="002E0170" w:rsidRDefault="002E0170" w:rsidP="002E0170">
      <w:pPr>
        <w:spacing w:line="276" w:lineRule="auto"/>
      </w:pPr>
      <w:r w:rsidRPr="002E0170">
        <w:t>Before we can step forward, a shriek erupts from behind—closer, more desperate than before. The shadow lunges around the corner we just turned, no longer flowing but surging forward in a concentrated mass of darkness that seems to absorb even the concept of light. It moves with purpose now, with malevolent intelligence rather than blind hunger.</w:t>
      </w:r>
    </w:p>
    <w:p w14:paraId="778DE90D" w14:textId="77777777" w:rsidR="002E0170" w:rsidRPr="002E0170" w:rsidRDefault="002E0170" w:rsidP="002E0170">
      <w:pPr>
        <w:spacing w:line="276" w:lineRule="auto"/>
      </w:pPr>
      <w:r w:rsidRPr="002E0170">
        <w:lastRenderedPageBreak/>
        <w:t>Valeria's hand slips from mine as she steps forward, placing herself between me and the approaching entity. In one fluid motion, she draws a blade from somewhere within her formal attire—a slender dagger of silver that catches the ward light and amplifies it, casting prismatic patterns across the walls.</w:t>
      </w:r>
    </w:p>
    <w:p w14:paraId="1A3285DF" w14:textId="77777777" w:rsidR="002E0170" w:rsidRPr="002E0170" w:rsidRDefault="002E0170" w:rsidP="002E0170">
      <w:pPr>
        <w:spacing w:line="276" w:lineRule="auto"/>
      </w:pPr>
      <w:r w:rsidRPr="002E0170">
        <w:t>"Stay behind me," she commands, her voice carrying the full weight of royal authority.</w:t>
      </w:r>
    </w:p>
    <w:p w14:paraId="1F467017" w14:textId="77777777" w:rsidR="002E0170" w:rsidRPr="002E0170" w:rsidRDefault="002E0170" w:rsidP="002E0170">
      <w:pPr>
        <w:spacing w:line="276" w:lineRule="auto"/>
      </w:pPr>
      <w:r w:rsidRPr="002E0170">
        <w:t xml:space="preserve">I </w:t>
      </w:r>
      <w:proofErr w:type="gramStart"/>
      <w:r w:rsidRPr="002E0170">
        <w:t>comply, but</w:t>
      </w:r>
      <w:proofErr w:type="gramEnd"/>
      <w:r w:rsidRPr="002E0170">
        <w:t xml:space="preserve"> immediately notice the consequence of our separation. The ward light dims significantly, the brilliant cascade fading to a faint, struggling glow. The silver channels that had been awakening ahead of us flicker and begin to darken once more.</w:t>
      </w:r>
    </w:p>
    <w:p w14:paraId="6C46DF0C" w14:textId="77777777" w:rsidR="002E0170" w:rsidRPr="002E0170" w:rsidRDefault="002E0170" w:rsidP="002E0170">
      <w:pPr>
        <w:spacing w:line="276" w:lineRule="auto"/>
      </w:pPr>
      <w:r w:rsidRPr="002E0170">
        <w:t>The shadow seems to sense the weakening. It accelerates toward us, moving with predatory focus, no longer avoiding the light but driving straight through it, extinguishing the failing wards as it advances.</w:t>
      </w:r>
    </w:p>
    <w:p w14:paraId="75E7AE24" w14:textId="77777777" w:rsidR="002E0170" w:rsidRPr="002E0170" w:rsidRDefault="002E0170" w:rsidP="002E0170">
      <w:pPr>
        <w:spacing w:line="276" w:lineRule="auto"/>
      </w:pPr>
      <w:r w:rsidRPr="002E0170">
        <w:t>Valeria holds her ground, blade raised, but I can see the calculation in her stance. The weapon might slow the entity, perhaps even wound it, but without the power of the fully activated wards, it won't be enough to stop it.</w:t>
      </w:r>
    </w:p>
    <w:p w14:paraId="541092BD" w14:textId="77777777" w:rsidR="002E0170" w:rsidRPr="002E0170" w:rsidRDefault="002E0170" w:rsidP="002E0170">
      <w:pPr>
        <w:spacing w:line="276" w:lineRule="auto"/>
      </w:pPr>
      <w:r w:rsidRPr="002E0170">
        <w:t>The shadow lunges, stretching itself into a spear of darkness aimed directly at Valeria's heart.</w:t>
      </w:r>
    </w:p>
    <w:p w14:paraId="1ADA39A6" w14:textId="77777777" w:rsidR="002E0170" w:rsidRPr="002E0170" w:rsidRDefault="002E0170" w:rsidP="002E0170">
      <w:pPr>
        <w:spacing w:line="276" w:lineRule="auto"/>
      </w:pPr>
      <w:r w:rsidRPr="002E0170">
        <w:t>I don't think. I react. Diplomatic protocols and personal boundaries dissolve in the face of immediate threat. I lunge forward and grab Valeria's wrist—the one not holding the blade—wrapping my fingers firmly around it to restore our connection.</w:t>
      </w:r>
    </w:p>
    <w:p w14:paraId="40E258BE" w14:textId="77777777" w:rsidR="002E0170" w:rsidRPr="002E0170" w:rsidRDefault="002E0170" w:rsidP="002E0170">
      <w:pPr>
        <w:spacing w:line="276" w:lineRule="auto"/>
      </w:pPr>
      <w:r w:rsidRPr="002E0170">
        <w:t>The effect is instantaneous and overwhelming. Where our skin meets, silver light detonates like a silent explosion, racing along both our arms, spreading outward in concentric waves. The ward channels don't just reactivate—they erupt with power beyond anything we've seen before. Every silver line in the spiral corridor ignites simultaneously, not in sequence but as a unified network, creating a blinding web of light so intense it feels solid.</w:t>
      </w:r>
    </w:p>
    <w:p w14:paraId="467336C8" w14:textId="77777777" w:rsidR="002E0170" w:rsidRPr="002E0170" w:rsidRDefault="002E0170" w:rsidP="002E0170">
      <w:pPr>
        <w:spacing w:line="276" w:lineRule="auto"/>
      </w:pPr>
      <w:r w:rsidRPr="002E0170">
        <w:t>The shadow's momentum carries it directly into this wall of radiance. It hits with an impact I can feel rather than see, its shriek transforming from hunger to agony as the light dissolves its substance. The darkness doesn't retreat—it disintegrates, coming apart like smoke in strong wind, scattered particles fading into nothing as the ward light purifies the very air around us.</w:t>
      </w:r>
    </w:p>
    <w:p w14:paraId="4D09749E" w14:textId="77777777" w:rsidR="002E0170" w:rsidRPr="002E0170" w:rsidRDefault="002E0170" w:rsidP="002E0170">
      <w:pPr>
        <w:spacing w:line="276" w:lineRule="auto"/>
      </w:pPr>
      <w:r w:rsidRPr="002E0170">
        <w:t>Then, as suddenly as it began, it's over. The shadow is gone. The ward light stabilizes, settling into a steady, strong glow that illuminates the spiral corridor completely. Only our heavy breathing—mine, at least; Valeria's has barely altered—disturbs the sudden quiet.</w:t>
      </w:r>
    </w:p>
    <w:p w14:paraId="7ECBA2B1" w14:textId="77777777" w:rsidR="002E0170" w:rsidRPr="002E0170" w:rsidRDefault="002E0170" w:rsidP="002E0170">
      <w:pPr>
        <w:spacing w:line="276" w:lineRule="auto"/>
      </w:pPr>
      <w:r w:rsidRPr="002E0170">
        <w:lastRenderedPageBreak/>
        <w:t>I'm still gripping her wrist, our skin connected just above where she holds the silver blade. The weapon gleams in the renewed ward light, no longer needed but still held ready in her perfect, predatory grip.</w:t>
      </w:r>
    </w:p>
    <w:p w14:paraId="652D6393" w14:textId="77777777" w:rsidR="002E0170" w:rsidRPr="002E0170" w:rsidRDefault="002E0170" w:rsidP="002E0170">
      <w:pPr>
        <w:spacing w:line="276" w:lineRule="auto"/>
      </w:pPr>
      <w:r w:rsidRPr="002E0170">
        <w:t>"That," I say between breaths, "was not in any diplomatic briefing about Beaumont."</w:t>
      </w:r>
    </w:p>
    <w:p w14:paraId="1951E13C" w14:textId="77777777" w:rsidR="002E0170" w:rsidRPr="002E0170" w:rsidRDefault="002E0170" w:rsidP="002E0170">
      <w:pPr>
        <w:spacing w:line="276" w:lineRule="auto"/>
      </w:pPr>
      <w:r w:rsidRPr="002E0170">
        <w:t>A sound escapes Valeria—not quite a laugh, but perhaps its distant ancestor. Her golden eyes meet mine with an expression I haven't seen before—surprise, respect, and something else I can't quite name.</w:t>
      </w:r>
    </w:p>
    <w:p w14:paraId="753A84AC" w14:textId="77777777" w:rsidR="002E0170" w:rsidRPr="002E0170" w:rsidRDefault="002E0170" w:rsidP="002E0170">
      <w:pPr>
        <w:spacing w:line="276" w:lineRule="auto"/>
      </w:pPr>
      <w:r w:rsidRPr="002E0170">
        <w:t>"The wards have never responded to a human before," she says, looking down at where my fingers circle her wrist. "Not like this. Not since the original covenant."</w:t>
      </w:r>
    </w:p>
    <w:p w14:paraId="6100BE6E" w14:textId="77777777" w:rsidR="002E0170" w:rsidRPr="002E0170" w:rsidRDefault="002E0170" w:rsidP="002E0170">
      <w:pPr>
        <w:spacing w:line="276" w:lineRule="auto"/>
      </w:pPr>
      <w:r w:rsidRPr="002E0170">
        <w:t>I should release her. Diplomatic protocol demands appropriate distance between representatives of different crowns. My training insists on formality, especially after moments of crisis when emotions run high and judgment might be compromised.</w:t>
      </w:r>
    </w:p>
    <w:p w14:paraId="74967D37" w14:textId="77777777" w:rsidR="002E0170" w:rsidRPr="002E0170" w:rsidRDefault="002E0170" w:rsidP="002E0170">
      <w:pPr>
        <w:spacing w:line="276" w:lineRule="auto"/>
      </w:pPr>
      <w:r w:rsidRPr="002E0170">
        <w:t>I don't let go.</w:t>
      </w:r>
    </w:p>
    <w:p w14:paraId="4C4E9F77" w14:textId="77777777" w:rsidR="002E0170" w:rsidRPr="002E0170" w:rsidRDefault="002E0170" w:rsidP="002E0170">
      <w:pPr>
        <w:spacing w:line="276" w:lineRule="auto"/>
      </w:pPr>
      <w:r w:rsidRPr="002E0170">
        <w:t>"The covenant required balance," I say instead, watching how the light seems to flow between us where our skin connects. "Human and vampire, freely given."</w:t>
      </w:r>
    </w:p>
    <w:p w14:paraId="7F487510" w14:textId="77777777" w:rsidR="002E0170" w:rsidRPr="002E0170" w:rsidRDefault="002E0170" w:rsidP="002E0170">
      <w:pPr>
        <w:spacing w:line="276" w:lineRule="auto"/>
      </w:pPr>
      <w:r w:rsidRPr="002E0170">
        <w:t>Valeria lowers her blade slowly but makes no move to break our contact. Her eyes track the patterns of light flowing across my skin, across hers, merging where we touch.</w:t>
      </w:r>
    </w:p>
    <w:p w14:paraId="19BFE90A" w14:textId="77777777" w:rsidR="002E0170" w:rsidRPr="002E0170" w:rsidRDefault="002E0170" w:rsidP="002E0170">
      <w:pPr>
        <w:spacing w:line="276" w:lineRule="auto"/>
      </w:pPr>
      <w:r w:rsidRPr="002E0170">
        <w:t>"Freely given," she echoes, the words carrying weight beyond their simple meaning. "Not bound. Not forced."</w:t>
      </w:r>
    </w:p>
    <w:p w14:paraId="725BF2C8" w14:textId="77777777" w:rsidR="002E0170" w:rsidRPr="002E0170" w:rsidRDefault="002E0170" w:rsidP="002E0170">
      <w:pPr>
        <w:spacing w:line="276" w:lineRule="auto"/>
      </w:pPr>
      <w:r w:rsidRPr="002E0170">
        <w:t>Unlike the human woman in the vision, with silver manacles around her wrists.</w:t>
      </w:r>
    </w:p>
    <w:p w14:paraId="4C7DCDCE" w14:textId="77777777" w:rsidR="002E0170" w:rsidRPr="002E0170" w:rsidRDefault="002E0170" w:rsidP="002E0170">
      <w:pPr>
        <w:spacing w:line="276" w:lineRule="auto"/>
      </w:pPr>
      <w:r w:rsidRPr="002E0170">
        <w:t>"The original magic recognized us," I say, the realization forming as I speak it. "Not me specifically, not you specifically, but what we represent together. What was lost when your ancestors broke the covenant."</w:t>
      </w:r>
    </w:p>
    <w:p w14:paraId="114D2816" w14:textId="77777777" w:rsidR="002E0170" w:rsidRPr="002E0170" w:rsidRDefault="002E0170" w:rsidP="002E0170">
      <w:pPr>
        <w:spacing w:line="276" w:lineRule="auto"/>
      </w:pPr>
      <w:r w:rsidRPr="002E0170">
        <w:t>The ward light pulses gently around us, synchronized with my heartbeat. No longer frantic with defensive energy but steady, strong, approving.</w:t>
      </w:r>
    </w:p>
    <w:p w14:paraId="58079C12" w14:textId="77777777" w:rsidR="002E0170" w:rsidRPr="002E0170" w:rsidRDefault="002E0170" w:rsidP="002E0170">
      <w:pPr>
        <w:spacing w:line="276" w:lineRule="auto"/>
      </w:pPr>
      <w:r w:rsidRPr="002E0170">
        <w:t>"Balance," Valeria says softly.</w:t>
      </w:r>
    </w:p>
    <w:p w14:paraId="36FB54B4" w14:textId="77777777" w:rsidR="002E0170" w:rsidRPr="002E0170" w:rsidRDefault="002E0170" w:rsidP="002E0170">
      <w:pPr>
        <w:spacing w:line="276" w:lineRule="auto"/>
      </w:pPr>
      <w:r w:rsidRPr="002E0170">
        <w:t>We stand there in the suddenly quiet spiral corridor, surrounded by ancient magic reawakened, connected by touch that has become something more significant than physical contact. The mountain hums around us, vibrating with energy that feels like recognition, like remembering, like coming home.</w:t>
      </w:r>
    </w:p>
    <w:p w14:paraId="62ED4206" w14:textId="77777777" w:rsidR="002E0170" w:rsidRPr="002E0170" w:rsidRDefault="002E0170" w:rsidP="002E0170">
      <w:pPr>
        <w:spacing w:line="276" w:lineRule="auto"/>
      </w:pPr>
      <w:r w:rsidRPr="002E0170">
        <w:t xml:space="preserve">Too close in the sudden quiet. That's my first coherent thought as the danger passes and awareness returns. Valeria stands barely a breath away, my fingers still circling her wrist, her </w:t>
      </w:r>
      <w:r w:rsidRPr="002E0170">
        <w:lastRenderedPageBreak/>
        <w:t>golden eyes fixed on my face with an intensity that belongs to neither queen nor diplomat. Something elemental has shifted between us—treaty lines redrawn, boundaries blurred. The ward light surrounds us in a gentle glow that feels almost private, creating a sanctuary of silver and stone where titles and crowns momentarily cease to matter. Only the connection remains, humming between us like the wards themselves.</w:t>
      </w:r>
    </w:p>
    <w:p w14:paraId="430AC8B4" w14:textId="77777777" w:rsidR="002E0170" w:rsidRPr="002E0170" w:rsidRDefault="002E0170" w:rsidP="002E0170">
      <w:pPr>
        <w:spacing w:line="276" w:lineRule="auto"/>
      </w:pPr>
      <w:r w:rsidRPr="002E0170">
        <w:t>I should step back. Create appropriate distance. Restore diplomatic formality. But the warmth beneath my ribs has spread throughout my body, pooling where our skin connects, making the thought of separation feel like willful damage.</w:t>
      </w:r>
    </w:p>
    <w:p w14:paraId="0FC28A25" w14:textId="77777777" w:rsidR="002E0170" w:rsidRPr="002E0170" w:rsidRDefault="002E0170" w:rsidP="002E0170">
      <w:pPr>
        <w:spacing w:line="276" w:lineRule="auto"/>
      </w:pPr>
      <w:r w:rsidRPr="002E0170">
        <w:t>Valeria's golden eyes search my face, not as queen examining a foreign representative, not as predator assessing prey, but as something else entirely. Something I haven't seen in her before. Her perfect stillness has softened at the edges, the rigid control giving way to something more immediate, more present.</w:t>
      </w:r>
    </w:p>
    <w:p w14:paraId="353A5E5F" w14:textId="77777777" w:rsidR="002E0170" w:rsidRPr="002E0170" w:rsidRDefault="002E0170" w:rsidP="002E0170">
      <w:pPr>
        <w:spacing w:line="276" w:lineRule="auto"/>
      </w:pPr>
      <w:r w:rsidRPr="002E0170">
        <w:t>"What are you?" she asks softly, the question stripped of accusation or demand. Simply wonder, simply seeking.</w:t>
      </w:r>
    </w:p>
    <w:p w14:paraId="1B432D71" w14:textId="77777777" w:rsidR="002E0170" w:rsidRPr="002E0170" w:rsidRDefault="002E0170" w:rsidP="002E0170">
      <w:pPr>
        <w:spacing w:line="276" w:lineRule="auto"/>
      </w:pPr>
      <w:r w:rsidRPr="002E0170">
        <w:t>"Human diplomat," I answer, the official designation suddenly feeling inadequate, incomplete. "Alice."</w:t>
      </w:r>
    </w:p>
    <w:p w14:paraId="7B33141A" w14:textId="77777777" w:rsidR="002E0170" w:rsidRPr="002E0170" w:rsidRDefault="002E0170" w:rsidP="002E0170">
      <w:pPr>
        <w:spacing w:line="276" w:lineRule="auto"/>
      </w:pPr>
      <w:r w:rsidRPr="002E0170">
        <w:t>Just my name, offered without title or family connection. A reciprocal simplification.</w:t>
      </w:r>
    </w:p>
    <w:p w14:paraId="7197114B" w14:textId="77777777" w:rsidR="002E0170" w:rsidRPr="002E0170" w:rsidRDefault="002E0170" w:rsidP="002E0170">
      <w:pPr>
        <w:spacing w:line="276" w:lineRule="auto"/>
      </w:pPr>
      <w:r w:rsidRPr="002E0170">
        <w:t>"Alice," she repeats, as if testing how it feels without honorifics or formal address. The sound of my name in her voice raises goosebumps along my arms.</w:t>
      </w:r>
    </w:p>
    <w:p w14:paraId="4B7F6128" w14:textId="77777777" w:rsidR="002E0170" w:rsidRPr="002E0170" w:rsidRDefault="002E0170" w:rsidP="002E0170">
      <w:pPr>
        <w:spacing w:line="276" w:lineRule="auto"/>
      </w:pPr>
      <w:r w:rsidRPr="002E0170">
        <w:t>Her gaze drops briefly to where I still hold her wrist before returning to my eyes. Slowly, deliberately, she rotates her arm until our grips shift. Her fingers slide between mine, interlacing rather than merely touching. Not the practical contact of mutual defense or magical necessity, but something chosen. Something personal.</w:t>
      </w:r>
    </w:p>
    <w:p w14:paraId="70BF1F8F" w14:textId="77777777" w:rsidR="002E0170" w:rsidRPr="002E0170" w:rsidRDefault="002E0170" w:rsidP="002E0170">
      <w:pPr>
        <w:spacing w:line="276" w:lineRule="auto"/>
      </w:pPr>
      <w:r w:rsidRPr="002E0170">
        <w:t>The wards respond to this subtle change, their light warming from silver-blue to something with hints of gold, bathing us in radiance that feels alive, approving.</w:t>
      </w:r>
    </w:p>
    <w:p w14:paraId="6F2A9D98" w14:textId="77777777" w:rsidR="002E0170" w:rsidRPr="002E0170" w:rsidRDefault="002E0170" w:rsidP="002E0170">
      <w:pPr>
        <w:spacing w:line="276" w:lineRule="auto"/>
      </w:pPr>
      <w:r w:rsidRPr="002E0170">
        <w:t>"The original covenant wasn't just about power," Valeria says, her voice low and measured. "It was about balance. Understanding. Connection."</w:t>
      </w:r>
    </w:p>
    <w:p w14:paraId="50ECB8BE" w14:textId="77777777" w:rsidR="002E0170" w:rsidRPr="002E0170" w:rsidRDefault="002E0170" w:rsidP="002E0170">
      <w:pPr>
        <w:spacing w:line="276" w:lineRule="auto"/>
      </w:pPr>
      <w:r w:rsidRPr="002E0170">
        <w:t>Her eyes hold mine, searching for something beyond diplomatic responses. The careful distance I've maintained since arriving in Beaumont—the professional wall between human and vampire, diplomat and queen—feels suddenly permeable, unnecessary.</w:t>
      </w:r>
    </w:p>
    <w:p w14:paraId="247839DA" w14:textId="77777777" w:rsidR="002E0170" w:rsidRPr="002E0170" w:rsidRDefault="002E0170" w:rsidP="002E0170">
      <w:pPr>
        <w:spacing w:line="276" w:lineRule="auto"/>
      </w:pPr>
      <w:r w:rsidRPr="002E0170">
        <w:t>"Not control," I agree, remembering the vision from the ward-knot. "Not dominance."</w:t>
      </w:r>
    </w:p>
    <w:p w14:paraId="33501818" w14:textId="77777777" w:rsidR="002E0170" w:rsidRPr="002E0170" w:rsidRDefault="002E0170" w:rsidP="002E0170">
      <w:pPr>
        <w:spacing w:line="276" w:lineRule="auto"/>
      </w:pPr>
      <w:r w:rsidRPr="002E0170">
        <w:lastRenderedPageBreak/>
        <w:t>"No." Her free hand rises slowly, giving me time to withdraw if I choose. When I remain still, she brushes a strand of hair from my face with a touch so light it might be imagination. "Something far more dangerous."</w:t>
      </w:r>
    </w:p>
    <w:p w14:paraId="22B91787" w14:textId="77777777" w:rsidR="002E0170" w:rsidRPr="002E0170" w:rsidRDefault="002E0170" w:rsidP="002E0170">
      <w:pPr>
        <w:spacing w:line="276" w:lineRule="auto"/>
      </w:pPr>
      <w:r w:rsidRPr="002E0170">
        <w:t>"Dangerous?" My voice emerges softer than intended.</w:t>
      </w:r>
    </w:p>
    <w:p w14:paraId="31C86279" w14:textId="77777777" w:rsidR="002E0170" w:rsidRPr="002E0170" w:rsidRDefault="002E0170" w:rsidP="002E0170">
      <w:pPr>
        <w:spacing w:line="276" w:lineRule="auto"/>
      </w:pPr>
      <w:r w:rsidRPr="002E0170">
        <w:t>"Partnership requires trust." Her fingers linger near my cheek, not quite touching now but present, potential. "Trust requires vulnerability."</w:t>
      </w:r>
    </w:p>
    <w:p w14:paraId="6F7679EC" w14:textId="77777777" w:rsidR="002E0170" w:rsidRPr="002E0170" w:rsidRDefault="002E0170" w:rsidP="002E0170">
      <w:pPr>
        <w:spacing w:line="276" w:lineRule="auto"/>
      </w:pPr>
      <w:r w:rsidRPr="002E0170">
        <w:t>For vampires, vulnerability is anathema. For diplomats, it's professional failure. We've both been trained to reveal nothing, to maintain perfect control in all situations. Yet here we stand, fingers intertwined, proximity defying protocol, the mountain's ancient magic humming approval around us.</w:t>
      </w:r>
    </w:p>
    <w:p w14:paraId="2F3034E4" w14:textId="77777777" w:rsidR="002E0170" w:rsidRPr="002E0170" w:rsidRDefault="002E0170" w:rsidP="002E0170">
      <w:pPr>
        <w:spacing w:line="276" w:lineRule="auto"/>
      </w:pPr>
      <w:r w:rsidRPr="002E0170">
        <w:t>"What happens," I ask, "if we trust the original covenant more than our own history?"</w:t>
      </w:r>
    </w:p>
    <w:p w14:paraId="6769E6DE" w14:textId="77777777" w:rsidR="002E0170" w:rsidRPr="002E0170" w:rsidRDefault="002E0170" w:rsidP="002E0170">
      <w:pPr>
        <w:spacing w:line="276" w:lineRule="auto"/>
      </w:pPr>
      <w:r w:rsidRPr="002E0170">
        <w:t>Something shifts in her golden eyes—recognition, possibility, decision. She leans forward slightly, eliminating another increment of the space between us. Her scent envelops me—not the roses and metallic notes I first encountered in Beaumont, but something older, simpler. Stone and silver and time itself.</w:t>
      </w:r>
    </w:p>
    <w:p w14:paraId="64CABCE5" w14:textId="77777777" w:rsidR="002E0170" w:rsidRPr="002E0170" w:rsidRDefault="002E0170" w:rsidP="002E0170">
      <w:pPr>
        <w:spacing w:line="276" w:lineRule="auto"/>
      </w:pPr>
      <w:r w:rsidRPr="002E0170">
        <w:t>"We rewrite it," she answers, her breath brushing my lips.</w:t>
      </w:r>
    </w:p>
    <w:p w14:paraId="50BD8CC2" w14:textId="77777777" w:rsidR="002E0170" w:rsidRPr="002E0170" w:rsidRDefault="002E0170" w:rsidP="002E0170">
      <w:pPr>
        <w:spacing w:line="276" w:lineRule="auto"/>
      </w:pPr>
      <w:r w:rsidRPr="002E0170">
        <w:t>We hover there, suspended between action and restraint, diplomatic caution and personal desire. Her eyes search mine one final time, asking a question too significant for words.</w:t>
      </w:r>
    </w:p>
    <w:p w14:paraId="12CDDA14" w14:textId="77777777" w:rsidR="002E0170" w:rsidRPr="002E0170" w:rsidRDefault="002E0170" w:rsidP="002E0170">
      <w:pPr>
        <w:spacing w:line="276" w:lineRule="auto"/>
      </w:pPr>
      <w:r w:rsidRPr="002E0170">
        <w:t>I begin to lean forward in answer.</w:t>
      </w:r>
    </w:p>
    <w:p w14:paraId="7E33DE72" w14:textId="77777777" w:rsidR="002E0170" w:rsidRPr="002E0170" w:rsidRDefault="002E0170" w:rsidP="002E0170">
      <w:pPr>
        <w:spacing w:line="276" w:lineRule="auto"/>
      </w:pPr>
      <w:r w:rsidRPr="002E0170">
        <w:t>Pain erupts beneath my collarbone—sudden, searing, stealing my breath. Not attack, not injury, but transformation. Silver light bursts from my chest, so bright it shines through fabric, illuminating my skin from within. The sensation isn't exactly painful—more overwhelming, like standing too close to a lightning strike.</w:t>
      </w:r>
    </w:p>
    <w:p w14:paraId="26E9A98F" w14:textId="77777777" w:rsidR="002E0170" w:rsidRPr="002E0170" w:rsidRDefault="002E0170" w:rsidP="002E0170">
      <w:pPr>
        <w:spacing w:line="276" w:lineRule="auto"/>
      </w:pPr>
      <w:r w:rsidRPr="002E0170">
        <w:t>I gasp, clutching at the spot with my free hand, unwilling to break contact with Valeria despite the shock. Beneath my palm, I feel my skin grow hot, then cool rapidly, leaving something raised and distinct where previously there was only smooth flesh.</w:t>
      </w:r>
    </w:p>
    <w:p w14:paraId="6D1AAD63" w14:textId="77777777" w:rsidR="002E0170" w:rsidRPr="002E0170" w:rsidRDefault="002E0170" w:rsidP="002E0170">
      <w:pPr>
        <w:spacing w:line="276" w:lineRule="auto"/>
      </w:pPr>
      <w:r w:rsidRPr="002E0170">
        <w:t>Valeria's eyes widen—the first expression of genuine surprise I've seen cross her perfect features. She stares at my chest where the light continues to pulse, her composure momentarily forgotten.</w:t>
      </w:r>
    </w:p>
    <w:p w14:paraId="337A9205" w14:textId="77777777" w:rsidR="002E0170" w:rsidRPr="002E0170" w:rsidRDefault="002E0170" w:rsidP="002E0170">
      <w:pPr>
        <w:spacing w:line="276" w:lineRule="auto"/>
      </w:pPr>
      <w:r w:rsidRPr="002E0170">
        <w:t>"Impossible," she whispers.</w:t>
      </w:r>
    </w:p>
    <w:p w14:paraId="0040A8C1" w14:textId="77777777" w:rsidR="002E0170" w:rsidRPr="002E0170" w:rsidRDefault="002E0170" w:rsidP="002E0170">
      <w:pPr>
        <w:spacing w:line="276" w:lineRule="auto"/>
      </w:pPr>
      <w:r w:rsidRPr="002E0170">
        <w:t>The light stabilizes, no longer flaring but glowing steadily beneath my collarbone. I pull my collar aside to reveal what's happened, and gasp again at what I see.</w:t>
      </w:r>
    </w:p>
    <w:p w14:paraId="4B96ACE9" w14:textId="77777777" w:rsidR="002E0170" w:rsidRPr="002E0170" w:rsidRDefault="002E0170" w:rsidP="002E0170">
      <w:pPr>
        <w:spacing w:line="276" w:lineRule="auto"/>
      </w:pPr>
      <w:r w:rsidRPr="002E0170">
        <w:lastRenderedPageBreak/>
        <w:t>The symbol of the Crimson Accord—the silver circle split cleanly in two, one half for humans, one for vampires—now marks my skin. But not as it appears on treaty documents or border pillars. The two halves have shifted, overlapping rather than divided, bound together rather than separated. The light pulses from within the symbol, synchronized perfectly with my heartbeat.</w:t>
      </w:r>
    </w:p>
    <w:p w14:paraId="6E743458" w14:textId="77777777" w:rsidR="002E0170" w:rsidRPr="002E0170" w:rsidRDefault="002E0170" w:rsidP="002E0170">
      <w:pPr>
        <w:spacing w:line="276" w:lineRule="auto"/>
      </w:pPr>
      <w:r w:rsidRPr="002E0170">
        <w:t>Valeria stares in stunned recognition, her fingers tightening around mine.</w:t>
      </w:r>
    </w:p>
    <w:p w14:paraId="7B090A0D" w14:textId="77777777" w:rsidR="002E0170" w:rsidRPr="002E0170" w:rsidRDefault="002E0170" w:rsidP="002E0170">
      <w:pPr>
        <w:spacing w:line="276" w:lineRule="auto"/>
      </w:pPr>
      <w:r w:rsidRPr="002E0170">
        <w:t>"That mark is not ceremonial," she says, voice tight with controlled shock. "It's the anchor symbol from the original covenant. It means the Oath has recognized you</w:t>
      </w:r>
    </w:p>
    <w:p w14:paraId="24D39F1E" w14:textId="77777777" w:rsidR="002E0170" w:rsidRPr="002E0170" w:rsidRDefault="002E0170" w:rsidP="002E0170">
      <w:pPr>
        <w:spacing w:line="276" w:lineRule="auto"/>
      </w:pPr>
      <w:r w:rsidRPr="002E0170">
        <w:t>Human anchor. Vampire crown. The ancient words from the vision echo in my mind as I stare down at the glowing symbol on my skin.</w:t>
      </w:r>
    </w:p>
    <w:p w14:paraId="658C0841" w14:textId="77777777" w:rsidR="002E0170" w:rsidRPr="002E0170" w:rsidRDefault="002E0170" w:rsidP="002E0170">
      <w:pPr>
        <w:spacing w:line="276" w:lineRule="auto"/>
      </w:pPr>
      <w:r w:rsidRPr="002E0170">
        <w:t>"Recognized me as what?" I ask, though some part of me already knows the answer, has known it since the moment I stepped into Beaumont and felt the mountain's awareness brush against my consciousness.</w:t>
      </w:r>
    </w:p>
    <w:p w14:paraId="482594F5" w14:textId="77777777" w:rsidR="002E0170" w:rsidRPr="002E0170" w:rsidRDefault="002E0170" w:rsidP="002E0170">
      <w:pPr>
        <w:spacing w:line="276" w:lineRule="auto"/>
      </w:pPr>
      <w:r w:rsidRPr="002E0170">
        <w:t>"As the anchor." Valeria's voice has regained its composure, but her eyes remain fixed on the mark with an intensity that burns. "The human half of the covenant. The balance point for Beaumont's magic."</w:t>
      </w:r>
    </w:p>
    <w:p w14:paraId="64D051B2" w14:textId="77777777" w:rsidR="002E0170" w:rsidRPr="002E0170" w:rsidRDefault="002E0170" w:rsidP="002E0170">
      <w:pPr>
        <w:spacing w:line="276" w:lineRule="auto"/>
      </w:pPr>
      <w:r w:rsidRPr="002E0170">
        <w:t xml:space="preserve">My diplomatic training screams warnings about implications, about sovereignty complications, about becoming entangled in vampire politics beyond my authorized role. The rational part of my mind catalogs all the </w:t>
      </w:r>
      <w:proofErr w:type="gramStart"/>
      <w:r w:rsidRPr="002E0170">
        <w:t>ways</w:t>
      </w:r>
      <w:proofErr w:type="gramEnd"/>
      <w:r w:rsidRPr="002E0170">
        <w:t xml:space="preserve"> this development violates treaty boundaries. But beneath it all, the warmth behind my </w:t>
      </w:r>
      <w:proofErr w:type="gramStart"/>
      <w:r w:rsidRPr="002E0170">
        <w:t>ribs</w:t>
      </w:r>
      <w:proofErr w:type="gramEnd"/>
      <w:r w:rsidRPr="002E0170">
        <w:t xml:space="preserve"> pulses in perfect synchronization with the glowing mark, both recognizing a truth older than politics.</w:t>
      </w:r>
    </w:p>
    <w:p w14:paraId="26DAF993" w14:textId="77777777" w:rsidR="002E0170" w:rsidRPr="002E0170" w:rsidRDefault="002E0170" w:rsidP="002E0170">
      <w:pPr>
        <w:spacing w:line="276" w:lineRule="auto"/>
      </w:pPr>
      <w:r w:rsidRPr="002E0170">
        <w:t>"How is this possible?" I manage, my voice steadier than I feel. "I'm not—I have no connection to the original human bloodline. I'm just a diplomat."</w:t>
      </w:r>
    </w:p>
    <w:p w14:paraId="39A5430F" w14:textId="77777777" w:rsidR="002E0170" w:rsidRPr="002E0170" w:rsidRDefault="002E0170" w:rsidP="002E0170">
      <w:pPr>
        <w:spacing w:line="276" w:lineRule="auto"/>
      </w:pPr>
      <w:r w:rsidRPr="002E0170">
        <w:t>"Are you?" Valeria's eyes lift from the mark to meet mine. "Your father helped negotiate the Crimson Accord. Perhaps your family's connection to vampire affairs extends further back than recorded history shows."</w:t>
      </w:r>
    </w:p>
    <w:p w14:paraId="140A7B4E" w14:textId="77777777" w:rsidR="002E0170" w:rsidRPr="002E0170" w:rsidRDefault="002E0170" w:rsidP="002E0170">
      <w:pPr>
        <w:spacing w:line="276" w:lineRule="auto"/>
      </w:pPr>
      <w:r w:rsidRPr="002E0170">
        <w:t xml:space="preserve">The suggestion sends ripples through my understanding of everything I thought I knew about my lineage, my purpose, my presence in Beaumont. Not just happenstance. Not just diplomatic assignment. Something older, something </w:t>
      </w:r>
      <w:proofErr w:type="gramStart"/>
      <w:r w:rsidRPr="002E0170">
        <w:t>deeper—threads</w:t>
      </w:r>
      <w:proofErr w:type="gramEnd"/>
      <w:r w:rsidRPr="002E0170">
        <w:t xml:space="preserve"> of connection woven through generations.</w:t>
      </w:r>
    </w:p>
    <w:p w14:paraId="7129258B" w14:textId="77777777" w:rsidR="002E0170" w:rsidRPr="002E0170" w:rsidRDefault="002E0170" w:rsidP="002E0170">
      <w:pPr>
        <w:spacing w:line="276" w:lineRule="auto"/>
      </w:pPr>
      <w:r w:rsidRPr="002E0170">
        <w:t>The mark continues to glow, though less intensely now, settling into my skin as if it has always been there, merely invisible until this moment. I can feel its presence even when not looking at it—a gentle weight, a quiet hum, a connection to the mountain and its magic that transcends conscious thought.</w:t>
      </w:r>
    </w:p>
    <w:p w14:paraId="529226E7" w14:textId="77777777" w:rsidR="002E0170" w:rsidRPr="002E0170" w:rsidRDefault="002E0170" w:rsidP="002E0170">
      <w:pPr>
        <w:spacing w:line="276" w:lineRule="auto"/>
      </w:pPr>
      <w:r w:rsidRPr="002E0170">
        <w:lastRenderedPageBreak/>
        <w:t>"If this is true," I say carefully, "then the implications for the treaty—"</w:t>
      </w:r>
    </w:p>
    <w:p w14:paraId="4BEB4ADA" w14:textId="77777777" w:rsidR="002E0170" w:rsidRPr="002E0170" w:rsidRDefault="002E0170" w:rsidP="002E0170">
      <w:pPr>
        <w:spacing w:line="276" w:lineRule="auto"/>
      </w:pPr>
      <w:r w:rsidRPr="002E0170">
        <w:t>"Are profound," Valeria finishes, her voice equally measured. "The Crimson Accord was built on incomplete understanding. If the original covenant still holds, if you are indeed the anchor..." She pauses, calculation and consideration flashing behind her golden eyes. "Then both our peoples have been operating under false premises for generations."</w:t>
      </w:r>
    </w:p>
    <w:p w14:paraId="1CA36C5B" w14:textId="77777777" w:rsidR="002E0170" w:rsidRPr="002E0170" w:rsidRDefault="002E0170" w:rsidP="002E0170">
      <w:pPr>
        <w:spacing w:line="276" w:lineRule="auto"/>
      </w:pPr>
      <w:r w:rsidRPr="002E0170">
        <w:t>Her fingers remain interlaced with mine, neither of us willing to sever the connection that has awakened so much ancient magic. The wards around us pulse steadily, stronger than I've seen anywhere in Beaumont, responding to our combined presence with something like joy.</w:t>
      </w:r>
    </w:p>
    <w:p w14:paraId="4480ACC2" w14:textId="77777777" w:rsidR="002E0170" w:rsidRPr="002E0170" w:rsidRDefault="002E0170" w:rsidP="002E0170">
      <w:pPr>
        <w:spacing w:line="276" w:lineRule="auto"/>
      </w:pPr>
      <w:r w:rsidRPr="002E0170">
        <w:t>In the distance, footsteps echo against stone—guards approaching, drawn by the unprecedented ward activity. Reality intrudes on our moment of revelation. Decisions loom that will affect both our peoples, both our positions.</w:t>
      </w:r>
    </w:p>
    <w:p w14:paraId="1770762E" w14:textId="77777777" w:rsidR="002E0170" w:rsidRPr="002E0170" w:rsidRDefault="002E0170" w:rsidP="002E0170">
      <w:pPr>
        <w:spacing w:line="276" w:lineRule="auto"/>
      </w:pPr>
      <w:r w:rsidRPr="002E0170">
        <w:t>"What happens now?" I ask, echoing my earlier question from the darkened vault, but with new weight, new meaning.</w:t>
      </w:r>
    </w:p>
    <w:p w14:paraId="5072852C" w14:textId="77777777" w:rsidR="002E0170" w:rsidRPr="002E0170" w:rsidRDefault="002E0170" w:rsidP="002E0170">
      <w:pPr>
        <w:spacing w:line="276" w:lineRule="auto"/>
      </w:pPr>
      <w:r w:rsidRPr="002E0170">
        <w:t>Valeria's eyes hold mine, gold meeting hazel, vampire meeting human, crown meeting anchor. The roles we've been assigned and the truth we've discovered hang in balance between us.</w:t>
      </w:r>
    </w:p>
    <w:p w14:paraId="546BC73E" w14:textId="77777777" w:rsidR="002E0170" w:rsidRPr="002E0170" w:rsidRDefault="002E0170" w:rsidP="002E0170">
      <w:pPr>
        <w:spacing w:line="276" w:lineRule="auto"/>
      </w:pPr>
      <w:r w:rsidRPr="002E0170">
        <w:t>"Now," she says, "we decide whether to reveal what we've learned or bury it again. Whether to uphold history or rewrite it."</w:t>
      </w:r>
    </w:p>
    <w:p w14:paraId="45C782B2" w14:textId="77777777" w:rsidR="002E0170" w:rsidRPr="002E0170" w:rsidRDefault="002E0170" w:rsidP="002E0170">
      <w:pPr>
        <w:spacing w:line="276" w:lineRule="auto"/>
      </w:pPr>
      <w:r w:rsidRPr="002E0170">
        <w:t>The approaching footsteps grow louder. The corridor wards pulse in waiting, ready to respond to our choice. Between us, our fingers remain interwoven, the point where human and vampire meet generating quiet, steady light.</w:t>
      </w:r>
    </w:p>
    <w:p w14:paraId="11EDB318" w14:textId="77777777" w:rsidR="002E0170" w:rsidRPr="002E0170" w:rsidRDefault="002E0170" w:rsidP="002E0170">
      <w:pPr>
        <w:spacing w:line="276" w:lineRule="auto"/>
      </w:pPr>
      <w:r w:rsidRPr="002E0170">
        <w:t>"Together?" I ask, the word becoming both question and proposal.</w:t>
      </w:r>
    </w:p>
    <w:p w14:paraId="66FC5DAF" w14:textId="77777777" w:rsidR="002E0170" w:rsidRPr="002E0170" w:rsidRDefault="002E0170" w:rsidP="002E0170">
      <w:pPr>
        <w:spacing w:line="276" w:lineRule="auto"/>
      </w:pPr>
      <w:r w:rsidRPr="002E0170">
        <w:t>A hint of something that might become a smile touches Valeria's lips. Not the carefully measured diplomatic expression she wears for court functions, but something genuine, surprising in its warmth.</w:t>
      </w:r>
    </w:p>
    <w:p w14:paraId="7AA2E4BA" w14:textId="77777777" w:rsidR="002E0170" w:rsidRPr="002E0170" w:rsidRDefault="002E0170" w:rsidP="002E0170">
      <w:pPr>
        <w:spacing w:line="276" w:lineRule="auto"/>
      </w:pPr>
      <w:r w:rsidRPr="002E0170">
        <w:t>"Together," she confirms, the word carrying centuries of possibility.</w:t>
      </w:r>
    </w:p>
    <w:p w14:paraId="562DB1D3" w14:textId="77777777" w:rsidR="002E0170" w:rsidRPr="002E0170" w:rsidRDefault="002E0170" w:rsidP="002E0170">
      <w:pPr>
        <w:spacing w:line="276" w:lineRule="auto"/>
      </w:pPr>
      <w:r w:rsidRPr="002E0170">
        <w:t>The mark beneath my collarbone pulses once more, binding the oath anew.</w:t>
      </w:r>
    </w:p>
    <w:p w14:paraId="08E7A8EC" w14:textId="77777777" w:rsidR="001C171A" w:rsidRDefault="001C171A" w:rsidP="002E0170">
      <w:pPr>
        <w:spacing w:line="276" w:lineRule="auto"/>
        <w:ind w:firstLine="0"/>
      </w:pPr>
    </w:p>
    <w:p w14:paraId="634D3965" w14:textId="77777777" w:rsidR="002E0170" w:rsidRDefault="002E0170" w:rsidP="002E0170">
      <w:pPr>
        <w:spacing w:line="276" w:lineRule="auto"/>
        <w:ind w:firstLine="0"/>
      </w:pPr>
    </w:p>
    <w:p w14:paraId="203BFF9F" w14:textId="77777777" w:rsidR="002E0170" w:rsidRDefault="002E0170" w:rsidP="002E0170">
      <w:pPr>
        <w:spacing w:line="276" w:lineRule="auto"/>
        <w:ind w:firstLine="0"/>
      </w:pPr>
    </w:p>
    <w:p w14:paraId="625B0DB9" w14:textId="77777777" w:rsidR="006A6F9A" w:rsidRDefault="006A6F9A" w:rsidP="00F96E3E">
      <w:pPr>
        <w:spacing w:line="276" w:lineRule="auto"/>
        <w:ind w:firstLine="0"/>
        <w:rPr>
          <w:b/>
          <w:bCs/>
        </w:rPr>
      </w:pPr>
    </w:p>
    <w:p w14:paraId="086F8A26" w14:textId="37DADCF2" w:rsidR="002E0170" w:rsidRDefault="002E0170" w:rsidP="002E0170">
      <w:pPr>
        <w:spacing w:line="276" w:lineRule="auto"/>
        <w:ind w:firstLine="0"/>
        <w:jc w:val="center"/>
        <w:rPr>
          <w:b/>
          <w:bCs/>
        </w:rPr>
      </w:pPr>
      <w:r w:rsidRPr="008045D6">
        <w:rPr>
          <w:b/>
          <w:bCs/>
        </w:rPr>
        <w:lastRenderedPageBreak/>
        <w:t xml:space="preserve">CHAPTER </w:t>
      </w:r>
      <w:r w:rsidRPr="002E0170">
        <w:rPr>
          <w:b/>
          <w:bCs/>
        </w:rPr>
        <w:t>S</w:t>
      </w:r>
      <w:r>
        <w:rPr>
          <w:b/>
          <w:bCs/>
        </w:rPr>
        <w:t>EVEN</w:t>
      </w:r>
    </w:p>
    <w:p w14:paraId="4FC82790" w14:textId="7ADE1731" w:rsidR="0076626E" w:rsidRPr="0076626E" w:rsidRDefault="0076626E" w:rsidP="0076626E">
      <w:pPr>
        <w:spacing w:line="276" w:lineRule="auto"/>
      </w:pPr>
      <w:r w:rsidRPr="0076626E">
        <w:t>I wake to silver light pulsing against my eyelids, erratic as a panicked heartbeat. The wards are flickering again, worse than before—stuttering lines of magic threading through the ceiling in jagged patterns. The bond beneath my skin hums warm and insistent, like a second pulse that doesn't belong to me. Something has changed overnight. Something has worsened.</w:t>
      </w:r>
    </w:p>
    <w:p w14:paraId="4CA28FC9" w14:textId="77777777" w:rsidR="0076626E" w:rsidRPr="0076626E" w:rsidRDefault="0076626E" w:rsidP="0076626E">
      <w:pPr>
        <w:spacing w:line="276" w:lineRule="auto"/>
      </w:pPr>
      <w:r w:rsidRPr="0076626E">
        <w:t>Rolling onto my back, I press a hand against my ribs where a dull ache has settled, neither sharp enough to be alarming nor mild enough to ignore. A diplomatic discomfort. Like everything else in Beaumont, it makes itself known without being impolite enough to demand immediate attention.</w:t>
      </w:r>
    </w:p>
    <w:p w14:paraId="1372EF02" w14:textId="77777777" w:rsidR="0076626E" w:rsidRPr="0076626E" w:rsidRDefault="0076626E" w:rsidP="0076626E">
      <w:pPr>
        <w:spacing w:line="276" w:lineRule="auto"/>
      </w:pPr>
      <w:r w:rsidRPr="0076626E">
        <w:t>The silk pillow slides away as I sit up, taking inventory. The bond—this inexplicable connection to Valeria that neither of us acknowledges aloud—remains warm, almost pleasant despite the circumstances. The wards overhead tell a different story. Their silver channels pulse unevenly, brightening and dimming without rhythm. I've been in Beaumont long enough to know they shouldn't behave this way.</w:t>
      </w:r>
    </w:p>
    <w:p w14:paraId="3B47E32A" w14:textId="77777777" w:rsidR="0076626E" w:rsidRPr="0076626E" w:rsidRDefault="0076626E" w:rsidP="0076626E">
      <w:pPr>
        <w:spacing w:line="276" w:lineRule="auto"/>
      </w:pPr>
      <w:r w:rsidRPr="0076626E">
        <w:t>"Wonderful," I mutter, watching a particularly violent flicker race across the ceiling before vanishing into the wall.</w:t>
      </w:r>
    </w:p>
    <w:p w14:paraId="4FE28804" w14:textId="77777777" w:rsidR="0076626E" w:rsidRPr="0076626E" w:rsidRDefault="0076626E" w:rsidP="0076626E">
      <w:pPr>
        <w:spacing w:line="276" w:lineRule="auto"/>
      </w:pPr>
      <w:r w:rsidRPr="0076626E">
        <w:t xml:space="preserve">My guest chamber in the east wing is objectively beautiful—all polished black stone and silver inlay, with high windows that capture the mountain dawn in careful angles. The furniture is elegantly crafted from dark wood I can't identify, each piece positioned with mathematical precision. Nothing about this room </w:t>
      </w:r>
      <w:proofErr w:type="gramStart"/>
      <w:r w:rsidRPr="0076626E">
        <w:t>says</w:t>
      </w:r>
      <w:proofErr w:type="gramEnd"/>
      <w:r w:rsidRPr="0076626E">
        <w:t xml:space="preserve"> "temporary accommodation." It </w:t>
      </w:r>
      <w:proofErr w:type="gramStart"/>
      <w:r w:rsidRPr="0076626E">
        <w:t>says</w:t>
      </w:r>
      <w:proofErr w:type="gramEnd"/>
      <w:r w:rsidRPr="0076626E">
        <w:t xml:space="preserve"> "we have been preparing for guests for centuries and have strong opinions about where they should sit."</w:t>
      </w:r>
    </w:p>
    <w:p w14:paraId="4088DF6A" w14:textId="77777777" w:rsidR="0076626E" w:rsidRPr="0076626E" w:rsidRDefault="0076626E" w:rsidP="0076626E">
      <w:pPr>
        <w:spacing w:line="276" w:lineRule="auto"/>
      </w:pPr>
      <w:r w:rsidRPr="0076626E">
        <w:t>The fine linen sheets pool around my waist as I lean forward, squinting at something on the bedside table that wasn't there when I fell asleep. A sealed envelope bearing the Beaumont insignia—a black mountain peak bisected by a silver line. Not a casual note. An official summons.</w:t>
      </w:r>
    </w:p>
    <w:p w14:paraId="5DEFB6CE" w14:textId="77777777" w:rsidR="0076626E" w:rsidRPr="0076626E" w:rsidRDefault="0076626E" w:rsidP="0076626E">
      <w:pPr>
        <w:spacing w:line="276" w:lineRule="auto"/>
      </w:pPr>
      <w:r w:rsidRPr="0076626E">
        <w:t>I break the seal, and the parchment inside confirms what the flickering wards already suggested: an emergency council meeting at dawn. Which, judging by the pale light filtering through the tall windows, means immediately.</w:t>
      </w:r>
    </w:p>
    <w:p w14:paraId="5044D9BF" w14:textId="77777777" w:rsidR="0076626E" w:rsidRPr="0076626E" w:rsidRDefault="0076626E" w:rsidP="0076626E">
      <w:pPr>
        <w:spacing w:line="276" w:lineRule="auto"/>
      </w:pPr>
      <w:r w:rsidRPr="0076626E">
        <w:t>"Fantastic," I say to the empty room. "Nothing says 'stable diplomatic visit' like emergency council at dawn."</w:t>
      </w:r>
    </w:p>
    <w:p w14:paraId="7C625737" w14:textId="77777777" w:rsidR="0076626E" w:rsidRPr="0076626E" w:rsidRDefault="0076626E" w:rsidP="0076626E">
      <w:pPr>
        <w:spacing w:line="276" w:lineRule="auto"/>
      </w:pPr>
      <w:r w:rsidRPr="0076626E">
        <w:t>The subtle ache beneath my ribs intensifies slightly, as if responding to my sarcasm. I've developed a habit of talking to myself in Beaumont. The perfect acoustics of vampire architecture make every sound feel significant, and silence here has weight. Speaking aloud is like dropping pebbles into a still pond, watching the ripples disturb the unnatural quiet.</w:t>
      </w:r>
    </w:p>
    <w:p w14:paraId="63B8C939" w14:textId="77777777" w:rsidR="0076626E" w:rsidRPr="0076626E" w:rsidRDefault="0076626E" w:rsidP="0076626E">
      <w:pPr>
        <w:spacing w:line="276" w:lineRule="auto"/>
      </w:pPr>
      <w:r w:rsidRPr="0076626E">
        <w:lastRenderedPageBreak/>
        <w:t>I push back the sheets and stand, feeling the cold stone through the thin rug beside my bed. Beaumont doesn't believe in warmth as a courtesy. Warmth is earned through movement, through purpose. Standing still invites the mountain's chill to remind you of your mortality. Or in my case, my humanity.</w:t>
      </w:r>
    </w:p>
    <w:p w14:paraId="430C6D71" w14:textId="77777777" w:rsidR="0076626E" w:rsidRPr="0076626E" w:rsidRDefault="0076626E" w:rsidP="0076626E">
      <w:pPr>
        <w:spacing w:line="276" w:lineRule="auto"/>
      </w:pPr>
      <w:r w:rsidRPr="0076626E">
        <w:t>The ward channels pulse overhead, sending shadows skittering across the floor in unpredictable patterns. Whatever destabilized them overnight has only worsened. I can almost feel them struggling to maintain their function, like a heart developing arrhythmia. Not a comforting metaphor when one is the only human in a mountain full of vampires.</w:t>
      </w:r>
    </w:p>
    <w:p w14:paraId="4ECF6ACE" w14:textId="77777777" w:rsidR="0076626E" w:rsidRPr="0076626E" w:rsidRDefault="0076626E" w:rsidP="0076626E">
      <w:pPr>
        <w:spacing w:line="276" w:lineRule="auto"/>
      </w:pPr>
      <w:r w:rsidRPr="0076626E">
        <w:t>I dress methodically, selecting a formal high-collared jacket in deep blue—not quite submissive, not quite challenging. Diplomatic attire is its own language. My father taught me to speak it fluently before I could form complete sentences in my native tongue. Each button is a statement. Each crease is policy. I leave my throat covered but not hidden, a subtle message that I acknowledge vampire nature without fearing it.</w:t>
      </w:r>
    </w:p>
    <w:p w14:paraId="06414A1D" w14:textId="77777777" w:rsidR="0076626E" w:rsidRPr="0076626E" w:rsidRDefault="0076626E" w:rsidP="0076626E">
      <w:pPr>
        <w:spacing w:line="276" w:lineRule="auto"/>
      </w:pPr>
      <w:r w:rsidRPr="0076626E">
        <w:t>At least, that's the theory.</w:t>
      </w:r>
    </w:p>
    <w:p w14:paraId="11C4F5E2" w14:textId="77777777" w:rsidR="0076626E" w:rsidRPr="0076626E" w:rsidRDefault="0076626E" w:rsidP="0076626E">
      <w:pPr>
        <w:spacing w:line="276" w:lineRule="auto"/>
      </w:pPr>
      <w:r w:rsidRPr="0076626E">
        <w:t>The mirror reflects a woman who appears more composed than she feels. My hair falls in controlled waves, my expression calibrated to convey attentive interest without vulnerability. Perfect diplomatic posture—spine straight, shoulders relaxed, hands ready to either gesture precisely or remain perfectly still as the situation demands.</w:t>
      </w:r>
    </w:p>
    <w:p w14:paraId="4C198D2F" w14:textId="77777777" w:rsidR="0076626E" w:rsidRPr="0076626E" w:rsidRDefault="0076626E" w:rsidP="0076626E">
      <w:pPr>
        <w:spacing w:line="276" w:lineRule="auto"/>
      </w:pPr>
      <w:r w:rsidRPr="0076626E">
        <w:t>The woman in the mirror looks prepared for anything. The ache beneath my ribs suggests otherwise.</w:t>
      </w:r>
    </w:p>
    <w:p w14:paraId="0B4A12C1" w14:textId="77777777" w:rsidR="0076626E" w:rsidRPr="0076626E" w:rsidRDefault="0076626E" w:rsidP="0076626E">
      <w:pPr>
        <w:spacing w:line="276" w:lineRule="auto"/>
      </w:pPr>
      <w:r w:rsidRPr="0076626E">
        <w:t>Another erratic pulse from the ward channels catches my attention, this one strong enough to make the silver inlays in my doorframe momentarily gleam white-hot. Not good. The wards connect everything in Beaumont, from the grand throne room to the most obscure servant passage. If they're failing...</w:t>
      </w:r>
    </w:p>
    <w:p w14:paraId="33BE1EF3" w14:textId="77777777" w:rsidR="0076626E" w:rsidRPr="0076626E" w:rsidRDefault="0076626E" w:rsidP="0076626E">
      <w:pPr>
        <w:spacing w:line="276" w:lineRule="auto"/>
      </w:pPr>
      <w:r w:rsidRPr="0076626E">
        <w:t>I don't finish the thought. I've been in enough diplomatic crises to know that premature conclusions are as dangerous as inaction.</w:t>
      </w:r>
    </w:p>
    <w:p w14:paraId="1FB629E5" w14:textId="77777777" w:rsidR="0076626E" w:rsidRPr="0076626E" w:rsidRDefault="0076626E" w:rsidP="0076626E">
      <w:pPr>
        <w:spacing w:line="276" w:lineRule="auto"/>
      </w:pPr>
      <w:r w:rsidRPr="0076626E">
        <w:t>I slide the royal summons into my inner pocket, where it sits like a weight against my heart. Symbolic placement. The vampires will notice. They notice everything.</w:t>
      </w:r>
    </w:p>
    <w:p w14:paraId="2A71F2F6" w14:textId="77777777" w:rsidR="0076626E" w:rsidRPr="0076626E" w:rsidRDefault="0076626E" w:rsidP="0076626E">
      <w:pPr>
        <w:spacing w:line="276" w:lineRule="auto"/>
      </w:pPr>
      <w:r w:rsidRPr="0076626E">
        <w:t>One final glance around the room confirms I'm leaving nothing important behind. Not that I brought much to Beaumont—just credentials, carefully selected clothing, and the weight of representing human interests in a place where humans are traditionally considered somewhere between food and furniture.</w:t>
      </w:r>
    </w:p>
    <w:p w14:paraId="708286C1" w14:textId="77777777" w:rsidR="0076626E" w:rsidRPr="0076626E" w:rsidRDefault="0076626E" w:rsidP="0076626E">
      <w:pPr>
        <w:spacing w:line="276" w:lineRule="auto"/>
      </w:pPr>
      <w:r w:rsidRPr="0076626E">
        <w:lastRenderedPageBreak/>
        <w:t>My hand pauses on the door handle, cold silver against my palm. Through it, I can feel the faintest vibration—the ward system humming erratically through the mountain. The sensation lingers, almost like a warning.</w:t>
      </w:r>
    </w:p>
    <w:p w14:paraId="5A788D94" w14:textId="77777777" w:rsidR="0076626E" w:rsidRPr="0076626E" w:rsidRDefault="0076626E" w:rsidP="0076626E">
      <w:pPr>
        <w:spacing w:line="276" w:lineRule="auto"/>
      </w:pPr>
      <w:r w:rsidRPr="0076626E">
        <w:t xml:space="preserve">"Just another diplomatic challenge," I remind myself, drawing a deep breath as I open the door. "Nothing says success like being summoned to emergency council while the magical system protecting you from </w:t>
      </w:r>
      <w:proofErr w:type="gramStart"/>
      <w:r w:rsidRPr="0076626E">
        <w:t>predators</w:t>
      </w:r>
      <w:proofErr w:type="gramEnd"/>
      <w:r w:rsidRPr="0076626E">
        <w:t xml:space="preserve"> malfunctions spectacularly."</w:t>
      </w:r>
    </w:p>
    <w:p w14:paraId="5DDC3D28" w14:textId="77777777" w:rsidR="0076626E" w:rsidRPr="0076626E" w:rsidRDefault="0076626E" w:rsidP="0076626E">
      <w:pPr>
        <w:spacing w:line="276" w:lineRule="auto"/>
      </w:pPr>
      <w:r w:rsidRPr="0076626E">
        <w:t>The corridor beyond seems to be holding its breath, the blue lanterns steady despite the ward fluctuations. I step forward, matching my pace to the dignity expected of a human diplomat in a vampire court. Not rushed. Not hesitant. Measured.</w:t>
      </w:r>
    </w:p>
    <w:p w14:paraId="652311ED" w14:textId="77777777" w:rsidR="0076626E" w:rsidRPr="0076626E" w:rsidRDefault="0076626E" w:rsidP="0076626E">
      <w:pPr>
        <w:spacing w:line="276" w:lineRule="auto"/>
      </w:pPr>
      <w:r w:rsidRPr="0076626E">
        <w:t>The bond warms slightly as I move, a compass needle pointing toward a specific direction within the mountain. Toward Valeria. I've stopped questioning why. Some diplomatic situations require accepting uncertainties while seeking answers.</w:t>
      </w:r>
    </w:p>
    <w:p w14:paraId="0D73AE9B" w14:textId="77777777" w:rsidR="0076626E" w:rsidRPr="0076626E" w:rsidRDefault="0076626E" w:rsidP="0076626E">
      <w:pPr>
        <w:spacing w:line="276" w:lineRule="auto"/>
      </w:pPr>
      <w:r w:rsidRPr="0076626E">
        <w:t>The emergency council awaits, and with it, whatever new complication threatens the fragile peace I'm here to maintain. I straighten my spine, adjust my expression to diplomatic neutrality, and proceed. One measured step after another, into whatever dawn brings.</w:t>
      </w:r>
    </w:p>
    <w:p w14:paraId="29FE2D4D" w14:textId="77777777" w:rsidR="0076626E" w:rsidRPr="0076626E" w:rsidRDefault="0076626E" w:rsidP="0076626E">
      <w:pPr>
        <w:spacing w:line="276" w:lineRule="auto"/>
      </w:pPr>
      <w:r w:rsidRPr="0076626E">
        <w:t xml:space="preserve">The council chamber </w:t>
      </w:r>
      <w:proofErr w:type="gramStart"/>
      <w:r w:rsidRPr="0076626E">
        <w:t>doors</w:t>
      </w:r>
      <w:proofErr w:type="gramEnd"/>
      <w:r w:rsidRPr="0076626E">
        <w:t xml:space="preserve"> part before me, perfectly silent despite their massive weight. Stone columns rise on either side of the long hall, each inlaid with silver channels that pulse with uneven light. The ward disturbance is worse here—much worse—with the magical network visibly struggling to maintain its rhythm. Like watching someone try to breathe normally while drowning.</w:t>
      </w:r>
    </w:p>
    <w:p w14:paraId="171CB745" w14:textId="77777777" w:rsidR="0076626E" w:rsidRPr="0076626E" w:rsidRDefault="0076626E" w:rsidP="0076626E">
      <w:pPr>
        <w:spacing w:line="276" w:lineRule="auto"/>
      </w:pPr>
      <w:r w:rsidRPr="0076626E">
        <w:t>I step inside, and conversations die in ripples across the room. Not all at once—that would suggest surprise. Vampires are never surprised, merely pausing to reassess. The armored sentinels flanking the entrance don't turn their heads, but I feel their awareness shift to include me, like being touched by cold air.</w:t>
      </w:r>
    </w:p>
    <w:p w14:paraId="43AF92CE" w14:textId="77777777" w:rsidR="0076626E" w:rsidRPr="0076626E" w:rsidRDefault="0076626E" w:rsidP="0076626E">
      <w:pPr>
        <w:spacing w:line="276" w:lineRule="auto"/>
      </w:pPr>
      <w:r w:rsidRPr="0076626E">
        <w:t>The council chamber is Beaumont in microcosm—black stone and silver light, power and restraint carved into architecture. Vaulted ceilings disappear into shadows overhead, while massive braziers cast carefully controlled firelight across the polished floor. The silver inlays are denser here, creating complex patterns that would be beautiful if they weren't currently flickering like faulty circuitry.</w:t>
      </w:r>
    </w:p>
    <w:p w14:paraId="419FC047" w14:textId="77777777" w:rsidR="0076626E" w:rsidRPr="0076626E" w:rsidRDefault="0076626E" w:rsidP="0076626E">
      <w:pPr>
        <w:spacing w:line="276" w:lineRule="auto"/>
      </w:pPr>
      <w:r w:rsidRPr="0076626E">
        <w:t>Crimson-robed nobles line the curved walls, their formal court attire marking them as either members of the council or advisors with sufficient status to attend. They stand in distinct clusters—political factions made visible through proximity. I catalog each group automatically, matching faces to the profiles in my diplomatic briefings. The traditionalists to the right, looking like they've collectively bitten into something sour. The moderates in the center, expressions carefully neutral. The progressives—all three of them—positioned closest to the throne.</w:t>
      </w:r>
    </w:p>
    <w:p w14:paraId="28A03CA9" w14:textId="77777777" w:rsidR="0076626E" w:rsidRPr="0076626E" w:rsidRDefault="0076626E" w:rsidP="0076626E">
      <w:pPr>
        <w:spacing w:line="276" w:lineRule="auto"/>
      </w:pPr>
      <w:r w:rsidRPr="0076626E">
        <w:lastRenderedPageBreak/>
        <w:t>I track the silver channels running through the walls as I walk forward. Their pulse is erratic, brightening and fading without pattern. In places, the silver seems almost cloudy, as if something is interfering with its flow. Not a good sign when magical wards are all that prevent diplomatic incidents from becoming blood-soaked catastrophes.</w:t>
      </w:r>
    </w:p>
    <w:p w14:paraId="2643E335" w14:textId="77777777" w:rsidR="0076626E" w:rsidRPr="0076626E" w:rsidRDefault="0076626E" w:rsidP="0076626E">
      <w:pPr>
        <w:spacing w:line="276" w:lineRule="auto"/>
      </w:pPr>
      <w:r w:rsidRPr="0076626E">
        <w:t>Baron Nevan stands near the central table, his condition immediately drawing my eye. Dark veins stand out against his pale skin, spreading upward from his collar like cracks in porcelain. His hands tremble visibly as he gestures toward a map spread across the table. The rhythm of his tremors matches the uneven pulses of the silver channels in the walls. Not a coincidence, then. Whatever affects the wards affects those connected to them.</w:t>
      </w:r>
    </w:p>
    <w:p w14:paraId="15702A7E" w14:textId="77777777" w:rsidR="0076626E" w:rsidRPr="0076626E" w:rsidRDefault="0076626E" w:rsidP="0076626E">
      <w:pPr>
        <w:spacing w:line="276" w:lineRule="auto"/>
      </w:pPr>
      <w:r w:rsidRPr="0076626E">
        <w:t>Queen Valeria stands at the head of the table, still as carved stone. Her black gown today features silver embroidery that mimics the ward patterns, a sartorial reminder of her connection to Beaumont's defenses. She doesn't acknowledge my entrance, but the bond between us warms slightly, like a candle flame responding to a breath.</w:t>
      </w:r>
    </w:p>
    <w:p w14:paraId="0B1AED22" w14:textId="77777777" w:rsidR="0076626E" w:rsidRPr="0076626E" w:rsidRDefault="0076626E" w:rsidP="0076626E">
      <w:pPr>
        <w:spacing w:line="276" w:lineRule="auto"/>
      </w:pPr>
      <w:r w:rsidRPr="0076626E">
        <w:t>Lord Ardent occupies the position of authority to Valeria's right. Unlike the others, his expression shows no strain despite the ward disturbance. His silver eyes sweep over me with clinical disinterest before returning to his report.</w:t>
      </w:r>
    </w:p>
    <w:p w14:paraId="2307DE29" w14:textId="77777777" w:rsidR="0076626E" w:rsidRPr="0076626E" w:rsidRDefault="0076626E" w:rsidP="0076626E">
      <w:pPr>
        <w:spacing w:line="276" w:lineRule="auto"/>
      </w:pPr>
      <w:r w:rsidRPr="0076626E">
        <w:t>"Three ward-node failures overnight," he continues, voice carrying effortlessly in the acoustically perfect chamber. "Two sentinels collapsed after feeding and one death. The stability decreases exponentially the further we move from the central nexus."</w:t>
      </w:r>
    </w:p>
    <w:p w14:paraId="7FE29632" w14:textId="77777777" w:rsidR="0076626E" w:rsidRPr="0076626E" w:rsidRDefault="0076626E" w:rsidP="0076626E">
      <w:pPr>
        <w:spacing w:line="276" w:lineRule="auto"/>
      </w:pPr>
      <w:r w:rsidRPr="0076626E">
        <w:t>His tone suggests he's discussing weather patterns rather than potentially catastrophic magical failure. Vampires have perfected the art of discussing disaster with perfect composure. If the world were ending, they'd describe it with impeccable diction and proper posture.</w:t>
      </w:r>
    </w:p>
    <w:p w14:paraId="32A8EB0F" w14:textId="77777777" w:rsidR="0076626E" w:rsidRPr="0076626E" w:rsidRDefault="0076626E" w:rsidP="0076626E">
      <w:pPr>
        <w:spacing w:line="276" w:lineRule="auto"/>
      </w:pPr>
      <w:r w:rsidRPr="0076626E">
        <w:t>"The destabilization coincides precisely with the human's arrival," Ardent adds, not looking in my direction but ensuring every syllable reaches me clearly.</w:t>
      </w:r>
    </w:p>
    <w:p w14:paraId="154E71B3" w14:textId="77777777" w:rsidR="0076626E" w:rsidRPr="0076626E" w:rsidRDefault="0076626E" w:rsidP="0076626E">
      <w:pPr>
        <w:spacing w:line="276" w:lineRule="auto"/>
      </w:pPr>
      <w:r w:rsidRPr="0076626E">
        <w:t>There it is—the accusation wrapped in observation. Not a direct attack, merely a careful alignment of facts that point toward a specific conclusion. I keep my face neutral, my posture relaxed. Diplomatic training serves me well here. Never let them see you flinch.</w:t>
      </w:r>
    </w:p>
    <w:p w14:paraId="7D6C8BEF" w14:textId="77777777" w:rsidR="0076626E" w:rsidRPr="0076626E" w:rsidRDefault="0076626E" w:rsidP="0076626E">
      <w:pPr>
        <w:spacing w:line="276" w:lineRule="auto"/>
      </w:pPr>
      <w:r w:rsidRPr="0076626E">
        <w:t>His words ripple through the court in murmurs and subtle shifts of position. The division is immediate and clear. The traditionalists nod in grim satisfaction, while the moderates exchange glances, weighing possibilities. The progressives stiffen, their disagreement visible in minute changes of posture.</w:t>
      </w:r>
    </w:p>
    <w:p w14:paraId="48413A99" w14:textId="77777777" w:rsidR="0076626E" w:rsidRPr="0076626E" w:rsidRDefault="0076626E" w:rsidP="0076626E">
      <w:pPr>
        <w:spacing w:line="276" w:lineRule="auto"/>
      </w:pPr>
      <w:r w:rsidRPr="0076626E">
        <w:t xml:space="preserve">I continue forward until I reach the appropriate position at the table, precisely measured—close enough to participate, far enough to indicate respect for vampire territory. The bond beneath my </w:t>
      </w:r>
      <w:proofErr w:type="gramStart"/>
      <w:r w:rsidRPr="0076626E">
        <w:t>ribs</w:t>
      </w:r>
      <w:proofErr w:type="gramEnd"/>
      <w:r w:rsidRPr="0076626E">
        <w:t xml:space="preserve"> pulses once, sharply, and I notice Valeria's fingers briefly tighten on the edge of the table before relaxing again.</w:t>
      </w:r>
    </w:p>
    <w:p w14:paraId="0971D348" w14:textId="77777777" w:rsidR="0076626E" w:rsidRPr="0076626E" w:rsidRDefault="0076626E" w:rsidP="0076626E">
      <w:pPr>
        <w:spacing w:line="276" w:lineRule="auto"/>
      </w:pPr>
      <w:r w:rsidRPr="0076626E">
        <w:lastRenderedPageBreak/>
        <w:t>Baron Nevan's trembling intensifies as I take my place. The dark veins on his neck pulse in time with the faltering wards. "The contamination spreads," he manages, voice strained. "Whatever corrupts the channels is moving through the entire system."</w:t>
      </w:r>
    </w:p>
    <w:p w14:paraId="6EC32082" w14:textId="77777777" w:rsidR="0076626E" w:rsidRPr="0076626E" w:rsidRDefault="0076626E" w:rsidP="0076626E">
      <w:pPr>
        <w:spacing w:line="276" w:lineRule="auto"/>
      </w:pPr>
      <w:r w:rsidRPr="0076626E">
        <w:t>"And yet," says a female noble whose name I recall as Lady Vesper, "the instability lessens in the queen's presence." Her eyes shift meaningfully between Valeria and me. Not an accusation, but a data point being added to the conversation.</w:t>
      </w:r>
    </w:p>
    <w:p w14:paraId="4EC313A3" w14:textId="77777777" w:rsidR="0076626E" w:rsidRPr="0076626E" w:rsidRDefault="0076626E" w:rsidP="0076626E">
      <w:pPr>
        <w:spacing w:line="276" w:lineRule="auto"/>
      </w:pPr>
      <w:proofErr w:type="spellStart"/>
      <w:r w:rsidRPr="0076626E">
        <w:t>Ardent's</w:t>
      </w:r>
      <w:proofErr w:type="spellEnd"/>
      <w:r w:rsidRPr="0076626E">
        <w:t xml:space="preserve"> mouth tightens fractionally. "Temporary stabilization at the source cannot offset systemic corruption. The pattern is clear." He gestures to a sentinel who steps forward with a silver tablet. "The measurements taken at dawn show accelerating degradation throughout the east wing, corresponding exactly with the human's quarters."</w:t>
      </w:r>
    </w:p>
    <w:p w14:paraId="2CD52A29" w14:textId="77777777" w:rsidR="0076626E" w:rsidRPr="0076626E" w:rsidRDefault="0076626E" w:rsidP="0076626E">
      <w:pPr>
        <w:spacing w:line="276" w:lineRule="auto"/>
      </w:pPr>
      <w:r w:rsidRPr="0076626E">
        <w:t>I don't correct him by using my name or title. The deliberate use of "the human" is a political statement—reducing me to species rather than individual. Acknowledging the slight would give it power. Instead, I maintain my silence, observing.</w:t>
      </w:r>
    </w:p>
    <w:p w14:paraId="08BF277D" w14:textId="77777777" w:rsidR="0076626E" w:rsidRPr="0076626E" w:rsidRDefault="0076626E" w:rsidP="0076626E">
      <w:pPr>
        <w:spacing w:line="276" w:lineRule="auto"/>
      </w:pPr>
      <w:r w:rsidRPr="0076626E">
        <w:t>"Is it possible," suggests a moderate noble whose name I don't catch, "that human presence simply reveals existing instabilities rather than causes them?"</w:t>
      </w:r>
    </w:p>
    <w:p w14:paraId="285A898E" w14:textId="77777777" w:rsidR="0076626E" w:rsidRPr="0076626E" w:rsidRDefault="0076626E" w:rsidP="0076626E">
      <w:pPr>
        <w:spacing w:line="276" w:lineRule="auto"/>
      </w:pPr>
      <w:r w:rsidRPr="0076626E">
        <w:t>A thoughtful question that earns him a glacial look from Ardent.</w:t>
      </w:r>
    </w:p>
    <w:p w14:paraId="345BC755" w14:textId="77777777" w:rsidR="0076626E" w:rsidRPr="0076626E" w:rsidRDefault="0076626E" w:rsidP="0076626E">
      <w:pPr>
        <w:spacing w:line="276" w:lineRule="auto"/>
      </w:pPr>
      <w:r w:rsidRPr="0076626E">
        <w:t xml:space="preserve">"The wards have stood for centuries without incident," Ardent replies. "They survived the war, the treaty negotiations, and decades of human diplomats coming and going. Yet within days of this </w:t>
      </w:r>
      <w:proofErr w:type="gramStart"/>
      <w:r w:rsidRPr="0076626E">
        <w:t>particular human's</w:t>
      </w:r>
      <w:proofErr w:type="gramEnd"/>
      <w:r w:rsidRPr="0076626E">
        <w:t xml:space="preserve"> arrival, we have systemic failures. The correlation cannot be ignored."</w:t>
      </w:r>
    </w:p>
    <w:p w14:paraId="3FFACAF1" w14:textId="77777777" w:rsidR="0076626E" w:rsidRPr="0076626E" w:rsidRDefault="0076626E" w:rsidP="0076626E">
      <w:pPr>
        <w:spacing w:line="276" w:lineRule="auto"/>
      </w:pPr>
      <w:r w:rsidRPr="0076626E">
        <w:t>I feel eyes on me from every direction—some curious, some suspicious, some openly hostile. The weight of attention in a vampire court is different from human politics. More predatory, more assessing. They aren't just judging my words or position; they're calculating my value versus my threat.</w:t>
      </w:r>
    </w:p>
    <w:p w14:paraId="134848D5" w14:textId="77777777" w:rsidR="0076626E" w:rsidRPr="0076626E" w:rsidRDefault="0076626E" w:rsidP="0076626E">
      <w:pPr>
        <w:spacing w:line="276" w:lineRule="auto"/>
      </w:pPr>
      <w:r w:rsidRPr="0076626E">
        <w:t>"Correlation is not causation, Lord Ardent." Valeria's voice cuts through the tension like a blade. "The timing may suggest connection, but proof requires more than coincidence."</w:t>
      </w:r>
    </w:p>
    <w:p w14:paraId="571EDF94" w14:textId="77777777" w:rsidR="0076626E" w:rsidRPr="0076626E" w:rsidRDefault="0076626E" w:rsidP="0076626E">
      <w:pPr>
        <w:spacing w:line="276" w:lineRule="auto"/>
      </w:pPr>
      <w:r w:rsidRPr="0076626E">
        <w:t>Her eyes meet mine briefly. The bond between us warms again, but there's something new in it—a tension, an alertness. Warning, perhaps.</w:t>
      </w:r>
    </w:p>
    <w:p w14:paraId="5674268D" w14:textId="77777777" w:rsidR="0076626E" w:rsidRPr="0076626E" w:rsidRDefault="0076626E" w:rsidP="0076626E">
      <w:pPr>
        <w:spacing w:line="276" w:lineRule="auto"/>
      </w:pPr>
      <w:r w:rsidRPr="0076626E">
        <w:t>"With respect, Your Majesty," Ardent counters, his formal tone barely masking impatience, "when the pattern is this clear, precaution demands action. If Diplomat Everhart is indeed innocent of influence, she should welcome investigation rather than protection."</w:t>
      </w:r>
    </w:p>
    <w:p w14:paraId="40F7DDBE" w14:textId="77777777" w:rsidR="0076626E" w:rsidRPr="0076626E" w:rsidRDefault="0076626E" w:rsidP="0076626E">
      <w:pPr>
        <w:spacing w:line="276" w:lineRule="auto"/>
      </w:pPr>
      <w:r w:rsidRPr="0076626E">
        <w:t>His use of my title now is calculated—acknowledging my status only to suggest I should volunteer to surrender it. Clever. If I object, I appear guilty. If I agree, I accept his authority to investigate me.</w:t>
      </w:r>
    </w:p>
    <w:p w14:paraId="000298CB" w14:textId="77777777" w:rsidR="0076626E" w:rsidRPr="0076626E" w:rsidRDefault="0076626E" w:rsidP="0076626E">
      <w:pPr>
        <w:spacing w:line="276" w:lineRule="auto"/>
      </w:pPr>
      <w:r w:rsidRPr="0076626E">
        <w:lastRenderedPageBreak/>
        <w:t>Valeria's expression doesn't change, but the ward channels nearest her throne brighten momentarily. "And what action does prudence suggest, Lord Ardent?" The question carries weight beyond its words.</w:t>
      </w:r>
    </w:p>
    <w:p w14:paraId="7EAC6441" w14:textId="77777777" w:rsidR="0076626E" w:rsidRPr="0076626E" w:rsidRDefault="0076626E" w:rsidP="0076626E">
      <w:pPr>
        <w:spacing w:line="276" w:lineRule="auto"/>
      </w:pPr>
      <w:r w:rsidRPr="0076626E">
        <w:t xml:space="preserve">The court holds its collective breath. </w:t>
      </w:r>
      <w:proofErr w:type="spellStart"/>
      <w:r w:rsidRPr="0076626E">
        <w:t>Ardent's</w:t>
      </w:r>
      <w:proofErr w:type="spellEnd"/>
      <w:r w:rsidRPr="0076626E">
        <w:t xml:space="preserve"> faction straightens, anticipating victory. The progressives shift uneasily. The moderates watch with careful neutrality, unwilling to commit before seeing how the political winds blow.</w:t>
      </w:r>
    </w:p>
    <w:p w14:paraId="368F20E1" w14:textId="77777777" w:rsidR="0076626E" w:rsidRPr="0076626E" w:rsidRDefault="0076626E" w:rsidP="0076626E">
      <w:pPr>
        <w:spacing w:line="276" w:lineRule="auto"/>
      </w:pPr>
      <w:r w:rsidRPr="0076626E">
        <w:t>I remain still, the perfect diplomatic statue, while calculating rapidly. Ardent has orchestrated this carefully. The question isn't whether he'll move against me, but how—and whether Valeria will permit it. The bond pulses warm beneath my ribs, neither warning nor reassurance. Just presence.</w:t>
      </w:r>
    </w:p>
    <w:p w14:paraId="2BED248B" w14:textId="77777777" w:rsidR="0076626E" w:rsidRPr="0076626E" w:rsidRDefault="0076626E" w:rsidP="0076626E">
      <w:pPr>
        <w:spacing w:line="276" w:lineRule="auto"/>
      </w:pPr>
      <w:r w:rsidRPr="0076626E">
        <w:t>Whatever comes next, I know one thing with absolute certainty: this council chamber has just become a battlefield, and I am standing directly in the crossfire.</w:t>
      </w:r>
    </w:p>
    <w:p w14:paraId="439FA2F1" w14:textId="77777777" w:rsidR="0076626E" w:rsidRPr="0076626E" w:rsidRDefault="0076626E" w:rsidP="0076626E">
      <w:pPr>
        <w:spacing w:line="276" w:lineRule="auto"/>
      </w:pPr>
      <w:r w:rsidRPr="0076626E">
        <w:t>Lord Ardent lifts one pale hand in a gesture so subtle it might be missed by human eyes. A sentinel detaches from the line at the wall, moving forward with the fluid grace that makes vampire motion so unnervingly beautiful. In his hands—no, not in them, but suspended above them—hover three silver bands etched with complex sigils. Containment magic. I recognize it from the treaty archives, though I've never seen it activated. Which is precisely the point, since activation would constitute a treaty violation unless I'm found guilty of something first.</w:t>
      </w:r>
    </w:p>
    <w:p w14:paraId="5E3AC51A" w14:textId="77777777" w:rsidR="0076626E" w:rsidRPr="0076626E" w:rsidRDefault="0076626E" w:rsidP="0076626E">
      <w:pPr>
        <w:spacing w:line="276" w:lineRule="auto"/>
      </w:pPr>
      <w:r w:rsidRPr="0076626E">
        <w:t>The sentinel approaches with ceremonial precision, each step measured as if walking to music only vampires can hear. His face remains impassive, but his eyes assess me with the cold calculation of someone handling a suspicious package that might explode.</w:t>
      </w:r>
    </w:p>
    <w:p w14:paraId="0FA85036" w14:textId="77777777" w:rsidR="0076626E" w:rsidRPr="0076626E" w:rsidRDefault="0076626E" w:rsidP="0076626E">
      <w:pPr>
        <w:spacing w:line="276" w:lineRule="auto"/>
      </w:pPr>
      <w:r w:rsidRPr="0076626E">
        <w:t xml:space="preserve">The silver bands rotate slowly in the air between us, catching firelight and throwing it back in fractured patterns. They're beautifully crafted—because of course they are. Vampires don't do utilitarian. Each band is approximately two inches </w:t>
      </w:r>
      <w:proofErr w:type="gramStart"/>
      <w:r w:rsidRPr="0076626E">
        <w:t>wide,</w:t>
      </w:r>
      <w:proofErr w:type="gramEnd"/>
      <w:r w:rsidRPr="0076626E">
        <w:t xml:space="preserve"> the outer surface engraved with intricate sigils that seem to shift slightly when I try to focus on them. The inner surfaces gleam smooth and perfect, designed to rest against skin without breaking it. Restraints that won't damage the merchandise. How considerate.</w:t>
      </w:r>
    </w:p>
    <w:p w14:paraId="4719F252" w14:textId="77777777" w:rsidR="0076626E" w:rsidRPr="0076626E" w:rsidRDefault="0076626E" w:rsidP="0076626E">
      <w:pPr>
        <w:spacing w:line="276" w:lineRule="auto"/>
      </w:pPr>
      <w:r w:rsidRPr="0076626E">
        <w:t>"For Beaumont's protection," the sentinel announces, his voice carrying the formal weight of official proclamation, "the human should be placed under containment sigils until causation is determined."</w:t>
      </w:r>
    </w:p>
    <w:p w14:paraId="4972114D" w14:textId="77777777" w:rsidR="0076626E" w:rsidRPr="0076626E" w:rsidRDefault="0076626E" w:rsidP="0076626E">
      <w:pPr>
        <w:spacing w:line="276" w:lineRule="auto"/>
      </w:pPr>
      <w:r w:rsidRPr="0076626E">
        <w:t>The bands rise slightly, hovering at wrist and neck height. Waiting.</w:t>
      </w:r>
    </w:p>
    <w:p w14:paraId="380E84D3" w14:textId="77777777" w:rsidR="0076626E" w:rsidRPr="0076626E" w:rsidRDefault="0076626E" w:rsidP="0076626E">
      <w:pPr>
        <w:spacing w:line="276" w:lineRule="auto"/>
      </w:pPr>
      <w:r w:rsidRPr="0076626E">
        <w:t>As if responding to their presence, the ward channels in the walls flicker violently, silver light pulsing in erratic bursts. A ripple moves through the assembled nobles as they register the reaction. Someone murmurs something too low for me to catch. Someone else takes a step back.</w:t>
      </w:r>
    </w:p>
    <w:p w14:paraId="200A61EE" w14:textId="77777777" w:rsidR="0076626E" w:rsidRPr="0076626E" w:rsidRDefault="0076626E" w:rsidP="0076626E">
      <w:pPr>
        <w:spacing w:line="276" w:lineRule="auto"/>
      </w:pPr>
      <w:r w:rsidRPr="0076626E">
        <w:lastRenderedPageBreak/>
        <w:t>My chest tightens involuntarily, heart accelerating despite my best diplomatic efforts to appear unconcerned. I remain rooted in place, neither retreating nor advancing. Movement in either direction would be interpreted—as submission or aggression, neither of which serves my purpose.</w:t>
      </w:r>
    </w:p>
    <w:p w14:paraId="495BA1AE" w14:textId="77777777" w:rsidR="0076626E" w:rsidRPr="0076626E" w:rsidRDefault="0076626E" w:rsidP="0076626E">
      <w:pPr>
        <w:spacing w:line="276" w:lineRule="auto"/>
      </w:pPr>
      <w:r w:rsidRPr="0076626E">
        <w:t>"Oh good. Decorative shackles. Very diplomatic," I think, keeping my face carefully neutral. The treaty language specifically prohibits restraining diplomatic envoys without direct evidence of treaty violation. Lord Ardent knows this. He's counting on my reaction to provide that evidence.</w:t>
      </w:r>
    </w:p>
    <w:p w14:paraId="5B566F38" w14:textId="77777777" w:rsidR="0076626E" w:rsidRPr="0076626E" w:rsidRDefault="0076626E" w:rsidP="0076626E">
      <w:pPr>
        <w:spacing w:line="276" w:lineRule="auto"/>
      </w:pPr>
      <w:r w:rsidRPr="0076626E">
        <w:t xml:space="preserve">Across the table, Valeria stands motionless, her eyes calculating as they move between the containment bands and my face. The bond between us hums with something I can't interpret—not warning, exactly, but heightened awareness. She makes no move to intervene, her face a perfect mask of royal consideration. To an observer, she appears to be weighing the suggestion on its merits. I suspect she's </w:t>
      </w:r>
      <w:proofErr w:type="gramStart"/>
      <w:r w:rsidRPr="0076626E">
        <w:t>actually calculating</w:t>
      </w:r>
      <w:proofErr w:type="gramEnd"/>
      <w:r w:rsidRPr="0076626E">
        <w:t xml:space="preserve"> the political cost of different responses.</w:t>
      </w:r>
    </w:p>
    <w:p w14:paraId="1DF59D79" w14:textId="77777777" w:rsidR="0076626E" w:rsidRPr="0076626E" w:rsidRDefault="0076626E" w:rsidP="0076626E">
      <w:pPr>
        <w:spacing w:line="276" w:lineRule="auto"/>
      </w:pPr>
      <w:r w:rsidRPr="0076626E">
        <w:t>"If she is harmless," Ardent adds, his tone suggesting reasonable compromise while his eyes remain cold, "the sigils will not resist her. They respond only to magical interference or intent to harm."</w:t>
      </w:r>
    </w:p>
    <w:p w14:paraId="72A6F489" w14:textId="77777777" w:rsidR="0076626E" w:rsidRPr="0076626E" w:rsidRDefault="0076626E" w:rsidP="0076626E">
      <w:pPr>
        <w:spacing w:line="276" w:lineRule="auto"/>
      </w:pPr>
      <w:r w:rsidRPr="0076626E">
        <w:t>And there it is—the trap, beautifully constructed and impossible to sidestep. If I refuse the bands, I appear guilty. If I accept them and they react negatively, it confirms suspicion. If they don't react, I'm effectively shackled and my diplomatic status compromised.</w:t>
      </w:r>
    </w:p>
    <w:p w14:paraId="0A0013D9" w14:textId="77777777" w:rsidR="0076626E" w:rsidRPr="0076626E" w:rsidRDefault="0076626E" w:rsidP="0076626E">
      <w:pPr>
        <w:spacing w:line="276" w:lineRule="auto"/>
      </w:pPr>
      <w:r w:rsidRPr="0076626E">
        <w:t>The silver bands continue their slow rotation in the air between us, hypnotic in their precision. The ward channels pulse erratically, their rhythm matching the uncomfortable tightness in my chest. The room has gone completely silent, every eye fixed on either me or Valeria. The political calculation is obvious: whoever speaks next claims the advantage.</w:t>
      </w:r>
    </w:p>
    <w:p w14:paraId="40062AD9" w14:textId="77777777" w:rsidR="0076626E" w:rsidRPr="0076626E" w:rsidRDefault="0076626E" w:rsidP="0076626E">
      <w:pPr>
        <w:spacing w:line="276" w:lineRule="auto"/>
      </w:pPr>
      <w:r w:rsidRPr="0076626E">
        <w:t>Baron Nevan's trembling has worsened, the dark veins now extending up his jaw toward his temple. He watches the bands with undisguised apprehension, as if they might somehow worsen his condition. Perhaps they might. The magic of Beaumont remains largely mysterious to human understanding, despite decades of diplomacy.</w:t>
      </w:r>
    </w:p>
    <w:p w14:paraId="47A69774" w14:textId="77777777" w:rsidR="0076626E" w:rsidRPr="0076626E" w:rsidRDefault="0076626E" w:rsidP="0076626E">
      <w:pPr>
        <w:spacing w:line="276" w:lineRule="auto"/>
      </w:pPr>
      <w:r w:rsidRPr="0076626E">
        <w:t>"The Crimson Accord," I say, breaking the silence with deliberate calm, "specifies conditions for restraint of diplomatic personnel." I don't move, don't flinch away from the floating bands. "Has evidence of treaty violation been presented to justify such measures?"</w:t>
      </w:r>
    </w:p>
    <w:p w14:paraId="5D0D2810" w14:textId="77777777" w:rsidR="0076626E" w:rsidRPr="0076626E" w:rsidRDefault="0076626E" w:rsidP="0076626E">
      <w:pPr>
        <w:spacing w:line="276" w:lineRule="auto"/>
      </w:pPr>
      <w:r w:rsidRPr="0076626E">
        <w:t>Diplomatic deflection—answering accusation with procedure. My father would be proud.</w:t>
      </w:r>
    </w:p>
    <w:p w14:paraId="5CC6CF5E" w14:textId="77777777" w:rsidR="0076626E" w:rsidRPr="0076626E" w:rsidRDefault="0076626E" w:rsidP="0076626E">
      <w:pPr>
        <w:spacing w:line="276" w:lineRule="auto"/>
      </w:pPr>
      <w:proofErr w:type="spellStart"/>
      <w:r w:rsidRPr="0076626E">
        <w:t>Ardent's</w:t>
      </w:r>
      <w:proofErr w:type="spellEnd"/>
      <w:r w:rsidRPr="0076626E">
        <w:t xml:space="preserve"> lips curve into something adjacent to a smile. "The Accord also stipulates that immediate threat to the host nation's security supersedes diplomatic immunity. The ward failures constitute such a threat."</w:t>
      </w:r>
    </w:p>
    <w:p w14:paraId="520E3605" w14:textId="77777777" w:rsidR="0076626E" w:rsidRPr="0076626E" w:rsidRDefault="0076626E" w:rsidP="0076626E">
      <w:pPr>
        <w:spacing w:line="276" w:lineRule="auto"/>
      </w:pPr>
      <w:r w:rsidRPr="0076626E">
        <w:lastRenderedPageBreak/>
        <w:t>The sentinel takes another step forward, the silver bands drifting closer to me.</w:t>
      </w:r>
    </w:p>
    <w:p w14:paraId="063B34BD" w14:textId="77777777" w:rsidR="0076626E" w:rsidRPr="0076626E" w:rsidRDefault="0076626E" w:rsidP="0076626E">
      <w:pPr>
        <w:spacing w:line="276" w:lineRule="auto"/>
      </w:pPr>
      <w:r w:rsidRPr="0076626E">
        <w:t>"If the sigils confirm no interference," Valeria speaks finally, her voice perfectly measured, "what then, Lord Ardent? We would have unnecessarily restricted a diplomatic envoy."</w:t>
      </w:r>
    </w:p>
    <w:p w14:paraId="2862DEC0" w14:textId="77777777" w:rsidR="0076626E" w:rsidRPr="0076626E" w:rsidRDefault="0076626E" w:rsidP="0076626E">
      <w:pPr>
        <w:spacing w:line="276" w:lineRule="auto"/>
      </w:pPr>
      <w:r w:rsidRPr="0076626E">
        <w:t>"If they confirm interference," he counters smoothly, "we would have protected Beaumont from further harm."</w:t>
      </w:r>
    </w:p>
    <w:p w14:paraId="7408260B" w14:textId="77777777" w:rsidR="0076626E" w:rsidRPr="0076626E" w:rsidRDefault="0076626E" w:rsidP="0076626E">
      <w:pPr>
        <w:spacing w:line="276" w:lineRule="auto"/>
      </w:pPr>
      <w:r w:rsidRPr="0076626E">
        <w:t>The bands hover closer still. I can feel a subtle vibration emanating from them now, a low hum that seems to resonate with the bond beneath my ribs. Not painful, but present. Aware.</w:t>
      </w:r>
    </w:p>
    <w:p w14:paraId="77A859F8" w14:textId="77777777" w:rsidR="0076626E" w:rsidRPr="0076626E" w:rsidRDefault="0076626E" w:rsidP="0076626E">
      <w:pPr>
        <w:spacing w:line="276" w:lineRule="auto"/>
      </w:pPr>
      <w:r w:rsidRPr="0076626E">
        <w:t>The ward channels brighten suddenly as the bands approach, their silver light intensifying to an almost painful degree. Several vampires step back, hands lifting instinctively to shield sensitive eyes. The sentinel hesitates, uncertainty flickering across his previously impassive face.</w:t>
      </w:r>
    </w:p>
    <w:p w14:paraId="1090878B" w14:textId="77777777" w:rsidR="0076626E" w:rsidRPr="0076626E" w:rsidRDefault="0076626E" w:rsidP="0076626E">
      <w:pPr>
        <w:spacing w:line="276" w:lineRule="auto"/>
      </w:pPr>
      <w:r w:rsidRPr="0076626E">
        <w:t>"The wards respond," Ardent says, satisfaction evident in his tone. "Further evidence of interference."</w:t>
      </w:r>
    </w:p>
    <w:p w14:paraId="13AC8A22" w14:textId="77777777" w:rsidR="0076626E" w:rsidRPr="0076626E" w:rsidRDefault="0076626E" w:rsidP="0076626E">
      <w:pPr>
        <w:spacing w:line="276" w:lineRule="auto"/>
      </w:pPr>
      <w:r w:rsidRPr="0076626E">
        <w:t>"The wards respond to many stimuli," counters one of the progressive nobles. "Including certain types of magic being performed near them."</w:t>
      </w:r>
    </w:p>
    <w:p w14:paraId="5D3BFB63" w14:textId="77777777" w:rsidR="0076626E" w:rsidRPr="0076626E" w:rsidRDefault="0076626E" w:rsidP="0076626E">
      <w:pPr>
        <w:spacing w:line="276" w:lineRule="auto"/>
      </w:pPr>
      <w:r w:rsidRPr="0076626E">
        <w:t>"Like containment magic," adds another, more boldly.</w:t>
      </w:r>
    </w:p>
    <w:p w14:paraId="6127F847" w14:textId="77777777" w:rsidR="0076626E" w:rsidRPr="0076626E" w:rsidRDefault="0076626E" w:rsidP="0076626E">
      <w:pPr>
        <w:spacing w:line="276" w:lineRule="auto"/>
      </w:pPr>
      <w:r w:rsidRPr="0076626E">
        <w:t>Valeria's eyes narrow fractionally, the only visible indication of her thoughts. She doesn't intervene as the sentinel recovers his composure and takes the final step that brings the bands within inches of my skin.</w:t>
      </w:r>
    </w:p>
    <w:p w14:paraId="556CAA89" w14:textId="77777777" w:rsidR="0076626E" w:rsidRPr="0076626E" w:rsidRDefault="0076626E" w:rsidP="0076626E">
      <w:pPr>
        <w:spacing w:line="276" w:lineRule="auto"/>
      </w:pPr>
      <w:r w:rsidRPr="0076626E">
        <w:t>I hold perfectly still, breath measured, expression neutral. The diplomatic part of my brain catalogs reactions around the room, noting who seems eager for my restraint and who appears concerned. The less diplomatic part—the part that's still fundamentally human despite years of training—wants to back away from the floating symbols of imprisonment hovering before me.</w:t>
      </w:r>
    </w:p>
    <w:p w14:paraId="44D73571" w14:textId="77777777" w:rsidR="0076626E" w:rsidRPr="0076626E" w:rsidRDefault="0076626E" w:rsidP="0076626E">
      <w:pPr>
        <w:spacing w:line="276" w:lineRule="auto"/>
      </w:pPr>
      <w:r w:rsidRPr="0076626E">
        <w:t>"This is unnecessary," Valeria says finally, though she makes no move to stop the procedure. "But if it will satisfy the council's concerns, let us proceed."</w:t>
      </w:r>
    </w:p>
    <w:p w14:paraId="0F2A0A91" w14:textId="77777777" w:rsidR="0076626E" w:rsidRPr="0076626E" w:rsidRDefault="0076626E" w:rsidP="0076626E">
      <w:pPr>
        <w:spacing w:line="276" w:lineRule="auto"/>
      </w:pPr>
      <w:r w:rsidRPr="0076626E">
        <w:t>Our eyes meet briefly across the chamber. The bond warms between us, a silent communication I still can't fully interpret. Warning? Reassurance? Strategy? Her expression reveals nothing.</w:t>
      </w:r>
    </w:p>
    <w:p w14:paraId="5AE42056" w14:textId="77777777" w:rsidR="0076626E" w:rsidRPr="0076626E" w:rsidRDefault="0076626E" w:rsidP="0076626E">
      <w:pPr>
        <w:spacing w:line="276" w:lineRule="auto"/>
      </w:pPr>
      <w:r w:rsidRPr="0076626E">
        <w:t>The sentinel begins the formal intonation that will activate the sigils. The wards pulse faster, brighter, their rhythm increasingly chaotic. Baron Nevan groans softly, clutching at the table edge as the trembling in his hands intensifies.</w:t>
      </w:r>
    </w:p>
    <w:p w14:paraId="7CB95DE7" w14:textId="77777777" w:rsidR="0076626E" w:rsidRPr="0076626E" w:rsidRDefault="0076626E" w:rsidP="0076626E">
      <w:pPr>
        <w:spacing w:line="276" w:lineRule="auto"/>
      </w:pPr>
      <w:r w:rsidRPr="0076626E">
        <w:lastRenderedPageBreak/>
        <w:t>Ardent watches with the satisfied expression of someone seeing their strategy unfold exactly as planned. "This will either prove your innocence," he says to me directly, finally acknowledging my presence as an individual, "or confirm what the evidence already suggests."</w:t>
      </w:r>
    </w:p>
    <w:p w14:paraId="6E545EE0" w14:textId="77777777" w:rsidR="0076626E" w:rsidRPr="0076626E" w:rsidRDefault="0076626E" w:rsidP="0076626E">
      <w:pPr>
        <w:spacing w:line="276" w:lineRule="auto"/>
      </w:pPr>
      <w:r w:rsidRPr="0076626E">
        <w:t>The bands begin to glow brighter, the sigils along their surfaces sharpening into painful clarity. The sentinel continues his intonation, each syllable causing the silver to brighten further.</w:t>
      </w:r>
    </w:p>
    <w:p w14:paraId="35C8B03C" w14:textId="77777777" w:rsidR="0076626E" w:rsidRPr="0076626E" w:rsidRDefault="0076626E" w:rsidP="0076626E">
      <w:pPr>
        <w:spacing w:line="276" w:lineRule="auto"/>
      </w:pPr>
      <w:r w:rsidRPr="0076626E">
        <w:t>I steel myself for what comes next, diplomat's mask firmly in place despite the racing of my heart. Whatever happens in the next few moments will either vindicate me or condemn me. Either way, I can't afford to show fear.</w:t>
      </w:r>
    </w:p>
    <w:p w14:paraId="6F1DC72F" w14:textId="77777777" w:rsidR="0076626E" w:rsidRPr="0076626E" w:rsidRDefault="0076626E" w:rsidP="0076626E">
      <w:pPr>
        <w:spacing w:line="276" w:lineRule="auto"/>
      </w:pPr>
      <w:r w:rsidRPr="0076626E">
        <w:t>But deep beneath my carefully maintained composure, a single thought surfaces with perfect clarity: this is not about ward stability or diplomatic protocol. This is about power—who has it, who wants it, and who's expendable in the struggle to maintain it.</w:t>
      </w:r>
    </w:p>
    <w:p w14:paraId="646F4AA9" w14:textId="77777777" w:rsidR="0076626E" w:rsidRPr="0076626E" w:rsidRDefault="0076626E" w:rsidP="0076626E">
      <w:pPr>
        <w:spacing w:line="276" w:lineRule="auto"/>
      </w:pPr>
      <w:r w:rsidRPr="0076626E">
        <w:t xml:space="preserve">And at this </w:t>
      </w:r>
      <w:proofErr w:type="gramStart"/>
      <w:r w:rsidRPr="0076626E">
        <w:t>particular moment</w:t>
      </w:r>
      <w:proofErr w:type="gramEnd"/>
      <w:r w:rsidRPr="0076626E">
        <w:t>, I appear to be the most expendable person in the room.</w:t>
      </w:r>
    </w:p>
    <w:p w14:paraId="1C902783" w14:textId="77777777" w:rsidR="0076626E" w:rsidRPr="0076626E" w:rsidRDefault="0076626E" w:rsidP="0076626E">
      <w:pPr>
        <w:spacing w:line="276" w:lineRule="auto"/>
      </w:pPr>
      <w:r w:rsidRPr="0076626E">
        <w:t>Movement blurs at the edge of my vision—too fast, too decisive to be anything but attack. A different sentinel breaks formation, crossing the space between us with vampire speed that makes human reflexes irrelevant. The diplomatic part of my brain—the part trained to analyze, to negotiate, to find solutions—simply stops. There is no protocol for this. Just the glint of a blade aimed at my throat and the certainty that I cannot possibly move quickly enough to avoid it.</w:t>
      </w:r>
    </w:p>
    <w:p w14:paraId="61489891" w14:textId="77777777" w:rsidR="0076626E" w:rsidRPr="0076626E" w:rsidRDefault="0076626E" w:rsidP="0076626E">
      <w:pPr>
        <w:spacing w:line="276" w:lineRule="auto"/>
      </w:pPr>
      <w:r w:rsidRPr="0076626E">
        <w:t>"She destabilizes the core!" The sentinel's voice cuts through the chamber, fury giving his words a jagged edge. His face transforms from the impassive mask of duty to something ancient and predatory. This is not calculated political maneuvering. This is visceral, instinctive protection of territory.</w:t>
      </w:r>
    </w:p>
    <w:p w14:paraId="3911D38F" w14:textId="77777777" w:rsidR="0076626E" w:rsidRPr="0076626E" w:rsidRDefault="0076626E" w:rsidP="0076626E">
      <w:pPr>
        <w:spacing w:line="276" w:lineRule="auto"/>
      </w:pPr>
      <w:r w:rsidRPr="0076626E">
        <w:t>Time stretches oddly in moments of crisis. I register details with unnatural clarity: the sentinel's fangs fully extended, the ceremonial blade in his hand engraved with ward sigils that match the patterns on the walls, the collective intake of breath from the assembled nobles. My body begins the futile motion of stepping backward—a human response, too slow to matter.</w:t>
      </w:r>
    </w:p>
    <w:p w14:paraId="7BEDE977" w14:textId="77777777" w:rsidR="0076626E" w:rsidRPr="0076626E" w:rsidRDefault="0076626E" w:rsidP="0076626E">
      <w:pPr>
        <w:spacing w:line="276" w:lineRule="auto"/>
      </w:pPr>
      <w:r w:rsidRPr="0076626E">
        <w:t>Then Valeria moves.</w:t>
      </w:r>
    </w:p>
    <w:p w14:paraId="7122763C" w14:textId="77777777" w:rsidR="0076626E" w:rsidRPr="0076626E" w:rsidRDefault="0076626E" w:rsidP="0076626E">
      <w:pPr>
        <w:spacing w:line="276" w:lineRule="auto"/>
      </w:pPr>
      <w:r w:rsidRPr="0076626E">
        <w:t>One moment she stands across the chamber, and the next she simply exists between me and the blade. I don't see her cross the space. There is no blur of motion, no sound of movement. She is there, and then she is here.</w:t>
      </w:r>
    </w:p>
    <w:p w14:paraId="521ECD50" w14:textId="77777777" w:rsidR="0076626E" w:rsidRPr="0076626E" w:rsidRDefault="0076626E" w:rsidP="0076626E">
      <w:pPr>
        <w:spacing w:line="276" w:lineRule="auto"/>
      </w:pPr>
      <w:r w:rsidRPr="0076626E">
        <w:t>The blade stops inches from my skin, intercepted by Valeria's hand closing around the sentinel's wrist. Her grip looks almost casual, but the sentinel's arm trembles with the effort of fighting against it.</w:t>
      </w:r>
    </w:p>
    <w:p w14:paraId="02B75719" w14:textId="77777777" w:rsidR="0076626E" w:rsidRPr="0076626E" w:rsidRDefault="0076626E" w:rsidP="0076626E">
      <w:pPr>
        <w:spacing w:line="276" w:lineRule="auto"/>
      </w:pPr>
      <w:r w:rsidRPr="0076626E">
        <w:t>"You forget yourself," she says, voice deadly quiet.</w:t>
      </w:r>
    </w:p>
    <w:p w14:paraId="4E95162D" w14:textId="77777777" w:rsidR="0076626E" w:rsidRPr="0076626E" w:rsidRDefault="0076626E" w:rsidP="0076626E">
      <w:pPr>
        <w:spacing w:line="276" w:lineRule="auto"/>
      </w:pPr>
      <w:r w:rsidRPr="0076626E">
        <w:lastRenderedPageBreak/>
        <w:t>In the motion of intervention, Valeria's hand brushes against mine. A seemingly inconsequential contact—the back of her fingers against my palm as she positions herself between me and the threat. The touch lasts less than a heartbeat.</w:t>
      </w:r>
    </w:p>
    <w:p w14:paraId="488089C0" w14:textId="77777777" w:rsidR="0076626E" w:rsidRPr="0076626E" w:rsidRDefault="0076626E" w:rsidP="0076626E">
      <w:pPr>
        <w:spacing w:line="276" w:lineRule="auto"/>
      </w:pPr>
      <w:r w:rsidRPr="0076626E">
        <w:t>It's enough.</w:t>
      </w:r>
    </w:p>
    <w:p w14:paraId="06316D96" w14:textId="77777777" w:rsidR="0076626E" w:rsidRPr="0076626E" w:rsidRDefault="0076626E" w:rsidP="0076626E">
      <w:pPr>
        <w:spacing w:line="276" w:lineRule="auto"/>
      </w:pPr>
      <w:r w:rsidRPr="0076626E">
        <w:t>The bond between us detonates.</w:t>
      </w:r>
    </w:p>
    <w:p w14:paraId="3145B702" w14:textId="77777777" w:rsidR="0076626E" w:rsidRPr="0076626E" w:rsidRDefault="0076626E" w:rsidP="0076626E">
      <w:pPr>
        <w:spacing w:line="276" w:lineRule="auto"/>
      </w:pPr>
      <w:r w:rsidRPr="0076626E">
        <w:t>There is no other word for it. What was a warm awareness beneath my ribs suddenly ignites into something molten and vast, rushing through every nerve ending and flooding my consciousness. It's not pain, exactly, but overwhelming—like trying to channel a river through a garden hose. Too much, too fast.</w:t>
      </w:r>
    </w:p>
    <w:p w14:paraId="5A8AA550" w14:textId="77777777" w:rsidR="0076626E" w:rsidRPr="0076626E" w:rsidRDefault="0076626E" w:rsidP="0076626E">
      <w:pPr>
        <w:spacing w:line="276" w:lineRule="auto"/>
      </w:pPr>
      <w:r w:rsidRPr="0076626E">
        <w:t>Valeria goes rigid, her back to me but her reaction unmistakable. The sentinel's eyes widen as he looks at her face, whatever he sees there causing him to try to recoil. Her grip doesn't allow it.</w:t>
      </w:r>
    </w:p>
    <w:p w14:paraId="13F4C2E2" w14:textId="77777777" w:rsidR="0076626E" w:rsidRPr="0076626E" w:rsidRDefault="0076626E" w:rsidP="0076626E">
      <w:pPr>
        <w:spacing w:line="276" w:lineRule="auto"/>
      </w:pPr>
      <w:r w:rsidRPr="0076626E">
        <w:t>Power ripples outward from the point where our skin made contact, visible as a wave of silver light that expands in a perfect circle around us. It passes through furniture, floor, walls—momentarily illuminating the ward channels embedded in the stone before continuing outward.</w:t>
      </w:r>
    </w:p>
    <w:p w14:paraId="2FE52342" w14:textId="77777777" w:rsidR="0076626E" w:rsidRPr="0076626E" w:rsidRDefault="0076626E" w:rsidP="0076626E">
      <w:pPr>
        <w:spacing w:line="276" w:lineRule="auto"/>
      </w:pPr>
      <w:r w:rsidRPr="0076626E">
        <w:t>The bond pulses between us, no longer just warmth but something alive and deliberate. I feel Valeria's surprise, her alarm, her sudden fierce protective instinct—emotions that aren't mine flowing alongside my own fear and confusion.</w:t>
      </w:r>
    </w:p>
    <w:p w14:paraId="04865593" w14:textId="77777777" w:rsidR="0076626E" w:rsidRPr="0076626E" w:rsidRDefault="0076626E" w:rsidP="0076626E">
      <w:pPr>
        <w:spacing w:line="276" w:lineRule="auto"/>
      </w:pPr>
      <w:r w:rsidRPr="0076626E">
        <w:t>"What is this?" I try to say, but the words catch in my throat.</w:t>
      </w:r>
    </w:p>
    <w:p w14:paraId="308D9D87" w14:textId="77777777" w:rsidR="0076626E" w:rsidRPr="0076626E" w:rsidRDefault="0076626E" w:rsidP="0076626E">
      <w:pPr>
        <w:spacing w:line="276" w:lineRule="auto"/>
      </w:pPr>
      <w:r w:rsidRPr="0076626E">
        <w:t>The sentinel's dagger clatters to the floor, released from suddenly nerveless fingers. Valeria doesn't release his wrist. Her posture shifts subtly, becoming more predator than queen, though the transition is so subtle only someone attuned to her would notice. And somehow, through this inexplicable bond, I am exactly that.</w:t>
      </w:r>
    </w:p>
    <w:p w14:paraId="43E11591" w14:textId="77777777" w:rsidR="0076626E" w:rsidRPr="0076626E" w:rsidRDefault="0076626E" w:rsidP="0076626E">
      <w:pPr>
        <w:spacing w:line="276" w:lineRule="auto"/>
      </w:pPr>
      <w:r w:rsidRPr="0076626E">
        <w:t>Around us, the chamber erupts into motion and sound. Nobles back away, some calling for guards, others demanding explanations. Lord Ardent remains perfectly still, his expression revealing nothing beyond intense focus as he watches the power surge between Valeria and me.</w:t>
      </w:r>
    </w:p>
    <w:p w14:paraId="2D052721" w14:textId="77777777" w:rsidR="0076626E" w:rsidRPr="0076626E" w:rsidRDefault="0076626E" w:rsidP="0076626E">
      <w:pPr>
        <w:spacing w:line="276" w:lineRule="auto"/>
      </w:pPr>
      <w:r w:rsidRPr="0076626E">
        <w:t>Baron Nevan collapses to his knees, the dark veins on his face pulsing in time with the bond's rhythm. "The wards," he gasps. "They're—"</w:t>
      </w:r>
    </w:p>
    <w:p w14:paraId="39BAF375" w14:textId="77777777" w:rsidR="0076626E" w:rsidRPr="0076626E" w:rsidRDefault="0076626E" w:rsidP="0076626E">
      <w:pPr>
        <w:spacing w:line="276" w:lineRule="auto"/>
      </w:pPr>
      <w:r w:rsidRPr="0076626E">
        <w:t xml:space="preserve">"Responding," Valeria finishes for him, her voice different </w:t>
      </w:r>
      <w:proofErr w:type="gramStart"/>
      <w:r w:rsidRPr="0076626E">
        <w:t>now—deeper</w:t>
      </w:r>
      <w:proofErr w:type="gramEnd"/>
      <w:r w:rsidRPr="0076626E">
        <w:t>, resonating with power that wasn't audible before.</w:t>
      </w:r>
    </w:p>
    <w:p w14:paraId="541A9A82" w14:textId="77777777" w:rsidR="0076626E" w:rsidRPr="0076626E" w:rsidRDefault="0076626E" w:rsidP="0076626E">
      <w:pPr>
        <w:spacing w:line="276" w:lineRule="auto"/>
      </w:pPr>
      <w:r w:rsidRPr="0076626E">
        <w:t xml:space="preserve">She turns slowly to face me, </w:t>
      </w:r>
      <w:proofErr w:type="gramStart"/>
      <w:r w:rsidRPr="0076626E">
        <w:t>still keeping</w:t>
      </w:r>
      <w:proofErr w:type="gramEnd"/>
      <w:r w:rsidRPr="0076626E">
        <w:t xml:space="preserve"> her body positioned between me and the sentinel. Her eyes have changed—the gold brightened to something </w:t>
      </w:r>
      <w:proofErr w:type="gramStart"/>
      <w:r w:rsidRPr="0076626E">
        <w:t>metallic and fierce,</w:t>
      </w:r>
      <w:proofErr w:type="gramEnd"/>
      <w:r w:rsidRPr="0076626E">
        <w:t xml:space="preserve"> pupils </w:t>
      </w:r>
      <w:r w:rsidRPr="0076626E">
        <w:lastRenderedPageBreak/>
        <w:t>contracted to pinpoints. Her expression remains controlled, but I feel her struggle for that control through the bond, feel the predatory instinct warring with royal discipline.</w:t>
      </w:r>
    </w:p>
    <w:p w14:paraId="1BA64040" w14:textId="77777777" w:rsidR="0076626E" w:rsidRPr="0076626E" w:rsidRDefault="0076626E" w:rsidP="0076626E">
      <w:pPr>
        <w:spacing w:line="276" w:lineRule="auto"/>
      </w:pPr>
      <w:r w:rsidRPr="0076626E">
        <w:t>"Are you harmed?" she asks, the words formal but the concern beneath them bleeding through our connection.</w:t>
      </w:r>
    </w:p>
    <w:p w14:paraId="53FB949E" w14:textId="77777777" w:rsidR="0076626E" w:rsidRPr="0076626E" w:rsidRDefault="0076626E" w:rsidP="0076626E">
      <w:pPr>
        <w:spacing w:line="276" w:lineRule="auto"/>
      </w:pPr>
      <w:r w:rsidRPr="0076626E">
        <w:t>"No," I manage, voice steadier than I feel. "I'm unharmed."</w:t>
      </w:r>
    </w:p>
    <w:p w14:paraId="7581422B" w14:textId="77777777" w:rsidR="0076626E" w:rsidRPr="0076626E" w:rsidRDefault="0076626E" w:rsidP="0076626E">
      <w:pPr>
        <w:spacing w:line="276" w:lineRule="auto"/>
      </w:pPr>
      <w:r w:rsidRPr="0076626E">
        <w:t xml:space="preserve">The sentinel who attacked me kneels now, forced down by Valeria's grip on his wrist. His face has gone blank with shock or </w:t>
      </w:r>
      <w:proofErr w:type="gramStart"/>
      <w:r w:rsidRPr="0076626E">
        <w:t>pain,</w:t>
      </w:r>
      <w:proofErr w:type="gramEnd"/>
      <w:r w:rsidRPr="0076626E">
        <w:t xml:space="preserve"> I can't tell which. The containment bands still hover nearby, forgotten in the chaos of the attack.</w:t>
      </w:r>
    </w:p>
    <w:p w14:paraId="7AD4647A" w14:textId="77777777" w:rsidR="0076626E" w:rsidRPr="0076626E" w:rsidRDefault="0076626E" w:rsidP="0076626E">
      <w:pPr>
        <w:spacing w:line="276" w:lineRule="auto"/>
      </w:pPr>
      <w:r w:rsidRPr="0076626E">
        <w:t>"You would strike a diplomatic envoy," Valeria says to the sentinel, each word precise and cold, "without royal command, without evidence, without trial. You would violate the Accord in my presence."</w:t>
      </w:r>
    </w:p>
    <w:p w14:paraId="411F9C13" w14:textId="77777777" w:rsidR="0076626E" w:rsidRPr="0076626E" w:rsidRDefault="0076626E" w:rsidP="0076626E">
      <w:pPr>
        <w:spacing w:line="276" w:lineRule="auto"/>
      </w:pPr>
      <w:r w:rsidRPr="0076626E">
        <w:t>"The wards," he responds, voice strained. "I felt them failing. She—"</w:t>
      </w:r>
    </w:p>
    <w:p w14:paraId="74B35333" w14:textId="77777777" w:rsidR="0076626E" w:rsidRPr="0076626E" w:rsidRDefault="0076626E" w:rsidP="0076626E">
      <w:pPr>
        <w:spacing w:line="276" w:lineRule="auto"/>
      </w:pPr>
      <w:r w:rsidRPr="0076626E">
        <w:t>"Is under my protection," Valeria cuts him off. "As is every guest in Beaumont who has not been proven to violate our laws."</w:t>
      </w:r>
    </w:p>
    <w:p w14:paraId="1E8BC49D" w14:textId="77777777" w:rsidR="0076626E" w:rsidRPr="0076626E" w:rsidRDefault="0076626E" w:rsidP="0076626E">
      <w:pPr>
        <w:spacing w:line="276" w:lineRule="auto"/>
      </w:pPr>
      <w:r w:rsidRPr="0076626E">
        <w:t>Through our connection, I feel the effort these controlled words cost her. Beneath the diplomatic surface runs a current of fury so intense it makes my skin prickle. Not directed at me, but at the threat to me. The distinction feels important.</w:t>
      </w:r>
    </w:p>
    <w:p w14:paraId="730282E3" w14:textId="77777777" w:rsidR="0076626E" w:rsidRPr="0076626E" w:rsidRDefault="0076626E" w:rsidP="0076626E">
      <w:pPr>
        <w:spacing w:line="276" w:lineRule="auto"/>
      </w:pPr>
      <w:r w:rsidRPr="0076626E">
        <w:t>Lord Ardent steps forward, his movement careful and measured. "Your Majesty," he says, inclining his head respectfully. "What we just witnessed—"</w:t>
      </w:r>
    </w:p>
    <w:p w14:paraId="42644616" w14:textId="77777777" w:rsidR="0076626E" w:rsidRPr="0076626E" w:rsidRDefault="0076626E" w:rsidP="0076626E">
      <w:pPr>
        <w:spacing w:line="276" w:lineRule="auto"/>
      </w:pPr>
      <w:r w:rsidRPr="0076626E">
        <w:t>"Was an unprovoked attack on Diplomat Everhart," Valeria interrupts, "and will be addressed according to our laws."</w:t>
      </w:r>
    </w:p>
    <w:p w14:paraId="1BE18B24" w14:textId="77777777" w:rsidR="0076626E" w:rsidRPr="0076626E" w:rsidRDefault="0076626E" w:rsidP="0076626E">
      <w:pPr>
        <w:spacing w:line="276" w:lineRule="auto"/>
      </w:pPr>
      <w:r w:rsidRPr="0076626E">
        <w:t>"I meant the reaction of the wards," Ardent clarifies, his eyes moving between Valeria and me with new calculation. "The surge. The connection."</w:t>
      </w:r>
    </w:p>
    <w:p w14:paraId="36A3B30E" w14:textId="77777777" w:rsidR="0076626E" w:rsidRPr="0076626E" w:rsidRDefault="0076626E" w:rsidP="0076626E">
      <w:pPr>
        <w:spacing w:line="276" w:lineRule="auto"/>
      </w:pPr>
      <w:r w:rsidRPr="0076626E">
        <w:t>The bond pulses between us, gradually settling from explosive force to something steadier but no less present. I can feel Valeria's awareness of it, her surprise matching my own. Neither of us expected this. Neither of us understands it.</w:t>
      </w:r>
    </w:p>
    <w:p w14:paraId="4118E4CC" w14:textId="77777777" w:rsidR="0076626E" w:rsidRPr="0076626E" w:rsidRDefault="0076626E" w:rsidP="0076626E">
      <w:pPr>
        <w:spacing w:line="276" w:lineRule="auto"/>
      </w:pPr>
      <w:r w:rsidRPr="0076626E">
        <w:t>"That," she says after a pause that stretches just long enough to be noticed, "will also be investigated."</w:t>
      </w:r>
    </w:p>
    <w:p w14:paraId="730E2F3D" w14:textId="77777777" w:rsidR="0076626E" w:rsidRPr="0076626E" w:rsidRDefault="0076626E" w:rsidP="0076626E">
      <w:pPr>
        <w:spacing w:line="276" w:lineRule="auto"/>
      </w:pPr>
      <w:r w:rsidRPr="0076626E">
        <w:t>She releases the sentinel's wrist. He remains kneeling, head bowed, the picture of submission. But through our connection, I sense Valeria's continued wariness. She doesn't trust that the threat is neutralized.</w:t>
      </w:r>
    </w:p>
    <w:p w14:paraId="02371BCB" w14:textId="77777777" w:rsidR="0076626E" w:rsidRPr="0076626E" w:rsidRDefault="0076626E" w:rsidP="0076626E">
      <w:pPr>
        <w:spacing w:line="276" w:lineRule="auto"/>
      </w:pPr>
      <w:r w:rsidRPr="0076626E">
        <w:lastRenderedPageBreak/>
        <w:t>I find myself breathing in perfect rhythm with her, my heartbeat gradually slowing to match the steady pulse of the bond. The panic of the attack recedes, replaced by a strange, calm certainty that I am—impossibly, against all logic—safe in this moment. Not because the danger has passed, but because Valeria stands between me and it.</w:t>
      </w:r>
    </w:p>
    <w:p w14:paraId="1731EC20" w14:textId="77777777" w:rsidR="0076626E" w:rsidRPr="0076626E" w:rsidRDefault="0076626E" w:rsidP="0076626E">
      <w:pPr>
        <w:spacing w:line="276" w:lineRule="auto"/>
      </w:pPr>
      <w:r w:rsidRPr="0076626E">
        <w:t>The sentinel who had been preparing the containment bands backs away, the silver circles dropping slightly in the air as his concentration wavers. Lord Ardent watches this retreat with narrowed eyes, his carefully constructed trap now thoroughly disrupted.</w:t>
      </w:r>
    </w:p>
    <w:p w14:paraId="713C5600" w14:textId="77777777" w:rsidR="0076626E" w:rsidRPr="0076626E" w:rsidRDefault="0076626E" w:rsidP="0076626E">
      <w:pPr>
        <w:spacing w:line="276" w:lineRule="auto"/>
      </w:pPr>
      <w:r w:rsidRPr="0076626E">
        <w:t>"The council will recess," Valeria announces, her voice carrying easily through the chamber despite its measured tone. "The attempted attack on Diplomat Everhart requires immediate attention. Lord Ardent, secure the sentinel for questioning. Baron Nevan, report to the healers. The rest of you will receive further instructions once we have determined the full extent of this... incident."</w:t>
      </w:r>
    </w:p>
    <w:p w14:paraId="32BC2EB1" w14:textId="77777777" w:rsidR="0076626E" w:rsidRPr="0076626E" w:rsidRDefault="0076626E" w:rsidP="0076626E">
      <w:pPr>
        <w:spacing w:line="276" w:lineRule="auto"/>
      </w:pPr>
      <w:r w:rsidRPr="0076626E">
        <w:t>No one moves immediately, the shock of what they've witnessed temporarily overriding even vampire discipline. Then, slowly, the chamber begins to empty, nobles filing out in small groups, whispering among themselves.</w:t>
      </w:r>
    </w:p>
    <w:p w14:paraId="78581D54" w14:textId="77777777" w:rsidR="0076626E" w:rsidRPr="0076626E" w:rsidRDefault="0076626E" w:rsidP="0076626E">
      <w:pPr>
        <w:spacing w:line="276" w:lineRule="auto"/>
      </w:pPr>
      <w:r w:rsidRPr="0076626E">
        <w:t>Valeria remains beside me, close enough that I can feel the coolness radiating from her skin. Through our bond, I sense her rapid calculation, weighing options, considering implications. The political landscape has just shifted dramatically, and she's already mapping the new terrain.</w:t>
      </w:r>
    </w:p>
    <w:p w14:paraId="676A2855" w14:textId="77777777" w:rsidR="0076626E" w:rsidRPr="0076626E" w:rsidRDefault="0076626E" w:rsidP="0076626E">
      <w:pPr>
        <w:spacing w:line="276" w:lineRule="auto"/>
      </w:pPr>
      <w:r w:rsidRPr="0076626E">
        <w:t>"Don't speak," she says quietly, for my ears only. "Not yet. Not here."</w:t>
      </w:r>
    </w:p>
    <w:p w14:paraId="6E9A38CA" w14:textId="77777777" w:rsidR="0076626E" w:rsidRPr="0076626E" w:rsidRDefault="0076626E" w:rsidP="0076626E">
      <w:pPr>
        <w:spacing w:line="276" w:lineRule="auto"/>
      </w:pPr>
      <w:r w:rsidRPr="0076626E">
        <w:t>I nod slightly, understanding what she doesn't say aloud. Whatever has happened between us has changed everything, and until we understand it, silence is our safest strategy.</w:t>
      </w:r>
    </w:p>
    <w:p w14:paraId="2D819D83" w14:textId="77777777" w:rsidR="0076626E" w:rsidRPr="0076626E" w:rsidRDefault="0076626E" w:rsidP="0076626E">
      <w:pPr>
        <w:spacing w:line="276" w:lineRule="auto"/>
      </w:pPr>
      <w:r w:rsidRPr="0076626E">
        <w:t>The bond hums steadily between us, no longer explosive but undeniably present. A connection neither of us created, neither of us fully understands, but that just saved my life.</w:t>
      </w:r>
    </w:p>
    <w:p w14:paraId="60847571" w14:textId="77777777" w:rsidR="0076626E" w:rsidRPr="0076626E" w:rsidRDefault="0076626E" w:rsidP="0076626E">
      <w:pPr>
        <w:spacing w:line="276" w:lineRule="auto"/>
      </w:pPr>
      <w:r w:rsidRPr="0076626E">
        <w:t>And quite possibly complicated it beyond repair.</w:t>
      </w:r>
    </w:p>
    <w:p w14:paraId="549A5B7F" w14:textId="77777777" w:rsidR="0076626E" w:rsidRPr="0076626E" w:rsidRDefault="0076626E" w:rsidP="0076626E">
      <w:pPr>
        <w:spacing w:line="276" w:lineRule="auto"/>
      </w:pPr>
      <w:r w:rsidRPr="0076626E">
        <w:t>The silver channels in the walls don't just brighten—they detonate. Light explodes through every ward line in the chamber, a network of blinding silver suddenly illuminated as if lightning has been captured and threaded through the mountain stone. The surge rushes through the patterns with such force that the channels themselves begin to crack, hairline fractures spreading outward like frozen lightning bolts etched into the walls and columns.</w:t>
      </w:r>
    </w:p>
    <w:p w14:paraId="40B5031C" w14:textId="77777777" w:rsidR="0076626E" w:rsidRPr="0076626E" w:rsidRDefault="0076626E" w:rsidP="0076626E">
      <w:pPr>
        <w:spacing w:line="276" w:lineRule="auto"/>
      </w:pPr>
      <w:r w:rsidRPr="0076626E">
        <w:t xml:space="preserve">I throw an arm up to shield my eyes as the intensity becomes painful, spots dancing across my vision. The chamber transforms into a cathedral of light, every shadow banished, every dark corner exposed. Through squinted eyes, I see the vaulted ceiling where </w:t>
      </w:r>
      <w:r w:rsidRPr="0076626E">
        <w:lastRenderedPageBreak/>
        <w:t>spiderwebbing cracks race across ancient stone, following the paths of embedded ward channels. Small fragments of rock break free and fall like dark rain, clattering against the polished floor.</w:t>
      </w:r>
    </w:p>
    <w:p w14:paraId="7B451931" w14:textId="77777777" w:rsidR="0076626E" w:rsidRPr="0076626E" w:rsidRDefault="0076626E" w:rsidP="0076626E">
      <w:pPr>
        <w:spacing w:line="276" w:lineRule="auto"/>
      </w:pPr>
      <w:r w:rsidRPr="0076626E">
        <w:t>The massive stone chamber shakes, a deep vibration that I feel through the soles of my feet. Not enough to cause panic—the mountain itself is too solid for that—but enough to remind everyone that something fundamental has shifted. The room collectively holds its breath, vampire stillness becoming absolute as they process what's happening.</w:t>
      </w:r>
    </w:p>
    <w:p w14:paraId="24E46CB5" w14:textId="77777777" w:rsidR="0076626E" w:rsidRPr="0076626E" w:rsidRDefault="0076626E" w:rsidP="0076626E">
      <w:pPr>
        <w:spacing w:line="276" w:lineRule="auto"/>
      </w:pPr>
      <w:r w:rsidRPr="0076626E">
        <w:t>The braziers positioned around the chamber's perimeter flare violently, their controlled flames suddenly stretching toward the ceiling in white-hot columns. The heat pulses outward in waves, making the air shimmer. These aren't normal fires—they're part of Beaumont's defenses, connected to the ward system. Their reaction confirms what everyone can now see: the wards aren't just disturbed, they're transforming.</w:t>
      </w:r>
    </w:p>
    <w:p w14:paraId="6A2B11A0" w14:textId="77777777" w:rsidR="0076626E" w:rsidRPr="0076626E" w:rsidRDefault="0076626E" w:rsidP="0076626E">
      <w:pPr>
        <w:spacing w:line="276" w:lineRule="auto"/>
      </w:pPr>
      <w:r w:rsidRPr="0076626E">
        <w:t>Most striking of all is the rhythm. The silver light pulses through the channels in perfect synchronization with the bond between Valeria and me—steady, strong beats that match the warmth spreading beneath my ribs. No longer erratic or faltering, but deliberate and powerful. As if our connection has somehow stabilized the entire system.</w:t>
      </w:r>
    </w:p>
    <w:p w14:paraId="115017F8" w14:textId="77777777" w:rsidR="0076626E" w:rsidRPr="0076626E" w:rsidRDefault="0076626E" w:rsidP="0076626E">
      <w:pPr>
        <w:spacing w:line="276" w:lineRule="auto"/>
      </w:pPr>
      <w:r w:rsidRPr="0076626E">
        <w:t>Baron Nevan stares at me with undisguised shock, the dark veins on his face no longer pulsing chaotically but now flowing in the same steady rhythm as the wards. His trembling has stopped. He touches his face with disbelieving fingers, tracing the veins that now pulse with silver light rather than darkness.</w:t>
      </w:r>
    </w:p>
    <w:p w14:paraId="48B44DB3" w14:textId="77777777" w:rsidR="0076626E" w:rsidRPr="0076626E" w:rsidRDefault="0076626E" w:rsidP="0076626E">
      <w:pPr>
        <w:spacing w:line="276" w:lineRule="auto"/>
      </w:pPr>
      <w:r w:rsidRPr="0076626E">
        <w:t>The sentinel who attacked me has fallen to his knees, his weapon forgotten on the floor beside him. His face twists with confusion and something that might be pain as he stares at the crackling energy flowing through the chamber. Other vampires press back against the walls, their perfect composure finally breaking as the magical equivalent of an earthquake shakes their sanctuary.</w:t>
      </w:r>
    </w:p>
    <w:p w14:paraId="4815A63E" w14:textId="77777777" w:rsidR="0076626E" w:rsidRPr="0076626E" w:rsidRDefault="0076626E" w:rsidP="0076626E">
      <w:pPr>
        <w:spacing w:line="276" w:lineRule="auto"/>
      </w:pPr>
      <w:r w:rsidRPr="0076626E">
        <w:t>And through it all, Lord Ardent watches without surprise.</w:t>
      </w:r>
    </w:p>
    <w:p w14:paraId="019766AE" w14:textId="77777777" w:rsidR="0076626E" w:rsidRPr="0076626E" w:rsidRDefault="0076626E" w:rsidP="0076626E">
      <w:pPr>
        <w:spacing w:line="276" w:lineRule="auto"/>
      </w:pPr>
      <w:r w:rsidRPr="0076626E">
        <w:t>The realization hits me with the force of the falling stone fragments. He knew. He expected something like this to happen—perhaps not this specific reaction, but something significant. The attack wasn't spontaneous; it was calculated to force a reaction. To expose whatever connection exists between Valeria and me.</w:t>
      </w:r>
    </w:p>
    <w:p w14:paraId="284ABFA2" w14:textId="77777777" w:rsidR="0076626E" w:rsidRPr="0076626E" w:rsidRDefault="0076626E" w:rsidP="0076626E">
      <w:pPr>
        <w:spacing w:line="276" w:lineRule="auto"/>
      </w:pPr>
      <w:r w:rsidRPr="0076626E">
        <w:t>Silence crashes down as suddenly as the chaos erupted. The ward channels continue to glow, but the violent cracking stops. The light stabilizes at a brightness several degrees more intense than normal, pulsing steadily with our shared rhythm. The brazier flames recede to their usual height, though they burn white rather than orange now.</w:t>
      </w:r>
    </w:p>
    <w:p w14:paraId="56A679F3" w14:textId="77777777" w:rsidR="0076626E" w:rsidRPr="0076626E" w:rsidRDefault="0076626E" w:rsidP="0076626E">
      <w:pPr>
        <w:spacing w:line="276" w:lineRule="auto"/>
      </w:pPr>
      <w:r w:rsidRPr="0076626E">
        <w:t xml:space="preserve">In this new, charged silence, Valeria steps deliberately in front of me, placing her body as a physical barrier between me and the rest of the chamber. The movement is smooth, unhurried, </w:t>
      </w:r>
      <w:r w:rsidRPr="0076626E">
        <w:lastRenderedPageBreak/>
        <w:t>yet unmistakably protective. Her back is straight, her posture regal even as she takes what amounts to a bodyguard position.</w:t>
      </w:r>
    </w:p>
    <w:p w14:paraId="4BA14B49" w14:textId="77777777" w:rsidR="0076626E" w:rsidRPr="0076626E" w:rsidRDefault="0076626E" w:rsidP="0076626E">
      <w:pPr>
        <w:spacing w:line="276" w:lineRule="auto"/>
      </w:pPr>
      <w:r w:rsidRPr="0076626E">
        <w:t>"Anyone who raises a hand against Diplomat Everhart," she declares, her voice carrying to every corner of the vast chamber without her having to raise it, "raises it against Beaumont."</w:t>
      </w:r>
    </w:p>
    <w:p w14:paraId="05D2162D" w14:textId="77777777" w:rsidR="0076626E" w:rsidRPr="0076626E" w:rsidRDefault="0076626E" w:rsidP="0076626E">
      <w:pPr>
        <w:spacing w:line="276" w:lineRule="auto"/>
      </w:pPr>
      <w:r w:rsidRPr="0076626E">
        <w:t>The words land with the weight of royal decree. Not suggestion or preference, but law being carved into stone before our eyes. The sovereign tones echo off the walls, reverberating through the chamber and making the newly stabilized ward channels pulse once in acknowledgment.</w:t>
      </w:r>
    </w:p>
    <w:p w14:paraId="67A969FA" w14:textId="77777777" w:rsidR="0076626E" w:rsidRPr="0076626E" w:rsidRDefault="0076626E" w:rsidP="0076626E">
      <w:pPr>
        <w:spacing w:line="276" w:lineRule="auto"/>
      </w:pPr>
      <w:r w:rsidRPr="0076626E">
        <w:t>"Your Majesty," Lord Ardent begins, his tone carefully neutral despite the unprecedented scene he's witnessing. "The safety of Beaumont must—"</w:t>
      </w:r>
    </w:p>
    <w:p w14:paraId="69538D69" w14:textId="77777777" w:rsidR="0076626E" w:rsidRPr="0076626E" w:rsidRDefault="0076626E" w:rsidP="0076626E">
      <w:pPr>
        <w:spacing w:line="276" w:lineRule="auto"/>
      </w:pPr>
      <w:r w:rsidRPr="0076626E">
        <w:t>"Is clearly tied to Diplomat Everhart's wellbeing," Valeria interrupts, something dangerous threading through her voice. "Or have you failed to observe the ward stabilization that occurred the moment our proximity increased?"</w:t>
      </w:r>
    </w:p>
    <w:p w14:paraId="4564DD12" w14:textId="77777777" w:rsidR="0076626E" w:rsidRPr="0076626E" w:rsidRDefault="0076626E" w:rsidP="0076626E">
      <w:pPr>
        <w:spacing w:line="276" w:lineRule="auto"/>
      </w:pPr>
      <w:r w:rsidRPr="0076626E">
        <w:t>Through our bond, I feel the steel beneath her words—not just royal authority but ancient predatory dominance asserting itself. She is not just speaking as Queen but as apex predator, establishing hierarchy in terms no vampire can mistake.</w:t>
      </w:r>
    </w:p>
    <w:p w14:paraId="4981D2E8" w14:textId="77777777" w:rsidR="0076626E" w:rsidRPr="0076626E" w:rsidRDefault="0076626E" w:rsidP="0076626E">
      <w:pPr>
        <w:spacing w:line="276" w:lineRule="auto"/>
      </w:pPr>
      <w:r w:rsidRPr="0076626E">
        <w:t>The court fractures visibly in response to her declaration. The traditionalists exchange glances of alarm and displeasure, their faction moving subtly closer together as if physically manifesting their unity in opposition. The moderates remain carefully neutral, expressions revealing nothing while they assess which way the political winds are blowing. The progressives—few as they are—show the first hints of cautious optimism.</w:t>
      </w:r>
    </w:p>
    <w:p w14:paraId="1484E02E" w14:textId="77777777" w:rsidR="0076626E" w:rsidRPr="0076626E" w:rsidRDefault="0076626E" w:rsidP="0076626E">
      <w:pPr>
        <w:spacing w:line="276" w:lineRule="auto"/>
      </w:pPr>
      <w:r w:rsidRPr="0076626E">
        <w:t>Baron Nevan rises slowly to his feet, steadier than he's been since I entered the chamber. The dark veins on his face have receded somewhat, though they still pulse with the same rhythm as the wards. "The stabilization is undeniable," he says, his voice stronger now. "Whatever the cause, the effect is... beneficial."</w:t>
      </w:r>
    </w:p>
    <w:p w14:paraId="48990CA4" w14:textId="77777777" w:rsidR="0076626E" w:rsidRPr="0076626E" w:rsidRDefault="0076626E" w:rsidP="0076626E">
      <w:pPr>
        <w:spacing w:line="276" w:lineRule="auto"/>
      </w:pPr>
      <w:r w:rsidRPr="0076626E">
        <w:t>"Temporary stability means nothing if the underlying corruption remains," Ardent counters, but his argument sounds weaker now in the face of visible improvement.</w:t>
      </w:r>
    </w:p>
    <w:p w14:paraId="3286D7CE" w14:textId="77777777" w:rsidR="0076626E" w:rsidRPr="0076626E" w:rsidRDefault="0076626E" w:rsidP="0076626E">
      <w:pPr>
        <w:spacing w:line="276" w:lineRule="auto"/>
      </w:pPr>
      <w:r w:rsidRPr="0076626E">
        <w:t>Valeria doesn't turn to look at me, keeping her attention on the court, but through our connection I feel her awareness of me—sharp, focused, protective. The bond between us has changed, deepened into something that feels less like awareness and more like communication. Not words, precisely, but impressions. Concern. Calculation. Determination.</w:t>
      </w:r>
    </w:p>
    <w:p w14:paraId="7A11C6B6" w14:textId="77777777" w:rsidR="0076626E" w:rsidRPr="0076626E" w:rsidRDefault="0076626E" w:rsidP="0076626E">
      <w:pPr>
        <w:spacing w:line="276" w:lineRule="auto"/>
      </w:pPr>
      <w:r w:rsidRPr="0076626E">
        <w:t>"The ward system responds to the human," one of the traditionalist nobles says, making "human" sound like "contaminant."</w:t>
      </w:r>
    </w:p>
    <w:p w14:paraId="17011BE5" w14:textId="77777777" w:rsidR="0076626E" w:rsidRPr="0076626E" w:rsidRDefault="0076626E" w:rsidP="0076626E">
      <w:pPr>
        <w:spacing w:line="276" w:lineRule="auto"/>
      </w:pPr>
      <w:r w:rsidRPr="0076626E">
        <w:lastRenderedPageBreak/>
        <w:t>"The ward system responds to their interaction," corrects a progressive, gesturing between Valeria and me. "Perhaps we should consider—"</w:t>
      </w:r>
    </w:p>
    <w:p w14:paraId="2097E9B3" w14:textId="77777777" w:rsidR="0076626E" w:rsidRPr="0076626E" w:rsidRDefault="0076626E" w:rsidP="0076626E">
      <w:pPr>
        <w:spacing w:line="276" w:lineRule="auto"/>
      </w:pPr>
      <w:r w:rsidRPr="0076626E">
        <w:t>"We should consider nothing until we understand what we're witnessing," Ardent interrupts sharply. "This unprecedented reaction requires investigation, not hasty conclusions."</w:t>
      </w:r>
    </w:p>
    <w:p w14:paraId="7EED32C5" w14:textId="77777777" w:rsidR="0076626E" w:rsidRPr="0076626E" w:rsidRDefault="0076626E" w:rsidP="0076626E">
      <w:pPr>
        <w:spacing w:line="276" w:lineRule="auto"/>
      </w:pPr>
      <w:r w:rsidRPr="0076626E">
        <w:t>Throughout this exchange, Valeria remains positioned in front of me, a physical manifestation of her declaration. Through our bond, I sense her rapid assessment of the situation—political calculations, security concerns, and beneath it all, a surprising uncertainty. Whatever is happening between us is as much a mystery to her as it is to me.</w:t>
      </w:r>
    </w:p>
    <w:p w14:paraId="6CC198FD" w14:textId="77777777" w:rsidR="0076626E" w:rsidRPr="0076626E" w:rsidRDefault="0076626E" w:rsidP="0076626E">
      <w:pPr>
        <w:spacing w:line="276" w:lineRule="auto"/>
      </w:pPr>
      <w:r w:rsidRPr="0076626E">
        <w:t>The ward channels continue their steady pulse, no longer erratic but strong and even. The rhythm matches the beat of the bond between us, as if the entire mountain has synchronized to our connection. It should be terrifying. In many ways, it is. But there's also something undeniably right about it, as if something long misaligned has finally clicked into place.</w:t>
      </w:r>
    </w:p>
    <w:p w14:paraId="5A1711A1" w14:textId="77777777" w:rsidR="0076626E" w:rsidRPr="0076626E" w:rsidRDefault="0076626E" w:rsidP="0076626E">
      <w:pPr>
        <w:spacing w:line="276" w:lineRule="auto"/>
      </w:pPr>
      <w:r w:rsidRPr="0076626E">
        <w:t>"The council is dismissed," Valeria announces, brooking no argument. "Baron Nevan, report to the healers for assessment. Lord Ardent, secure the sentinel for questioning." Her tone makes it clear these are orders, not suggestions. "The rest of you will receive further instruction once we have more information."</w:t>
      </w:r>
    </w:p>
    <w:p w14:paraId="420C20BC" w14:textId="77777777" w:rsidR="0076626E" w:rsidRPr="0076626E" w:rsidRDefault="0076626E" w:rsidP="0076626E">
      <w:pPr>
        <w:spacing w:line="276" w:lineRule="auto"/>
      </w:pPr>
      <w:r w:rsidRPr="0076626E">
        <w:t>No one moves immediately. The unprecedented events have disrupted even vampire discipline. Then, slowly, they begin to file out, moving with careful precision that barely masks their confusion and concern.</w:t>
      </w:r>
    </w:p>
    <w:p w14:paraId="66509E91" w14:textId="77777777" w:rsidR="0076626E" w:rsidRPr="0076626E" w:rsidRDefault="0076626E" w:rsidP="0076626E">
      <w:pPr>
        <w:spacing w:line="276" w:lineRule="auto"/>
      </w:pPr>
      <w:r w:rsidRPr="0076626E">
        <w:t>Through it all, Valeria doesn't move from her protective position. Only when the last noble has exited and only royal guards remain does she speak again, her voice pitched low enough that only I can hear.</w:t>
      </w:r>
    </w:p>
    <w:p w14:paraId="3DE00B73" w14:textId="77777777" w:rsidR="0076626E" w:rsidRPr="0076626E" w:rsidRDefault="0076626E" w:rsidP="0076626E">
      <w:pPr>
        <w:spacing w:line="276" w:lineRule="auto"/>
      </w:pPr>
      <w:r w:rsidRPr="0076626E">
        <w:t>"</w:t>
      </w:r>
      <w:proofErr w:type="gramStart"/>
      <w:r w:rsidRPr="0076626E">
        <w:t>This changes</w:t>
      </w:r>
      <w:proofErr w:type="gramEnd"/>
      <w:r w:rsidRPr="0076626E">
        <w:t xml:space="preserve"> everything."</w:t>
      </w:r>
    </w:p>
    <w:p w14:paraId="57240E65" w14:textId="77777777" w:rsidR="0076626E" w:rsidRPr="0076626E" w:rsidRDefault="0076626E" w:rsidP="0076626E">
      <w:pPr>
        <w:spacing w:line="276" w:lineRule="auto"/>
      </w:pPr>
      <w:r w:rsidRPr="0076626E">
        <w:t>Three simple words that somehow manage to be both obvious and profoundly understated. The bond pulses once in acknowledgment, warm and steady beneath my ribs.</w:t>
      </w:r>
    </w:p>
    <w:p w14:paraId="1D492DCF" w14:textId="77777777" w:rsidR="0076626E" w:rsidRPr="0076626E" w:rsidRDefault="0076626E" w:rsidP="0076626E">
      <w:pPr>
        <w:spacing w:line="276" w:lineRule="auto"/>
      </w:pPr>
      <w:r w:rsidRPr="0076626E">
        <w:t>Yes. Everything has changed. And I have no idea what comes next.</w:t>
      </w:r>
    </w:p>
    <w:p w14:paraId="1B6F0E02" w14:textId="77777777" w:rsidR="0076626E" w:rsidRPr="0076626E" w:rsidRDefault="0076626E" w:rsidP="0076626E">
      <w:pPr>
        <w:spacing w:line="276" w:lineRule="auto"/>
      </w:pPr>
      <w:r w:rsidRPr="0076626E">
        <w:t>Valeria's gaze shifts slowly from the shattered ward lines etched across the ceiling to the divided council members still lingering near the chamber doors. Her expression gives nothing away, but through our newly intensified bond, I feel the rapid calculations behind that mask of royal composure. She's weighing options, measuring reactions, plotting several moves ahead like a chess master facing an unexpectedly altered board. The fractured silver channels overhead continue their steady pulse, brighter than they should be but more stable than they've been since my arrival.</w:t>
      </w:r>
    </w:p>
    <w:p w14:paraId="0E7911DC" w14:textId="77777777" w:rsidR="0076626E" w:rsidRPr="0076626E" w:rsidRDefault="0076626E" w:rsidP="0076626E">
      <w:pPr>
        <w:spacing w:line="276" w:lineRule="auto"/>
      </w:pPr>
      <w:r w:rsidRPr="0076626E">
        <w:lastRenderedPageBreak/>
        <w:t>The nobles haven't fully departed despite her dismissal—a subtle act of defiance that doesn't go unnoticed. They hover at the threshold, unwilling to miss whatever comes next in this unprecedented situation. Power struggles in vampire courts are rarely so visible, so public. This moment will be dissected in private chambers for weeks.</w:t>
      </w:r>
    </w:p>
    <w:p w14:paraId="55AEE210" w14:textId="77777777" w:rsidR="0076626E" w:rsidRPr="0076626E" w:rsidRDefault="0076626E" w:rsidP="0076626E">
      <w:pPr>
        <w:spacing w:line="276" w:lineRule="auto"/>
      </w:pPr>
      <w:r w:rsidRPr="0076626E">
        <w:t>Valeria turns slightly, her attention moving deliberately from the council to me and back again. The movement is performance, carefully choreographed to emphasize the connection while maintaining royal distance. Politics in physical form.</w:t>
      </w:r>
    </w:p>
    <w:p w14:paraId="3123620B" w14:textId="77777777" w:rsidR="0076626E" w:rsidRPr="0076626E" w:rsidRDefault="0076626E" w:rsidP="0076626E">
      <w:pPr>
        <w:spacing w:line="276" w:lineRule="auto"/>
      </w:pPr>
      <w:r w:rsidRPr="0076626E">
        <w:t>"Until the instability is resolved," she announces, each word precisely measured, "Diplomat Everhart will be relocated to the inner corridor suite."</w:t>
      </w:r>
    </w:p>
    <w:p w14:paraId="35751EDB" w14:textId="77777777" w:rsidR="0076626E" w:rsidRPr="0076626E" w:rsidRDefault="0076626E" w:rsidP="0076626E">
      <w:pPr>
        <w:spacing w:line="276" w:lineRule="auto"/>
      </w:pPr>
      <w:r w:rsidRPr="0076626E">
        <w:t>The gasps are immediate and unmistakable. Even vampire discipline has its limits, and this declaration has exceeded them. The inner corridor—the wing adjacent to the royal chambers—is reserved for the most trusted advisors and personal confidants. No human has ever been housed there, not even during the treaty negotiations. It's a statement so bold it borders on revolutionary.</w:t>
      </w:r>
    </w:p>
    <w:p w14:paraId="692D8FBF" w14:textId="77777777" w:rsidR="0076626E" w:rsidRPr="0076626E" w:rsidRDefault="0076626E" w:rsidP="0076626E">
      <w:pPr>
        <w:spacing w:line="276" w:lineRule="auto"/>
      </w:pPr>
      <w:r w:rsidRPr="0076626E">
        <w:t>Through our bond, I feel something from Valeria that doesn't match her stern expression—a flicker of satisfaction, quickly suppressed but undeniably present. She expected this reaction. Wanted it, even. The political implications aren't accidental; they're calculated.</w:t>
      </w:r>
    </w:p>
    <w:p w14:paraId="13F08A93" w14:textId="77777777" w:rsidR="0076626E" w:rsidRPr="0076626E" w:rsidRDefault="0076626E" w:rsidP="0076626E">
      <w:pPr>
        <w:spacing w:line="276" w:lineRule="auto"/>
      </w:pPr>
      <w:r w:rsidRPr="0076626E">
        <w:t>Lord Ardent steps forward, alarm momentarily overriding his careful neutrality. "Your Majesty—"</w:t>
      </w:r>
    </w:p>
    <w:p w14:paraId="0E00EA5E" w14:textId="77777777" w:rsidR="0076626E" w:rsidRPr="0076626E" w:rsidRDefault="0076626E" w:rsidP="0076626E">
      <w:pPr>
        <w:spacing w:line="276" w:lineRule="auto"/>
      </w:pPr>
      <w:r w:rsidRPr="0076626E">
        <w:t>Valeria raises one hand, the gesture so slight it would be easy to miss if not for the absolute authority it carries. Ardent falls silent mid-sentence.</w:t>
      </w:r>
    </w:p>
    <w:p w14:paraId="542BDE21" w14:textId="77777777" w:rsidR="0076626E" w:rsidRPr="0076626E" w:rsidRDefault="0076626E" w:rsidP="0076626E">
      <w:pPr>
        <w:spacing w:line="276" w:lineRule="auto"/>
      </w:pPr>
      <w:r w:rsidRPr="0076626E">
        <w:t>"The wards respond to proximity," she states, as if explaining something obvious to someone being deliberately obtuse. "If stabilization requires mine, she will have it."</w:t>
      </w:r>
    </w:p>
    <w:p w14:paraId="31F58ADB" w14:textId="77777777" w:rsidR="0076626E" w:rsidRPr="0076626E" w:rsidRDefault="0076626E" w:rsidP="0076626E">
      <w:pPr>
        <w:spacing w:line="276" w:lineRule="auto"/>
      </w:pPr>
      <w:r w:rsidRPr="0076626E">
        <w:t>Her tone is steel—royal decree rather than suggestion. The bond between us pulses with something more complex than her words convey. There's genuine concern about the ward stability, yes, but also something that feels almost like... anticipation. Not exactly pleasure, but a certain satisfaction in using necessity to justify what she might have wanted anyway.</w:t>
      </w:r>
    </w:p>
    <w:p w14:paraId="33DCB87E" w14:textId="77777777" w:rsidR="0076626E" w:rsidRPr="0076626E" w:rsidRDefault="0076626E" w:rsidP="0076626E">
      <w:pPr>
        <w:spacing w:line="276" w:lineRule="auto"/>
      </w:pPr>
      <w:r w:rsidRPr="0076626E">
        <w:t>"The security implications—" Ardent begins again.</w:t>
      </w:r>
    </w:p>
    <w:p w14:paraId="359E97CF" w14:textId="77777777" w:rsidR="0076626E" w:rsidRPr="0076626E" w:rsidRDefault="0076626E" w:rsidP="0076626E">
      <w:pPr>
        <w:spacing w:line="276" w:lineRule="auto"/>
      </w:pPr>
      <w:r w:rsidRPr="0076626E">
        <w:t>"Have been considered," Valeria cuts him off. "The inner corridor has the strongest ward protection in Beaumont. If something is targeting our defenses, placing Diplomat Everhart at their heart gives us the best chance to understand the mechanism." Her eyes narrow slightly. "Unless you doubt the security of my personal wing, Lord Ardent?"</w:t>
      </w:r>
    </w:p>
    <w:p w14:paraId="2032B878" w14:textId="77777777" w:rsidR="0076626E" w:rsidRPr="0076626E" w:rsidRDefault="0076626E" w:rsidP="0076626E">
      <w:pPr>
        <w:spacing w:line="276" w:lineRule="auto"/>
      </w:pPr>
      <w:r w:rsidRPr="0076626E">
        <w:t>The challenge hangs in the air between them. Ardent is too skilled a politician to take the bait.</w:t>
      </w:r>
    </w:p>
    <w:p w14:paraId="54DB8605" w14:textId="77777777" w:rsidR="0076626E" w:rsidRPr="0076626E" w:rsidRDefault="0076626E" w:rsidP="0076626E">
      <w:pPr>
        <w:spacing w:line="276" w:lineRule="auto"/>
      </w:pPr>
      <w:r w:rsidRPr="0076626E">
        <w:lastRenderedPageBreak/>
        <w:t>"Of course not, Your Majesty," he says smoothly. "My concern is merely that such unprecedented access might be misinterpreted by those less familiar with the diplomatic necessities."</w:t>
      </w:r>
    </w:p>
    <w:p w14:paraId="04B15107" w14:textId="77777777" w:rsidR="0076626E" w:rsidRPr="0076626E" w:rsidRDefault="0076626E" w:rsidP="0076626E">
      <w:pPr>
        <w:spacing w:line="276" w:lineRule="auto"/>
      </w:pPr>
      <w:r w:rsidRPr="0076626E">
        <w:t>Translation: the other vampires might think you've gone soft on humans. The implied criticism is carefully wrapped in concern, plausibly deniable yet clear to everyone in the chamber.</w:t>
      </w:r>
    </w:p>
    <w:p w14:paraId="217E198A" w14:textId="77777777" w:rsidR="0076626E" w:rsidRPr="0076626E" w:rsidRDefault="0076626E" w:rsidP="0076626E">
      <w:pPr>
        <w:spacing w:line="276" w:lineRule="auto"/>
      </w:pPr>
      <w:r w:rsidRPr="0076626E">
        <w:t>Valeria doesn't blink. "Then it falls to the council to ensure proper interpretation is provided." Her gaze sweeps across the remaining nobles. "Unless there are those who question whether I have Beaumont's security as my primary concern?"</w:t>
      </w:r>
    </w:p>
    <w:p w14:paraId="7DA68C1C" w14:textId="77777777" w:rsidR="0076626E" w:rsidRPr="0076626E" w:rsidRDefault="0076626E" w:rsidP="0076626E">
      <w:pPr>
        <w:spacing w:line="276" w:lineRule="auto"/>
      </w:pPr>
      <w:r w:rsidRPr="0076626E">
        <w:t>No one speaks. No one dares.</w:t>
      </w:r>
    </w:p>
    <w:p w14:paraId="795A0B39" w14:textId="77777777" w:rsidR="0076626E" w:rsidRPr="0076626E" w:rsidRDefault="0076626E" w:rsidP="0076626E">
      <w:pPr>
        <w:spacing w:line="276" w:lineRule="auto"/>
      </w:pPr>
      <w:r w:rsidRPr="0076626E">
        <w:t>Baron Nevan clears his throat softly, the dark veins on his face now pulsing with silver light rather than shadow. "The ward stabilization is significant," he offers cautiously. "Even from this brief exposure, I feel... improvement." He flexes his hands, which no longer tremble. "If proximity increases this effect..."</w:t>
      </w:r>
    </w:p>
    <w:p w14:paraId="0E6D900F" w14:textId="77777777" w:rsidR="0076626E" w:rsidRPr="0076626E" w:rsidRDefault="0076626E" w:rsidP="0076626E">
      <w:pPr>
        <w:spacing w:line="276" w:lineRule="auto"/>
      </w:pPr>
      <w:r w:rsidRPr="0076626E">
        <w:t>He leaves the implication hanging, offering Valeria support without directly opposing Ardent. Political fence-sitting at its finest.</w:t>
      </w:r>
    </w:p>
    <w:p w14:paraId="1C3C36CA" w14:textId="77777777" w:rsidR="0076626E" w:rsidRPr="0076626E" w:rsidRDefault="0076626E" w:rsidP="0076626E">
      <w:pPr>
        <w:spacing w:line="276" w:lineRule="auto"/>
      </w:pPr>
      <w:r w:rsidRPr="0076626E">
        <w:t>Valeria inclines her head slightly in acknowledgment. "Precisely. This is not a matter of preference but practical necessity." Her voice remains stern, authoritative, every inch the vampire queen making difficult decisions for her realm's protection.</w:t>
      </w:r>
    </w:p>
    <w:p w14:paraId="4D0EA4B8" w14:textId="77777777" w:rsidR="0076626E" w:rsidRPr="0076626E" w:rsidRDefault="0076626E" w:rsidP="0076626E">
      <w:pPr>
        <w:spacing w:line="276" w:lineRule="auto"/>
      </w:pPr>
      <w:r w:rsidRPr="0076626E">
        <w:t>But beneath that perfect performance, I catch something else—a brief curl at the corner of her lips, there and gone so quickly that no one else would notice it. A spark of satisfaction in her eyes, quickly masked by royal gravity. Through our bond flows a current of something almost like pleasure, though whether at outmaneuvering Ardent or at the prospect of having me closer, I can't tell.</w:t>
      </w:r>
    </w:p>
    <w:p w14:paraId="45D20FAB" w14:textId="77777777" w:rsidR="0076626E" w:rsidRPr="0076626E" w:rsidRDefault="0076626E" w:rsidP="0076626E">
      <w:pPr>
        <w:spacing w:line="276" w:lineRule="auto"/>
      </w:pPr>
      <w:r w:rsidRPr="0076626E">
        <w:t>Perhaps both.</w:t>
      </w:r>
    </w:p>
    <w:p w14:paraId="26AFF162" w14:textId="77777777" w:rsidR="0076626E" w:rsidRPr="0076626E" w:rsidRDefault="0076626E" w:rsidP="0076626E">
      <w:pPr>
        <w:spacing w:line="276" w:lineRule="auto"/>
      </w:pPr>
      <w:r w:rsidRPr="0076626E">
        <w:t>The realization sends an unexpected warmth blooming through my chest, separate from but harmonizing with the bond's steady pulse. I maintain my diplomatic neutrality, face carefully composed as if this is simply another political development to be noted and analyzed. But internally, something shifts—a recalibration of understanding about what's happening between us.</w:t>
      </w:r>
    </w:p>
    <w:p w14:paraId="46CC0369" w14:textId="77777777" w:rsidR="0076626E" w:rsidRPr="0076626E" w:rsidRDefault="0076626E" w:rsidP="0076626E">
      <w:pPr>
        <w:spacing w:line="276" w:lineRule="auto"/>
      </w:pPr>
      <w:r w:rsidRPr="0076626E">
        <w:t>"The relocation will take place immediately," Valeria continues, her tone allowing no further discussion. "Lord Ardent, you will personally oversee the investigation into the sentinel's actions. I expect a preliminary report by nightfall." Another calculated move—keeping Ardent busy and away from whatever happens next between Valeria and me.</w:t>
      </w:r>
    </w:p>
    <w:p w14:paraId="1BAB9F93" w14:textId="77777777" w:rsidR="0076626E" w:rsidRPr="0076626E" w:rsidRDefault="0076626E" w:rsidP="0076626E">
      <w:pPr>
        <w:spacing w:line="276" w:lineRule="auto"/>
      </w:pPr>
      <w:r w:rsidRPr="0076626E">
        <w:lastRenderedPageBreak/>
        <w:t>Ardent bows, the gesture precise enough to show respect while still somehow conveying reluctance. "As you command, Your Majesty."</w:t>
      </w:r>
    </w:p>
    <w:p w14:paraId="2215885F" w14:textId="77777777" w:rsidR="0076626E" w:rsidRPr="0076626E" w:rsidRDefault="0076626E" w:rsidP="0076626E">
      <w:pPr>
        <w:spacing w:line="276" w:lineRule="auto"/>
      </w:pPr>
      <w:r w:rsidRPr="0076626E">
        <w:t>"Baron Nevan," she continues, "report to the healers, but return once they've assessed your condition. Your sensitivity to the ward fluctuations provides valuable insight."</w:t>
      </w:r>
    </w:p>
    <w:p w14:paraId="2F1D604E" w14:textId="77777777" w:rsidR="0076626E" w:rsidRPr="0076626E" w:rsidRDefault="0076626E" w:rsidP="0076626E">
      <w:pPr>
        <w:spacing w:line="276" w:lineRule="auto"/>
      </w:pPr>
      <w:r w:rsidRPr="0076626E">
        <w:t>Nevan bows more deeply than Ardent, genuine relief evident in his posture. "Thank you, Your Majesty."</w:t>
      </w:r>
    </w:p>
    <w:p w14:paraId="1504683B" w14:textId="77777777" w:rsidR="0076626E" w:rsidRPr="0076626E" w:rsidRDefault="0076626E" w:rsidP="0076626E">
      <w:pPr>
        <w:spacing w:line="276" w:lineRule="auto"/>
      </w:pPr>
      <w:r w:rsidRPr="0076626E">
        <w:t>Throughout these exchanges, Valeria hasn't moved from her protective position slightly in front of me. The stance communicates something profound to the vampire court—that my safety ranks above protocol. Through our bond, I sense that this isn't just political theater. There's genuine protectiveness beneath the strategic positioning, a visceral response to the attack that surprised even her with its intensity.</w:t>
      </w:r>
    </w:p>
    <w:p w14:paraId="651F5561" w14:textId="77777777" w:rsidR="0076626E" w:rsidRPr="0076626E" w:rsidRDefault="0076626E" w:rsidP="0076626E">
      <w:pPr>
        <w:spacing w:line="276" w:lineRule="auto"/>
      </w:pPr>
      <w:r w:rsidRPr="0076626E">
        <w:t>"This council is adjourned," Valeria announces, her royal tone brooking no further discussion. "You have your instructions."</w:t>
      </w:r>
    </w:p>
    <w:p w14:paraId="7E1B620C" w14:textId="77777777" w:rsidR="0076626E" w:rsidRPr="0076626E" w:rsidRDefault="0076626E" w:rsidP="0076626E">
      <w:pPr>
        <w:spacing w:line="276" w:lineRule="auto"/>
      </w:pPr>
      <w:r w:rsidRPr="0076626E">
        <w:t>The nobles finally withdraw fully, moving through the doors with that peculiar vampire grace that somehow manages to convey disapproval while maintaining perfect decorum. Ardent is the last to leave, his silver eyes lingering on Valeria and me with calculating assessment before he turns away.</w:t>
      </w:r>
    </w:p>
    <w:p w14:paraId="7B8D5134" w14:textId="77777777" w:rsidR="0076626E" w:rsidRPr="0076626E" w:rsidRDefault="0076626E" w:rsidP="0076626E">
      <w:pPr>
        <w:spacing w:line="276" w:lineRule="auto"/>
      </w:pPr>
      <w:r w:rsidRPr="0076626E">
        <w:t>When the massive doors close behind them, leaving only a handful of royal guards positioned at discreet distances, Valeria turns to face me directly for the first time since the attack. The bond between us pulses once, strongly, at the direct eye contact.</w:t>
      </w:r>
    </w:p>
    <w:p w14:paraId="777138FD" w14:textId="77777777" w:rsidR="0076626E" w:rsidRPr="0076626E" w:rsidRDefault="0076626E" w:rsidP="0076626E">
      <w:pPr>
        <w:spacing w:line="276" w:lineRule="auto"/>
      </w:pPr>
      <w:r w:rsidRPr="0076626E">
        <w:t>"Are you injured?" she asks, her voice lower now, the royal inflection giving way to something more direct.</w:t>
      </w:r>
    </w:p>
    <w:p w14:paraId="4DA440EA" w14:textId="77777777" w:rsidR="0076626E" w:rsidRPr="0076626E" w:rsidRDefault="0076626E" w:rsidP="0076626E">
      <w:pPr>
        <w:spacing w:line="276" w:lineRule="auto"/>
      </w:pPr>
      <w:r w:rsidRPr="0076626E">
        <w:t>"No," I reply, maintaining my diplomatic composure despite the chaos of the past hour. "Though I suspect my diplomatic standing has just become considerably more complicated."</w:t>
      </w:r>
    </w:p>
    <w:p w14:paraId="315B265A" w14:textId="77777777" w:rsidR="0076626E" w:rsidRPr="0076626E" w:rsidRDefault="0076626E" w:rsidP="0076626E">
      <w:pPr>
        <w:spacing w:line="276" w:lineRule="auto"/>
      </w:pPr>
      <w:r w:rsidRPr="0076626E">
        <w:t>The faintest hint of a smile touches her lips, genuine this time rather than calculated. "Indeed." She glances at the shattered ward lines overhead, which continue their steady, synchronized pulse with our bond. "It seems we have much to discuss, Diplomat Everhart."</w:t>
      </w:r>
    </w:p>
    <w:p w14:paraId="10DB2044" w14:textId="77777777" w:rsidR="0076626E" w:rsidRPr="0076626E" w:rsidRDefault="0076626E" w:rsidP="0076626E">
      <w:pPr>
        <w:spacing w:line="276" w:lineRule="auto"/>
      </w:pPr>
      <w:r w:rsidRPr="0076626E">
        <w:t>The way she says my title carries a new weight, an acknowledgment that something fundamental has shifted between us. Through the bond, I feel her quiet triumph mingled with genuine curiosity about what's happening between us.</w:t>
      </w:r>
    </w:p>
    <w:p w14:paraId="417194D0" w14:textId="77777777" w:rsidR="0076626E" w:rsidRPr="0076626E" w:rsidRDefault="0076626E" w:rsidP="0076626E">
      <w:pPr>
        <w:spacing w:line="276" w:lineRule="auto"/>
      </w:pPr>
      <w:r w:rsidRPr="0076626E">
        <w:t>That warmth in my chest expands, spreading through me in a way that feels dangerous and necessary all at once. Whatever this is—this connection, this bond—it's no longer something either of us can ignore or deny. It's written in silver across the ceiling, pulsing through the mountain's defenses, changing everything it touches.</w:t>
      </w:r>
    </w:p>
    <w:p w14:paraId="3D66CDAC" w14:textId="77777777" w:rsidR="0076626E" w:rsidRPr="0076626E" w:rsidRDefault="0076626E" w:rsidP="0076626E">
      <w:pPr>
        <w:spacing w:line="276" w:lineRule="auto"/>
      </w:pPr>
      <w:r w:rsidRPr="0076626E">
        <w:lastRenderedPageBreak/>
        <w:t>Including us.</w:t>
      </w:r>
    </w:p>
    <w:p w14:paraId="2BED1EB8" w14:textId="77777777" w:rsidR="0076626E" w:rsidRPr="0076626E" w:rsidRDefault="0076626E" w:rsidP="0076626E">
      <w:pPr>
        <w:spacing w:line="276" w:lineRule="auto"/>
      </w:pPr>
      <w:r w:rsidRPr="0076626E">
        <w:t xml:space="preserve">We walk in silence through Beaumont's winding </w:t>
      </w:r>
      <w:proofErr w:type="gramStart"/>
      <w:r w:rsidRPr="0076626E">
        <w:t>corridors,</w:t>
      </w:r>
      <w:proofErr w:type="gramEnd"/>
      <w:r w:rsidRPr="0076626E">
        <w:t xml:space="preserve"> our footsteps perfectly synchronized despite the difference in our nature. Valeria moves with the fluid grace inherent to vampires, while I maintain the measured pace of a diplomat—neither hurried nor hesitant. The distance between us remains precisely calibrated—close enough to appear unified before any watching eyes, far enough to maintain the fiction that we're merely queen and diplomat, not two beings connected by something neither of us understands.</w:t>
      </w:r>
    </w:p>
    <w:p w14:paraId="42C04D83" w14:textId="77777777" w:rsidR="0076626E" w:rsidRPr="0076626E" w:rsidRDefault="0076626E" w:rsidP="0076626E">
      <w:pPr>
        <w:spacing w:line="276" w:lineRule="auto"/>
      </w:pPr>
      <w:r w:rsidRPr="0076626E">
        <w:t>The ward channels in the walls hum as we pass, their silver light brightening in our presence like flowers turning toward the sun. The erratic flickering that has plagued Beaumont since my arrival has transformed into a steady, rhythmic pulse that matches the bond between us. With each step deeper into the mountain, toward the queen's private wing, the channels grow stronger, more vibrant, as if drawing power from our proximity.</w:t>
      </w:r>
    </w:p>
    <w:p w14:paraId="666A7E2B" w14:textId="77777777" w:rsidR="0076626E" w:rsidRPr="0076626E" w:rsidRDefault="0076626E" w:rsidP="0076626E">
      <w:pPr>
        <w:spacing w:line="276" w:lineRule="auto"/>
      </w:pPr>
      <w:r w:rsidRPr="0076626E">
        <w:t>Guards positioned at strategic intersections bow as we pass, their eyes carefully averted—not from deference alone, but from the uncomfortable brightness of the wards in our presence. None question our direction or purpose. The queen's declaration in the council chamber has already spread throughout the palace, carried by whatever silent communication network vampires maintain among themselves.</w:t>
      </w:r>
    </w:p>
    <w:p w14:paraId="1E7720D3" w14:textId="77777777" w:rsidR="0076626E" w:rsidRPr="0076626E" w:rsidRDefault="0076626E" w:rsidP="0076626E">
      <w:pPr>
        <w:spacing w:line="276" w:lineRule="auto"/>
      </w:pPr>
      <w:r w:rsidRPr="0076626E">
        <w:t>I watch Valeria from the corner of my eye, diplomatic training allowing me to observe without appearing to stare. Her posture remains impeccable, her expression composed, every inch the sovereign in control. But there's a faint tremor in her shoulders that wasn't there before the attack, a tension in the line of her jaw that speaks of lingering fear.</w:t>
      </w:r>
    </w:p>
    <w:p w14:paraId="5B32F307" w14:textId="77777777" w:rsidR="0076626E" w:rsidRPr="0076626E" w:rsidRDefault="0076626E" w:rsidP="0076626E">
      <w:pPr>
        <w:spacing w:line="276" w:lineRule="auto"/>
      </w:pPr>
      <w:r w:rsidRPr="0076626E">
        <w:t>Not for herself, I realize with sudden clarity. For me.</w:t>
      </w:r>
    </w:p>
    <w:p w14:paraId="4CA22C1C" w14:textId="77777777" w:rsidR="0076626E" w:rsidRPr="0076626E" w:rsidRDefault="0076626E" w:rsidP="0076626E">
      <w:pPr>
        <w:spacing w:line="276" w:lineRule="auto"/>
      </w:pPr>
      <w:r w:rsidRPr="0076626E">
        <w:t>The understanding settles like a weight in my chest, distinct from but harmonizing with the bond's warm pulse. Queen Valeria Beaumont—ruler of the vampire realm, negotiator of the Crimson Accord, sovereign predator with centuries of power—had been afraid. Not of the attack itself, which she intercepted with effortless speed, but of how close it came to succeeding. Of what might have happened had she been a fraction slower.</w:t>
      </w:r>
    </w:p>
    <w:p w14:paraId="0482FC7A" w14:textId="77777777" w:rsidR="0076626E" w:rsidRPr="0076626E" w:rsidRDefault="0076626E" w:rsidP="0076626E">
      <w:pPr>
        <w:spacing w:line="276" w:lineRule="auto"/>
      </w:pPr>
      <w:r w:rsidRPr="0076626E">
        <w:t>We turn down a corridor I've never seen before, one that slopes gently upward into the mountain's heart. The ceiling arches higher here, the stone more intricately carved with patterns that echo the ward channels. The air feels different—cleaner, somehow, with subtle notes of something that reminds me of lightning. Magic, perhaps, or simply the mountain's natural essence concentrated and refined by centuries of vampire habitation.</w:t>
      </w:r>
    </w:p>
    <w:p w14:paraId="301C80AE" w14:textId="77777777" w:rsidR="0076626E" w:rsidRPr="0076626E" w:rsidRDefault="0076626E" w:rsidP="0076626E">
      <w:pPr>
        <w:spacing w:line="276" w:lineRule="auto"/>
      </w:pPr>
      <w:r w:rsidRPr="0076626E">
        <w:t>"The west passages are longer," Valeria says, breaking the silence without looking at me, "but less traveled."</w:t>
      </w:r>
    </w:p>
    <w:p w14:paraId="50815B11" w14:textId="77777777" w:rsidR="0076626E" w:rsidRPr="0076626E" w:rsidRDefault="0076626E" w:rsidP="0076626E">
      <w:pPr>
        <w:spacing w:line="276" w:lineRule="auto"/>
      </w:pPr>
      <w:r w:rsidRPr="0076626E">
        <w:lastRenderedPageBreak/>
        <w:t>A practical explanation that doesn't require acknowledgment. I offer none, maintaining our careful dance of formal distance despite the connection humming between us.</w:t>
      </w:r>
    </w:p>
    <w:p w14:paraId="0D8F7C70" w14:textId="77777777" w:rsidR="0076626E" w:rsidRPr="0076626E" w:rsidRDefault="0076626E" w:rsidP="0076626E">
      <w:pPr>
        <w:spacing w:line="276" w:lineRule="auto"/>
      </w:pPr>
      <w:r w:rsidRPr="0076626E">
        <w:t>The corridor widens into a circular antechamber where seven different passages meet. At the center stands a waist-high column of black stone topped with a silver basin filled with clear water. As we enter, the water begins to glow softly, reflecting the brightened ward channels running through the domed ceiling overhead.</w:t>
      </w:r>
    </w:p>
    <w:p w14:paraId="54A57F52" w14:textId="77777777" w:rsidR="0076626E" w:rsidRPr="0076626E" w:rsidRDefault="0076626E" w:rsidP="0076626E">
      <w:pPr>
        <w:spacing w:line="276" w:lineRule="auto"/>
      </w:pPr>
      <w:r w:rsidRPr="0076626E">
        <w:t>Valeria pauses, looking at the glowing water with an expression I can't quite interpret. Through our bond, I sense surprise and something adjacent to concern.</w:t>
      </w:r>
    </w:p>
    <w:p w14:paraId="6C125430" w14:textId="77777777" w:rsidR="0076626E" w:rsidRPr="0076626E" w:rsidRDefault="0076626E" w:rsidP="0076626E">
      <w:pPr>
        <w:spacing w:line="276" w:lineRule="auto"/>
      </w:pPr>
      <w:r w:rsidRPr="0076626E">
        <w:t>"The Nexus hasn't reacted to presence since my coronation," she says quietly, almost to herself.</w:t>
      </w:r>
    </w:p>
    <w:p w14:paraId="1634A8C1" w14:textId="77777777" w:rsidR="0076626E" w:rsidRPr="0076626E" w:rsidRDefault="0076626E" w:rsidP="0076626E">
      <w:pPr>
        <w:spacing w:line="276" w:lineRule="auto"/>
      </w:pPr>
      <w:r w:rsidRPr="0076626E">
        <w:t>I absorb this information silently, filing it away with the growing catalog of anomalies surrounding our connection. Another piece to a puzzle whose picture remains unclear.</w:t>
      </w:r>
    </w:p>
    <w:p w14:paraId="7D3ABC91" w14:textId="77777777" w:rsidR="0076626E" w:rsidRPr="0076626E" w:rsidRDefault="0076626E" w:rsidP="0076626E">
      <w:pPr>
        <w:spacing w:line="276" w:lineRule="auto"/>
      </w:pPr>
      <w:r w:rsidRPr="0076626E">
        <w:t>We continue down the passage directly opposite our entrance—wider than the others, its floor inlaid with silver lines that form intricate patterns beneath our feet. The wards here are different—more complex, more ancient in their design. They respond to our passing with pulses of light that seem almost sentient in their awareness.</w:t>
      </w:r>
    </w:p>
    <w:p w14:paraId="5160F951" w14:textId="77777777" w:rsidR="0076626E" w:rsidRPr="0076626E" w:rsidRDefault="0076626E" w:rsidP="0076626E">
      <w:pPr>
        <w:spacing w:line="276" w:lineRule="auto"/>
      </w:pPr>
      <w:r w:rsidRPr="0076626E">
        <w:t>Despite the strangeness, despite being deeper in vampire territory than any human diplomat has likely ever ventured, an unshakable certainty settles behind my ribs: I am safe here.</w:t>
      </w:r>
    </w:p>
    <w:p w14:paraId="10496EF9" w14:textId="77777777" w:rsidR="0076626E" w:rsidRPr="0076626E" w:rsidRDefault="0076626E" w:rsidP="0076626E">
      <w:pPr>
        <w:spacing w:line="276" w:lineRule="auto"/>
      </w:pPr>
      <w:r w:rsidRPr="0076626E">
        <w:t>The realization should be jarring. Everything I know about vampire nature, about politics, about basic survival, says I should be alert to danger, vigilant for threats. Valeria is the apex predator in a mountain full of predators, a sovereign whose power is absolute within these walls.</w:t>
      </w:r>
    </w:p>
    <w:p w14:paraId="6C32F210" w14:textId="77777777" w:rsidR="0076626E" w:rsidRPr="0076626E" w:rsidRDefault="0076626E" w:rsidP="0076626E">
      <w:pPr>
        <w:spacing w:line="276" w:lineRule="auto"/>
      </w:pPr>
      <w:r w:rsidRPr="0076626E">
        <w:t>Yet the certainty remains, warm and solid as the bond itself. Not diplomatic calculation or strategic assessment, but something more fundamental—a bone-deep knowledge that while danger exists in Beaumont, it does not come from her.</w:t>
      </w:r>
    </w:p>
    <w:p w14:paraId="797D4512" w14:textId="77777777" w:rsidR="0076626E" w:rsidRPr="0076626E" w:rsidRDefault="0076626E" w:rsidP="0076626E">
      <w:pPr>
        <w:spacing w:line="276" w:lineRule="auto"/>
      </w:pPr>
      <w:r w:rsidRPr="0076626E">
        <w:t>Valeria's shoulders still carry that faint tremor, barely perceptible but present. The attack shook her more than she's willing to show publicly. Through our connection, I sense echoes of what must have flashed through her mind in that moment—the blade reaching for my throat, the potential diplomatic catastrophe, yes, but beneath that, something more visceral. More personal.</w:t>
      </w:r>
    </w:p>
    <w:p w14:paraId="55CFCE15" w14:textId="77777777" w:rsidR="0076626E" w:rsidRPr="0076626E" w:rsidRDefault="0076626E" w:rsidP="0076626E">
      <w:pPr>
        <w:spacing w:line="276" w:lineRule="auto"/>
      </w:pPr>
      <w:r w:rsidRPr="0076626E">
        <w:t>We approach a set of doors unlike any I've seen in Beaumont—dark wood rather than stone, carved with intricate patterns that match the ward channels but seem older somehow, more organic in their design. The silver inlays pulse brightly as we near, responding to both Valeria's presence and, surprisingly, my own.</w:t>
      </w:r>
    </w:p>
    <w:p w14:paraId="2021CFED" w14:textId="77777777" w:rsidR="0076626E" w:rsidRPr="0076626E" w:rsidRDefault="0076626E" w:rsidP="0076626E">
      <w:pPr>
        <w:spacing w:line="276" w:lineRule="auto"/>
      </w:pPr>
      <w:r w:rsidRPr="0076626E">
        <w:t xml:space="preserve">Valeria pauses before these doors, turning to face me fully for the first time since we left the council chamber. Her expression remains composed, regal, but her eyes—those metallic gold </w:t>
      </w:r>
      <w:r w:rsidRPr="0076626E">
        <w:lastRenderedPageBreak/>
        <w:t>eyes that reminded me of heated metal the first time I saw them—reveal more than she perhaps intends. Concern. Resolution. Something else I'm not yet ready to name.</w:t>
      </w:r>
    </w:p>
    <w:p w14:paraId="4C3277D6" w14:textId="77777777" w:rsidR="0076626E" w:rsidRPr="0076626E" w:rsidRDefault="0076626E" w:rsidP="0076626E">
      <w:pPr>
        <w:spacing w:line="276" w:lineRule="auto"/>
      </w:pPr>
      <w:r w:rsidRPr="0076626E">
        <w:t>"You are not safe in the east wing," she says softly, the words carrying weight beyond their simple meaning. "You are safe here."</w:t>
      </w:r>
    </w:p>
    <w:p w14:paraId="472C242F" w14:textId="77777777" w:rsidR="0076626E" w:rsidRPr="0076626E" w:rsidRDefault="0076626E" w:rsidP="0076626E">
      <w:pPr>
        <w:spacing w:line="276" w:lineRule="auto"/>
      </w:pPr>
      <w:r w:rsidRPr="0076626E">
        <w:t>Not a diplomatic assessment. Not a political statement. A personal assurance, offered directly, without the protective barriers of formal language or royal proclamation. Through our bond, I feel the truth behind the words—her genuine belief in them, her determination to make them reality.</w:t>
      </w:r>
    </w:p>
    <w:p w14:paraId="0374F7F1" w14:textId="77777777" w:rsidR="0076626E" w:rsidRPr="0076626E" w:rsidRDefault="0076626E" w:rsidP="0076626E">
      <w:pPr>
        <w:spacing w:line="276" w:lineRule="auto"/>
      </w:pPr>
      <w:r w:rsidRPr="0076626E">
        <w:t>I hold her gaze steadily, neither submitting nor challenging. "I know."</w:t>
      </w:r>
    </w:p>
    <w:p w14:paraId="39589C5D" w14:textId="77777777" w:rsidR="0076626E" w:rsidRPr="0076626E" w:rsidRDefault="0076626E" w:rsidP="0076626E">
      <w:pPr>
        <w:spacing w:line="276" w:lineRule="auto"/>
      </w:pPr>
      <w:r w:rsidRPr="0076626E">
        <w:t>Two simple words that acknowledge far more than safety. They acknowledge this connection between us, this inexplicable bond that defies diplomatic protocol and vampire tradition alike. They acknowledge that something fundamental has changed—not just in Beaumont's wards or in the political landscape, but in whatever exists between queen and diplomat.</w:t>
      </w:r>
    </w:p>
    <w:p w14:paraId="17735E06" w14:textId="77777777" w:rsidR="0076626E" w:rsidRPr="0076626E" w:rsidRDefault="0076626E" w:rsidP="0076626E">
      <w:pPr>
        <w:spacing w:line="276" w:lineRule="auto"/>
      </w:pPr>
      <w:r w:rsidRPr="0076626E">
        <w:t>Valeria studies my face for a moment longer, searching for something—doubt, perhaps, or fear that isn't there. Then she nods once, satisfied, and turns back to the doors, which open at her approach without touch or command.</w:t>
      </w:r>
    </w:p>
    <w:p w14:paraId="3FEAD589" w14:textId="77777777" w:rsidR="0076626E" w:rsidRPr="0076626E" w:rsidRDefault="0076626E" w:rsidP="0076626E">
      <w:pPr>
        <w:spacing w:line="276" w:lineRule="auto"/>
      </w:pPr>
      <w:r w:rsidRPr="0076626E">
        <w:t>Beyond lies another corridor, this one warmer in tone and temperature, lined with blue-flame lanterns that cast a softer light than those in the public spaces. The ward channels here are subtler, woven into decorative patterns rather than stark functional lines. They pulse steadily with our shared rhythm, welcoming rather than assessing.</w:t>
      </w:r>
    </w:p>
    <w:p w14:paraId="2F0EBBF1" w14:textId="77777777" w:rsidR="0076626E" w:rsidRPr="0076626E" w:rsidRDefault="0076626E" w:rsidP="0076626E">
      <w:pPr>
        <w:spacing w:line="276" w:lineRule="auto"/>
      </w:pPr>
      <w:r w:rsidRPr="0076626E">
        <w:t>I step forward, crossing a threshold that represents more than mere physical space. Through our bond, I feel Valeria's quiet acknowledgment of this moment's significance. No words are necessary. The personal has merged with the political, the diplomatic with the instinctive.</w:t>
      </w:r>
    </w:p>
    <w:p w14:paraId="634CD7DA" w14:textId="77777777" w:rsidR="0076626E" w:rsidRPr="0076626E" w:rsidRDefault="0076626E" w:rsidP="0076626E">
      <w:pPr>
        <w:spacing w:line="276" w:lineRule="auto"/>
      </w:pPr>
      <w:r w:rsidRPr="0076626E">
        <w:t>Behind us, the doors close silently, marking the boundary between what was and what will be. The bond between us pulses once, strongly, as if in approval.</w:t>
      </w:r>
    </w:p>
    <w:p w14:paraId="1601B518" w14:textId="77777777" w:rsidR="0076626E" w:rsidRPr="0076626E" w:rsidRDefault="0076626E" w:rsidP="0076626E">
      <w:pPr>
        <w:spacing w:line="276" w:lineRule="auto"/>
      </w:pPr>
      <w:r w:rsidRPr="0076626E">
        <w:t>We have entered new territory—not just the queen's private wing, but whatever this connection between us means. Whatever comes next, one thing is clear: there is no returning to the careful diplomatic distance we maintained before. The silver channels in the walls, the tremor in Valeria's shoulders, the certainty in my own heart—all point to the same unavoidable conclusion.</w:t>
      </w:r>
    </w:p>
    <w:p w14:paraId="5A8D0699" w14:textId="77777777" w:rsidR="0076626E" w:rsidRDefault="0076626E" w:rsidP="0076626E">
      <w:pPr>
        <w:spacing w:line="276" w:lineRule="auto"/>
      </w:pPr>
      <w:r w:rsidRPr="0076626E">
        <w:t>Everything has changed, and we can only move forward.</w:t>
      </w:r>
    </w:p>
    <w:p w14:paraId="4E62D6C0" w14:textId="77777777" w:rsidR="000F7673" w:rsidRDefault="000F7673" w:rsidP="0076626E">
      <w:pPr>
        <w:spacing w:line="276" w:lineRule="auto"/>
      </w:pPr>
    </w:p>
    <w:p w14:paraId="54C1D809" w14:textId="77777777" w:rsidR="000F7673" w:rsidRDefault="000F7673" w:rsidP="0076626E">
      <w:pPr>
        <w:spacing w:line="276" w:lineRule="auto"/>
      </w:pPr>
    </w:p>
    <w:p w14:paraId="5BF77D06" w14:textId="77777777" w:rsidR="000F7673" w:rsidRDefault="000F7673" w:rsidP="0076626E">
      <w:pPr>
        <w:spacing w:line="276" w:lineRule="auto"/>
      </w:pPr>
    </w:p>
    <w:p w14:paraId="2A098C46" w14:textId="77777777" w:rsidR="000F7673" w:rsidRDefault="000F7673" w:rsidP="0076626E">
      <w:pPr>
        <w:spacing w:line="276" w:lineRule="auto"/>
      </w:pPr>
    </w:p>
    <w:p w14:paraId="6879B0B7" w14:textId="77777777" w:rsidR="000F7673" w:rsidRDefault="000F7673" w:rsidP="0076626E">
      <w:pPr>
        <w:spacing w:line="276" w:lineRule="auto"/>
      </w:pPr>
    </w:p>
    <w:p w14:paraId="23CA403F" w14:textId="77777777" w:rsidR="000F7673" w:rsidRDefault="000F7673" w:rsidP="0076626E">
      <w:pPr>
        <w:spacing w:line="276" w:lineRule="auto"/>
      </w:pPr>
    </w:p>
    <w:p w14:paraId="66C672BD" w14:textId="77777777" w:rsidR="000F7673" w:rsidRDefault="000F7673" w:rsidP="0076626E">
      <w:pPr>
        <w:spacing w:line="276" w:lineRule="auto"/>
      </w:pPr>
    </w:p>
    <w:p w14:paraId="5BCC6DAC" w14:textId="77777777" w:rsidR="000F7673" w:rsidRDefault="000F7673" w:rsidP="0076626E">
      <w:pPr>
        <w:spacing w:line="276" w:lineRule="auto"/>
      </w:pPr>
    </w:p>
    <w:p w14:paraId="0AE9A824" w14:textId="77777777" w:rsidR="000F7673" w:rsidRDefault="000F7673" w:rsidP="0076626E">
      <w:pPr>
        <w:spacing w:line="276" w:lineRule="auto"/>
      </w:pPr>
    </w:p>
    <w:p w14:paraId="0BF54B6C" w14:textId="77777777" w:rsidR="000F7673" w:rsidRDefault="000F7673" w:rsidP="0076626E">
      <w:pPr>
        <w:spacing w:line="276" w:lineRule="auto"/>
      </w:pPr>
    </w:p>
    <w:p w14:paraId="32005412" w14:textId="77777777" w:rsidR="000F7673" w:rsidRDefault="000F7673" w:rsidP="0076626E">
      <w:pPr>
        <w:spacing w:line="276" w:lineRule="auto"/>
      </w:pPr>
    </w:p>
    <w:p w14:paraId="69B85774" w14:textId="77777777" w:rsidR="000F7673" w:rsidRDefault="000F7673" w:rsidP="0076626E">
      <w:pPr>
        <w:spacing w:line="276" w:lineRule="auto"/>
      </w:pPr>
    </w:p>
    <w:p w14:paraId="773FF1D3" w14:textId="77777777" w:rsidR="000F7673" w:rsidRDefault="000F7673" w:rsidP="0076626E">
      <w:pPr>
        <w:spacing w:line="276" w:lineRule="auto"/>
      </w:pPr>
    </w:p>
    <w:p w14:paraId="3C4F00E2" w14:textId="77777777" w:rsidR="000F7673" w:rsidRDefault="000F7673" w:rsidP="0076626E">
      <w:pPr>
        <w:spacing w:line="276" w:lineRule="auto"/>
      </w:pPr>
    </w:p>
    <w:p w14:paraId="142FCEB2" w14:textId="77777777" w:rsidR="000F7673" w:rsidRDefault="000F7673" w:rsidP="0076626E">
      <w:pPr>
        <w:spacing w:line="276" w:lineRule="auto"/>
      </w:pPr>
    </w:p>
    <w:p w14:paraId="28DCC221" w14:textId="77777777" w:rsidR="000F7673" w:rsidRDefault="000F7673" w:rsidP="0076626E">
      <w:pPr>
        <w:spacing w:line="276" w:lineRule="auto"/>
      </w:pPr>
    </w:p>
    <w:p w14:paraId="60908780" w14:textId="77777777" w:rsidR="000F7673" w:rsidRDefault="000F7673" w:rsidP="0076626E">
      <w:pPr>
        <w:spacing w:line="276" w:lineRule="auto"/>
      </w:pPr>
    </w:p>
    <w:p w14:paraId="777326DB" w14:textId="77777777" w:rsidR="000F7673" w:rsidRDefault="000F7673" w:rsidP="0076626E">
      <w:pPr>
        <w:spacing w:line="276" w:lineRule="auto"/>
      </w:pPr>
    </w:p>
    <w:p w14:paraId="6F87FF5C" w14:textId="77777777" w:rsidR="000F7673" w:rsidRDefault="000F7673" w:rsidP="0076626E">
      <w:pPr>
        <w:spacing w:line="276" w:lineRule="auto"/>
      </w:pPr>
    </w:p>
    <w:p w14:paraId="2408929B" w14:textId="77777777" w:rsidR="000F7673" w:rsidRDefault="000F7673" w:rsidP="0076626E">
      <w:pPr>
        <w:spacing w:line="276" w:lineRule="auto"/>
      </w:pPr>
    </w:p>
    <w:p w14:paraId="5C0CA79C" w14:textId="77777777" w:rsidR="000F7673" w:rsidRDefault="000F7673" w:rsidP="0076626E">
      <w:pPr>
        <w:spacing w:line="276" w:lineRule="auto"/>
      </w:pPr>
    </w:p>
    <w:p w14:paraId="73EDF1EE" w14:textId="06A12C62" w:rsidR="000F7673" w:rsidRPr="000F7673" w:rsidRDefault="000F7673" w:rsidP="000F7673">
      <w:pPr>
        <w:ind w:firstLine="0"/>
        <w:jc w:val="center"/>
        <w:rPr>
          <w:b/>
          <w:bCs/>
        </w:rPr>
      </w:pPr>
      <w:r w:rsidRPr="00E94BAC">
        <w:rPr>
          <w:b/>
          <w:bCs/>
        </w:rPr>
        <w:t xml:space="preserve">CHAPTER </w:t>
      </w:r>
      <w:r>
        <w:rPr>
          <w:b/>
          <w:bCs/>
        </w:rPr>
        <w:t>EIGHT</w:t>
      </w:r>
    </w:p>
    <w:p w14:paraId="448C04C5" w14:textId="2AED7D55" w:rsidR="000F7673" w:rsidRPr="000F7673" w:rsidRDefault="000F7673" w:rsidP="000F7673">
      <w:pPr>
        <w:spacing w:line="276" w:lineRule="auto"/>
      </w:pPr>
      <w:r w:rsidRPr="000F7673">
        <w:t>Valeria's private chambers breathe differently than the rest of Beaumont. The air here carries warmth I haven't felt since crossing the border—not oppressive heat, but something lived-in, something that remembers what comfort means. The ward channels embedded in the high ceiling curve in more organic patterns, their silver light steady and sure now, pulsing in perfect time with the bond beneath my ribs.</w:t>
      </w:r>
    </w:p>
    <w:p w14:paraId="4A9FC8EA" w14:textId="77777777" w:rsidR="000F7673" w:rsidRPr="000F7673" w:rsidRDefault="000F7673" w:rsidP="000F7673">
      <w:pPr>
        <w:spacing w:line="276" w:lineRule="auto"/>
      </w:pPr>
      <w:r w:rsidRPr="000F7673">
        <w:lastRenderedPageBreak/>
        <w:t>I pause just inside the threshold, diplomatic training automatically cataloging details. The space is vast but not cavernous, intimate despite its scale. Polished black stone forms the walls, but they're softened by tapestries in deep crimson and midnight blue, their patterns ancient and meaningful in ways I can't decipher. A massive fireplace occupies one wall, flames crackling without smoke or excessive heat—another vampire innovation that prioritizes aesthetic over necessity.</w:t>
      </w:r>
    </w:p>
    <w:p w14:paraId="6EEBA08E" w14:textId="77777777" w:rsidR="000F7673" w:rsidRPr="000F7673" w:rsidRDefault="000F7673" w:rsidP="000F7673">
      <w:pPr>
        <w:spacing w:line="276" w:lineRule="auto"/>
      </w:pPr>
      <w:r w:rsidRPr="000F7673">
        <w:t xml:space="preserve">Books line another wall entirely—not display volumes chosen for </w:t>
      </w:r>
      <w:proofErr w:type="gramStart"/>
      <w:r w:rsidRPr="000F7673">
        <w:t>appearance, but</w:t>
      </w:r>
      <w:proofErr w:type="gramEnd"/>
      <w:r w:rsidRPr="000F7673">
        <w:t xml:space="preserve"> worn tomes with cracked spines and dog-eared pages. They speak of actual use, of time spent reading rather than merely possessing. The revelation feels strangely personal, as if I've glimpsed Valeria doing something as ordinary as enjoying a story.</w:t>
      </w:r>
    </w:p>
    <w:p w14:paraId="607B68D6" w14:textId="77777777" w:rsidR="000F7673" w:rsidRPr="000F7673" w:rsidRDefault="000F7673" w:rsidP="000F7673">
      <w:pPr>
        <w:spacing w:line="276" w:lineRule="auto"/>
      </w:pPr>
      <w:r w:rsidRPr="000F7673">
        <w:t>"This is... not what I expected," I admit, the words escaping before diplomatic filters can catch them.</w:t>
      </w:r>
    </w:p>
    <w:p w14:paraId="7971C051" w14:textId="77777777" w:rsidR="000F7673" w:rsidRPr="000F7673" w:rsidRDefault="000F7673" w:rsidP="000F7673">
      <w:pPr>
        <w:spacing w:line="276" w:lineRule="auto"/>
      </w:pPr>
      <w:r w:rsidRPr="000F7673">
        <w:t>Valeria moves deeper into the chamber, her steps no longer the measured royal stride of public spaces but something more natural. "What did you expect, Diplomat Everhart? Coffins and chains?"</w:t>
      </w:r>
    </w:p>
    <w:p w14:paraId="1BEBD6D1" w14:textId="77777777" w:rsidR="000F7673" w:rsidRPr="000F7673" w:rsidRDefault="000F7673" w:rsidP="000F7673">
      <w:pPr>
        <w:spacing w:line="276" w:lineRule="auto"/>
      </w:pPr>
      <w:r w:rsidRPr="000F7673">
        <w:t>The question carries no offense, just the faintest trace of amusement. Through our bond, I sense genuine curiosity beneath her words.</w:t>
      </w:r>
    </w:p>
    <w:p w14:paraId="419CDF46" w14:textId="77777777" w:rsidR="000F7673" w:rsidRPr="000F7673" w:rsidRDefault="000F7673" w:rsidP="000F7673">
      <w:pPr>
        <w:spacing w:line="276" w:lineRule="auto"/>
      </w:pPr>
      <w:r w:rsidRPr="000F7673">
        <w:t>"More ceremony," I clarify, watching as she approaches an obsidian console carved from a single massive stone. "Less..."</w:t>
      </w:r>
    </w:p>
    <w:p w14:paraId="3A2E67FB" w14:textId="77777777" w:rsidR="000F7673" w:rsidRPr="000F7673" w:rsidRDefault="000F7673" w:rsidP="000F7673">
      <w:pPr>
        <w:spacing w:line="276" w:lineRule="auto"/>
      </w:pPr>
      <w:r w:rsidRPr="000F7673">
        <w:t>"Personhood?" she suggests, raising an eyebrow.</w:t>
      </w:r>
    </w:p>
    <w:p w14:paraId="2157E313" w14:textId="77777777" w:rsidR="000F7673" w:rsidRPr="000F7673" w:rsidRDefault="000F7673" w:rsidP="000F7673">
      <w:pPr>
        <w:spacing w:line="276" w:lineRule="auto"/>
      </w:pPr>
      <w:r w:rsidRPr="000F7673">
        <w:t>I don't answer, but the bond pulses once, betraying my agreement. Vampires—especially royal ones—perform their nature so completely in public that it's jarring to see evidence of preferences, habits, choices that aren't calculated for effect.</w:t>
      </w:r>
    </w:p>
    <w:p w14:paraId="43AF100B" w14:textId="77777777" w:rsidR="000F7673" w:rsidRPr="000F7673" w:rsidRDefault="000F7673" w:rsidP="000F7673">
      <w:pPr>
        <w:spacing w:line="276" w:lineRule="auto"/>
      </w:pPr>
      <w:r w:rsidRPr="000F7673">
        <w:t>Valeria stands before the console, her back to me, shoulders straight but not rigid. She lifts her hands to her head, and with deliberate movements, removes her crown.</w:t>
      </w:r>
    </w:p>
    <w:p w14:paraId="2E073C0E" w14:textId="77777777" w:rsidR="000F7673" w:rsidRPr="000F7673" w:rsidRDefault="000F7673" w:rsidP="000F7673">
      <w:pPr>
        <w:spacing w:line="276" w:lineRule="auto"/>
      </w:pPr>
      <w:r w:rsidRPr="000F7673">
        <w:t xml:space="preserve">The gesture freezes me in place. Removing royal symbols in the presence of diplomatic envoys simply isn't done—not in human courts, and certainly not in vampire ones, where every action carries weight beyond its immediate significance. The crown is more than metal; </w:t>
      </w:r>
      <w:proofErr w:type="gramStart"/>
      <w:r w:rsidRPr="000F7673">
        <w:t>it's</w:t>
      </w:r>
      <w:proofErr w:type="gramEnd"/>
      <w:r w:rsidRPr="000F7673">
        <w:t xml:space="preserve"> authority made tangible, the physical manifestation of the difference between monarch and subject.</w:t>
      </w:r>
    </w:p>
    <w:p w14:paraId="6697B88E" w14:textId="77777777" w:rsidR="000F7673" w:rsidRPr="000F7673" w:rsidRDefault="000F7673" w:rsidP="000F7673">
      <w:pPr>
        <w:spacing w:line="276" w:lineRule="auto"/>
      </w:pPr>
      <w:r w:rsidRPr="000F7673">
        <w:t>Her fingers trace the intricate silver work before setting it down on the obsidian surface. The metal makes no sound as it touches stone, as if even inanimate objects know to be silent in her presence.</w:t>
      </w:r>
    </w:p>
    <w:p w14:paraId="659006C3" w14:textId="77777777" w:rsidR="000F7673" w:rsidRPr="000F7673" w:rsidRDefault="000F7673" w:rsidP="000F7673">
      <w:pPr>
        <w:spacing w:line="276" w:lineRule="auto"/>
      </w:pPr>
      <w:r w:rsidRPr="000F7673">
        <w:lastRenderedPageBreak/>
        <w:t>"I've never seen you without it," I observe quietly, watching silver ward-light reflect off the polished metal curves.</w:t>
      </w:r>
    </w:p>
    <w:p w14:paraId="6160453F" w14:textId="77777777" w:rsidR="000F7673" w:rsidRPr="000F7673" w:rsidRDefault="000F7673" w:rsidP="000F7673">
      <w:pPr>
        <w:spacing w:line="276" w:lineRule="auto"/>
      </w:pPr>
      <w:r w:rsidRPr="000F7673">
        <w:t>"Few have," she responds, still facing away from me. "Fewer still who live beyond our borders."</w:t>
      </w:r>
    </w:p>
    <w:p w14:paraId="454D7CFE" w14:textId="77777777" w:rsidR="000F7673" w:rsidRPr="000F7673" w:rsidRDefault="000F7673" w:rsidP="000F7673">
      <w:pPr>
        <w:spacing w:line="276" w:lineRule="auto"/>
      </w:pPr>
      <w:r w:rsidRPr="000F7673">
        <w:t>The crown rests on dark stone like a strange creature taking temporary shelter—beautiful, dangerous, temporarily dormant. Its removal shifts the air between us, not dramatically but perceptibly, like atmospheric pressure changing before a storm.</w:t>
      </w:r>
    </w:p>
    <w:p w14:paraId="48C106D2" w14:textId="77777777" w:rsidR="000F7673" w:rsidRPr="000F7673" w:rsidRDefault="000F7673" w:rsidP="000F7673">
      <w:pPr>
        <w:spacing w:line="276" w:lineRule="auto"/>
      </w:pPr>
      <w:r w:rsidRPr="000F7673">
        <w:t>Next, her hands move to her right wrist. She tugs at each finger of her glove deliberately, the black material sliding free to reveal pale skin beneath. The left follows, both gloves placed beside the crown with the same silent precision.</w:t>
      </w:r>
    </w:p>
    <w:p w14:paraId="302F8B5E" w14:textId="77777777" w:rsidR="000F7673" w:rsidRPr="000F7673" w:rsidRDefault="000F7673" w:rsidP="000F7673">
      <w:pPr>
        <w:spacing w:line="276" w:lineRule="auto"/>
      </w:pPr>
      <w:r w:rsidRPr="000F7673">
        <w:t>I've never seen her hands uncovered. The realization strikes me with unexpected force. Through all our interactions, through council meetings and diplomatic exchanges and even the moment she intercepted the blade meant for my throat, her hands remained gloved—another barrier between queen and world, between predator and potential prey.</w:t>
      </w:r>
    </w:p>
    <w:p w14:paraId="2B027043" w14:textId="77777777" w:rsidR="000F7673" w:rsidRPr="000F7673" w:rsidRDefault="000F7673" w:rsidP="000F7673">
      <w:pPr>
        <w:spacing w:line="276" w:lineRule="auto"/>
      </w:pPr>
      <w:r w:rsidRPr="000F7673">
        <w:t xml:space="preserve">Bare now, they're unexpectedly elegant—long fingers and prominent knuckles, hands made for gesture and expression rather than merely function. A thin silver scar crosses her left palm, its presence startling against otherwise unmarred skin. Vampires don't scar easily. Whatever caused this happened before her </w:t>
      </w:r>
      <w:proofErr w:type="gramStart"/>
      <w:r w:rsidRPr="000F7673">
        <w:t>transformation, or</w:t>
      </w:r>
      <w:proofErr w:type="gramEnd"/>
      <w:r w:rsidRPr="000F7673">
        <w:t xml:space="preserve"> was severe enough to leave a mark despite vampire healing.</w:t>
      </w:r>
    </w:p>
    <w:p w14:paraId="17998F63" w14:textId="77777777" w:rsidR="000F7673" w:rsidRPr="000F7673" w:rsidRDefault="000F7673" w:rsidP="000F7673">
      <w:pPr>
        <w:spacing w:line="276" w:lineRule="auto"/>
      </w:pPr>
      <w:r w:rsidRPr="000F7673">
        <w:t>The bond between us warms, responding to my focus on this small vulnerability. I sense no discomfort from her side, just awareness—she knows precisely what she's revealing, and to whom.</w:t>
      </w:r>
    </w:p>
    <w:p w14:paraId="791E82A8" w14:textId="77777777" w:rsidR="000F7673" w:rsidRPr="000F7673" w:rsidRDefault="000F7673" w:rsidP="000F7673">
      <w:pPr>
        <w:spacing w:line="276" w:lineRule="auto"/>
      </w:pPr>
      <w:r w:rsidRPr="000F7673">
        <w:t xml:space="preserve">Finally, Valeria reaches for her hair. Pins come free between practiced </w:t>
      </w:r>
      <w:proofErr w:type="gramStart"/>
      <w:r w:rsidRPr="000F7673">
        <w:t>fingers,</w:t>
      </w:r>
      <w:proofErr w:type="gramEnd"/>
      <w:r w:rsidRPr="000F7673">
        <w:t xml:space="preserve"> each one placed beside the gloves with careful precision. Dark curls fall gradually from their severe arrangement, cascading past her shoulders in waves that transform her silhouette from sovereign to something far more mortal.</w:t>
      </w:r>
    </w:p>
    <w:p w14:paraId="228761FE" w14:textId="77777777" w:rsidR="000F7673" w:rsidRPr="000F7673" w:rsidRDefault="000F7673" w:rsidP="000F7673">
      <w:pPr>
        <w:spacing w:line="276" w:lineRule="auto"/>
      </w:pPr>
      <w:r w:rsidRPr="000F7673">
        <w:t>The change is subtle yet profound—not just appearance but identity shifting before my eyes. Queen to woman in the span of a few deliberate gestures. She remains every inch the predator, but the distance between us has diminished through these small surrenders of formal artifice.</w:t>
      </w:r>
    </w:p>
    <w:p w14:paraId="3EC70399" w14:textId="77777777" w:rsidR="000F7673" w:rsidRPr="000F7673" w:rsidRDefault="000F7673" w:rsidP="000F7673">
      <w:pPr>
        <w:spacing w:line="276" w:lineRule="auto"/>
      </w:pPr>
      <w:r w:rsidRPr="000F7673">
        <w:t xml:space="preserve">The ward channels overhead brighten in response, their silver light intensifying not to painful brightness but to something warmer, more golden. The bond beneath my </w:t>
      </w:r>
      <w:proofErr w:type="gramStart"/>
      <w:r w:rsidRPr="000F7673">
        <w:t>ribs</w:t>
      </w:r>
      <w:proofErr w:type="gramEnd"/>
      <w:r w:rsidRPr="000F7673">
        <w:t xml:space="preserve"> pulses in perfect synchronization, like a second heartbeat learning the rhythm of my first.</w:t>
      </w:r>
    </w:p>
    <w:p w14:paraId="73E1D281" w14:textId="77777777" w:rsidR="000F7673" w:rsidRPr="000F7673" w:rsidRDefault="000F7673" w:rsidP="000F7673">
      <w:pPr>
        <w:spacing w:line="276" w:lineRule="auto"/>
      </w:pPr>
      <w:r w:rsidRPr="000F7673">
        <w:lastRenderedPageBreak/>
        <w:t>Valeria turns to face me, and for a moment, I struggle to reconcile this version with the sovereign who stood between me and a blade just hours earlier. Her features remain the same—the sharp cheekbones, the gold eyes, the mouth that rarely smiles—but without the crown and the severe hairstyle, she appears almost... approachable.</w:t>
      </w:r>
    </w:p>
    <w:p w14:paraId="39559B78" w14:textId="77777777" w:rsidR="000F7673" w:rsidRPr="000F7673" w:rsidRDefault="000F7673" w:rsidP="000F7673">
      <w:pPr>
        <w:spacing w:line="276" w:lineRule="auto"/>
      </w:pPr>
      <w:r w:rsidRPr="000F7673">
        <w:t>"You look surprised," she observes, one corner of her mouth lifting slightly.</w:t>
      </w:r>
    </w:p>
    <w:p w14:paraId="243A2722" w14:textId="77777777" w:rsidR="000F7673" w:rsidRPr="000F7673" w:rsidRDefault="000F7673" w:rsidP="000F7673">
      <w:pPr>
        <w:spacing w:line="276" w:lineRule="auto"/>
      </w:pPr>
      <w:r w:rsidRPr="000F7673">
        <w:t>"I am," I admit, because there's little point in diplomatic facades when she can likely feel my reaction through our connection. "This feels..."</w:t>
      </w:r>
    </w:p>
    <w:p w14:paraId="65FC0357" w14:textId="77777777" w:rsidR="000F7673" w:rsidRPr="000F7673" w:rsidRDefault="000F7673" w:rsidP="000F7673">
      <w:pPr>
        <w:spacing w:line="276" w:lineRule="auto"/>
      </w:pPr>
      <w:r w:rsidRPr="000F7673">
        <w:t>"Dangerous?" she suggests.</w:t>
      </w:r>
    </w:p>
    <w:p w14:paraId="1018FF18" w14:textId="77777777" w:rsidR="000F7673" w:rsidRPr="000F7673" w:rsidRDefault="000F7673" w:rsidP="000F7673">
      <w:pPr>
        <w:spacing w:line="276" w:lineRule="auto"/>
      </w:pPr>
      <w:r w:rsidRPr="000F7673">
        <w:t>"Human," I correct.</w:t>
      </w:r>
    </w:p>
    <w:p w14:paraId="29FEF112" w14:textId="77777777" w:rsidR="000F7673" w:rsidRPr="000F7673" w:rsidRDefault="000F7673" w:rsidP="000F7673">
      <w:pPr>
        <w:spacing w:line="276" w:lineRule="auto"/>
      </w:pPr>
      <w:r w:rsidRPr="000F7673">
        <w:t>Something flashes in her eyes—not offense, but something more complex. Through our bond comes a ripple of emotion I can't quite identify, though it carries neither anger nor denial.</w:t>
      </w:r>
    </w:p>
    <w:p w14:paraId="3472FF9B" w14:textId="77777777" w:rsidR="000F7673" w:rsidRPr="000F7673" w:rsidRDefault="000F7673" w:rsidP="000F7673">
      <w:pPr>
        <w:spacing w:line="276" w:lineRule="auto"/>
      </w:pPr>
      <w:r w:rsidRPr="000F7673">
        <w:t>"We were all human once, Alice," she says, using my given name for the first time since I arrived in Beaumont. "Some of us remember it better than others."</w:t>
      </w:r>
    </w:p>
    <w:p w14:paraId="3AC49C66" w14:textId="77777777" w:rsidR="000F7673" w:rsidRPr="000F7673" w:rsidRDefault="000F7673" w:rsidP="000F7673">
      <w:pPr>
        <w:spacing w:line="276" w:lineRule="auto"/>
      </w:pPr>
      <w:r w:rsidRPr="000F7673">
        <w:t>The use of my name without title or family designation lands like a physical touch. The bond flares warm in response, sending a flush through me that has nothing to do with the room's comfortable temperature.</w:t>
      </w:r>
    </w:p>
    <w:p w14:paraId="23B0CCA6" w14:textId="77777777" w:rsidR="000F7673" w:rsidRPr="000F7673" w:rsidRDefault="000F7673" w:rsidP="000F7673">
      <w:pPr>
        <w:spacing w:line="276" w:lineRule="auto"/>
      </w:pPr>
      <w:r w:rsidRPr="000F7673">
        <w:t>Valeria tilts her head slightly, studying me with the same intensity she brings to council matters, but without the royal distance. Her hair shifts with the movement, dark curls catching the ward-light and reflecting it back in subtle blue highlights.</w:t>
      </w:r>
    </w:p>
    <w:p w14:paraId="50A7BCBE" w14:textId="77777777" w:rsidR="000F7673" w:rsidRPr="000F7673" w:rsidRDefault="000F7673" w:rsidP="000F7673">
      <w:pPr>
        <w:spacing w:line="276" w:lineRule="auto"/>
      </w:pPr>
      <w:r w:rsidRPr="000F7673">
        <w:t>"Does it make you uncomfortable?" she asks. "Seeing me like this?"</w:t>
      </w:r>
    </w:p>
    <w:p w14:paraId="4E00A6F4" w14:textId="77777777" w:rsidR="000F7673" w:rsidRPr="000F7673" w:rsidRDefault="000F7673" w:rsidP="000F7673">
      <w:pPr>
        <w:spacing w:line="276" w:lineRule="auto"/>
      </w:pPr>
      <w:r w:rsidRPr="000F7673">
        <w:t>The question requires consideration, not just diplomatic calculation. I take my time, examining my own reaction as carefully as I would a treaty clause.</w:t>
      </w:r>
    </w:p>
    <w:p w14:paraId="0A11C7FE" w14:textId="77777777" w:rsidR="000F7673" w:rsidRPr="000F7673" w:rsidRDefault="000F7673" w:rsidP="000F7673">
      <w:pPr>
        <w:spacing w:line="276" w:lineRule="auto"/>
      </w:pPr>
      <w:r w:rsidRPr="000F7673">
        <w:t>"Not uncomfortable," I finally answer. "Unprepared."</w:t>
      </w:r>
    </w:p>
    <w:p w14:paraId="67321D95" w14:textId="77777777" w:rsidR="000F7673" w:rsidRPr="000F7673" w:rsidRDefault="000F7673" w:rsidP="000F7673">
      <w:pPr>
        <w:spacing w:line="276" w:lineRule="auto"/>
      </w:pPr>
      <w:r w:rsidRPr="000F7673">
        <w:t>Her lips curve into something closer to a genuine smile than I've yet seen. "An honest diplomat. How refreshing."</w:t>
      </w:r>
    </w:p>
    <w:p w14:paraId="08A5D3D2" w14:textId="77777777" w:rsidR="000F7673" w:rsidRPr="000F7673" w:rsidRDefault="000F7673" w:rsidP="000F7673">
      <w:pPr>
        <w:spacing w:line="276" w:lineRule="auto"/>
      </w:pPr>
      <w:r w:rsidRPr="000F7673">
        <w:t>The ward channels pulse once, strongly, as if in agreement. Whatever this connection between us means, whatever complications it brings to an already complex diplomatic situation, we've crossed a threshold as significant as the physical one that brought us into these chambers.</w:t>
      </w:r>
    </w:p>
    <w:p w14:paraId="5CBBC7F9" w14:textId="77777777" w:rsidR="000F7673" w:rsidRPr="000F7673" w:rsidRDefault="000F7673" w:rsidP="000F7673">
      <w:pPr>
        <w:spacing w:line="276" w:lineRule="auto"/>
      </w:pPr>
      <w:r w:rsidRPr="000F7673">
        <w:t>Valeria has removed her crown. I've admitted to being unprepared. We're both standing on unfamiliar ground, our careful facades beginning to crack.</w:t>
      </w:r>
    </w:p>
    <w:p w14:paraId="2AF38D80" w14:textId="77777777" w:rsidR="000F7673" w:rsidRPr="000F7673" w:rsidRDefault="000F7673" w:rsidP="000F7673">
      <w:pPr>
        <w:spacing w:line="276" w:lineRule="auto"/>
      </w:pPr>
      <w:r w:rsidRPr="000F7673">
        <w:t>And strangest of all, through the steady pulse of our bond, it feels exactly right.</w:t>
      </w:r>
    </w:p>
    <w:p w14:paraId="5C882C82" w14:textId="77777777" w:rsidR="000F7673" w:rsidRPr="000F7673" w:rsidRDefault="000F7673" w:rsidP="000F7673">
      <w:pPr>
        <w:spacing w:line="276" w:lineRule="auto"/>
      </w:pPr>
      <w:r w:rsidRPr="000F7673">
        <w:lastRenderedPageBreak/>
        <w:t>Valeria moves to the heavy oaken door, her bare feet silent against polished stone. The absence of her usual clicking heels creates a strange intimacy—like overhearing a whispered conversation not meant for public ears. She pushes the door closed with deliberate care, the sound of ancient wood settling into its frame echoing with finality. No one will disturb us here. No council members, no guards, no political maneuvering. Just queen and diplomat, predator and prey, two women connected by something neither understands.</w:t>
      </w:r>
    </w:p>
    <w:p w14:paraId="6F205C3A" w14:textId="77777777" w:rsidR="000F7673" w:rsidRPr="000F7673" w:rsidRDefault="000F7673" w:rsidP="000F7673">
      <w:pPr>
        <w:spacing w:line="276" w:lineRule="auto"/>
      </w:pPr>
      <w:r w:rsidRPr="000F7673">
        <w:t>The silver ward-light pulses once as the door seals, as if acknowledging our isolation. The air changes subtly—becomes more concentrated, more personal. Scents emerge that were masked before: aged parchment from the bookshelves, something floral and subdued that might be Valeria herself, the faint mineral tang of the stone walls that have witnessed centuries of vampire history.</w:t>
      </w:r>
    </w:p>
    <w:p w14:paraId="477F1794" w14:textId="77777777" w:rsidR="000F7673" w:rsidRPr="000F7673" w:rsidRDefault="000F7673" w:rsidP="000F7673">
      <w:pPr>
        <w:spacing w:line="276" w:lineRule="auto"/>
      </w:pPr>
      <w:r w:rsidRPr="000F7673">
        <w:t>Valeria turns from the door and approaches me with measured steps. Without her crown and formal attire, she moves differently—still graceful, still controlled, but with a fluidity that feels more natural than performed. Her hair shifts with each step, dark curls catching silver light in ways that make it difficult to look away.</w:t>
      </w:r>
    </w:p>
    <w:p w14:paraId="71B86201" w14:textId="77777777" w:rsidR="000F7673" w:rsidRPr="000F7673" w:rsidRDefault="000F7673" w:rsidP="000F7673">
      <w:pPr>
        <w:spacing w:line="276" w:lineRule="auto"/>
      </w:pPr>
      <w:r w:rsidRPr="000F7673">
        <w:t>She stops before me, close enough that I can see the precise gold pattern in her irises—not solid color but intricate variations of amber and bronze, like metal heated unevenly. In the public spaces of Beaumont, she maintains perfect distance—close enough for conversation, far enough to prevent discomfort. Here, she stands near enough that I could count her eyelashes if I were so inclined.</w:t>
      </w:r>
    </w:p>
    <w:p w14:paraId="4994A704" w14:textId="77777777" w:rsidR="000F7673" w:rsidRPr="000F7673" w:rsidRDefault="000F7673" w:rsidP="000F7673">
      <w:pPr>
        <w:spacing w:line="276" w:lineRule="auto"/>
      </w:pPr>
      <w:r w:rsidRPr="000F7673">
        <w:t>"Are you hurt?" she asks, her voice low, stripped of royal inflection.</w:t>
      </w:r>
    </w:p>
    <w:p w14:paraId="66D81872" w14:textId="77777777" w:rsidR="000F7673" w:rsidRPr="000F7673" w:rsidRDefault="000F7673" w:rsidP="000F7673">
      <w:pPr>
        <w:spacing w:line="276" w:lineRule="auto"/>
      </w:pPr>
      <w:r w:rsidRPr="000F7673">
        <w:t>The question catches me off-guard—not its content but its delivery. There's no calculation behind it, no diplomatic consideration of treaty implications or political consequences. Just simple concern, direct and unadorned.</w:t>
      </w:r>
    </w:p>
    <w:p w14:paraId="0B2EBF02" w14:textId="77777777" w:rsidR="000F7673" w:rsidRPr="000F7673" w:rsidRDefault="000F7673" w:rsidP="000F7673">
      <w:pPr>
        <w:spacing w:line="276" w:lineRule="auto"/>
      </w:pPr>
      <w:r w:rsidRPr="000F7673">
        <w:t>The bond between us pulses with something that feels like worry—from her side, not mine. The sensation is strange, foreign emotions flowing alongside my own like two streams converging. I'm not accustomed to feeling someone else's concern for me. It's disorienting, intimate in ways physical proximity could never achieve.</w:t>
      </w:r>
    </w:p>
    <w:p w14:paraId="1B62714B" w14:textId="77777777" w:rsidR="000F7673" w:rsidRPr="000F7673" w:rsidRDefault="000F7673" w:rsidP="000F7673">
      <w:pPr>
        <w:spacing w:line="276" w:lineRule="auto"/>
      </w:pPr>
      <w:r w:rsidRPr="000F7673">
        <w:t>I shake my head. "No. I'm not hurt."</w:t>
      </w:r>
    </w:p>
    <w:p w14:paraId="2AA0FB40" w14:textId="77777777" w:rsidR="000F7673" w:rsidRPr="000F7673" w:rsidRDefault="000F7673" w:rsidP="000F7673">
      <w:pPr>
        <w:spacing w:line="276" w:lineRule="auto"/>
      </w:pPr>
      <w:r w:rsidRPr="000F7673">
        <w:t>Physically, it's true. The sentinel's blade never made contact. My skin remains unbroken, my diplomatic attire unmarked by the attack. But there are different kinds of harm than physical—the kind that comes from witnessing violence intended for you, from realizing how quickly diplomatic protection can dissolve into immediate threat.</w:t>
      </w:r>
    </w:p>
    <w:p w14:paraId="7CD39825" w14:textId="77777777" w:rsidR="000F7673" w:rsidRPr="000F7673" w:rsidRDefault="000F7673" w:rsidP="000F7673">
      <w:pPr>
        <w:spacing w:line="276" w:lineRule="auto"/>
      </w:pPr>
      <w:r w:rsidRPr="000F7673">
        <w:t xml:space="preserve">Valeria studies me with unnerving focus, as if searching for injuries I might be concealing. Her eyes linger on my throat where the blade would have struck, then move to my </w:t>
      </w:r>
      <w:r w:rsidRPr="000F7673">
        <w:lastRenderedPageBreak/>
        <w:t>face. Without her gloves, she keeps her hands carefully at her sides, as if unsure of their proper place now that they're uncovered.</w:t>
      </w:r>
    </w:p>
    <w:p w14:paraId="5C80B1BC" w14:textId="77777777" w:rsidR="000F7673" w:rsidRPr="000F7673" w:rsidRDefault="000F7673" w:rsidP="000F7673">
      <w:pPr>
        <w:spacing w:line="276" w:lineRule="auto"/>
      </w:pPr>
      <w:r w:rsidRPr="000F7673">
        <w:t>"I almost failed," she says after a long moment.</w:t>
      </w:r>
    </w:p>
    <w:p w14:paraId="502F6185" w14:textId="77777777" w:rsidR="000F7673" w:rsidRPr="000F7673" w:rsidRDefault="000F7673" w:rsidP="000F7673">
      <w:pPr>
        <w:spacing w:line="276" w:lineRule="auto"/>
      </w:pPr>
      <w:r w:rsidRPr="000F7673">
        <w:t>Three simple words that contain multitudes. Not "we almost had an incident" or "the treaty was nearly compromised"—diplomatic phrases that would frame the attack in terms of political consequences. Just the stark admission of near-failure, personal and unadorned.</w:t>
      </w:r>
    </w:p>
    <w:p w14:paraId="44BD1E8E" w14:textId="77777777" w:rsidR="000F7673" w:rsidRPr="000F7673" w:rsidRDefault="000F7673" w:rsidP="000F7673">
      <w:pPr>
        <w:spacing w:line="276" w:lineRule="auto"/>
      </w:pPr>
      <w:r w:rsidRPr="000F7673">
        <w:t>From Beaumont's sovereign, such naked vulnerability feels more shocking than the attack itself. Queens don't admit weakness. Predators don't acknowledge missed strikes. Yet here she stands, hair loose around her shoulders, hands bare, confessing failure to the very human whose protection she nearly failed to ensure.</w:t>
      </w:r>
    </w:p>
    <w:p w14:paraId="264A155D" w14:textId="77777777" w:rsidR="000F7673" w:rsidRPr="000F7673" w:rsidRDefault="000F7673" w:rsidP="000F7673">
      <w:pPr>
        <w:spacing w:line="276" w:lineRule="auto"/>
      </w:pPr>
      <w:r w:rsidRPr="000F7673">
        <w:t>I try to parse her meaning through diplomatic filters and find them inadequate. This isn't about treaty obligations or diplomatic protocol. This is about something more fundamental—a protective instinct that transcends political calculation.</w:t>
      </w:r>
    </w:p>
    <w:p w14:paraId="03225A38" w14:textId="77777777" w:rsidR="000F7673" w:rsidRPr="000F7673" w:rsidRDefault="000F7673" w:rsidP="000F7673">
      <w:pPr>
        <w:spacing w:line="276" w:lineRule="auto"/>
      </w:pPr>
      <w:r w:rsidRPr="000F7673">
        <w:t>The bond between us hums with something complex—regret, determination, lingering fear. Her emotions flow alongside my own, distinct yet intertwined. I wonder if she feels mine with equal clarity, if my own tangled reactions are as transparent to her as hers have become to me.</w:t>
      </w:r>
    </w:p>
    <w:p w14:paraId="57EBCA1E" w14:textId="77777777" w:rsidR="000F7673" w:rsidRPr="000F7673" w:rsidRDefault="000F7673" w:rsidP="000F7673">
      <w:pPr>
        <w:spacing w:line="276" w:lineRule="auto"/>
      </w:pPr>
      <w:r w:rsidRPr="000F7673">
        <w:t>Silence stretches between us, not uncomfortable but weighted with unspoken implications. The ward channels overhead pulse steadily, their rhythm matching our shared bond rather than the erratic fluctuations of before. There's something grounding in their consistency, a reminder that whatever connects us has stabilized something fundamental in Beaumont itself.</w:t>
      </w:r>
    </w:p>
    <w:p w14:paraId="0BB5CE73" w14:textId="77777777" w:rsidR="000F7673" w:rsidRPr="000F7673" w:rsidRDefault="000F7673" w:rsidP="000F7673">
      <w:pPr>
        <w:spacing w:line="276" w:lineRule="auto"/>
      </w:pPr>
      <w:r w:rsidRPr="000F7673">
        <w:t>"I was afraid," I admit finally, my voice softer than intended.</w:t>
      </w:r>
    </w:p>
    <w:p w14:paraId="58BDCB52" w14:textId="77777777" w:rsidR="000F7673" w:rsidRPr="000F7673" w:rsidRDefault="000F7673" w:rsidP="000F7673">
      <w:pPr>
        <w:spacing w:line="276" w:lineRule="auto"/>
      </w:pPr>
      <w:r w:rsidRPr="000F7673">
        <w:t>My diplomatic training screams against such confession. Never admit weakness. Never reveal vulnerability. Maintain composure at all costs. Yet the words emerge anyway, honest and unfiltered.</w:t>
      </w:r>
    </w:p>
    <w:p w14:paraId="042DF5D0" w14:textId="77777777" w:rsidR="000F7673" w:rsidRPr="000F7673" w:rsidRDefault="000F7673" w:rsidP="000F7673">
      <w:pPr>
        <w:spacing w:line="276" w:lineRule="auto"/>
      </w:pPr>
      <w:r w:rsidRPr="000F7673">
        <w:t>Valeria doesn't move, but something in her posture shifts—a subtle relaxation, as if my admission has granted permission for her own. The bond between us warms, pulses once with something that feels like approval.</w:t>
      </w:r>
    </w:p>
    <w:p w14:paraId="723BEB0D" w14:textId="77777777" w:rsidR="000F7673" w:rsidRPr="000F7673" w:rsidRDefault="000F7673" w:rsidP="000F7673">
      <w:pPr>
        <w:spacing w:line="276" w:lineRule="auto"/>
      </w:pPr>
      <w:r w:rsidRPr="000F7673">
        <w:t>"So was I," she replies, the words barely audible.</w:t>
      </w:r>
    </w:p>
    <w:p w14:paraId="7FB53E4A" w14:textId="77777777" w:rsidR="000F7673" w:rsidRPr="000F7673" w:rsidRDefault="000F7673" w:rsidP="000F7673">
      <w:pPr>
        <w:spacing w:line="276" w:lineRule="auto"/>
      </w:pPr>
      <w:r w:rsidRPr="000F7673">
        <w:t>Two predators rarely admit fear to one another. Two diplomats rarely admit truth. Yet here we stand—vampire queen and human envoy—acknowledging the emotion that political training teaches us to suppress above all others.</w:t>
      </w:r>
    </w:p>
    <w:p w14:paraId="6723A4BA" w14:textId="77777777" w:rsidR="000F7673" w:rsidRPr="000F7673" w:rsidRDefault="000F7673" w:rsidP="000F7673">
      <w:pPr>
        <w:spacing w:line="276" w:lineRule="auto"/>
      </w:pPr>
      <w:r w:rsidRPr="000F7673">
        <w:lastRenderedPageBreak/>
        <w:t>The ward-light softens to a gentler glow, less silver now and more pearl, bathing the chamber in diffused luminescence that smooths sharp edges and harsh shadows. The change feels deliberate, responsive—as if the mountain itself approves of our honesty.</w:t>
      </w:r>
    </w:p>
    <w:p w14:paraId="5D73598C" w14:textId="77777777" w:rsidR="000F7673" w:rsidRPr="000F7673" w:rsidRDefault="000F7673" w:rsidP="000F7673">
      <w:pPr>
        <w:spacing w:line="276" w:lineRule="auto"/>
      </w:pPr>
      <w:r w:rsidRPr="000F7673">
        <w:t>"When I saw the blade..." Valeria begins, then stops, uncharacteristically hesitant. "The diplomatic implications were secondary."</w:t>
      </w:r>
    </w:p>
    <w:p w14:paraId="2D3F31DE" w14:textId="77777777" w:rsidR="000F7673" w:rsidRPr="000F7673" w:rsidRDefault="000F7673" w:rsidP="000F7673">
      <w:pPr>
        <w:spacing w:line="276" w:lineRule="auto"/>
      </w:pPr>
      <w:r w:rsidRPr="000F7673">
        <w:t>She doesn't complete the thought, doesn't need to. Through our bond, I feel the rest—the instinctive surge of protective rage, the fear not for the treaty but for me specifically. The realization that her reaction had been personal rather than political.</w:t>
      </w:r>
    </w:p>
    <w:p w14:paraId="6C68DB9A" w14:textId="77777777" w:rsidR="000F7673" w:rsidRPr="000F7673" w:rsidRDefault="000F7673" w:rsidP="000F7673">
      <w:pPr>
        <w:spacing w:line="276" w:lineRule="auto"/>
      </w:pPr>
      <w:r w:rsidRPr="000F7673">
        <w:t>"I thought I was going to die," I say simply. "Not as a diplomat. Just as me."</w:t>
      </w:r>
    </w:p>
    <w:p w14:paraId="0DBD8781" w14:textId="77777777" w:rsidR="000F7673" w:rsidRPr="000F7673" w:rsidRDefault="000F7673" w:rsidP="000F7673">
      <w:pPr>
        <w:spacing w:line="276" w:lineRule="auto"/>
      </w:pPr>
      <w:r w:rsidRPr="000F7673">
        <w:t>Valeria's expression shifts minutely—the barest softening around her eyes, a slight release of tension in her jaw. "You didn't."</w:t>
      </w:r>
    </w:p>
    <w:p w14:paraId="3B040A33" w14:textId="77777777" w:rsidR="000F7673" w:rsidRPr="000F7673" w:rsidRDefault="000F7673" w:rsidP="000F7673">
      <w:pPr>
        <w:spacing w:line="276" w:lineRule="auto"/>
      </w:pPr>
      <w:r w:rsidRPr="000F7673">
        <w:t>"Because of you."</w:t>
      </w:r>
    </w:p>
    <w:p w14:paraId="2508120F" w14:textId="77777777" w:rsidR="000F7673" w:rsidRPr="000F7673" w:rsidRDefault="000F7673" w:rsidP="000F7673">
      <w:pPr>
        <w:spacing w:line="276" w:lineRule="auto"/>
      </w:pPr>
      <w:r w:rsidRPr="000F7673">
        <w:t>She inclines her head, accepting this truth without pride or deflection. "Yes."</w:t>
      </w:r>
    </w:p>
    <w:p w14:paraId="41A98086" w14:textId="77777777" w:rsidR="000F7673" w:rsidRPr="000F7673" w:rsidRDefault="000F7673" w:rsidP="000F7673">
      <w:pPr>
        <w:spacing w:line="276" w:lineRule="auto"/>
      </w:pPr>
      <w:r w:rsidRPr="000F7673">
        <w:t>The simplicity of our exchange feels revolutionary after days of careful diplomatic speech and political maneuvering. No layers of meaning to analyze, no hidden agendas to uncover. Just truth, offered and received.</w:t>
      </w:r>
    </w:p>
    <w:p w14:paraId="1EB45B90" w14:textId="77777777" w:rsidR="000F7673" w:rsidRPr="000F7673" w:rsidRDefault="000F7673" w:rsidP="000F7673">
      <w:pPr>
        <w:spacing w:line="276" w:lineRule="auto"/>
      </w:pPr>
      <w:r w:rsidRPr="000F7673">
        <w:t>"Thank you," I say, the words insufficient but necessary.</w:t>
      </w:r>
    </w:p>
    <w:p w14:paraId="082976B6" w14:textId="77777777" w:rsidR="000F7673" w:rsidRPr="000F7673" w:rsidRDefault="000F7673" w:rsidP="000F7673">
      <w:pPr>
        <w:spacing w:line="276" w:lineRule="auto"/>
      </w:pPr>
      <w:r w:rsidRPr="000F7673">
        <w:t>Valeria's eyes meet mine directly, gold irises capturing silver ward-light and reflecting it back. "You are under my protection now, Alice Everhart. Not just as a diplomat. As yourself."</w:t>
      </w:r>
    </w:p>
    <w:p w14:paraId="39BBDDF6" w14:textId="77777777" w:rsidR="000F7673" w:rsidRPr="000F7673" w:rsidRDefault="000F7673" w:rsidP="000F7673">
      <w:pPr>
        <w:spacing w:line="276" w:lineRule="auto"/>
      </w:pPr>
      <w:r w:rsidRPr="000F7673">
        <w:t>The declaration settles between us with the weight of royal decree, though she wears no crown to grant it formal authority. Through our bond, I feel the commitment behind her words—iron-clad and absolute.</w:t>
      </w:r>
    </w:p>
    <w:p w14:paraId="773F08E5" w14:textId="77777777" w:rsidR="000F7673" w:rsidRPr="000F7673" w:rsidRDefault="000F7673" w:rsidP="000F7673">
      <w:pPr>
        <w:spacing w:line="276" w:lineRule="auto"/>
      </w:pPr>
      <w:r w:rsidRPr="000F7673">
        <w:t>"Is that why you brought me here?" I ask, gesturing to the private chambers around us. "For protection?"</w:t>
      </w:r>
    </w:p>
    <w:p w14:paraId="484533EC" w14:textId="77777777" w:rsidR="000F7673" w:rsidRPr="000F7673" w:rsidRDefault="000F7673" w:rsidP="000F7673">
      <w:pPr>
        <w:spacing w:line="276" w:lineRule="auto"/>
      </w:pPr>
      <w:r w:rsidRPr="000F7673">
        <w:t>A faint smile touches her lips, gone almost before it forms. "Among other reasons."</w:t>
      </w:r>
    </w:p>
    <w:p w14:paraId="21E5D2CE" w14:textId="77777777" w:rsidR="000F7673" w:rsidRPr="000F7673" w:rsidRDefault="000F7673" w:rsidP="000F7673">
      <w:pPr>
        <w:spacing w:line="276" w:lineRule="auto"/>
      </w:pPr>
      <w:r w:rsidRPr="000F7673">
        <w:t>The bond pulses warm between us, neither confirming nor denying, simply acknowledging the complexity of motivations that have brought us to this moment. Political necessity, magical anomaly, protective instinct—all true, all incomplete.</w:t>
      </w:r>
    </w:p>
    <w:p w14:paraId="08D4FC29" w14:textId="77777777" w:rsidR="000F7673" w:rsidRPr="000F7673" w:rsidRDefault="000F7673" w:rsidP="000F7673">
      <w:pPr>
        <w:spacing w:line="276" w:lineRule="auto"/>
      </w:pPr>
      <w:r w:rsidRPr="000F7673">
        <w:t>Beneath them all runs something neither of us is ready to name.</w:t>
      </w:r>
    </w:p>
    <w:p w14:paraId="6DDA63C5" w14:textId="77777777" w:rsidR="000F7673" w:rsidRPr="000F7673" w:rsidRDefault="000F7673" w:rsidP="000F7673">
      <w:pPr>
        <w:spacing w:line="276" w:lineRule="auto"/>
      </w:pPr>
      <w:r w:rsidRPr="000F7673">
        <w:t xml:space="preserve">Valeria drifts toward the ivory-inlaid desk positioned beneath a tall window. Moonlight spills across its surface, creating patterns that mirror the ward channels overhead. She settles </w:t>
      </w:r>
      <w:r w:rsidRPr="000F7673">
        <w:lastRenderedPageBreak/>
        <w:t>against its edge—not sitting, not standing, but something in between that manages to look both casual and regal. Without her crown and formal posture, she becomes a different creature entirely—still dangerous, still powerful, but less controlled, more immediate.</w:t>
      </w:r>
    </w:p>
    <w:p w14:paraId="6E326337" w14:textId="77777777" w:rsidR="000F7673" w:rsidRPr="000F7673" w:rsidRDefault="000F7673" w:rsidP="000F7673">
      <w:pPr>
        <w:spacing w:line="276" w:lineRule="auto"/>
      </w:pPr>
      <w:r w:rsidRPr="000F7673">
        <w:t>The silence between us shifts from tense to thoughtful. The immediate danger has passed; the immediate confessions have been made. What remains is this strange, suspended moment where we are neither purely diplomat and queen nor entirely something else. The bond pulses gently beneath my ribs, no longer urgent but present, like a conversation continuing below the level of words.</w:t>
      </w:r>
    </w:p>
    <w:p w14:paraId="1E152F57" w14:textId="77777777" w:rsidR="000F7673" w:rsidRPr="000F7673" w:rsidRDefault="000F7673" w:rsidP="000F7673">
      <w:pPr>
        <w:spacing w:line="276" w:lineRule="auto"/>
      </w:pPr>
      <w:r w:rsidRPr="000F7673">
        <w:t xml:space="preserve">Valeria's fingers trace an abstract pattern on the ivory </w:t>
      </w:r>
      <w:proofErr w:type="gramStart"/>
      <w:r w:rsidRPr="000F7673">
        <w:t>inlay,</w:t>
      </w:r>
      <w:proofErr w:type="gramEnd"/>
      <w:r w:rsidRPr="000F7673">
        <w:t xml:space="preserve"> her newly exposed hands pale against the cream-colored surface. The casual gesture feels startlingly intimate—a movement not calculated for public observation but natural, unconscious.</w:t>
      </w:r>
    </w:p>
    <w:p w14:paraId="2DC5E7E9" w14:textId="77777777" w:rsidR="000F7673" w:rsidRPr="000F7673" w:rsidRDefault="000F7673" w:rsidP="000F7673">
      <w:pPr>
        <w:spacing w:line="276" w:lineRule="auto"/>
      </w:pPr>
      <w:r w:rsidRPr="000F7673">
        <w:t>"What were you before diplomacy?" she asks suddenly, her eyes lifting to mine.</w:t>
      </w:r>
    </w:p>
    <w:p w14:paraId="1C5E9E2D" w14:textId="77777777" w:rsidR="000F7673" w:rsidRPr="000F7673" w:rsidRDefault="000F7673" w:rsidP="000F7673">
      <w:pPr>
        <w:spacing w:line="276" w:lineRule="auto"/>
      </w:pPr>
      <w:r w:rsidRPr="000F7673">
        <w:t>The question catches me off guard. Not because it's invasive—diplomatic envoys expect scrutiny of our backgrounds—but because it seeks something personal rather than political. Not my credentials or training or connections, but me, the person who existed before titles and treaties shaped my identity.</w:t>
      </w:r>
    </w:p>
    <w:p w14:paraId="74E6F797" w14:textId="77777777" w:rsidR="000F7673" w:rsidRPr="000F7673" w:rsidRDefault="000F7673" w:rsidP="000F7673">
      <w:pPr>
        <w:spacing w:line="276" w:lineRule="auto"/>
      </w:pPr>
      <w:r w:rsidRPr="000F7673">
        <w:t xml:space="preserve">I </w:t>
      </w:r>
      <w:proofErr w:type="spellStart"/>
      <w:r w:rsidRPr="000F7673">
        <w:t>fold</w:t>
      </w:r>
      <w:proofErr w:type="spellEnd"/>
      <w:r w:rsidRPr="000F7673">
        <w:t xml:space="preserve"> my hands in my lap, a gesture that provides the illusion of composure while I consider my answer. The diplomatic response would be something measured and unrevealing—a brief mention of education, perhaps, or an anecdote about early interest in cross-cultural relations. Safe territory that offers the appearance of disclosure without actual vulnerability.</w:t>
      </w:r>
    </w:p>
    <w:p w14:paraId="5BB5547D" w14:textId="77777777" w:rsidR="000F7673" w:rsidRPr="000F7673" w:rsidRDefault="000F7673" w:rsidP="000F7673">
      <w:pPr>
        <w:spacing w:line="276" w:lineRule="auto"/>
      </w:pPr>
      <w:r w:rsidRPr="000F7673">
        <w:t>But we're beyond diplomatic scripts now. The woman before me has removed her crown and admitted fear. Our bond pulses with something that demands reciprocal honesty.</w:t>
      </w:r>
    </w:p>
    <w:p w14:paraId="56772A2F" w14:textId="77777777" w:rsidR="000F7673" w:rsidRPr="000F7673" w:rsidRDefault="000F7673" w:rsidP="000F7673">
      <w:pPr>
        <w:spacing w:line="276" w:lineRule="auto"/>
      </w:pPr>
      <w:r w:rsidRPr="000F7673">
        <w:t>"Someone who believed monsters lived in the dark," I say finally.</w:t>
      </w:r>
    </w:p>
    <w:p w14:paraId="349A20B2" w14:textId="77777777" w:rsidR="000F7673" w:rsidRPr="000F7673" w:rsidRDefault="000F7673" w:rsidP="000F7673">
      <w:pPr>
        <w:spacing w:line="276" w:lineRule="auto"/>
      </w:pPr>
      <w:r w:rsidRPr="000F7673">
        <w:t xml:space="preserve">The words emerge more quietly than intended, carrying echoes of childhood terrors. Night shadows stretching like claws across bedroom walls. Stories of vampires whispered by schoolchildren, each telling more gruesome than the last. The collective memory of war that permeated every human settlement—nameless fear passed from parent to </w:t>
      </w:r>
      <w:proofErr w:type="spellStart"/>
      <w:r w:rsidRPr="000F7673">
        <w:t>child like</w:t>
      </w:r>
      <w:proofErr w:type="spellEnd"/>
      <w:r w:rsidRPr="000F7673">
        <w:t xml:space="preserve"> unwanted inheritance.</w:t>
      </w:r>
    </w:p>
    <w:p w14:paraId="17E51B6B" w14:textId="77777777" w:rsidR="000F7673" w:rsidRPr="000F7673" w:rsidRDefault="000F7673" w:rsidP="000F7673">
      <w:pPr>
        <w:spacing w:line="276" w:lineRule="auto"/>
      </w:pPr>
      <w:r w:rsidRPr="000F7673">
        <w:t>Valeria doesn't immediately respond. Her eyes remain on mine, assessing not just my words but the emotions behind them. Through our bond, I sense her registering the layers beneath my statement—not just childhood fears but cultural inheritance, the weight of generations taught to fear what waits beyond human territory.</w:t>
      </w:r>
    </w:p>
    <w:p w14:paraId="4B5987AD" w14:textId="77777777" w:rsidR="000F7673" w:rsidRPr="000F7673" w:rsidRDefault="000F7673" w:rsidP="000F7673">
      <w:pPr>
        <w:spacing w:line="276" w:lineRule="auto"/>
      </w:pPr>
      <w:r w:rsidRPr="000F7673">
        <w:t>"We did," she says finally. "Live in the dark, that is. For a very long time."</w:t>
      </w:r>
    </w:p>
    <w:p w14:paraId="44B6CD57" w14:textId="77777777" w:rsidR="000F7673" w:rsidRPr="000F7673" w:rsidRDefault="000F7673" w:rsidP="000F7673">
      <w:pPr>
        <w:spacing w:line="276" w:lineRule="auto"/>
      </w:pPr>
      <w:r w:rsidRPr="000F7673">
        <w:lastRenderedPageBreak/>
        <w:t>Not denial, not offense—just quiet acknowledgment of shared history. Her finger continues tracing patterns on the ivory, creating invisible connections between the inlaid pieces.</w:t>
      </w:r>
    </w:p>
    <w:p w14:paraId="33F0661C" w14:textId="77777777" w:rsidR="000F7673" w:rsidRPr="000F7673" w:rsidRDefault="000F7673" w:rsidP="000F7673">
      <w:pPr>
        <w:spacing w:line="276" w:lineRule="auto"/>
      </w:pPr>
      <w:r w:rsidRPr="000F7673">
        <w:t>"Not all fears are unfounded," she adds, her voice softening. "There were reasons humans told their children to stay within borders."</w:t>
      </w:r>
    </w:p>
    <w:p w14:paraId="288A2268" w14:textId="77777777" w:rsidR="000F7673" w:rsidRPr="000F7673" w:rsidRDefault="000F7673" w:rsidP="000F7673">
      <w:pPr>
        <w:spacing w:line="276" w:lineRule="auto"/>
      </w:pPr>
      <w:r w:rsidRPr="000F7673">
        <w:t>The admission surprises me. I expected defense, perhaps even anger at the implied accusation in my words. Instead, she offers understanding—recognition that the fear I grew up with had roots in actual threat.</w:t>
      </w:r>
    </w:p>
    <w:p w14:paraId="5656A847" w14:textId="77777777" w:rsidR="000F7673" w:rsidRPr="000F7673" w:rsidRDefault="000F7673" w:rsidP="000F7673">
      <w:pPr>
        <w:spacing w:line="276" w:lineRule="auto"/>
      </w:pPr>
      <w:r w:rsidRPr="000F7673">
        <w:t>"Did you tell yours the same about humans?" I ask, curiosity overriding caution.</w:t>
      </w:r>
    </w:p>
    <w:p w14:paraId="558283FC" w14:textId="77777777" w:rsidR="000F7673" w:rsidRPr="000F7673" w:rsidRDefault="000F7673" w:rsidP="000F7673">
      <w:pPr>
        <w:spacing w:line="276" w:lineRule="auto"/>
      </w:pPr>
      <w:r w:rsidRPr="000F7673">
        <w:t>Something flickers across her face—too quick to interpret, gone before I can name it. "I never had children," she says simply. "But yes, our young were taught similar caution."</w:t>
      </w:r>
    </w:p>
    <w:p w14:paraId="0B0E2C5F" w14:textId="77777777" w:rsidR="000F7673" w:rsidRPr="000F7673" w:rsidRDefault="000F7673" w:rsidP="000F7673">
      <w:pPr>
        <w:spacing w:line="276" w:lineRule="auto"/>
      </w:pPr>
      <w:r w:rsidRPr="000F7673">
        <w:t>A small piece of personal history, offered without elaboration. I absorb it silently, adding it to my growing understanding of her as a person rather than just a political entity.</w:t>
      </w:r>
    </w:p>
    <w:p w14:paraId="39C8F97A" w14:textId="77777777" w:rsidR="000F7673" w:rsidRPr="000F7673" w:rsidRDefault="000F7673" w:rsidP="000F7673">
      <w:pPr>
        <w:spacing w:line="276" w:lineRule="auto"/>
      </w:pPr>
      <w:r w:rsidRPr="000F7673">
        <w:t>The ward channels pulse once, strongly, as if responding to this exchange of truths. The bond between us warms slightly, encouraging rather than demanding.</w:t>
      </w:r>
    </w:p>
    <w:p w14:paraId="6E17834D" w14:textId="77777777" w:rsidR="000F7673" w:rsidRPr="000F7673" w:rsidRDefault="000F7673" w:rsidP="000F7673">
      <w:pPr>
        <w:spacing w:line="276" w:lineRule="auto"/>
      </w:pPr>
      <w:r w:rsidRPr="000F7673">
        <w:t>"And now?" Valeria asks, her eyes softening in a way I haven't seen before. Not the controlled diplomacy of public interactions nor the fierce protection of the council chamber. Something more genuine, more personal.</w:t>
      </w:r>
    </w:p>
    <w:p w14:paraId="171513D7" w14:textId="77777777" w:rsidR="000F7673" w:rsidRPr="000F7673" w:rsidRDefault="000F7673" w:rsidP="000F7673">
      <w:pPr>
        <w:spacing w:line="276" w:lineRule="auto"/>
      </w:pPr>
      <w:r w:rsidRPr="000F7673">
        <w:t>I hold her gaze, weighing how much truth to offer. The diplomatic part of my brain urges caution—we're still representatives of different species, different kingdoms. Any admission could have political consequences beyond this room.</w:t>
      </w:r>
    </w:p>
    <w:p w14:paraId="1EA6E41E" w14:textId="77777777" w:rsidR="000F7673" w:rsidRPr="000F7673" w:rsidRDefault="000F7673" w:rsidP="000F7673">
      <w:pPr>
        <w:spacing w:line="276" w:lineRule="auto"/>
      </w:pPr>
      <w:r w:rsidRPr="000F7673">
        <w:t>But the bond between us pushes for honesty, making diplomatic distance feel like pretense.</w:t>
      </w:r>
    </w:p>
    <w:p w14:paraId="038A118B" w14:textId="77777777" w:rsidR="000F7673" w:rsidRPr="000F7673" w:rsidRDefault="000F7673" w:rsidP="000F7673">
      <w:pPr>
        <w:spacing w:line="276" w:lineRule="auto"/>
      </w:pPr>
      <w:r w:rsidRPr="000F7673">
        <w:t>"I know they wear crowns," I answer.</w:t>
      </w:r>
    </w:p>
    <w:p w14:paraId="62CFAF47" w14:textId="77777777" w:rsidR="000F7673" w:rsidRPr="000F7673" w:rsidRDefault="000F7673" w:rsidP="000F7673">
      <w:pPr>
        <w:spacing w:line="276" w:lineRule="auto"/>
      </w:pPr>
      <w:r w:rsidRPr="000F7673">
        <w:t>The words hang between us—not accusation but recognition, an acknowledgment that power, not species, creates the most dangerous monsters. Human kings can be just as ruthless as vampire queens. Authority corrupts across bloodlines and borders.</w:t>
      </w:r>
    </w:p>
    <w:p w14:paraId="54840FF5" w14:textId="77777777" w:rsidR="000F7673" w:rsidRPr="000F7673" w:rsidRDefault="000F7673" w:rsidP="000F7673">
      <w:pPr>
        <w:spacing w:line="276" w:lineRule="auto"/>
      </w:pPr>
      <w:r w:rsidRPr="000F7673">
        <w:t>Valeria's lips curve in the barest suggestion of a smile. "Perceptive," she murmurs. "Though incomplete."</w:t>
      </w:r>
    </w:p>
    <w:p w14:paraId="696509AF" w14:textId="77777777" w:rsidR="000F7673" w:rsidRPr="000F7673" w:rsidRDefault="000F7673" w:rsidP="000F7673">
      <w:pPr>
        <w:spacing w:line="276" w:lineRule="auto"/>
      </w:pPr>
      <w:r w:rsidRPr="000F7673">
        <w:t>"How so?"</w:t>
      </w:r>
    </w:p>
    <w:p w14:paraId="64317D0D" w14:textId="77777777" w:rsidR="000F7673" w:rsidRPr="000F7673" w:rsidRDefault="000F7673" w:rsidP="000F7673">
      <w:pPr>
        <w:spacing w:line="276" w:lineRule="auto"/>
      </w:pPr>
      <w:r w:rsidRPr="000F7673">
        <w:t xml:space="preserve">"The crown is merely symbol. What it represents—responsibility, authority, the weight of lives dependent on your decisions—that exists with or without the physical object." Her hand </w:t>
      </w:r>
      <w:r w:rsidRPr="000F7673">
        <w:lastRenderedPageBreak/>
        <w:t>gestures toward the abandoned crown on the obsidian console. "I remove the metal, but not the burden."</w:t>
      </w:r>
    </w:p>
    <w:p w14:paraId="59974CF0" w14:textId="77777777" w:rsidR="000F7673" w:rsidRPr="000F7673" w:rsidRDefault="000F7673" w:rsidP="000F7673">
      <w:pPr>
        <w:spacing w:line="276" w:lineRule="auto"/>
      </w:pPr>
      <w:r w:rsidRPr="000F7673">
        <w:t>This insight into how she views her position surprises me. Not power as privilege, but power as obligation—a perspective rarely acknowledged by those who hold it.</w:t>
      </w:r>
    </w:p>
    <w:p w14:paraId="1C6F7EA3" w14:textId="77777777" w:rsidR="000F7673" w:rsidRPr="000F7673" w:rsidRDefault="000F7673" w:rsidP="000F7673">
      <w:pPr>
        <w:spacing w:line="276" w:lineRule="auto"/>
      </w:pPr>
      <w:r w:rsidRPr="000F7673">
        <w:t>"Is that why you took the throne?" I ask, pushing beyond diplomatic boundaries into personal territory.</w:t>
      </w:r>
    </w:p>
    <w:p w14:paraId="7C59F8D2" w14:textId="77777777" w:rsidR="000F7673" w:rsidRPr="000F7673" w:rsidRDefault="000F7673" w:rsidP="000F7673">
      <w:pPr>
        <w:spacing w:line="276" w:lineRule="auto"/>
      </w:pPr>
      <w:r w:rsidRPr="000F7673">
        <w:t>She considers me for a moment, head tilted slightly. "No," she says finally. "I took it because the alternative was worse."</w:t>
      </w:r>
    </w:p>
    <w:p w14:paraId="22AB86AE" w14:textId="77777777" w:rsidR="000F7673" w:rsidRPr="000F7673" w:rsidRDefault="000F7673" w:rsidP="000F7673">
      <w:pPr>
        <w:spacing w:line="276" w:lineRule="auto"/>
      </w:pPr>
      <w:r w:rsidRPr="000F7673">
        <w:t>The simple honesty of her response resonates through our bond—no grand claims of destiny or duty, just pragmatic assessment of necessity. It's startlingly human, this admission of choosing the least bad option rather than pursuing some noble calling.</w:t>
      </w:r>
    </w:p>
    <w:p w14:paraId="295A7464" w14:textId="77777777" w:rsidR="000F7673" w:rsidRPr="000F7673" w:rsidRDefault="000F7673" w:rsidP="000F7673">
      <w:pPr>
        <w:spacing w:line="276" w:lineRule="auto"/>
      </w:pPr>
      <w:r w:rsidRPr="000F7673">
        <w:t>"We're not so different in that," I admit. "I became a diplomat because the alternative was watching the peace my father helped build collapse into another war."</w:t>
      </w:r>
    </w:p>
    <w:p w14:paraId="0E2FD621" w14:textId="77777777" w:rsidR="000F7673" w:rsidRPr="000F7673" w:rsidRDefault="000F7673" w:rsidP="000F7673">
      <w:pPr>
        <w:spacing w:line="276" w:lineRule="auto"/>
      </w:pPr>
      <w:r w:rsidRPr="000F7673">
        <w:t>Valeria nods slowly, understanding flowing between us through our connection. "Responsibility not sought but accepted."</w:t>
      </w:r>
    </w:p>
    <w:p w14:paraId="5C36737F" w14:textId="77777777" w:rsidR="000F7673" w:rsidRPr="000F7673" w:rsidRDefault="000F7673" w:rsidP="000F7673">
      <w:pPr>
        <w:spacing w:line="276" w:lineRule="auto"/>
      </w:pPr>
      <w:r w:rsidRPr="000F7673">
        <w:t>"Yes." The single word carries the weight of years spent learning to navigate political currents, to measure each word and gesture for potential impact, to represent humanity's interests while maintaining personal integrity.</w:t>
      </w:r>
    </w:p>
    <w:p w14:paraId="2FF9C23A" w14:textId="77777777" w:rsidR="000F7673" w:rsidRPr="000F7673" w:rsidRDefault="000F7673" w:rsidP="000F7673">
      <w:pPr>
        <w:spacing w:line="276" w:lineRule="auto"/>
      </w:pPr>
      <w:r w:rsidRPr="000F7673">
        <w:t>"You do it well," she says unexpectedly. "Better than most I've encountered over centuries."</w:t>
      </w:r>
    </w:p>
    <w:p w14:paraId="1B9D04E9" w14:textId="77777777" w:rsidR="000F7673" w:rsidRPr="000F7673" w:rsidRDefault="000F7673" w:rsidP="000F7673">
      <w:pPr>
        <w:spacing w:line="276" w:lineRule="auto"/>
      </w:pPr>
      <w:r w:rsidRPr="000F7673">
        <w:t>The compliment lands like a physical touch—warm and startling. Through our bond comes genuine respect, not diplomatic flattery but actual acknowledgment of skill.</w:t>
      </w:r>
    </w:p>
    <w:p w14:paraId="71D23050" w14:textId="77777777" w:rsidR="000F7673" w:rsidRPr="000F7673" w:rsidRDefault="000F7673" w:rsidP="000F7673">
      <w:pPr>
        <w:spacing w:line="276" w:lineRule="auto"/>
      </w:pPr>
      <w:r w:rsidRPr="000F7673">
        <w:t>"Even though I see monsters wearing crowns?" I ask, allowing a hint of wry humor to surface.</w:t>
      </w:r>
    </w:p>
    <w:p w14:paraId="27946CD1" w14:textId="77777777" w:rsidR="000F7673" w:rsidRPr="000F7673" w:rsidRDefault="000F7673" w:rsidP="000F7673">
      <w:pPr>
        <w:spacing w:line="276" w:lineRule="auto"/>
      </w:pPr>
      <w:r w:rsidRPr="000F7673">
        <w:t xml:space="preserve">Her eyes meet mine directly, gold irises catching the </w:t>
      </w:r>
      <w:proofErr w:type="gramStart"/>
      <w:r w:rsidRPr="000F7673">
        <w:t>ward-light</w:t>
      </w:r>
      <w:proofErr w:type="gramEnd"/>
      <w:r w:rsidRPr="000F7673">
        <w:t>. "Especially because of that. Those who see only the crown or only the monster understand neither."</w:t>
      </w:r>
    </w:p>
    <w:p w14:paraId="041F5C3B" w14:textId="77777777" w:rsidR="000F7673" w:rsidRPr="000F7673" w:rsidRDefault="000F7673" w:rsidP="000F7673">
      <w:pPr>
        <w:spacing w:line="276" w:lineRule="auto"/>
      </w:pPr>
      <w:r w:rsidRPr="000F7673">
        <w:t xml:space="preserve">The observation strikes with unexpected insight. Not offense taken but recognition </w:t>
      </w:r>
      <w:proofErr w:type="gramStart"/>
      <w:r w:rsidRPr="000F7673">
        <w:t>given—appreciation</w:t>
      </w:r>
      <w:proofErr w:type="gramEnd"/>
      <w:r w:rsidRPr="000F7673">
        <w:t xml:space="preserve"> for complexity rather than simplification.</w:t>
      </w:r>
    </w:p>
    <w:p w14:paraId="4221EFCB" w14:textId="77777777" w:rsidR="000F7673" w:rsidRPr="000F7673" w:rsidRDefault="000F7673" w:rsidP="000F7673">
      <w:pPr>
        <w:spacing w:line="276" w:lineRule="auto"/>
      </w:pPr>
      <w:r w:rsidRPr="000F7673">
        <w:t>"What did you see," she asks softly, "when the blade came for you? Monster or queen?"</w:t>
      </w:r>
    </w:p>
    <w:p w14:paraId="2AF9069B" w14:textId="77777777" w:rsidR="000F7673" w:rsidRPr="000F7673" w:rsidRDefault="000F7673" w:rsidP="000F7673">
      <w:pPr>
        <w:spacing w:line="276" w:lineRule="auto"/>
      </w:pPr>
      <w:r w:rsidRPr="000F7673">
        <w:t>The question cuts to the heart of something I've been avoiding since the attack. Not what I saw in my attacker, but what I saw in her—the being who moved faster than human perception to place herself between me and death.</w:t>
      </w:r>
    </w:p>
    <w:p w14:paraId="2E7F2334" w14:textId="77777777" w:rsidR="000F7673" w:rsidRPr="000F7673" w:rsidRDefault="000F7673" w:rsidP="000F7673">
      <w:pPr>
        <w:spacing w:line="276" w:lineRule="auto"/>
      </w:pPr>
      <w:r w:rsidRPr="000F7673">
        <w:lastRenderedPageBreak/>
        <w:t>"</w:t>
      </w:r>
      <w:proofErr w:type="gramStart"/>
      <w:r w:rsidRPr="000F7673">
        <w:t>Neither,</w:t>
      </w:r>
      <w:proofErr w:type="gramEnd"/>
      <w:r w:rsidRPr="000F7673">
        <w:t>" I answer honestly. "I saw Valeria."</w:t>
      </w:r>
    </w:p>
    <w:p w14:paraId="5E7652E3" w14:textId="77777777" w:rsidR="000F7673" w:rsidRPr="000F7673" w:rsidRDefault="000F7673" w:rsidP="000F7673">
      <w:pPr>
        <w:spacing w:line="276" w:lineRule="auto"/>
      </w:pPr>
      <w:r w:rsidRPr="000F7673">
        <w:t>Her name hangs in the air between us, intimate in its simplicity. Not title or position but person—individual rather than representative. Through our bond flows surprise, followed by something warmer that neither of us is ready to name.</w:t>
      </w:r>
    </w:p>
    <w:p w14:paraId="7C56B5DD" w14:textId="77777777" w:rsidR="000F7673" w:rsidRPr="000F7673" w:rsidRDefault="000F7673" w:rsidP="000F7673">
      <w:pPr>
        <w:spacing w:line="276" w:lineRule="auto"/>
      </w:pPr>
      <w:r w:rsidRPr="000F7673">
        <w:t>The ward channels overhead pulse in perfect synchronization with the connection between us, their light taking on a golden hue that matches Valeria's eyes. Whatever this bond means, whatever it's changing within Beaumont's ancient magic, it responds to truth more powerfully than to any formal authority or diplomatic maneuver.</w:t>
      </w:r>
    </w:p>
    <w:p w14:paraId="258BD29A" w14:textId="77777777" w:rsidR="000F7673" w:rsidRPr="000F7673" w:rsidRDefault="000F7673" w:rsidP="000F7673">
      <w:pPr>
        <w:spacing w:line="276" w:lineRule="auto"/>
      </w:pPr>
      <w:r w:rsidRPr="000F7673">
        <w:t>Monsters may indeed wear crowns. But in this moment, looking at Valeria—crown removed, defenses lowered—I see something far more complicated than any childhood nightmare could encompass.</w:t>
      </w:r>
    </w:p>
    <w:p w14:paraId="001B2668" w14:textId="77777777" w:rsidR="000F7673" w:rsidRPr="000F7673" w:rsidRDefault="000F7673" w:rsidP="000F7673">
      <w:pPr>
        <w:spacing w:line="276" w:lineRule="auto"/>
      </w:pPr>
      <w:r w:rsidRPr="000F7673">
        <w:t>I move toward the velvet chaise positioned near the fireplace, a deliberate choice to put distance between us without retreating. The rich burgundy fabric catches firelight in a way that makes it seem alive, shifting between blood-red and shadow-black with each flicker of flame. I settle onto its edge, the material softer than expected—made for comfort rather than just appearance, unlike so many things in Beaumont. My movement creates a brief ripple in the ward-light overhead, silver channels brightening momentarily before settling back into their steady pulse.</w:t>
      </w:r>
    </w:p>
    <w:p w14:paraId="2C9D09B2" w14:textId="77777777" w:rsidR="000F7673" w:rsidRPr="000F7673" w:rsidRDefault="000F7673" w:rsidP="000F7673">
      <w:pPr>
        <w:spacing w:line="276" w:lineRule="auto"/>
      </w:pPr>
      <w:r w:rsidRPr="000F7673">
        <w:t>The chaise yields beneath my weight in a way that suggests it wasn't designed with human bodies in mind. Vampire furniture—like vampire architecture—prioritizes different qualities. The seat is firmer, the angle more upright than human preferences would dictate. Not uncomfortable, precisely, but a subtle reminder that I exist in spaces not made for my kind.</w:t>
      </w:r>
    </w:p>
    <w:p w14:paraId="1E6549AD" w14:textId="77777777" w:rsidR="00586527" w:rsidRPr="00586527" w:rsidRDefault="00586527" w:rsidP="00586527">
      <w:pPr>
        <w:spacing w:line="276" w:lineRule="auto"/>
      </w:pPr>
      <w:r w:rsidRPr="00586527">
        <w:t>Valeria watches me adjust my position with that unnerving stillness unique to her species—the perfect predatory patience that makes vampires seem more statue than being. Even without her crown and formal posture, with her hair falling loose around her shoulders, she radiates the contained power of something ancient and dangerous choosing restraint rather than being constrained by it.</w:t>
      </w:r>
    </w:p>
    <w:p w14:paraId="2EC82553" w14:textId="77777777" w:rsidR="00586527" w:rsidRPr="00586527" w:rsidRDefault="00586527" w:rsidP="00586527">
      <w:pPr>
        <w:spacing w:line="276" w:lineRule="auto"/>
      </w:pPr>
      <w:r w:rsidRPr="00586527">
        <w:t>"My father believed in peace," I say, breaking the silence. "Even when no one else did."</w:t>
      </w:r>
    </w:p>
    <w:p w14:paraId="4F4CB2D3" w14:textId="77777777" w:rsidR="00586527" w:rsidRPr="00586527" w:rsidRDefault="00586527" w:rsidP="00586527">
      <w:pPr>
        <w:spacing w:line="276" w:lineRule="auto"/>
      </w:pPr>
      <w:r w:rsidRPr="00586527">
        <w:t>The words come unfiltered, carrying the weight of personal history. My father, the architect of human-vampire negotiations, who spent nights poring over treaties while other parents told bedtime stories. He taught me to see beyond borders while never forgetting their necessity.</w:t>
      </w:r>
    </w:p>
    <w:p w14:paraId="4C75220B" w14:textId="77777777" w:rsidR="00586527" w:rsidRPr="00586527" w:rsidRDefault="00586527" w:rsidP="00586527">
      <w:pPr>
        <w:spacing w:line="276" w:lineRule="auto"/>
      </w:pPr>
      <w:r w:rsidRPr="00586527">
        <w:t>"He used to say that war was just failed conversation," I continue, fingers tracing the velvet pattern beneath my palm. "That most conflicts existed because people stopped talking before they started understanding."</w:t>
      </w:r>
    </w:p>
    <w:p w14:paraId="44A7CE39" w14:textId="77777777" w:rsidR="00586527" w:rsidRPr="00586527" w:rsidRDefault="00586527" w:rsidP="00586527">
      <w:pPr>
        <w:spacing w:line="276" w:lineRule="auto"/>
      </w:pPr>
      <w:r w:rsidRPr="00586527">
        <w:lastRenderedPageBreak/>
        <w:t>The memory brings unexpected tightness to my throat. Not grief exactly—he is dead, yet still present in my thoughts, forever advocating for peace. The recognition that his vision remains unfulfilled weighs heavily on me.</w:t>
      </w:r>
    </w:p>
    <w:p w14:paraId="749F2C75" w14:textId="77777777" w:rsidR="00586527" w:rsidRPr="00586527" w:rsidRDefault="00586527" w:rsidP="00586527">
      <w:pPr>
        <w:spacing w:line="276" w:lineRule="auto"/>
      </w:pPr>
      <w:r w:rsidRPr="00586527">
        <w:t xml:space="preserve">Valeria shifts position, angling herself so the candlelight plays across her features </w:t>
      </w:r>
      <w:proofErr w:type="gramStart"/>
      <w:r w:rsidRPr="00586527">
        <w:t>differently—highlighting</w:t>
      </w:r>
      <w:proofErr w:type="gramEnd"/>
      <w:r w:rsidRPr="00586527">
        <w:t xml:space="preserve"> the sharp planes of her cheekbones, casting shadows that emphasize the inhuman perfection of her face. The movement seems deliberately timed to give me a moment to compose myself.</w:t>
      </w:r>
    </w:p>
    <w:p w14:paraId="197976D9" w14:textId="77777777" w:rsidR="00586527" w:rsidRPr="00586527" w:rsidRDefault="00586527" w:rsidP="00586527">
      <w:pPr>
        <w:spacing w:line="276" w:lineRule="auto"/>
      </w:pPr>
      <w:r w:rsidRPr="00586527">
        <w:t>"My bloodline believed in control," she counters, her voice neither challenging nor defensive. "Even when peace was possible."</w:t>
      </w:r>
    </w:p>
    <w:p w14:paraId="63D11D59" w14:textId="77777777" w:rsidR="00586527" w:rsidRPr="00586527" w:rsidRDefault="00586527" w:rsidP="00586527">
      <w:pPr>
        <w:spacing w:line="276" w:lineRule="auto"/>
      </w:pPr>
      <w:r w:rsidRPr="00586527">
        <w:t>The admission carries centuries of history—vampire dynasties maintaining power through absolute authority, viewing compromise as weakness rather than strategy. Yet there’s something in her tone that suggests distance from this philosophy, as if reciting wisdom she has come to question.</w:t>
      </w:r>
    </w:p>
    <w:p w14:paraId="685FDA36" w14:textId="77777777" w:rsidR="00586527" w:rsidRPr="00586527" w:rsidRDefault="00586527" w:rsidP="00586527">
      <w:pPr>
        <w:spacing w:line="276" w:lineRule="auto"/>
      </w:pPr>
      <w:r w:rsidRPr="00586527">
        <w:t>"They taught that control preserves order," she continues. "That order prevents chaos. That chaos destroys everything worth protecting."</w:t>
      </w:r>
    </w:p>
    <w:p w14:paraId="404345A0" w14:textId="77777777" w:rsidR="00586527" w:rsidRPr="00586527" w:rsidRDefault="00586527" w:rsidP="00586527">
      <w:pPr>
        <w:spacing w:line="276" w:lineRule="auto"/>
      </w:pPr>
      <w:r w:rsidRPr="00586527">
        <w:t>Her eyes meet mine across the space between us, gold irises reflecting firelight. "It's not incorrect. Simply... incomplete."</w:t>
      </w:r>
    </w:p>
    <w:p w14:paraId="45F0D5A6" w14:textId="77777777" w:rsidR="000F7673" w:rsidRPr="000F7673" w:rsidRDefault="000F7673" w:rsidP="000F7673">
      <w:pPr>
        <w:spacing w:line="276" w:lineRule="auto"/>
      </w:pPr>
      <w:r w:rsidRPr="000F7673">
        <w:t>This acknowledgment of flaws in vampire philosophy feels startlingly honest. Monarchs rarely admit limitations in their worldviews, especially to diplomatic representatives of other powers. The bond between us pulses warm in response to her candor, encouraging rather than demanding.</w:t>
      </w:r>
    </w:p>
    <w:p w14:paraId="434124BC" w14:textId="77777777" w:rsidR="000F7673" w:rsidRPr="000F7673" w:rsidRDefault="000F7673" w:rsidP="000F7673">
      <w:pPr>
        <w:spacing w:line="276" w:lineRule="auto"/>
      </w:pPr>
      <w:r w:rsidRPr="000F7673">
        <w:t>"Our fathers would have interesting conversations," I observe, allowing a small smile.</w:t>
      </w:r>
    </w:p>
    <w:p w14:paraId="352B1B8F" w14:textId="77777777" w:rsidR="000F7673" w:rsidRPr="000F7673" w:rsidRDefault="000F7673" w:rsidP="000F7673">
      <w:pPr>
        <w:spacing w:line="276" w:lineRule="auto"/>
      </w:pPr>
      <w:r w:rsidRPr="000F7673">
        <w:t>"Indeed." Something adjacent to amusement flickers across her face. "Though I suspect neither would appreciate how similar their core concerns were, beneath the different approaches."</w:t>
      </w:r>
    </w:p>
    <w:p w14:paraId="51CD1FEE" w14:textId="77777777" w:rsidR="000F7673" w:rsidRPr="000F7673" w:rsidRDefault="000F7673" w:rsidP="000F7673">
      <w:pPr>
        <w:spacing w:line="276" w:lineRule="auto"/>
      </w:pPr>
      <w:r w:rsidRPr="000F7673">
        <w:t xml:space="preserve">The observation strikes me as unexpectedly </w:t>
      </w:r>
      <w:proofErr w:type="gramStart"/>
      <w:r w:rsidRPr="000F7673">
        <w:t>insightful—recognition</w:t>
      </w:r>
      <w:proofErr w:type="gramEnd"/>
      <w:r w:rsidRPr="000F7673">
        <w:t xml:space="preserve"> that beneath superficial differences in philosophy lie shared values of protection and stability, just expressed through different methods. Human negotiation versus vampire control—different paths toward similar destinations.</w:t>
      </w:r>
    </w:p>
    <w:p w14:paraId="454EC547" w14:textId="77777777" w:rsidR="000F7673" w:rsidRPr="000F7673" w:rsidRDefault="000F7673" w:rsidP="000F7673">
      <w:pPr>
        <w:spacing w:line="276" w:lineRule="auto"/>
      </w:pPr>
      <w:r w:rsidRPr="000F7673">
        <w:t>The ward channels overhead pulse gently, their silver light taking on hints of gold where they cross above the space between us. The pattern reminds me of the treaty symbol—a circle divided between human and vampire territories, yet still forming a complete whole.</w:t>
      </w:r>
    </w:p>
    <w:p w14:paraId="79F30A22" w14:textId="77777777" w:rsidR="000F7673" w:rsidRPr="000F7673" w:rsidRDefault="000F7673" w:rsidP="000F7673">
      <w:pPr>
        <w:spacing w:line="276" w:lineRule="auto"/>
      </w:pPr>
      <w:r w:rsidRPr="000F7673">
        <w:lastRenderedPageBreak/>
        <w:t>"Beaumont is changing," Valeria says softly, her eyes tracking the ward patterns. "The magic responds differently now. Flows differently." Her gaze shifts to me. "Because of you. Because of us."</w:t>
      </w:r>
    </w:p>
    <w:p w14:paraId="7BD8B648" w14:textId="77777777" w:rsidR="000F7673" w:rsidRPr="000F7673" w:rsidRDefault="000F7673" w:rsidP="000F7673">
      <w:pPr>
        <w:spacing w:line="276" w:lineRule="auto"/>
      </w:pPr>
      <w:r w:rsidRPr="000F7673">
        <w:t>The directness of her statement—acknowledging not just the effect of my presence but specifically the connection between us—feels like a door opening to territory neither of us has been willing to explore directly.</w:t>
      </w:r>
    </w:p>
    <w:p w14:paraId="43D5D2A1" w14:textId="77777777" w:rsidR="000F7673" w:rsidRPr="000F7673" w:rsidRDefault="000F7673" w:rsidP="000F7673">
      <w:pPr>
        <w:spacing w:line="276" w:lineRule="auto"/>
      </w:pPr>
      <w:r w:rsidRPr="000F7673">
        <w:t xml:space="preserve">The bond beneath my </w:t>
      </w:r>
      <w:proofErr w:type="gramStart"/>
      <w:r w:rsidRPr="000F7673">
        <w:t>ribs</w:t>
      </w:r>
      <w:proofErr w:type="gramEnd"/>
      <w:r w:rsidRPr="000F7673">
        <w:t xml:space="preserve"> pulses steadily, warm and insistent. No longer just awareness of each other but something more fundamental—a connection that transcends diplomatic relationship or temporary alliance. Something neither of us created intentionally yet both increasingly rely upon.</w:t>
      </w:r>
    </w:p>
    <w:p w14:paraId="7CFE48AB" w14:textId="77777777" w:rsidR="000F7673" w:rsidRPr="000F7673" w:rsidRDefault="000F7673" w:rsidP="000F7673">
      <w:pPr>
        <w:spacing w:line="276" w:lineRule="auto"/>
      </w:pPr>
      <w:r w:rsidRPr="000F7673">
        <w:t>I inhale deeply, gathering courage for the question that's been forming since the attack, since the moment Valeria moved faster than human perception to place herself between me and death.</w:t>
      </w:r>
    </w:p>
    <w:p w14:paraId="4236D4B0" w14:textId="77777777" w:rsidR="000F7673" w:rsidRPr="000F7673" w:rsidRDefault="000F7673" w:rsidP="000F7673">
      <w:pPr>
        <w:spacing w:line="276" w:lineRule="auto"/>
      </w:pPr>
      <w:r w:rsidRPr="000F7673">
        <w:t>"If I am the anchor," I whisper, the words barely audible even in the chamber's perfect acoustics, "what does that make you?"</w:t>
      </w:r>
    </w:p>
    <w:p w14:paraId="4C8A347C" w14:textId="77777777" w:rsidR="000F7673" w:rsidRPr="000F7673" w:rsidRDefault="000F7673" w:rsidP="000F7673">
      <w:pPr>
        <w:spacing w:line="276" w:lineRule="auto"/>
      </w:pPr>
      <w:r w:rsidRPr="000F7673">
        <w:t>The question hangs between us, loaded with implications neither of us fully understands. The ward channels brighten overhead, responding to the directness of my query. Through our bond flows a complex wave of emotion from Valeria—surprise, consideration, something adjacent to vulnerability.</w:t>
      </w:r>
    </w:p>
    <w:p w14:paraId="6D0C5D00" w14:textId="77777777" w:rsidR="000F7673" w:rsidRPr="000F7673" w:rsidRDefault="000F7673" w:rsidP="000F7673">
      <w:pPr>
        <w:spacing w:line="276" w:lineRule="auto"/>
      </w:pPr>
      <w:r w:rsidRPr="000F7673">
        <w:t>She doesn't answer immediately. Her eyes move from mine to the silver channels overhead, tracking their patterns as if reading a language written in light. When she finally speaks, her voice drops to a single word:</w:t>
      </w:r>
    </w:p>
    <w:p w14:paraId="0E58AEAE" w14:textId="77777777" w:rsidR="000F7673" w:rsidRPr="000F7673" w:rsidRDefault="000F7673" w:rsidP="000F7673">
      <w:pPr>
        <w:spacing w:line="276" w:lineRule="auto"/>
      </w:pPr>
      <w:r w:rsidRPr="000F7673">
        <w:t>"Uncertain."</w:t>
      </w:r>
    </w:p>
    <w:p w14:paraId="7B320F6A" w14:textId="77777777" w:rsidR="000F7673" w:rsidRPr="000F7673" w:rsidRDefault="000F7673" w:rsidP="000F7673">
      <w:pPr>
        <w:spacing w:line="276" w:lineRule="auto"/>
      </w:pPr>
      <w:r w:rsidRPr="000F7673">
        <w:t xml:space="preserve">From anyone else, this admission might seem insignificant. From Valeria Beaumont—vampire queen, sovereign predator, embodiment of absolute authority—it's revolutionary. Uncertainty is a luxury monarchs cannot </w:t>
      </w:r>
      <w:proofErr w:type="gramStart"/>
      <w:r w:rsidRPr="000F7673">
        <w:t>afford,</w:t>
      </w:r>
      <w:proofErr w:type="gramEnd"/>
      <w:r w:rsidRPr="000F7673">
        <w:t xml:space="preserve"> a vulnerability predators cannot show. Yet she offers it freely, without qualification or deflection.</w:t>
      </w:r>
    </w:p>
    <w:p w14:paraId="4A865D47" w14:textId="77777777" w:rsidR="000F7673" w:rsidRPr="000F7673" w:rsidRDefault="000F7673" w:rsidP="000F7673">
      <w:pPr>
        <w:spacing w:line="276" w:lineRule="auto"/>
      </w:pPr>
      <w:r w:rsidRPr="000F7673">
        <w:t>The bond between us pulses strongly in response, warming until it feels less like connection and more like completion—two halves of something recognizing their complementary nature. The ward channels overhead mirror this reaction, their light intensifying not to painful brightness but to soft luminescence that bathes the chamber in silver-gold radiance.</w:t>
      </w:r>
    </w:p>
    <w:p w14:paraId="1FB54BBB" w14:textId="77777777" w:rsidR="000F7673" w:rsidRPr="000F7673" w:rsidRDefault="000F7673" w:rsidP="000F7673">
      <w:pPr>
        <w:spacing w:line="276" w:lineRule="auto"/>
      </w:pPr>
      <w:r w:rsidRPr="000F7673">
        <w:t>"I don't think anyone has ever heard you say that word before," I observe quietly.</w:t>
      </w:r>
    </w:p>
    <w:p w14:paraId="0926FDBC" w14:textId="77777777" w:rsidR="000F7673" w:rsidRPr="000F7673" w:rsidRDefault="000F7673" w:rsidP="000F7673">
      <w:pPr>
        <w:spacing w:line="276" w:lineRule="auto"/>
      </w:pPr>
      <w:r w:rsidRPr="000F7673">
        <w:t>A ghost of a smile touches her lips. "No one still living, certainly."</w:t>
      </w:r>
    </w:p>
    <w:p w14:paraId="37E0BCA3" w14:textId="77777777" w:rsidR="000F7673" w:rsidRPr="000F7673" w:rsidRDefault="000F7673" w:rsidP="000F7673">
      <w:pPr>
        <w:spacing w:line="276" w:lineRule="auto"/>
      </w:pPr>
      <w:r w:rsidRPr="000F7673">
        <w:lastRenderedPageBreak/>
        <w:t>The implication sends a shiver through me that isn't entirely fear. Another reminder of her age, her nature, the history she carries that no human could fully comprehend.</w:t>
      </w:r>
    </w:p>
    <w:p w14:paraId="43B17A8D" w14:textId="77777777" w:rsidR="000F7673" w:rsidRPr="000F7673" w:rsidRDefault="000F7673" w:rsidP="000F7673">
      <w:pPr>
        <w:spacing w:line="276" w:lineRule="auto"/>
      </w:pPr>
      <w:r w:rsidRPr="000F7673">
        <w:t>"Does it frighten you?" she asks, her eyes returning to mine. "My uncertainty?"</w:t>
      </w:r>
    </w:p>
    <w:p w14:paraId="0AB75C0D" w14:textId="77777777" w:rsidR="000F7673" w:rsidRPr="000F7673" w:rsidRDefault="000F7673" w:rsidP="000F7673">
      <w:pPr>
        <w:spacing w:line="276" w:lineRule="auto"/>
      </w:pPr>
      <w:r w:rsidRPr="000F7673">
        <w:t>The question requires honest consideration rather than diplomatic deflection. I take my time, examining my own reaction.</w:t>
      </w:r>
    </w:p>
    <w:p w14:paraId="3753169F" w14:textId="77777777" w:rsidR="000F7673" w:rsidRPr="000F7673" w:rsidRDefault="000F7673" w:rsidP="000F7673">
      <w:pPr>
        <w:spacing w:line="276" w:lineRule="auto"/>
      </w:pPr>
      <w:r w:rsidRPr="000F7673">
        <w:t>"Less than your certainty would," I answer finally. "If you claimed to understand what's happening between us completely, I wouldn't believe you."</w:t>
      </w:r>
    </w:p>
    <w:p w14:paraId="09979893" w14:textId="77777777" w:rsidR="000F7673" w:rsidRPr="000F7673" w:rsidRDefault="000F7673" w:rsidP="000F7673">
      <w:pPr>
        <w:spacing w:line="276" w:lineRule="auto"/>
      </w:pPr>
      <w:r w:rsidRPr="000F7673">
        <w:t>Her expression softens fractionally—appreciation for honesty rather than reassurance. "Wise," she murmurs. "Uncertainty acknowledges complexity. And this—" she gestures between us, encompassing both our physical presence and the invisible bond connecting us, "—is nothing if not complex."</w:t>
      </w:r>
    </w:p>
    <w:p w14:paraId="17C4E578" w14:textId="77777777" w:rsidR="000F7673" w:rsidRPr="000F7673" w:rsidRDefault="000F7673" w:rsidP="000F7673">
      <w:pPr>
        <w:spacing w:line="276" w:lineRule="auto"/>
      </w:pPr>
      <w:r w:rsidRPr="000F7673">
        <w:t>The ward channels pulse in agreement, their rhythm perfectly aligned with our bond. Whatever magic connects us has integrated itself into Beaumont's defenses, transforming ancient systems in ways neither human diplomacy nor vampire control could have anticipated.</w:t>
      </w:r>
    </w:p>
    <w:p w14:paraId="77A3EA8E" w14:textId="77777777" w:rsidR="000F7673" w:rsidRPr="000F7673" w:rsidRDefault="000F7673" w:rsidP="000F7673">
      <w:pPr>
        <w:spacing w:line="276" w:lineRule="auto"/>
      </w:pPr>
      <w:r w:rsidRPr="000F7673">
        <w:t>"Complex," I echo. "But not wrong."</w:t>
      </w:r>
    </w:p>
    <w:p w14:paraId="666A521A" w14:textId="77777777" w:rsidR="000F7673" w:rsidRPr="000F7673" w:rsidRDefault="000F7673" w:rsidP="000F7673">
      <w:pPr>
        <w:spacing w:line="276" w:lineRule="auto"/>
      </w:pPr>
      <w:r w:rsidRPr="000F7673">
        <w:t>The words emerge without diplomatic filtering, carrying conviction I didn't realize I felt until this moment. Whatever this connection means, whatever complications it creates for treaty relations and personal boundaries alike, it feels fundamentally right—as if something long misaligned has finally found its proper orientation.</w:t>
      </w:r>
    </w:p>
    <w:p w14:paraId="17DCADB4" w14:textId="77777777" w:rsidR="000F7673" w:rsidRPr="000F7673" w:rsidRDefault="000F7673" w:rsidP="000F7673">
      <w:pPr>
        <w:spacing w:line="276" w:lineRule="auto"/>
      </w:pPr>
      <w:r w:rsidRPr="000F7673">
        <w:t>Valeria's eyes meet mine across the space between chaise and desk, gold irises carrying depths I couldn't perceive when we first met. Not just predatory focus but centuries of experience, of choices made and consequences weathered.</w:t>
      </w:r>
    </w:p>
    <w:p w14:paraId="08008858" w14:textId="77777777" w:rsidR="000F7673" w:rsidRPr="000F7673" w:rsidRDefault="000F7673" w:rsidP="000F7673">
      <w:pPr>
        <w:spacing w:line="276" w:lineRule="auto"/>
      </w:pPr>
      <w:r w:rsidRPr="000F7673">
        <w:t>"No," she agrees softly. "Not wrong."</w:t>
      </w:r>
    </w:p>
    <w:p w14:paraId="177B430E" w14:textId="77777777" w:rsidR="000F7673" w:rsidRPr="000F7673" w:rsidRDefault="000F7673" w:rsidP="000F7673">
      <w:pPr>
        <w:spacing w:line="276" w:lineRule="auto"/>
      </w:pPr>
      <w:r w:rsidRPr="000F7673">
        <w:t>Two simple words that contain multitudes. Not diplomatic approval or royal decree, but personal acknowledgment—recognition of something neither of us planned yet neither can deny.</w:t>
      </w:r>
    </w:p>
    <w:p w14:paraId="6EC83491" w14:textId="77777777" w:rsidR="000F7673" w:rsidRPr="000F7673" w:rsidRDefault="000F7673" w:rsidP="000F7673">
      <w:pPr>
        <w:spacing w:line="276" w:lineRule="auto"/>
      </w:pPr>
      <w:r w:rsidRPr="000F7673">
        <w:t>The bond pulses between us, warm and steady as a heartbeat.</w:t>
      </w:r>
    </w:p>
    <w:p w14:paraId="11959FA1" w14:textId="77777777" w:rsidR="000F7673" w:rsidRPr="000F7673" w:rsidRDefault="000F7673" w:rsidP="000F7673">
      <w:pPr>
        <w:spacing w:line="276" w:lineRule="auto"/>
      </w:pPr>
      <w:r w:rsidRPr="000F7673">
        <w:t>Valeria turns abruptly and moves toward the tall window that dominates one wall of her chambers. Night presses against the glass like a living thing, mountain darkness deeper than any I've known. She stands with her back to me, silhouette sharp against the black sky and scattered stars. Without crown or formal posture, with her hair falling loose down her back, she looks less like Beaumont's sovereign and more like a woman carrying the weight of centuries—beautiful and dangerous and suddenly, strangely approachable.</w:t>
      </w:r>
    </w:p>
    <w:p w14:paraId="3419AE31" w14:textId="77777777" w:rsidR="000F7673" w:rsidRPr="000F7673" w:rsidRDefault="000F7673" w:rsidP="000F7673">
      <w:pPr>
        <w:spacing w:line="276" w:lineRule="auto"/>
      </w:pPr>
      <w:r w:rsidRPr="000F7673">
        <w:lastRenderedPageBreak/>
        <w:t>A night breeze slips through some unseen opening, stirring the silk drapes that frame the window. The fabric billows gently, translucent white against the darkness beyond, like ghosts performing a slow dance. The same breeze lifts strands of Valeria's hair, making them float momentarily before settling back against her shoulders. The effect is mesmerizing—this small surrender to natural forces from someone who embodies perfect control.</w:t>
      </w:r>
    </w:p>
    <w:p w14:paraId="583C6B4F" w14:textId="77777777" w:rsidR="000F7673" w:rsidRPr="000F7673" w:rsidRDefault="000F7673" w:rsidP="000F7673">
      <w:pPr>
        <w:spacing w:line="276" w:lineRule="auto"/>
      </w:pPr>
      <w:r w:rsidRPr="000F7673">
        <w:t>I watch her from the chaise, absorbing how dramatically her appearance has transformed since entering these private chambers. The queen who stood before the council hours ago—rigid, formal, untouchable—has gradually yielded to someone more immediate, more present. Still powerful, still dangerous, but the power now seems more intrinsic than performed, the danger more honest than theatrical.</w:t>
      </w:r>
    </w:p>
    <w:p w14:paraId="20EDA9EA" w14:textId="77777777" w:rsidR="000F7673" w:rsidRPr="000F7673" w:rsidRDefault="000F7673" w:rsidP="000F7673">
      <w:pPr>
        <w:spacing w:line="276" w:lineRule="auto"/>
      </w:pPr>
      <w:r w:rsidRPr="000F7673">
        <w:t>The ward channels overhead pulse steadily, their silver light casting gentle shadows across the chamber. One falls across Valeria's face in a way that emphasizes her profile—the perfect line of her jaw, the slight upturn of her nose, the curve where neck meets shoulder. I find myself studying these details with an intensity that has nothing to do with diplomatic observation and everything to do with the woman herself.</w:t>
      </w:r>
    </w:p>
    <w:p w14:paraId="589C4548" w14:textId="77777777" w:rsidR="000F7673" w:rsidRPr="000F7673" w:rsidRDefault="000F7673" w:rsidP="000F7673">
      <w:pPr>
        <w:spacing w:line="276" w:lineRule="auto"/>
      </w:pPr>
      <w:r w:rsidRPr="000F7673">
        <w:t xml:space="preserve">Silence stretches between us, not uncomfortable but expectant. Through our bond, I sense Valeria organizing her thoughts, considering and discarding words before </w:t>
      </w:r>
      <w:proofErr w:type="gramStart"/>
      <w:r w:rsidRPr="000F7673">
        <w:t>speaking</w:t>
      </w:r>
      <w:proofErr w:type="gramEnd"/>
      <w:r w:rsidRPr="000F7673">
        <w:t xml:space="preserve"> them. Whatever she plans to say carries weight beyond ordinary conversation.</w:t>
      </w:r>
    </w:p>
    <w:p w14:paraId="7E1ABBBC" w14:textId="77777777" w:rsidR="000F7673" w:rsidRPr="000F7673" w:rsidRDefault="000F7673" w:rsidP="000F7673">
      <w:pPr>
        <w:spacing w:line="276" w:lineRule="auto"/>
      </w:pPr>
      <w:r w:rsidRPr="000F7673">
        <w:t xml:space="preserve">"When the blade reached for you," she says finally, her voice so quiet I </w:t>
      </w:r>
      <w:proofErr w:type="gramStart"/>
      <w:r w:rsidRPr="000F7673">
        <w:t>have to</w:t>
      </w:r>
      <w:proofErr w:type="gramEnd"/>
      <w:r w:rsidRPr="000F7673">
        <w:t xml:space="preserve"> strain to hear it despite the chamber's perfect acoustics, "I did not think as a queen."</w:t>
      </w:r>
    </w:p>
    <w:p w14:paraId="62A120AB" w14:textId="77777777" w:rsidR="000F7673" w:rsidRPr="000F7673" w:rsidRDefault="000F7673" w:rsidP="000F7673">
      <w:pPr>
        <w:spacing w:line="276" w:lineRule="auto"/>
      </w:pPr>
      <w:r w:rsidRPr="000F7673">
        <w:t>The confession hangs in the air, deceptively simple yet profoundly significant. Royal decisions must always prioritize kingdom over individual, policy over person. Vampires understand this even more than humans—their longer lifespans and hierarchical society demand it. To admit acting from personal impulse rather than sovereign calculation is to acknowledge a vulnerability no vampire monarch would willingly expose.</w:t>
      </w:r>
    </w:p>
    <w:p w14:paraId="5A6F263F" w14:textId="77777777" w:rsidR="000F7673" w:rsidRPr="000F7673" w:rsidRDefault="000F7673" w:rsidP="000F7673">
      <w:pPr>
        <w:spacing w:line="276" w:lineRule="auto"/>
      </w:pPr>
      <w:r w:rsidRPr="000F7673">
        <w:t>She remains facing the window, her back to me as if the admission is easier without eye contact. "A queen would have assessed diplomatic implications first. Would have calculated treaty consequences and political advantage." Her voice takes on a distant quality. "Would have weighed your life against potential outcomes."</w:t>
      </w:r>
    </w:p>
    <w:p w14:paraId="751B2ED4" w14:textId="77777777" w:rsidR="000F7673" w:rsidRPr="000F7673" w:rsidRDefault="000F7673" w:rsidP="000F7673">
      <w:pPr>
        <w:spacing w:line="276" w:lineRule="auto"/>
      </w:pPr>
      <w:r w:rsidRPr="000F7673">
        <w:t>The bond between us pulses with something complex—not quite regret, not quite defiance. Something adjacent to both, yet entirely its own emotion.</w:t>
      </w:r>
    </w:p>
    <w:p w14:paraId="2EE06318" w14:textId="77777777" w:rsidR="000F7673" w:rsidRPr="000F7673" w:rsidRDefault="000F7673" w:rsidP="000F7673">
      <w:pPr>
        <w:spacing w:line="276" w:lineRule="auto"/>
      </w:pPr>
      <w:r w:rsidRPr="000F7673">
        <w:t>"But you didn't," I say softly, neither question nor accusation but simple acknowledgment.</w:t>
      </w:r>
    </w:p>
    <w:p w14:paraId="71464EBB" w14:textId="77777777" w:rsidR="000F7673" w:rsidRPr="000F7673" w:rsidRDefault="000F7673" w:rsidP="000F7673">
      <w:pPr>
        <w:spacing w:line="276" w:lineRule="auto"/>
      </w:pPr>
      <w:r w:rsidRPr="000F7673">
        <w:t>"No." The single word carries certainty despite its quietness. "I did not."</w:t>
      </w:r>
    </w:p>
    <w:p w14:paraId="314752EC" w14:textId="77777777" w:rsidR="000F7673" w:rsidRPr="000F7673" w:rsidRDefault="000F7673" w:rsidP="000F7673">
      <w:pPr>
        <w:spacing w:line="276" w:lineRule="auto"/>
      </w:pPr>
      <w:r w:rsidRPr="000F7673">
        <w:lastRenderedPageBreak/>
        <w:t>She turns slightly, her profile catching silver ward-light in a way that transforms her features from marble perfection to something more alive, more present. "I moved without thought. Without calculation." A pause, heavy with implication. "Without the distance a sovereign must maintain."</w:t>
      </w:r>
    </w:p>
    <w:p w14:paraId="1844EC4C" w14:textId="77777777" w:rsidR="000F7673" w:rsidRPr="000F7673" w:rsidRDefault="000F7673" w:rsidP="000F7673">
      <w:pPr>
        <w:spacing w:line="276" w:lineRule="auto"/>
      </w:pPr>
      <w:r w:rsidRPr="000F7673">
        <w:t>This admission—that her reaction had been instinctive rather than strategic—reveals more about our changing relationship than hours of formal discussion could convey. Predators who react on instinct do so for only two reasons: threat or protection. And the blade had not been aimed at her.</w:t>
      </w:r>
    </w:p>
    <w:p w14:paraId="2729DACE" w14:textId="77777777" w:rsidR="000F7673" w:rsidRPr="000F7673" w:rsidRDefault="000F7673" w:rsidP="000F7673">
      <w:pPr>
        <w:spacing w:line="276" w:lineRule="auto"/>
      </w:pPr>
      <w:r w:rsidRPr="000F7673">
        <w:t xml:space="preserve">Valeria raises one hand and, in a </w:t>
      </w:r>
      <w:proofErr w:type="gramStart"/>
      <w:r w:rsidRPr="000F7673">
        <w:t>gesture</w:t>
      </w:r>
      <w:proofErr w:type="gramEnd"/>
      <w:r w:rsidRPr="000F7673">
        <w:t xml:space="preserve"> I've never seen from her before, brushes a loose strand of hair behind her ear. The movement is small, ordinary, utterly human in its unconscious naturalness. Not the precise, controlled motions of a vampire queen but the casual adjustment anyone might make when distracted by difficult thoughts.</w:t>
      </w:r>
    </w:p>
    <w:p w14:paraId="0BBBD759" w14:textId="77777777" w:rsidR="000F7673" w:rsidRPr="000F7673" w:rsidRDefault="000F7673" w:rsidP="000F7673">
      <w:pPr>
        <w:spacing w:line="276" w:lineRule="auto"/>
      </w:pPr>
      <w:r w:rsidRPr="000F7673">
        <w:t>That tiny gesture—more than her words, more than her admission—strikes me with unexpected force. In that brief movement, I glimpse the woman beneath the crown, the being beneath the vampire, the individual beneath the sovereign. Not performance or calculation, just Valeria, momentarily unguarded.</w:t>
      </w:r>
    </w:p>
    <w:p w14:paraId="404121E3" w14:textId="77777777" w:rsidR="000F7673" w:rsidRPr="000F7673" w:rsidRDefault="000F7673" w:rsidP="000F7673">
      <w:pPr>
        <w:spacing w:line="276" w:lineRule="auto"/>
      </w:pPr>
      <w:r w:rsidRPr="000F7673">
        <w:t>The ward channels brighten overhead, responding to something in our exchange—perhaps the honesty of her admission or my recognition of its significance. The silver light takes on warmer tones where it falls across her face, softening her inhuman perfection into something more approachable without diminishing her fundamental power.</w:t>
      </w:r>
    </w:p>
    <w:p w14:paraId="1DBDCFEB" w14:textId="77777777" w:rsidR="000F7673" w:rsidRPr="000F7673" w:rsidRDefault="000F7673" w:rsidP="000F7673">
      <w:pPr>
        <w:spacing w:line="276" w:lineRule="auto"/>
      </w:pPr>
      <w:r w:rsidRPr="000F7673">
        <w:t>"Does that concern you?" I ask, carefully avoiding the word "frighten." Vampires, I've learned, reject fear as humans reject disease—something to be eliminated rather than acknowledged.</w:t>
      </w:r>
    </w:p>
    <w:p w14:paraId="15DE24AB" w14:textId="77777777" w:rsidR="000F7673" w:rsidRPr="000F7673" w:rsidRDefault="000F7673" w:rsidP="000F7673">
      <w:pPr>
        <w:spacing w:line="276" w:lineRule="auto"/>
      </w:pPr>
      <w:r w:rsidRPr="000F7673">
        <w:t>Valeria turns more fully toward me now, her expression composed yet somehow more open than before. "It should," she admits. "Attachment is... complicated for my kind."</w:t>
      </w:r>
    </w:p>
    <w:p w14:paraId="063173BD" w14:textId="77777777" w:rsidR="000F7673" w:rsidRPr="000F7673" w:rsidRDefault="000F7673" w:rsidP="000F7673">
      <w:pPr>
        <w:spacing w:line="276" w:lineRule="auto"/>
      </w:pPr>
      <w:r w:rsidRPr="000F7673">
        <w:t>The bond between us warms at her use of "attachment," neither confirming nor denying but acknowledging the term's appropriateness. What exists between us has moved beyond diplomatic alliance, beyond even the mysterious magical connection. Something personal has taken root alongside the political, something neither of us anticipated.</w:t>
      </w:r>
    </w:p>
    <w:p w14:paraId="3231D54E" w14:textId="77777777" w:rsidR="000F7673" w:rsidRPr="000F7673" w:rsidRDefault="000F7673" w:rsidP="000F7673">
      <w:pPr>
        <w:spacing w:line="276" w:lineRule="auto"/>
      </w:pPr>
      <w:r w:rsidRPr="000F7673">
        <w:t>"Complicated how?" I ask, pushing gently against boundaries that seem increasingly permeable.</w:t>
      </w:r>
    </w:p>
    <w:p w14:paraId="3CD0DB4A" w14:textId="77777777" w:rsidR="000F7673" w:rsidRPr="000F7673" w:rsidRDefault="000F7673" w:rsidP="000F7673">
      <w:pPr>
        <w:spacing w:line="276" w:lineRule="auto"/>
      </w:pPr>
      <w:r w:rsidRPr="000F7673">
        <w:t>Her lips curve in the faintest suggestion of a smile, though her eyes remain serious. "We feel deeply," she says simply. "More deeply than humans understand. Time does not dilute emotion for us as it does for shorter-lived species. It concentrates it."</w:t>
      </w:r>
    </w:p>
    <w:p w14:paraId="33798A70" w14:textId="77777777" w:rsidR="000F7673" w:rsidRPr="000F7673" w:rsidRDefault="000F7673" w:rsidP="000F7673">
      <w:pPr>
        <w:spacing w:line="276" w:lineRule="auto"/>
      </w:pPr>
      <w:r w:rsidRPr="000F7673">
        <w:lastRenderedPageBreak/>
        <w:t>The implication settles between us—that vampire attachment forms slowly but becomes immutable once established. That whatever connection has begun between us carries potential consequences beyond our current understanding.</w:t>
      </w:r>
    </w:p>
    <w:p w14:paraId="58C0BB62" w14:textId="77777777" w:rsidR="000F7673" w:rsidRPr="000F7673" w:rsidRDefault="000F7673" w:rsidP="000F7673">
      <w:pPr>
        <w:spacing w:line="276" w:lineRule="auto"/>
      </w:pPr>
      <w:r w:rsidRPr="000F7673">
        <w:t>"And that's why the blade concerned you," I suggest, connecting her earlier admission to this new information. "Not because of what happened, but because of what it revealed."</w:t>
      </w:r>
    </w:p>
    <w:p w14:paraId="74E1907D" w14:textId="77777777" w:rsidR="000F7673" w:rsidRPr="000F7673" w:rsidRDefault="000F7673" w:rsidP="000F7673">
      <w:pPr>
        <w:spacing w:line="276" w:lineRule="auto"/>
      </w:pPr>
      <w:r w:rsidRPr="000F7673">
        <w:t>Her eyebrows lift slightly, appreciation for perceptiveness rather than surprise at being understood. "Yes."</w:t>
      </w:r>
    </w:p>
    <w:p w14:paraId="0C710F36" w14:textId="77777777" w:rsidR="000F7673" w:rsidRPr="000F7673" w:rsidRDefault="000F7673" w:rsidP="000F7673">
      <w:pPr>
        <w:spacing w:line="276" w:lineRule="auto"/>
      </w:pPr>
      <w:r w:rsidRPr="000F7673">
        <w:t>She turns back toward the window, her reflection ghostly in the dark glass. Night presses against the panes, a reminder of the world beyond this chamber—the complex political landscape waiting to react to whatever has begun between vampire queen and human diplomat.</w:t>
      </w:r>
    </w:p>
    <w:p w14:paraId="68615192" w14:textId="77777777" w:rsidR="000F7673" w:rsidRPr="000F7673" w:rsidRDefault="000F7673" w:rsidP="000F7673">
      <w:pPr>
        <w:spacing w:line="276" w:lineRule="auto"/>
      </w:pPr>
      <w:r w:rsidRPr="000F7673">
        <w:t>"I have ruled Beaumont for over two centuries," she says quietly. "I have made decisions that cost lives. I have enforced laws that separated families. I have maintained order through methods humans would consider harsh." Her voice remains steady, neither proud nor apologetic, simply factual. "Always as queen. Always with the sovereignty of Beaumont as my primary concern."</w:t>
      </w:r>
    </w:p>
    <w:p w14:paraId="78834EC3" w14:textId="77777777" w:rsidR="000F7673" w:rsidRPr="000F7673" w:rsidRDefault="000F7673" w:rsidP="000F7673">
      <w:pPr>
        <w:spacing w:line="276" w:lineRule="auto"/>
      </w:pPr>
      <w:r w:rsidRPr="000F7673">
        <w:t>She touches the glass with bare fingertips, leaving no marks despite the warmth of the chamber. "Until today."</w:t>
      </w:r>
    </w:p>
    <w:p w14:paraId="6071914A" w14:textId="77777777" w:rsidR="000F7673" w:rsidRPr="000F7673" w:rsidRDefault="000F7673" w:rsidP="000F7673">
      <w:pPr>
        <w:spacing w:line="276" w:lineRule="auto"/>
      </w:pPr>
      <w:r w:rsidRPr="000F7673">
        <w:t>The admission hangs between us, its significance unmistakable. Valeria Beaumont, vampire sovereign, apex predator with centuries of perfect control, had acted on instinct rather than calculation—had prioritized my safety over political consideration.</w:t>
      </w:r>
    </w:p>
    <w:p w14:paraId="7FDFA6DC" w14:textId="77777777" w:rsidR="000F7673" w:rsidRPr="000F7673" w:rsidRDefault="000F7673" w:rsidP="000F7673">
      <w:pPr>
        <w:spacing w:line="276" w:lineRule="auto"/>
      </w:pPr>
      <w:r w:rsidRPr="000F7673">
        <w:t>The bond between us pulses warm and steady, neither demanding nor retreating but simply acknowledging this new reality. The ward channels overhead mirror its rhythm, their silver light reflecting in the window glass and illuminating Valeria's face from multiple angles—revealing subtle expressions that her diplomatic mask would normally conceal.</w:t>
      </w:r>
    </w:p>
    <w:p w14:paraId="4211441A" w14:textId="77777777" w:rsidR="000F7673" w:rsidRPr="000F7673" w:rsidRDefault="000F7673" w:rsidP="000F7673">
      <w:pPr>
        <w:spacing w:line="276" w:lineRule="auto"/>
      </w:pPr>
      <w:r w:rsidRPr="000F7673">
        <w:t>I see uncertainty there. Concern. Something adjacent to wonder.</w:t>
      </w:r>
    </w:p>
    <w:p w14:paraId="2B6E6ECA" w14:textId="77777777" w:rsidR="000F7673" w:rsidRPr="000F7673" w:rsidRDefault="000F7673" w:rsidP="000F7673">
      <w:pPr>
        <w:spacing w:line="276" w:lineRule="auto"/>
      </w:pPr>
      <w:r w:rsidRPr="000F7673">
        <w:t>She brushes another strand of hair behind her ear—that same unconsciously human gesture—and turns to face me fully. The movement creates a gentle ripple in the silk drapes behind her, moonlight and shadow playing across her features like thoughts made visible.</w:t>
      </w:r>
    </w:p>
    <w:p w14:paraId="469D10F3" w14:textId="77777777" w:rsidR="000F7673" w:rsidRPr="000F7673" w:rsidRDefault="000F7673" w:rsidP="000F7673">
      <w:pPr>
        <w:spacing w:line="276" w:lineRule="auto"/>
      </w:pPr>
      <w:r w:rsidRPr="000F7673">
        <w:t>"I am not accustomed to uncertainty," she says softly.</w:t>
      </w:r>
    </w:p>
    <w:p w14:paraId="12A024C1" w14:textId="77777777" w:rsidR="000F7673" w:rsidRPr="000F7673" w:rsidRDefault="000F7673" w:rsidP="000F7673">
      <w:pPr>
        <w:spacing w:line="276" w:lineRule="auto"/>
      </w:pPr>
      <w:r w:rsidRPr="000F7673">
        <w:t>Coming from anyone else, this might sound like complaint. From Valeria, it's confession—acknowledgment of territory as unfamiliar to her as Beaumont was to me when I first arrived. She stands perfectly still after speaking, waiting for my response with the focused patience that makes vampires seem more statue than being.</w:t>
      </w:r>
    </w:p>
    <w:p w14:paraId="24AEB7DD" w14:textId="77777777" w:rsidR="000F7673" w:rsidRPr="000F7673" w:rsidRDefault="000F7673" w:rsidP="000F7673">
      <w:pPr>
        <w:spacing w:line="276" w:lineRule="auto"/>
      </w:pPr>
      <w:r w:rsidRPr="000F7673">
        <w:lastRenderedPageBreak/>
        <w:t>But there's vulnerability in her stillness now—not weakness but openness, a willingness to be seen without the armor of crown or title or perfect control. This, I realize, is Valeria's true gift: not the removal of physical symbols but the lowering of internal defenses. The choice to be present as herself rather than as queen.</w:t>
      </w:r>
    </w:p>
    <w:p w14:paraId="5DD05227" w14:textId="77777777" w:rsidR="000F7673" w:rsidRPr="000F7673" w:rsidRDefault="000F7673" w:rsidP="000F7673">
      <w:pPr>
        <w:spacing w:line="276" w:lineRule="auto"/>
      </w:pPr>
      <w:r w:rsidRPr="000F7673">
        <w:t>The ward channels pulse overhead, steady and sure, as if confirming the rightness of this moment between us—this fragile, unexpected connection between vampire and human, between sovereign and diplomat, between two women discovering territory neither expected to explore.</w:t>
      </w:r>
    </w:p>
    <w:p w14:paraId="1BEC9D34" w14:textId="77777777" w:rsidR="000F7673" w:rsidRPr="000F7673" w:rsidRDefault="000F7673" w:rsidP="000F7673">
      <w:pPr>
        <w:spacing w:line="276" w:lineRule="auto"/>
      </w:pPr>
      <w:r w:rsidRPr="000F7673">
        <w:t>I rise from the chaise, drawn to movement like a moon to tide. Sitting still while emotions surge between us feels wrong—diplomatic training teaches control through stillness, but this connection between us demands something more active, more engaged. My feet find the cool marble floor, its polished surface reflecting ward-light in rippling patterns. Valeria moves in counterpoint, stepping away from the window to mirror my position across the open space. We begin to circle—not predator tracking prey, not diplomat maneuvering opponent, but something entirely new. Something without established protocol or precedent.</w:t>
      </w:r>
    </w:p>
    <w:p w14:paraId="5F57911B" w14:textId="77777777" w:rsidR="000F7673" w:rsidRPr="000F7673" w:rsidRDefault="000F7673" w:rsidP="000F7673">
      <w:pPr>
        <w:spacing w:line="276" w:lineRule="auto"/>
      </w:pPr>
      <w:r w:rsidRPr="000F7673">
        <w:t>Our movement creates symmetry—a careful orbit around the center of the chamber, neither advancing nor retreating. Valeria's bare feet make no sound against the marble; mine create the softest whisper of contact. The contrast feels significant—her vampire silence, my human presence, different yet harmonizing in this strange dance we've begun.</w:t>
      </w:r>
    </w:p>
    <w:p w14:paraId="3D66A202" w14:textId="77777777" w:rsidR="000F7673" w:rsidRPr="000F7673" w:rsidRDefault="000F7673" w:rsidP="000F7673">
      <w:pPr>
        <w:spacing w:line="276" w:lineRule="auto"/>
      </w:pPr>
      <w:r w:rsidRPr="000F7673">
        <w:t>My fingertips graze the polished surface of a side table as I pass, the cool texture grounding me in physical reality while our bond pulses with something less tangible. Across the circle, Valeria's hand mirrors my gesture, her pale fingers trailing along the edge of an ancient wooden chest. We're connected by invisible threads, each movement finding its counterpart.</w:t>
      </w:r>
    </w:p>
    <w:p w14:paraId="25620177" w14:textId="77777777" w:rsidR="000F7673" w:rsidRPr="000F7673" w:rsidRDefault="000F7673" w:rsidP="000F7673">
      <w:pPr>
        <w:spacing w:line="276" w:lineRule="auto"/>
      </w:pPr>
      <w:r w:rsidRPr="000F7673">
        <w:t>The ward channels overhead respond to our circular path, silver light following our movement like water swirling in a gentle eddy. The pattern feels deliberate, responsive—as if the mountain itself watches our dance with interest. The air between us thickens with unspoken possibility, neither diplomatic negotiation nor predatory assessment but something that incorporates elements of both while transcending their limitations.</w:t>
      </w:r>
    </w:p>
    <w:p w14:paraId="3BDF0ACC" w14:textId="77777777" w:rsidR="000F7673" w:rsidRPr="000F7673" w:rsidRDefault="000F7673" w:rsidP="000F7673">
      <w:pPr>
        <w:spacing w:line="276" w:lineRule="auto"/>
      </w:pPr>
      <w:r w:rsidRPr="000F7673">
        <w:t>Tension builds with each completed circuit, not the dangerous tension of conflict but the anticipatory tension of discovery. We're exploring something without maps—territory beyond treaty clauses and formal protocols. The diplomatic part of my brain warns against uncharted territory; the rest of me leans into it, drawn by currents too strong to resist.</w:t>
      </w:r>
    </w:p>
    <w:p w14:paraId="76AE0268" w14:textId="77777777" w:rsidR="000F7673" w:rsidRPr="000F7673" w:rsidRDefault="000F7673" w:rsidP="000F7673">
      <w:pPr>
        <w:spacing w:line="276" w:lineRule="auto"/>
      </w:pPr>
      <w:r w:rsidRPr="000F7673">
        <w:t xml:space="preserve">I close my eyes as we continue circling, trusting my other senses to maintain distance. The bond between us pulses stronger now, warm and insistent beneath my ribs. Not just awareness of Valeria's presence but something </w:t>
      </w:r>
      <w:proofErr w:type="gramStart"/>
      <w:r w:rsidRPr="000F7673">
        <w:t>deeper—glimpses</w:t>
      </w:r>
      <w:proofErr w:type="gramEnd"/>
      <w:r w:rsidRPr="000F7673">
        <w:t xml:space="preserve"> of emotion, fragments of thought, impressions that aren't my own.</w:t>
      </w:r>
    </w:p>
    <w:p w14:paraId="0C9F48DE" w14:textId="77777777" w:rsidR="000F7673" w:rsidRPr="000F7673" w:rsidRDefault="000F7673" w:rsidP="000F7673">
      <w:pPr>
        <w:spacing w:line="276" w:lineRule="auto"/>
      </w:pPr>
      <w:r w:rsidRPr="000F7673">
        <w:lastRenderedPageBreak/>
        <w:t>"I can feel you," I whisper, the words escaping before diplomatic filters can catch them.</w:t>
      </w:r>
    </w:p>
    <w:p w14:paraId="55BB3481" w14:textId="77777777" w:rsidR="000F7673" w:rsidRPr="000F7673" w:rsidRDefault="000F7673" w:rsidP="000F7673">
      <w:pPr>
        <w:spacing w:line="276" w:lineRule="auto"/>
      </w:pPr>
      <w:r w:rsidRPr="000F7673">
        <w:t>Through our connection flows surprise, then acknowledgment, then something adjacent to satisfaction. Valeria doesn't immediately respond verbally, but our bond carries her recognition—she experiences the same phenomenon, this strange interpenetration of awareness.</w:t>
      </w:r>
    </w:p>
    <w:p w14:paraId="09DA1A20" w14:textId="77777777" w:rsidR="000F7673" w:rsidRPr="000F7673" w:rsidRDefault="000F7673" w:rsidP="000F7673">
      <w:pPr>
        <w:spacing w:line="276" w:lineRule="auto"/>
      </w:pPr>
      <w:r w:rsidRPr="000F7673">
        <w:t>When she speaks, her voice comes from directly across the circle, perfectly positioned despite my closed eyes. "You speak when afraid."</w:t>
      </w:r>
    </w:p>
    <w:p w14:paraId="0F28E843" w14:textId="77777777" w:rsidR="000F7673" w:rsidRPr="000F7673" w:rsidRDefault="000F7673" w:rsidP="000F7673">
      <w:pPr>
        <w:spacing w:line="276" w:lineRule="auto"/>
      </w:pPr>
      <w:r w:rsidRPr="000F7673">
        <w:t>Not accusation but observation—a pattern recognized, a trait cataloged. Through our bond, I sense no judgment, only assessment.</w:t>
      </w:r>
    </w:p>
    <w:p w14:paraId="2F631361" w14:textId="77777777" w:rsidR="000F7673" w:rsidRPr="000F7673" w:rsidRDefault="000F7673" w:rsidP="000F7673">
      <w:pPr>
        <w:spacing w:line="276" w:lineRule="auto"/>
      </w:pPr>
      <w:r w:rsidRPr="000F7673">
        <w:t>I open my eyes to find her watching me with that unnerving focus unique to vampires—attention distilled to perfect concentration. "You go silent," I counter, matching her observational tone.</w:t>
      </w:r>
    </w:p>
    <w:p w14:paraId="06EB3D32" w14:textId="77777777" w:rsidR="000F7673" w:rsidRPr="000F7673" w:rsidRDefault="000F7673" w:rsidP="000F7673">
      <w:pPr>
        <w:spacing w:line="276" w:lineRule="auto"/>
      </w:pPr>
      <w:r w:rsidRPr="000F7673">
        <w:t>Something adjacent to amusement flickers through our bond, acknowledgment of accuracy rather than offense at the observation.</w:t>
      </w:r>
    </w:p>
    <w:p w14:paraId="0997492F" w14:textId="77777777" w:rsidR="000F7673" w:rsidRPr="000F7673" w:rsidRDefault="000F7673" w:rsidP="000F7673">
      <w:pPr>
        <w:spacing w:line="276" w:lineRule="auto"/>
      </w:pPr>
      <w:r w:rsidRPr="000F7673">
        <w:t>"I calculate," she says simply.</w:t>
      </w:r>
    </w:p>
    <w:p w14:paraId="0BDF5563" w14:textId="77777777" w:rsidR="000F7673" w:rsidRPr="000F7673" w:rsidRDefault="000F7673" w:rsidP="000F7673">
      <w:pPr>
        <w:spacing w:line="276" w:lineRule="auto"/>
      </w:pPr>
      <w:r w:rsidRPr="000F7673">
        <w:t>The word carries centuries of survival strategy—the predator's assessment of environment, the sovereign's evaluation of consequences, the immortal's weighing of momentary action against potential centuries of repercussion. One word that encompasses Valeria's entire approach to existence.</w:t>
      </w:r>
    </w:p>
    <w:p w14:paraId="11DB6B1E" w14:textId="77777777" w:rsidR="000F7673" w:rsidRPr="000F7673" w:rsidRDefault="000F7673" w:rsidP="000F7673">
      <w:pPr>
        <w:spacing w:line="276" w:lineRule="auto"/>
      </w:pPr>
      <w:r w:rsidRPr="000F7673">
        <w:t>"I improvise," I reply, offering my counterpoint.</w:t>
      </w:r>
    </w:p>
    <w:p w14:paraId="29A9218F" w14:textId="77777777" w:rsidR="000F7673" w:rsidRPr="000F7673" w:rsidRDefault="000F7673" w:rsidP="000F7673">
      <w:pPr>
        <w:spacing w:line="276" w:lineRule="auto"/>
      </w:pPr>
      <w:r w:rsidRPr="000F7673">
        <w:t>Our circling continues, each of us maintaining perfect distance despite the conversation. The ward-light overhead pulses in time with our words, silver channels brightening and dimming as if participating in our exchange.</w:t>
      </w:r>
    </w:p>
    <w:p w14:paraId="5879459C" w14:textId="77777777" w:rsidR="000F7673" w:rsidRPr="000F7673" w:rsidRDefault="000F7673" w:rsidP="000F7673">
      <w:pPr>
        <w:spacing w:line="276" w:lineRule="auto"/>
      </w:pPr>
      <w:r w:rsidRPr="000F7673">
        <w:t>Valeria's lips curve in a wry half-smile that transforms her features from cold perfection to something more approachable, more present. "That is reckless."</w:t>
      </w:r>
    </w:p>
    <w:p w14:paraId="3F7069A2" w14:textId="77777777" w:rsidR="000F7673" w:rsidRPr="000F7673" w:rsidRDefault="000F7673" w:rsidP="000F7673">
      <w:pPr>
        <w:spacing w:line="276" w:lineRule="auto"/>
      </w:pPr>
      <w:r w:rsidRPr="000F7673">
        <w:t>The words carry slight judgment—the centuries-old predator assessing a strategy that prioritizes immediate response over careful planning. Through our bond flows something more complex than her words convey—not just disapproval but fascination, perhaps even envy of a flexibility her position rarely permits.</w:t>
      </w:r>
    </w:p>
    <w:p w14:paraId="56913E46" w14:textId="77777777" w:rsidR="000F7673" w:rsidRPr="000F7673" w:rsidRDefault="000F7673" w:rsidP="000F7673">
      <w:pPr>
        <w:spacing w:line="276" w:lineRule="auto"/>
      </w:pPr>
      <w:r w:rsidRPr="000F7673">
        <w:t>I lift my chin slightly, a subtle defiance that diplomatic training would normally suppress. "That is why I'm still alive."</w:t>
      </w:r>
    </w:p>
    <w:p w14:paraId="1D0ED5C7" w14:textId="77777777" w:rsidR="000F7673" w:rsidRPr="000F7673" w:rsidRDefault="000F7673" w:rsidP="000F7673">
      <w:pPr>
        <w:spacing w:line="276" w:lineRule="auto"/>
      </w:pPr>
      <w:r w:rsidRPr="000F7673">
        <w:t xml:space="preserve">The declaration hangs between us, bold and undeniable. My survival in vampire territory, my navigation of Beaumont's deadly politics, my escape from the sentinel's blade—all testament </w:t>
      </w:r>
      <w:r w:rsidRPr="000F7673">
        <w:lastRenderedPageBreak/>
        <w:t>to adaptation rather than calculation. Not planned resistance but instinctive response, meeting each threat as it emerges rather than mapping every possibility in advance.</w:t>
      </w:r>
    </w:p>
    <w:p w14:paraId="5D2BFEAB" w14:textId="77777777" w:rsidR="000F7673" w:rsidRPr="000F7673" w:rsidRDefault="000F7673" w:rsidP="000F7673">
      <w:pPr>
        <w:spacing w:line="276" w:lineRule="auto"/>
      </w:pPr>
      <w:r w:rsidRPr="000F7673">
        <w:t>Valeria's eyebrows lift fractionally, surprise flickering through our bond before settling into something adjacent to respect. "An interesting perspective," she acknowledges. "Though perhaps more successful for diplomatic envoys than for monarchs."</w:t>
      </w:r>
    </w:p>
    <w:p w14:paraId="7BD5DBFB" w14:textId="77777777" w:rsidR="000F7673" w:rsidRPr="000F7673" w:rsidRDefault="000F7673" w:rsidP="000F7673">
      <w:pPr>
        <w:spacing w:line="276" w:lineRule="auto"/>
      </w:pPr>
      <w:r w:rsidRPr="000F7673">
        <w:t>"Different positions, different strategies," I agree, completing another circuit around the chamber. "You calculate because centuries of consequences depend on your decisions. I improvise because rigidity breaks under unexpected pressure."</w:t>
      </w:r>
    </w:p>
    <w:p w14:paraId="566521AC" w14:textId="77777777" w:rsidR="000F7673" w:rsidRPr="000F7673" w:rsidRDefault="000F7673" w:rsidP="000F7673">
      <w:pPr>
        <w:spacing w:line="276" w:lineRule="auto"/>
      </w:pPr>
      <w:r w:rsidRPr="000F7673">
        <w:t>She inclines her head, acknowledging the assessment without surrendering her position. "And yet," she observes, "we both survived the blade."</w:t>
      </w:r>
    </w:p>
    <w:p w14:paraId="00C99622" w14:textId="77777777" w:rsidR="000F7673" w:rsidRPr="000F7673" w:rsidRDefault="000F7673" w:rsidP="000F7673">
      <w:pPr>
        <w:spacing w:line="276" w:lineRule="auto"/>
      </w:pPr>
      <w:r w:rsidRPr="000F7673">
        <w:t>The reference to the attack carries weight beyond its literal meaning—recognition that our different approaches achieved the same outcome, preserved the same essential value. Through our bond flows something thoughtful, contemplative—Valeria considering how calculation and improvisation might complement rather than contradict.</w:t>
      </w:r>
    </w:p>
    <w:p w14:paraId="5091573D" w14:textId="77777777" w:rsidR="000F7673" w:rsidRPr="000F7673" w:rsidRDefault="000F7673" w:rsidP="000F7673">
      <w:pPr>
        <w:spacing w:line="276" w:lineRule="auto"/>
      </w:pPr>
      <w:r w:rsidRPr="000F7673">
        <w:t>Our circular path has gradually tightened, the distance between us diminishing with each completed circuit. Not by obvious advancement but by mutual, unconscious adjustment—like binary stars gradually pulling closer through invisible gravity. What began as formal orbit has become intimate spiral, the space between us charged with potential.</w:t>
      </w:r>
    </w:p>
    <w:p w14:paraId="72CCA489" w14:textId="77777777" w:rsidR="000F7673" w:rsidRPr="000F7673" w:rsidRDefault="000F7673" w:rsidP="000F7673">
      <w:pPr>
        <w:spacing w:line="276" w:lineRule="auto"/>
      </w:pPr>
      <w:r w:rsidRPr="000F7673">
        <w:t>"Your improvisations are not entirely without structure," Valeria observes, her voice dropping to a lower register that seems to resonate directly through our bond rather than merely reaching my ears. "I see patterns in your responses. Principles beneath the apparent spontaneity."</w:t>
      </w:r>
    </w:p>
    <w:p w14:paraId="2FD11E39" w14:textId="77777777" w:rsidR="000F7673" w:rsidRPr="000F7673" w:rsidRDefault="000F7673" w:rsidP="000F7673">
      <w:pPr>
        <w:spacing w:line="276" w:lineRule="auto"/>
      </w:pPr>
      <w:r w:rsidRPr="000F7673">
        <w:t>The observation strikes with unexpected insight—recognition of something I haven't fully acknowledged even to myself. My diplomatic instincts aren't random; they're built on foundations of training, experience, and inherent understanding of human nature. Not calculation, precisely, but not pure impulse either.</w:t>
      </w:r>
    </w:p>
    <w:p w14:paraId="04812D54" w14:textId="77777777" w:rsidR="000F7673" w:rsidRPr="000F7673" w:rsidRDefault="000F7673" w:rsidP="000F7673">
      <w:pPr>
        <w:spacing w:line="276" w:lineRule="auto"/>
      </w:pPr>
      <w:r w:rsidRPr="000F7673">
        <w:t>"And your calculations aren't entirely without intuition," I counter, recognizing the reciprocal truth. "There's something more immediate beneath your perfect control. Something that moved before thought when the blade came for me."</w:t>
      </w:r>
    </w:p>
    <w:p w14:paraId="6AB4A0F7" w14:textId="77777777" w:rsidR="000F7673" w:rsidRPr="000F7673" w:rsidRDefault="000F7673" w:rsidP="000F7673">
      <w:pPr>
        <w:spacing w:line="276" w:lineRule="auto"/>
      </w:pPr>
      <w:r w:rsidRPr="000F7673">
        <w:t>A ripple moves through the ward channels overhead, silver light brightening in response to this exchange of insights. Our bond pulses warm between us, neither demanding nor retreating but acknowledging this mutual recognition—the complementary nature of our approaches, the strength in their differences rather than their similarities.</w:t>
      </w:r>
    </w:p>
    <w:p w14:paraId="2E901F70" w14:textId="77777777" w:rsidR="000F7673" w:rsidRPr="000F7673" w:rsidRDefault="000F7673" w:rsidP="000F7673">
      <w:pPr>
        <w:spacing w:line="276" w:lineRule="auto"/>
      </w:pPr>
      <w:r w:rsidRPr="000F7673">
        <w:t xml:space="preserve">Valeria's eyes meet mine across the diminishing circle, gold irises reflecting silver </w:t>
      </w:r>
      <w:proofErr w:type="gramStart"/>
      <w:r w:rsidRPr="000F7673">
        <w:t>ward-light</w:t>
      </w:r>
      <w:proofErr w:type="gramEnd"/>
      <w:r w:rsidRPr="000F7673">
        <w:t>. "Perhaps," she suggests quietly, "that is why we both remain alive."</w:t>
      </w:r>
    </w:p>
    <w:p w14:paraId="6A12E141" w14:textId="77777777" w:rsidR="000F7673" w:rsidRPr="000F7673" w:rsidRDefault="000F7673" w:rsidP="000F7673">
      <w:pPr>
        <w:spacing w:line="276" w:lineRule="auto"/>
      </w:pPr>
      <w:r w:rsidRPr="000F7673">
        <w:lastRenderedPageBreak/>
        <w:t>The words carry weight beyond their literal meaning—acknowledgment that our connection, inexplicable as it remains, offers something neither could achieve alone. Calculation tempered by improvisation; spontaneity anchored by consideration.</w:t>
      </w:r>
    </w:p>
    <w:p w14:paraId="71586515" w14:textId="77777777" w:rsidR="000F7673" w:rsidRPr="000F7673" w:rsidRDefault="000F7673" w:rsidP="000F7673">
      <w:pPr>
        <w:spacing w:line="276" w:lineRule="auto"/>
      </w:pPr>
      <w:r w:rsidRPr="000F7673">
        <w:t>Our circular path continues to tighten, the distance between us measured now in arm's lengths rather than room widths. The ward channels pulse overhead, their rhythm perfectly aligned with the bond between us. Each circuit brings us closer, neither advancing aggressively nor retreating defensively but mutually adjusting orbit.</w:t>
      </w:r>
    </w:p>
    <w:p w14:paraId="672ADB1A" w14:textId="77777777" w:rsidR="000F7673" w:rsidRPr="000F7673" w:rsidRDefault="000F7673" w:rsidP="000F7673">
      <w:pPr>
        <w:spacing w:line="276" w:lineRule="auto"/>
      </w:pPr>
      <w:r w:rsidRPr="000F7673">
        <w:t>"Do you regret it?" I ask suddenly, the question emerging without diplomatic planning. "Moving without calculation when the blade came?"</w:t>
      </w:r>
    </w:p>
    <w:p w14:paraId="722453AD" w14:textId="77777777" w:rsidR="000F7673" w:rsidRPr="000F7673" w:rsidRDefault="000F7673" w:rsidP="000F7673">
      <w:pPr>
        <w:spacing w:line="276" w:lineRule="auto"/>
      </w:pPr>
      <w:r w:rsidRPr="000F7673">
        <w:t>Valeria's pace doesn't falter, her expression remaining composed. But through our bond flows something complicated—consideration, assessment, ultimately resolution.</w:t>
      </w:r>
    </w:p>
    <w:p w14:paraId="76AB0EE0" w14:textId="77777777" w:rsidR="000F7673" w:rsidRPr="000F7673" w:rsidRDefault="000F7673" w:rsidP="000F7673">
      <w:pPr>
        <w:spacing w:line="276" w:lineRule="auto"/>
      </w:pPr>
      <w:r w:rsidRPr="000F7673">
        <w:t>"No," she says finally. The single word carries absolute certainty, devoid of qualification or hesitation. Not diplomatic answer but personal truth.</w:t>
      </w:r>
    </w:p>
    <w:p w14:paraId="1B66B152" w14:textId="77777777" w:rsidR="000F7673" w:rsidRPr="000F7673" w:rsidRDefault="000F7673" w:rsidP="000F7673">
      <w:pPr>
        <w:spacing w:line="276" w:lineRule="auto"/>
      </w:pPr>
      <w:r w:rsidRPr="000F7673">
        <w:t>The ward channels flare brighter at her response, silver light taking on golden undertones that match Valeria's eyes. Our bond pulses strongly, warm approval flowing between us—not just connection but alignment, recognition of shared values beneath different methods.</w:t>
      </w:r>
    </w:p>
    <w:p w14:paraId="4DAD59B3" w14:textId="77777777" w:rsidR="000F7673" w:rsidRPr="000F7673" w:rsidRDefault="000F7673" w:rsidP="000F7673">
      <w:pPr>
        <w:spacing w:line="276" w:lineRule="auto"/>
      </w:pPr>
      <w:r w:rsidRPr="000F7673">
        <w:t xml:space="preserve">We continue circling, our paths spiraling gradually inward with each circuit. Not predator stalking prey. Not sovereign intimidating subject. Not vampire threatening human. Just Valeria and Alice, two beings drawn together by forces neither fully understands yet neither </w:t>
      </w:r>
      <w:proofErr w:type="gramStart"/>
      <w:r w:rsidRPr="000F7673">
        <w:t>resists</w:t>
      </w:r>
      <w:proofErr w:type="gramEnd"/>
      <w:r w:rsidRPr="000F7673">
        <w:t>.</w:t>
      </w:r>
    </w:p>
    <w:p w14:paraId="0E5709BD" w14:textId="77777777" w:rsidR="000F7673" w:rsidRPr="000F7673" w:rsidRDefault="000F7673" w:rsidP="000F7673">
      <w:pPr>
        <w:spacing w:line="276" w:lineRule="auto"/>
      </w:pPr>
      <w:r w:rsidRPr="000F7673">
        <w:t>The marble floor reflects our movement in rippling patterns of light and shadow, silver and gold, calculation and improvisation converging toward some inevitable center point.</w:t>
      </w:r>
    </w:p>
    <w:p w14:paraId="3C1D45BE" w14:textId="77777777" w:rsidR="000F7673" w:rsidRPr="000F7673" w:rsidRDefault="000F7673" w:rsidP="000F7673">
      <w:pPr>
        <w:spacing w:line="276" w:lineRule="auto"/>
      </w:pPr>
      <w:r w:rsidRPr="000F7673">
        <w:t>One deliberate step. That's all it takes to end our circling dance, to transform orbit into contact. I take it, or Valeria does—perhaps we both move simultaneously, the distinction meaningless when our bond pulses with such perfect synchronization. The space between us vanishes. We stand chest to chest in the center of her chambers, close enough that I feel the coolness radiating from her skin, smell the subtle floral scent beneath the mineral tang of mountain stone. Close enough that I should feel fear—human instinct screaming danger in the presence of apex predator. Instead, the bond between us floods with something entirely different, something that makes fear irrelevant.</w:t>
      </w:r>
    </w:p>
    <w:p w14:paraId="4A0958B3" w14:textId="77777777" w:rsidR="000F7673" w:rsidRPr="000F7673" w:rsidRDefault="000F7673" w:rsidP="000F7673">
      <w:pPr>
        <w:spacing w:line="276" w:lineRule="auto"/>
      </w:pPr>
      <w:r w:rsidRPr="000F7673">
        <w:t xml:space="preserve">My heartbeat accelerates, not from terror but anticipation. Valeria must hear it—vampire senses miss nothing so obvious as human pulse—yet her expression shows no predatory response to this evidence of mortal vulnerability. Her eyes remain fixed on mine, gold irises luminous in the intensifying </w:t>
      </w:r>
      <w:proofErr w:type="gramStart"/>
      <w:r w:rsidRPr="000F7673">
        <w:t>ward-light</w:t>
      </w:r>
      <w:proofErr w:type="gramEnd"/>
      <w:r w:rsidRPr="000F7673">
        <w:t>. The bond between us carries no hunger, no threat, just focused awareness and something adjacent to wonder.</w:t>
      </w:r>
    </w:p>
    <w:p w14:paraId="639C9A3A" w14:textId="77777777" w:rsidR="000F7673" w:rsidRPr="000F7673" w:rsidRDefault="000F7673" w:rsidP="000F7673">
      <w:pPr>
        <w:spacing w:line="276" w:lineRule="auto"/>
      </w:pPr>
      <w:r w:rsidRPr="000F7673">
        <w:lastRenderedPageBreak/>
        <w:t>The silver channels etched into the walls respond to our proximity, brightening until they seem less like architectural features and more like living veins of light pulsing through stone. Their illumination casts Valeria's face in stark relief—shadows emphasizing her inhuman perfection, light softening the predatory angles into something more approachable. Not quite human, never that, but something between worlds—as our connection exists between treaties, between species, between understood categories.</w:t>
      </w:r>
    </w:p>
    <w:p w14:paraId="09D57CB0" w14:textId="77777777" w:rsidR="000F7673" w:rsidRPr="000F7673" w:rsidRDefault="000F7673" w:rsidP="000F7673">
      <w:pPr>
        <w:spacing w:line="276" w:lineRule="auto"/>
      </w:pPr>
      <w:r w:rsidRPr="000F7673">
        <w:t>We stand perfectly still, neither advancing further nor retreating, suspended in this moment of perfect balance. I'm acutely aware of every point of near-contact—the space between our bodies measured in breath and restraint rather than physical distance. The bond beneath my ribs pulses warm and insistent, no longer just connection but invitation.</w:t>
      </w:r>
    </w:p>
    <w:p w14:paraId="5E1D28B4" w14:textId="77777777" w:rsidR="000F7673" w:rsidRPr="000F7673" w:rsidRDefault="000F7673" w:rsidP="000F7673">
      <w:pPr>
        <w:spacing w:line="276" w:lineRule="auto"/>
      </w:pPr>
      <w:r w:rsidRPr="000F7673">
        <w:t>Valeria lifts her hand slowly, the movement deliberately paced to allow reaction if desired. Her palm—still strange to see uncovered—hovers beside my face for a heartbeat before making contact. The touch is cool but not cold, firm but not pressing. Just presence, acknowledgment, connection made tangible.</w:t>
      </w:r>
    </w:p>
    <w:p w14:paraId="1FAF6725" w14:textId="77777777" w:rsidR="000F7673" w:rsidRPr="000F7673" w:rsidRDefault="000F7673" w:rsidP="000F7673">
      <w:pPr>
        <w:spacing w:line="276" w:lineRule="auto"/>
      </w:pPr>
      <w:r w:rsidRPr="000F7673">
        <w:t>"You aren't afraid," she observes, her voice pitched low enough that the words seem to vibrate directly through our bond rather than traveling through air.</w:t>
      </w:r>
    </w:p>
    <w:p w14:paraId="2714C38B" w14:textId="77777777" w:rsidR="000F7673" w:rsidRPr="000F7673" w:rsidRDefault="000F7673" w:rsidP="000F7673">
      <w:pPr>
        <w:spacing w:line="276" w:lineRule="auto"/>
      </w:pPr>
      <w:r w:rsidRPr="000F7673">
        <w:t>"Not of you," I confirm, the distinction important.</w:t>
      </w:r>
    </w:p>
    <w:p w14:paraId="629E81D0" w14:textId="77777777" w:rsidR="000F7673" w:rsidRPr="000F7673" w:rsidRDefault="000F7673" w:rsidP="000F7673">
      <w:pPr>
        <w:spacing w:line="276" w:lineRule="auto"/>
      </w:pPr>
      <w:r w:rsidRPr="000F7673">
        <w:t>Her lips curve slightly—not quite smile, not quite predatory assessment, something uniquely Valeria. "Perhaps you should be."</w:t>
      </w:r>
    </w:p>
    <w:p w14:paraId="75E6EBFD" w14:textId="77777777" w:rsidR="000F7673" w:rsidRPr="000F7673" w:rsidRDefault="000F7673" w:rsidP="000F7673">
      <w:pPr>
        <w:spacing w:line="276" w:lineRule="auto"/>
      </w:pPr>
      <w:r w:rsidRPr="000F7673">
        <w:t>"Perhaps," I acknowledge. "But I'm not."</w:t>
      </w:r>
    </w:p>
    <w:p w14:paraId="36F84A89" w14:textId="77777777" w:rsidR="000F7673" w:rsidRPr="000F7673" w:rsidRDefault="000F7673" w:rsidP="000F7673">
      <w:pPr>
        <w:spacing w:line="276" w:lineRule="auto"/>
      </w:pPr>
      <w:r w:rsidRPr="000F7673">
        <w:t>Her hand remains against my cheek, thumb tracing the curve of my cheekbone with delicate precision. The gesture feels exploratory rather than possessive, curious rather than controlling. Through our bond flows genuine wonder—the vampire queen accustomed to inspiring fear finding herself object of trust instead.</w:t>
      </w:r>
    </w:p>
    <w:p w14:paraId="6E504CBF" w14:textId="77777777" w:rsidR="000F7673" w:rsidRPr="000F7673" w:rsidRDefault="000F7673" w:rsidP="000F7673">
      <w:pPr>
        <w:spacing w:line="276" w:lineRule="auto"/>
      </w:pPr>
      <w:r w:rsidRPr="000F7673">
        <w:t>"I can feel your pulse," she murmurs, her eyes tracking something at my throat. "It should make me hungry."</w:t>
      </w:r>
    </w:p>
    <w:p w14:paraId="199D3992" w14:textId="77777777" w:rsidR="000F7673" w:rsidRPr="000F7673" w:rsidRDefault="000F7673" w:rsidP="000F7673">
      <w:pPr>
        <w:spacing w:line="276" w:lineRule="auto"/>
      </w:pPr>
      <w:r w:rsidRPr="000F7673">
        <w:t>The admission should terrify—acknowledgment of predatory instinct, reminder of fundamental differences between our species. Instead, I find myself leaning slightly into her touch, the bond between us carrying certainty of safety rather than threat.</w:t>
      </w:r>
    </w:p>
    <w:p w14:paraId="3FB64505" w14:textId="77777777" w:rsidR="000F7673" w:rsidRPr="000F7673" w:rsidRDefault="000F7673" w:rsidP="000F7673">
      <w:pPr>
        <w:spacing w:line="276" w:lineRule="auto"/>
      </w:pPr>
      <w:r w:rsidRPr="000F7673">
        <w:t>"Does it?" I ask, voice steadier than expected given our proximity.</w:t>
      </w:r>
    </w:p>
    <w:p w14:paraId="4E82A662" w14:textId="77777777" w:rsidR="000F7673" w:rsidRPr="000F7673" w:rsidRDefault="000F7673" w:rsidP="000F7673">
      <w:pPr>
        <w:spacing w:line="276" w:lineRule="auto"/>
      </w:pPr>
      <w:r w:rsidRPr="000F7673">
        <w:t>Her eyes lift to mine, gold irises carrying depths I couldn't perceive when we first met. "No," she says simply. "It makes me curious."</w:t>
      </w:r>
    </w:p>
    <w:p w14:paraId="0535E814" w14:textId="77777777" w:rsidR="000F7673" w:rsidRPr="000F7673" w:rsidRDefault="000F7673" w:rsidP="000F7673">
      <w:pPr>
        <w:spacing w:line="276" w:lineRule="auto"/>
      </w:pPr>
      <w:r w:rsidRPr="000F7673">
        <w:lastRenderedPageBreak/>
        <w:t>The bond pulses between us, warm and insistent, carrying emotions too complex for simple labels. Not just connection but alignment, recognition, mutual acknowledgment of something neither expected yet neither can deny.</w:t>
      </w:r>
    </w:p>
    <w:p w14:paraId="0014FF04" w14:textId="77777777" w:rsidR="000F7673" w:rsidRPr="000F7673" w:rsidRDefault="000F7673" w:rsidP="000F7673">
      <w:pPr>
        <w:spacing w:line="276" w:lineRule="auto"/>
      </w:pPr>
      <w:r w:rsidRPr="000F7673">
        <w:t>Valeria's hand shifts slightly, her thumb moving deliberately across my lips in a gesture that transforms atmosphere from intense to incendiary. The touch is feather-light yet unmistakable in its intent—question and statement both, invitation without demand.</w:t>
      </w:r>
    </w:p>
    <w:p w14:paraId="4087F553" w14:textId="77777777" w:rsidR="000F7673" w:rsidRPr="000F7673" w:rsidRDefault="000F7673" w:rsidP="000F7673">
      <w:pPr>
        <w:spacing w:line="276" w:lineRule="auto"/>
      </w:pPr>
      <w:r w:rsidRPr="000F7673">
        <w:t>The ward channels overhead flare in response, their silver light taking on golden undertones that match Valeria's eyes. The illumination bathes us both in radiance that feels less like light and more like physical presence—the mountain's magic responding to whatever builds between vampire queen and human diplomat.</w:t>
      </w:r>
    </w:p>
    <w:p w14:paraId="3ADB45D3" w14:textId="77777777" w:rsidR="000F7673" w:rsidRPr="000F7673" w:rsidRDefault="000F7673" w:rsidP="000F7673">
      <w:pPr>
        <w:spacing w:line="276" w:lineRule="auto"/>
      </w:pPr>
      <w:r w:rsidRPr="000F7673">
        <w:t>Time suspends between her touch and what comes next. Not hesitation but full awareness—both of us understanding that this moment marks territory from which neither can retreat. Not just physical boundary but fundamental shift in relationship, in identity, in possibility.</w:t>
      </w:r>
    </w:p>
    <w:p w14:paraId="09127A82" w14:textId="77777777" w:rsidR="000F7673" w:rsidRPr="000F7673" w:rsidRDefault="000F7673" w:rsidP="000F7673">
      <w:pPr>
        <w:spacing w:line="276" w:lineRule="auto"/>
      </w:pPr>
      <w:r w:rsidRPr="000F7673">
        <w:t>I make the final choice, closing the last whisper of distance between us. Our lips meet with deliberate gentleness, the contact electric despite its softness. Not hunger or demand but recognition, acceptance, mutual choice to cross threshold together rather than remain safely separate.</w:t>
      </w:r>
    </w:p>
    <w:p w14:paraId="24F29250" w14:textId="77777777" w:rsidR="000F7673" w:rsidRPr="000F7673" w:rsidRDefault="000F7673" w:rsidP="000F7673">
      <w:pPr>
        <w:spacing w:line="276" w:lineRule="auto"/>
      </w:pPr>
      <w:r w:rsidRPr="000F7673">
        <w:t>The kiss transforms instantly from gentle to consuming. Valeria's hand slides from my cheek to the back of my neck, cool fingers tangling in my hair. My own hands find her waist, the fabric of her gown smooth beneath my palms. The bond between us flares white-hot, carrying emotions too intense for words—not just connection but completion, circuit closed after too long left open.</w:t>
      </w:r>
    </w:p>
    <w:p w14:paraId="08E3CCAD" w14:textId="77777777" w:rsidR="000F7673" w:rsidRPr="000F7673" w:rsidRDefault="000F7673" w:rsidP="000F7673">
      <w:pPr>
        <w:spacing w:line="276" w:lineRule="auto"/>
      </w:pPr>
      <w:r w:rsidRPr="000F7673">
        <w:t>Her mouth is cool against mine, her movements precise yet passionate. I taste something ancient and complex—not blood or hunger but essence, the concentrated presence of centuries contained in physical form. The diplomatic part of my brain attempts to catalog the experience, to maintain some objective distance from this unprecedented development. The rest of me surrenders to immersion, to the overwhelming reality of Valeria's mouth against mine, her body pressed to mine, our bond pulsing between us with approval that borders on triumph.</w:t>
      </w:r>
    </w:p>
    <w:p w14:paraId="0EDFFEC5" w14:textId="71BE2652" w:rsidR="000F7673" w:rsidRPr="000F7673" w:rsidRDefault="000F7673" w:rsidP="00794A25">
      <w:pPr>
        <w:spacing w:line="276" w:lineRule="auto"/>
      </w:pPr>
      <w:r w:rsidRPr="000F7673">
        <w:t>The ward channels respond with dramatic intensity, silver light brightening until the entire chamber blazes with illumination. The patterns overhead transform, reorganizing into new configurations that seem more organic, more deliberate than before. Not just magical infrastructure but conscious design, responding to the covenant being sealed between us.</w:t>
      </w:r>
    </w:p>
    <w:p w14:paraId="423D815D" w14:textId="77777777" w:rsidR="000F7673" w:rsidRPr="000F7673" w:rsidRDefault="000F7673" w:rsidP="000F7673">
      <w:pPr>
        <w:spacing w:line="276" w:lineRule="auto"/>
      </w:pPr>
      <w:r w:rsidRPr="000F7673">
        <w:t xml:space="preserve">Valeria's kiss deepens, one hand remaining tangled in my hair while the other slides down my back, drawing me closer with strength held carefully in check. I feel the careful </w:t>
      </w:r>
      <w:r w:rsidRPr="000F7673">
        <w:lastRenderedPageBreak/>
        <w:t>restraint in her touch—power deliberately gentled, predatory instinct deliberately channeled. The control speaks volumes, carries meaning beyond physical contact.</w:t>
      </w:r>
    </w:p>
    <w:p w14:paraId="4C98B6A9" w14:textId="77777777" w:rsidR="000F7673" w:rsidRPr="000F7673" w:rsidRDefault="000F7673" w:rsidP="000F7673">
      <w:pPr>
        <w:spacing w:line="276" w:lineRule="auto"/>
      </w:pPr>
      <w:r w:rsidRPr="000F7673">
        <w:t>The bond between us resonates with each point of connection, creating feedback that intensifies every sensation. I'm aware of Valeria not just through ordinary perception but through our shared link—feeling her restraint, her wonder, her careful navigation of desire balanced against concern for my more fragile human form.</w:t>
      </w:r>
    </w:p>
    <w:p w14:paraId="19A43E20" w14:textId="77777777" w:rsidR="000F7673" w:rsidRPr="000F7673" w:rsidRDefault="000F7673" w:rsidP="000F7673">
      <w:pPr>
        <w:spacing w:line="276" w:lineRule="auto"/>
      </w:pPr>
      <w:r w:rsidRPr="000F7673">
        <w:t>When we finally separate, just enough to breathe, the ward channels overhead have transformed completely. No longer straight lines of functional magic, they've reorganized into intricate patterns that mirror the bond between us—interconnected, harmonious, stronger in their new configuration than in their original design. Silver light has taken on golden undertones that pulse in perfect synchronization with our connection.</w:t>
      </w:r>
    </w:p>
    <w:p w14:paraId="4CF0051A" w14:textId="77777777" w:rsidR="000F7673" w:rsidRPr="000F7673" w:rsidRDefault="000F7673" w:rsidP="000F7673">
      <w:pPr>
        <w:spacing w:line="276" w:lineRule="auto"/>
      </w:pPr>
      <w:r w:rsidRPr="000F7673">
        <w:t>Valeria's eyes are changed—the gold brighter, more luminous, pupils contracted to pinpoints of intense focus. Yet there's no hunger in her gaze, no predatory assessment. Just wonder and something adjacent to vulnerability.</w:t>
      </w:r>
    </w:p>
    <w:p w14:paraId="2F00881E" w14:textId="77777777" w:rsidR="000F7673" w:rsidRPr="000F7673" w:rsidRDefault="000F7673" w:rsidP="000F7673">
      <w:pPr>
        <w:spacing w:line="276" w:lineRule="auto"/>
      </w:pPr>
      <w:r w:rsidRPr="000F7673">
        <w:t>"I feel you," she whispers, echoing my earlier words. "Not just presence. Essence."</w:t>
      </w:r>
    </w:p>
    <w:p w14:paraId="4272C04A" w14:textId="77777777" w:rsidR="000F7673" w:rsidRPr="000F7673" w:rsidRDefault="000F7673" w:rsidP="000F7673">
      <w:pPr>
        <w:spacing w:line="276" w:lineRule="auto"/>
      </w:pPr>
      <w:r w:rsidRPr="000F7673">
        <w:t>The bond pulses between us in confirmation, carrying understanding too profound for language. Not just awareness of each other but interpenetration of being—each maintaining individual identity while experiencing the other's perspective with unprecedented clarity.</w:t>
      </w:r>
    </w:p>
    <w:p w14:paraId="4747A51C" w14:textId="77777777" w:rsidR="000F7673" w:rsidRPr="000F7673" w:rsidRDefault="000F7673" w:rsidP="000F7673">
      <w:pPr>
        <w:spacing w:line="276" w:lineRule="auto"/>
      </w:pPr>
      <w:r w:rsidRPr="000F7673">
        <w:t>"Is this what the treaty prevented?" I ask softly. "This kind of connection?"</w:t>
      </w:r>
    </w:p>
    <w:p w14:paraId="2295EEED" w14:textId="77777777" w:rsidR="000F7673" w:rsidRPr="000F7673" w:rsidRDefault="000F7673" w:rsidP="000F7673">
      <w:pPr>
        <w:spacing w:line="276" w:lineRule="auto"/>
      </w:pPr>
      <w:r w:rsidRPr="000F7673">
        <w:t>Valeria's hand traces the line of my jaw with gentle precision. "Perhaps," she acknowledges. "Or perhaps it's what the treaty was trying to protect, in its own imperfect way."</w:t>
      </w:r>
    </w:p>
    <w:p w14:paraId="6CFBC613" w14:textId="77777777" w:rsidR="000F7673" w:rsidRPr="000F7673" w:rsidRDefault="000F7673" w:rsidP="000F7673">
      <w:pPr>
        <w:spacing w:line="276" w:lineRule="auto"/>
      </w:pPr>
      <w:r w:rsidRPr="000F7673">
        <w:t>The insight strikes with unexpected resonance—the possibility that separation between species wasn't merely about preventing harm but about preserving something precious, something easily corrupted by fear or power imbalance. Connection like ours, formed through choice rather than coercion, trust rather than threat.</w:t>
      </w:r>
    </w:p>
    <w:p w14:paraId="11EAA7CA" w14:textId="77777777" w:rsidR="000F7673" w:rsidRPr="000F7673" w:rsidRDefault="000F7673" w:rsidP="000F7673">
      <w:pPr>
        <w:spacing w:line="276" w:lineRule="auto"/>
      </w:pPr>
      <w:r w:rsidRPr="000F7673">
        <w:t>"The wards recognize it," Valeria continues, her eyes tracking the transformed patterns overhead. "They respond not just to my authority now, but to our connection."</w:t>
      </w:r>
    </w:p>
    <w:p w14:paraId="72339E9C" w14:textId="77777777" w:rsidR="000F7673" w:rsidRPr="000F7673" w:rsidRDefault="000F7673" w:rsidP="000F7673">
      <w:pPr>
        <w:spacing w:line="276" w:lineRule="auto"/>
      </w:pPr>
      <w:r w:rsidRPr="000F7673">
        <w:t>I follow her gaze upward, absorbing how dramatically the silver channels have changed—from utilitarian infrastructure to something approaching art, functional yet beautiful in ways the original design never achieved.</w:t>
      </w:r>
    </w:p>
    <w:p w14:paraId="4158C9A6" w14:textId="77777777" w:rsidR="000F7673" w:rsidRPr="000F7673" w:rsidRDefault="000F7673" w:rsidP="000F7673">
      <w:pPr>
        <w:spacing w:line="276" w:lineRule="auto"/>
      </w:pPr>
      <w:r w:rsidRPr="000F7673">
        <w:t>"Is that why they're stabilizing?" I ask. "Because of... this?" I gesture vaguely between us, inadequate shorthand for something too complex for simple labels.</w:t>
      </w:r>
    </w:p>
    <w:p w14:paraId="063CAC44" w14:textId="77777777" w:rsidR="000F7673" w:rsidRPr="000F7673" w:rsidRDefault="000F7673" w:rsidP="000F7673">
      <w:pPr>
        <w:spacing w:line="276" w:lineRule="auto"/>
      </w:pPr>
      <w:r w:rsidRPr="000F7673">
        <w:lastRenderedPageBreak/>
        <w:t>"Not just stabilizing," Valeria corrects. "Transforming. Becoming something new." Her eyes return to mine. "As are we."</w:t>
      </w:r>
    </w:p>
    <w:p w14:paraId="60A960B4" w14:textId="77777777" w:rsidR="000F7673" w:rsidRPr="000F7673" w:rsidRDefault="000F7673" w:rsidP="000F7673">
      <w:pPr>
        <w:spacing w:line="276" w:lineRule="auto"/>
      </w:pPr>
      <w:r w:rsidRPr="000F7673">
        <w:t>The statement carries weight beyond its apparent simplicity—acknowledgment that whatever exists between us has fundamentally changed not just our individual identities but our relationship to everything around us. Not just vampire queen and human diplomat but something unprecedented, something with implications neither can fully calculate.</w:t>
      </w:r>
    </w:p>
    <w:p w14:paraId="5CEFB57A" w14:textId="77777777" w:rsidR="000F7673" w:rsidRPr="000F7673" w:rsidRDefault="000F7673" w:rsidP="000F7673">
      <w:pPr>
        <w:spacing w:line="276" w:lineRule="auto"/>
      </w:pPr>
      <w:r w:rsidRPr="000F7673">
        <w:t>Her thumb brushes across my lower lip again, the gesture both tender and considering. "This complicates everything," she observes, though her tone carries no regret.</w:t>
      </w:r>
    </w:p>
    <w:p w14:paraId="7311EC39" w14:textId="77777777" w:rsidR="000F7673" w:rsidRPr="000F7673" w:rsidRDefault="000F7673" w:rsidP="000F7673">
      <w:pPr>
        <w:spacing w:line="276" w:lineRule="auto"/>
      </w:pPr>
      <w:r w:rsidRPr="000F7673">
        <w:t>"Calculation suggests retreat," I reply, recognizing the conflict between her sovereign responsibilities and our personal connection.</w:t>
      </w:r>
    </w:p>
    <w:p w14:paraId="11A03DEC" w14:textId="77777777" w:rsidR="000F7673" w:rsidRPr="000F7673" w:rsidRDefault="000F7673" w:rsidP="000F7673">
      <w:pPr>
        <w:spacing w:line="276" w:lineRule="auto"/>
      </w:pPr>
      <w:r w:rsidRPr="000F7673">
        <w:t>A slight smile touches her lips. "While improvisation suggests...?"</w:t>
      </w:r>
    </w:p>
    <w:p w14:paraId="4B7439E9" w14:textId="77777777" w:rsidR="000F7673" w:rsidRPr="000F7673" w:rsidRDefault="000F7673" w:rsidP="000F7673">
      <w:pPr>
        <w:spacing w:line="276" w:lineRule="auto"/>
      </w:pPr>
      <w:r w:rsidRPr="000F7673">
        <w:t>"Continuing," I answer without hesitation. "Discovering what this becomes."</w:t>
      </w:r>
    </w:p>
    <w:p w14:paraId="44DE7BCE" w14:textId="77777777" w:rsidR="000F7673" w:rsidRPr="000F7673" w:rsidRDefault="000F7673" w:rsidP="000F7673">
      <w:pPr>
        <w:spacing w:line="276" w:lineRule="auto"/>
      </w:pPr>
      <w:r w:rsidRPr="000F7673">
        <w:t>The ward channels pulse overhead in apparent approval, their golden-silver light bathing us both in radiance that feels almost sentient in its awareness. Through our bond flows something too complex for simple naming—not just desire or connection but potential, possibility, futures neither could navigate alone yet both might explore together.</w:t>
      </w:r>
    </w:p>
    <w:p w14:paraId="264077B6" w14:textId="77777777" w:rsidR="000F7673" w:rsidRPr="000F7673" w:rsidRDefault="000F7673" w:rsidP="000F7673">
      <w:pPr>
        <w:spacing w:line="276" w:lineRule="auto"/>
      </w:pPr>
      <w:r w:rsidRPr="000F7673">
        <w:t>Valeria's hand slides to the back of my neck, drawing me forward until our foreheads touch—a gesture of intimacy that feels almost more significant than the kiss. "Then we discover," she murmurs, her breath cool against my lips. "Together."</w:t>
      </w:r>
    </w:p>
    <w:p w14:paraId="123D4DD9" w14:textId="77777777" w:rsidR="000F7673" w:rsidRPr="000F7673" w:rsidRDefault="000F7673" w:rsidP="000F7673">
      <w:pPr>
        <w:spacing w:line="276" w:lineRule="auto"/>
      </w:pPr>
      <w:r w:rsidRPr="000F7673">
        <w:t>The bond between us flares with something that transcends ordinary emotion—a covenant stronger than treaty language, more binding than diplomatic protocol, more honest than royal decree. Not obligation but choice, not arrangement but recognition.</w:t>
      </w:r>
    </w:p>
    <w:p w14:paraId="54E0314F" w14:textId="77777777" w:rsidR="000F7673" w:rsidRPr="000F7673" w:rsidRDefault="000F7673" w:rsidP="000F7673">
      <w:pPr>
        <w:spacing w:line="276" w:lineRule="auto"/>
      </w:pPr>
      <w:r w:rsidRPr="000F7673">
        <w:t>When our lips meet again, it carries weight beyond physical contact—promise made flesh, connection acknowledged, boundaries not erased but transformed into bridges. The ward channels above us shine with unprecedented brightness, their light no longer silver or gold but something entirely new, something created through unlikely union of human and vampire, diplomat and queen, calculation and improvisation.</w:t>
      </w:r>
    </w:p>
    <w:p w14:paraId="37D0755F" w14:textId="77777777" w:rsidR="000F7673" w:rsidRPr="000F7673" w:rsidRDefault="000F7673" w:rsidP="000F7673">
      <w:pPr>
        <w:spacing w:line="276" w:lineRule="auto"/>
      </w:pPr>
      <w:r w:rsidRPr="000F7673">
        <w:t>A covenant sealed not through blood or magic but through trust—the rarest currency in the space between species, the most valuable commodity across divided borders. As Valeria's arms encircle me fully, as the bond between us resonates with perfect harmony, I understand what my father meant about peace requiring more than signatures on treaty pages.</w:t>
      </w:r>
    </w:p>
    <w:p w14:paraId="533396E6" w14:textId="77777777" w:rsidR="000F7673" w:rsidRPr="000F7673" w:rsidRDefault="000F7673" w:rsidP="000F7673">
      <w:pPr>
        <w:spacing w:line="276" w:lineRule="auto"/>
      </w:pPr>
      <w:r w:rsidRPr="000F7673">
        <w:t>It requires this—vulnerability offered without guarantee, connection chosen despite risk, differences acknowledged yet transcended through something stronger than fear.</w:t>
      </w:r>
    </w:p>
    <w:p w14:paraId="7D30EA24" w14:textId="77777777" w:rsidR="000F7673" w:rsidRPr="000F7673" w:rsidRDefault="000F7673" w:rsidP="000F7673">
      <w:pPr>
        <w:spacing w:line="276" w:lineRule="auto"/>
      </w:pPr>
      <w:r w:rsidRPr="000F7673">
        <w:lastRenderedPageBreak/>
        <w:t xml:space="preserve">The ward channels pulse once more, strongly, their pattern settling into steady rhythm that matches the bond between us. Whatever comes next—whatever political storms this connection </w:t>
      </w:r>
      <w:proofErr w:type="gramStart"/>
      <w:r w:rsidRPr="000F7673">
        <w:t>creates,</w:t>
      </w:r>
      <w:proofErr w:type="gramEnd"/>
      <w:r w:rsidRPr="000F7673">
        <w:t xml:space="preserve"> whatever magical transformations it triggers throughout Beaumont—begins here, in this moment of perfect alignment between vampire queen and human diplomat.</w:t>
      </w:r>
    </w:p>
    <w:p w14:paraId="58935931" w14:textId="77777777" w:rsidR="000F7673" w:rsidRPr="000F7673" w:rsidRDefault="000F7673" w:rsidP="000F7673">
      <w:pPr>
        <w:spacing w:line="276" w:lineRule="auto"/>
      </w:pPr>
      <w:r w:rsidRPr="000F7673">
        <w:t>Between Valeria and Alice.</w:t>
      </w:r>
    </w:p>
    <w:p w14:paraId="27D19F38" w14:textId="77777777" w:rsidR="000F7673" w:rsidRPr="000F7673" w:rsidRDefault="000F7673" w:rsidP="000F7673">
      <w:pPr>
        <w:spacing w:line="276" w:lineRule="auto"/>
      </w:pPr>
      <w:r w:rsidRPr="000F7673">
        <w:t>Between calculated risk and improvised trust.</w:t>
      </w:r>
    </w:p>
    <w:p w14:paraId="2FD5E8D5" w14:textId="77777777" w:rsidR="000F7673" w:rsidRPr="000F7673" w:rsidRDefault="000F7673" w:rsidP="000F7673">
      <w:pPr>
        <w:spacing w:line="276" w:lineRule="auto"/>
      </w:pPr>
      <w:r w:rsidRPr="000F7673">
        <w:t>Between monsters and crowns and the truth that exists beyond both.</w:t>
      </w:r>
    </w:p>
    <w:p w14:paraId="0E3C62F9" w14:textId="77777777" w:rsidR="000F7673" w:rsidRDefault="000F7673" w:rsidP="0076626E">
      <w:pPr>
        <w:spacing w:line="276" w:lineRule="auto"/>
      </w:pPr>
    </w:p>
    <w:p w14:paraId="1456FC73" w14:textId="77777777" w:rsidR="00F96E3E" w:rsidRDefault="00F96E3E" w:rsidP="0076626E">
      <w:pPr>
        <w:spacing w:line="276" w:lineRule="auto"/>
      </w:pPr>
    </w:p>
    <w:p w14:paraId="1CFE84CF" w14:textId="77777777" w:rsidR="00F96E3E" w:rsidRDefault="00F96E3E" w:rsidP="0076626E">
      <w:pPr>
        <w:spacing w:line="276" w:lineRule="auto"/>
      </w:pPr>
    </w:p>
    <w:p w14:paraId="236223D1" w14:textId="77777777" w:rsidR="00F96E3E" w:rsidRDefault="00F96E3E" w:rsidP="0076626E">
      <w:pPr>
        <w:spacing w:line="276" w:lineRule="auto"/>
      </w:pPr>
    </w:p>
    <w:p w14:paraId="5EE7289E" w14:textId="77777777" w:rsidR="00F96E3E" w:rsidRDefault="00F96E3E" w:rsidP="0076626E">
      <w:pPr>
        <w:spacing w:line="276" w:lineRule="auto"/>
      </w:pPr>
    </w:p>
    <w:p w14:paraId="6B6ABACA" w14:textId="77777777" w:rsidR="00F96E3E" w:rsidRDefault="00F96E3E" w:rsidP="0076626E">
      <w:pPr>
        <w:spacing w:line="276" w:lineRule="auto"/>
      </w:pPr>
    </w:p>
    <w:p w14:paraId="4CC1B80D" w14:textId="77777777" w:rsidR="00F96E3E" w:rsidRDefault="00F96E3E" w:rsidP="0076626E">
      <w:pPr>
        <w:spacing w:line="276" w:lineRule="auto"/>
      </w:pPr>
    </w:p>
    <w:p w14:paraId="338530EF" w14:textId="77777777" w:rsidR="00F96E3E" w:rsidRDefault="00F96E3E" w:rsidP="0076626E">
      <w:pPr>
        <w:spacing w:line="276" w:lineRule="auto"/>
      </w:pPr>
    </w:p>
    <w:p w14:paraId="4A04E09B" w14:textId="77777777" w:rsidR="00F96E3E" w:rsidRDefault="00F96E3E" w:rsidP="0076626E">
      <w:pPr>
        <w:spacing w:line="276" w:lineRule="auto"/>
      </w:pPr>
    </w:p>
    <w:p w14:paraId="2A8A59C5" w14:textId="77777777" w:rsidR="00F96E3E" w:rsidRDefault="00F96E3E" w:rsidP="0076626E">
      <w:pPr>
        <w:spacing w:line="276" w:lineRule="auto"/>
      </w:pPr>
    </w:p>
    <w:p w14:paraId="32A565D6" w14:textId="77777777" w:rsidR="00F96E3E" w:rsidRDefault="00F96E3E" w:rsidP="0076626E">
      <w:pPr>
        <w:spacing w:line="276" w:lineRule="auto"/>
      </w:pPr>
    </w:p>
    <w:p w14:paraId="5F341844" w14:textId="77777777" w:rsidR="00F96E3E" w:rsidRDefault="00F96E3E" w:rsidP="0076626E">
      <w:pPr>
        <w:spacing w:line="276" w:lineRule="auto"/>
      </w:pPr>
    </w:p>
    <w:p w14:paraId="7DAC085E" w14:textId="77777777" w:rsidR="00F96E3E" w:rsidRDefault="00F96E3E" w:rsidP="0076626E">
      <w:pPr>
        <w:spacing w:line="276" w:lineRule="auto"/>
      </w:pPr>
    </w:p>
    <w:p w14:paraId="207745B4" w14:textId="77777777" w:rsidR="00F96E3E" w:rsidRDefault="00F96E3E" w:rsidP="0076626E">
      <w:pPr>
        <w:spacing w:line="276" w:lineRule="auto"/>
      </w:pPr>
    </w:p>
    <w:p w14:paraId="6245A45D" w14:textId="77777777" w:rsidR="00F96E3E" w:rsidRDefault="00F96E3E" w:rsidP="0076626E">
      <w:pPr>
        <w:spacing w:line="276" w:lineRule="auto"/>
      </w:pPr>
    </w:p>
    <w:p w14:paraId="5D7D2907" w14:textId="77777777" w:rsidR="00F96E3E" w:rsidRDefault="00F96E3E" w:rsidP="0076626E">
      <w:pPr>
        <w:spacing w:line="276" w:lineRule="auto"/>
      </w:pPr>
    </w:p>
    <w:p w14:paraId="660F922D" w14:textId="77777777" w:rsidR="00F96E3E" w:rsidRDefault="00F96E3E" w:rsidP="0076626E">
      <w:pPr>
        <w:spacing w:line="276" w:lineRule="auto"/>
      </w:pPr>
    </w:p>
    <w:p w14:paraId="6A60EA9D" w14:textId="77777777" w:rsidR="00F96E3E" w:rsidRDefault="00F96E3E" w:rsidP="0076626E">
      <w:pPr>
        <w:spacing w:line="276" w:lineRule="auto"/>
      </w:pPr>
    </w:p>
    <w:p w14:paraId="59161C93" w14:textId="77777777" w:rsidR="00F96E3E" w:rsidRDefault="00F96E3E" w:rsidP="00F96E3E">
      <w:pPr>
        <w:spacing w:line="276" w:lineRule="auto"/>
        <w:ind w:firstLine="0"/>
      </w:pPr>
    </w:p>
    <w:p w14:paraId="27B961DC" w14:textId="47E3635E" w:rsidR="00F96E3E" w:rsidRPr="00F96E3E" w:rsidRDefault="00F96E3E" w:rsidP="00F96E3E">
      <w:pPr>
        <w:spacing w:line="276" w:lineRule="auto"/>
        <w:ind w:firstLine="0"/>
        <w:jc w:val="center"/>
        <w:rPr>
          <w:b/>
          <w:bCs/>
        </w:rPr>
      </w:pPr>
      <w:r w:rsidRPr="00F96E3E">
        <w:rPr>
          <w:b/>
          <w:bCs/>
        </w:rPr>
        <w:lastRenderedPageBreak/>
        <w:t xml:space="preserve">CHAPTER </w:t>
      </w:r>
      <w:r>
        <w:rPr>
          <w:b/>
          <w:bCs/>
        </w:rPr>
        <w:t>NINE</w:t>
      </w:r>
    </w:p>
    <w:p w14:paraId="35ED1329" w14:textId="2A833B17" w:rsidR="00F96E3E" w:rsidRPr="00F96E3E" w:rsidRDefault="00F96E3E" w:rsidP="00F96E3E">
      <w:pPr>
        <w:spacing w:line="276" w:lineRule="auto"/>
      </w:pPr>
      <w:r w:rsidRPr="00F96E3E">
        <w:t>Dawn creeps through the gauzy curtains of Valeria's bedchamber, casting everything in gentle silver-gold. I wake slowly, awareness filtering back in layers—first the soft bedding beneath me, then the familiar hum of ward channels embedded in the ceiling above, their glow subdued but steady. Only then do I register the body beside mine, close enough that I feel her presence like warmth against my skin though we barely touch. Valeria lies there, crown absent, gloves removed, one pale arm resting near my waist—not quite touching, but close enough that intention hovers in the space between.</w:t>
      </w:r>
    </w:p>
    <w:p w14:paraId="6304ED73" w14:textId="77777777" w:rsidR="00F96E3E" w:rsidRPr="00F96E3E" w:rsidRDefault="00F96E3E" w:rsidP="00F96E3E">
      <w:pPr>
        <w:spacing w:line="276" w:lineRule="auto"/>
      </w:pPr>
      <w:r w:rsidRPr="00F96E3E">
        <w:t>The sight of her catches in my throat. Not the queen, not the diplomat's counterpart, just Valeria—her dark hair spilled across pillows like liquid shadow, features softened by sleep's temporary mercy. The ward channels pulse overhead in perfect rhythm with the mark at my collarbone, a gentle thrumming sensation that's become so familiar I sometimes forget it's there. Until moments like this, when it warms beneath my skin as if responding to her proximity.</w:t>
      </w:r>
    </w:p>
    <w:p w14:paraId="4F1641A6" w14:textId="77777777" w:rsidR="00F96E3E" w:rsidRPr="00F96E3E" w:rsidRDefault="00F96E3E" w:rsidP="00F96E3E">
      <w:pPr>
        <w:spacing w:line="276" w:lineRule="auto"/>
      </w:pPr>
      <w:r w:rsidRPr="00F96E3E">
        <w:t>My fingers drift upward, tracing the outline of the mark through the thin fabric of my nightclothes. The gesture is becoming a habit—a silent check that this inexplicable connection remains, that I haven't dreamed it into existence.</w:t>
      </w:r>
    </w:p>
    <w:p w14:paraId="23E15439" w14:textId="77777777" w:rsidR="00F96E3E" w:rsidRPr="00F96E3E" w:rsidRDefault="00F96E3E" w:rsidP="00F96E3E">
      <w:pPr>
        <w:spacing w:line="276" w:lineRule="auto"/>
      </w:pPr>
      <w:r w:rsidRPr="00F96E3E">
        <w:t xml:space="preserve">Valeria's eyes open halfway, midnight dark and impossibly deep. She watches me with that </w:t>
      </w:r>
      <w:proofErr w:type="gramStart"/>
      <w:r w:rsidRPr="00F96E3E">
        <w:t>particular stillness</w:t>
      </w:r>
      <w:proofErr w:type="gramEnd"/>
      <w:r w:rsidRPr="00F96E3E">
        <w:t xml:space="preserve"> vampires perfect over centuries—absolute focus without any wasted movement.</w:t>
      </w:r>
    </w:p>
    <w:p w14:paraId="1668DD29" w14:textId="77777777" w:rsidR="00F96E3E" w:rsidRPr="00F96E3E" w:rsidRDefault="00F96E3E" w:rsidP="00F96E3E">
      <w:pPr>
        <w:spacing w:line="276" w:lineRule="auto"/>
      </w:pPr>
      <w:r w:rsidRPr="00F96E3E">
        <w:t>"You're staring," she murmurs, voice rough-edged with sleep yet still carrying that unmistakable note of royal amusement.</w:t>
      </w:r>
    </w:p>
    <w:p w14:paraId="4FF92830" w14:textId="77777777" w:rsidR="00F96E3E" w:rsidRPr="00F96E3E" w:rsidRDefault="00F96E3E" w:rsidP="00F96E3E">
      <w:pPr>
        <w:spacing w:line="276" w:lineRule="auto"/>
      </w:pPr>
      <w:r w:rsidRPr="00F96E3E">
        <w:t>"I'm making sure you're real," I admit, the words escaping before diplomatic training can catch and filter them. In the pale morning light, everything between us feels dreamlike, suspended between what was and what might be.</w:t>
      </w:r>
    </w:p>
    <w:p w14:paraId="24879F6B" w14:textId="77777777" w:rsidR="00F96E3E" w:rsidRPr="00F96E3E" w:rsidRDefault="00F96E3E" w:rsidP="00F96E3E">
      <w:pPr>
        <w:spacing w:line="276" w:lineRule="auto"/>
      </w:pPr>
      <w:r w:rsidRPr="00F96E3E">
        <w:t>She shifts closer, the movement so fluid it hardly disturbs the bedding. Her bare hand—the hand I've so rarely seen uncovered—reaches up to brush a strand of hair from my face. The touch burns cool against my skin, leaving a trail of awareness wherever her fingers connect.</w:t>
      </w:r>
    </w:p>
    <w:p w14:paraId="01FB8785" w14:textId="77777777" w:rsidR="00F96E3E" w:rsidRPr="00F96E3E" w:rsidRDefault="00F96E3E" w:rsidP="00F96E3E">
      <w:pPr>
        <w:spacing w:line="276" w:lineRule="auto"/>
      </w:pPr>
      <w:r w:rsidRPr="00F96E3E">
        <w:t>"And what is your assessment, Diplomat Everhart?" she asks, her formal address belied by the intimate proximity of her body.</w:t>
      </w:r>
    </w:p>
    <w:p w14:paraId="298A9CE9" w14:textId="77777777" w:rsidR="00F96E3E" w:rsidRPr="00F96E3E" w:rsidRDefault="00F96E3E" w:rsidP="00F96E3E">
      <w:pPr>
        <w:spacing w:line="276" w:lineRule="auto"/>
      </w:pPr>
      <w:r w:rsidRPr="00F96E3E">
        <w:t>"Inconclusive," I whisper. "Further investigation required."</w:t>
      </w:r>
    </w:p>
    <w:p w14:paraId="45B254D6" w14:textId="77777777" w:rsidR="00F96E3E" w:rsidRPr="00F96E3E" w:rsidRDefault="00F96E3E" w:rsidP="00F96E3E">
      <w:pPr>
        <w:spacing w:line="276" w:lineRule="auto"/>
      </w:pPr>
      <w:r w:rsidRPr="00F96E3E">
        <w:t>Something changes in her expression—a softening around eyes that have witnessed centuries, a vulnerability I'm not entirely sure I'm meant to see. The ward channels above us brighten almost imperceptibly, their silver light intensifying as Valeria's fingers trace the line of my jaw.</w:t>
      </w:r>
    </w:p>
    <w:p w14:paraId="656D7D71" w14:textId="77777777" w:rsidR="00F96E3E" w:rsidRPr="00F96E3E" w:rsidRDefault="00F96E3E" w:rsidP="00F96E3E">
      <w:pPr>
        <w:spacing w:line="276" w:lineRule="auto"/>
      </w:pPr>
      <w:r w:rsidRPr="00F96E3E">
        <w:lastRenderedPageBreak/>
        <w:t xml:space="preserve">When her lips meet mine, the kiss is exploratory rather than demanding—a question rather than a claim. I answer by leaning into her touch, one hand finding purchase against her shoulder as the careful </w:t>
      </w:r>
      <w:proofErr w:type="gramStart"/>
      <w:r w:rsidRPr="00F96E3E">
        <w:t>distance</w:t>
      </w:r>
      <w:proofErr w:type="gramEnd"/>
      <w:r w:rsidRPr="00F96E3E">
        <w:t xml:space="preserve"> we've maintained dissolves between one breath and the next. The mark at my collarbone flares with sudden heat that spreads through my chest, down my spine, pooling low in my abdomen.</w:t>
      </w:r>
    </w:p>
    <w:p w14:paraId="347240E0" w14:textId="77777777" w:rsidR="00F96E3E" w:rsidRPr="00F96E3E" w:rsidRDefault="00F96E3E" w:rsidP="00F96E3E">
      <w:pPr>
        <w:spacing w:line="276" w:lineRule="auto"/>
      </w:pPr>
      <w:r w:rsidRPr="00F96E3E">
        <w:t>The kiss deepens, Valeria's centuries of control momentarily yielding as her arm circles my waist, drawing me fully against her. I feel rather than hear the sound she makes—part satisfaction, part hunger—as my fingers tangle in her hair. The ward channels above pulse brighter with each passing second, their silver light casting shadows that dance across Valeria's skin like living things.</w:t>
      </w:r>
    </w:p>
    <w:p w14:paraId="1E2FAFA3" w14:textId="77777777" w:rsidR="00F96E3E" w:rsidRPr="00F96E3E" w:rsidRDefault="00F96E3E" w:rsidP="00F96E3E">
      <w:pPr>
        <w:spacing w:line="276" w:lineRule="auto"/>
      </w:pPr>
      <w:r w:rsidRPr="00F96E3E">
        <w:t>She pulls away first, though the reluctance in the motion is palpable. "If we continue," she says, her voice lower than I've ever heard it, "the entire mountain will know."</w:t>
      </w:r>
    </w:p>
    <w:p w14:paraId="2671C706" w14:textId="77777777" w:rsidR="00F96E3E" w:rsidRPr="00F96E3E" w:rsidRDefault="00F96E3E" w:rsidP="00F96E3E">
      <w:pPr>
        <w:spacing w:line="276" w:lineRule="auto"/>
      </w:pPr>
      <w:r w:rsidRPr="00F96E3E">
        <w:t>I glance up at the brightening channels, understanding dawning alongside the literal light. These wards aren't merely security or defense—they're extension of Valeria herself, and through our bond, they've become responsive to me as well. To us.</w:t>
      </w:r>
    </w:p>
    <w:p w14:paraId="75ECFD9B" w14:textId="77777777" w:rsidR="00F96E3E" w:rsidRPr="00F96E3E" w:rsidRDefault="00F96E3E" w:rsidP="00F96E3E">
      <w:pPr>
        <w:spacing w:line="276" w:lineRule="auto"/>
      </w:pPr>
      <w:r w:rsidRPr="00F96E3E">
        <w:t>"Maybe they already do," I reply softly, watching the play of emotions across her face—desire, concern, something deeper I'm not ready to name.</w:t>
      </w:r>
    </w:p>
    <w:p w14:paraId="1FCA07A4" w14:textId="77777777" w:rsidR="00F96E3E" w:rsidRPr="00F96E3E" w:rsidRDefault="00F96E3E" w:rsidP="00F96E3E">
      <w:pPr>
        <w:spacing w:line="276" w:lineRule="auto"/>
      </w:pPr>
      <w:r w:rsidRPr="00F96E3E">
        <w:t>I need to say this before we go further, before whatever is building between us becomes unstoppable. "I don't want to become a tool," I tell her, the words heavy with all my diplomatic training warns against. "For the court. For the wards. For politics."</w:t>
      </w:r>
    </w:p>
    <w:p w14:paraId="2493DA73" w14:textId="77777777" w:rsidR="00F96E3E" w:rsidRPr="00F96E3E" w:rsidRDefault="00F96E3E" w:rsidP="00F96E3E">
      <w:pPr>
        <w:spacing w:line="276" w:lineRule="auto"/>
      </w:pPr>
      <w:r w:rsidRPr="00F96E3E">
        <w:t>Valeria's expression grows serious, though her eyes remain warm. She traces the mark on my collarbone with deliberate precision, her touch sending ripples of sensation through the bond we share.</w:t>
      </w:r>
    </w:p>
    <w:p w14:paraId="57302646" w14:textId="77777777" w:rsidR="00F96E3E" w:rsidRPr="00F96E3E" w:rsidRDefault="00F96E3E" w:rsidP="00F96E3E">
      <w:pPr>
        <w:spacing w:line="276" w:lineRule="auto"/>
      </w:pPr>
      <w:r w:rsidRPr="00F96E3E">
        <w:t>"You are wanted," she says, each word measured and weighted with intention. "Before the wards. Before the court." Her fingers still against my skin. "By me."</w:t>
      </w:r>
    </w:p>
    <w:p w14:paraId="6D39239E" w14:textId="77777777" w:rsidR="00F96E3E" w:rsidRPr="00F96E3E" w:rsidRDefault="00F96E3E" w:rsidP="00F96E3E">
      <w:pPr>
        <w:spacing w:line="276" w:lineRule="auto"/>
      </w:pPr>
      <w:r w:rsidRPr="00F96E3E">
        <w:t>The simple declaration strikes deeper than any diplomatic negotiation or royal decree. I believe her—not because I should, but because I feel the truth of it humming through our connection, impossible to fabricate or disguise.</w:t>
      </w:r>
    </w:p>
    <w:p w14:paraId="44185C95" w14:textId="77777777" w:rsidR="00F96E3E" w:rsidRPr="00F96E3E" w:rsidRDefault="00F96E3E" w:rsidP="00F96E3E">
      <w:pPr>
        <w:spacing w:line="276" w:lineRule="auto"/>
      </w:pPr>
      <w:r w:rsidRPr="00F96E3E">
        <w:t>We touch foreheads, breath mingling in the narrow space between us. "No public spectacle," I say, finding my diplomat's voice despite the circumstances. "No letting your court treat me as infrastructure."</w:t>
      </w:r>
    </w:p>
    <w:p w14:paraId="75A4A774" w14:textId="77777777" w:rsidR="00F96E3E" w:rsidRPr="00F96E3E" w:rsidRDefault="00F96E3E" w:rsidP="00F96E3E">
      <w:pPr>
        <w:spacing w:line="276" w:lineRule="auto"/>
      </w:pPr>
      <w:r w:rsidRPr="00F96E3E">
        <w:t>"And no letting your council treat this as a breach of treaty," she counters, ever the strategic monarch. "They will try."</w:t>
      </w:r>
    </w:p>
    <w:p w14:paraId="48B8F97D" w14:textId="77777777" w:rsidR="00F96E3E" w:rsidRPr="00F96E3E" w:rsidRDefault="00F96E3E" w:rsidP="00F96E3E">
      <w:pPr>
        <w:spacing w:line="276" w:lineRule="auto"/>
      </w:pPr>
      <w:r w:rsidRPr="00F96E3E">
        <w:lastRenderedPageBreak/>
        <w:t xml:space="preserve">"They already suspect," I admit, thinking of coded messages and carefully worded inquiries from human territories. </w:t>
      </w:r>
    </w:p>
    <w:p w14:paraId="7B47FCE9" w14:textId="77777777" w:rsidR="00F96E3E" w:rsidRPr="00F96E3E" w:rsidRDefault="00F96E3E" w:rsidP="00F96E3E">
      <w:pPr>
        <w:spacing w:line="276" w:lineRule="auto"/>
      </w:pPr>
      <w:r w:rsidRPr="00F96E3E">
        <w:t>Her fingers find mine beneath the covers, bare skin against bare skin—a vulnerability few ever witness from the Vampire Queen. "Then we give them nothing conclusive. Nothing they can use."</w:t>
      </w:r>
    </w:p>
    <w:p w14:paraId="13BE61F2" w14:textId="77777777" w:rsidR="00F96E3E" w:rsidRPr="00F96E3E" w:rsidRDefault="00F96E3E" w:rsidP="00F96E3E">
      <w:pPr>
        <w:spacing w:line="276" w:lineRule="auto"/>
      </w:pPr>
      <w:r w:rsidRPr="00F96E3E">
        <w:t>I nod, understanding exactly what she means. We need time for this connection—this bond—to settle into something steady rather than explosive. Something that strengthens rather than disrupts the fragile peace between our peoples.</w:t>
      </w:r>
    </w:p>
    <w:p w14:paraId="09C03897" w14:textId="77777777" w:rsidR="00F96E3E" w:rsidRPr="00F96E3E" w:rsidRDefault="00F96E3E" w:rsidP="00F96E3E">
      <w:pPr>
        <w:spacing w:line="276" w:lineRule="auto"/>
      </w:pPr>
      <w:r w:rsidRPr="00F96E3E">
        <w:t>"Discretion," I agree, the diplomatic term feeling strangely intimate in the soft light of her bedchamber.</w:t>
      </w:r>
    </w:p>
    <w:p w14:paraId="2E47AAC2" w14:textId="77777777" w:rsidR="00F96E3E" w:rsidRPr="00F96E3E" w:rsidRDefault="00F96E3E" w:rsidP="00F96E3E">
      <w:pPr>
        <w:spacing w:line="276" w:lineRule="auto"/>
      </w:pPr>
      <w:r w:rsidRPr="00F96E3E">
        <w:t>"Within reason," Valeria amends, a subtle smile curving her lips. "I am still queen. You are still diplomat. The court will draw its conclusions regardless."</w:t>
      </w:r>
    </w:p>
    <w:p w14:paraId="0E6EAD45" w14:textId="77777777" w:rsidR="00F96E3E" w:rsidRPr="00F96E3E" w:rsidRDefault="00F96E3E" w:rsidP="00F96E3E">
      <w:pPr>
        <w:spacing w:line="276" w:lineRule="auto"/>
      </w:pPr>
      <w:r w:rsidRPr="00F96E3E">
        <w:t>The ward channels dim gradually as our breathing synchronizes, the urgent flare of connection tempering into something deeper, more controlled. I study her face, memorizing the way she looks in this moment—neither fully the queen nor entirely separate from her crown. Just Valeria, complex and contradictory and more beautiful than anyone who has lived for centuries has any right to be.</w:t>
      </w:r>
    </w:p>
    <w:p w14:paraId="46F9ECE8" w14:textId="77777777" w:rsidR="00F96E3E" w:rsidRPr="00F96E3E" w:rsidRDefault="00F96E3E" w:rsidP="00F96E3E">
      <w:pPr>
        <w:spacing w:line="276" w:lineRule="auto"/>
      </w:pPr>
      <w:r w:rsidRPr="00F96E3E">
        <w:t>"We should rise," she says eventually, though she makes no immediate move to do so. "The court awaits."</w:t>
      </w:r>
    </w:p>
    <w:p w14:paraId="7D026D00" w14:textId="77777777" w:rsidR="00F96E3E" w:rsidRPr="00F96E3E" w:rsidRDefault="00F96E3E" w:rsidP="00F96E3E">
      <w:pPr>
        <w:spacing w:line="276" w:lineRule="auto"/>
      </w:pPr>
      <w:r w:rsidRPr="00F96E3E">
        <w:t>"Let them wait," I reply, claiming one more moment of this fragile peace before the world beyond her chambers demands our return.</w:t>
      </w:r>
    </w:p>
    <w:p w14:paraId="611C8857" w14:textId="77777777" w:rsidR="00F96E3E" w:rsidRPr="00F96E3E" w:rsidRDefault="00F96E3E" w:rsidP="00F96E3E">
      <w:pPr>
        <w:spacing w:line="276" w:lineRule="auto"/>
      </w:pPr>
      <w:r w:rsidRPr="00F96E3E">
        <w:t># Scene 2</w:t>
      </w:r>
    </w:p>
    <w:p w14:paraId="1EA76EAA" w14:textId="77777777" w:rsidR="00F96E3E" w:rsidRPr="00F96E3E" w:rsidRDefault="00F96E3E" w:rsidP="00F96E3E">
      <w:pPr>
        <w:spacing w:line="276" w:lineRule="auto"/>
      </w:pPr>
      <w:r w:rsidRPr="00F96E3E">
        <w:t>As Valeria leads me from her chambers, the palace shifts around us like a living thing recognizing its master. The transition from private to public is immediate and jarring—behind us, the intimate sanctuary where boundaries dissolved; ahead, the watching eyes of Beaumont's court, where every gesture carries weight and implication. I straighten my spine by instinct, diplomatic training reasserting itself even as the mark at my collarbone pulses with quiet warmth beneath my clothing.</w:t>
      </w:r>
    </w:p>
    <w:p w14:paraId="184D294E" w14:textId="77777777" w:rsidR="00F96E3E" w:rsidRPr="00F96E3E" w:rsidRDefault="00F96E3E" w:rsidP="00F96E3E">
      <w:pPr>
        <w:spacing w:line="276" w:lineRule="auto"/>
      </w:pPr>
      <w:r w:rsidRPr="00F96E3E">
        <w:t>We step into the corridor, and the reaction is instantaneous. A pair of servants freeze mid-curtsey, their eyes widening as they register not just their queen's presence, but something different about her—about us. The guards flanking Valeria's chamber door snap to attention with such force that their ceremonial weapons strike the stone floor, the sound echoing through the otherwise silent hallway.</w:t>
      </w:r>
    </w:p>
    <w:p w14:paraId="63365BFE" w14:textId="77777777" w:rsidR="00F96E3E" w:rsidRPr="00F96E3E" w:rsidRDefault="00F96E3E" w:rsidP="00F96E3E">
      <w:pPr>
        <w:spacing w:line="276" w:lineRule="auto"/>
      </w:pPr>
      <w:r w:rsidRPr="00F96E3E">
        <w:lastRenderedPageBreak/>
        <w:t>Most telling of all, the silver channels lining the corridor ceiling brighten in perfect synchrony with our passage. Not the usual subtle response to Valeria's movement, but something more dramatic—a rippling surge of light that spreads ahead of us like an announcement. I've seen these wards respond to Valeria before, but never like this—never with this eager intensity that seems to anticipate our path rather than merely acknowledge it.</w:t>
      </w:r>
    </w:p>
    <w:p w14:paraId="37740421" w14:textId="77777777" w:rsidR="00F96E3E" w:rsidRPr="00F96E3E" w:rsidRDefault="00F96E3E" w:rsidP="00F96E3E">
      <w:pPr>
        <w:spacing w:line="276" w:lineRule="auto"/>
      </w:pPr>
      <w:r w:rsidRPr="00F96E3E">
        <w:t>"Your Majesty," a footman greets us as we turn the corner, his voice wavering slightly. The porcelain tray in his hands rattles against its plate as his fingers tighten reflexively. His carefully rehearsed greeting dies in his throat when his gaze flickers briefly—inappropriately—to the covered spot at my collarbone where the mark lies hidden. His eyes widen fractionally, confirming my suspicion that somehow, despite being concealed by clothing, the mark's presence has become visible to those who know to look for it.</w:t>
      </w:r>
    </w:p>
    <w:p w14:paraId="78CF2C31" w14:textId="77777777" w:rsidR="00F96E3E" w:rsidRPr="00F96E3E" w:rsidRDefault="00F96E3E" w:rsidP="00F96E3E">
      <w:pPr>
        <w:spacing w:line="276" w:lineRule="auto"/>
      </w:pPr>
      <w:r w:rsidRPr="00F96E3E">
        <w:t>I feel Valeria's irritation spike through our connection—a flash of heat quickly controlled. "Continue with your duties," she tells him, voice neutral but carrying that unmistakable edge of command that brooks no argument.</w:t>
      </w:r>
    </w:p>
    <w:p w14:paraId="3EDF5B92" w14:textId="77777777" w:rsidR="00F96E3E" w:rsidRPr="00F96E3E" w:rsidRDefault="00F96E3E" w:rsidP="00F96E3E">
      <w:pPr>
        <w:spacing w:line="276" w:lineRule="auto"/>
      </w:pPr>
      <w:r w:rsidRPr="00F96E3E">
        <w:t>The footman bows so deeply I worry for the stability of his tray before hurrying past us, his shoulders rigid with tension. I catch Valeria's sidelong glance, the minute tightening at the corners of her mouth that betrays her awareness of how quickly word will spread.</w:t>
      </w:r>
    </w:p>
    <w:p w14:paraId="19C8CEFA" w14:textId="77777777" w:rsidR="00F96E3E" w:rsidRPr="00F96E3E" w:rsidRDefault="00F96E3E" w:rsidP="00F96E3E">
      <w:pPr>
        <w:spacing w:line="276" w:lineRule="auto"/>
      </w:pPr>
      <w:r w:rsidRPr="00F96E3E">
        <w:t>We continue down the grand corridor toward the eastern wing, the silver channels above tracking our movement with persistent luminosity. I notice how whispers peter out ahead of our approach—conversations abruptly silenced, heads turning in our direction before quickly averting. The deference shown to Valeria isn't unusual, but there's something different about it now—something more urgent in the way palace inhabitants acknowledge her presence.</w:t>
      </w:r>
    </w:p>
    <w:p w14:paraId="47B9059E" w14:textId="77777777" w:rsidR="00F96E3E" w:rsidRPr="00F96E3E" w:rsidRDefault="00F96E3E" w:rsidP="00F96E3E">
      <w:pPr>
        <w:spacing w:line="276" w:lineRule="auto"/>
      </w:pPr>
      <w:r w:rsidRPr="00F96E3E">
        <w:t>"They know," I murmur, keeping my voice low enough that only vampire hearing could possibly catch it.</w:t>
      </w:r>
    </w:p>
    <w:p w14:paraId="20194C1A" w14:textId="77777777" w:rsidR="00F96E3E" w:rsidRPr="00F96E3E" w:rsidRDefault="00F96E3E" w:rsidP="00F96E3E">
      <w:pPr>
        <w:spacing w:line="276" w:lineRule="auto"/>
      </w:pPr>
      <w:r w:rsidRPr="00F96E3E">
        <w:t>"They suspect," Valeria corrects without turning her head, maintaining perfect royal composure. "Suspicion is not knowledge."</w:t>
      </w:r>
    </w:p>
    <w:p w14:paraId="058942C9" w14:textId="77777777" w:rsidR="00F96E3E" w:rsidRPr="00F96E3E" w:rsidRDefault="00F96E3E" w:rsidP="00F96E3E">
      <w:pPr>
        <w:spacing w:line="276" w:lineRule="auto"/>
      </w:pPr>
      <w:r w:rsidRPr="00F96E3E">
        <w:t>But as we pass beneath a major intersection of ward channels and the entire ceiling blazes to life with silver brilliance, I understand the futility of distinction. The surge of energy I felt in private has rippled through every corridor, every chamber, up through the mountain's broadcast wards that connect to the defensive perimeter. Whatever happened between us—whatever shifted when we kissed—has registered throughout Beaumont's magical nervous system.</w:t>
      </w:r>
    </w:p>
    <w:p w14:paraId="7DD3DB7A" w14:textId="77777777" w:rsidR="00F96E3E" w:rsidRPr="00F96E3E" w:rsidRDefault="00F96E3E" w:rsidP="00F96E3E">
      <w:pPr>
        <w:spacing w:line="276" w:lineRule="auto"/>
      </w:pPr>
      <w:r w:rsidRPr="00F96E3E">
        <w:t xml:space="preserve">My diplomatic training kicks in automatically, analyzing implications and consequences. This physical manifestation of our connection changes everything. No matter how carefully we might navigate the politics of human-vampire relations, no matter what boundaries we </w:t>
      </w:r>
      <w:r w:rsidRPr="00F96E3E">
        <w:lastRenderedPageBreak/>
        <w:t>established in private, the wards themselves have just made a public declaration that neither of us can take back.</w:t>
      </w:r>
    </w:p>
    <w:p w14:paraId="4397DBF2" w14:textId="77777777" w:rsidR="00F96E3E" w:rsidRPr="00F96E3E" w:rsidRDefault="00F96E3E" w:rsidP="00F96E3E">
      <w:pPr>
        <w:spacing w:line="276" w:lineRule="auto"/>
      </w:pPr>
      <w:r w:rsidRPr="00F96E3E">
        <w:t>The realization settles cold in my stomach, diplomatic caution warring with the lingering warmth of our connection. I've spent years learning to present exactly what each situation requires—neutral observer, firm negotiator, respectful guest. But now the palace itself betrays my changed status with every step I take through these halls. I am no longer merely the human diplomat, the treaty-keeper, the observer. The wards have marked me as something else entirely.</w:t>
      </w:r>
    </w:p>
    <w:p w14:paraId="33DD99B9" w14:textId="77777777" w:rsidR="00F96E3E" w:rsidRPr="00F96E3E" w:rsidRDefault="00F96E3E" w:rsidP="00F96E3E">
      <w:pPr>
        <w:spacing w:line="276" w:lineRule="auto"/>
      </w:pPr>
      <w:r w:rsidRPr="00F96E3E">
        <w:t>"Your thoughts are loud," Valeria observes as we turn down a less populated corridor, her voice pitched for my ears alone.</w:t>
      </w:r>
    </w:p>
    <w:p w14:paraId="575F1AA2" w14:textId="77777777" w:rsidR="00F96E3E" w:rsidRPr="00F96E3E" w:rsidRDefault="00F96E3E" w:rsidP="00F96E3E">
      <w:pPr>
        <w:spacing w:line="276" w:lineRule="auto"/>
      </w:pPr>
      <w:r w:rsidRPr="00F96E3E">
        <w:t>"My position is compromised," I reply, matching her volume. Diplomatic instinct demands I assess the damage, find ways to mitigate, to explain. "The Human Council will—"</w:t>
      </w:r>
    </w:p>
    <w:p w14:paraId="768D9D2D" w14:textId="77777777" w:rsidR="00F96E3E" w:rsidRPr="00F96E3E" w:rsidRDefault="00F96E3E" w:rsidP="00F96E3E">
      <w:pPr>
        <w:spacing w:line="276" w:lineRule="auto"/>
      </w:pPr>
      <w:r w:rsidRPr="00F96E3E">
        <w:t>"The Human Council sent you here to investigate ward fluctuations," Valeria interrupts with cool logic. "You've discovered their cause."</w:t>
      </w:r>
    </w:p>
    <w:p w14:paraId="31D3CFDE" w14:textId="77777777" w:rsidR="00F96E3E" w:rsidRPr="00F96E3E" w:rsidRDefault="00F96E3E" w:rsidP="00F96E3E">
      <w:pPr>
        <w:spacing w:line="276" w:lineRule="auto"/>
      </w:pPr>
      <w:r w:rsidRPr="00F96E3E">
        <w:t>I almost laugh at the elegant simplicity of her framing, though the sound catches in my throat. "Is that what we're calling it?"</w:t>
      </w:r>
    </w:p>
    <w:p w14:paraId="25DA4F8B" w14:textId="77777777" w:rsidR="00F96E3E" w:rsidRPr="00F96E3E" w:rsidRDefault="00F96E3E" w:rsidP="00F96E3E">
      <w:pPr>
        <w:spacing w:line="276" w:lineRule="auto"/>
      </w:pPr>
      <w:r w:rsidRPr="00F96E3E">
        <w:t>The faintest suggestion of a smile crosses her features—there and gone in an instant. "For now."</w:t>
      </w:r>
    </w:p>
    <w:p w14:paraId="432A3D72" w14:textId="77777777" w:rsidR="00F96E3E" w:rsidRPr="00F96E3E" w:rsidRDefault="00F96E3E" w:rsidP="00F96E3E">
      <w:pPr>
        <w:spacing w:line="276" w:lineRule="auto"/>
      </w:pPr>
      <w:r w:rsidRPr="00F96E3E">
        <w:t>We approach another intersection, and I brace myself for the now-familiar surge of light that will announce our presence. Sure enough, the channels brighten dramatically, casting our shadows in sharp relief against the polished floor. A group of noble vampires ahead pauses mid-conversation, their ancient eyes tracking our passage with centuries of cultivated inscrutability that nevertheless fails to hide their curiosity.</w:t>
      </w:r>
    </w:p>
    <w:p w14:paraId="46840FDC" w14:textId="77777777" w:rsidR="00F96E3E" w:rsidRPr="00F96E3E" w:rsidRDefault="00F96E3E" w:rsidP="00F96E3E">
      <w:pPr>
        <w:spacing w:line="276" w:lineRule="auto"/>
      </w:pPr>
      <w:r w:rsidRPr="00F96E3E">
        <w:t>I feel oddly exposed under their scrutiny, as if they can see through clothing and skin to the mark beneath, to the connection that pulses between Valeria and me. Their gazes linger longer than protocol permits, emboldened by the ward system's unprecedented reaction.</w:t>
      </w:r>
    </w:p>
    <w:p w14:paraId="536155C5" w14:textId="77777777" w:rsidR="00F96E3E" w:rsidRPr="00F96E3E" w:rsidRDefault="00F96E3E" w:rsidP="00F96E3E">
      <w:pPr>
        <w:spacing w:line="276" w:lineRule="auto"/>
      </w:pPr>
      <w:r w:rsidRPr="00F96E3E">
        <w:t>"They've never seen the wards respond to anyone but you," I observe quietly.</w:t>
      </w:r>
    </w:p>
    <w:p w14:paraId="58244127" w14:textId="77777777" w:rsidR="00F96E3E" w:rsidRPr="00F96E3E" w:rsidRDefault="00F96E3E" w:rsidP="00F96E3E">
      <w:pPr>
        <w:spacing w:line="276" w:lineRule="auto"/>
      </w:pPr>
      <w:r w:rsidRPr="00F96E3E">
        <w:t>"No," Valeria confirms, her voice steady despite the weight of attention surrounding us. "They haven't."</w:t>
      </w:r>
    </w:p>
    <w:p w14:paraId="01E4662A" w14:textId="77777777" w:rsidR="00F96E3E" w:rsidRPr="00F96E3E" w:rsidRDefault="00F96E3E" w:rsidP="00F96E3E">
      <w:pPr>
        <w:spacing w:line="276" w:lineRule="auto"/>
      </w:pPr>
      <w:r w:rsidRPr="00F96E3E">
        <w:t>The implications hang between us, unspoken but undeniable. Whatever political complications arise from our connection, whatever diplomatic fallout I might face from my own people, there's no going back to the careful distance we maintained before. The wards have made their declaration, and the entire mountain has witnessed it. Now we must navigate the consequences together.</w:t>
      </w:r>
    </w:p>
    <w:p w14:paraId="32300970" w14:textId="77777777" w:rsidR="00F96E3E" w:rsidRPr="00F96E3E" w:rsidRDefault="00F96E3E" w:rsidP="00F96E3E">
      <w:pPr>
        <w:spacing w:line="276" w:lineRule="auto"/>
      </w:pPr>
      <w:r w:rsidRPr="00F96E3E">
        <w:lastRenderedPageBreak/>
        <w:t># Scene 3</w:t>
      </w:r>
    </w:p>
    <w:p w14:paraId="77E6DFA9" w14:textId="77777777" w:rsidR="00F96E3E" w:rsidRPr="00F96E3E" w:rsidRDefault="00F96E3E" w:rsidP="00F96E3E">
      <w:pPr>
        <w:spacing w:line="276" w:lineRule="auto"/>
      </w:pPr>
      <w:r w:rsidRPr="00F96E3E">
        <w:t>Valeria's dressing room adjoins her bedchamber through an archway of polished black stone inlaid with silver filigree that catches the morning light. Unlike the public areas of the palace, with their imposing grandeur and ancient formality, this space feels intensely personal—a sanctuary where the Queen becomes simply Valeria. Clothing hangs in precise order along one wall, fabrics richer than anything I've ever worn arranged by shade and season. Another wall holds mirrors framed in silver that reflect the ward channels' gentle glow, creating the illusion of endless light stretching into impossible distance.</w:t>
      </w:r>
    </w:p>
    <w:p w14:paraId="6F1F3C4B" w14:textId="77777777" w:rsidR="00F96E3E" w:rsidRPr="00F96E3E" w:rsidRDefault="00F96E3E" w:rsidP="00F96E3E">
      <w:pPr>
        <w:spacing w:line="276" w:lineRule="auto"/>
      </w:pPr>
      <w:r w:rsidRPr="00F96E3E">
        <w:t>"You can't return to your chambers," Valeria says, moving toward the clothing with purposeful steps. "Not without causing more spectacle."</w:t>
      </w:r>
    </w:p>
    <w:p w14:paraId="1C590AA6" w14:textId="77777777" w:rsidR="00F96E3E" w:rsidRPr="00F96E3E" w:rsidRDefault="00F96E3E" w:rsidP="00F96E3E">
      <w:pPr>
        <w:spacing w:line="276" w:lineRule="auto"/>
      </w:pPr>
      <w:r w:rsidRPr="00F96E3E">
        <w:t>She's right. My diplomatic quarters lie in the eastern wing, and reaching them would require traversing half the palace, setting off every ward channel along the way. The court's attention is already fixated on us—better not to provide additional fodder for speculation.</w:t>
      </w:r>
    </w:p>
    <w:p w14:paraId="1EFA5075" w14:textId="77777777" w:rsidR="00F96E3E" w:rsidRPr="00F96E3E" w:rsidRDefault="00F96E3E" w:rsidP="00F96E3E">
      <w:pPr>
        <w:spacing w:line="276" w:lineRule="auto"/>
      </w:pPr>
      <w:r w:rsidRPr="00F96E3E">
        <w:t>"Besides," she adds, selecting a high-collared garment of midnight blue, "protocol dictates a dignitary involved in a ward incident should dress in court-appropriate attire."</w:t>
      </w:r>
    </w:p>
    <w:p w14:paraId="03ED5D4B" w14:textId="77777777" w:rsidR="00F96E3E" w:rsidRPr="00F96E3E" w:rsidRDefault="00F96E3E" w:rsidP="00F96E3E">
      <w:pPr>
        <w:spacing w:line="276" w:lineRule="auto"/>
      </w:pPr>
      <w:r w:rsidRPr="00F96E3E">
        <w:t>I raise an eyebrow. "Is that an actual protocol?"</w:t>
      </w:r>
    </w:p>
    <w:p w14:paraId="4420AFFB" w14:textId="77777777" w:rsidR="00F96E3E" w:rsidRPr="00F96E3E" w:rsidRDefault="00F96E3E" w:rsidP="00F96E3E">
      <w:pPr>
        <w:spacing w:line="276" w:lineRule="auto"/>
      </w:pPr>
      <w:r w:rsidRPr="00F96E3E">
        <w:t>The faintest smile curves her lips. "It is now."</w:t>
      </w:r>
    </w:p>
    <w:p w14:paraId="350C10B1" w14:textId="77777777" w:rsidR="00F96E3E" w:rsidRPr="00F96E3E" w:rsidRDefault="00F96E3E" w:rsidP="00F96E3E">
      <w:pPr>
        <w:spacing w:line="276" w:lineRule="auto"/>
      </w:pPr>
      <w:r w:rsidRPr="00F96E3E">
        <w:t>The garment she holds isn't the formal black she typically wears, but neither is it entirely human in style. The fabric shimmers with subtle ward-patterns when it catches the light—defensive sigils woven into decorative elements. It's beautiful, strategic, and undeniably hers.</w:t>
      </w:r>
    </w:p>
    <w:p w14:paraId="2AE92E58" w14:textId="77777777" w:rsidR="00F96E3E" w:rsidRPr="00F96E3E" w:rsidRDefault="00F96E3E" w:rsidP="00F96E3E">
      <w:pPr>
        <w:spacing w:line="276" w:lineRule="auto"/>
      </w:pPr>
      <w:r w:rsidRPr="00F96E3E">
        <w:t>"Your clothes," I observe unnecessarily.</w:t>
      </w:r>
    </w:p>
    <w:p w14:paraId="4EA3A9DA" w14:textId="77777777" w:rsidR="00F96E3E" w:rsidRPr="00F96E3E" w:rsidRDefault="00F96E3E" w:rsidP="00F96E3E">
      <w:pPr>
        <w:spacing w:line="276" w:lineRule="auto"/>
      </w:pPr>
      <w:r w:rsidRPr="00F96E3E">
        <w:t>"Would you prefer something else?" she asks, but we both know there's no real alternative. The message must be deliberate, the optics carefully controlled. Me, wearing the Queen's private garments. The implications will be unmistakable.</w:t>
      </w:r>
    </w:p>
    <w:p w14:paraId="77B7FFC3" w14:textId="77777777" w:rsidR="00F96E3E" w:rsidRPr="00F96E3E" w:rsidRDefault="00F96E3E" w:rsidP="00F96E3E">
      <w:pPr>
        <w:spacing w:line="276" w:lineRule="auto"/>
      </w:pPr>
      <w:r w:rsidRPr="00F96E3E">
        <w:t>"No," I say, reaching for the dress. "This is... appropriate."</w:t>
      </w:r>
    </w:p>
    <w:p w14:paraId="68DBC76F" w14:textId="77777777" w:rsidR="00F96E3E" w:rsidRPr="00F96E3E" w:rsidRDefault="00F96E3E" w:rsidP="00F96E3E">
      <w:pPr>
        <w:spacing w:line="276" w:lineRule="auto"/>
      </w:pPr>
      <w:r w:rsidRPr="00F96E3E">
        <w:t>Valeria doesn't immediately release the fabric when my fingers touch it. For a moment we both hold the garment between us, the ward patterns pulsing faintly in response to our connection. Then she relinquishes it with a nod that contains volumes of unspoken meaning.</w:t>
      </w:r>
    </w:p>
    <w:p w14:paraId="527EE73B" w14:textId="77777777" w:rsidR="00F96E3E" w:rsidRPr="00F96E3E" w:rsidRDefault="00F96E3E" w:rsidP="00F96E3E">
      <w:pPr>
        <w:spacing w:line="276" w:lineRule="auto"/>
      </w:pPr>
      <w:r w:rsidRPr="00F96E3E">
        <w:t>I change with efficient movements, acutely aware of Valeria's presence behind me. The fabric settles against my skin with surprising warmth, as if it remembers its owner's body heat despite vampires running cooler than humans. The cut is perfect—too perfect, making me wonder if Valeria planned for this possibility, or if some ancient vampire magic allows royal garments to conform to whoever wears them.</w:t>
      </w:r>
    </w:p>
    <w:p w14:paraId="6979B093" w14:textId="77777777" w:rsidR="00F96E3E" w:rsidRPr="00F96E3E" w:rsidRDefault="00F96E3E" w:rsidP="00F96E3E">
      <w:pPr>
        <w:spacing w:line="276" w:lineRule="auto"/>
      </w:pPr>
      <w:r w:rsidRPr="00F96E3E">
        <w:lastRenderedPageBreak/>
        <w:t>"Allow me," Valeria says, stepping behind me to fasten the clasp at the back of the high collar.</w:t>
      </w:r>
    </w:p>
    <w:p w14:paraId="7C77F80D" w14:textId="77777777" w:rsidR="00F96E3E" w:rsidRPr="00F96E3E" w:rsidRDefault="00F96E3E" w:rsidP="00F96E3E">
      <w:pPr>
        <w:spacing w:line="276" w:lineRule="auto"/>
      </w:pPr>
      <w:r w:rsidRPr="00F96E3E">
        <w:t>Her fingers work with precise efficiency, but I feel the slight hesitation when they brush against my skin near the mark. The wards overhead brighten in response, their silver light casting our shadows in stark relief against the stone floor. She steps closer than necessary, her breath cool against the back of my neck as she secures the final closure.</w:t>
      </w:r>
    </w:p>
    <w:p w14:paraId="21740635" w14:textId="77777777" w:rsidR="00F96E3E" w:rsidRPr="00F96E3E" w:rsidRDefault="00F96E3E" w:rsidP="00F96E3E">
      <w:pPr>
        <w:spacing w:line="276" w:lineRule="auto"/>
      </w:pPr>
      <w:r w:rsidRPr="00F96E3E">
        <w:t>When she finishes, she doesn't step away immediately. We stand there, her front nearly touching my back, close enough that I can feel the bond between us humming like a plucked string. The air grows thick with possibility as her hands rest lightly on my shoulders, neither pulling me closer nor pushing me away.</w:t>
      </w:r>
    </w:p>
    <w:p w14:paraId="7B1EDFEA" w14:textId="77777777" w:rsidR="00F96E3E" w:rsidRPr="00F96E3E" w:rsidRDefault="00F96E3E" w:rsidP="00F96E3E">
      <w:pPr>
        <w:spacing w:line="276" w:lineRule="auto"/>
      </w:pPr>
      <w:r w:rsidRPr="00F96E3E">
        <w:t>I turn slowly to face her, our bodies now inches apart. Her eyes have darkened, pupils expanded to eclipse the iris entirely—a vampire response to intense emotion. For one suspended moment, I think she might kiss me again, might abandon the careful restraint we just agreed upon. I might let her.</w:t>
      </w:r>
    </w:p>
    <w:p w14:paraId="6A810AD8" w14:textId="77777777" w:rsidR="00F96E3E" w:rsidRPr="00F96E3E" w:rsidRDefault="00F96E3E" w:rsidP="00F96E3E">
      <w:pPr>
        <w:spacing w:line="276" w:lineRule="auto"/>
      </w:pPr>
      <w:r w:rsidRPr="00F96E3E">
        <w:t>Instead, we both pull back simultaneously, the diplomat and the queen reasserting control over woman and woman. The ward channels overhead dim gradually, responding to our mutual retreat.</w:t>
      </w:r>
    </w:p>
    <w:p w14:paraId="7389DD74" w14:textId="77777777" w:rsidR="00F96E3E" w:rsidRPr="00F96E3E" w:rsidRDefault="00F96E3E" w:rsidP="00F96E3E">
      <w:pPr>
        <w:spacing w:line="276" w:lineRule="auto"/>
      </w:pPr>
      <w:r w:rsidRPr="00F96E3E">
        <w:t>"Your court awaits," I remind her, voice steadier than I feel.</w:t>
      </w:r>
    </w:p>
    <w:p w14:paraId="0B0194F1" w14:textId="77777777" w:rsidR="00F96E3E" w:rsidRPr="00F96E3E" w:rsidRDefault="00F96E3E" w:rsidP="00F96E3E">
      <w:pPr>
        <w:spacing w:line="276" w:lineRule="auto"/>
      </w:pPr>
      <w:r w:rsidRPr="00F96E3E">
        <w:t>Valeria acknowledges this with a slight incline of her head. She moves to where her crown rests on a cushioned pedestal, lifts it with practiced hands, and settles it atop her dark hair with a single fluid motion. The transformation is immediate and total—the intimate woman who lay beside me in bed disappears, replaced by the sovereign queen of Beaumont. Her posture shifts subtly, shoulders squaring, chin lifting a precise degree. Even her gaze changes, becoming more remote, more calculated.</w:t>
      </w:r>
    </w:p>
    <w:p w14:paraId="56BBA74F" w14:textId="77777777" w:rsidR="00F96E3E" w:rsidRPr="00F96E3E" w:rsidRDefault="00F96E3E" w:rsidP="00F96E3E">
      <w:pPr>
        <w:spacing w:line="276" w:lineRule="auto"/>
      </w:pPr>
      <w:r w:rsidRPr="00F96E3E">
        <w:t>We stand side by side before the mirror, studying our reflections. The contrast should be stark—vampire queen and human diplomat—but something has shifted. In her clothing, with the mark pulsing beneath my collar and the ward channels responding to my presence, I appear almost as otherworldly as she does. Not vampire, certainly, but no longer simply human either.</w:t>
      </w:r>
    </w:p>
    <w:p w14:paraId="780E5FA8" w14:textId="77777777" w:rsidR="00F96E3E" w:rsidRPr="00F96E3E" w:rsidRDefault="00F96E3E" w:rsidP="00F96E3E">
      <w:pPr>
        <w:spacing w:line="276" w:lineRule="auto"/>
      </w:pPr>
      <w:r w:rsidRPr="00F96E3E">
        <w:t>"We step out as targets," Valeria says quietly, adjusting a fold in her formal robe with precise fingers now once again enclosed in gloves. "Lord Ardent will have already mobilized his faction against us."</w:t>
      </w:r>
    </w:p>
    <w:p w14:paraId="5A78A7B1" w14:textId="77777777" w:rsidR="00F96E3E" w:rsidRPr="00F96E3E" w:rsidRDefault="00F96E3E" w:rsidP="00F96E3E">
      <w:pPr>
        <w:spacing w:line="276" w:lineRule="auto"/>
      </w:pPr>
      <w:r w:rsidRPr="00F96E3E">
        <w:t>"We step out as a statement," I counter, meeting her eyes in the mirror rather than turning to face her directly. It feels safer somehow, this conversation conducted through reflections. "That the wards respond to cooperation between our peoples, not division."</w:t>
      </w:r>
    </w:p>
    <w:p w14:paraId="61C60E49" w14:textId="77777777" w:rsidR="00F96E3E" w:rsidRPr="00F96E3E" w:rsidRDefault="00F96E3E" w:rsidP="00F96E3E">
      <w:pPr>
        <w:spacing w:line="276" w:lineRule="auto"/>
      </w:pPr>
      <w:r w:rsidRPr="00F96E3E">
        <w:lastRenderedPageBreak/>
        <w:t>A slight curve touches Valeria's mouth—not quite a smile, but something genuine beneath the royal mask. "An optimistic interpretation."</w:t>
      </w:r>
    </w:p>
    <w:p w14:paraId="061EF052" w14:textId="77777777" w:rsidR="00F96E3E" w:rsidRPr="00F96E3E" w:rsidRDefault="00F96E3E" w:rsidP="00F96E3E">
      <w:pPr>
        <w:spacing w:line="276" w:lineRule="auto"/>
      </w:pPr>
      <w:r w:rsidRPr="00F96E3E">
        <w:t>"Diplomatic," I correct her, smoothing the front of my borrowed garment. "It's what I do."</w:t>
      </w:r>
    </w:p>
    <w:p w14:paraId="6BF63F8C" w14:textId="77777777" w:rsidR="00F96E3E" w:rsidRPr="00F96E3E" w:rsidRDefault="00F96E3E" w:rsidP="00F96E3E">
      <w:pPr>
        <w:spacing w:line="276" w:lineRule="auto"/>
      </w:pPr>
      <w:r w:rsidRPr="00F96E3E">
        <w:t>"The court will see what they wish to see," she warns. "And what they wish to see is weakness they can exploit."</w:t>
      </w:r>
    </w:p>
    <w:p w14:paraId="60F0BBD1" w14:textId="77777777" w:rsidR="00F96E3E" w:rsidRPr="00F96E3E" w:rsidRDefault="00F96E3E" w:rsidP="00F96E3E">
      <w:pPr>
        <w:spacing w:line="276" w:lineRule="auto"/>
      </w:pPr>
      <w:r w:rsidRPr="00F96E3E">
        <w:t>"Then we show them nothing of the sort." I straighten my spine, assuming the posture that has carried me through countless delicate negotiations. "Just two leaders addressing a mutual concern."</w:t>
      </w:r>
    </w:p>
    <w:p w14:paraId="0E623897" w14:textId="77777777" w:rsidR="00F96E3E" w:rsidRPr="00F96E3E" w:rsidRDefault="00F96E3E" w:rsidP="00F96E3E">
      <w:pPr>
        <w:spacing w:line="276" w:lineRule="auto"/>
      </w:pPr>
      <w:r w:rsidRPr="00F96E3E">
        <w:t>Valeria turns from the mirror to face me directly, her crown catching the ward-light and casting fractured patterns across her features. "Try not to look triumphant," she advises, though the bond between us carries a current of warmth that belies her formal tone.</w:t>
      </w:r>
    </w:p>
    <w:p w14:paraId="6921AF67" w14:textId="77777777" w:rsidR="00F96E3E" w:rsidRPr="00F96E3E" w:rsidRDefault="00F96E3E" w:rsidP="00F96E3E">
      <w:pPr>
        <w:spacing w:line="276" w:lineRule="auto"/>
      </w:pPr>
      <w:r w:rsidRPr="00F96E3E">
        <w:t>"Try not to look like you want to kill everyone," I retort, a faint smile playing at the corners of my mouth.</w:t>
      </w:r>
    </w:p>
    <w:p w14:paraId="4C52E53F" w14:textId="77777777" w:rsidR="00F96E3E" w:rsidRPr="00F96E3E" w:rsidRDefault="00F96E3E" w:rsidP="00F96E3E">
      <w:pPr>
        <w:spacing w:line="276" w:lineRule="auto"/>
      </w:pPr>
      <w:r w:rsidRPr="00F96E3E">
        <w:t>Something dangerous and beautiful flashes across her face—a reminder of the predator beneath the sovereign. "I make no promises."</w:t>
      </w:r>
    </w:p>
    <w:p w14:paraId="23319222" w14:textId="77777777" w:rsidR="00F96E3E" w:rsidRPr="00F96E3E" w:rsidRDefault="00F96E3E" w:rsidP="00F96E3E">
      <w:pPr>
        <w:spacing w:line="276" w:lineRule="auto"/>
      </w:pPr>
      <w:r w:rsidRPr="00F96E3E">
        <w:t>She offers her arm, a formal gesture that somehow feels more intimate than our near-kiss moments ago. I place my hand in the crook of her elbow, feeling the cool strength beneath the layers of royal attire. Together we face the door that leads back into the palace proper, back into politics and intrigue and the weight of our respective duties.</w:t>
      </w:r>
    </w:p>
    <w:p w14:paraId="3FBFD993" w14:textId="77777777" w:rsidR="00F96E3E" w:rsidRPr="00F96E3E" w:rsidRDefault="00F96E3E" w:rsidP="00F96E3E">
      <w:pPr>
        <w:spacing w:line="276" w:lineRule="auto"/>
      </w:pPr>
      <w:r w:rsidRPr="00F96E3E">
        <w:t>"Ready, Diplomat Everhart?" she asks, her public voice settling into place.</w:t>
      </w:r>
    </w:p>
    <w:p w14:paraId="3E0AB139" w14:textId="77777777" w:rsidR="00F96E3E" w:rsidRPr="00F96E3E" w:rsidRDefault="00F96E3E" w:rsidP="00F96E3E">
      <w:pPr>
        <w:spacing w:line="276" w:lineRule="auto"/>
      </w:pPr>
      <w:r w:rsidRPr="00F96E3E">
        <w:t>"After you, Your Majesty," I respond, matching her formality even as the mark at my collarbone pulses with shared awareness.</w:t>
      </w:r>
    </w:p>
    <w:p w14:paraId="3B3DA2DC" w14:textId="77777777" w:rsidR="00F96E3E" w:rsidRPr="00F96E3E" w:rsidRDefault="00F96E3E" w:rsidP="00F96E3E">
      <w:pPr>
        <w:spacing w:line="276" w:lineRule="auto"/>
      </w:pPr>
      <w:r w:rsidRPr="00F96E3E">
        <w:t>The perfect diplomatic pair—except for the ward channels that will announce our connection to everyone we pass, and the private knowledge of what transpired in the chamber behind us. We have become something unprecedented, something neither the treaty nor our respective councils prepared for. The realization should terrify me. Instead, I find myself standing taller as Valeria opens the door, ready to face whatever comes next.</w:t>
      </w:r>
    </w:p>
    <w:p w14:paraId="469DB2E1" w14:textId="77777777" w:rsidR="00F96E3E" w:rsidRPr="00F96E3E" w:rsidRDefault="00F96E3E" w:rsidP="00F96E3E">
      <w:pPr>
        <w:spacing w:line="276" w:lineRule="auto"/>
      </w:pPr>
      <w:r w:rsidRPr="00F96E3E">
        <w:t># Scene 4</w:t>
      </w:r>
    </w:p>
    <w:p w14:paraId="2AE43D3A" w14:textId="77777777" w:rsidR="00F96E3E" w:rsidRPr="00F96E3E" w:rsidRDefault="00F96E3E" w:rsidP="00F96E3E">
      <w:pPr>
        <w:spacing w:line="276" w:lineRule="auto"/>
      </w:pPr>
      <w:r w:rsidRPr="00F96E3E">
        <w:t xml:space="preserve">We're nearly at the door when a sharp knock breaks the moment. Valeria doesn't startle—vampires rarely do—but I feel a flicker of irritation through our bond, quickly suppressed beneath layers of royal composure. The door opens without her command, revealing a palace courier in formal livery, head bowed low in deference. In his gloved hands rests a folded </w:t>
      </w:r>
      <w:r w:rsidRPr="00F96E3E">
        <w:lastRenderedPageBreak/>
        <w:t>parchment sealed with familiar wax—dark red impressed with the sigil of humanity's diplomatic corps and the formal seal of the High Council itself. My chest tightens at the sight. The timing cannot be coincidence.</w:t>
      </w:r>
    </w:p>
    <w:p w14:paraId="110DAB98" w14:textId="77777777" w:rsidR="00F96E3E" w:rsidRPr="00F96E3E" w:rsidRDefault="00F96E3E" w:rsidP="00F96E3E">
      <w:pPr>
        <w:spacing w:line="276" w:lineRule="auto"/>
      </w:pPr>
      <w:r w:rsidRPr="00F96E3E">
        <w:t>"Your Majesty," the courier speaks to the floor rather than meeting Valeria's gaze, "this just arrived by special messenger from the border checkpoint. Marked urgent for Diplomat Everhart."</w:t>
      </w:r>
    </w:p>
    <w:p w14:paraId="547CB1AC" w14:textId="77777777" w:rsidR="00F96E3E" w:rsidRPr="00F96E3E" w:rsidRDefault="00F96E3E" w:rsidP="00F96E3E">
      <w:pPr>
        <w:spacing w:line="276" w:lineRule="auto"/>
      </w:pPr>
      <w:r w:rsidRPr="00F96E3E">
        <w:t xml:space="preserve">I recognize that seal intimately—have spent years studying its nuances, learning to differentiate between routine correspondence and high-priority directives by the precise depth of the impression, the exact placement of the sigil. </w:t>
      </w:r>
      <w:proofErr w:type="gramStart"/>
      <w:r w:rsidRPr="00F96E3E">
        <w:t>This one bears</w:t>
      </w:r>
      <w:proofErr w:type="gramEnd"/>
      <w:r w:rsidRPr="00F96E3E">
        <w:t xml:space="preserve"> all the hallmarks of intervention from the highest levels.</w:t>
      </w:r>
    </w:p>
    <w:p w14:paraId="4EB8E9F3" w14:textId="77777777" w:rsidR="00F96E3E" w:rsidRPr="00F96E3E" w:rsidRDefault="00F96E3E" w:rsidP="00F96E3E">
      <w:pPr>
        <w:spacing w:line="276" w:lineRule="auto"/>
      </w:pPr>
      <w:r w:rsidRPr="00F96E3E">
        <w:t>"Thank you," Valeria says, her voice neutral though our bond transmits layers of wariness. She makes no move to take the letter herself, an acknowledgment of diplomatic protocol—communication from the Human Council to their representative should not pass through vampire hands, even royal ones.</w:t>
      </w:r>
    </w:p>
    <w:p w14:paraId="26F400A5" w14:textId="77777777" w:rsidR="00F96E3E" w:rsidRPr="00F96E3E" w:rsidRDefault="00F96E3E" w:rsidP="00F96E3E">
      <w:pPr>
        <w:spacing w:line="276" w:lineRule="auto"/>
      </w:pPr>
      <w:r w:rsidRPr="00F96E3E">
        <w:t>The courier approaches me instead, extending the parchment with a bow somehow deeper than the one he offered his queen. He retreats backward rather than turning, a formality usually reserved for royalty. I wonder briefly if he's honoring me or simply afraid to show his back to whatever I've become in the court's eyes.</w:t>
      </w:r>
    </w:p>
    <w:p w14:paraId="79C98CF5" w14:textId="77777777" w:rsidR="00F96E3E" w:rsidRPr="00F96E3E" w:rsidRDefault="00F96E3E" w:rsidP="00F96E3E">
      <w:pPr>
        <w:spacing w:line="276" w:lineRule="auto"/>
      </w:pPr>
      <w:r w:rsidRPr="00F96E3E">
        <w:t>When the door closes behind him, Valeria steps to the far side of the room, creating a space of privacy without leaving entirely. "You should read it," she says, turning to examine a series of silver instruments arranged on a sideboard. "Alone."</w:t>
      </w:r>
    </w:p>
    <w:p w14:paraId="44319D19" w14:textId="77777777" w:rsidR="00F96E3E" w:rsidRPr="00F96E3E" w:rsidRDefault="00F96E3E" w:rsidP="00F96E3E">
      <w:pPr>
        <w:spacing w:line="276" w:lineRule="auto"/>
      </w:pPr>
      <w:r w:rsidRPr="00F96E3E">
        <w:t>Her deliberate distance is a courtesy I appreciate, though the bond between us makes true privacy impossible. Still, I'm grateful for the gesture as I break the seal, the soft crack of wax seeming unnaturally loud in the quiet room.</w:t>
      </w:r>
    </w:p>
    <w:p w14:paraId="3E6498EE" w14:textId="77777777" w:rsidR="00F96E3E" w:rsidRPr="00F96E3E" w:rsidRDefault="00F96E3E" w:rsidP="00F96E3E">
      <w:pPr>
        <w:spacing w:line="276" w:lineRule="auto"/>
      </w:pPr>
      <w:r w:rsidRPr="00F96E3E">
        <w:t>The letter unfolds in my hands, revealing the precise, measured handwriting of Senior Councilor Emerson—my direct superior and my father's oldest ally on the Council. The formal heading and correct diplomatic salutations are all in order, the language polite and controlled in the manner of all official correspondence.</w:t>
      </w:r>
    </w:p>
    <w:p w14:paraId="344BBBED" w14:textId="77777777" w:rsidR="00F96E3E" w:rsidRPr="00F96E3E" w:rsidRDefault="00F96E3E" w:rsidP="00F96E3E">
      <w:pPr>
        <w:spacing w:line="276" w:lineRule="auto"/>
      </w:pPr>
      <w:r w:rsidRPr="00F96E3E">
        <w:t>Yet beneath the surface courtesy lies steel:</w:t>
      </w:r>
    </w:p>
    <w:p w14:paraId="5875484A" w14:textId="77777777" w:rsidR="00F96E3E" w:rsidRPr="00F96E3E" w:rsidRDefault="00F96E3E" w:rsidP="00F96E3E">
      <w:pPr>
        <w:spacing w:line="276" w:lineRule="auto"/>
      </w:pPr>
      <w:r w:rsidRPr="00F96E3E">
        <w:t xml:space="preserve">*The Council notes with interest your extended stay in Beaumont beyond the original investigative timeline. While your reports on ward fluctuations have been informative, they lack specificity regarding causation and resolution </w:t>
      </w:r>
      <w:proofErr w:type="gramStart"/>
      <w:r w:rsidRPr="00F96E3E">
        <w:t>timeframes.*</w:t>
      </w:r>
      <w:proofErr w:type="gramEnd"/>
    </w:p>
    <w:p w14:paraId="26632CE1" w14:textId="77777777" w:rsidR="00F96E3E" w:rsidRPr="00F96E3E" w:rsidRDefault="00F96E3E" w:rsidP="00F96E3E">
      <w:pPr>
        <w:spacing w:line="276" w:lineRule="auto"/>
      </w:pPr>
      <w:r w:rsidRPr="00F96E3E">
        <w:lastRenderedPageBreak/>
        <w:t xml:space="preserve">*Certain intelligence has reached us regarding unusual magical proximity between yourself and the sovereign of Beaumont. We trust that your investigation maintains appropriate diplomatic distance while pursuing technical insights into these </w:t>
      </w:r>
      <w:proofErr w:type="gramStart"/>
      <w:r w:rsidRPr="00F96E3E">
        <w:t>anomalies.*</w:t>
      </w:r>
      <w:proofErr w:type="gramEnd"/>
    </w:p>
    <w:p w14:paraId="45BD8017" w14:textId="77777777" w:rsidR="00F96E3E" w:rsidRPr="00F96E3E" w:rsidRDefault="00F96E3E" w:rsidP="00F96E3E">
      <w:pPr>
        <w:spacing w:line="276" w:lineRule="auto"/>
      </w:pPr>
      <w:r w:rsidRPr="00F96E3E">
        <w:t xml:space="preserve">*A detailed report on ward behavior patterns, their correlation to vampire consumption of criminal blood supplies, and any unusual resonance phenomena is requested within three days. This timeline allows sufficient opportunity to document your findings while ensuring treaty monitoring proceeds without </w:t>
      </w:r>
      <w:proofErr w:type="gramStart"/>
      <w:r w:rsidRPr="00F96E3E">
        <w:t>interruption.*</w:t>
      </w:r>
      <w:proofErr w:type="gramEnd"/>
    </w:p>
    <w:p w14:paraId="11E7CFB8" w14:textId="77777777" w:rsidR="00F96E3E" w:rsidRPr="00F96E3E" w:rsidRDefault="00F96E3E" w:rsidP="00F96E3E">
      <w:pPr>
        <w:spacing w:line="276" w:lineRule="auto"/>
      </w:pPr>
      <w:r w:rsidRPr="00F96E3E">
        <w:t xml:space="preserve">*The stability of the Accord must not become entangled with personal </w:t>
      </w:r>
      <w:proofErr w:type="gramStart"/>
      <w:r w:rsidRPr="00F96E3E">
        <w:t>variables.*</w:t>
      </w:r>
      <w:proofErr w:type="gramEnd"/>
    </w:p>
    <w:p w14:paraId="051885C3" w14:textId="77777777" w:rsidR="00F96E3E" w:rsidRPr="00F96E3E" w:rsidRDefault="00F96E3E" w:rsidP="00F96E3E">
      <w:pPr>
        <w:spacing w:line="276" w:lineRule="auto"/>
      </w:pPr>
      <w:r w:rsidRPr="00F96E3E">
        <w:t xml:space="preserve">*Should you require extraction or additional human resources to maintain objectivity, signal through established </w:t>
      </w:r>
      <w:proofErr w:type="gramStart"/>
      <w:r w:rsidRPr="00F96E3E">
        <w:t>channels.*</w:t>
      </w:r>
      <w:proofErr w:type="gramEnd"/>
    </w:p>
    <w:p w14:paraId="18D03AFF" w14:textId="77777777" w:rsidR="00F96E3E" w:rsidRPr="00F96E3E" w:rsidRDefault="00F96E3E" w:rsidP="00F96E3E">
      <w:pPr>
        <w:spacing w:line="276" w:lineRule="auto"/>
      </w:pPr>
      <w:r w:rsidRPr="00F96E3E">
        <w:t>The final line strikes like a physical blow: "personal variables." Not even the dignity of acknowledgment as a person—just a variable, a factor to be controlled, an element that might destabilize the careful equation of peace. The Council has reduced whatever is happening between Valeria and me to a diplomatic risk factor.</w:t>
      </w:r>
    </w:p>
    <w:p w14:paraId="0774021C" w14:textId="77777777" w:rsidR="00F96E3E" w:rsidRPr="00F96E3E" w:rsidRDefault="00F96E3E" w:rsidP="00F96E3E">
      <w:pPr>
        <w:spacing w:line="276" w:lineRule="auto"/>
      </w:pPr>
      <w:r w:rsidRPr="00F96E3E">
        <w:t>I read it twice more, diplomatic training automatically parsing the layers of meaning. The measured tone barely conceals the warning. The offer of "extraction" is both safety net and threat—we can remove you if you've compromised yourself. The three-day timeline is deliberately tight, designed to force immediate action rather than careful consideration.</w:t>
      </w:r>
    </w:p>
    <w:p w14:paraId="0881ABDD" w14:textId="77777777" w:rsidR="00F96E3E" w:rsidRPr="00F96E3E" w:rsidRDefault="00F96E3E" w:rsidP="00F96E3E">
      <w:pPr>
        <w:spacing w:line="276" w:lineRule="auto"/>
      </w:pPr>
      <w:r w:rsidRPr="00F96E3E">
        <w:t>Most telling is what remains unwritten—no direct questions about the mark, about the kiss, about the way the wards respond when Valeria and I are together. Either their intelligence is incomplete, or they're waiting for me to incriminate myself through confession.</w:t>
      </w:r>
    </w:p>
    <w:p w14:paraId="71AAFFE5" w14:textId="77777777" w:rsidR="00F96E3E" w:rsidRPr="00F96E3E" w:rsidRDefault="00F96E3E" w:rsidP="00F96E3E">
      <w:pPr>
        <w:spacing w:line="276" w:lineRule="auto"/>
      </w:pPr>
      <w:r w:rsidRPr="00F96E3E">
        <w:t>The pressure builds behind my eyes, a dull ache that matches the hollow feeling expanding in my chest. I've served the Council faithfully for years, upholding my father's legacy with every carefully chosen word and strategic compromise. Now they watch me with the same suspicion they direct toward vampires, questioning not just my judgment but my loyalty.</w:t>
      </w:r>
    </w:p>
    <w:p w14:paraId="4827E063" w14:textId="77777777" w:rsidR="00F96E3E" w:rsidRPr="00F96E3E" w:rsidRDefault="00F96E3E" w:rsidP="00F96E3E">
      <w:pPr>
        <w:spacing w:line="276" w:lineRule="auto"/>
      </w:pPr>
      <w:r w:rsidRPr="00F96E3E">
        <w:t>Through our bond, I feel Valeria register the shift in my emotional state—a subtle darkening, like clouds gathering on the horizon. She doesn't turn, doesn't speak, but I sense her attention sharpen, focusing on me while maintaining the pretense of studying the silver instruments.</w:t>
      </w:r>
    </w:p>
    <w:p w14:paraId="3CD81AE5" w14:textId="77777777" w:rsidR="00F96E3E" w:rsidRPr="00F96E3E" w:rsidRDefault="00F96E3E" w:rsidP="00F96E3E">
      <w:pPr>
        <w:spacing w:line="276" w:lineRule="auto"/>
      </w:pPr>
      <w:r w:rsidRPr="00F96E3E">
        <w:t>"Is it recall?" she asks finally, her voice carefully neutral despite the tension I feel radiating through our connection.</w:t>
      </w:r>
    </w:p>
    <w:p w14:paraId="498C905E" w14:textId="77777777" w:rsidR="00F96E3E" w:rsidRPr="00F96E3E" w:rsidRDefault="00F96E3E" w:rsidP="00F96E3E">
      <w:pPr>
        <w:spacing w:line="276" w:lineRule="auto"/>
      </w:pPr>
      <w:r w:rsidRPr="00F96E3E">
        <w:t>I fold the letter precisely along its original creases, buying time to steady my voice before answering. "Not yet." The qualifier hangs between us, heavy with implication.</w:t>
      </w:r>
    </w:p>
    <w:p w14:paraId="308B436F" w14:textId="77777777" w:rsidR="00F96E3E" w:rsidRPr="00F96E3E" w:rsidRDefault="00F96E3E" w:rsidP="00F96E3E">
      <w:pPr>
        <w:spacing w:line="276" w:lineRule="auto"/>
      </w:pPr>
      <w:r w:rsidRPr="00F96E3E">
        <w:lastRenderedPageBreak/>
        <w:t>Now she does turn, royal mask firmly in place but eyes searching mine with an intensity that belies her composed expression. "Then we act before they decide for us."</w:t>
      </w:r>
    </w:p>
    <w:p w14:paraId="69A6D8A1" w14:textId="77777777" w:rsidR="00F96E3E" w:rsidRPr="00F96E3E" w:rsidRDefault="00F96E3E" w:rsidP="00F96E3E">
      <w:pPr>
        <w:spacing w:line="276" w:lineRule="auto"/>
      </w:pPr>
      <w:r w:rsidRPr="00F96E3E">
        <w:t>The simple statement contains volumes—acknowledgment of our shared predicament, recognition of the forces aligning against us, determination to maintain agency despite external pressure. Most importantly, the "we" that positions us as partners rather than adversaries, even as our respective councils might prefer the latter.</w:t>
      </w:r>
    </w:p>
    <w:p w14:paraId="40D19A7D" w14:textId="77777777" w:rsidR="00F96E3E" w:rsidRPr="00F96E3E" w:rsidRDefault="00F96E3E" w:rsidP="00F96E3E">
      <w:pPr>
        <w:spacing w:line="276" w:lineRule="auto"/>
      </w:pPr>
      <w:r w:rsidRPr="00F96E3E">
        <w:t>"They want a detailed report on ward fluctuations," I say, tapping the folded letter against my palm. "</w:t>
      </w:r>
      <w:proofErr w:type="gramStart"/>
      <w:r w:rsidRPr="00F96E3E">
        <w:t>Specifically</w:t>
      </w:r>
      <w:proofErr w:type="gramEnd"/>
      <w:r w:rsidRPr="00F96E3E">
        <w:t xml:space="preserve"> on any 'unusual resonance phenomena.'"</w:t>
      </w:r>
    </w:p>
    <w:p w14:paraId="44208CDE" w14:textId="77777777" w:rsidR="00F96E3E" w:rsidRPr="00F96E3E" w:rsidRDefault="00F96E3E" w:rsidP="00F96E3E">
      <w:pPr>
        <w:spacing w:line="276" w:lineRule="auto"/>
      </w:pPr>
      <w:r w:rsidRPr="00F96E3E">
        <w:t>A faint, dangerous smile touches Valeria's lips. "Then we shall give them exactly that. A complete accounting of the wards' response to human-vampire cooperation."</w:t>
      </w:r>
    </w:p>
    <w:p w14:paraId="2FC90A39" w14:textId="77777777" w:rsidR="00F96E3E" w:rsidRPr="00F96E3E" w:rsidRDefault="00F96E3E" w:rsidP="00F96E3E">
      <w:pPr>
        <w:spacing w:line="276" w:lineRule="auto"/>
      </w:pPr>
      <w:r w:rsidRPr="00F96E3E">
        <w:t>"Cooperation," I repeat, a small laugh escaping despite the weight in my chest. "Is that what we're calling it now?"</w:t>
      </w:r>
    </w:p>
    <w:p w14:paraId="4E9A03EC" w14:textId="77777777" w:rsidR="00F96E3E" w:rsidRPr="00F96E3E" w:rsidRDefault="00F96E3E" w:rsidP="00F96E3E">
      <w:pPr>
        <w:spacing w:line="276" w:lineRule="auto"/>
      </w:pPr>
      <w:r w:rsidRPr="00F96E3E">
        <w:t>"For diplomatic purposes," she agrees, the bond between us carrying currents of warmth beneath her formal tone. "Unless you prefer 'personal variables.'"</w:t>
      </w:r>
    </w:p>
    <w:p w14:paraId="05955F10" w14:textId="77777777" w:rsidR="00F96E3E" w:rsidRPr="00F96E3E" w:rsidRDefault="00F96E3E" w:rsidP="00F96E3E">
      <w:pPr>
        <w:spacing w:line="276" w:lineRule="auto"/>
      </w:pPr>
      <w:r w:rsidRPr="00F96E3E">
        <w:t>I wince at her perfect recall of the letter's wording—a reminder that vampire hearing likely caught every word despite her courteous distance. "They're afraid," I admit quietly. "Of what this means. Of what we might become."</w:t>
      </w:r>
    </w:p>
    <w:p w14:paraId="4E6C929F" w14:textId="77777777" w:rsidR="00F96E3E" w:rsidRPr="00F96E3E" w:rsidRDefault="00F96E3E" w:rsidP="00F96E3E">
      <w:pPr>
        <w:spacing w:line="276" w:lineRule="auto"/>
      </w:pPr>
      <w:r w:rsidRPr="00F96E3E">
        <w:t>"As well they should be," Valeria replies, but there's no malice in her voice—only the clear-eyed assessment of a ruler who has survived centuries by accurately reading political landscapes. "Change frightens those who benefit from stagnation."</w:t>
      </w:r>
    </w:p>
    <w:p w14:paraId="3641C53D" w14:textId="77777777" w:rsidR="00F96E3E" w:rsidRPr="00F96E3E" w:rsidRDefault="00F96E3E" w:rsidP="00F96E3E">
      <w:pPr>
        <w:spacing w:line="276" w:lineRule="auto"/>
      </w:pPr>
      <w:r w:rsidRPr="00F96E3E">
        <w:t>She moves toward me, stopping just short of touching distance. "The question, Diplomat Everhart, is whether you share their fear."</w:t>
      </w:r>
    </w:p>
    <w:p w14:paraId="14388915" w14:textId="77777777" w:rsidR="00F96E3E" w:rsidRPr="00F96E3E" w:rsidRDefault="00F96E3E" w:rsidP="00F96E3E">
      <w:pPr>
        <w:spacing w:line="276" w:lineRule="auto"/>
      </w:pPr>
      <w:r w:rsidRPr="00F96E3E">
        <w:t>I meet her gaze steadily, feeling the mark at my collarbone warm in response to her proximity. "I'm here, aren't I?"</w:t>
      </w:r>
    </w:p>
    <w:p w14:paraId="57EFAEE3" w14:textId="77777777" w:rsidR="00F96E3E" w:rsidRPr="00F96E3E" w:rsidRDefault="00F96E3E" w:rsidP="00F96E3E">
      <w:pPr>
        <w:spacing w:line="276" w:lineRule="auto"/>
      </w:pPr>
      <w:r w:rsidRPr="00F96E3E">
        <w:t>It's not a complete answer—we both know fear and courage often occupy the same space—but it's honest. Despite the Council's warnings, despite the political complications, I remain in Beaumont, wearing Valeria's clothes, bearing her mark, sharing her bond.</w:t>
      </w:r>
    </w:p>
    <w:p w14:paraId="21152683" w14:textId="77777777" w:rsidR="00F96E3E" w:rsidRPr="00F96E3E" w:rsidRDefault="00F96E3E" w:rsidP="00F96E3E">
      <w:pPr>
        <w:spacing w:line="276" w:lineRule="auto"/>
      </w:pPr>
      <w:r w:rsidRPr="00F96E3E">
        <w:t>"Then let us proceed," she says, offering her arm once more. "We have a court to face."</w:t>
      </w:r>
    </w:p>
    <w:p w14:paraId="43734695" w14:textId="77777777" w:rsidR="00F96E3E" w:rsidRPr="00F96E3E" w:rsidRDefault="00F96E3E" w:rsidP="00F96E3E">
      <w:pPr>
        <w:spacing w:line="276" w:lineRule="auto"/>
      </w:pPr>
      <w:r w:rsidRPr="00F96E3E">
        <w:t>I tuck the letter into a concealed pocket of the borrowed garment, its weight a reminder of the forces gathering against us. Yet as I place my hand on Valeria's arm, I find myself standing straighter, chin lifting in unconscious mirror of her royal bearing. Whatever comes next, we will meet it together—diplomat and queen, human and vampire, bound by something neither of our peoples yet understand.</w:t>
      </w:r>
    </w:p>
    <w:p w14:paraId="3867978C" w14:textId="77777777" w:rsidR="00F96E3E" w:rsidRPr="00F96E3E" w:rsidRDefault="00F96E3E" w:rsidP="00F96E3E">
      <w:pPr>
        <w:spacing w:line="276" w:lineRule="auto"/>
      </w:pPr>
      <w:r w:rsidRPr="00F96E3E">
        <w:lastRenderedPageBreak/>
        <w:t># Scene 5</w:t>
      </w:r>
    </w:p>
    <w:p w14:paraId="792DB265" w14:textId="77777777" w:rsidR="00F96E3E" w:rsidRPr="00F96E3E" w:rsidRDefault="00F96E3E" w:rsidP="00F96E3E">
      <w:pPr>
        <w:spacing w:line="276" w:lineRule="auto"/>
      </w:pPr>
      <w:r w:rsidRPr="00F96E3E">
        <w:t xml:space="preserve">The main corridors of Beaumont Palace extend like arteries from the royal chambers, black stone veined with silver ward channels that pulse with steady rhythm. Each step we take sets off subtle ripples of light overhead, the magical network announcing our passage more effectively than any royal herald. Valeria moves with measured grace beside </w:t>
      </w:r>
      <w:proofErr w:type="gramStart"/>
      <w:r w:rsidRPr="00F96E3E">
        <w:t>me,</w:t>
      </w:r>
      <w:proofErr w:type="gramEnd"/>
      <w:r w:rsidRPr="00F96E3E">
        <w:t xml:space="preserve"> her arm linked with mine in a gesture that might appear merely formal to distant observers but transmits steady reassurance through our connection. The treaty negotiations never prepared me for this—becoming physically tethered to the monarch I was sent to investigate, my diplomatic neutrality compromised by something neither human nor vampire fully understands.</w:t>
      </w:r>
    </w:p>
    <w:p w14:paraId="6921B30B" w14:textId="77777777" w:rsidR="00F96E3E" w:rsidRPr="00F96E3E" w:rsidRDefault="00F96E3E" w:rsidP="00F96E3E">
      <w:pPr>
        <w:spacing w:line="276" w:lineRule="auto"/>
      </w:pPr>
      <w:r w:rsidRPr="00F96E3E">
        <w:t>We pass beneath a major ward intersection, and the silver channels brighten dramatically, their usual subtle glow intensifying to brilliant illumination that casts our shadows in sharp relief against the polished floor. The light follows us like a living thing, advancing and retreating with our movements, creating the impression of a silent procession marking our path through the palace.</w:t>
      </w:r>
    </w:p>
    <w:p w14:paraId="4CDE8B7B" w14:textId="77777777" w:rsidR="00F96E3E" w:rsidRPr="00F96E3E" w:rsidRDefault="00F96E3E" w:rsidP="00F96E3E">
      <w:pPr>
        <w:spacing w:line="276" w:lineRule="auto"/>
      </w:pPr>
      <w:r w:rsidRPr="00F96E3E">
        <w:t>"They've never responded this way before?" I ask quietly, though I already know the answer.</w:t>
      </w:r>
    </w:p>
    <w:p w14:paraId="1099C966" w14:textId="77777777" w:rsidR="00F96E3E" w:rsidRPr="00F96E3E" w:rsidRDefault="00F96E3E" w:rsidP="00F96E3E">
      <w:pPr>
        <w:spacing w:line="276" w:lineRule="auto"/>
      </w:pPr>
      <w:r w:rsidRPr="00F96E3E">
        <w:t>"No," Valeria confirms, her voice pitched for my ears alone. "The wards reflect the sovereign's presence and authority. They have never acknowledged another."</w:t>
      </w:r>
    </w:p>
    <w:p w14:paraId="76D00E1E" w14:textId="77777777" w:rsidR="00F96E3E" w:rsidRPr="00F96E3E" w:rsidRDefault="00F96E3E" w:rsidP="00F96E3E">
      <w:pPr>
        <w:spacing w:line="276" w:lineRule="auto"/>
      </w:pPr>
      <w:r w:rsidRPr="00F96E3E">
        <w:t>Until me. The unspoken addition hangs between us as we continue toward the dining hall where the court awaits. I wonder briefly if this is how Valeria feels all the time—constantly tracked by the palace's magical nervous system, never truly unwatched, her every movement noted and broadcast through silver channels.</w:t>
      </w:r>
    </w:p>
    <w:p w14:paraId="26BA7A5A" w14:textId="77777777" w:rsidR="00F96E3E" w:rsidRPr="00F96E3E" w:rsidRDefault="00F96E3E" w:rsidP="00F96E3E">
      <w:pPr>
        <w:spacing w:line="276" w:lineRule="auto"/>
      </w:pPr>
      <w:r w:rsidRPr="00F96E3E">
        <w:t>The nobles we pass offer varied responses to our approach. Some bow deeply, more deeply than protocol requires, their eyes fixed on the floor as if afraid to look directly at us. Others incline their heads with bare minimum acknowledgment, their stiffness betraying disapproval beneath the veneer of respect. A few stare openly, curiosity overriding centuries of cultivated restraint.</w:t>
      </w:r>
    </w:p>
    <w:p w14:paraId="5AF4A649" w14:textId="77777777" w:rsidR="00F96E3E" w:rsidRPr="00F96E3E" w:rsidRDefault="00F96E3E" w:rsidP="00F96E3E">
      <w:pPr>
        <w:spacing w:line="276" w:lineRule="auto"/>
      </w:pPr>
      <w:r w:rsidRPr="00F96E3E">
        <w:t xml:space="preserve">One ancient vampire with silver-streaked hair </w:t>
      </w:r>
      <w:proofErr w:type="gramStart"/>
      <w:r w:rsidRPr="00F96E3E">
        <w:t>actually stops</w:t>
      </w:r>
      <w:proofErr w:type="gramEnd"/>
      <w:r w:rsidRPr="00F96E3E">
        <w:t xml:space="preserve"> in his tracks, eyes widening fractionally as we pass—the vampire equivalent of open-mouthed shock. The ward channels directly above him brighten in response to our proximity, casting his pale face in stark illumination. He recovers quickly, offering a formal bow, but the momentary lapse speaks volumes.</w:t>
      </w:r>
    </w:p>
    <w:p w14:paraId="769C2551" w14:textId="77777777" w:rsidR="00F96E3E" w:rsidRPr="00F96E3E" w:rsidRDefault="00F96E3E" w:rsidP="00F96E3E">
      <w:pPr>
        <w:spacing w:line="276" w:lineRule="auto"/>
      </w:pPr>
      <w:r w:rsidRPr="00F96E3E">
        <w:t xml:space="preserve">Through our bond, I perceive Valeria's attitude—protective, watchful, contained. She anticipates threat from all directions, not physical danger but political challenge. Each noble we pass represents a potential complication, a faction to be managed, an opinion to be swayed. Her </w:t>
      </w:r>
      <w:r w:rsidRPr="00F96E3E">
        <w:lastRenderedPageBreak/>
        <w:t>awareness extends in all directions, noting who watches too closely and who deliberately avoids looking, cataloging reactions for later consideration. Despite this vigilance, I feel her subtle positioning—always keeping herself between me and those she trusts least.</w:t>
      </w:r>
    </w:p>
    <w:p w14:paraId="5F509CB8" w14:textId="77777777" w:rsidR="00F96E3E" w:rsidRPr="00F96E3E" w:rsidRDefault="00F96E3E" w:rsidP="00F96E3E">
      <w:pPr>
        <w:spacing w:line="276" w:lineRule="auto"/>
      </w:pPr>
      <w:r w:rsidRPr="00F96E3E">
        <w:t>Whispers follow in our wake, too low for human hearing but undoubtedly discussing the unprecedented sight before them: their queen and a human diplomat walking arm-in-arm, the ward channels responding to both as if no distinction exists between vampire sovereign and mortal visitor. Even more telling must be my attire—Valeria's private garments, not the formal diplomatic robes I've worn since arriving. The implications would be impossible to miss.</w:t>
      </w:r>
    </w:p>
    <w:p w14:paraId="32992845" w14:textId="77777777" w:rsidR="00F96E3E" w:rsidRPr="00F96E3E" w:rsidRDefault="00F96E3E" w:rsidP="00F96E3E">
      <w:pPr>
        <w:spacing w:line="276" w:lineRule="auto"/>
      </w:pPr>
      <w:r w:rsidRPr="00F96E3E">
        <w:t>I realize with sudden clarity that they're not truly looking at my face, my features, me as an individual. They're looking at what I represent—a human who has somehow penetrated the boundary between species, who bears their queen's mark, who commands response from the ancient magic of Beaumont itself. To some I embody threat; to others, opportunity; to all, disruption of the established order.</w:t>
      </w:r>
    </w:p>
    <w:p w14:paraId="38AAA859" w14:textId="77777777" w:rsidR="00F96E3E" w:rsidRPr="00F96E3E" w:rsidRDefault="00F96E3E" w:rsidP="00F96E3E">
      <w:pPr>
        <w:spacing w:line="276" w:lineRule="auto"/>
      </w:pPr>
      <w:r w:rsidRPr="00F96E3E">
        <w:t>"They're trying to decide what I am," I murmur, careful to maintain the neutral expression that diplomatic training etched into muscle memory. "Threat or asset. Victim or infiltrator."</w:t>
      </w:r>
    </w:p>
    <w:p w14:paraId="06092A8A" w14:textId="77777777" w:rsidR="00F96E3E" w:rsidRPr="00F96E3E" w:rsidRDefault="00F96E3E" w:rsidP="00F96E3E">
      <w:pPr>
        <w:spacing w:line="276" w:lineRule="auto"/>
      </w:pPr>
      <w:r w:rsidRPr="00F96E3E">
        <w:t>Valeria's lips barely move as she responds, "They're trying to decide what we are. Together."</w:t>
      </w:r>
    </w:p>
    <w:p w14:paraId="28B19932" w14:textId="77777777" w:rsidR="00F96E3E" w:rsidRPr="00F96E3E" w:rsidRDefault="00F96E3E" w:rsidP="00F96E3E">
      <w:pPr>
        <w:spacing w:line="276" w:lineRule="auto"/>
      </w:pPr>
      <w:r w:rsidRPr="00F96E3E">
        <w:t>The distinction matters. This isn't just about me or my mysterious connection to the wards. It's about what happens when human and vampire form bonds that transcend diplomatic agreements and formal treaties—when cooperation becomes something organic rather than negotiated.</w:t>
      </w:r>
    </w:p>
    <w:p w14:paraId="404EDB52" w14:textId="77777777" w:rsidR="00F96E3E" w:rsidRPr="00F96E3E" w:rsidRDefault="00F96E3E" w:rsidP="00F96E3E">
      <w:pPr>
        <w:spacing w:line="276" w:lineRule="auto"/>
      </w:pPr>
      <w:r w:rsidRPr="00F96E3E">
        <w:t>"Eyes forward," Valeria murmurs as we approach another cluster of nobles whose conversation dies abruptly at our approach. "Let them wonder."</w:t>
      </w:r>
    </w:p>
    <w:p w14:paraId="2C40AF8F" w14:textId="77777777" w:rsidR="00F96E3E" w:rsidRPr="00F96E3E" w:rsidRDefault="00F96E3E" w:rsidP="00F96E3E">
      <w:pPr>
        <w:spacing w:line="276" w:lineRule="auto"/>
      </w:pPr>
      <w:r w:rsidRPr="00F96E3E">
        <w:t>The ward channels overhead brighten once more as we pass beneath them, their silver light casting everything in cool, clear illumination that reveals every detail of our linked arms, matching pace, physical proximity that exceeds diplomatic protocol. Let them wonder, indeed. The evidence surrounds us, written in light and magic for all to see.</w:t>
      </w:r>
    </w:p>
    <w:p w14:paraId="489BC176" w14:textId="77777777" w:rsidR="00F96E3E" w:rsidRPr="00F96E3E" w:rsidRDefault="00F96E3E" w:rsidP="00F96E3E">
      <w:pPr>
        <w:spacing w:line="276" w:lineRule="auto"/>
      </w:pPr>
      <w:r w:rsidRPr="00F96E3E">
        <w:t>I straighten my spine, lifting my chin slightly as we continue down the corridor. If I am to be observed and judged, let it be as someone worthy of the connection I bear—not a diplomat cowed by scrutiny or a human intimidated by vampire attention. Whatever this mark means, whatever our bond signifies, I wear it now without apology or explanation.</w:t>
      </w:r>
    </w:p>
    <w:p w14:paraId="1A59B4C5" w14:textId="77777777" w:rsidR="00F96E3E" w:rsidRPr="00F96E3E" w:rsidRDefault="00F96E3E" w:rsidP="00F96E3E">
      <w:pPr>
        <w:spacing w:line="276" w:lineRule="auto"/>
      </w:pPr>
      <w:r w:rsidRPr="00F96E3E">
        <w:t xml:space="preserve">The irony doesn't escape me as we approach the dining hall where the full court awaits. I crossed the treaty line to protect peace between our peoples. I arrived at Beaumont determined to investigate ward fluctuations and maintain the delicate balance established by the Crimson </w:t>
      </w:r>
      <w:r w:rsidRPr="00F96E3E">
        <w:lastRenderedPageBreak/>
        <w:t>Accord. Now, somehow, I have become that peace—physically embodying the connection between human and vampire in ways the treaty writers never imagined possible.</w:t>
      </w:r>
    </w:p>
    <w:p w14:paraId="7E78A86E" w14:textId="77777777" w:rsidR="00F96E3E" w:rsidRPr="00F96E3E" w:rsidRDefault="00F96E3E" w:rsidP="00F96E3E">
      <w:pPr>
        <w:spacing w:line="276" w:lineRule="auto"/>
      </w:pPr>
      <w:r w:rsidRPr="00F96E3E">
        <w:t>The thought settles in my mind as Valeria pauses before the massive doors of the dining hall, our linked arms creating a physical manifestation of the bridge between our worlds. I didn't realize I would become it, I think, feeling the mark pulse beneath my borrowed clothing. I came to protect peace. I didn't realize I would become it.</w:t>
      </w:r>
    </w:p>
    <w:p w14:paraId="75E26D02" w14:textId="77777777" w:rsidR="00F96E3E" w:rsidRPr="00F96E3E" w:rsidRDefault="00F96E3E" w:rsidP="00F96E3E">
      <w:pPr>
        <w:spacing w:line="276" w:lineRule="auto"/>
      </w:pPr>
      <w:r w:rsidRPr="00F96E3E">
        <w:t>The ward channels above the doorway brighten in anticipation as the attendants move to open the heavy doors. Valeria's eyes meet mine briefly, a silent question passing between us through our bond. I give a slight nod in response. Ready or not, we step forward together.</w:t>
      </w:r>
    </w:p>
    <w:p w14:paraId="0A7CD8E5" w14:textId="77777777" w:rsidR="00F96E3E" w:rsidRPr="00F96E3E" w:rsidRDefault="00F96E3E" w:rsidP="00F96E3E">
      <w:pPr>
        <w:spacing w:line="276" w:lineRule="auto"/>
      </w:pPr>
      <w:r w:rsidRPr="00F96E3E">
        <w:t># Scene 6</w:t>
      </w:r>
    </w:p>
    <w:p w14:paraId="729983B5" w14:textId="77777777" w:rsidR="00F96E3E" w:rsidRPr="00F96E3E" w:rsidRDefault="00F96E3E" w:rsidP="00F96E3E">
      <w:pPr>
        <w:spacing w:line="276" w:lineRule="auto"/>
      </w:pPr>
      <w:r w:rsidRPr="00F96E3E">
        <w:t>The dining hall falls silent the moment we enter, conversation dying mid-syllable as if severed by a blade. This vast chamber, with its soaring ceilings and ancient stone walls lined with centuries of vampire history, suddenly feels airless despite its scale. Ward channels trace elaborate patterns overhead, pulsing with silver light that intensifies as we step fully into the room. Every eye tracks our movement—nobles seated at the long table, attendants positioned along the walls, guards stationed at strategic intervals. Their collective focus creates almost physical pressure, curiosity and calculation mingling into something palpable.</w:t>
      </w:r>
    </w:p>
    <w:p w14:paraId="065EB1A4" w14:textId="77777777" w:rsidR="00F96E3E" w:rsidRPr="00F96E3E" w:rsidRDefault="00F96E3E" w:rsidP="00F96E3E">
      <w:pPr>
        <w:spacing w:line="276" w:lineRule="auto"/>
      </w:pPr>
      <w:r w:rsidRPr="00F96E3E">
        <w:t xml:space="preserve">Valeria moves forward with unhurried confidence, her pace deliberately measured as she approaches the head of the table. I match her steps </w:t>
      </w:r>
      <w:proofErr w:type="gramStart"/>
      <w:r w:rsidRPr="00F96E3E">
        <w:t>precisely,</w:t>
      </w:r>
      <w:proofErr w:type="gramEnd"/>
      <w:r w:rsidRPr="00F96E3E">
        <w:t xml:space="preserve"> our arms still linked in formal escort position. The ward channels above follow our progress, brightening as we pass beneath them in a rippling wave of silver luminescence that cannot be ignored or explained away.</w:t>
      </w:r>
    </w:p>
    <w:p w14:paraId="79D18FDB" w14:textId="77777777" w:rsidR="00F96E3E" w:rsidRPr="00F96E3E" w:rsidRDefault="00F96E3E" w:rsidP="00F96E3E">
      <w:pPr>
        <w:spacing w:line="276" w:lineRule="auto"/>
      </w:pPr>
      <w:r w:rsidRPr="00F96E3E">
        <w:t>When we reach the head of the table, Valeria releases my arm with a subtle gesture that nonetheless carries unmistakable significance. Instead of directing me to the diplomatic seating position—three places down on the right, where visitors of importance are traditionally placed—she indicates the chair immediately to her right, the position reserved for royal consorts or highest-ranking advisors.</w:t>
      </w:r>
    </w:p>
    <w:p w14:paraId="7788B5FF" w14:textId="77777777" w:rsidR="00F96E3E" w:rsidRPr="00F96E3E" w:rsidRDefault="00F96E3E" w:rsidP="00F96E3E">
      <w:pPr>
        <w:spacing w:line="276" w:lineRule="auto"/>
      </w:pPr>
      <w:r w:rsidRPr="00F96E3E">
        <w:t>I take the seat without hesitation, understanding exactly what message this arrangement sends to the assembled court. This is not happenstance or diplomatic courtesy. This is deliberate positioning—Valeria placing me literally at her right hand, elevating my status beyond mere visiting diplomat. The fabric of her borrowed garment shifts against my skin as I sit, another layer of visible connection between us that the court cannot fail to notice.</w:t>
      </w:r>
    </w:p>
    <w:p w14:paraId="52BAF7FD" w14:textId="77777777" w:rsidR="00F96E3E" w:rsidRPr="00F96E3E" w:rsidRDefault="00F96E3E" w:rsidP="00F96E3E">
      <w:pPr>
        <w:spacing w:line="276" w:lineRule="auto"/>
      </w:pPr>
      <w:r w:rsidRPr="00F96E3E">
        <w:t xml:space="preserve">Across the table, Lord Ardent watches our every move with the focused attention of a predator assessing potential threats. His silver eyes reflect the ward light overhead, making them appear to glow from within. When everyone else has settled into wary silence, he inclines his </w:t>
      </w:r>
      <w:r w:rsidRPr="00F96E3E">
        <w:lastRenderedPageBreak/>
        <w:t>head with precise formality that somehow manages to convey both respect and challenge simultaneously.</w:t>
      </w:r>
    </w:p>
    <w:p w14:paraId="69C88497" w14:textId="77777777" w:rsidR="00F96E3E" w:rsidRPr="00F96E3E" w:rsidRDefault="00F96E3E" w:rsidP="00F96E3E">
      <w:pPr>
        <w:spacing w:line="276" w:lineRule="auto"/>
      </w:pPr>
      <w:r w:rsidRPr="00F96E3E">
        <w:t>"Your Majesty," he begins, his voice carrying easily through the quiet hall, "the wards were... enthusiastic last night."</w:t>
      </w:r>
    </w:p>
    <w:p w14:paraId="4C939355" w14:textId="77777777" w:rsidR="00F96E3E" w:rsidRPr="00F96E3E" w:rsidRDefault="00F96E3E" w:rsidP="00F96E3E">
      <w:pPr>
        <w:spacing w:line="276" w:lineRule="auto"/>
      </w:pPr>
      <w:r w:rsidRPr="00F96E3E">
        <w:t>The deliberate pause before "enthusiastic" sends a ripple through the room. Some nobles cough delicately behind raised hands, while others don't bother hiding their knowing smiles. The double meaning hangs in the air—the wards' reaction serving as proxy for discussing what might have transpired between Valeria and me in private.</w:t>
      </w:r>
    </w:p>
    <w:p w14:paraId="54881518" w14:textId="77777777" w:rsidR="00F96E3E" w:rsidRPr="00F96E3E" w:rsidRDefault="00F96E3E" w:rsidP="00F96E3E">
      <w:pPr>
        <w:spacing w:line="276" w:lineRule="auto"/>
      </w:pPr>
      <w:r w:rsidRPr="00F96E3E">
        <w:t>I maintain diplomatic neutrality in my expression, though I feel heat rising to my face. The mark at my collarbone pulses once, sharply, and the ward channel directly above our seats brightens in response. This visible confirmation of our connection only intensifies the court's fascination, drawing all eyes to the ceiling and then back to us with renewed interest.</w:t>
      </w:r>
    </w:p>
    <w:p w14:paraId="039E252C" w14:textId="77777777" w:rsidR="00F96E3E" w:rsidRPr="00F96E3E" w:rsidRDefault="00F96E3E" w:rsidP="00F96E3E">
      <w:pPr>
        <w:spacing w:line="276" w:lineRule="auto"/>
      </w:pPr>
      <w:r w:rsidRPr="00F96E3E">
        <w:t>"The ward system's behavior has been consistent with the investigation's progress," Valeria replies, her tone revealing nothing beyond mild interest in a technical matter. "Stability is returning to the network."</w:t>
      </w:r>
    </w:p>
    <w:p w14:paraId="6504A83A" w14:textId="77777777" w:rsidR="00F96E3E" w:rsidRPr="00F96E3E" w:rsidRDefault="00F96E3E" w:rsidP="00F96E3E">
      <w:pPr>
        <w:spacing w:line="276" w:lineRule="auto"/>
      </w:pPr>
      <w:r w:rsidRPr="00F96E3E">
        <w:t>"Indeed," Ardent agrees with silky politeness. "Such remarkable stability in the presence of our... distinguished visitor." His gaze shifts to me, assessing and cold. "One might almost call it unprecedented."</w:t>
      </w:r>
    </w:p>
    <w:p w14:paraId="7EB6AF74" w14:textId="77777777" w:rsidR="00F96E3E" w:rsidRPr="00F96E3E" w:rsidRDefault="00F96E3E" w:rsidP="00F96E3E">
      <w:pPr>
        <w:spacing w:line="276" w:lineRule="auto"/>
      </w:pPr>
      <w:r w:rsidRPr="00F96E3E">
        <w:t>"One might," Valeria acknowledges, accepting a goblet from an attendant without looking away from Ardent. "If one's memory extended back only a few centuries."</w:t>
      </w:r>
    </w:p>
    <w:p w14:paraId="4175F50B" w14:textId="77777777" w:rsidR="00F96E3E" w:rsidRPr="00F96E3E" w:rsidRDefault="00F96E3E" w:rsidP="00F96E3E">
      <w:pPr>
        <w:spacing w:line="276" w:lineRule="auto"/>
      </w:pPr>
      <w:r w:rsidRPr="00F96E3E">
        <w:t>The subtle reminder of her far greater age—and by extension, her deeper knowledge of Beaumont's history—lands precisely as intended. Several elder vampires nod slightly, while younger nobles exchange glances, recognizing the veiled reprimand.</w:t>
      </w:r>
    </w:p>
    <w:p w14:paraId="6546833B" w14:textId="77777777" w:rsidR="00F96E3E" w:rsidRPr="00F96E3E" w:rsidRDefault="00F96E3E" w:rsidP="00F96E3E">
      <w:pPr>
        <w:spacing w:line="276" w:lineRule="auto"/>
      </w:pPr>
      <w:r w:rsidRPr="00F96E3E">
        <w:t>Undeterred, Ardent continues, "If the diplomat's presence stabilizes Beaumont's defenses, perhaps a formal demonstration in the Nexus chamber would reassure the court." His suggestion carries perfect reasonableness in tone, though the intent beneath is anything but benign. "Many would welcome the opportunity to witness this phenomenon directly. For security purposes, of course."</w:t>
      </w:r>
    </w:p>
    <w:p w14:paraId="5D255F46" w14:textId="77777777" w:rsidR="00F96E3E" w:rsidRPr="00F96E3E" w:rsidRDefault="00F96E3E" w:rsidP="00F96E3E">
      <w:pPr>
        <w:spacing w:line="276" w:lineRule="auto"/>
      </w:pPr>
      <w:r w:rsidRPr="00F96E3E">
        <w:t>The Nexus chamber—where all ward channels converge at the mountain's heart, where Beaumont's most powerful magic concentrates. I've heard it mentioned in hushed tones but never seen it referenced in any treaty document or diplomatic brief. The request is audacious, proposing that I—a human—be brought into vampire sovereign territory's most sacred magical center.</w:t>
      </w:r>
    </w:p>
    <w:p w14:paraId="7DC4EF65" w14:textId="77777777" w:rsidR="00F96E3E" w:rsidRPr="00F96E3E" w:rsidRDefault="00F96E3E" w:rsidP="00F96E3E">
      <w:pPr>
        <w:spacing w:line="276" w:lineRule="auto"/>
      </w:pPr>
      <w:r w:rsidRPr="00F96E3E">
        <w:lastRenderedPageBreak/>
        <w:t>But more disturbing is the underlying implication: Let us test this connection. Let us see how the human responds to concentrated ward energy. Let us determine what she truly is to our queen and our defenses.</w:t>
      </w:r>
    </w:p>
    <w:p w14:paraId="0720F646" w14:textId="77777777" w:rsidR="00F96E3E" w:rsidRPr="00F96E3E" w:rsidRDefault="00F96E3E" w:rsidP="00F96E3E">
      <w:pPr>
        <w:spacing w:line="276" w:lineRule="auto"/>
      </w:pPr>
      <w:r w:rsidRPr="00F96E3E">
        <w:t>Around the table, nobles lean forward slightly, anticipation visible even through centuries of practiced restraint. This is what they've been wondering since word spread of the wards' reaction to me—what happens when this strange human-vampire connection meets Beaumont's most powerful magic?</w:t>
      </w:r>
    </w:p>
    <w:p w14:paraId="16948338" w14:textId="77777777" w:rsidR="00F96E3E" w:rsidRPr="00F96E3E" w:rsidRDefault="00F96E3E" w:rsidP="00F96E3E">
      <w:pPr>
        <w:spacing w:line="276" w:lineRule="auto"/>
      </w:pPr>
      <w:r w:rsidRPr="00F96E3E">
        <w:t>Valeria doesn't hesitate. "My court does not experiment with its sovereign magic for entertainment," she states, her voice carrying quiet authority that fills the hall more effectively than a shout. "Reassurance is earned through loyalty. Not spectacle."</w:t>
      </w:r>
    </w:p>
    <w:p w14:paraId="5A7AC020" w14:textId="77777777" w:rsidR="00F96E3E" w:rsidRPr="00F96E3E" w:rsidRDefault="00F96E3E" w:rsidP="00F96E3E">
      <w:pPr>
        <w:spacing w:line="276" w:lineRule="auto"/>
      </w:pPr>
      <w:r w:rsidRPr="00F96E3E">
        <w:t>The rebuke lands with precision. Several nobles straighten in their seats, suitably chastened, while others exchange glances that communicate volumes of political calculation.</w:t>
      </w:r>
    </w:p>
    <w:p w14:paraId="32298216" w14:textId="77777777" w:rsidR="00F96E3E" w:rsidRPr="00F96E3E" w:rsidRDefault="00F96E3E" w:rsidP="00F96E3E">
      <w:pPr>
        <w:spacing w:line="276" w:lineRule="auto"/>
      </w:pPr>
      <w:r w:rsidRPr="00F96E3E">
        <w:t>"Of course, Your Majesty," Ardent responds smoothly. "I merely suggested what many were thinking." His gaze slides to me. "The treaty does specify transparency regarding ward functionality."</w:t>
      </w:r>
    </w:p>
    <w:p w14:paraId="7D70667F" w14:textId="77777777" w:rsidR="00F96E3E" w:rsidRPr="00F96E3E" w:rsidRDefault="00F96E3E" w:rsidP="00F96E3E">
      <w:pPr>
        <w:spacing w:line="276" w:lineRule="auto"/>
      </w:pPr>
      <w:r w:rsidRPr="00F96E3E">
        <w:t>The observation strikes uncomfortably close to the letter hidden in my pocket. The humans would support this, I realize with sudden clarity. They would endorse testing, observation, documentation. Transparency, control, testing—the very language my council used.</w:t>
      </w:r>
    </w:p>
    <w:p w14:paraId="5C19148A" w14:textId="77777777" w:rsidR="00F96E3E" w:rsidRPr="00F96E3E" w:rsidRDefault="00F96E3E" w:rsidP="00F96E3E">
      <w:pPr>
        <w:spacing w:line="276" w:lineRule="auto"/>
      </w:pPr>
      <w:r w:rsidRPr="00F96E3E">
        <w:t xml:space="preserve">For the first time, I see the disturbing parallel between Lord </w:t>
      </w:r>
      <w:proofErr w:type="spellStart"/>
      <w:r w:rsidRPr="00F96E3E">
        <w:t>Ardent's</w:t>
      </w:r>
      <w:proofErr w:type="spellEnd"/>
      <w:r w:rsidRPr="00F96E3E">
        <w:t xml:space="preserve"> request and my own council's demands. Different motivations, perhaps, but identical approaches—treat the bond as something to be studied, measured, controlled rather than respected. Both sides want to reduce whatever exists between Valeria and me to a phenomenon rather than a connection, a resource rather than a relationship.</w:t>
      </w:r>
    </w:p>
    <w:p w14:paraId="4935DC75" w14:textId="77777777" w:rsidR="00F96E3E" w:rsidRPr="00F96E3E" w:rsidRDefault="00F96E3E" w:rsidP="00F96E3E">
      <w:pPr>
        <w:spacing w:line="276" w:lineRule="auto"/>
      </w:pPr>
      <w:r w:rsidRPr="00F96E3E">
        <w:t>"The treaty specifies many things," I find myself saying, voice steady despite the realization churning in my stomach. "Including respect for sovereign magical systems and their authorized operators."</w:t>
      </w:r>
    </w:p>
    <w:p w14:paraId="325744AE" w14:textId="77777777" w:rsidR="00F96E3E" w:rsidRPr="00F96E3E" w:rsidRDefault="00F96E3E" w:rsidP="00F96E3E">
      <w:pPr>
        <w:spacing w:line="276" w:lineRule="auto"/>
      </w:pPr>
      <w:r w:rsidRPr="00F96E3E">
        <w:t>I feel Valeria's surprise through our bond—not at my knowledge of treaty provisions, but at my willingness to cite them in defense of vampire sovereignty rather than human oversight. The ward channels overhead pulse once, synchronizing with our shared moment of understanding.</w:t>
      </w:r>
    </w:p>
    <w:p w14:paraId="58F28853" w14:textId="77777777" w:rsidR="00F96E3E" w:rsidRPr="00F96E3E" w:rsidRDefault="00F96E3E" w:rsidP="00F96E3E">
      <w:pPr>
        <w:spacing w:line="276" w:lineRule="auto"/>
      </w:pPr>
      <w:proofErr w:type="spellStart"/>
      <w:r w:rsidRPr="00F96E3E">
        <w:t>Ardent's</w:t>
      </w:r>
      <w:proofErr w:type="spellEnd"/>
      <w:r w:rsidRPr="00F96E3E">
        <w:t xml:space="preserve"> expression doesn't change, but his eyes narrow fractionally. "How fortunate that Beaumont has found such a... dedicated interpreter of treaty language."</w:t>
      </w:r>
    </w:p>
    <w:p w14:paraId="6B64AC12" w14:textId="77777777" w:rsidR="00F96E3E" w:rsidRPr="00F96E3E" w:rsidRDefault="00F96E3E" w:rsidP="00F96E3E">
      <w:pPr>
        <w:spacing w:line="276" w:lineRule="auto"/>
      </w:pPr>
      <w:r w:rsidRPr="00F96E3E">
        <w:t xml:space="preserve">Servants begin placing breakfast dishes before each guest, the routine activity breaking some of the tension in the room. Traditional fare for vampires—dark red liquid in crystal </w:t>
      </w:r>
      <w:r w:rsidRPr="00F96E3E">
        <w:lastRenderedPageBreak/>
        <w:t>goblets—alongside more substantial offerings for the palace's rare human visitor. I notice the portions arranged with particular care this morning, the presentation more elaborate than previous meals.</w:t>
      </w:r>
    </w:p>
    <w:p w14:paraId="102A192A" w14:textId="77777777" w:rsidR="00F96E3E" w:rsidRPr="00F96E3E" w:rsidRDefault="00F96E3E" w:rsidP="00F96E3E">
      <w:pPr>
        <w:spacing w:line="276" w:lineRule="auto"/>
      </w:pPr>
      <w:r w:rsidRPr="00F96E3E">
        <w:t xml:space="preserve">Through our bond, I feel Valeria's controlled anger sharpening around her like an invisible blade. She maintains perfect composure, engaging a noble to her left in appropriate morning conversation, but beneath the social veneer burns fury at </w:t>
      </w:r>
      <w:proofErr w:type="spellStart"/>
      <w:r w:rsidRPr="00F96E3E">
        <w:t>Ardent's</w:t>
      </w:r>
      <w:proofErr w:type="spellEnd"/>
      <w:r w:rsidRPr="00F96E3E">
        <w:t xml:space="preserve"> presumption. The sensation is both foreign and familiar—not my emotion but perfectly perceptible through our connection, as if I'm feeling the heat from a fire burning in an adjacent room.</w:t>
      </w:r>
    </w:p>
    <w:p w14:paraId="3A142604" w14:textId="77777777" w:rsidR="00F96E3E" w:rsidRPr="00F96E3E" w:rsidRDefault="00F96E3E" w:rsidP="00F96E3E">
      <w:pPr>
        <w:spacing w:line="276" w:lineRule="auto"/>
      </w:pPr>
      <w:r w:rsidRPr="00F96E3E">
        <w:t xml:space="preserve">I sense Lord </w:t>
      </w:r>
      <w:proofErr w:type="spellStart"/>
      <w:r w:rsidRPr="00F96E3E">
        <w:t>Ardent's</w:t>
      </w:r>
      <w:proofErr w:type="spellEnd"/>
      <w:r w:rsidRPr="00F96E3E">
        <w:t xml:space="preserve"> thin current of satisfaction beneath his formal exterior. He didn't expect Valeria to agree to his suggestion—the request itself achieved his goal, planting seeds of doubt, encouraging questions about the nature of our connection, suggesting it should be tested rather than trusted.</w:t>
      </w:r>
    </w:p>
    <w:p w14:paraId="3203456A" w14:textId="77777777" w:rsidR="00F96E3E" w:rsidRPr="00F96E3E" w:rsidRDefault="00F96E3E" w:rsidP="00F96E3E">
      <w:pPr>
        <w:spacing w:line="276" w:lineRule="auto"/>
      </w:pPr>
      <w:r w:rsidRPr="00F96E3E">
        <w:t>Yet beneath these immediate tensions, I discern something else—a faint tug at the thread, awareness of another presence subtly pulling at events. Not Ardent, not any noble I can identify at the table, but something more distant, more diffuse. The sensation is gone almost before I can focus on it, leaving only the unsettling impression that more forces are at play than those visibly seated at this table.</w:t>
      </w:r>
    </w:p>
    <w:p w14:paraId="428AC4CE" w14:textId="77777777" w:rsidR="00F96E3E" w:rsidRPr="00F96E3E" w:rsidRDefault="00F96E3E" w:rsidP="00F96E3E">
      <w:pPr>
        <w:spacing w:line="276" w:lineRule="auto"/>
      </w:pPr>
      <w:r w:rsidRPr="00F96E3E">
        <w:t>I lift my cup, using the motion to scan the assembled nobles without appearing to study them. They've begun speaking again in measured tones about inconsequential matters, but their attention remains fixed on Valeria and me, on the ward channels that continue to pulse softly overhead, on the unprecedented sight of a human wearing royal garments and sitting at the queen's right hand.</w:t>
      </w:r>
    </w:p>
    <w:p w14:paraId="60ACEFBF" w14:textId="77777777" w:rsidR="00F96E3E" w:rsidRPr="00F96E3E" w:rsidRDefault="00F96E3E" w:rsidP="00F96E3E">
      <w:pPr>
        <w:spacing w:line="276" w:lineRule="auto"/>
      </w:pPr>
      <w:r w:rsidRPr="00F96E3E">
        <w:t>They're waiting, I realize. Waiting for the bond to reveal itself further, waiting for Valeria to explain what cannot be explained, waiting for me to prove myself either threat or asset to Beaumont. And beyond this room, beyond the mountain itself, the Human Council waits too—for reports, for explanations, for reassurance that their diplomat hasn't gone native, hasn't compromised the delicate balance of the Accord.</w:t>
      </w:r>
    </w:p>
    <w:p w14:paraId="65765537" w14:textId="77777777" w:rsidR="00F96E3E" w:rsidRPr="00F96E3E" w:rsidRDefault="00F96E3E" w:rsidP="00F96E3E">
      <w:pPr>
        <w:spacing w:line="276" w:lineRule="auto"/>
      </w:pPr>
      <w:r w:rsidRPr="00F96E3E">
        <w:t>Between these waiting factions, Valeria and I sit side by side, connected by something neither side fully understands or trusts. The weight of their collective scrutiny should feel crushing, yet somehow it strengthens my resolve. Let them watch. Let them wonder. Some things—the most important things—transcend politics and protocol entirely.</w:t>
      </w:r>
    </w:p>
    <w:p w14:paraId="07B00F3A" w14:textId="77777777" w:rsidR="00F96E3E" w:rsidRPr="00F96E3E" w:rsidRDefault="00F96E3E" w:rsidP="00F96E3E">
      <w:pPr>
        <w:spacing w:line="276" w:lineRule="auto"/>
      </w:pPr>
      <w:r w:rsidRPr="00F96E3E">
        <w:t># Scene 7</w:t>
      </w:r>
    </w:p>
    <w:p w14:paraId="0844DB4C" w14:textId="77777777" w:rsidR="00F96E3E" w:rsidRPr="00F96E3E" w:rsidRDefault="00F96E3E" w:rsidP="00F96E3E">
      <w:pPr>
        <w:spacing w:line="276" w:lineRule="auto"/>
      </w:pPr>
      <w:r w:rsidRPr="00F96E3E">
        <w:t xml:space="preserve">Breakfast continues with practiced civility laying thin veneer over churning undercurrents. I feel Valeria's anger through our bond—not wild or uncontrolled, but precisely honed, a blade kept carefully sheathed but no less deadly for its containment. She directs her </w:t>
      </w:r>
      <w:r w:rsidRPr="00F96E3E">
        <w:lastRenderedPageBreak/>
        <w:t>attention to diplomatic pleasantries with nobles seated nearby, her voice measured and appropriate, while beneath it all runs a current of protective fury that warms the mark at my collarbone like a banked ember suddenly stirred to life.</w:t>
      </w:r>
    </w:p>
    <w:p w14:paraId="549DA110" w14:textId="77777777" w:rsidR="00F96E3E" w:rsidRPr="00F96E3E" w:rsidRDefault="00F96E3E" w:rsidP="00F96E3E">
      <w:pPr>
        <w:spacing w:line="276" w:lineRule="auto"/>
      </w:pPr>
      <w:r w:rsidRPr="00F96E3E">
        <w:t>Across the table, Lord Ardent maintains perfect composure while radiating satisfaction through every carefully controlled gesture. His suggestion achieved exactly what he intended—not an actual demonstration in the Nexus chamber, but the planting of an idea, the suggestion that whatever exists between Valeria and me should be tested, measured, controlled. Now he sits back, silver eyes observing the ripples of his stone cast into still waters.</w:t>
      </w:r>
    </w:p>
    <w:p w14:paraId="3E38D454" w14:textId="77777777" w:rsidR="00F96E3E" w:rsidRPr="00F96E3E" w:rsidRDefault="00F96E3E" w:rsidP="00F96E3E">
      <w:pPr>
        <w:spacing w:line="276" w:lineRule="auto"/>
      </w:pPr>
      <w:r w:rsidRPr="00F96E3E">
        <w:t>I take a careful sip from my cup, using the motion to mask my observation of the assembled court. Diplomatic training has taught me to read rooms, to sense currents of power and influence. Here in Beaumont, that skill has sharpened to something almost preternatural, perhaps enhanced by my connection to Valeria and the wards themselves.</w:t>
      </w:r>
    </w:p>
    <w:p w14:paraId="25367B7A" w14:textId="77777777" w:rsidR="00F96E3E" w:rsidRPr="00F96E3E" w:rsidRDefault="00F96E3E" w:rsidP="00F96E3E">
      <w:pPr>
        <w:spacing w:line="276" w:lineRule="auto"/>
      </w:pPr>
      <w:r w:rsidRPr="00F96E3E">
        <w:t xml:space="preserve">Which is why the foreign sensation cuts through with such jarring clarity—a distinct tug at the thread binding Valeria and me, not originating from anyone in this room. Not </w:t>
      </w:r>
      <w:proofErr w:type="spellStart"/>
      <w:r w:rsidRPr="00F96E3E">
        <w:t>Ardent's</w:t>
      </w:r>
      <w:proofErr w:type="spellEnd"/>
      <w:r w:rsidRPr="00F96E3E">
        <w:t xml:space="preserve"> machinations, not Valeria's protective anger, not the collective curiosity of the court. Something else, someone else, pulling at events from a distance I cannot measure.</w:t>
      </w:r>
    </w:p>
    <w:p w14:paraId="362BAC72" w14:textId="77777777" w:rsidR="00F96E3E" w:rsidRPr="00F96E3E" w:rsidRDefault="00F96E3E" w:rsidP="00F96E3E">
      <w:pPr>
        <w:spacing w:line="276" w:lineRule="auto"/>
      </w:pPr>
      <w:r w:rsidRPr="00F96E3E">
        <w:t>The feeling lasts only seconds before fading like mist burned away by morning sun. I glance at Valeria, but her attention remains focused on maintaining royal composure before her court. The ward channels overhead continue their steady pulse, giving no indication they detected anything unusual. Yet the impression lingers—a third player moving pieces on a board I thought contained only two sides.</w:t>
      </w:r>
    </w:p>
    <w:p w14:paraId="448362F0" w14:textId="77777777" w:rsidR="00F96E3E" w:rsidRPr="00F96E3E" w:rsidRDefault="00F96E3E" w:rsidP="00F96E3E">
      <w:pPr>
        <w:spacing w:line="276" w:lineRule="auto"/>
      </w:pPr>
      <w:r w:rsidRPr="00F96E3E">
        <w:t>I force myself to continue eating, to engage in appropriate conversation with the noble to my right, to perform the role expected of a diplomat at court. But beneath the performance, questions multiply. Who else has stake or interest in the bond between vampire queen and human diplomat? Who might gain from either its strengthening or its severance?</w:t>
      </w:r>
    </w:p>
    <w:p w14:paraId="7F775CA3" w14:textId="77777777" w:rsidR="00F96E3E" w:rsidRPr="00F96E3E" w:rsidRDefault="00F96E3E" w:rsidP="00F96E3E">
      <w:pPr>
        <w:spacing w:line="276" w:lineRule="auto"/>
      </w:pPr>
      <w:r w:rsidRPr="00F96E3E">
        <w:t>Most disturbing of all—have they been there all along, watching, waiting, influencing from shadows beyond perception?</w:t>
      </w:r>
    </w:p>
    <w:p w14:paraId="2129D60C" w14:textId="77777777" w:rsidR="00F96E3E" w:rsidRPr="00F96E3E" w:rsidRDefault="00F96E3E" w:rsidP="00F96E3E">
      <w:pPr>
        <w:spacing w:line="276" w:lineRule="auto"/>
      </w:pPr>
      <w:r w:rsidRPr="00F96E3E">
        <w:t>---</w:t>
      </w:r>
    </w:p>
    <w:p w14:paraId="5D05555C" w14:textId="77777777" w:rsidR="00F96E3E" w:rsidRPr="00F96E3E" w:rsidRDefault="00F96E3E" w:rsidP="00F96E3E">
      <w:pPr>
        <w:spacing w:line="276" w:lineRule="auto"/>
      </w:pPr>
      <w:r w:rsidRPr="00F96E3E">
        <w:t>Night blankets Beaumont, transforming the palace's sharp angles into something softer, more mysterious. I sit alone in my chamber—not Valeria's private rooms where morning began, but my assigned diplomatic quarters in the eastern wing. The journey here required traversing half the palace, ward channels brightening with every step despite our attempts at discretion. By now, every resident of Beaumont must know something fundamental has shifted between their queen and the human diplomat.</w:t>
      </w:r>
    </w:p>
    <w:p w14:paraId="30A8A3CF" w14:textId="77777777" w:rsidR="00F96E3E" w:rsidRPr="00F96E3E" w:rsidRDefault="00F96E3E" w:rsidP="00F96E3E">
      <w:pPr>
        <w:spacing w:line="276" w:lineRule="auto"/>
      </w:pPr>
      <w:r w:rsidRPr="00F96E3E">
        <w:lastRenderedPageBreak/>
        <w:t xml:space="preserve">Candle flames cast dancing shadows across stone walls as I unfold the Human Council's letter for what must be the twentieth time today. The paper has already developed creases beyond its original folds from repeated handling. My fingers trace the elegant script, lingering over that </w:t>
      </w:r>
      <w:proofErr w:type="gramStart"/>
      <w:r w:rsidRPr="00F96E3E">
        <w:t>particular phrase</w:t>
      </w:r>
      <w:proofErr w:type="gramEnd"/>
      <w:r w:rsidRPr="00F96E3E">
        <w:t xml:space="preserve"> that continues to burn in my mind: "personal variables."</w:t>
      </w:r>
    </w:p>
    <w:p w14:paraId="50A0F991" w14:textId="77777777" w:rsidR="00F96E3E" w:rsidRPr="00F96E3E" w:rsidRDefault="00F96E3E" w:rsidP="00F96E3E">
      <w:pPr>
        <w:spacing w:line="276" w:lineRule="auto"/>
      </w:pPr>
      <w:r w:rsidRPr="00F96E3E">
        <w:t>The clinical coldness of it strikes deeper with each reading. To them, I am not Alice Everhart, diplomat and treaty-keeper, carrying on my father's legacy. I am not even a person making choices based on unprecedented circumstances. I am a variable—an element in an equation that must be balanced, a factor to be adjusted or removed if it threatens the desired outcome.</w:t>
      </w:r>
    </w:p>
    <w:p w14:paraId="4A930073" w14:textId="77777777" w:rsidR="00F96E3E" w:rsidRPr="00F96E3E" w:rsidRDefault="00F96E3E" w:rsidP="00F96E3E">
      <w:pPr>
        <w:spacing w:line="276" w:lineRule="auto"/>
      </w:pPr>
      <w:r w:rsidRPr="00F96E3E">
        <w:t>The candle flame wavers as I exhale slowly, trying to release the knot of tension gathering between my shoulders. Outside my window, Beaumont's ward channels trace silver pathways across black stone, their steady glow a counterpoint to my internal turbulence. They respond to me now even at this distance from Valeria—not dramatically as when we're together, but noticeably enough that servants give my quarters a wider berth than protocol requires.</w:t>
      </w:r>
    </w:p>
    <w:p w14:paraId="04850E47" w14:textId="77777777" w:rsidR="00F96E3E" w:rsidRPr="00F96E3E" w:rsidRDefault="00F96E3E" w:rsidP="00F96E3E">
      <w:pPr>
        <w:spacing w:line="276" w:lineRule="auto"/>
      </w:pPr>
      <w:r w:rsidRPr="00F96E3E">
        <w:t>I fold the letter again, aligning its edges with precise movements that ground me in the physical world when thoughts threaten to spiral. "The stability of the Accord must not become entangled with personal variables." The sentence loops through my mind, clinical language disguising the personal betrayal beneath. I was sent here to investigate disruptions, to protect the treaty, to ensure continued peace between our peoples. Now I've become the disruption my Council fears.</w:t>
      </w:r>
    </w:p>
    <w:p w14:paraId="7F816CBE" w14:textId="77777777" w:rsidR="00F96E3E" w:rsidRPr="00F96E3E" w:rsidRDefault="00F96E3E" w:rsidP="00F96E3E">
      <w:pPr>
        <w:spacing w:line="276" w:lineRule="auto"/>
      </w:pPr>
      <w:r w:rsidRPr="00F96E3E">
        <w:t>The mark at my collarbone warms suddenly, a gentle pulse of heat that spreads through my chest. Though Valeria remains elsewhere in the palace, our connection stretches between us like an invisible thread, transmitting awareness if not specific thoughts. Is she thinking of me now, as I sit alone with this letter? Does she sense my distress through the bond as clearly as I felt her anger this morning?</w:t>
      </w:r>
    </w:p>
    <w:p w14:paraId="2335A2A5" w14:textId="77777777" w:rsidR="00F96E3E" w:rsidRPr="00F96E3E" w:rsidRDefault="00F96E3E" w:rsidP="00F96E3E">
      <w:pPr>
        <w:spacing w:line="276" w:lineRule="auto"/>
      </w:pPr>
      <w:r w:rsidRPr="00F96E3E">
        <w:t>I press my hand against the mark, feeling its subtle heat through the thin fabric of my nightclothes. In this moment of solitude, I can acknowledge what I carefully concealed in public—how right it felt to wake beside her this morning, how natural the connection between us has become despite its supernatural origins. The ward channels may have initiated our bond, but what grows between us now feels increasingly like choice rather than magical compulsion.</w:t>
      </w:r>
    </w:p>
    <w:p w14:paraId="5BAD63E3" w14:textId="77777777" w:rsidR="00F96E3E" w:rsidRPr="00F96E3E" w:rsidRDefault="00F96E3E" w:rsidP="00F96E3E">
      <w:pPr>
        <w:spacing w:line="276" w:lineRule="auto"/>
      </w:pPr>
      <w:r w:rsidRPr="00F96E3E">
        <w:t>The Council sees threat where I experience possibility. They fear entanglement where I discover connection. They perceive a variable where I know there stands a person—making choices, accepting consequences, navigating unprecedented territory with no map but instinct and diplomatic training never designed for such circumstances.</w:t>
      </w:r>
    </w:p>
    <w:p w14:paraId="25DDF467" w14:textId="77777777" w:rsidR="00F96E3E" w:rsidRPr="00F96E3E" w:rsidRDefault="00F96E3E" w:rsidP="00F96E3E">
      <w:pPr>
        <w:spacing w:line="276" w:lineRule="auto"/>
      </w:pPr>
      <w:r w:rsidRPr="00F96E3E">
        <w:lastRenderedPageBreak/>
        <w:t>I rise from my chair, moving to the window where Beaumont's silver-traced architecture spreads below like a physical manifestation of the bond I now carry. The ward channels pulse with gentle rhythm, synchronized with the mark beneath my skin.</w:t>
      </w:r>
    </w:p>
    <w:p w14:paraId="4EF5CD56" w14:textId="77777777" w:rsidR="00F96E3E" w:rsidRPr="00F96E3E" w:rsidRDefault="00F96E3E" w:rsidP="00F96E3E">
      <w:pPr>
        <w:spacing w:line="276" w:lineRule="auto"/>
      </w:pPr>
      <w:r w:rsidRPr="00F96E3E">
        <w:t>"I am not a variable," I whisper to the empty room, the words carrying quiet defiance despite their soft delivery. Not a factor to be controlled, not an element to be manipulated or removed from the equation. Not a diplomatic incident to be managed or contained.</w:t>
      </w:r>
    </w:p>
    <w:p w14:paraId="46D345BE" w14:textId="77777777" w:rsidR="00F96E3E" w:rsidRPr="00F96E3E" w:rsidRDefault="00F96E3E" w:rsidP="00F96E3E">
      <w:pPr>
        <w:spacing w:line="276" w:lineRule="auto"/>
      </w:pPr>
      <w:r w:rsidRPr="00F96E3E">
        <w:t>The ward channels brighten briefly, as if in acknowledgment of my declaration. Whatever lies ahead—whatever forces align against us from both human and vampire quarters—at least this truth remains. In becoming bound to Beaumont's magic and its queen, I haven't become less myself but more—diplomat and woman, duty-bound and choice-making, human touched by vampire magic but no less human for it.</w:t>
      </w:r>
    </w:p>
    <w:p w14:paraId="32275A46" w14:textId="77777777" w:rsidR="00F96E3E" w:rsidRPr="00F96E3E" w:rsidRDefault="00F96E3E" w:rsidP="00F96E3E">
      <w:pPr>
        <w:spacing w:line="276" w:lineRule="auto"/>
      </w:pPr>
      <w:r w:rsidRPr="00F96E3E">
        <w:t>The candle gutters in a sudden draft, casting my shadow long against the wall before steadying once more. Tomorrow will bring new challenges, new machinations from Ardent and his faction, new pressures from the Council awaiting my response. But tonight, in this moment of clarity between public performance and private truth, I claim the identity the Council would reduce to calculation.</w:t>
      </w:r>
    </w:p>
    <w:p w14:paraId="2ABEF783" w14:textId="77777777" w:rsidR="00F96E3E" w:rsidRDefault="00F96E3E" w:rsidP="00F96E3E">
      <w:pPr>
        <w:spacing w:line="276" w:lineRule="auto"/>
      </w:pPr>
      <w:r w:rsidRPr="00F96E3E">
        <w:t>I am not a variable. I am Alice Everhart. And I am exactly where I choose to be.</w:t>
      </w:r>
    </w:p>
    <w:p w14:paraId="6D7302AA" w14:textId="77777777" w:rsidR="00F96E3E" w:rsidRDefault="00F96E3E" w:rsidP="00F96E3E">
      <w:pPr>
        <w:spacing w:line="276" w:lineRule="auto"/>
      </w:pPr>
    </w:p>
    <w:p w14:paraId="012AD5AC" w14:textId="77777777" w:rsidR="00F96E3E" w:rsidRDefault="00F96E3E" w:rsidP="00F96E3E">
      <w:pPr>
        <w:spacing w:line="276" w:lineRule="auto"/>
      </w:pPr>
    </w:p>
    <w:p w14:paraId="253747B2" w14:textId="77777777" w:rsidR="00F96E3E" w:rsidRDefault="00F96E3E" w:rsidP="00F96E3E">
      <w:pPr>
        <w:spacing w:line="276" w:lineRule="auto"/>
      </w:pPr>
    </w:p>
    <w:p w14:paraId="52C7E65C" w14:textId="77777777" w:rsidR="00F96E3E" w:rsidRDefault="00F96E3E" w:rsidP="00F96E3E">
      <w:pPr>
        <w:spacing w:line="276" w:lineRule="auto"/>
      </w:pPr>
    </w:p>
    <w:p w14:paraId="16E57B6F" w14:textId="77777777" w:rsidR="00F96E3E" w:rsidRDefault="00F96E3E" w:rsidP="00F96E3E">
      <w:pPr>
        <w:spacing w:line="276" w:lineRule="auto"/>
      </w:pPr>
    </w:p>
    <w:p w14:paraId="7E816F32" w14:textId="77777777" w:rsidR="00F96E3E" w:rsidRDefault="00F96E3E" w:rsidP="00F96E3E">
      <w:pPr>
        <w:spacing w:line="276" w:lineRule="auto"/>
      </w:pPr>
    </w:p>
    <w:p w14:paraId="2FCE1528" w14:textId="77777777" w:rsidR="00F96E3E" w:rsidRDefault="00F96E3E" w:rsidP="00F96E3E">
      <w:pPr>
        <w:spacing w:line="276" w:lineRule="auto"/>
      </w:pPr>
    </w:p>
    <w:p w14:paraId="12C98BED" w14:textId="77777777" w:rsidR="00F96E3E" w:rsidRDefault="00F96E3E" w:rsidP="00F96E3E">
      <w:pPr>
        <w:spacing w:line="276" w:lineRule="auto"/>
      </w:pPr>
    </w:p>
    <w:p w14:paraId="63AE2295" w14:textId="77777777" w:rsidR="00F96E3E" w:rsidRDefault="00F96E3E" w:rsidP="00F96E3E">
      <w:pPr>
        <w:spacing w:line="276" w:lineRule="auto"/>
      </w:pPr>
    </w:p>
    <w:p w14:paraId="63A1C26C" w14:textId="77777777" w:rsidR="00F96E3E" w:rsidRDefault="00F96E3E" w:rsidP="00F96E3E">
      <w:pPr>
        <w:spacing w:line="276" w:lineRule="auto"/>
      </w:pPr>
    </w:p>
    <w:p w14:paraId="2CCAAC6C" w14:textId="77777777" w:rsidR="00F96E3E" w:rsidRDefault="00F96E3E" w:rsidP="00F96E3E">
      <w:pPr>
        <w:spacing w:line="276" w:lineRule="auto"/>
      </w:pPr>
    </w:p>
    <w:p w14:paraId="6320664E" w14:textId="77777777" w:rsidR="00F96E3E" w:rsidRDefault="00F96E3E" w:rsidP="00F96E3E">
      <w:pPr>
        <w:spacing w:line="276" w:lineRule="auto"/>
      </w:pPr>
    </w:p>
    <w:p w14:paraId="76CC9124" w14:textId="77777777" w:rsidR="00F96E3E" w:rsidRDefault="00F96E3E" w:rsidP="00F96E3E">
      <w:pPr>
        <w:spacing w:line="276" w:lineRule="auto"/>
      </w:pPr>
    </w:p>
    <w:p w14:paraId="4539FBCE" w14:textId="31AE1D31" w:rsidR="00F96E3E" w:rsidRPr="00F96E3E" w:rsidRDefault="00F96E3E" w:rsidP="00F96E3E">
      <w:pPr>
        <w:spacing w:line="276" w:lineRule="auto"/>
        <w:jc w:val="center"/>
        <w:rPr>
          <w:b/>
          <w:bCs/>
        </w:rPr>
      </w:pPr>
      <w:r w:rsidRPr="00F96E3E">
        <w:rPr>
          <w:b/>
          <w:bCs/>
        </w:rPr>
        <w:lastRenderedPageBreak/>
        <w:t xml:space="preserve">CHAPTER </w:t>
      </w:r>
      <w:r>
        <w:rPr>
          <w:b/>
          <w:bCs/>
        </w:rPr>
        <w:t>TEN</w:t>
      </w:r>
    </w:p>
    <w:p w14:paraId="7AFCAFE4" w14:textId="77777777" w:rsidR="00F96E3E" w:rsidRPr="00F96E3E" w:rsidRDefault="00F96E3E" w:rsidP="00F96E3E">
      <w:pPr>
        <w:spacing w:line="276" w:lineRule="auto"/>
      </w:pPr>
      <w:r w:rsidRPr="00F96E3E">
        <w:t>The chamber door closes behind the last of the nobles with a soft click that echoes through the silence. Valeria's private council chamber breathes differently than the dining hall—intimate and close, with shadows that seem to listen rather than conceal. Through our bond, I feel her anger, a tight knot of controlled fury that never touches her perfect composure, and I wonder if anyone else noticed how precisely she folded her hands as Ardent withdrew, as if physically containing the urge to strike.</w:t>
      </w:r>
    </w:p>
    <w:p w14:paraId="4AF4C8F8" w14:textId="77777777" w:rsidR="00F96E3E" w:rsidRPr="00F96E3E" w:rsidRDefault="00F96E3E" w:rsidP="00F96E3E">
      <w:pPr>
        <w:spacing w:line="276" w:lineRule="auto"/>
      </w:pPr>
      <w:r w:rsidRPr="00F96E3E">
        <w:t>The obsidian table between us gleams like black water, its surface catching and swallowing the torchlight. Unlike the grand dining hall with its performative excess, this space feels genuine—a working room where actual governance happens. Silver ward channels trace more subtle patterns here, their glow steady rather than theatrical.</w:t>
      </w:r>
    </w:p>
    <w:p w14:paraId="2BCEB7C6" w14:textId="77777777" w:rsidR="00F96E3E" w:rsidRPr="00F96E3E" w:rsidRDefault="00F96E3E" w:rsidP="00F96E3E">
      <w:pPr>
        <w:spacing w:line="276" w:lineRule="auto"/>
      </w:pPr>
      <w:proofErr w:type="spellStart"/>
      <w:r w:rsidRPr="00F96E3E">
        <w:t>Ardent's</w:t>
      </w:r>
      <w:proofErr w:type="spellEnd"/>
      <w:r w:rsidRPr="00F96E3E">
        <w:t xml:space="preserve"> withdrawal had been masterful—a choreography of deference that somehow managed to suggest victory. His bow to Valeria held the perfect depth required by protocol, neither shallow enough to insult nor deep enough to appear mocking. As he straightened, his silver eyes had flickered to mine for just a moment, the corner of his mouth lifting infinitesimally before he turned.</w:t>
      </w:r>
    </w:p>
    <w:p w14:paraId="346CED10" w14:textId="77777777" w:rsidR="00F96E3E" w:rsidRPr="00F96E3E" w:rsidRDefault="00F96E3E" w:rsidP="00F96E3E">
      <w:pPr>
        <w:spacing w:line="276" w:lineRule="auto"/>
      </w:pPr>
      <w:r w:rsidRPr="00F96E3E">
        <w:t>The other nobles followed his lead, filing out with practiced grace that barely concealed their eagerness to carry tonight's news through Beaumont's upper halls. I don't need diplomatic training to know that conversations are already forming, alliances shifting like sand beneath a rising tide.</w:t>
      </w:r>
    </w:p>
    <w:p w14:paraId="51CF5940" w14:textId="77777777" w:rsidR="00F96E3E" w:rsidRPr="00F96E3E" w:rsidRDefault="00F96E3E" w:rsidP="00F96E3E">
      <w:pPr>
        <w:spacing w:line="276" w:lineRule="auto"/>
      </w:pPr>
      <w:r w:rsidRPr="00F96E3E">
        <w:t>Now, alone with Valeria, I feel the texture of her anger change through our bond. The tight restraint loosens, not into explosion but into something more controlled—a blade being sheathed rather than dropped. Beneath it pulses something else: fatigue, bone-deep and ancient, there and gone so quickly I almost doubt I felt it. The sensation vanishes under renewed calculation, a mental reshuffling of pieces on some invisible board.</w:t>
      </w:r>
    </w:p>
    <w:p w14:paraId="1A9FCF4F" w14:textId="77777777" w:rsidR="00F96E3E" w:rsidRPr="00F96E3E" w:rsidRDefault="00F96E3E" w:rsidP="00F96E3E">
      <w:pPr>
        <w:spacing w:line="276" w:lineRule="auto"/>
      </w:pPr>
      <w:r w:rsidRPr="00F96E3E">
        <w:t>"He moves carefully," Valeria says, her voice breaking the silence without disturbing it. "That makes him dangerous."</w:t>
      </w:r>
    </w:p>
    <w:p w14:paraId="7FE0C21E" w14:textId="77777777" w:rsidR="00F96E3E" w:rsidRPr="00F96E3E" w:rsidRDefault="00F96E3E" w:rsidP="00F96E3E">
      <w:pPr>
        <w:spacing w:line="276" w:lineRule="auto"/>
      </w:pPr>
      <w:r w:rsidRPr="00F96E3E">
        <w:t xml:space="preserve">Her words carry no </w:t>
      </w:r>
      <w:proofErr w:type="gramStart"/>
      <w:r w:rsidRPr="00F96E3E">
        <w:t>particular inflection</w:t>
      </w:r>
      <w:proofErr w:type="gramEnd"/>
      <w:r w:rsidRPr="00F96E3E">
        <w:t>, yet they hang in the air between us like a confession. Not of fear—I doubt Valeria fears Ardent—but of respect for an adversary who knows the game as intimately as she does.</w:t>
      </w:r>
    </w:p>
    <w:p w14:paraId="6C83F07B" w14:textId="77777777" w:rsidR="00F96E3E" w:rsidRPr="00F96E3E" w:rsidRDefault="00F96E3E" w:rsidP="00F96E3E">
      <w:pPr>
        <w:spacing w:line="276" w:lineRule="auto"/>
      </w:pPr>
      <w:r w:rsidRPr="00F96E3E">
        <w:t>"He expected us to refuse," I reply, the realization crystallizing only as I speak it aloud. The formal request for joint investigation, the careful phrasing that would've forced us to deny treaty protocols—it was theatre from the start.</w:t>
      </w:r>
    </w:p>
    <w:p w14:paraId="1CAD9AFE" w14:textId="77777777" w:rsidR="00F96E3E" w:rsidRPr="00F96E3E" w:rsidRDefault="00F96E3E" w:rsidP="00F96E3E">
      <w:pPr>
        <w:spacing w:line="276" w:lineRule="auto"/>
      </w:pPr>
      <w:r w:rsidRPr="00F96E3E">
        <w:t xml:space="preserve">"Yes." </w:t>
      </w:r>
    </w:p>
    <w:p w14:paraId="4B1FC2F0" w14:textId="77777777" w:rsidR="00F96E3E" w:rsidRPr="00F96E3E" w:rsidRDefault="00F96E3E" w:rsidP="00F96E3E">
      <w:pPr>
        <w:spacing w:line="276" w:lineRule="auto"/>
      </w:pPr>
      <w:r w:rsidRPr="00F96E3E">
        <w:lastRenderedPageBreak/>
        <w:t>Just that. One word, spoken simply. Yet in it, I hear acknowledgment of our shared understanding, confirmation that we've aligned against a threat neither of us fully comprehends yet. Her voice blends with mine in this quiet space, creating something new—not vampire and human speaking separately, but a unified response to danger.</w:t>
      </w:r>
    </w:p>
    <w:p w14:paraId="1C8641AA" w14:textId="77777777" w:rsidR="00F96E3E" w:rsidRPr="00F96E3E" w:rsidRDefault="00F96E3E" w:rsidP="00F96E3E">
      <w:pPr>
        <w:spacing w:line="276" w:lineRule="auto"/>
      </w:pPr>
      <w:r w:rsidRPr="00F96E3E">
        <w:t>I find my gaze lingering on her profile as she stares into the depths of the obsidian table. The torchlight catches her high cheekbones, painting them in warm amber that contrasts with the cool pallor of her skin. It's like watching moonlight and firelight coexist impossibly on the same canvas. Her lashes cast slight shadows against her cheeks when she blinks, an unexpectedly vulnerable detail on a face that typically reveals nothing without intention.</w:t>
      </w:r>
    </w:p>
    <w:p w14:paraId="6591CD61" w14:textId="77777777" w:rsidR="00F96E3E" w:rsidRPr="00F96E3E" w:rsidRDefault="00F96E3E" w:rsidP="00F96E3E">
      <w:pPr>
        <w:spacing w:line="276" w:lineRule="auto"/>
      </w:pPr>
      <w:r w:rsidRPr="00F96E3E">
        <w:t>The bond between us pulses gently, a soft warmth pooling under my ribs. It feels different here in this private space—less like the diplomatic tether it's supposed to be and more like a living connection. I wonder if she notices the change, if she feels the way it hums when we're alone together, or if her centuries of experience have taught her to ignore such things.</w:t>
      </w:r>
    </w:p>
    <w:p w14:paraId="2580EC0A" w14:textId="77777777" w:rsidR="00F96E3E" w:rsidRPr="00F96E3E" w:rsidRDefault="00F96E3E" w:rsidP="00F96E3E">
      <w:pPr>
        <w:spacing w:line="276" w:lineRule="auto"/>
      </w:pPr>
      <w:r w:rsidRPr="00F96E3E">
        <w:t>"What does he gain?" I ask, pulling my attention back to the matter at hand. "By maneuvering us into refusal?"</w:t>
      </w:r>
    </w:p>
    <w:p w14:paraId="5DEC0164" w14:textId="77777777" w:rsidR="00F96E3E" w:rsidRPr="00F96E3E" w:rsidRDefault="00F96E3E" w:rsidP="00F96E3E">
      <w:pPr>
        <w:spacing w:line="276" w:lineRule="auto"/>
      </w:pPr>
      <w:r w:rsidRPr="00F96E3E">
        <w:t>Valeria's fingers trace a pattern on the obsidian surface, not quite touching it. "Doubt," she says after a moment. "Questions about my willingness to uphold treaty obligations. Whispers that perhaps I have something to hide."</w:t>
      </w:r>
    </w:p>
    <w:p w14:paraId="41FE374A" w14:textId="77777777" w:rsidR="00F96E3E" w:rsidRPr="00F96E3E" w:rsidRDefault="00F96E3E" w:rsidP="00F96E3E">
      <w:pPr>
        <w:spacing w:line="276" w:lineRule="auto"/>
      </w:pPr>
      <w:r w:rsidRPr="00F96E3E">
        <w:t>"From your court, or mine?"</w:t>
      </w:r>
    </w:p>
    <w:p w14:paraId="509BE32E" w14:textId="77777777" w:rsidR="00F96E3E" w:rsidRPr="00F96E3E" w:rsidRDefault="00F96E3E" w:rsidP="00F96E3E">
      <w:pPr>
        <w:spacing w:line="276" w:lineRule="auto"/>
      </w:pPr>
      <w:r w:rsidRPr="00F96E3E">
        <w:t>"Both." Her eyes meet mine now, dark and fathomless. "Ardent plays a longer game than simple court politics. He seeks to unravel the Accord itself, thread by careful thread."</w:t>
      </w:r>
    </w:p>
    <w:p w14:paraId="076738A0" w14:textId="77777777" w:rsidR="00F96E3E" w:rsidRPr="00F96E3E" w:rsidRDefault="00F96E3E" w:rsidP="00F96E3E">
      <w:pPr>
        <w:spacing w:line="276" w:lineRule="auto"/>
      </w:pPr>
      <w:r w:rsidRPr="00F96E3E">
        <w:t>I nod, understanding flowing between us without need for elaborate explanation. "Because he believes the feeding restrictions are destroying your people."</w:t>
      </w:r>
    </w:p>
    <w:p w14:paraId="1DF40E98" w14:textId="77777777" w:rsidR="00F96E3E" w:rsidRPr="00F96E3E" w:rsidRDefault="00F96E3E" w:rsidP="00F96E3E">
      <w:pPr>
        <w:spacing w:line="276" w:lineRule="auto"/>
      </w:pPr>
      <w:r w:rsidRPr="00F96E3E">
        <w:t>"And because he remembers the war." Her voice carries weight beyond the simple words. "For those who lived through it, the peace feels... temporary. A pause rather than an ending."</w:t>
      </w:r>
    </w:p>
    <w:p w14:paraId="36E0A719" w14:textId="77777777" w:rsidR="00F96E3E" w:rsidRPr="00F96E3E" w:rsidRDefault="00F96E3E" w:rsidP="00F96E3E">
      <w:pPr>
        <w:spacing w:line="276" w:lineRule="auto"/>
      </w:pPr>
      <w:r w:rsidRPr="00F96E3E">
        <w:t>The bond flares briefly with something I can't quite name—not quite sorrow, not quite anger, but some complex emotion that belongs exclusively to those who have witnessed centuries rather than decades.</w:t>
      </w:r>
    </w:p>
    <w:p w14:paraId="637747AA" w14:textId="77777777" w:rsidR="00F96E3E" w:rsidRPr="00F96E3E" w:rsidRDefault="00F96E3E" w:rsidP="00F96E3E">
      <w:pPr>
        <w:spacing w:line="276" w:lineRule="auto"/>
      </w:pPr>
      <w:r w:rsidRPr="00F96E3E">
        <w:t xml:space="preserve">"Your father understood </w:t>
      </w:r>
      <w:proofErr w:type="gramStart"/>
      <w:r w:rsidRPr="00F96E3E">
        <w:t>that,</w:t>
      </w:r>
      <w:proofErr w:type="gramEnd"/>
      <w:r w:rsidRPr="00F96E3E">
        <w:t>" she adds, and I feel a different kind of warmth at the mention of my father. "He knew peace is never finished—it must be continuously created."</w:t>
      </w:r>
    </w:p>
    <w:p w14:paraId="72053FF0" w14:textId="77777777" w:rsidR="00F96E3E" w:rsidRPr="00F96E3E" w:rsidRDefault="00F96E3E" w:rsidP="00F96E3E">
      <w:pPr>
        <w:spacing w:line="276" w:lineRule="auto"/>
      </w:pPr>
      <w:r w:rsidRPr="00F96E3E">
        <w:t>"That's why the ward investigations matter," I say. "If the wards fail..."</w:t>
      </w:r>
    </w:p>
    <w:p w14:paraId="4E72CBB4" w14:textId="77777777" w:rsidR="00F96E3E" w:rsidRPr="00F96E3E" w:rsidRDefault="00F96E3E" w:rsidP="00F96E3E">
      <w:pPr>
        <w:spacing w:line="276" w:lineRule="auto"/>
      </w:pPr>
      <w:r w:rsidRPr="00F96E3E">
        <w:lastRenderedPageBreak/>
        <w:t>"If the wards fail, both our peoples will see threats where there may be none." Valeria rises in a single fluid motion, moving toward the window where silver ward channels pulse in their familiar rhythm. "Fear is a powerful weapon, Diplomat Everhart."</w:t>
      </w:r>
    </w:p>
    <w:p w14:paraId="24FD996D" w14:textId="77777777" w:rsidR="00F96E3E" w:rsidRPr="00F96E3E" w:rsidRDefault="00F96E3E" w:rsidP="00F96E3E">
      <w:pPr>
        <w:spacing w:line="276" w:lineRule="auto"/>
      </w:pPr>
      <w:r w:rsidRPr="00F96E3E">
        <w:t>I watch her move, struck again by the grace that seems effortless, innate rather than practiced. The bond responds to her proximity, warming slightly as if greeting her. It's becoming harder to remember that this connection was forced upon us by circumstance, not chosen. It feels increasingly natural, like a sense I never knew I was missing.</w:t>
      </w:r>
    </w:p>
    <w:p w14:paraId="2FF3A6B1" w14:textId="77777777" w:rsidR="00F96E3E" w:rsidRPr="00F96E3E" w:rsidRDefault="00F96E3E" w:rsidP="00F96E3E">
      <w:pPr>
        <w:spacing w:line="276" w:lineRule="auto"/>
      </w:pPr>
      <w:r w:rsidRPr="00F96E3E">
        <w:t>"Then we don't give him anything to work with," I say, standing as well. "We investigate the ward disturbances ourselves, quietly, before either court can use them as justification for... escalation."</w:t>
      </w:r>
    </w:p>
    <w:p w14:paraId="314EA1B4" w14:textId="77777777" w:rsidR="00F96E3E" w:rsidRPr="00F96E3E" w:rsidRDefault="00F96E3E" w:rsidP="00F96E3E">
      <w:pPr>
        <w:spacing w:line="276" w:lineRule="auto"/>
      </w:pPr>
      <w:r w:rsidRPr="00F96E3E">
        <w:t xml:space="preserve">Valeria turns from the window, and for </w:t>
      </w:r>
      <w:proofErr w:type="gramStart"/>
      <w:r w:rsidRPr="00F96E3E">
        <w:t>a brief moment</w:t>
      </w:r>
      <w:proofErr w:type="gramEnd"/>
      <w:r w:rsidRPr="00F96E3E">
        <w:t>, something like approval flickers across her features. It's gone quickly, replaced by her usual reserve, but the bond carries the echo of it to me.</w:t>
      </w:r>
    </w:p>
    <w:p w14:paraId="309E4238" w14:textId="77777777" w:rsidR="00F96E3E" w:rsidRPr="00F96E3E" w:rsidRDefault="00F96E3E" w:rsidP="00F96E3E">
      <w:pPr>
        <w:spacing w:line="276" w:lineRule="auto"/>
      </w:pPr>
      <w:r w:rsidRPr="00F96E3E">
        <w:t>"Yes," she says simply, echoing her earlier agreement.</w:t>
      </w:r>
    </w:p>
    <w:p w14:paraId="425F314A" w14:textId="77777777" w:rsidR="00F96E3E" w:rsidRPr="00F96E3E" w:rsidRDefault="00F96E3E" w:rsidP="00F96E3E">
      <w:pPr>
        <w:spacing w:line="276" w:lineRule="auto"/>
      </w:pPr>
      <w:r w:rsidRPr="00F96E3E">
        <w:t>In that single syllable, we cement our alliance—human diplomat and vampire queen, bound by more than just the silver mark we share. As I leave her chamber, the bond's warmth follows me, a soft reminder of her presence that I'm becoming increasingly reluctant to name as unwelcome.</w:t>
      </w:r>
    </w:p>
    <w:p w14:paraId="58F2C0A5" w14:textId="77777777" w:rsidR="00F96E3E" w:rsidRPr="00F96E3E" w:rsidRDefault="00F96E3E" w:rsidP="00F96E3E">
      <w:pPr>
        <w:spacing w:line="276" w:lineRule="auto"/>
      </w:pPr>
      <w:r w:rsidRPr="00F96E3E">
        <w:t># Scene 2</w:t>
      </w:r>
    </w:p>
    <w:p w14:paraId="73D54ED5" w14:textId="77777777" w:rsidR="00F96E3E" w:rsidRPr="00F96E3E" w:rsidRDefault="00F96E3E" w:rsidP="00F96E3E">
      <w:pPr>
        <w:spacing w:line="276" w:lineRule="auto"/>
      </w:pPr>
      <w:r w:rsidRPr="00F96E3E">
        <w:t>The crimson banners draping the chamber walls seem to pulse with each word from the medical advisor's report. I watch them from my position beside Valeria, wondering if it's a trick of the light or my imagination lending dramatic emphasis to what we're hearing. The advisor—a tall, austere vampire in a charcoal tunic adorned only with a silver caduceus pin—speaks with clinical precision, but the ledger balanced on her palms carries the weight of growing crisis.</w:t>
      </w:r>
    </w:p>
    <w:p w14:paraId="593E39DD" w14:textId="77777777" w:rsidR="00F96E3E" w:rsidRPr="00F96E3E" w:rsidRDefault="00F96E3E" w:rsidP="00F96E3E">
      <w:pPr>
        <w:spacing w:line="276" w:lineRule="auto"/>
      </w:pPr>
      <w:r w:rsidRPr="00F96E3E">
        <w:t>"Your Majesty, the quarterly health assessment shows concerning patterns," she says, voice pitched low as if the walls themselves might carry tales. Her fingers, long and pale, trace lines across the open pages with methodical care. "We've documented a seventeen percent increase in post-feeding instability among vampires under fifty years of age."</w:t>
      </w:r>
    </w:p>
    <w:p w14:paraId="433EB01F" w14:textId="77777777" w:rsidR="00F96E3E" w:rsidRPr="00F96E3E" w:rsidRDefault="00F96E3E" w:rsidP="00F96E3E">
      <w:pPr>
        <w:spacing w:line="276" w:lineRule="auto"/>
      </w:pPr>
      <w:r w:rsidRPr="00F96E3E">
        <w:t>Valeria sits perfectly still in her high-backed chair, only her eyes moving as they follow the advisor's finger across columns of neatly inked figures. From my position slightly behind her right shoulder, I can study her profile without being obvious. The rigid control of her posture speaks volumes to my diplomatic training—this is not news to her, merely confirmation of something already suspected.</w:t>
      </w:r>
    </w:p>
    <w:p w14:paraId="56F7711F" w14:textId="77777777" w:rsidR="00F96E3E" w:rsidRPr="00F96E3E" w:rsidRDefault="00F96E3E" w:rsidP="00F96E3E">
      <w:pPr>
        <w:spacing w:line="276" w:lineRule="auto"/>
      </w:pPr>
      <w:r w:rsidRPr="00F96E3E">
        <w:t>"Specify the nature of these instabilities," Valeria commands.</w:t>
      </w:r>
    </w:p>
    <w:p w14:paraId="6DBBA69F" w14:textId="77777777" w:rsidR="00F96E3E" w:rsidRPr="00F96E3E" w:rsidRDefault="00F96E3E" w:rsidP="00F96E3E">
      <w:pPr>
        <w:spacing w:line="276" w:lineRule="auto"/>
      </w:pPr>
      <w:r w:rsidRPr="00F96E3E">
        <w:lastRenderedPageBreak/>
        <w:t>The advisor turns a page, revealing detailed observations arranged in tight, economical script. "Primarily neurological and emotional dysregulation. Tremors in sixty-three percent of affected individuals, occurring within hours of feeding. Unusual agitation in nearly all cases." She pauses, her finger hovering over a particular entry. "Several cases of marked nausea, which is unprecedented in our medical records."</w:t>
      </w:r>
    </w:p>
    <w:p w14:paraId="52F42556" w14:textId="77777777" w:rsidR="00F96E3E" w:rsidRPr="00F96E3E" w:rsidRDefault="00F96E3E" w:rsidP="00F96E3E">
      <w:pPr>
        <w:spacing w:line="276" w:lineRule="auto"/>
      </w:pPr>
      <w:r w:rsidRPr="00F96E3E">
        <w:t>I lean forward slightly, diplomat's instincts prickling. Vampires experiencing nausea after feeding is like humans becoming ill from breathing—a fundamental biological process shouldn't produce rejection symptoms.</w:t>
      </w:r>
    </w:p>
    <w:p w14:paraId="7B492C94" w14:textId="77777777" w:rsidR="00F96E3E" w:rsidRPr="00F96E3E" w:rsidRDefault="00F96E3E" w:rsidP="00F96E3E">
      <w:pPr>
        <w:spacing w:line="276" w:lineRule="auto"/>
      </w:pPr>
      <w:r w:rsidRPr="00F96E3E">
        <w:t>"Show me the distribution pattern," Valeria says, her voice betraying nothing.</w:t>
      </w:r>
    </w:p>
    <w:p w14:paraId="41402FE3" w14:textId="77777777" w:rsidR="00F96E3E" w:rsidRPr="00F96E3E" w:rsidRDefault="00F96E3E" w:rsidP="00F96E3E">
      <w:pPr>
        <w:spacing w:line="276" w:lineRule="auto"/>
      </w:pPr>
      <w:r w:rsidRPr="00F96E3E">
        <w:t xml:space="preserve">The advisor produces a folded map from within the ledger, spreading it across the obsidian table. Red marks cluster across certain regions of Beaumont and its territories, with </w:t>
      </w:r>
      <w:proofErr w:type="gramStart"/>
      <w:r w:rsidRPr="00F96E3E">
        <w:t>particular concentration</w:t>
      </w:r>
      <w:proofErr w:type="gramEnd"/>
      <w:r w:rsidRPr="00F96E3E">
        <w:t xml:space="preserve"> in the eastern districts. I note with surprise that the royal palace and its immediate surroundings show almost no incidents.</w:t>
      </w:r>
    </w:p>
    <w:p w14:paraId="5679F68C" w14:textId="77777777" w:rsidR="00F96E3E" w:rsidRPr="00F96E3E" w:rsidRDefault="00F96E3E" w:rsidP="00F96E3E">
      <w:pPr>
        <w:spacing w:line="276" w:lineRule="auto"/>
      </w:pPr>
      <w:r w:rsidRPr="00F96E3E">
        <w:t>"And this section?" Valeria indicates a southwestern area with higher concentration than its neighbors.</w:t>
      </w:r>
    </w:p>
    <w:p w14:paraId="1FF445F5" w14:textId="77777777" w:rsidR="00F96E3E" w:rsidRPr="00F96E3E" w:rsidRDefault="00F96E3E" w:rsidP="00F96E3E">
      <w:pPr>
        <w:spacing w:line="276" w:lineRule="auto"/>
      </w:pPr>
      <w:r w:rsidRPr="00F96E3E">
        <w:t>"Training barracks for the younger guard," the advisor explains. "We've placed them on restricted rations as a precaution."</w:t>
      </w:r>
    </w:p>
    <w:p w14:paraId="792C8D76" w14:textId="77777777" w:rsidR="00F96E3E" w:rsidRPr="00F96E3E" w:rsidRDefault="00F96E3E" w:rsidP="00F96E3E">
      <w:pPr>
        <w:spacing w:line="276" w:lineRule="auto"/>
      </w:pPr>
      <w:r w:rsidRPr="00F96E3E">
        <w:t>My eyes narrow as I study the pattern. There's something deliberate in the distribution, something that doesn't follow natural spread patterns for contamination or illness. Before I can articulate my suspicion, the advisor turns to the final pages of her ledger.</w:t>
      </w:r>
    </w:p>
    <w:p w14:paraId="3D3BD051" w14:textId="77777777" w:rsidR="00F96E3E" w:rsidRPr="00F96E3E" w:rsidRDefault="00F96E3E" w:rsidP="00F96E3E">
      <w:pPr>
        <w:spacing w:line="276" w:lineRule="auto"/>
      </w:pPr>
      <w:r w:rsidRPr="00F96E3E">
        <w:t>"There's one more matter of concern, Your Majesty. We've begun seeing references to 'irregular batches' in the supply logs." Her typically composed voice wavers slightly. "This terminology is not standard in our record-keeping protocols. We've been unable to determine who originated these notations or what specific criteria designate a batch as 'irregular.'"</w:t>
      </w:r>
    </w:p>
    <w:p w14:paraId="3AB39535" w14:textId="77777777" w:rsidR="00F96E3E" w:rsidRPr="00F96E3E" w:rsidRDefault="00F96E3E" w:rsidP="00F96E3E">
      <w:pPr>
        <w:spacing w:line="276" w:lineRule="auto"/>
      </w:pPr>
      <w:r w:rsidRPr="00F96E3E">
        <w:t xml:space="preserve">Valeria's hand tightens imperceptibly on her armrest, fingers pressing into the polished stone. Without the bond between us, I might have missed the reaction entirely—but I feel it like a sudden tension in my own body, a coiling of preparation or defense. </w:t>
      </w:r>
    </w:p>
    <w:p w14:paraId="166FEDAB" w14:textId="77777777" w:rsidR="00F96E3E" w:rsidRPr="00F96E3E" w:rsidRDefault="00F96E3E" w:rsidP="00F96E3E">
      <w:pPr>
        <w:spacing w:line="276" w:lineRule="auto"/>
      </w:pPr>
      <w:r w:rsidRPr="00F96E3E">
        <w:t xml:space="preserve">The bond flickers between us, a brief static interrupting its usual steady warmth. I press a hand against my ribcage where the sensation centers, feeling it </w:t>
      </w:r>
      <w:proofErr w:type="gramStart"/>
      <w:r w:rsidRPr="00F96E3E">
        <w:t>throb</w:t>
      </w:r>
      <w:proofErr w:type="gramEnd"/>
      <w:r w:rsidRPr="00F96E3E">
        <w:t xml:space="preserve"> in response to Valeria's controlled distress. The connection pulses like a second heartbeat, more urgent than usual, transmitting emotions I suspect Valeria would prefer to keep private.</w:t>
      </w:r>
    </w:p>
    <w:p w14:paraId="5EFD83AC" w14:textId="77777777" w:rsidR="00F96E3E" w:rsidRPr="00F96E3E" w:rsidRDefault="00F96E3E" w:rsidP="00F96E3E">
      <w:pPr>
        <w:spacing w:line="276" w:lineRule="auto"/>
      </w:pPr>
      <w:r w:rsidRPr="00F96E3E">
        <w:t xml:space="preserve">When she turns slightly, her eyes meet mine, and I see concern darken her pupils, turning them from obsidian to something deeper—bottomless wells rather than polished stone. The </w:t>
      </w:r>
      <w:r w:rsidRPr="00F96E3E">
        <w:lastRenderedPageBreak/>
        <w:t>vulnerability in that gaze, however briefly displayed, sends a flutter through my chest that has nothing to do with diplomatic concern and everything to do with the woman behind the crown.</w:t>
      </w:r>
    </w:p>
    <w:p w14:paraId="3EB1536C" w14:textId="77777777" w:rsidR="00F96E3E" w:rsidRPr="00F96E3E" w:rsidRDefault="00F96E3E" w:rsidP="00F96E3E">
      <w:pPr>
        <w:spacing w:line="276" w:lineRule="auto"/>
      </w:pPr>
      <w:r w:rsidRPr="00F96E3E">
        <w:t>"Thank you, Physician Arella," Valeria says, her voice steady despite what I feel rippling through our bond. "Continue monitoring and report any significant changes immediately. I want all records of these 'irregular batches' compiled separately for my review."</w:t>
      </w:r>
    </w:p>
    <w:p w14:paraId="33DA2C54" w14:textId="77777777" w:rsidR="00F96E3E" w:rsidRPr="00F96E3E" w:rsidRDefault="00F96E3E" w:rsidP="00F96E3E">
      <w:pPr>
        <w:spacing w:line="276" w:lineRule="auto"/>
      </w:pPr>
      <w:r w:rsidRPr="00F96E3E">
        <w:t>The advisor bows deeply, gathering her ledger with reverent hands. "Of course, Your Majesty. I've taken the liberty of preparing a detailed analysis of which supply convoys correspond to the affected regions. It requires your blood seal to access."</w:t>
      </w:r>
    </w:p>
    <w:p w14:paraId="53E3610A" w14:textId="77777777" w:rsidR="00F96E3E" w:rsidRPr="00F96E3E" w:rsidRDefault="00F96E3E" w:rsidP="00F96E3E">
      <w:pPr>
        <w:spacing w:line="276" w:lineRule="auto"/>
      </w:pPr>
      <w:r w:rsidRPr="00F96E3E">
        <w:t>She produces a slender obsidian cylinder, placing it on the table with practiced deference. Valeria merely nods, and the advisor withdraws, her steps soundless against the stone floor. The chamber door closes behind her with finality, leaving us alone once more.</w:t>
      </w:r>
    </w:p>
    <w:p w14:paraId="550EA442" w14:textId="77777777" w:rsidR="00F96E3E" w:rsidRPr="00F96E3E" w:rsidRDefault="00F96E3E" w:rsidP="00F96E3E">
      <w:pPr>
        <w:spacing w:line="276" w:lineRule="auto"/>
      </w:pPr>
      <w:r w:rsidRPr="00F96E3E">
        <w:t>"Lord Ardent should have been present for this report," I observe, breaking the heavy silence. "As head of territorial distribution, these matters fall directly under his oversight."</w:t>
      </w:r>
    </w:p>
    <w:p w14:paraId="2DC059D6" w14:textId="77777777" w:rsidR="00F96E3E" w:rsidRPr="00F96E3E" w:rsidRDefault="00F96E3E" w:rsidP="00F96E3E">
      <w:pPr>
        <w:spacing w:line="276" w:lineRule="auto"/>
      </w:pPr>
      <w:r w:rsidRPr="00F96E3E">
        <w:t>Valeria rises, moving toward the ward-window with measured steps. "Indeed. His absence is... instructive."</w:t>
      </w:r>
    </w:p>
    <w:p w14:paraId="474322C2" w14:textId="77777777" w:rsidR="00F96E3E" w:rsidRPr="00F96E3E" w:rsidRDefault="00F96E3E" w:rsidP="00F96E3E">
      <w:pPr>
        <w:spacing w:line="276" w:lineRule="auto"/>
      </w:pPr>
      <w:r w:rsidRPr="00F96E3E">
        <w:t>I watch her move, noting how the crimson light from the banners catches in her dark hair, creating subtle highlights that shift with each step. Even in this moment of clear concern, she moves with predator's grace—fluid and deliberate, conserving energy for what matters.</w:t>
      </w:r>
    </w:p>
    <w:p w14:paraId="75995945" w14:textId="77777777" w:rsidR="00F96E3E" w:rsidRPr="00F96E3E" w:rsidRDefault="00F96E3E" w:rsidP="00F96E3E">
      <w:pPr>
        <w:spacing w:line="276" w:lineRule="auto"/>
      </w:pPr>
      <w:r w:rsidRPr="00F96E3E">
        <w:t>"His policies underpin the entire blood redistribution system," I continue, testing the political waters between us. "Every convoy route, every security protocol, every storage facility—they all bear his seal of approval."</w:t>
      </w:r>
    </w:p>
    <w:p w14:paraId="1702A262" w14:textId="77777777" w:rsidR="00F96E3E" w:rsidRPr="00F96E3E" w:rsidRDefault="00F96E3E" w:rsidP="00F96E3E">
      <w:pPr>
        <w:spacing w:line="276" w:lineRule="auto"/>
      </w:pPr>
      <w:r w:rsidRPr="00F96E3E">
        <w:t>The bond hums softly between us, and I sense she appreciates my directness. There's something intimate about this shared understanding, this ability to speak clearly without diplomatic obfuscation.</w:t>
      </w:r>
    </w:p>
    <w:p w14:paraId="5B1C35E2" w14:textId="77777777" w:rsidR="00F96E3E" w:rsidRPr="00F96E3E" w:rsidRDefault="00F96E3E" w:rsidP="00F96E3E">
      <w:pPr>
        <w:spacing w:line="276" w:lineRule="auto"/>
      </w:pPr>
      <w:r w:rsidRPr="00F96E3E">
        <w:t>"You suspect deliberate contamination," she states, not a question but confirmation of shared suspicion.</w:t>
      </w:r>
    </w:p>
    <w:p w14:paraId="644C065A" w14:textId="77777777" w:rsidR="00F96E3E" w:rsidRPr="00F96E3E" w:rsidRDefault="00F96E3E" w:rsidP="00F96E3E">
      <w:pPr>
        <w:spacing w:line="276" w:lineRule="auto"/>
      </w:pPr>
      <w:r w:rsidRPr="00F96E3E">
        <w:t>"I recognize strategic distribution when I see it." I move to stand beside her at the window, close enough to feel the cool air that surrounds her like an aura, but not so close as to breach protocol. "Those patterns don't form by accident."</w:t>
      </w:r>
    </w:p>
    <w:p w14:paraId="539C9013" w14:textId="77777777" w:rsidR="00F96E3E" w:rsidRPr="00F96E3E" w:rsidRDefault="00F96E3E" w:rsidP="00F96E3E">
      <w:pPr>
        <w:spacing w:line="276" w:lineRule="auto"/>
      </w:pPr>
      <w:r w:rsidRPr="00F96E3E">
        <w:t>Valeria's reflection in the glass shows a face carved from marble—beautiful, perfect, and utterly unreadable to anyone without access to the emotions flowing through our bond. I feel her calculating, weighing options and consequences with centuries of experience behind each thought.</w:t>
      </w:r>
    </w:p>
    <w:p w14:paraId="384FF987" w14:textId="77777777" w:rsidR="00F96E3E" w:rsidRPr="00F96E3E" w:rsidRDefault="00F96E3E" w:rsidP="00F96E3E">
      <w:pPr>
        <w:spacing w:line="276" w:lineRule="auto"/>
      </w:pPr>
      <w:r w:rsidRPr="00F96E3E">
        <w:lastRenderedPageBreak/>
        <w:t>"If Ardent is manipulating the blood supply," she says finally, each word measured precisely, "he threatens not only my rule but the survival of our species and the peace your father helped forge."</w:t>
      </w:r>
    </w:p>
    <w:p w14:paraId="6F24749A" w14:textId="77777777" w:rsidR="00F96E3E" w:rsidRPr="00F96E3E" w:rsidRDefault="00F96E3E" w:rsidP="00F96E3E">
      <w:pPr>
        <w:spacing w:line="276" w:lineRule="auto"/>
      </w:pPr>
      <w:r w:rsidRPr="00F96E3E">
        <w:t>The mention of my father brings unexpected warmth. In diplomatic circles, I am always "Diplomat Everhart," my identity subsumed by my function. Valeria's acknowledgment of my personal connection to the peace treaty feels strangely intimate, an offering of recognition I hadn't realized I craved.</w:t>
      </w:r>
    </w:p>
    <w:p w14:paraId="649A1980" w14:textId="77777777" w:rsidR="00F96E3E" w:rsidRPr="00F96E3E" w:rsidRDefault="00F96E3E" w:rsidP="00F96E3E">
      <w:pPr>
        <w:spacing w:line="276" w:lineRule="auto"/>
      </w:pPr>
      <w:r w:rsidRPr="00F96E3E">
        <w:t>"Then we need proof," I reply, watching her reflection rather than turning toward her. "Before the damage spreads further."</w:t>
      </w:r>
    </w:p>
    <w:p w14:paraId="06D13060" w14:textId="77777777" w:rsidR="00F96E3E" w:rsidRPr="00F96E3E" w:rsidRDefault="00F96E3E" w:rsidP="00F96E3E">
      <w:pPr>
        <w:spacing w:line="276" w:lineRule="auto"/>
      </w:pPr>
      <w:r w:rsidRPr="00F96E3E">
        <w:t>Her eyes meet mine in the glass, and for a moment, the bond between us pulses with shared purpose, stronger and clearer than before. I wonder if she feels it too—this gradual shift from forced connection to something approaching alliance, perhaps even trust.</w:t>
      </w:r>
    </w:p>
    <w:p w14:paraId="2239836E" w14:textId="77777777" w:rsidR="00F96E3E" w:rsidRPr="00F96E3E" w:rsidRDefault="00F96E3E" w:rsidP="00F96E3E">
      <w:pPr>
        <w:spacing w:line="276" w:lineRule="auto"/>
      </w:pPr>
      <w:r w:rsidRPr="00F96E3E">
        <w:t># Scene 3</w:t>
      </w:r>
    </w:p>
    <w:p w14:paraId="1373E16A" w14:textId="77777777" w:rsidR="00F96E3E" w:rsidRPr="00F96E3E" w:rsidRDefault="00F96E3E" w:rsidP="00F96E3E">
      <w:pPr>
        <w:spacing w:line="276" w:lineRule="auto"/>
      </w:pPr>
      <w:r w:rsidRPr="00F96E3E">
        <w:t>The eastern ward window arches toward the ceiling like a question mark, its boundaries etched with silver runes that pulse with gentle light. From here, Beaumont's territorial dominance becomes visceral—mountain ridges unfurl below us, their edges softened by distance but no less formidable. Valeria stands with her back straight, hands clasped behind her, explaining the patrol rotations with the precision of someone who has personally walked every inch of the borders she defends.</w:t>
      </w:r>
    </w:p>
    <w:p w14:paraId="5F9B59CD" w14:textId="77777777" w:rsidR="00F96E3E" w:rsidRPr="00F96E3E" w:rsidRDefault="00F96E3E" w:rsidP="00F96E3E">
      <w:pPr>
        <w:spacing w:line="276" w:lineRule="auto"/>
      </w:pPr>
      <w:r w:rsidRPr="00F96E3E">
        <w:t>"The southeastern ridge requires double patrols," she says, one elegant finger tracing the jagged line of mountains on the map spread before us. "The terrain creates blind spots in the ward network, particularly where the silver veins thin near the old mining passages."</w:t>
      </w:r>
    </w:p>
    <w:p w14:paraId="65D0F373" w14:textId="77777777" w:rsidR="00F96E3E" w:rsidRPr="00F96E3E" w:rsidRDefault="00F96E3E" w:rsidP="00F96E3E">
      <w:pPr>
        <w:spacing w:line="276" w:lineRule="auto"/>
      </w:pPr>
      <w:r w:rsidRPr="00F96E3E">
        <w:t>I lean closer, noting the detailed markings on the parchment—not just geographic features but temporal notations indicating when certain areas become more vulnerable. The attention to detail speaks of centuries of refinement, each generation of vampires adding their observations to create this living document of defense.</w:t>
      </w:r>
    </w:p>
    <w:p w14:paraId="1C1864C9" w14:textId="77777777" w:rsidR="00F96E3E" w:rsidRPr="00F96E3E" w:rsidRDefault="00F96E3E" w:rsidP="00F96E3E">
      <w:pPr>
        <w:spacing w:line="276" w:lineRule="auto"/>
      </w:pPr>
      <w:r w:rsidRPr="00F96E3E">
        <w:t>"And these markers?" I ask, indicating a series of silver dots along a particular path.</w:t>
      </w:r>
    </w:p>
    <w:p w14:paraId="6EDF3CF9" w14:textId="77777777" w:rsidR="00F96E3E" w:rsidRPr="00F96E3E" w:rsidRDefault="00F96E3E" w:rsidP="00F96E3E">
      <w:pPr>
        <w:spacing w:line="276" w:lineRule="auto"/>
      </w:pPr>
      <w:r w:rsidRPr="00F96E3E">
        <w:t>"Sensory ward nodes," Valeria explains. "They extend the queen's awareness beyond physical sight. From the throne room, I can—"</w:t>
      </w:r>
    </w:p>
    <w:p w14:paraId="05330104" w14:textId="77777777" w:rsidR="00F96E3E" w:rsidRPr="00F96E3E" w:rsidRDefault="00F96E3E" w:rsidP="00F96E3E">
      <w:pPr>
        <w:spacing w:line="276" w:lineRule="auto"/>
      </w:pPr>
      <w:r w:rsidRPr="00F96E3E">
        <w:t>The change happens between one word and the next. Valeria stops speaking mid-sentence, her expression going blank as if someone has drawn a veil across her consciousness. Her eyes remain open but unfocused, staring through the mountain landscape rather than at it. It lasts only a heartbeat, perhaps two, but the sudden absence of her formidable presence creates a vacuum in the room that makes my skin prickle.</w:t>
      </w:r>
    </w:p>
    <w:p w14:paraId="10BAA0CA" w14:textId="77777777" w:rsidR="00F96E3E" w:rsidRPr="00F96E3E" w:rsidRDefault="00F96E3E" w:rsidP="00F96E3E">
      <w:pPr>
        <w:spacing w:line="276" w:lineRule="auto"/>
      </w:pPr>
      <w:r w:rsidRPr="00F96E3E">
        <w:lastRenderedPageBreak/>
        <w:t>My pulse catches in my throat. This close, I can see the infinitesimal flutter of her lashes against her pale skin, dark crescents trembling against white marble. The sight is strangely intimate—Valeria's perfect composure momentarily fractured, revealing something vulnerable beneath the surface that I suspect few ever witness.</w:t>
      </w:r>
    </w:p>
    <w:p w14:paraId="62B730E9" w14:textId="77777777" w:rsidR="00F96E3E" w:rsidRPr="00F96E3E" w:rsidRDefault="00F96E3E" w:rsidP="00F96E3E">
      <w:pPr>
        <w:spacing w:line="276" w:lineRule="auto"/>
      </w:pPr>
      <w:r w:rsidRPr="00F96E3E">
        <w:t>I step closer, diplomatic protocol forgotten in my concern. "Valeria?"</w:t>
      </w:r>
    </w:p>
    <w:p w14:paraId="28DC3815" w14:textId="77777777" w:rsidR="00F96E3E" w:rsidRPr="00F96E3E" w:rsidRDefault="00F96E3E" w:rsidP="00F96E3E">
      <w:pPr>
        <w:spacing w:line="276" w:lineRule="auto"/>
      </w:pPr>
      <w:r w:rsidRPr="00F96E3E">
        <w:t>Her name—not her title—slips from my lips without conscious decision. The bond between us pulses with worry that I make no attempt to disguise.</w:t>
      </w:r>
    </w:p>
    <w:p w14:paraId="23604483" w14:textId="77777777" w:rsidR="00F96E3E" w:rsidRPr="00F96E3E" w:rsidRDefault="00F96E3E" w:rsidP="00F96E3E">
      <w:pPr>
        <w:spacing w:line="276" w:lineRule="auto"/>
      </w:pPr>
      <w:r w:rsidRPr="00F96E3E">
        <w:t>She blinks once, twice, and life returns to her features. The transition is so swift and complete that I almost doubt what I've just witnessed. Only the slight tightening of her jaw betrays that anything unusual has occurred.</w:t>
      </w:r>
    </w:p>
    <w:p w14:paraId="3F3128FC" w14:textId="77777777" w:rsidR="00F96E3E" w:rsidRPr="00F96E3E" w:rsidRDefault="00F96E3E" w:rsidP="00F96E3E">
      <w:pPr>
        <w:spacing w:line="276" w:lineRule="auto"/>
      </w:pPr>
      <w:r w:rsidRPr="00F96E3E">
        <w:t>"I'm fine," she says, her voice perfectly modulated once more. She continues her explanation as if there had been no interruption, finger moving to the next section of the map. "These passages connect to underground reservoirs that once served the mining operations. We've converted several into emergency shelters."</w:t>
      </w:r>
    </w:p>
    <w:p w14:paraId="5BFE2BC1" w14:textId="77777777" w:rsidR="00F96E3E" w:rsidRPr="00F96E3E" w:rsidRDefault="00F96E3E" w:rsidP="00F96E3E">
      <w:pPr>
        <w:spacing w:line="276" w:lineRule="auto"/>
      </w:pPr>
      <w:r w:rsidRPr="00F96E3E">
        <w:t>But something has shifted between us. The bond that connects us feels strained, like a musical string pulled slightly too tight. A faint static hums along its length where there was once smooth warmth. The sensation is so subtle I almost doubt my perception of it—yet my diplomatic training has honed my sensitivity to the unspoken, and something in our connection has undeniably changed.</w:t>
      </w:r>
    </w:p>
    <w:p w14:paraId="40E16DA5" w14:textId="77777777" w:rsidR="00F96E3E" w:rsidRPr="00F96E3E" w:rsidRDefault="00F96E3E" w:rsidP="00F96E3E">
      <w:pPr>
        <w:spacing w:line="276" w:lineRule="auto"/>
      </w:pPr>
      <w:r w:rsidRPr="00F96E3E">
        <w:t>I study her profile as she continues speaking, watching how the silver runes from the window cast moving patterns through her dark hair. The effect is mesmerizing—a halo of ancient magic crowning her as she speaks of protection and vigilance. For a moment, I forget the tension, lost in the simple beauty of light playing through strands of midnight.</w:t>
      </w:r>
    </w:p>
    <w:p w14:paraId="23382750" w14:textId="77777777" w:rsidR="00F96E3E" w:rsidRPr="00F96E3E" w:rsidRDefault="00F96E3E" w:rsidP="00F96E3E">
      <w:pPr>
        <w:spacing w:line="276" w:lineRule="auto"/>
      </w:pPr>
      <w:r w:rsidRPr="00F96E3E">
        <w:t>"You're staring, Diplomat Everhart."</w:t>
      </w:r>
    </w:p>
    <w:p w14:paraId="3C48EFC5" w14:textId="77777777" w:rsidR="00F96E3E" w:rsidRPr="00F96E3E" w:rsidRDefault="00F96E3E" w:rsidP="00F96E3E">
      <w:pPr>
        <w:spacing w:line="276" w:lineRule="auto"/>
      </w:pPr>
      <w:r w:rsidRPr="00F96E3E">
        <w:t>Her observation, delivered without looking at me, carries no rebuke—only a quiet acknowledgment that pulls me back to awareness. I feel heat rise to my cheeks but refuse to look away.</w:t>
      </w:r>
    </w:p>
    <w:p w14:paraId="55232BE3" w14:textId="77777777" w:rsidR="00F96E3E" w:rsidRPr="00F96E3E" w:rsidRDefault="00F96E3E" w:rsidP="00F96E3E">
      <w:pPr>
        <w:spacing w:line="276" w:lineRule="auto"/>
      </w:pPr>
      <w:r w:rsidRPr="00F96E3E">
        <w:t>"I'm observing," I correct her, falling back on diplomatic precision. "There's a difference."</w:t>
      </w:r>
    </w:p>
    <w:p w14:paraId="41577CB4" w14:textId="77777777" w:rsidR="00F96E3E" w:rsidRPr="00F96E3E" w:rsidRDefault="00F96E3E" w:rsidP="00F96E3E">
      <w:pPr>
        <w:spacing w:line="276" w:lineRule="auto"/>
      </w:pPr>
      <w:r w:rsidRPr="00F96E3E">
        <w:t>The faintest curve touches her lips—not quite a smile but an acknowledgment of my parry. "And what do your observations tell you?"</w:t>
      </w:r>
    </w:p>
    <w:p w14:paraId="5457EC0B" w14:textId="77777777" w:rsidR="00F96E3E" w:rsidRPr="00F96E3E" w:rsidRDefault="00F96E3E" w:rsidP="00F96E3E">
      <w:pPr>
        <w:spacing w:line="276" w:lineRule="auto"/>
      </w:pPr>
      <w:r w:rsidRPr="00F96E3E">
        <w:t xml:space="preserve">The question hangs between us, layered with meanings neither of us fully articulate. Does she ask what I observe about the maps, the wards, the strategic vulnerabilities? Or does she ask </w:t>
      </w:r>
      <w:r w:rsidRPr="00F96E3E">
        <w:lastRenderedPageBreak/>
        <w:t>what I observe about her momentary absence, the strain in our bond, the subtle signs that something is not as it should be?</w:t>
      </w:r>
    </w:p>
    <w:p w14:paraId="4C0735FE" w14:textId="77777777" w:rsidR="00F96E3E" w:rsidRPr="00F96E3E" w:rsidRDefault="00F96E3E" w:rsidP="00F96E3E">
      <w:pPr>
        <w:spacing w:line="276" w:lineRule="auto"/>
      </w:pPr>
      <w:r w:rsidRPr="00F96E3E">
        <w:t>"That you're concealing something," I answer finally, choosing honesty over caution. "Something about your connection to the wards."</w:t>
      </w:r>
    </w:p>
    <w:p w14:paraId="4BAF1C80" w14:textId="77777777" w:rsidR="00F96E3E" w:rsidRPr="00F96E3E" w:rsidRDefault="00F96E3E" w:rsidP="00F96E3E">
      <w:pPr>
        <w:spacing w:line="276" w:lineRule="auto"/>
      </w:pPr>
      <w:r w:rsidRPr="00F96E3E">
        <w:t>Tension returns to her shoulders, a nearly imperceptible straightening that nonetheless communicates volumes. The almost-smile vanishes as if it never existed.</w:t>
      </w:r>
    </w:p>
    <w:p w14:paraId="17E5426E" w14:textId="77777777" w:rsidR="00F96E3E" w:rsidRPr="00F96E3E" w:rsidRDefault="00F96E3E" w:rsidP="00F96E3E">
      <w:pPr>
        <w:spacing w:line="276" w:lineRule="auto"/>
      </w:pPr>
      <w:r w:rsidRPr="00F96E3E">
        <w:t>"The connection between monarch and wards has always been... complex," she says, her voice carefully neutral. "More so in recent decades."</w:t>
      </w:r>
    </w:p>
    <w:p w14:paraId="513226F7" w14:textId="77777777" w:rsidR="00F96E3E" w:rsidRPr="00F96E3E" w:rsidRDefault="00F96E3E" w:rsidP="00F96E3E">
      <w:pPr>
        <w:spacing w:line="276" w:lineRule="auto"/>
      </w:pPr>
      <w:r w:rsidRPr="00F96E3E">
        <w:t>"Since the Accord," I suggest, watching her closely.</w:t>
      </w:r>
    </w:p>
    <w:p w14:paraId="0C0DA3A1" w14:textId="77777777" w:rsidR="00F96E3E" w:rsidRPr="00F96E3E" w:rsidRDefault="00F96E3E" w:rsidP="00F96E3E">
      <w:pPr>
        <w:spacing w:line="276" w:lineRule="auto"/>
      </w:pPr>
      <w:r w:rsidRPr="00F96E3E">
        <w:t>"Yes."</w:t>
      </w:r>
    </w:p>
    <w:p w14:paraId="024B1F6C" w14:textId="77777777" w:rsidR="00F96E3E" w:rsidRPr="00F96E3E" w:rsidRDefault="00F96E3E" w:rsidP="00F96E3E">
      <w:pPr>
        <w:spacing w:line="276" w:lineRule="auto"/>
      </w:pPr>
      <w:r w:rsidRPr="00F96E3E">
        <w:t>That single syllable carries weight far beyond its sound. Through our bond, I sense reluctance to elaborate—not from deception but from something that feels almost like shame. The emotion flickers so briefly I cannot be certain I didn't imagine it.</w:t>
      </w:r>
    </w:p>
    <w:p w14:paraId="17013419" w14:textId="77777777" w:rsidR="00F96E3E" w:rsidRPr="00F96E3E" w:rsidRDefault="00F96E3E" w:rsidP="00F96E3E">
      <w:pPr>
        <w:spacing w:line="276" w:lineRule="auto"/>
      </w:pPr>
      <w:r w:rsidRPr="00F96E3E">
        <w:t>"The strain affects you physically," I press, gesturing toward where she had stood frozen moments before. "That wasn't normal."</w:t>
      </w:r>
    </w:p>
    <w:p w14:paraId="24386FF6" w14:textId="77777777" w:rsidR="00F96E3E" w:rsidRPr="00F96E3E" w:rsidRDefault="00F96E3E" w:rsidP="00F96E3E">
      <w:pPr>
        <w:spacing w:line="276" w:lineRule="auto"/>
      </w:pPr>
      <w:r w:rsidRPr="00F96E3E">
        <w:t>Valeria turns from the window, her expression once again the perfect mask of royal composure. "Nothing about our current situation is normal, Diplomat Everhart. The wards react to your presence in ways that defy centuries of established magical principles. Criminal blood affects my people in ways we never anticipated when signing the Accord. And you and I share a connection that neither of us sought nor fully understands."</w:t>
      </w:r>
    </w:p>
    <w:p w14:paraId="242C08C9" w14:textId="77777777" w:rsidR="00F96E3E" w:rsidRPr="00F96E3E" w:rsidRDefault="00F96E3E" w:rsidP="00F96E3E">
      <w:pPr>
        <w:spacing w:line="276" w:lineRule="auto"/>
      </w:pPr>
      <w:r w:rsidRPr="00F96E3E">
        <w:t>She moves toward the chamber door with that peculiar grace that makes even retreat seem deliberate and controlled. "Perhaps we should focus on the mysteries we can actually solve, rather than adding to them."</w:t>
      </w:r>
    </w:p>
    <w:p w14:paraId="4859C762" w14:textId="77777777" w:rsidR="00F96E3E" w:rsidRPr="00F96E3E" w:rsidRDefault="00F96E3E" w:rsidP="00F96E3E">
      <w:pPr>
        <w:spacing w:line="276" w:lineRule="auto"/>
      </w:pPr>
      <w:r w:rsidRPr="00F96E3E">
        <w:t>I watch her go, the static in our bond neither increasing nor diminishing. Whatever happened at the window, she has no intention of discussing it further. Yet as she reaches the threshold, she pauses, not looking back.</w:t>
      </w:r>
    </w:p>
    <w:p w14:paraId="3742D591" w14:textId="77777777" w:rsidR="00F96E3E" w:rsidRPr="00F96E3E" w:rsidRDefault="00F96E3E" w:rsidP="00F96E3E">
      <w:pPr>
        <w:spacing w:line="276" w:lineRule="auto"/>
      </w:pPr>
      <w:r w:rsidRPr="00F96E3E">
        <w:t>"The ward fluctuations began three months ago," she says quietly. "The first reports of blood irregularities appeared within the same week."</w:t>
      </w:r>
    </w:p>
    <w:p w14:paraId="1A07E2C9" w14:textId="77777777" w:rsidR="00F96E3E" w:rsidRPr="00F96E3E" w:rsidRDefault="00F96E3E" w:rsidP="00F96E3E">
      <w:pPr>
        <w:spacing w:line="276" w:lineRule="auto"/>
      </w:pPr>
      <w:r w:rsidRPr="00F96E3E">
        <w:t>With that, she's gone, leaving me alone with the silver-etched window and its view of territories that suddenly seem far more fragile than their mountainous foundations would suggest.</w:t>
      </w:r>
    </w:p>
    <w:p w14:paraId="3B93FAF5" w14:textId="77777777" w:rsidR="00F96E3E" w:rsidRPr="00F96E3E" w:rsidRDefault="00F96E3E" w:rsidP="00F96E3E">
      <w:pPr>
        <w:spacing w:line="276" w:lineRule="auto"/>
      </w:pPr>
      <w:r w:rsidRPr="00F96E3E">
        <w:t># Scene 4</w:t>
      </w:r>
    </w:p>
    <w:p w14:paraId="370F5CD9" w14:textId="77777777" w:rsidR="00F96E3E" w:rsidRPr="00F96E3E" w:rsidRDefault="00F96E3E" w:rsidP="00F96E3E">
      <w:pPr>
        <w:spacing w:line="276" w:lineRule="auto"/>
      </w:pPr>
      <w:r w:rsidRPr="00F96E3E">
        <w:lastRenderedPageBreak/>
        <w:t>The ledger sits heavy in my hands, its leather cover worn at the corners from frequent handling. I found it in the council annex archives after hours of searching through stacks of supply records—a seemingly innocuous volume until I recognized Lord Ardent's distinctive seal pressed into the binding. The lamplit hush of the archive room feels suddenly oppressive as I turn pages and piece together what he's done, each entry another thread in a pattern of deliberate sabotage so elegant I might admire it if it weren't potentially catastrophic.</w:t>
      </w:r>
    </w:p>
    <w:p w14:paraId="6369D47C" w14:textId="77777777" w:rsidR="00F96E3E" w:rsidRPr="00F96E3E" w:rsidRDefault="00F96E3E" w:rsidP="00F96E3E">
      <w:pPr>
        <w:spacing w:line="276" w:lineRule="auto"/>
      </w:pPr>
      <w:r w:rsidRPr="00F96E3E">
        <w:t xml:space="preserve">I trace my finger along columns of precise </w:t>
      </w:r>
      <w:proofErr w:type="gramStart"/>
      <w:r w:rsidRPr="00F96E3E">
        <w:t>handwriting,</w:t>
      </w:r>
      <w:proofErr w:type="gramEnd"/>
      <w:r w:rsidRPr="00F96E3E">
        <w:t xml:space="preserve"> the ledger balanced on my knees as I sit cross-legged on the archive floor. Blood supply manifests, meticulously categorized by origin, age, and destination. The marginalia tell the real story—</w:t>
      </w:r>
      <w:proofErr w:type="spellStart"/>
      <w:r w:rsidRPr="00F96E3E">
        <w:t>Ardent's</w:t>
      </w:r>
      <w:proofErr w:type="spellEnd"/>
      <w:r w:rsidRPr="00F96E3E">
        <w:t xml:space="preserve"> distinctive script adding notations that redirect specific batches away from their intended recipients.</w:t>
      </w:r>
    </w:p>
    <w:p w14:paraId="6E098936" w14:textId="77777777" w:rsidR="00F96E3E" w:rsidRPr="00F96E3E" w:rsidRDefault="00F96E3E" w:rsidP="00F96E3E">
      <w:pPr>
        <w:spacing w:line="276" w:lineRule="auto"/>
      </w:pPr>
      <w:r w:rsidRPr="00F96E3E">
        <w:t>"Emergency redistribution protocol," he's written on the most recent pages, the ink still fresh enough that I feared smudging it when I first opened the cover. The official seal of the Blood Distribution Council presses into the parchment beside his signature, red wax like a drop of accusation.</w:t>
      </w:r>
    </w:p>
    <w:p w14:paraId="7EE1D998" w14:textId="77777777" w:rsidR="00F96E3E" w:rsidRPr="00F96E3E" w:rsidRDefault="00F96E3E" w:rsidP="00F96E3E">
      <w:pPr>
        <w:spacing w:line="276" w:lineRule="auto"/>
      </w:pPr>
      <w:r w:rsidRPr="00F96E3E">
        <w:t>My diplomatic training helps me decode what isn't explicitly stated. Certain blood stocks—the same ones flagged as "unstable" in the medical advisor's report—have been deliberately redirected from central Beaumont to distant outposts along the northern borders. Places where young, inexperienced vampires serve their mandatory territorial duties. Places far from the immediate attention of the court. Places where unusual reactions might be attributed to isolation, stress, or inexperience rather than systematic contamination.</w:t>
      </w:r>
    </w:p>
    <w:p w14:paraId="39659B86" w14:textId="77777777" w:rsidR="00F96E3E" w:rsidRPr="00F96E3E" w:rsidRDefault="00F96E3E" w:rsidP="00F96E3E">
      <w:pPr>
        <w:spacing w:line="276" w:lineRule="auto"/>
      </w:pPr>
      <w:r w:rsidRPr="00F96E3E">
        <w:t>I flip back through earlier pages, finding the pattern repeated over months. Small adjustments at first, almost imperceptible unless you're looking for them. Then gradually larger redistributions, each justified with technical language citing protocols that sound legitimate but that I suspect exist nowhere in actual Beaumont law.</w:t>
      </w:r>
    </w:p>
    <w:p w14:paraId="0A0C2E89" w14:textId="77777777" w:rsidR="00F96E3E" w:rsidRPr="00F96E3E" w:rsidRDefault="00F96E3E" w:rsidP="00F96E3E">
      <w:pPr>
        <w:spacing w:line="276" w:lineRule="auto"/>
      </w:pPr>
      <w:r w:rsidRPr="00F96E3E">
        <w:t>The most damning evidence appears in a private notation on the inside cover, written in a cipher that took me nearly an hour to break using my knowledge of ancient vampire dialects: "Pressure creates clarity. The Accord's flaws must manifest before they can be addressed."</w:t>
      </w:r>
    </w:p>
    <w:p w14:paraId="106202DB" w14:textId="77777777" w:rsidR="00F96E3E" w:rsidRPr="00F96E3E" w:rsidRDefault="00F96E3E" w:rsidP="00F96E3E">
      <w:pPr>
        <w:spacing w:line="276" w:lineRule="auto"/>
      </w:pPr>
      <w:r w:rsidRPr="00F96E3E">
        <w:t>I shudder now, sitting alone in my chambers, the memory of those words echoing in my mind. The ledger has been returned to its place in the archives, my examination leaving no trace. But its contents weigh on me as heavily as the physical book had weighed in my palm—incontrovertible evidence that Lord Ardent is deliberately destabilizing Beaumont's blood supply, creating precisely the crisis that would justify renegotiating the feeding restrictions.</w:t>
      </w:r>
    </w:p>
    <w:p w14:paraId="1B14512B" w14:textId="77777777" w:rsidR="00F96E3E" w:rsidRPr="00F96E3E" w:rsidRDefault="00F96E3E" w:rsidP="00F96E3E">
      <w:pPr>
        <w:spacing w:line="276" w:lineRule="auto"/>
      </w:pPr>
      <w:r w:rsidRPr="00F96E3E">
        <w:t>Or breaking the treaty entirely.</w:t>
      </w:r>
    </w:p>
    <w:p w14:paraId="757AAEA4" w14:textId="77777777" w:rsidR="00F96E3E" w:rsidRPr="00F96E3E" w:rsidRDefault="00F96E3E" w:rsidP="00F96E3E">
      <w:pPr>
        <w:spacing w:line="276" w:lineRule="auto"/>
      </w:pPr>
      <w:r w:rsidRPr="00F96E3E">
        <w:t xml:space="preserve">The thought sends ice through my veins. A return to open conflict between vampires and humans would devastate both societies. The previous war had brought us to the brink of mutual </w:t>
      </w:r>
      <w:r w:rsidRPr="00F96E3E">
        <w:lastRenderedPageBreak/>
        <w:t xml:space="preserve">destruction before the Crimson Accord established our fragile peace. My father had given everything to forge that treaty. I can't allow </w:t>
      </w:r>
      <w:proofErr w:type="spellStart"/>
      <w:r w:rsidRPr="00F96E3E">
        <w:t>Ardent's</w:t>
      </w:r>
      <w:proofErr w:type="spellEnd"/>
      <w:r w:rsidRPr="00F96E3E">
        <w:t xml:space="preserve"> machinations to unravel it.</w:t>
      </w:r>
    </w:p>
    <w:p w14:paraId="7E8AC97A" w14:textId="77777777" w:rsidR="00F96E3E" w:rsidRPr="00F96E3E" w:rsidRDefault="00F96E3E" w:rsidP="00F96E3E">
      <w:pPr>
        <w:spacing w:line="276" w:lineRule="auto"/>
      </w:pPr>
      <w:r w:rsidRPr="00F96E3E">
        <w:t>I brush my hand over the bond at my throat—that inexplicable connection to Valeria that sometimes feels like burden and lifeline in equal measure. Despite my racing thoughts, the bond remains steady, a warm current of calm beneath my rising anxiety. The contrast is jarring: my heart pounds against my ribs while the bond hums with Valeria's characteristic steadiness.</w:t>
      </w:r>
    </w:p>
    <w:p w14:paraId="2D604FEC" w14:textId="77777777" w:rsidR="00F96E3E" w:rsidRPr="00F96E3E" w:rsidRDefault="00F96E3E" w:rsidP="00F96E3E">
      <w:pPr>
        <w:spacing w:line="276" w:lineRule="auto"/>
      </w:pPr>
      <w:r w:rsidRPr="00F96E3E">
        <w:t>Is she unaware of the danger? Impossible—Valeria misses nothing within her realm. Is she unconcerned? Equally impossible—I've felt her genuine worry through our connection, seen the subtle signs of strain as she navigates these treacherous waters.</w:t>
      </w:r>
    </w:p>
    <w:p w14:paraId="62E6DB49" w14:textId="77777777" w:rsidR="00F96E3E" w:rsidRPr="00F96E3E" w:rsidRDefault="00F96E3E" w:rsidP="00F96E3E">
      <w:pPr>
        <w:spacing w:line="276" w:lineRule="auto"/>
      </w:pPr>
      <w:r w:rsidRPr="00F96E3E">
        <w:t>No, the steadiness I feel must be deliberately projected. Even now, she maintains control, refusing to allow her emotions to spill over into our shared bond. The realization brings unexpected comfort—whatever storm gathers around us, Valeria remains the immovable center, adapting without breaking.</w:t>
      </w:r>
    </w:p>
    <w:p w14:paraId="4D777575" w14:textId="77777777" w:rsidR="00F96E3E" w:rsidRPr="00F96E3E" w:rsidRDefault="00F96E3E" w:rsidP="00F96E3E">
      <w:pPr>
        <w:spacing w:line="276" w:lineRule="auto"/>
      </w:pPr>
      <w:r w:rsidRPr="00F96E3E">
        <w:t xml:space="preserve">I pace my chamber, mind racing through implications and strategies. The evidence in the ledger is damning but circumstantial. Proving deliberate sabotage rather than bureaucratic incompetence would require testimony from those who carried out </w:t>
      </w:r>
      <w:proofErr w:type="spellStart"/>
      <w:r w:rsidRPr="00F96E3E">
        <w:t>Ardent's</w:t>
      </w:r>
      <w:proofErr w:type="spellEnd"/>
      <w:r w:rsidRPr="00F96E3E">
        <w:t xml:space="preserve"> orders. Unlikely, given their loyalty to him and the vampire court's strict hierarchies.</w:t>
      </w:r>
    </w:p>
    <w:p w14:paraId="7AE1DF98" w14:textId="77777777" w:rsidR="00F96E3E" w:rsidRPr="00F96E3E" w:rsidRDefault="00F96E3E" w:rsidP="00F96E3E">
      <w:pPr>
        <w:spacing w:line="276" w:lineRule="auto"/>
      </w:pPr>
      <w:r w:rsidRPr="00F96E3E">
        <w:t>Perhaps we could trace the blood shipments themselves? Follow the physical evidence of contamination back to its source? But that would require traveling to the northern outposts, far from Beaumont and the relative safety of diplomatic territory.</w:t>
      </w:r>
    </w:p>
    <w:p w14:paraId="464BBF1B" w14:textId="77777777" w:rsidR="00F96E3E" w:rsidRPr="00F96E3E" w:rsidRDefault="00F96E3E" w:rsidP="00F96E3E">
      <w:pPr>
        <w:spacing w:line="276" w:lineRule="auto"/>
      </w:pPr>
      <w:r w:rsidRPr="00F96E3E">
        <w:t xml:space="preserve">My steps falter as realization strikes. That may be precisely </w:t>
      </w:r>
      <w:proofErr w:type="spellStart"/>
      <w:r w:rsidRPr="00F96E3E">
        <w:t>Ardent's</w:t>
      </w:r>
      <w:proofErr w:type="spellEnd"/>
      <w:r w:rsidRPr="00F96E3E">
        <w:t xml:space="preserve"> plan—to force Valeria to leave Beaumont to investigate, weakening her position at court while she's absent. Or to send me away, severing the strange connection that makes the palace wards respond in unprecedented ways.</w:t>
      </w:r>
    </w:p>
    <w:p w14:paraId="62EF566F" w14:textId="77777777" w:rsidR="00F96E3E" w:rsidRPr="00F96E3E" w:rsidRDefault="00F96E3E" w:rsidP="00F96E3E">
      <w:pPr>
        <w:spacing w:line="276" w:lineRule="auto"/>
      </w:pPr>
      <w:r w:rsidRPr="00F96E3E">
        <w:t xml:space="preserve">The bond at my throat pulses once, stronger than before. Is it responding to my thoughts? Can Valeria sense the direction of my reasoning? The idea should disturb me—this intrusion into my mental privacy—yet instead I find myself hoping she can. United understanding would make us stronger against </w:t>
      </w:r>
      <w:proofErr w:type="spellStart"/>
      <w:r w:rsidRPr="00F96E3E">
        <w:t>Ardent's</w:t>
      </w:r>
      <w:proofErr w:type="spellEnd"/>
      <w:r w:rsidRPr="00F96E3E">
        <w:t xml:space="preserve"> carefully orchestrated chaos.</w:t>
      </w:r>
    </w:p>
    <w:p w14:paraId="12D3C22F" w14:textId="77777777" w:rsidR="00F96E3E" w:rsidRPr="00F96E3E" w:rsidRDefault="00F96E3E" w:rsidP="00F96E3E">
      <w:pPr>
        <w:spacing w:line="276" w:lineRule="auto"/>
      </w:pPr>
      <w:r w:rsidRPr="00F96E3E">
        <w:t>I move to the window, pressing my forehead against cool glass as I stare out at Beaumont's nightscape. Silver ward channels trace elegant patterns across buildings and bridges, their glow steady from this distance. No sign of the fluctuations that have caused such concern. No visible evidence of the crisis building beneath the city's beautiful surface.</w:t>
      </w:r>
    </w:p>
    <w:p w14:paraId="60CD4117" w14:textId="77777777" w:rsidR="00F96E3E" w:rsidRPr="00F96E3E" w:rsidRDefault="00F96E3E" w:rsidP="00F96E3E">
      <w:pPr>
        <w:spacing w:line="276" w:lineRule="auto"/>
      </w:pPr>
      <w:r w:rsidRPr="00F96E3E">
        <w:t xml:space="preserve">How many of those elegant structures house vampires already affected by the contaminated blood? How many more will suffer before we can prove </w:t>
      </w:r>
      <w:proofErr w:type="spellStart"/>
      <w:r w:rsidRPr="00F96E3E">
        <w:t>Ardent's</w:t>
      </w:r>
      <w:proofErr w:type="spellEnd"/>
      <w:r w:rsidRPr="00F96E3E">
        <w:t xml:space="preserve"> culpability? The ledger's weight still phantoms in my hands, its revelations a burden I'm not sure how to carry.</w:t>
      </w:r>
    </w:p>
    <w:p w14:paraId="3D46FC27" w14:textId="77777777" w:rsidR="00F96E3E" w:rsidRPr="00F96E3E" w:rsidRDefault="00F96E3E" w:rsidP="00F96E3E">
      <w:pPr>
        <w:spacing w:line="276" w:lineRule="auto"/>
      </w:pPr>
      <w:r w:rsidRPr="00F96E3E">
        <w:lastRenderedPageBreak/>
        <w:t>"Pressure creates clarity," Ardent had written. The words chill me anew.</w:t>
      </w:r>
    </w:p>
    <w:p w14:paraId="6744341D" w14:textId="77777777" w:rsidR="00F96E3E" w:rsidRPr="00F96E3E" w:rsidRDefault="00F96E3E" w:rsidP="00F96E3E">
      <w:pPr>
        <w:spacing w:line="276" w:lineRule="auto"/>
      </w:pPr>
      <w:r w:rsidRPr="00F96E3E">
        <w:t>He's right about one thing—pressure is building. But the clarity it brings may not be what he expects. My fingers touch the bond mark again, drawing strength from its steady warmth as I turn from the window, resolve hardening into determination.</w:t>
      </w:r>
    </w:p>
    <w:p w14:paraId="3E903578" w14:textId="77777777" w:rsidR="00F96E3E" w:rsidRPr="00F96E3E" w:rsidRDefault="00F96E3E" w:rsidP="00F96E3E">
      <w:pPr>
        <w:spacing w:line="276" w:lineRule="auto"/>
      </w:pPr>
      <w:r w:rsidRPr="00F96E3E">
        <w:t>If Ardent wants pressure, we'll give it to him. Just not in the way he planned.</w:t>
      </w:r>
    </w:p>
    <w:p w14:paraId="3D601CE1" w14:textId="77777777" w:rsidR="00F96E3E" w:rsidRPr="00F96E3E" w:rsidRDefault="00F96E3E" w:rsidP="00F96E3E">
      <w:pPr>
        <w:spacing w:line="276" w:lineRule="auto"/>
      </w:pPr>
      <w:r w:rsidRPr="00F96E3E">
        <w:t># Scene 5</w:t>
      </w:r>
    </w:p>
    <w:p w14:paraId="2B40A6E0" w14:textId="77777777" w:rsidR="00F96E3E" w:rsidRPr="00F96E3E" w:rsidRDefault="00F96E3E" w:rsidP="00F96E3E">
      <w:pPr>
        <w:spacing w:line="276" w:lineRule="auto"/>
      </w:pPr>
      <w:r w:rsidRPr="00F96E3E">
        <w:t>Evening shadows stretch like living things down the vaulted corridor, their edges softened by the glow of silver ward channels that trace geometric patterns along the walls and ceiling. I walk half a step behind Valeria, the position of diplomatic deference that has become habit during my time in Beaumont. Our footsteps create a syncopated rhythm against the stone floor—hers measured and precise, mine slightly quicker to match her longer stride. Neither of us has spoken for several minutes, the silence between us comfortable in a way I find increasingly unsettling in its familiarity.</w:t>
      </w:r>
    </w:p>
    <w:p w14:paraId="6A4EAF9F" w14:textId="77777777" w:rsidR="00F96E3E" w:rsidRPr="00F96E3E" w:rsidRDefault="00F96E3E" w:rsidP="00F96E3E">
      <w:pPr>
        <w:spacing w:line="276" w:lineRule="auto"/>
      </w:pPr>
      <w:r w:rsidRPr="00F96E3E">
        <w:t>The corridor connects the eastern council chambers to the diplomatic wing where my quarters reside. Unlike the grand hallways designed to impress visitors, this passage feels functional, almost intimate—a servants' route repurposed for royal use when privacy matters more than pageantry. The ceiling arches high above us, creating excellent acoustics that would carry whispers to waiting ears if anyone lurked in the alcoves we pass.</w:t>
      </w:r>
    </w:p>
    <w:p w14:paraId="67B45534" w14:textId="77777777" w:rsidR="00F96E3E" w:rsidRPr="00F96E3E" w:rsidRDefault="00F96E3E" w:rsidP="00F96E3E">
      <w:pPr>
        <w:spacing w:line="276" w:lineRule="auto"/>
      </w:pPr>
      <w:r w:rsidRPr="00F96E3E">
        <w:t>I watch the silver ward channels as we walk, noting how their light pulses with subtle irregularity. Not the dramatic eruptions that drew attention during formal council sessions, but something more insidious—a stuttering in the glow, like a heart struggling to maintain its rhythm. The runes shimmer unevenly, flaring brighter when Valeria passes directly beneath them, then dimming slightly in her wake before brightening again as I follow.</w:t>
      </w:r>
    </w:p>
    <w:p w14:paraId="0C35A20E" w14:textId="77777777" w:rsidR="00F96E3E" w:rsidRPr="00F96E3E" w:rsidRDefault="00F96E3E" w:rsidP="00F96E3E">
      <w:pPr>
        <w:spacing w:line="276" w:lineRule="auto"/>
      </w:pPr>
      <w:r w:rsidRPr="00F96E3E">
        <w:t>"The fluctuations are becoming more frequent," I observe, breaking our comfortable silence. "More subtle, but more persistent."</w:t>
      </w:r>
    </w:p>
    <w:p w14:paraId="0096B7B9" w14:textId="77777777" w:rsidR="00F96E3E" w:rsidRPr="00F96E3E" w:rsidRDefault="00F96E3E" w:rsidP="00F96E3E">
      <w:pPr>
        <w:spacing w:line="276" w:lineRule="auto"/>
      </w:pPr>
      <w:r w:rsidRPr="00F96E3E">
        <w:t>Valeria doesn't turn, her gaze fixed ahead. "You notice much for someone who shouldn't be able to perceive ward activity at all."</w:t>
      </w:r>
    </w:p>
    <w:p w14:paraId="3112F65F" w14:textId="77777777" w:rsidR="00F96E3E" w:rsidRPr="00F96E3E" w:rsidRDefault="00F96E3E" w:rsidP="00F96E3E">
      <w:pPr>
        <w:spacing w:line="276" w:lineRule="auto"/>
      </w:pPr>
      <w:r w:rsidRPr="00F96E3E">
        <w:t>There's no accusation in her tone, merely statement of fact. Humans aren't supposed to sense the subtle energies that flow through Beaumont's magical infrastructure. Yet another way I've proven abnormal since arriving in vampire territory.</w:t>
      </w:r>
    </w:p>
    <w:p w14:paraId="3F825CE6" w14:textId="77777777" w:rsidR="00F96E3E" w:rsidRPr="00F96E3E" w:rsidRDefault="00F96E3E" w:rsidP="00F96E3E">
      <w:pPr>
        <w:spacing w:line="276" w:lineRule="auto"/>
      </w:pPr>
      <w:r w:rsidRPr="00F96E3E">
        <w:t>"It's hard not to notice when they're misbehaving directly overhead," I reply, watching a particular rune flicker as we pass beneath it.</w:t>
      </w:r>
    </w:p>
    <w:p w14:paraId="0732C65A" w14:textId="77777777" w:rsidR="00F96E3E" w:rsidRPr="00F96E3E" w:rsidRDefault="00F96E3E" w:rsidP="00F96E3E">
      <w:pPr>
        <w:spacing w:line="276" w:lineRule="auto"/>
      </w:pPr>
      <w:r w:rsidRPr="00F96E3E">
        <w:t xml:space="preserve">As I speak, I feel a strange echo in our bond—a ripple that doesn't originate from either of us but seems to reverberate between us, like a third presence inserting itself into our </w:t>
      </w:r>
      <w:r w:rsidRPr="00F96E3E">
        <w:lastRenderedPageBreak/>
        <w:t>connection. The sensation lasts only a moment before subsiding into the familiar warm current that ties us together, but it leaves a lingering uneasiness in its wake.</w:t>
      </w:r>
    </w:p>
    <w:p w14:paraId="41F01DF2" w14:textId="77777777" w:rsidR="00F96E3E" w:rsidRPr="00F96E3E" w:rsidRDefault="00F96E3E" w:rsidP="00F96E3E">
      <w:pPr>
        <w:spacing w:line="276" w:lineRule="auto"/>
      </w:pPr>
      <w:r w:rsidRPr="00F96E3E">
        <w:t>I glance at Valeria, searching for any indication that she felt the disturbance. Her profile reveals nothing—the perfect composure of centuries of royal training. Either she didn't notice the fluctuation in our bond, or she's choosing not to acknowledge it. Both possibilities trouble me for different reasons.</w:t>
      </w:r>
    </w:p>
    <w:p w14:paraId="33B9B00C" w14:textId="77777777" w:rsidR="00F96E3E" w:rsidRPr="00F96E3E" w:rsidRDefault="00F96E3E" w:rsidP="00F96E3E">
      <w:pPr>
        <w:spacing w:line="276" w:lineRule="auto"/>
      </w:pPr>
      <w:r w:rsidRPr="00F96E3E">
        <w:t>My hand moves unconsciously to my wrist, fingers tracing the crescent-shaped mark that appeared there the night our bond formed. The skin feels warmer than usual beneath my touch, almost feverish. The steady pulse that normally beats within the mark seems uneven, stuttering in rhythm much like the ward channels above us.</w:t>
      </w:r>
    </w:p>
    <w:p w14:paraId="75A37BBF" w14:textId="77777777" w:rsidR="00F96E3E" w:rsidRPr="00F96E3E" w:rsidRDefault="00F96E3E" w:rsidP="00F96E3E">
      <w:pPr>
        <w:spacing w:line="276" w:lineRule="auto"/>
      </w:pPr>
      <w:r w:rsidRPr="00F96E3E">
        <w:t>The sensation isn't painful, exactly, but neither is it the reassuring presence I've reluctantly grown accustomed to. It feels unstable, as though the magic that binds us is struggling to maintain its integrity. The comparison to my earlier discovery about the blood supply doesn't escape me—systems that should function smoothly showing signs of contamination or interference.</w:t>
      </w:r>
    </w:p>
    <w:p w14:paraId="1BCF41DB" w14:textId="77777777" w:rsidR="00F96E3E" w:rsidRPr="00F96E3E" w:rsidRDefault="00F96E3E" w:rsidP="00F96E3E">
      <w:pPr>
        <w:spacing w:line="276" w:lineRule="auto"/>
      </w:pPr>
      <w:r w:rsidRPr="00F96E3E">
        <w:t>"Does it bother you?" Valeria asks suddenly, her eyes flicking briefly to where my fingers press against my wrist.</w:t>
      </w:r>
    </w:p>
    <w:p w14:paraId="791E1E96" w14:textId="77777777" w:rsidR="00F96E3E" w:rsidRPr="00F96E3E" w:rsidRDefault="00F96E3E" w:rsidP="00F96E3E">
      <w:pPr>
        <w:spacing w:line="276" w:lineRule="auto"/>
      </w:pPr>
      <w:r w:rsidRPr="00F96E3E">
        <w:t>I consider lying, offering diplomatic reassurance that everything is fine. But our bond would betray the falsehood, and we've moved beyond such pretenses in private spaces.</w:t>
      </w:r>
    </w:p>
    <w:p w14:paraId="13884AE5" w14:textId="77777777" w:rsidR="00F96E3E" w:rsidRPr="00F96E3E" w:rsidRDefault="00F96E3E" w:rsidP="00F96E3E">
      <w:pPr>
        <w:spacing w:line="276" w:lineRule="auto"/>
      </w:pPr>
      <w:r w:rsidRPr="00F96E3E">
        <w:t>"It feels different tonight," I admit. "Unsteady. Like it's responding to the ward fluctuations."</w:t>
      </w:r>
    </w:p>
    <w:p w14:paraId="6EADE3F8" w14:textId="77777777" w:rsidR="00F96E3E" w:rsidRPr="00F96E3E" w:rsidRDefault="00F96E3E" w:rsidP="00F96E3E">
      <w:pPr>
        <w:spacing w:line="276" w:lineRule="auto"/>
      </w:pPr>
      <w:r w:rsidRPr="00F96E3E">
        <w:t>Valeria nods almost imperceptibly, neither confirming nor denying her own experience. Her pace doesn't change, each step carrying her forward with elegant economy of movement. I find my gaze drawn to the way she moves—the controlled power in each stride, the perfect balance that speaks of centuries of self-mastery.</w:t>
      </w:r>
    </w:p>
    <w:p w14:paraId="200F8473" w14:textId="77777777" w:rsidR="00F96E3E" w:rsidRPr="00F96E3E" w:rsidRDefault="00F96E3E" w:rsidP="00F96E3E">
      <w:pPr>
        <w:spacing w:line="276" w:lineRule="auto"/>
      </w:pPr>
      <w:r w:rsidRPr="00F96E3E">
        <w:t>Her cloak sways with each step, the heavy midnight fabric rippling like water in moonlight. The garment is functional rather than decorative, designed for Beaumont's mountain chill, yet on her it becomes an extension of royal presence—a shadow given form and purpose, flowing around her body with deliberate grace.</w:t>
      </w:r>
    </w:p>
    <w:p w14:paraId="0E590413" w14:textId="77777777" w:rsidR="00F96E3E" w:rsidRPr="00F96E3E" w:rsidRDefault="00F96E3E" w:rsidP="00F96E3E">
      <w:pPr>
        <w:spacing w:line="276" w:lineRule="auto"/>
      </w:pPr>
      <w:r w:rsidRPr="00F96E3E">
        <w:t>The sight sends a soft thrill through me that has nothing to do with diplomatic assessment and everything to do with simple appreciation. Valeria embodies a kind of beauty that transcends conventional attractiveness—the beauty of perfect function, of power contained rather than flaunted, of movement that wastes nothing and reveals only what she chooses.</w:t>
      </w:r>
    </w:p>
    <w:p w14:paraId="07FE0DA5" w14:textId="77777777" w:rsidR="00F96E3E" w:rsidRPr="00F96E3E" w:rsidRDefault="00F96E3E" w:rsidP="00F96E3E">
      <w:pPr>
        <w:spacing w:line="276" w:lineRule="auto"/>
      </w:pPr>
      <w:r w:rsidRPr="00F96E3E">
        <w:lastRenderedPageBreak/>
        <w:t>I catch myself staring and quickly redirect my gaze to the ward channels overhead, hoping she hasn't noticed my momentary lapse in professional distance. The bond between us warms slightly, though whether in response to my attention or coincidental timing, I can't determine.</w:t>
      </w:r>
    </w:p>
    <w:p w14:paraId="385E2405" w14:textId="77777777" w:rsidR="00F96E3E" w:rsidRPr="00F96E3E" w:rsidRDefault="00F96E3E" w:rsidP="00F96E3E">
      <w:pPr>
        <w:spacing w:line="276" w:lineRule="auto"/>
      </w:pPr>
      <w:r w:rsidRPr="00F96E3E">
        <w:t>"Tomorrow," Valeria says, breaking into my thoughts, "we should examine the blood distribution records together. Officially."</w:t>
      </w:r>
    </w:p>
    <w:p w14:paraId="0E98ACAF" w14:textId="77777777" w:rsidR="00F96E3E" w:rsidRPr="00F96E3E" w:rsidRDefault="00F96E3E" w:rsidP="00F96E3E">
      <w:pPr>
        <w:spacing w:line="276" w:lineRule="auto"/>
      </w:pPr>
      <w:r w:rsidRPr="00F96E3E">
        <w:t>The emphasis on the last word speaks volumes. Our separate investigations need to converge into formal action if we're to address the growing crisis.</w:t>
      </w:r>
    </w:p>
    <w:p w14:paraId="12257963" w14:textId="77777777" w:rsidR="00F96E3E" w:rsidRPr="00F96E3E" w:rsidRDefault="00F96E3E" w:rsidP="00F96E3E">
      <w:pPr>
        <w:spacing w:line="276" w:lineRule="auto"/>
      </w:pPr>
      <w:r w:rsidRPr="00F96E3E">
        <w:t>"Ardent will object," I point out, thinking of the ledger and its damning evidence.</w:t>
      </w:r>
    </w:p>
    <w:p w14:paraId="42AE8D34" w14:textId="77777777" w:rsidR="00F96E3E" w:rsidRPr="00F96E3E" w:rsidRDefault="00F96E3E" w:rsidP="00F96E3E">
      <w:pPr>
        <w:spacing w:line="276" w:lineRule="auto"/>
      </w:pPr>
      <w:r w:rsidRPr="00F96E3E">
        <w:t xml:space="preserve">"I'm counting on it." There's something dangerous in her tone now, </w:t>
      </w:r>
      <w:proofErr w:type="gramStart"/>
      <w:r w:rsidRPr="00F96E3E">
        <w:t>a</w:t>
      </w:r>
      <w:proofErr w:type="gramEnd"/>
      <w:r w:rsidRPr="00F96E3E">
        <w:t xml:space="preserve"> edge that wasn't there before. "His reaction will tell us much."</w:t>
      </w:r>
    </w:p>
    <w:p w14:paraId="3D6BCD3F" w14:textId="77777777" w:rsidR="00F96E3E" w:rsidRPr="00F96E3E" w:rsidRDefault="00F96E3E" w:rsidP="00F96E3E">
      <w:pPr>
        <w:spacing w:line="276" w:lineRule="auto"/>
      </w:pPr>
      <w:r w:rsidRPr="00F96E3E">
        <w:t>We've reached the junction where the corridor branches—left to my diplomatic quarters, right to her royal chambers. Valeria pauses at the division, turning to face me fully for the first time since we began our walk. The silver ward light catches in her eyes, making them gleam like stars captured in darkness.</w:t>
      </w:r>
    </w:p>
    <w:p w14:paraId="6BADBD0E" w14:textId="77777777" w:rsidR="00F96E3E" w:rsidRPr="00F96E3E" w:rsidRDefault="00F96E3E" w:rsidP="00F96E3E">
      <w:pPr>
        <w:spacing w:line="276" w:lineRule="auto"/>
      </w:pPr>
      <w:r w:rsidRPr="00F96E3E">
        <w:t>"Rest well, Diplomat Everhart," she says, the formal address at odds with the privacy of our setting. "Tomorrow will demand clarity from both of us."</w:t>
      </w:r>
    </w:p>
    <w:p w14:paraId="033AB3C2" w14:textId="77777777" w:rsidR="00F96E3E" w:rsidRPr="00F96E3E" w:rsidRDefault="00F96E3E" w:rsidP="00F96E3E">
      <w:pPr>
        <w:spacing w:line="276" w:lineRule="auto"/>
      </w:pPr>
      <w:r w:rsidRPr="00F96E3E">
        <w:t>As she turns away, her cloak swirling around her ankles in that mesmerizing ripple, I feel the bond between us pulse once, stronger than before. My fingers press against the crescent mark on my wrist, finding its rhythm steadier now, syncing with the beat of my own heart.</w:t>
      </w:r>
    </w:p>
    <w:p w14:paraId="7E0EBBB7" w14:textId="77777777" w:rsidR="00F96E3E" w:rsidRPr="00F96E3E" w:rsidRDefault="00F96E3E" w:rsidP="00F96E3E">
      <w:pPr>
        <w:spacing w:line="276" w:lineRule="auto"/>
      </w:pPr>
      <w:r w:rsidRPr="00F96E3E">
        <w:t>It's only after she disappears down the right-hand corridor that I realize the ward channels above us have stabilized as well, their silver light steady and unwavering once more. The correlation cannot be coincidence, but its meaning remains as obscure as everything else in this mountain fortress of secrets and silver light.</w:t>
      </w:r>
    </w:p>
    <w:p w14:paraId="16445C10" w14:textId="77777777" w:rsidR="00F96E3E" w:rsidRPr="00F96E3E" w:rsidRDefault="00F96E3E" w:rsidP="00F96E3E">
      <w:pPr>
        <w:spacing w:line="276" w:lineRule="auto"/>
      </w:pPr>
      <w:r w:rsidRPr="00F96E3E">
        <w:t># Scene 6</w:t>
      </w:r>
    </w:p>
    <w:p w14:paraId="578C9087" w14:textId="77777777" w:rsidR="00F96E3E" w:rsidRPr="00F96E3E" w:rsidRDefault="00F96E3E" w:rsidP="00F96E3E">
      <w:pPr>
        <w:spacing w:line="276" w:lineRule="auto"/>
      </w:pPr>
      <w:r w:rsidRPr="00F96E3E">
        <w:t>The missive sits on my bedside table like a small, hostile creature waiting to strike. The cream parchment looks innocuous enough in the soft glow of my bedchamber lamp, but the vermilion seal bearing the human council's insignia—a raised fist gripping a quill—might as well be a drop of fresh blood for how it draws my eye. I've left it there for nearly an hour, completing my evening rituals with deliberate slowness, as if delaying the moment of reading might somehow change its contents. But diplomatic training eventually overcomes reluctance, and I sit on the edge of my bed, breaking the seal with a soft crack that sounds unnaturally loud in the quiet room.</w:t>
      </w:r>
    </w:p>
    <w:p w14:paraId="46916628" w14:textId="77777777" w:rsidR="00F96E3E" w:rsidRPr="00F96E3E" w:rsidRDefault="00F96E3E" w:rsidP="00F96E3E">
      <w:pPr>
        <w:spacing w:line="276" w:lineRule="auto"/>
      </w:pPr>
      <w:r w:rsidRPr="00F96E3E">
        <w:lastRenderedPageBreak/>
        <w:t xml:space="preserve">The paper unfolds with a crispness that speaks of quality and formality. Council communications are never casual, but this one carries a particular weight in its precise folds and measured spacing. My uncle's personal seal stamps the bottom corner beside his signature—the official mark of the Council Chairperson overlaid with the Everhart family crest. A reminder, should I need it, of the dual expectations I </w:t>
      </w:r>
      <w:proofErr w:type="gramStart"/>
      <w:r w:rsidRPr="00F96E3E">
        <w:t>carry:</w:t>
      </w:r>
      <w:proofErr w:type="gramEnd"/>
      <w:r w:rsidRPr="00F96E3E">
        <w:t xml:space="preserve"> representative of humanity and bearer of my father's legacy.</w:t>
      </w:r>
    </w:p>
    <w:p w14:paraId="5308E193" w14:textId="77777777" w:rsidR="00F96E3E" w:rsidRPr="00F96E3E" w:rsidRDefault="00F96E3E" w:rsidP="00F96E3E">
      <w:pPr>
        <w:spacing w:line="276" w:lineRule="auto"/>
      </w:pPr>
      <w:r w:rsidRPr="00F96E3E">
        <w:t xml:space="preserve">The message itself is </w:t>
      </w:r>
      <w:proofErr w:type="gramStart"/>
      <w:r w:rsidRPr="00F96E3E">
        <w:t>brief,</w:t>
      </w:r>
      <w:proofErr w:type="gramEnd"/>
      <w:r w:rsidRPr="00F96E3E">
        <w:t xml:space="preserve"> each word selected with surgical precision:</w:t>
      </w:r>
    </w:p>
    <w:p w14:paraId="16C2A477" w14:textId="77777777" w:rsidR="00F96E3E" w:rsidRPr="00F96E3E" w:rsidRDefault="00F96E3E" w:rsidP="00F96E3E">
      <w:pPr>
        <w:spacing w:line="276" w:lineRule="auto"/>
      </w:pPr>
      <w:r w:rsidRPr="00F96E3E">
        <w:t xml:space="preserve">*To Diplomat Alice Everhart, Human Envoy to </w:t>
      </w:r>
      <w:proofErr w:type="gramStart"/>
      <w:r w:rsidRPr="00F96E3E">
        <w:t>Beaumont,*</w:t>
      </w:r>
      <w:proofErr w:type="gramEnd"/>
    </w:p>
    <w:p w14:paraId="442C1776" w14:textId="77777777" w:rsidR="00F96E3E" w:rsidRPr="00F96E3E" w:rsidRDefault="00F96E3E" w:rsidP="00F96E3E">
      <w:pPr>
        <w:spacing w:line="276" w:lineRule="auto"/>
      </w:pPr>
      <w:r w:rsidRPr="00F96E3E">
        <w:t xml:space="preserve">*The Council requires immediate clarification regarding reports of continued ward instability within vampire territory. Your most recent dispatches suggest these anomalies remain unresolved despite previous assurances from Queen Valeria that the matter was temporary and </w:t>
      </w:r>
      <w:proofErr w:type="gramStart"/>
      <w:r w:rsidRPr="00F96E3E">
        <w:t>contained.*</w:t>
      </w:r>
      <w:proofErr w:type="gramEnd"/>
    </w:p>
    <w:p w14:paraId="6A8CE67A" w14:textId="77777777" w:rsidR="00F96E3E" w:rsidRPr="00F96E3E" w:rsidRDefault="00F96E3E" w:rsidP="00F96E3E">
      <w:pPr>
        <w:spacing w:line="276" w:lineRule="auto"/>
      </w:pPr>
      <w:r w:rsidRPr="00F96E3E">
        <w:t>*We remind you that persistent magical instability along our borders constitutes a potential breach of Section 17 of the Crimson Accord, specifically the provisions requiring "maintenance of stable magical boundaries" and "prompt resolution of arcane disturbances."*</w:t>
      </w:r>
    </w:p>
    <w:p w14:paraId="3A72C3A4" w14:textId="77777777" w:rsidR="00F96E3E" w:rsidRPr="00F96E3E" w:rsidRDefault="00F96E3E" w:rsidP="00F96E3E">
      <w:pPr>
        <w:spacing w:line="276" w:lineRule="auto"/>
      </w:pPr>
      <w:r w:rsidRPr="00F96E3E">
        <w:t xml:space="preserve">*Should these fluctuations continue without satisfactory explanation or resolution, the Council will be forced to consider recalling our diplomatic representation to assess appropriate </w:t>
      </w:r>
      <w:proofErr w:type="gramStart"/>
      <w:r w:rsidRPr="00F96E3E">
        <w:t>responses.*</w:t>
      </w:r>
      <w:proofErr w:type="gramEnd"/>
    </w:p>
    <w:p w14:paraId="5FC844F1" w14:textId="77777777" w:rsidR="00F96E3E" w:rsidRPr="00F96E3E" w:rsidRDefault="00F96E3E" w:rsidP="00F96E3E">
      <w:pPr>
        <w:spacing w:line="276" w:lineRule="auto"/>
      </w:pPr>
      <w:r w:rsidRPr="00F96E3E">
        <w:t xml:space="preserve">*Clarity and decisive action are expected within fourteen </w:t>
      </w:r>
      <w:proofErr w:type="gramStart"/>
      <w:r w:rsidRPr="00F96E3E">
        <w:t>days.*</w:t>
      </w:r>
      <w:proofErr w:type="gramEnd"/>
    </w:p>
    <w:p w14:paraId="2109ADA4" w14:textId="77777777" w:rsidR="00F96E3E" w:rsidRPr="00F96E3E" w:rsidRDefault="00F96E3E" w:rsidP="00F96E3E">
      <w:pPr>
        <w:spacing w:line="276" w:lineRule="auto"/>
      </w:pPr>
      <w:r w:rsidRPr="00F96E3E">
        <w:t xml:space="preserve">*By my hand and </w:t>
      </w:r>
      <w:proofErr w:type="gramStart"/>
      <w:r w:rsidRPr="00F96E3E">
        <w:t>seal,*</w:t>
      </w:r>
      <w:proofErr w:type="gramEnd"/>
    </w:p>
    <w:p w14:paraId="0B572920" w14:textId="77777777" w:rsidR="00F96E3E" w:rsidRPr="00F96E3E" w:rsidRDefault="00F96E3E" w:rsidP="00F96E3E">
      <w:pPr>
        <w:spacing w:line="276" w:lineRule="auto"/>
      </w:pPr>
      <w:r w:rsidRPr="00F96E3E">
        <w:t>*Chairperson Everhart*</w:t>
      </w:r>
    </w:p>
    <w:p w14:paraId="29D15B1C" w14:textId="77777777" w:rsidR="00F96E3E" w:rsidRPr="00F96E3E" w:rsidRDefault="00F96E3E" w:rsidP="00F96E3E">
      <w:pPr>
        <w:spacing w:line="276" w:lineRule="auto"/>
      </w:pPr>
      <w:r w:rsidRPr="00F96E3E">
        <w:t>No personal greeting. No acknowledgment of our family connection. Just the cold, bureaucratic language of political pressure wrapped in treaty technicalities. I read it twice, then a third time, each pass revealing more of what isn't stated directly: my uncle's growing impatience, the Council's suspicion, the subtle threat beneath the formal phrasing.</w:t>
      </w:r>
    </w:p>
    <w:p w14:paraId="5FA11AA2" w14:textId="77777777" w:rsidR="00F96E3E" w:rsidRPr="00F96E3E" w:rsidRDefault="00F96E3E" w:rsidP="00F96E3E">
      <w:pPr>
        <w:spacing w:line="276" w:lineRule="auto"/>
      </w:pPr>
      <w:r w:rsidRPr="00F96E3E">
        <w:t>My fingers trace the phrase "recalling our diplomatic representation," feeling the slight indentation of the quill in the parchment. A diplomatic recall would be more than a professional setback—it would be an admission of failure, a declaration that the treaty mechanisms aren't functioning as intended. It would create precisely the climate of distrust that Ardent seems to be cultivating with his manipulation of the blood supply.</w:t>
      </w:r>
    </w:p>
    <w:p w14:paraId="4287B469" w14:textId="77777777" w:rsidR="00F96E3E" w:rsidRPr="00F96E3E" w:rsidRDefault="00F96E3E" w:rsidP="00F96E3E">
      <w:pPr>
        <w:spacing w:line="276" w:lineRule="auto"/>
      </w:pPr>
      <w:r w:rsidRPr="00F96E3E">
        <w:t>And it would sever my connection to Beaumont. To the investigation. To Valeria.</w:t>
      </w:r>
    </w:p>
    <w:p w14:paraId="6B20E7C6" w14:textId="77777777" w:rsidR="00F96E3E" w:rsidRPr="00F96E3E" w:rsidRDefault="00F96E3E" w:rsidP="00F96E3E">
      <w:pPr>
        <w:spacing w:line="276" w:lineRule="auto"/>
      </w:pPr>
      <w:r w:rsidRPr="00F96E3E">
        <w:lastRenderedPageBreak/>
        <w:t>That last thought brings an unexpected twist of something that feels uncomfortably like personal loss rather than diplomatic concern. The realization unsettles me enough that I fold the letter with more force than necessary, creasing it sharply before placing it in my document case.</w:t>
      </w:r>
    </w:p>
    <w:p w14:paraId="686889A5" w14:textId="77777777" w:rsidR="00F96E3E" w:rsidRPr="00F96E3E" w:rsidRDefault="00F96E3E" w:rsidP="00F96E3E">
      <w:pPr>
        <w:spacing w:line="276" w:lineRule="auto"/>
      </w:pPr>
      <w:r w:rsidRPr="00F96E3E">
        <w:t xml:space="preserve">My hands tremble slightly, and I press them flat against my thighs, forcing steadiness through sheer will. Council pressure isn't new—I've navigated political expectations my entire career—but the timing of this message, combined with what I've learned about </w:t>
      </w:r>
      <w:proofErr w:type="spellStart"/>
      <w:r w:rsidRPr="00F96E3E">
        <w:t>Ardent's</w:t>
      </w:r>
      <w:proofErr w:type="spellEnd"/>
      <w:r w:rsidRPr="00F96E3E">
        <w:t xml:space="preserve"> machinations, creates a dangerous confluence. Pressure from both courts, pushing us toward confrontation rather than collaboration.</w:t>
      </w:r>
    </w:p>
    <w:p w14:paraId="0D755C61" w14:textId="77777777" w:rsidR="00F96E3E" w:rsidRPr="00F96E3E" w:rsidRDefault="00F96E3E" w:rsidP="00F96E3E">
      <w:pPr>
        <w:spacing w:line="276" w:lineRule="auto"/>
      </w:pPr>
      <w:r w:rsidRPr="00F96E3E">
        <w:t>My heart thuds heavily, its rhythm echoing in the bond that rests like a warm coal beneath my ribcage. The connection to Valeria quivers in response to my distress, as if the emotions flowing through me disturb its usual steady current. I wonder if she feels it too, wherever she is in the vast palace—this tremor of anxiety rippling through our shared tether.</w:t>
      </w:r>
    </w:p>
    <w:p w14:paraId="6A65BC1E" w14:textId="77777777" w:rsidR="00F96E3E" w:rsidRPr="00F96E3E" w:rsidRDefault="00F96E3E" w:rsidP="00F96E3E">
      <w:pPr>
        <w:spacing w:line="276" w:lineRule="auto"/>
      </w:pPr>
      <w:r w:rsidRPr="00F96E3E">
        <w:t>Fourteen days. The Council's deadline hangs in my mind like a blade suspended by fraying thread. Two weeks to untangle a conspiracy that may reach into the highest levels of vampire governance, to prove that the blood supply manipulation is deliberate rather than accidental, to convince both courts that cooperation rather than suspicion serves our mutual interests.</w:t>
      </w:r>
    </w:p>
    <w:p w14:paraId="5BEEC4A8" w14:textId="77777777" w:rsidR="00F96E3E" w:rsidRPr="00F96E3E" w:rsidRDefault="00F96E3E" w:rsidP="00F96E3E">
      <w:pPr>
        <w:spacing w:line="276" w:lineRule="auto"/>
      </w:pPr>
      <w:r w:rsidRPr="00F96E3E">
        <w:t>I rise from the bed and move to the window, pulling aside heavy curtains to reveal Beaumont's nightscape. From my chambers in the diplomatic wing, I can see both the vampire city below and the distant mountains that mark the border with human lands. Silver ward channels trace elegant patterns across the structures, their glow steady from this distance despite the fluctuations I've observed up close.</w:t>
      </w:r>
    </w:p>
    <w:p w14:paraId="71FB413D" w14:textId="77777777" w:rsidR="00F96E3E" w:rsidRPr="00F96E3E" w:rsidRDefault="00F96E3E" w:rsidP="00F96E3E">
      <w:pPr>
        <w:spacing w:line="276" w:lineRule="auto"/>
      </w:pPr>
      <w:r w:rsidRPr="00F96E3E">
        <w:t>The irony doesn't escape me—the very instability that threatens my position here is invisible from a distance. Only those close enough to the wards can perceive their subtle disturbance. Like so many diplomatic crises, perception matters more than reality, and those making decisions often stand too far away to see the truth clearly.</w:t>
      </w:r>
    </w:p>
    <w:p w14:paraId="4F02A3B1" w14:textId="77777777" w:rsidR="00F96E3E" w:rsidRPr="00F96E3E" w:rsidRDefault="00F96E3E" w:rsidP="00F96E3E">
      <w:pPr>
        <w:spacing w:line="276" w:lineRule="auto"/>
      </w:pPr>
      <w:r w:rsidRPr="00F96E3E">
        <w:t>My uncle's impatience bleeds through every line of his message. As Council Chairperson, he bears the political burden of defending the treaty against critics who believe humans conceded too much. As my father's brother, he carries the personal weight of preserving a legacy he helped create but never fully embraced. The dual pressures make him dangerous—not malicious like Ardent, perhaps, but equally capable of destabilizing the fragile peace if pushed too far.</w:t>
      </w:r>
    </w:p>
    <w:p w14:paraId="334E91BF" w14:textId="77777777" w:rsidR="00F96E3E" w:rsidRPr="00F96E3E" w:rsidRDefault="00F96E3E" w:rsidP="00F96E3E">
      <w:pPr>
        <w:spacing w:line="276" w:lineRule="auto"/>
      </w:pPr>
      <w:r w:rsidRPr="00F96E3E">
        <w:t>I press my fingertips against the cool glass, watching my breath fog the surface in brief, vanishing clouds. The bond at my ribcage pulses once, stronger than before, as if responding to my thoughts. Is it offering reassurance? Or is Valeria, wherever she is tonight, experiencing her own version of political pressure?</w:t>
      </w:r>
    </w:p>
    <w:p w14:paraId="683A1B0F" w14:textId="77777777" w:rsidR="00F96E3E" w:rsidRPr="00F96E3E" w:rsidRDefault="00F96E3E" w:rsidP="00F96E3E">
      <w:pPr>
        <w:spacing w:line="276" w:lineRule="auto"/>
      </w:pPr>
      <w:r w:rsidRPr="00F96E3E">
        <w:lastRenderedPageBreak/>
        <w:t>The thought of her facing parallel challenges from vampire nobility creates an unexpected sense of kinship that transcends our formal alliance. Two women navigating the treacherous waters of power and protocol, each bound by duty to their people while seeing beyond immediate interests to the greater need for sustained peace.</w:t>
      </w:r>
    </w:p>
    <w:p w14:paraId="182D0404" w14:textId="77777777" w:rsidR="00F96E3E" w:rsidRPr="00F96E3E" w:rsidRDefault="00F96E3E" w:rsidP="00F96E3E">
      <w:pPr>
        <w:spacing w:line="276" w:lineRule="auto"/>
      </w:pPr>
      <w:r w:rsidRPr="00F96E3E">
        <w:t xml:space="preserve">I move away from the window and prepare for bed, though I doubt sleep will come easily. </w:t>
      </w:r>
      <w:proofErr w:type="gramStart"/>
      <w:r w:rsidRPr="00F96E3E">
        <w:t>Tomorrow</w:t>
      </w:r>
      <w:proofErr w:type="gramEnd"/>
      <w:r w:rsidRPr="00F96E3E">
        <w:t xml:space="preserve"> we examine the blood distribution records together, officially bringing our separate investigations into alignment. It's a necessary step, but one that will force confrontation with Ardent and his supporters.</w:t>
      </w:r>
    </w:p>
    <w:p w14:paraId="11FFC0B5" w14:textId="77777777" w:rsidR="00F96E3E" w:rsidRPr="00F96E3E" w:rsidRDefault="00F96E3E" w:rsidP="00F96E3E">
      <w:pPr>
        <w:spacing w:line="276" w:lineRule="auto"/>
      </w:pPr>
      <w:r w:rsidRPr="00F96E3E">
        <w:t>As I extinguish the lamp, darkness envelops the room, and the bond beneath my ribs glows warmer, like a banked ember sustaining heat through the night. Whatever pressures mount from both courts, I am not facing them alone. The realization brings comfort that diplomatic rationality cannot explain away, and I drift toward sleep with the ghost of Valeria's presence beside me, separated by stone walls but connected by something increasingly difficult to deny.</w:t>
      </w:r>
    </w:p>
    <w:p w14:paraId="1B909C86" w14:textId="77777777" w:rsidR="00F96E3E" w:rsidRPr="00F96E3E" w:rsidRDefault="00F96E3E" w:rsidP="00F96E3E">
      <w:pPr>
        <w:spacing w:line="276" w:lineRule="auto"/>
      </w:pPr>
      <w:r w:rsidRPr="00F96E3E">
        <w:t># Scene 7</w:t>
      </w:r>
    </w:p>
    <w:p w14:paraId="15D18012" w14:textId="77777777" w:rsidR="00F96E3E" w:rsidRPr="00F96E3E" w:rsidRDefault="00F96E3E" w:rsidP="00F96E3E">
      <w:pPr>
        <w:spacing w:line="276" w:lineRule="auto"/>
      </w:pPr>
      <w:r w:rsidRPr="00F96E3E">
        <w:t xml:space="preserve">The fire in Valeria's private chamber has burned down to embers, painting the room in gradients of shadow and reluctant light. I hadn't planned to end up here tonight—had intended to retire to my own quarters after our long day reviewing distribution records—but our conversation had continued past formal matters into theories and implications neither of us wanted to voice in more public spaces. Now we sit in a different kind of silence, the kind that forms when words have temporarily exhausted </w:t>
      </w:r>
      <w:proofErr w:type="gramStart"/>
      <w:r w:rsidRPr="00F96E3E">
        <w:t>themselves</w:t>
      </w:r>
      <w:proofErr w:type="gramEnd"/>
      <w:r w:rsidRPr="00F96E3E">
        <w:t xml:space="preserve"> but presence still matters.</w:t>
      </w:r>
    </w:p>
    <w:p w14:paraId="212AFFA4" w14:textId="77777777" w:rsidR="00F96E3E" w:rsidRPr="00F96E3E" w:rsidRDefault="00F96E3E" w:rsidP="00F96E3E">
      <w:pPr>
        <w:spacing w:line="276" w:lineRule="auto"/>
      </w:pPr>
      <w:r w:rsidRPr="00F96E3E">
        <w:t xml:space="preserve">The hearth casts just enough warmth to keep the mountain chill at bay. Unlike the grand public fireplaces in Beaumont's ceremonial halls, </w:t>
      </w:r>
      <w:proofErr w:type="gramStart"/>
      <w:r w:rsidRPr="00F96E3E">
        <w:t>this one burns</w:t>
      </w:r>
      <w:proofErr w:type="gramEnd"/>
      <w:r w:rsidRPr="00F96E3E">
        <w:t xml:space="preserve"> actual wood rather than whatever enchanted substance creates the heatless flames elsewhere in the palace. The subtle crackling and occasional shift of burning logs brings an unexpected homeyness to these royal quarters—a touch of something human in a space otherwise alien in its perfection.</w:t>
      </w:r>
    </w:p>
    <w:p w14:paraId="099E0CE6" w14:textId="77777777" w:rsidR="00F96E3E" w:rsidRPr="00F96E3E" w:rsidRDefault="00F96E3E" w:rsidP="00F96E3E">
      <w:pPr>
        <w:spacing w:line="276" w:lineRule="auto"/>
      </w:pPr>
      <w:r w:rsidRPr="00F96E3E">
        <w:t>"Have you fed recently?" I ask, my voice low despite our privacy. The question crosses several boundaries at once—diplomatic, personal, cultural—but after today's discoveries, caution seems less valuable than clarity.</w:t>
      </w:r>
    </w:p>
    <w:p w14:paraId="0F6190A0" w14:textId="77777777" w:rsidR="00F96E3E" w:rsidRPr="00F96E3E" w:rsidRDefault="00F96E3E" w:rsidP="00F96E3E">
      <w:pPr>
        <w:spacing w:line="276" w:lineRule="auto"/>
      </w:pPr>
      <w:r w:rsidRPr="00F96E3E">
        <w:t xml:space="preserve">Valeria sits motionless in her chair opposite mine, her profile sharp against the dying firelight. For a moment, I think she might ignore the question entirely. Then her eyes meet mine, dark pools reflecting tiny points of </w:t>
      </w:r>
      <w:proofErr w:type="gramStart"/>
      <w:r w:rsidRPr="00F96E3E">
        <w:t>ember-light</w:t>
      </w:r>
      <w:proofErr w:type="gramEnd"/>
      <w:r w:rsidRPr="00F96E3E">
        <w:t>.</w:t>
      </w:r>
    </w:p>
    <w:p w14:paraId="2CF5FF07" w14:textId="77777777" w:rsidR="00F96E3E" w:rsidRPr="00F96E3E" w:rsidRDefault="00F96E3E" w:rsidP="00F96E3E">
      <w:pPr>
        <w:spacing w:line="276" w:lineRule="auto"/>
      </w:pPr>
      <w:r w:rsidRPr="00F96E3E">
        <w:t>"Yes," she answers after a pause that lasts a fraction too long.</w:t>
      </w:r>
    </w:p>
    <w:p w14:paraId="74456C28" w14:textId="77777777" w:rsidR="00F96E3E" w:rsidRPr="00F96E3E" w:rsidRDefault="00F96E3E" w:rsidP="00F96E3E">
      <w:pPr>
        <w:spacing w:line="276" w:lineRule="auto"/>
      </w:pPr>
      <w:r w:rsidRPr="00F96E3E">
        <w:t xml:space="preserve">The bond between us flickers like a candle in draft. Not quite a lie, but not entirely truth. I've grown sensitive to these fluctuations over our weeks together—the subtle tells in our </w:t>
      </w:r>
      <w:r w:rsidRPr="00F96E3E">
        <w:lastRenderedPageBreak/>
        <w:t xml:space="preserve">connection that communicate what words obscure. This </w:t>
      </w:r>
      <w:proofErr w:type="gramStart"/>
      <w:r w:rsidRPr="00F96E3E">
        <w:t>particular ripple</w:t>
      </w:r>
      <w:proofErr w:type="gramEnd"/>
      <w:r w:rsidRPr="00F96E3E">
        <w:t xml:space="preserve"> suggests omission rather than deception, something withheld rather than falsified.</w:t>
      </w:r>
    </w:p>
    <w:p w14:paraId="265338B6" w14:textId="77777777" w:rsidR="00F96E3E" w:rsidRPr="00F96E3E" w:rsidRDefault="00F96E3E" w:rsidP="00F96E3E">
      <w:pPr>
        <w:spacing w:line="276" w:lineRule="auto"/>
      </w:pPr>
      <w:r w:rsidRPr="00F96E3E">
        <w:t>I wait, giving her space to elaborate if she chooses. When she doesn't, I risk another question: "From the regular supply?"</w:t>
      </w:r>
    </w:p>
    <w:p w14:paraId="61B37375" w14:textId="77777777" w:rsidR="00F96E3E" w:rsidRPr="00F96E3E" w:rsidRDefault="00F96E3E" w:rsidP="00F96E3E">
      <w:pPr>
        <w:spacing w:line="276" w:lineRule="auto"/>
      </w:pPr>
      <w:r w:rsidRPr="00F96E3E">
        <w:t>Her eyes narrow slightly, the only indication that my inquiry strikes near something sensitive. "Does it matter?"</w:t>
      </w:r>
    </w:p>
    <w:p w14:paraId="3C614B70" w14:textId="77777777" w:rsidR="00F96E3E" w:rsidRPr="00F96E3E" w:rsidRDefault="00F96E3E" w:rsidP="00F96E3E">
      <w:pPr>
        <w:spacing w:line="276" w:lineRule="auto"/>
      </w:pPr>
      <w:r w:rsidRPr="00F96E3E">
        <w:t>"Given what we discovered today about the distribution patterns? Yes."</w:t>
      </w:r>
    </w:p>
    <w:p w14:paraId="7B97CBCB" w14:textId="77777777" w:rsidR="00F96E3E" w:rsidRPr="00F96E3E" w:rsidRDefault="00F96E3E" w:rsidP="00F96E3E">
      <w:pPr>
        <w:spacing w:line="276" w:lineRule="auto"/>
      </w:pPr>
      <w:r w:rsidRPr="00F96E3E">
        <w:t>She rises in that fluid motion that still captivates me despite my growing familiarity with vampire movement—a single unbroken gesture that speaks of power perfectly controlled. Without answering, she moves toward a recessed alcove where a silken chaise occupies the space beneath a narrow window of colored glass. She sits, then extends herself along its length in a gesture so unexpectedly casual that it momentarily disorients me.</w:t>
      </w:r>
    </w:p>
    <w:p w14:paraId="09722F39" w14:textId="77777777" w:rsidR="00F96E3E" w:rsidRPr="00F96E3E" w:rsidRDefault="00F96E3E" w:rsidP="00F96E3E">
      <w:pPr>
        <w:spacing w:line="276" w:lineRule="auto"/>
      </w:pPr>
      <w:r w:rsidRPr="00F96E3E">
        <w:t>"Join me," she says, her voice neither command nor request but something in between. "The fire dies, and the stone grows cold."</w:t>
      </w:r>
    </w:p>
    <w:p w14:paraId="7C8A5693" w14:textId="77777777" w:rsidR="00F96E3E" w:rsidRPr="00F96E3E" w:rsidRDefault="00F96E3E" w:rsidP="00F96E3E">
      <w:pPr>
        <w:spacing w:line="276" w:lineRule="auto"/>
      </w:pPr>
      <w:r w:rsidRPr="00F96E3E">
        <w:t>I hesitate only briefly before crossing to join her. The chaise is wider than it appeared, easily accommodating both of us as I arrange myself beside her. We lie parallel, not touching but close enough that I feel the curious absence of body heat that marks her vampire nature. Between us, perhaps a handspan of deep blue silk separates our shoulders—a small space that feels simultaneously vast and insignificant.</w:t>
      </w:r>
    </w:p>
    <w:p w14:paraId="6228406F" w14:textId="77777777" w:rsidR="00F96E3E" w:rsidRPr="00F96E3E" w:rsidRDefault="00F96E3E" w:rsidP="00F96E3E">
      <w:pPr>
        <w:spacing w:line="276" w:lineRule="auto"/>
      </w:pPr>
      <w:r w:rsidRPr="00F96E3E">
        <w:t>Candles in silver holders flank the alcove, their flames steadier than the dying fire. The light dances across our faces as we both stare upward at the vaulted ceiling. I watch patterns form and dissolve in the play of shadow and light, waiting for her to continue or for courage to ask again.</w:t>
      </w:r>
    </w:p>
    <w:p w14:paraId="3D3CC5E8" w14:textId="77777777" w:rsidR="00F96E3E" w:rsidRPr="00F96E3E" w:rsidRDefault="00F96E3E" w:rsidP="00F96E3E">
      <w:pPr>
        <w:spacing w:line="276" w:lineRule="auto"/>
      </w:pPr>
      <w:r w:rsidRPr="00F96E3E">
        <w:t>"I've been... selective," she says finally, breaking the silence. "About my feeding."</w:t>
      </w:r>
    </w:p>
    <w:p w14:paraId="5F81181E" w14:textId="77777777" w:rsidR="00F96E3E" w:rsidRPr="00F96E3E" w:rsidRDefault="00F96E3E" w:rsidP="00F96E3E">
      <w:pPr>
        <w:spacing w:line="276" w:lineRule="auto"/>
      </w:pPr>
      <w:r w:rsidRPr="00F96E3E">
        <w:t>"Because you suspect contamination."</w:t>
      </w:r>
    </w:p>
    <w:p w14:paraId="768711A2" w14:textId="77777777" w:rsidR="00F96E3E" w:rsidRPr="00F96E3E" w:rsidRDefault="00F96E3E" w:rsidP="00F96E3E">
      <w:pPr>
        <w:spacing w:line="276" w:lineRule="auto"/>
      </w:pPr>
      <w:r w:rsidRPr="00F96E3E">
        <w:t>"Yes."</w:t>
      </w:r>
    </w:p>
    <w:p w14:paraId="36BC72C8" w14:textId="77777777" w:rsidR="00F96E3E" w:rsidRPr="00F96E3E" w:rsidRDefault="00F96E3E" w:rsidP="00F96E3E">
      <w:pPr>
        <w:spacing w:line="276" w:lineRule="auto"/>
      </w:pPr>
      <w:r w:rsidRPr="00F96E3E">
        <w:t>The simple confirmation carries weight beyond its single syllable. For the queen to acknowledge vulnerability, even in this private setting, speaks to the severity of the situation. I turn my head slightly, studying her profile as she continues to gaze upward.</w:t>
      </w:r>
    </w:p>
    <w:p w14:paraId="768C30F4" w14:textId="77777777" w:rsidR="00F96E3E" w:rsidRPr="00F96E3E" w:rsidRDefault="00F96E3E" w:rsidP="00F96E3E">
      <w:pPr>
        <w:spacing w:line="276" w:lineRule="auto"/>
      </w:pPr>
      <w:r w:rsidRPr="00F96E3E">
        <w:t xml:space="preserve">A sharp, physical pulse of discomfort jolts through our connection without warning—a sensation like a muscle seizing painfully, there and gone so quickly I might have imagined it if not for Valeria's response. Her breathing shifts, a slight catch interrupting its perfect rhythm, then </w:t>
      </w:r>
      <w:r w:rsidRPr="00F96E3E">
        <w:lastRenderedPageBreak/>
        <w:t>deliberately steadies. Her fingers, resting on the silk between us, curl briefly before relaxing again.</w:t>
      </w:r>
    </w:p>
    <w:p w14:paraId="7B3EF9B9" w14:textId="77777777" w:rsidR="00F96E3E" w:rsidRPr="00F96E3E" w:rsidRDefault="00F96E3E" w:rsidP="00F96E3E">
      <w:pPr>
        <w:spacing w:line="276" w:lineRule="auto"/>
      </w:pPr>
      <w:r w:rsidRPr="00F96E3E">
        <w:t>I say nothing, but my hand moves instinctively toward hers before I catch myself and return it to my side. The gesture doesn't escape her notice—nothing does—but she makes no comment.</w:t>
      </w:r>
    </w:p>
    <w:p w14:paraId="39FF1C6D" w14:textId="77777777" w:rsidR="00F96E3E" w:rsidRPr="00F96E3E" w:rsidRDefault="00F96E3E" w:rsidP="00F96E3E">
      <w:pPr>
        <w:spacing w:line="276" w:lineRule="auto"/>
      </w:pPr>
      <w:r w:rsidRPr="00F96E3E">
        <w:t>"The blood supply has been compromised for longer than we realized," she says after the moment passes. "Not just the recent redistributions, but subtle alterations stretching back months, perhaps years."</w:t>
      </w:r>
    </w:p>
    <w:p w14:paraId="0AF262EF" w14:textId="77777777" w:rsidR="00F96E3E" w:rsidRPr="00F96E3E" w:rsidRDefault="00F96E3E" w:rsidP="00F96E3E">
      <w:pPr>
        <w:spacing w:line="276" w:lineRule="auto"/>
      </w:pPr>
      <w:r w:rsidRPr="00F96E3E">
        <w:t>"Ardent playing a long game."</w:t>
      </w:r>
    </w:p>
    <w:p w14:paraId="0FCA1C6E" w14:textId="77777777" w:rsidR="00F96E3E" w:rsidRPr="00F96E3E" w:rsidRDefault="00F96E3E" w:rsidP="00F96E3E">
      <w:pPr>
        <w:spacing w:line="276" w:lineRule="auto"/>
      </w:pPr>
      <w:r w:rsidRPr="00F96E3E">
        <w:t>"Or someone using him." Her voice carries no particular emphasis, yet the suggestion sends a chill through me that has nothing to do with the fading fire.</w:t>
      </w:r>
    </w:p>
    <w:p w14:paraId="57B164E0" w14:textId="77777777" w:rsidR="00F96E3E" w:rsidRPr="00F96E3E" w:rsidRDefault="00F96E3E" w:rsidP="00F96E3E">
      <w:pPr>
        <w:spacing w:line="276" w:lineRule="auto"/>
      </w:pPr>
      <w:r w:rsidRPr="00F96E3E">
        <w:t xml:space="preserve">We lapse into silence again, but it's different </w:t>
      </w:r>
      <w:proofErr w:type="gramStart"/>
      <w:r w:rsidRPr="00F96E3E">
        <w:t>now—charged</w:t>
      </w:r>
      <w:proofErr w:type="gramEnd"/>
      <w:r w:rsidRPr="00F96E3E">
        <w:t xml:space="preserve"> with shared suspicion and theories neither of us is ready to voice aloud. The candle flames dance in a draft I cannot feel, stretching and shrinking as if responding to our unspoken thoughts.</w:t>
      </w:r>
    </w:p>
    <w:p w14:paraId="4B77D910" w14:textId="77777777" w:rsidR="00F96E3E" w:rsidRPr="00F96E3E" w:rsidRDefault="00F96E3E" w:rsidP="00F96E3E">
      <w:pPr>
        <w:spacing w:line="276" w:lineRule="auto"/>
      </w:pPr>
      <w:r w:rsidRPr="00F96E3E">
        <w:t>My gaze drifts to the curve of Valeria's shoulder where her dark garments meet the pale column of her neck. The ember-red light catches there, defining the elegant architecture of bone and sinew beneath immortal skin. There is beauty in that precise juncture—the vulnerable hollow at the base of her throat, the strong line ascending to her jaw—that feels deeply personal to observe. Not the performative beauty of her public presence but something essential and unguarded.</w:t>
      </w:r>
    </w:p>
    <w:p w14:paraId="4FCF2609" w14:textId="77777777" w:rsidR="00F96E3E" w:rsidRPr="00F96E3E" w:rsidRDefault="00F96E3E" w:rsidP="00F96E3E">
      <w:pPr>
        <w:spacing w:line="276" w:lineRule="auto"/>
      </w:pPr>
      <w:r w:rsidRPr="00F96E3E">
        <w:t xml:space="preserve">The bond's warmth pools beneath my ribs, tangling with something hotter and less familiar—a sensation I've been increasingly reluctant to name. Attraction seems too simple a word for this complex </w:t>
      </w:r>
      <w:proofErr w:type="gramStart"/>
      <w:r w:rsidRPr="00F96E3E">
        <w:t>pull</w:t>
      </w:r>
      <w:proofErr w:type="gramEnd"/>
      <w:r w:rsidRPr="00F96E3E">
        <w:t xml:space="preserve"> toward someone so fundamentally different from me, someone who should represent diplomatic obligation rather than personal fascination. Yet as the candles burn lower and sleep tugs at the edges of my consciousness, I find it increasingly difficult to separate duty from desire.</w:t>
      </w:r>
    </w:p>
    <w:p w14:paraId="58F2FE56" w14:textId="77777777" w:rsidR="00F96E3E" w:rsidRPr="00F96E3E" w:rsidRDefault="00F96E3E" w:rsidP="00F96E3E">
      <w:pPr>
        <w:spacing w:line="276" w:lineRule="auto"/>
      </w:pPr>
      <w:r w:rsidRPr="00F96E3E">
        <w:t>"We should check the oldest records tomorrow," I murmur, fighting against the heaviness of my eyelids. "Look for the first mentions of blood irregularities."</w:t>
      </w:r>
    </w:p>
    <w:p w14:paraId="7D1405A0" w14:textId="77777777" w:rsidR="00F96E3E" w:rsidRPr="00F96E3E" w:rsidRDefault="00F96E3E" w:rsidP="00F96E3E">
      <w:pPr>
        <w:spacing w:line="276" w:lineRule="auto"/>
      </w:pPr>
      <w:r w:rsidRPr="00F96E3E">
        <w:t xml:space="preserve">"Yes," she agrees, her voice soft in the </w:t>
      </w:r>
      <w:proofErr w:type="gramStart"/>
      <w:r w:rsidRPr="00F96E3E">
        <w:t>near-darkness</w:t>
      </w:r>
      <w:proofErr w:type="gramEnd"/>
      <w:r w:rsidRPr="00F96E3E">
        <w:t>. "Though I suspect we'll find the pattern began shortly after the Accord was signed."</w:t>
      </w:r>
    </w:p>
    <w:p w14:paraId="0428C9E8" w14:textId="77777777" w:rsidR="00F96E3E" w:rsidRPr="00F96E3E" w:rsidRDefault="00F96E3E" w:rsidP="00F96E3E">
      <w:pPr>
        <w:spacing w:line="276" w:lineRule="auto"/>
      </w:pPr>
      <w:r w:rsidRPr="00F96E3E">
        <w:t>The implication settles between us—that the danger might not lie in recent sabotage but in the very foundation of our peace. If the criminal blood mandated by the treaty is itself the poison slowly destroying vampire society, then the entire structure of human-vampire relations balances on a fatal flaw.</w:t>
      </w:r>
    </w:p>
    <w:p w14:paraId="2BD689A5" w14:textId="77777777" w:rsidR="00F96E3E" w:rsidRPr="00F96E3E" w:rsidRDefault="00F96E3E" w:rsidP="00F96E3E">
      <w:pPr>
        <w:spacing w:line="276" w:lineRule="auto"/>
      </w:pPr>
      <w:r w:rsidRPr="00F96E3E">
        <w:lastRenderedPageBreak/>
        <w:t>As sleep claims me despite my efforts to resist, one final thought surfaces: Ardent may be manipulating the blood supply, but he didn't create the underlying problem—he's merely accelerating a crisis already set in motion by the treaty itself. The real danger has been flowing through Beaumont's veins for decades, one prisoner's blood donation at a time.</w:t>
      </w:r>
    </w:p>
    <w:p w14:paraId="606B59E7" w14:textId="77777777" w:rsidR="00F96E3E" w:rsidRPr="00F96E3E" w:rsidRDefault="00F96E3E" w:rsidP="00F96E3E">
      <w:pPr>
        <w:spacing w:line="276" w:lineRule="auto"/>
      </w:pPr>
      <w:r w:rsidRPr="00F96E3E">
        <w:t>I drift into unconsciousness with the warmth of the bond still pulsing gently between us, a counterpoint to the growing shadow of what we've begun to uncover. My last sensation is the whisper of cool fingers brushing against mine in the narrow space between us, gone so quickly I cannot be certain it wasn't a dream.</w:t>
      </w:r>
    </w:p>
    <w:p w14:paraId="2791CFCA" w14:textId="77777777" w:rsidR="00F96E3E" w:rsidRPr="00F96E3E" w:rsidRDefault="00F96E3E" w:rsidP="00F96E3E">
      <w:pPr>
        <w:spacing w:line="276" w:lineRule="auto"/>
      </w:pPr>
    </w:p>
    <w:p w14:paraId="0791DE3E" w14:textId="7B2A2C63" w:rsidR="00F96E3E" w:rsidRPr="000F7673" w:rsidRDefault="00F96E3E" w:rsidP="00F96E3E">
      <w:pPr>
        <w:spacing w:line="276" w:lineRule="auto"/>
      </w:pPr>
    </w:p>
    <w:p w14:paraId="31A52641" w14:textId="77777777" w:rsidR="00F96E3E" w:rsidRPr="0076626E" w:rsidRDefault="00F96E3E" w:rsidP="0076626E">
      <w:pPr>
        <w:spacing w:line="276" w:lineRule="auto"/>
      </w:pPr>
    </w:p>
    <w:p w14:paraId="61831E45" w14:textId="6F431437" w:rsidR="002E0170" w:rsidRPr="002E0170" w:rsidRDefault="002E0170" w:rsidP="002E0170">
      <w:pPr>
        <w:spacing w:line="276" w:lineRule="auto"/>
      </w:pPr>
    </w:p>
    <w:p w14:paraId="16C294B9" w14:textId="77777777" w:rsidR="002E0170" w:rsidRDefault="002E0170" w:rsidP="002E0170">
      <w:pPr>
        <w:spacing w:line="276" w:lineRule="auto"/>
        <w:ind w:firstLine="0"/>
        <w:rPr>
          <w:b/>
          <w:bCs/>
        </w:rPr>
      </w:pPr>
    </w:p>
    <w:p w14:paraId="433FC722" w14:textId="77777777" w:rsidR="002E0170" w:rsidRPr="002E0170" w:rsidRDefault="002E0170" w:rsidP="002E0170">
      <w:pPr>
        <w:spacing w:line="276" w:lineRule="auto"/>
        <w:ind w:firstLine="0"/>
        <w:rPr>
          <w:b/>
          <w:bCs/>
        </w:rPr>
      </w:pPr>
    </w:p>
    <w:p w14:paraId="3BEFBD54" w14:textId="77777777" w:rsidR="002E0170" w:rsidRPr="001C171A" w:rsidRDefault="002E0170" w:rsidP="002E0170">
      <w:pPr>
        <w:spacing w:line="276" w:lineRule="auto"/>
        <w:ind w:firstLine="0"/>
      </w:pPr>
    </w:p>
    <w:p w14:paraId="3A481CE2" w14:textId="77777777" w:rsidR="001C171A" w:rsidRPr="001C171A" w:rsidRDefault="001C171A" w:rsidP="001C171A">
      <w:pPr>
        <w:spacing w:line="276" w:lineRule="auto"/>
      </w:pPr>
    </w:p>
    <w:p w14:paraId="7B88D7F3" w14:textId="77777777" w:rsidR="001C171A" w:rsidRPr="001C171A" w:rsidRDefault="001C171A" w:rsidP="001C171A">
      <w:pPr>
        <w:spacing w:line="276" w:lineRule="auto"/>
      </w:pPr>
    </w:p>
    <w:p w14:paraId="4BD17AEA" w14:textId="77777777" w:rsidR="001C171A" w:rsidRPr="001C171A" w:rsidRDefault="001C171A" w:rsidP="001C171A">
      <w:pPr>
        <w:spacing w:line="276" w:lineRule="auto"/>
      </w:pPr>
    </w:p>
    <w:p w14:paraId="5ED70663" w14:textId="77777777" w:rsidR="001C171A" w:rsidRPr="00E94BAC" w:rsidRDefault="001C171A" w:rsidP="00E94BAC">
      <w:pPr>
        <w:spacing w:line="276" w:lineRule="auto"/>
      </w:pPr>
    </w:p>
    <w:p w14:paraId="5B9ABEC9" w14:textId="542BC322" w:rsidR="00A02ED2" w:rsidRDefault="00A02ED2"/>
    <w:sectPr w:rsidR="00A02ED2"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1119069">
    <w:abstractNumId w:val="8"/>
  </w:num>
  <w:num w:numId="2" w16cid:durableId="155849588">
    <w:abstractNumId w:val="6"/>
  </w:num>
  <w:num w:numId="3" w16cid:durableId="155191930">
    <w:abstractNumId w:val="5"/>
  </w:num>
  <w:num w:numId="4" w16cid:durableId="447092347">
    <w:abstractNumId w:val="4"/>
  </w:num>
  <w:num w:numId="5" w16cid:durableId="1802378031">
    <w:abstractNumId w:val="7"/>
  </w:num>
  <w:num w:numId="6" w16cid:durableId="963077904">
    <w:abstractNumId w:val="3"/>
  </w:num>
  <w:num w:numId="7" w16cid:durableId="149710886">
    <w:abstractNumId w:val="2"/>
  </w:num>
  <w:num w:numId="8" w16cid:durableId="137840074">
    <w:abstractNumId w:val="1"/>
  </w:num>
  <w:num w:numId="9" w16cid:durableId="1336148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203"/>
    <w:rsid w:val="00034616"/>
    <w:rsid w:val="0003539B"/>
    <w:rsid w:val="0006063C"/>
    <w:rsid w:val="000E7277"/>
    <w:rsid w:val="000F7673"/>
    <w:rsid w:val="0015074B"/>
    <w:rsid w:val="00156F7A"/>
    <w:rsid w:val="001A5661"/>
    <w:rsid w:val="001C171A"/>
    <w:rsid w:val="00272B2D"/>
    <w:rsid w:val="00293157"/>
    <w:rsid w:val="0029639D"/>
    <w:rsid w:val="002E0170"/>
    <w:rsid w:val="00326C55"/>
    <w:rsid w:val="00326F90"/>
    <w:rsid w:val="00367B1F"/>
    <w:rsid w:val="004A3F66"/>
    <w:rsid w:val="004F6635"/>
    <w:rsid w:val="00586527"/>
    <w:rsid w:val="006508B7"/>
    <w:rsid w:val="00661678"/>
    <w:rsid w:val="006A0BB4"/>
    <w:rsid w:val="006A6F9A"/>
    <w:rsid w:val="0076626E"/>
    <w:rsid w:val="00794A25"/>
    <w:rsid w:val="008045D6"/>
    <w:rsid w:val="00865D6E"/>
    <w:rsid w:val="008D3E12"/>
    <w:rsid w:val="009B515E"/>
    <w:rsid w:val="009B5A50"/>
    <w:rsid w:val="00A02ED2"/>
    <w:rsid w:val="00AA1D8D"/>
    <w:rsid w:val="00B47730"/>
    <w:rsid w:val="00B706D4"/>
    <w:rsid w:val="00CB0664"/>
    <w:rsid w:val="00D46181"/>
    <w:rsid w:val="00E94BAC"/>
    <w:rsid w:val="00F3486B"/>
    <w:rsid w:val="00F37E7B"/>
    <w:rsid w:val="00F83594"/>
    <w:rsid w:val="00F96E3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7AECA1"/>
  <w14:defaultImageDpi w14:val="300"/>
  <w15:docId w15:val="{889C1FA1-37B3-AD45-A595-19F7914DB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E3E"/>
    <w:pPr>
      <w:spacing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720"/>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006203"/>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179</Pages>
  <Words>65541</Words>
  <Characters>352614</Characters>
  <Application>Microsoft Office Word</Application>
  <DocSecurity>0</DocSecurity>
  <Lines>6653</Lines>
  <Paragraphs>2310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415845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Shelby Kantor</cp:lastModifiedBy>
  <cp:revision>1</cp:revision>
  <dcterms:created xsi:type="dcterms:W3CDTF">2026-03-02T06:21:00Z</dcterms:created>
  <dcterms:modified xsi:type="dcterms:W3CDTF">2026-03-04T17:39:00Z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dfa73910-3e8c-4ee5-a578-3d8fd5bcb1c0</vt:lpwstr>
  </property>
</Properties>
</file>