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200" w:after="120"/>
        <w:ind w:firstLine="0"/>
        <w:jc w:val="center"/>
      </w:pPr>
      <w:r>
        <w:rPr>
          <w:rFonts w:ascii="Garamond" w:hAnsi="Garamond" w:cs="Garamond"/>
          <w:b/>
          <w:i w:val="0"/>
          <w:sz w:val="48"/>
        </w:rPr>
        <w:t>Petra's Quest</w:t>
      </w:r>
    </w:p>
    <w:p>
      <w:pPr>
        <w:spacing w:before="120" w:after="120"/>
        <w:ind w:firstLine="0"/>
        <w:jc w:val="center"/>
      </w:pPr>
      <w:r>
        <w:rPr>
          <w:rFonts w:ascii="Garamond" w:hAnsi="Garamond" w:cs="Garamond"/>
          <w:b w:val="0"/>
          <w:i/>
          <w:sz w:val="32"/>
        </w:rPr>
        <w:t>Star of Drakoon</w:t>
      </w:r>
    </w:p>
    <w:p>
      <w:pPr>
        <w:spacing w:before="120" w:after="120"/>
        <w:ind w:firstLine="0"/>
        <w:jc w:val="center"/>
      </w:pPr>
      <w:r>
        <w:rPr>
          <w:rFonts w:ascii="Garamond" w:hAnsi="Garamond" w:cs="Garamond"/>
          <w:b w:val="0"/>
          <w:i/>
          <w:sz w:val="24"/>
        </w:rPr>
        <w:t>Book One of: To Bring the Balance Down</w:t>
      </w:r>
    </w:p>
    <w:p>
      <w:pPr>
        <w:spacing w:before="120" w:after="960"/>
        <w:ind w:firstLine="0"/>
        <w:jc w:val="center"/>
      </w:pPr>
      <w:r>
        <w:rPr>
          <w:rFonts w:ascii="Garamond" w:hAnsi="Garamond" w:cs="Garamond"/>
          <w:b w:val="0"/>
          <w:i w:val="0"/>
          <w:sz w:val="24"/>
        </w:rPr>
        <w:t>By Don Barcus</w:t>
      </w:r>
    </w:p>
    <w:p>
      <w:pPr>
        <w:jc w:val="center"/>
        <w:spacing w:before="480" w:after="160"/>
      </w:pPr>
      <w:r>
        <w:rPr>
          <w:rFonts w:ascii="Garamond" w:hAnsi="Garamond"/>
          <w:sz w:val="26"/>
          <w:szCs w:val="26"/>
          <w:b/>
          <w:bCs/>
        </w:rPr>
        <w:t xml:space="preserve">Halar’s Prophecy: The Rise of the Secondborn</w:t>
      </w:r>
    </w:p>
    <w:p>
      <w:pPr>
        <w:jc w:val="center"/>
        <w:spacing w:before="80" w:after="80"/>
      </w:pPr>
      <w:r>
        <w:rPr>
          <w:rFonts w:ascii="Garamond" w:hAnsi="Garamond"/>
          <w:sz w:val="22"/>
          <w:szCs w:val="22"/>
          <w:i/>
          <w:iCs/>
        </w:rPr>
        <w:t xml:space="preserve">The stars are shifting. The winds are listening. The Balance trembles.</w:t>
      </w:r>
    </w:p>
    <w:p>
      <w:pPr>
        <w:jc w:val="center"/>
        <w:spacing w:before="80" w:after="80"/>
      </w:pPr>
      <w:r>
        <w:rPr>
          <w:rFonts w:ascii="Garamond" w:hAnsi="Garamond"/>
          <w:sz w:val="22"/>
          <w:szCs w:val="22"/>
          <w:i/>
          <w:iCs/>
        </w:rPr>
        <w:t xml:space="preserve">This scroll bears the words of Halar, guardian of time. It was spoken before the dragons crossed into Estos. Halar does not speak often. When he does, the words outlast the age that heard them.</w:t>
      </w:r>
    </w:p>
    <w:p>
      <w:pPr>
        <w:jc w:val="center"/>
        <w:spacing w:before="80" w:after="280"/>
      </w:pPr>
      <w:r>
        <w:rPr>
          <w:rFonts w:ascii="Garamond" w:hAnsi="Garamond"/>
          <w:sz w:val="22"/>
          <w:szCs w:val="22"/>
          <w:i/>
          <w:iCs/>
        </w:rPr>
        <w:t xml:space="preserve">For the Son of Light has been born. And the fire is not done.</w:t>
      </w:r>
    </w:p>
    <w:p>
      <w:pPr>
        <w:jc w:val="center"/>
        <w:spacing w:before="160" w:after="160"/>
      </w:pPr>
      <w:r>
        <w:rPr>
          <w:rFonts w:ascii="Garamond" w:hAnsi="Garamond"/>
          <w:sz w:val="24"/>
          <w:szCs w:val="24"/>
          <w:i/>
          <w:iCs/>
        </w:rPr>
        <w:t xml:space="preserve">When the past and present live as one
And different worlds collide,
The past that was will be no more
And the present cannot hide.</w:t>
      </w:r>
    </w:p>
    <w:p>
      <w:pPr>
        <w:jc w:val="center"/>
        <w:spacing w:before="160" w:after="160"/>
      </w:pPr>
      <w:r>
        <w:rPr>
          <w:rFonts w:ascii="Garamond" w:hAnsi="Garamond"/>
          <w:sz w:val="24"/>
          <w:szCs w:val="24"/>
          <w:i/>
          <w:iCs/>
        </w:rPr>
        <w:t xml:space="preserve">With players moved to tip the scale,
And power on the air does ride,
There is one, who must not fail,
To bring the children side by side.</w:t>
      </w:r>
    </w:p>
    <w:p>
      <w:pPr>
        <w:jc w:val="center"/>
        <w:spacing w:before="160" w:after="160"/>
      </w:pPr>
      <w:r>
        <w:rPr>
          <w:rFonts w:ascii="Garamond" w:hAnsi="Garamond"/>
          <w:sz w:val="24"/>
          <w:szCs w:val="24"/>
          <w:i/>
          <w:iCs/>
        </w:rPr>
        <w:t xml:space="preserve">The Son of Light will mark the time,
His life with another shared,
The flowing tempest will be the sign,
The savior has been spared.</w:t>
      </w:r>
    </w:p>
    <w:p>
      <w:pPr>
        <w:jc w:val="center"/>
        <w:spacing w:before="160" w:after="160"/>
      </w:pPr>
      <w:r>
        <w:rPr>
          <w:rFonts w:ascii="Garamond" w:hAnsi="Garamond"/>
          <w:sz w:val="24"/>
          <w:szCs w:val="24"/>
          <w:i/>
          <w:iCs/>
        </w:rPr>
        <w:t xml:space="preserve">Into your land the Drakoon comes
The best of you will fall,
The invitation by your hand
The star to them will call.</w:t>
      </w:r>
    </w:p>
    <w:p>
      <w:pPr>
        <w:jc w:val="center"/>
        <w:spacing w:before="160" w:after="160"/>
      </w:pPr>
      <w:r>
        <w:rPr>
          <w:rFonts w:ascii="Garamond" w:hAnsi="Garamond"/>
          <w:sz w:val="24"/>
          <w:szCs w:val="24"/>
          <w:i/>
          <w:iCs/>
        </w:rPr>
        <w:t xml:space="preserve">Beauty found and lost and found again,
Suffer the insufferable foe,
Find some freedom on the wind,
And leave the past below.</w:t>
      </w:r>
    </w:p>
    <w:p>
      <w:pPr>
        <w:jc w:val="center"/>
        <w:spacing w:before="160" w:after="160"/>
      </w:pPr>
      <w:r>
        <w:rPr>
          <w:rFonts w:ascii="Garamond" w:hAnsi="Garamond"/>
          <w:sz w:val="24"/>
          <w:szCs w:val="24"/>
          <w:i/>
          <w:iCs/>
        </w:rPr>
        <w:t xml:space="preserve">First and third, upon a forbidden shore,
Stand to meet the fight,
The darkened walls stand no more,
Shattered by the light.</w:t>
      </w:r>
    </w:p>
    <w:p>
      <w:pPr>
        <w:jc w:val="center"/>
        <w:spacing w:before="160" w:after="160"/>
      </w:pPr>
      <w:r>
        <w:rPr>
          <w:rFonts w:ascii="Garamond" w:hAnsi="Garamond"/>
          <w:sz w:val="24"/>
          <w:szCs w:val="24"/>
          <w:i/>
          <w:iCs/>
        </w:rPr>
        <w:t xml:space="preserve">The truth stays hidden within the star,
Until the light does crack,
The door then opens to a world afar,
And the darkness does come back.</w:t>
      </w:r>
    </w:p>
    <w:p>
      <w:pPr>
        <w:jc w:val="center"/>
        <w:spacing w:before="160" w:after="160"/>
      </w:pPr>
      <w:r>
        <w:rPr>
          <w:rFonts w:ascii="Garamond" w:hAnsi="Garamond"/>
          <w:sz w:val="24"/>
          <w:szCs w:val="24"/>
          <w:i/>
          <w:iCs/>
        </w:rPr>
        <w:t xml:space="preserve">Released from the bond of one’s own crime,
The justice of the light undone,
Come back in the distance of lineal time,
To witness the power of the son.</w:t>
      </w:r>
    </w:p>
    <w:p>
      <w:pPr>
        <w:jc w:val="center"/>
        <w:spacing w:before="160" w:after="160"/>
      </w:pPr>
      <w:r>
        <w:rPr>
          <w:rFonts w:ascii="Garamond" w:hAnsi="Garamond"/>
          <w:sz w:val="24"/>
          <w:szCs w:val="24"/>
          <w:i/>
          <w:iCs/>
        </w:rPr>
        <w:t xml:space="preserve">The God’s little brother,
Blood of the blood and all.
With the Creator’s power,
But no knowledge of the fall</w:t>
      </w:r>
    </w:p>
    <w:p>
      <w:pPr>
        <w:jc w:val="center"/>
        <w:spacing w:before="160" w:after="160"/>
      </w:pPr>
      <w:r>
        <w:rPr>
          <w:rFonts w:ascii="Garamond" w:hAnsi="Garamond"/>
          <w:sz w:val="24"/>
          <w:szCs w:val="24"/>
          <w:i/>
          <w:iCs/>
        </w:rPr>
        <w:t xml:space="preserve">When all of power is forgotten,
When man and beast unite,
Look to the pillar that was broken,
To find a hero’s light.</w:t>
      </w:r>
    </w:p>
    <w:p>
      <w:pPr>
        <w:jc w:val="center"/>
        <w:spacing w:before="400" w:after="0"/>
      </w:pPr>
    </w:p>
    <w:p>
      <w:pPr>
        <w:jc w:val="center"/>
        <w:spacing w:before="360" w:after="160"/>
      </w:pPr>
      <w:r>
        <w:rPr>
          <w:rFonts w:ascii="Garamond" w:hAnsi="Garamond"/>
          <w:sz w:val="26"/>
          <w:szCs w:val="26"/>
          <w:b/>
          <w:bCs/>
        </w:rPr>
        <w:t xml:space="preserve">Telecio’s Prophecy: Dark Winds She Holds Onto</w:t>
      </w:r>
    </w:p>
    <w:p>
      <w:pPr>
        <w:jc w:val="center"/>
        <w:spacing w:before="80" w:after="280"/>
      </w:pPr>
      <w:r>
        <w:rPr>
          <w:rFonts w:ascii="Garamond" w:hAnsi="Garamond"/>
          <w:sz w:val="22"/>
          <w:szCs w:val="22"/>
          <w:i/>
          <w:iCs/>
        </w:rPr>
        <w:t xml:space="preserve">Spoken by Telecio, God of Light, to his children at the moment of exile. The Elves carried these words into the underground and kept them for four thousand years.</w:t>
      </w:r>
    </w:p>
    <w:p>
      <w:pPr>
        <w:jc w:val="center"/>
        <w:spacing w:before="160" w:after="160"/>
      </w:pPr>
      <w:r>
        <w:rPr>
          <w:rFonts w:ascii="Garamond" w:hAnsi="Garamond"/>
          <w:sz w:val="24"/>
          <w:szCs w:val="24"/>
          <w:i/>
          <w:iCs/>
        </w:rPr>
        <w:t xml:space="preserve">When power rolls, and skies turn dark,
The wind does blow, their time to mark.
Follow the Light as he goes to bed,
To wrest salvation, to save the dead.</w:t>
      </w:r>
    </w:p>
    <w:p>
      <w:pPr>
        <w:jc w:val="center"/>
        <w:spacing w:before="160" w:after="160"/>
      </w:pPr>
      <w:r>
        <w:rPr>
          <w:rFonts w:ascii="Garamond" w:hAnsi="Garamond"/>
          <w:sz w:val="24"/>
          <w:szCs w:val="24"/>
          <w:i/>
          <w:iCs/>
        </w:rPr>
        <w:t xml:space="preserve">The path is clear to those who see,
With eyes as bright as night,
The challenge it brings falls to thee,
Trade the vision for the sight.</w:t>
      </w:r>
    </w:p>
    <w:p>
      <w:pPr>
        <w:jc w:val="center"/>
        <w:spacing w:before="160" w:after="160"/>
      </w:pPr>
      <w:r>
        <w:rPr>
          <w:rFonts w:ascii="Garamond" w:hAnsi="Garamond"/>
          <w:sz w:val="24"/>
          <w:szCs w:val="24"/>
          <w:i/>
          <w:iCs/>
        </w:rPr>
        <w:t xml:space="preserve">When the scions land upon your shore,
And your salvation bring,
Light and dark they will be four,
And one shall be a king.</w:t>
      </w:r>
    </w:p>
    <w:p>
      <w:pPr>
        <w:jc w:val="center"/>
        <w:spacing w:before="160" w:after="160"/>
      </w:pPr>
      <w:r>
        <w:rPr>
          <w:rFonts w:ascii="Garamond" w:hAnsi="Garamond"/>
          <w:sz w:val="24"/>
          <w:szCs w:val="24"/>
          <w:i/>
          <w:iCs/>
        </w:rPr>
        <w:t xml:space="preserve">Each will try to find the star,
That lives on danger’s ground,
One will die, one will fly,
And two will hunt them down.</w:t>
      </w:r>
    </w:p>
    <w:p>
      <w:pPr>
        <w:jc w:val="center"/>
        <w:spacing w:before="160" w:after="160"/>
      </w:pPr>
      <w:r>
        <w:rPr>
          <w:rFonts w:ascii="Garamond" w:hAnsi="Garamond"/>
          <w:sz w:val="24"/>
          <w:szCs w:val="24"/>
          <w:i/>
          <w:iCs/>
        </w:rPr>
        <w:t xml:space="preserve">Tell my son to spare the child,
By giving him the crown,
Only through his innocence,
Will he keep the darkness down.</w:t>
      </w:r>
    </w:p>
    <w:p>
      <w:pPr>
        <w:jc w:val="center"/>
        <w:spacing w:before="160" w:after="160"/>
      </w:pPr>
      <w:r>
        <w:rPr>
          <w:rFonts w:ascii="Garamond" w:hAnsi="Garamond"/>
          <w:sz w:val="24"/>
          <w:szCs w:val="24"/>
          <w:i/>
          <w:iCs/>
        </w:rPr>
        <w:t xml:space="preserve">High atop the broken shore,
There lies a golden stone,
Find it first, use it last,
Or call the island home.</w:t>
      </w:r>
    </w:p>
    <w:p>
      <w:pPr>
        <w:jc w:val="center"/>
        <w:spacing w:before="160" w:after="160"/>
      </w:pPr>
      <w:r>
        <w:rPr>
          <w:rFonts w:ascii="Garamond" w:hAnsi="Garamond"/>
          <w:sz w:val="24"/>
          <w:szCs w:val="24"/>
          <w:i/>
          <w:iCs/>
        </w:rPr>
        <w:t xml:space="preserve">There is a force that walks the land,
The laws by her are set,
The prison gates are by her hand,
The darkness is her pet.</w:t>
      </w:r>
    </w:p>
    <w:p>
      <w:pPr>
        <w:jc w:val="center"/>
        <w:spacing w:before="160" w:after="160"/>
      </w:pPr>
      <w:r>
        <w:rPr>
          <w:rFonts w:ascii="Garamond" w:hAnsi="Garamond"/>
          <w:sz w:val="24"/>
          <w:szCs w:val="24"/>
          <w:i/>
          <w:iCs/>
        </w:rPr>
        <w:t xml:space="preserve">The star of orange is her Dar-Bal,
Baiting with a prize,
Lured to a lasting fall,
By a child’s darkened eyes.</w:t>
      </w:r>
    </w:p>
    <w:p>
      <w:pPr>
        <w:jc w:val="center"/>
        <w:spacing w:before="160" w:after="160"/>
      </w:pPr>
      <w:r>
        <w:rPr>
          <w:rFonts w:ascii="Garamond" w:hAnsi="Garamond"/>
          <w:sz w:val="24"/>
          <w:szCs w:val="24"/>
          <w:i/>
          <w:iCs/>
        </w:rPr>
        <w:t xml:space="preserve">If the spell is set too fast,
And the prison is too weak,
All the magic will not last,
And you lose the one you seek.</w:t>
      </w:r>
    </w:p>
    <w:p>
      <w:pPr>
        <w:jc w:val="center"/>
        <w:spacing w:before="160" w:after="160"/>
      </w:pPr>
      <w:r>
        <w:rPr>
          <w:rFonts w:ascii="Garamond" w:hAnsi="Garamond"/>
          <w:sz w:val="24"/>
          <w:szCs w:val="24"/>
          <w:i/>
          <w:iCs/>
        </w:rPr>
        <w:t xml:space="preserve">The dark winds she holds onto,
Will still be a splendid gown,
For her return to Estos,
To bring the Balance down.</w:t>
      </w:r>
    </w:p>
    <w:p>
      <w:pPr>
        <w:jc w:val="center"/>
        <w:spacing w:before="400" w:after="0"/>
      </w:pPr>
    </w:p>
    <w:p>
      <w:pPr>
        <w:spacing w:before="480" w:after="360"/>
        <w:ind w:firstLine="0"/>
        <w:jc w:val="center"/>
      </w:pPr>
      <w:r>
        <w:rPr>
          <w:rFonts w:ascii="Garamond" w:hAnsi="Garamond" w:cs="Garamond"/>
          <w:b/>
          <w:i w:val="0"/>
          <w:sz w:val="28"/>
        </w:rPr>
        <w:t>Chapter One</w:t>
      </w:r>
    </w:p>
    <w:p>
      <w:pPr>
        <w:spacing w:before="0" w:after="0"/>
        <w:ind w:firstLine="480"/>
        <w:jc w:val="left"/>
      </w:pPr>
      <w:r>
        <w:rPr>
          <w:rFonts w:ascii="Garamond" w:hAnsi="Garamond" w:cs="Garamond"/>
          <w:b w:val="0"/>
          <w:i w:val="0"/>
          <w:sz w:val="24"/>
        </w:rPr>
        <w:t>He would not make it in time.</w:t>
      </w:r>
    </w:p>
    <w:p>
      <w:pPr>
        <w:spacing w:before="0" w:after="0"/>
        <w:ind w:firstLine="480"/>
        <w:jc w:val="left"/>
      </w:pPr>
      <w:r>
        <w:rPr>
          <w:rFonts w:ascii="Garamond" w:hAnsi="Garamond" w:cs="Garamond"/>
          <w:b w:val="0"/>
          <w:i w:val="0"/>
          <w:sz w:val="24"/>
        </w:rPr>
        <w:t>Tomas Rellia, son of a shepherd, stopped in knee-deep spring snow. The riders were already in camp.</w:t>
      </w:r>
    </w:p>
    <w:p>
      <w:pPr>
        <w:spacing w:before="0" w:after="0"/>
        <w:ind w:firstLine="480"/>
        <w:jc w:val="left"/>
      </w:pPr>
      <w:r>
        <w:rPr>
          <w:rFonts w:ascii="Garamond" w:hAnsi="Garamond" w:cs="Garamond"/>
          <w:b w:val="0"/>
          <w:i w:val="0"/>
          <w:sz w:val="24"/>
        </w:rPr>
        <w:t>His mother’s scream tore through the valley.</w:t>
      </w:r>
    </w:p>
    <w:p>
      <w:pPr>
        <w:spacing w:before="0" w:after="0"/>
        <w:ind w:firstLine="480"/>
        <w:jc w:val="left"/>
      </w:pPr>
      <w:r>
        <w:rPr>
          <w:rFonts w:ascii="Garamond" w:hAnsi="Garamond" w:cs="Garamond"/>
          <w:b w:val="0"/>
          <w:i w:val="0"/>
          <w:sz w:val="24"/>
        </w:rPr>
        <w:t>He doubled over. Whatever had been in his stomach hit the snow in a spreading stain. But something else rose in him, hot and slow and consuming. Not grief. Not fear. Something older than either. He stood back up, and he was not entirely the same boy who had knelt.</w:t>
      </w:r>
    </w:p>
    <w:p>
      <w:pPr>
        <w:spacing w:before="0" w:after="0"/>
        <w:ind w:firstLine="480"/>
        <w:jc w:val="left"/>
      </w:pPr>
      <w:r>
        <w:rPr>
          <w:rFonts w:ascii="Garamond" w:hAnsi="Garamond" w:cs="Garamond"/>
          <w:b w:val="0"/>
          <w:i w:val="0"/>
          <w:sz w:val="24"/>
        </w:rPr>
        <w:t>Verad had been crouching with his father, Arn, on the windward side of the lambing shed, hammering new planks into place where the winter had gotten in, when they heard the horses. Shod hooves on frozen ground. Kakollian.</w:t>
      </w:r>
    </w:p>
    <w:p>
      <w:pPr>
        <w:spacing w:before="0" w:after="0"/>
        <w:ind w:firstLine="480"/>
        <w:jc w:val="left"/>
      </w:pPr>
      <w:r>
        <w:rPr>
          <w:rFonts w:ascii="Garamond" w:hAnsi="Garamond" w:cs="Garamond"/>
          <w:b w:val="0"/>
          <w:i w:val="0"/>
          <w:sz w:val="24"/>
        </w:rPr>
        <w:t>There was no time to run and no point in weapons. Better to stand still, give them what they came for, food, wool, a few animals, and pray they moved on quickly. They rarely did.</w:t>
      </w:r>
    </w:p>
    <w:p>
      <w:pPr>
        <w:spacing w:before="0" w:after="0"/>
        <w:ind w:firstLine="480"/>
        <w:jc w:val="left"/>
      </w:pPr>
      <w:r>
        <w:rPr>
          <w:rFonts w:ascii="Garamond" w:hAnsi="Garamond" w:cs="Garamond"/>
          <w:b w:val="0"/>
          <w:i w:val="0"/>
          <w:sz w:val="24"/>
        </w:rPr>
        <w:t>Six soldiers burst into the clearing. Four dismounted in a practiced sweep, horses blowing steam into the cold air. These were not border guards padding their pay. They were large, unhurried, and certain of themselves in the way that men are when they have never been made to answer for anything.</w:t>
      </w:r>
    </w:p>
    <w:p>
      <w:pPr>
        <w:spacing w:before="0" w:after="0"/>
        <w:ind w:firstLine="480"/>
        <w:jc w:val="left"/>
      </w:pPr>
      <w:r>
        <w:rPr>
          <w:rFonts w:ascii="Garamond" w:hAnsi="Garamond" w:cs="Garamond"/>
          <w:b w:val="0"/>
          <w:i w:val="0"/>
          <w:sz w:val="24"/>
        </w:rPr>
        <w:t>“How many in camp, old man?“ The mounted soldier’s voice carried no real curiosity.</w:t>
      </w:r>
    </w:p>
    <w:p>
      <w:pPr>
        <w:spacing w:before="0" w:after="0"/>
        <w:ind w:firstLine="480"/>
        <w:jc w:val="left"/>
      </w:pPr>
      <w:r>
        <w:rPr>
          <w:rFonts w:ascii="Garamond" w:hAnsi="Garamond" w:cs="Garamond"/>
          <w:b w:val="0"/>
          <w:i w:val="0"/>
          <w:sz w:val="24"/>
        </w:rPr>
        <w:t>“Just the three of us,“ Arn said. He did not mention Tomas. The boy wasn’t in camp, and Arn held onto that like a prayer. He had lived long enough to know what was already decided.</w:t>
      </w:r>
    </w:p>
    <w:p>
      <w:pPr>
        <w:spacing w:before="0" w:after="0"/>
        <w:ind w:firstLine="480"/>
        <w:jc w:val="left"/>
      </w:pPr>
      <w:r>
        <w:rPr>
          <w:rFonts w:ascii="Garamond" w:hAnsi="Garamond" w:cs="Garamond"/>
          <w:b w:val="0"/>
          <w:i w:val="0"/>
          <w:sz w:val="24"/>
        </w:rPr>
        <w:t>He stepped toward the cabin. One of the soldiers moved his horse sideways without being told, blocking the door.</w:t>
      </w:r>
    </w:p>
    <w:p>
      <w:pPr>
        <w:spacing w:before="0" w:after="0"/>
        <w:ind w:firstLine="480"/>
        <w:jc w:val="left"/>
      </w:pPr>
      <w:r>
        <w:rPr>
          <w:rFonts w:ascii="Garamond" w:hAnsi="Garamond" w:cs="Garamond"/>
          <w:b w:val="0"/>
          <w:i w:val="0"/>
          <w:sz w:val="24"/>
        </w:rPr>
        <w:t>“Stay where you are, sheep man.“</w:t>
      </w:r>
    </w:p>
    <w:p>
      <w:pPr>
        <w:spacing w:before="0" w:after="0"/>
        <w:ind w:firstLine="480"/>
        <w:jc w:val="left"/>
      </w:pPr>
      <w:r>
        <w:rPr>
          <w:rFonts w:ascii="Garamond" w:hAnsi="Garamond" w:cs="Garamond"/>
          <w:b w:val="0"/>
          <w:i w:val="0"/>
          <w:sz w:val="24"/>
        </w:rPr>
        <w:t>A scream rang out from inside the cabin.</w:t>
      </w:r>
    </w:p>
    <w:p>
      <w:pPr>
        <w:spacing w:before="0" w:after="0"/>
        <w:ind w:firstLine="480"/>
        <w:jc w:val="left"/>
      </w:pPr>
      <w:r>
        <w:rPr>
          <w:rFonts w:ascii="Garamond" w:hAnsi="Garamond" w:cs="Garamond"/>
          <w:b w:val="0"/>
          <w:i w:val="0"/>
          <w:sz w:val="24"/>
        </w:rPr>
        <w:t>Two of the soldiers grinned at each other and jogged toward it.</w:t>
      </w:r>
    </w:p>
    <w:p>
      <w:pPr>
        <w:spacing w:before="0" w:after="0"/>
        <w:ind w:firstLine="480"/>
        <w:jc w:val="left"/>
      </w:pPr>
      <w:r>
        <w:rPr>
          <w:rFonts w:ascii="Garamond" w:hAnsi="Garamond" w:cs="Garamond"/>
          <w:b w:val="0"/>
          <w:i w:val="0"/>
          <w:sz w:val="24"/>
        </w:rPr>
        <w:t>“Take what you want,“ Verad said, stepping forward. At fifteen he was nearly a man in frame if not yet in law, and something in him moved before he thought it through.</w:t>
      </w:r>
    </w:p>
    <w:p>
      <w:pPr>
        <w:spacing w:before="0" w:after="0"/>
        <w:ind w:firstLine="480"/>
        <w:jc w:val="left"/>
      </w:pPr>
      <w:r>
        <w:rPr>
          <w:rFonts w:ascii="Garamond" w:hAnsi="Garamond" w:cs="Garamond"/>
          <w:b w:val="0"/>
          <w:i w:val="0"/>
          <w:sz w:val="24"/>
        </w:rPr>
        <w:t>One of the soldiers drew his sword with the ease of long practice. “We are taking what we need. By order of Lord Kakollian.“ He glanced toward the cabin. “Looks like we found something we needed. Count yourself fortunate they didn’t need you.“</w:t>
      </w:r>
    </w:p>
    <w:p>
      <w:pPr>
        <w:spacing w:before="480" w:after="360"/>
        <w:ind w:firstLine="0"/>
        <w:jc w:val="center"/>
      </w:pPr>
      <w:r>
        <w:rPr>
          <w:rFonts w:ascii="Garamond" w:hAnsi="Garamond" w:cs="Garamond"/>
          <w:b/>
          <w:i w:val="0"/>
          <w:sz w:val="28"/>
        </w:rPr>
        <w:t>Chapter Two</w:t>
      </w:r>
    </w:p>
    <w:p>
      <w:pPr>
        <w:spacing w:before="0" w:after="0"/>
        <w:ind w:firstLine="480"/>
        <w:jc w:val="left"/>
      </w:pPr>
      <w:r>
        <w:rPr>
          <w:rFonts w:ascii="Garamond" w:hAnsi="Garamond" w:cs="Garamond"/>
          <w:b w:val="0"/>
          <w:i w:val="0"/>
          <w:sz w:val="24"/>
        </w:rPr>
        <w:t>Aries Tor sat atop the dung pile, grooming his half-filled wings.</w:t>
      </w:r>
    </w:p>
    <w:p>
      <w:pPr>
        <w:spacing w:before="0" w:after="0"/>
        <w:ind w:firstLine="480"/>
        <w:jc w:val="left"/>
      </w:pPr>
      <w:r>
        <w:rPr>
          <w:rFonts w:ascii="Garamond" w:hAnsi="Garamond" w:cs="Garamond"/>
          <w:b w:val="0"/>
          <w:i w:val="0"/>
          <w:sz w:val="24"/>
        </w:rPr>
        <w:t>It was not an undignified place for a dragon. The communal pile sat at the southern edge of the island, far from the nesting caves, and it was his custom to come here after a long flight and wait. His second heart still beat hard from the hunt, and his wings were slow to fold, catching air with each unconscious flex. He balanced on his powerful tail and worked methodically, drawing his teeth through feather and membrane, inch by inch. His teeth were built for this as much as for killing. At the gum line they came together in a perfect comb, and he swept the parasites free, insects, small bats, a bird or two that had found warm shelter in the crook of his wing and overstayed their welcome.</w:t>
      </w:r>
    </w:p>
    <w:p>
      <w:pPr>
        <w:spacing w:before="0" w:after="0"/>
        <w:ind w:firstLine="480"/>
        <w:jc w:val="left"/>
      </w:pPr>
      <w:r>
        <w:rPr>
          <w:rFonts w:ascii="Garamond" w:hAnsi="Garamond" w:cs="Garamond"/>
          <w:b w:val="0"/>
          <w:i w:val="0"/>
          <w:sz w:val="24"/>
        </w:rPr>
        <w:t>This ritual was part of the hunt, as sacred to him as the kill itself.</w:t>
      </w:r>
    </w:p>
    <w:p>
      <w:pPr>
        <w:spacing w:before="0" w:after="0"/>
        <w:ind w:firstLine="480"/>
        <w:jc w:val="left"/>
      </w:pPr>
      <w:r>
        <w:rPr>
          <w:rFonts w:ascii="Garamond" w:hAnsi="Garamond" w:cs="Garamond"/>
          <w:b w:val="0"/>
          <w:i w:val="0"/>
          <w:sz w:val="24"/>
        </w:rPr>
        <w:t>Hours earlier he had flown north from his home through the long valleys of Estos, searching for horses. They were his preferred prey, fast and panicked in just the right way, and he had fed well. Afterward he turned south to deposit his waste here and wait for the bones to pass. His intestines pulsed in slow waves, squeezing until the long bones sat end to end in a patient column, protecting the tender flesh of his hindquarters from their edges. Given enough time, his digestive fluids could dissolve bone entirely, but he flew better lighter, and Aries Tor was, above all things, born to fly.</w:t>
      </w:r>
    </w:p>
    <w:p>
      <w:pPr>
        <w:spacing w:before="0" w:after="0"/>
        <w:ind w:firstLine="480"/>
        <w:jc w:val="left"/>
      </w:pPr>
      <w:r>
        <w:rPr>
          <w:rFonts w:ascii="Garamond" w:hAnsi="Garamond" w:cs="Garamond"/>
          <w:b w:val="0"/>
          <w:i w:val="0"/>
          <w:sz w:val="24"/>
        </w:rPr>
        <w:t>He was the perfect creation. Power, speed, cunning, and grace, each quality present in full, none diminished to make room for the others. Dragons were long-lived and loyal to family with a ferocity that other creatures mistook for love. Once they had ruled the surface of Estos without opposition. Now they were prisoners on this small island, and had been for longer than anyone alive cared to count.</w:t>
      </w:r>
    </w:p>
    <w:p>
      <w:pPr>
        <w:spacing w:before="0" w:after="0"/>
        <w:ind w:firstLine="480"/>
        <w:jc w:val="left"/>
      </w:pPr>
      <w:r>
        <w:rPr>
          <w:rFonts w:ascii="Garamond" w:hAnsi="Garamond" w:cs="Garamond"/>
          <w:b w:val="0"/>
          <w:i w:val="0"/>
          <w:sz w:val="24"/>
        </w:rPr>
        <w:t>He often wondered why his father had allowed it.</w:t>
      </w:r>
    </w:p>
    <w:p>
      <w:pPr>
        <w:spacing w:before="0" w:after="0"/>
        <w:ind w:firstLine="480"/>
        <w:jc w:val="left"/>
      </w:pPr>
      <w:r>
        <w:rPr>
          <w:rFonts w:ascii="Garamond" w:hAnsi="Garamond" w:cs="Garamond"/>
          <w:b w:val="0"/>
          <w:i w:val="0"/>
          <w:sz w:val="24"/>
        </w:rPr>
        <w:t>Atula, God of Darkness and father to the dragons, had not fought the magic that bound them here. The dragons had ravaged the creations of the other gods without restraint, scoured land and sea and sky, burned what they could not eat. The other six Firstborn had grown furious and created the Order to hunt them down. Even the Order, guardians of the Creator’s Balance, could not stop the dragons without magic. A new kind of magic. One Atula had, in the end, permitted.</w:t>
      </w:r>
    </w:p>
    <w:p>
      <w:pPr>
        <w:spacing w:before="0" w:after="0"/>
        <w:ind w:firstLine="480"/>
        <w:jc w:val="left"/>
      </w:pPr>
      <w:r>
        <w:rPr>
          <w:rFonts w:ascii="Garamond" w:hAnsi="Garamond" w:cs="Garamond"/>
          <w:b w:val="0"/>
          <w:i w:val="0"/>
          <w:sz w:val="24"/>
        </w:rPr>
        <w:t>The elders of the Tor, who had pondered this longer than Aries’s hundred years, believed they knew why. Without the binding, the Order would have hunted the dragons to the last. Better to sleep in the crystals, alive and waiting, than to be ground to dust and forgotten. Atula had done what was necessary. That was the story the elders told, and Aries Tor had no better one to offer.</w:t>
      </w:r>
    </w:p>
    <w:p>
      <w:pPr>
        <w:spacing w:before="0" w:after="0"/>
        <w:ind w:firstLine="480"/>
        <w:jc w:val="left"/>
      </w:pPr>
      <w:r>
        <w:rPr>
          <w:rFonts w:ascii="Garamond" w:hAnsi="Garamond" w:cs="Garamond"/>
          <w:b w:val="0"/>
          <w:i w:val="0"/>
          <w:sz w:val="24"/>
        </w:rPr>
        <w:t>Then Hessa had come.</w:t>
      </w:r>
    </w:p>
    <w:p>
      <w:pPr>
        <w:spacing w:before="0" w:after="0"/>
        <w:ind w:firstLine="480"/>
        <w:jc w:val="left"/>
      </w:pPr>
      <w:r>
        <w:rPr>
          <w:rFonts w:ascii="Garamond" w:hAnsi="Garamond" w:cs="Garamond"/>
          <w:b w:val="0"/>
          <w:i w:val="0"/>
          <w:sz w:val="24"/>
        </w:rPr>
        <w:t>She had visited not long ago, descending on the island without warning as she always did, carrying the particular stillness of someone who has survived being destroyed. The fallen one. She told them to prepare themselves. She would return, she said, and when she did, she would free them. Those she had once sought to destroy, she now vowed to release.</w:t>
      </w:r>
    </w:p>
    <w:p>
      <w:pPr>
        <w:spacing w:before="0" w:after="0"/>
        <w:ind w:firstLine="480"/>
        <w:jc w:val="left"/>
      </w:pPr>
      <w:r>
        <w:rPr>
          <w:rFonts w:ascii="Garamond" w:hAnsi="Garamond" w:cs="Garamond"/>
          <w:b w:val="0"/>
          <w:i w:val="0"/>
          <w:sz w:val="24"/>
        </w:rPr>
        <w:t>Aries Tor knew freedom would carry a price. He had known that before she said a word. He was willing to pay.</w:t>
      </w:r>
    </w:p>
    <w:p>
      <w:pPr>
        <w:spacing w:before="0" w:after="0"/>
        <w:ind w:firstLine="480"/>
        <w:jc w:val="left"/>
      </w:pPr>
      <w:r>
        <w:rPr>
          <w:rFonts w:ascii="Garamond" w:hAnsi="Garamond" w:cs="Garamond"/>
          <w:b w:val="0"/>
          <w:i w:val="0"/>
          <w:sz w:val="24"/>
        </w:rPr>
        <w:t>She named the first condition plainly: she was bringing the Creator’s newest children to the island. The Secondborn. Most could be killed, but a few among them were marked by a magic visible only to dragon eyes, and those few were not to be touched. That was the cost of freedom. That was the bargain.</w:t>
      </w:r>
    </w:p>
    <w:p>
      <w:pPr>
        <w:spacing w:before="0" w:after="0"/>
        <w:ind w:firstLine="480"/>
        <w:jc w:val="left"/>
      </w:pPr>
      <w:r>
        <w:rPr>
          <w:rFonts w:ascii="Garamond" w:hAnsi="Garamond" w:cs="Garamond"/>
          <w:b w:val="0"/>
          <w:i w:val="0"/>
          <w:sz w:val="24"/>
        </w:rPr>
        <w:t>The Secondborn were coming. And with them, the Prophecy of the Gods would finally begin.</w:t>
      </w:r>
    </w:p>
    <w:p>
      <w:pPr>
        <w:spacing w:before="480" w:after="360"/>
        <w:ind w:firstLine="0"/>
        <w:jc w:val="center"/>
      </w:pPr>
      <w:r>
        <w:rPr>
          <w:rFonts w:ascii="Garamond" w:hAnsi="Garamond" w:cs="Garamond"/>
          <w:b/>
          <w:i w:val="0"/>
          <w:sz w:val="28"/>
        </w:rPr>
        <w:t>Chapter Three</w:t>
      </w:r>
    </w:p>
    <w:p>
      <w:pPr>
        <w:spacing w:before="0" w:after="0"/>
        <w:ind w:firstLine="480"/>
        <w:jc w:val="left"/>
      </w:pPr>
      <w:r>
        <w:rPr>
          <w:rFonts w:ascii="Garamond" w:hAnsi="Garamond" w:cs="Garamond"/>
          <w:b w:val="0"/>
          <w:i w:val="0"/>
          <w:sz w:val="24"/>
        </w:rPr>
        <w:t>General Lo Kale had been sitting with the boy for nearly two hours, and the boy had given him more than he deserved.</w:t>
      </w:r>
    </w:p>
    <w:p>
      <w:pPr>
        <w:spacing w:before="0" w:after="0"/>
        <w:ind w:firstLine="480"/>
        <w:jc w:val="left"/>
      </w:pPr>
      <w:r>
        <w:rPr>
          <w:rFonts w:ascii="Garamond" w:hAnsi="Garamond" w:cs="Garamond"/>
          <w:b w:val="0"/>
          <w:i w:val="0"/>
          <w:sz w:val="24"/>
        </w:rPr>
        <w:t>The village was called Merrath, or had been. It sat at the edge of the Damsgarr plains where the river delta spread into fingers of dark water and good fishing, close enough to the Tol Cima foothills that on clear mornings you could see snow on the peaks. There was nothing left of it now worth the name. Lo Kale had ridden in at dawn with a company of fifty and found the ravens already at work.</w:t>
      </w:r>
    </w:p>
    <w:p>
      <w:pPr>
        <w:spacing w:before="0" w:after="0"/>
        <w:ind w:firstLine="480"/>
        <w:jc w:val="left"/>
      </w:pPr>
      <w:r>
        <w:rPr>
          <w:rFonts w:ascii="Garamond" w:hAnsi="Garamond" w:cs="Garamond"/>
          <w:b w:val="0"/>
          <w:i w:val="0"/>
          <w:sz w:val="24"/>
        </w:rPr>
        <w:t>The boy had been under his parents’ house for two days, tucked into a small natural cave in the earth where the foundation stones left a gap just wide enough for a child. He had not moved. He had not made a sound. Lo Kale’s men had nearly missed him.</w:t>
      </w:r>
    </w:p>
    <w:p>
      <w:pPr>
        <w:spacing w:before="0" w:after="0"/>
        <w:ind w:firstLine="480"/>
        <w:jc w:val="left"/>
      </w:pPr>
      <w:r>
        <w:rPr>
          <w:rFonts w:ascii="Garamond" w:hAnsi="Garamond" w:cs="Garamond"/>
          <w:b w:val="0"/>
          <w:i w:val="0"/>
          <w:sz w:val="24"/>
        </w:rPr>
        <w:t>Now he sat across the table from the General in the one house still standing, a shepherd’s cottage at the eastern edge of the village that the attackers had apparently not bothered with. He ate steadily, bread and cold meat and water, with the focused patience of someone who has been hungry long enough that eating has stopped feeling like relief and become simply work. Lo Kale let him eat and asked his questions carefully, one at a time, leaving space between them.</w:t>
      </w:r>
    </w:p>
    <w:p>
      <w:pPr>
        <w:spacing w:before="0" w:after="0"/>
        <w:ind w:firstLine="480"/>
        <w:jc w:val="left"/>
      </w:pPr>
      <w:r>
        <w:rPr>
          <w:rFonts w:ascii="Garamond" w:hAnsi="Garamond" w:cs="Garamond"/>
          <w:b w:val="0"/>
          <w:i w:val="0"/>
          <w:sz w:val="24"/>
        </w:rPr>
        <w:t>The story came out in pieces.</w:t>
      </w:r>
    </w:p>
    <w:p>
      <w:pPr>
        <w:spacing w:before="0" w:after="0"/>
        <w:ind w:firstLine="480"/>
        <w:jc w:val="left"/>
      </w:pPr>
      <w:r>
        <w:rPr>
          <w:rFonts w:ascii="Garamond" w:hAnsi="Garamond" w:cs="Garamond"/>
          <w:b w:val="0"/>
          <w:i w:val="0"/>
          <w:sz w:val="24"/>
        </w:rPr>
        <w:t>He had watched from behind the wall as they came through the door. Two of them. The first was a bear, but not the bears of the Damsgarr lowlands. This one was enormous, its shoulders brushing the doorframe, its paws leaving prints in the packed earth floor that the boy had measured afterward with his hand. And on its back, fused to it in a way the boy struggled to describe, was a man. Not riding. Part of it. The man had no legs that the boy could see, his torso rising from the bear’s back as though he had grown there.</w:t>
      </w:r>
    </w:p>
    <w:p>
      <w:pPr>
        <w:spacing w:before="0" w:after="0"/>
        <w:ind w:firstLine="480"/>
        <w:jc w:val="left"/>
      </w:pPr>
      <w:r>
        <w:rPr>
          <w:rFonts w:ascii="Garamond" w:hAnsi="Garamond" w:cs="Garamond"/>
          <w:b w:val="0"/>
          <w:i w:val="0"/>
          <w:sz w:val="24"/>
        </w:rPr>
        <w:t>“He had a bow,“ the boy said between mouthfuls. “He shot my sister before she could scream.“</w:t>
      </w:r>
    </w:p>
    <w:p>
      <w:pPr>
        <w:spacing w:before="0" w:after="0"/>
        <w:ind w:firstLine="480"/>
        <w:jc w:val="left"/>
      </w:pPr>
      <w:r>
        <w:rPr>
          <w:rFonts w:ascii="Garamond" w:hAnsi="Garamond" w:cs="Garamond"/>
          <w:b w:val="0"/>
          <w:i w:val="0"/>
          <w:sz w:val="24"/>
        </w:rPr>
        <w:t>Lo Kale kept his face still.</w:t>
      </w:r>
    </w:p>
    <w:p>
      <w:pPr>
        <w:spacing w:before="0" w:after="0"/>
        <w:ind w:firstLine="480"/>
        <w:jc w:val="left"/>
      </w:pPr>
      <w:r>
        <w:rPr>
          <w:rFonts w:ascii="Garamond" w:hAnsi="Garamond" w:cs="Garamond"/>
          <w:b w:val="0"/>
          <w:i w:val="0"/>
          <w:sz w:val="24"/>
        </w:rPr>
        <w:t>The second mount had stopped at the doorway. A wolf, the boy said, larger than any wolf living, carrying a smaller man in the same way, the same fusion of flesh that made Lo Kale’s skin move uneasily beneath his armor. The wolf had raised its nose toward the corner where the boy was hidden behind the wall. Then Joel and his family had run past the door in the dark outside and both creatures turned to follow.</w:t>
      </w:r>
    </w:p>
    <w:p>
      <w:pPr>
        <w:spacing w:before="0" w:after="0"/>
        <w:ind w:firstLine="480"/>
        <w:jc w:val="left"/>
      </w:pPr>
      <w:r>
        <w:rPr>
          <w:rFonts w:ascii="Garamond" w:hAnsi="Garamond" w:cs="Garamond"/>
          <w:b w:val="0"/>
          <w:i w:val="0"/>
          <w:sz w:val="24"/>
        </w:rPr>
        <w:t>“That was the last I saw of them,“ the boy said. He set down the bread he was holding and did not pick it up again. “After that I heard the screaming. Hally’s baby cried out once and then it stopped. Hally screamed for a long time before she stopped too. Then a large buck ran past the door and I heard hooves going away into the dark. For a while I could hear the bear scratching at the dirt somewhere nearby. Then there was nothing. In the morning the birds came.“</w:t>
      </w:r>
    </w:p>
    <w:p>
      <w:pPr>
        <w:spacing w:before="0" w:after="0"/>
        <w:ind w:firstLine="480"/>
        <w:jc w:val="left"/>
      </w:pPr>
      <w:r>
        <w:rPr>
          <w:rFonts w:ascii="Garamond" w:hAnsi="Garamond" w:cs="Garamond"/>
          <w:b w:val="0"/>
          <w:i w:val="0"/>
          <w:sz w:val="24"/>
        </w:rPr>
        <w:t>He looked at his hands.</w:t>
      </w:r>
    </w:p>
    <w:p>
      <w:pPr>
        <w:spacing w:before="0" w:after="0"/>
        <w:ind w:firstLine="480"/>
        <w:jc w:val="left"/>
      </w:pPr>
      <w:r>
        <w:rPr>
          <w:rFonts w:ascii="Garamond" w:hAnsi="Garamond" w:cs="Garamond"/>
          <w:b w:val="0"/>
          <w:i w:val="0"/>
          <w:sz w:val="24"/>
        </w:rPr>
        <w:t>“I was too scared to come out.“</w:t>
      </w:r>
    </w:p>
    <w:p>
      <w:pPr>
        <w:spacing w:before="0" w:after="0"/>
        <w:ind w:firstLine="480"/>
        <w:jc w:val="left"/>
      </w:pPr>
      <w:r>
        <w:rPr>
          <w:rFonts w:ascii="Garamond" w:hAnsi="Garamond" w:cs="Garamond"/>
          <w:b w:val="0"/>
          <w:i w:val="0"/>
          <w:sz w:val="24"/>
        </w:rPr>
        <w:t>“You did the right thing,“ Lo Kale said. He meant it. He had seen grown soldiers make worse decisions under less pressure. He stood from the table and looked at the boy for a moment longer than was strictly necessary. “When you are finished eating, you will come with us.“</w:t>
      </w:r>
    </w:p>
    <w:p>
      <w:pPr>
        <w:spacing w:before="0" w:after="0"/>
        <w:ind w:firstLine="480"/>
        <w:jc w:val="left"/>
      </w:pPr>
      <w:r>
        <w:rPr>
          <w:rFonts w:ascii="Garamond" w:hAnsi="Garamond" w:cs="Garamond"/>
          <w:b w:val="0"/>
          <w:i w:val="0"/>
          <w:sz w:val="24"/>
        </w:rPr>
        <w:t>Outside, the air hit him like a fist. Late autumn should have taken the edge off the smell, but the humidity held it close to the ground, thick and sweet in a way that had nothing to do with the season. His men were already burning the human remains at the far end of the village. The animal carcasses they would leave for the scavengers. There was no ceremony owed to whatever those things had been.</w:t>
      </w:r>
    </w:p>
    <w:p>
      <w:pPr>
        <w:spacing w:before="0" w:after="0"/>
        <w:ind w:firstLine="480"/>
        <w:jc w:val="left"/>
      </w:pPr>
      <w:r>
        <w:rPr>
          <w:rFonts w:ascii="Garamond" w:hAnsi="Garamond" w:cs="Garamond"/>
          <w:b w:val="0"/>
          <w:i w:val="0"/>
          <w:sz w:val="24"/>
        </w:rPr>
        <w:t>A rider trotted up and reined in.</w:t>
      </w:r>
    </w:p>
    <w:p>
      <w:pPr>
        <w:spacing w:before="0" w:after="0"/>
        <w:ind w:firstLine="480"/>
        <w:jc w:val="left"/>
      </w:pPr>
      <w:r>
        <w:rPr>
          <w:rFonts w:ascii="Garamond" w:hAnsi="Garamond" w:cs="Garamond"/>
          <w:b w:val="0"/>
          <w:i w:val="0"/>
          <w:sz w:val="24"/>
        </w:rPr>
        <w:t>“Bear, wolf, and several large deer,“ the man reported. “The deer tracks are unlike anything I have seen. The bear and wolf I can identify by shape, but not by size. There are no boot prints, no sandal prints, nothing from a man walking independently. Whatever rode those animals left no tracks of their own.“</w:t>
      </w:r>
    </w:p>
    <w:p>
      <w:pPr>
        <w:spacing w:before="0" w:after="0"/>
        <w:ind w:firstLine="480"/>
        <w:jc w:val="left"/>
      </w:pPr>
      <w:r>
        <w:rPr>
          <w:rFonts w:ascii="Garamond" w:hAnsi="Garamond" w:cs="Garamond"/>
          <w:b w:val="0"/>
          <w:i w:val="0"/>
          <w:sz w:val="24"/>
        </w:rPr>
        <w:t>Lo Kale absorbed this. “The boy’s account holds then.“</w:t>
      </w:r>
    </w:p>
    <w:p>
      <w:pPr>
        <w:spacing w:before="0" w:after="0"/>
        <w:ind w:firstLine="480"/>
        <w:jc w:val="left"/>
      </w:pPr>
      <w:r>
        <w:rPr>
          <w:rFonts w:ascii="Garamond" w:hAnsi="Garamond" w:cs="Garamond"/>
          <w:b w:val="0"/>
          <w:i w:val="0"/>
          <w:sz w:val="24"/>
        </w:rPr>
        <w:t>“It holds.“</w:t>
      </w:r>
    </w:p>
    <w:p>
      <w:pPr>
        <w:spacing w:before="0" w:after="0"/>
        <w:ind w:firstLine="480"/>
        <w:jc w:val="left"/>
      </w:pPr>
      <w:r>
        <w:rPr>
          <w:rFonts w:ascii="Garamond" w:hAnsi="Garamond" w:cs="Garamond"/>
          <w:b w:val="0"/>
          <w:i w:val="0"/>
          <w:sz w:val="24"/>
        </w:rPr>
        <w:t>He stepped up to his horse and settled into the saddle. “Stay and track them as far as the trail runs. Report to me at the palace when you lose it or find its end. We will take the boy there.“</w:t>
      </w:r>
    </w:p>
    <w:p>
      <w:pPr>
        <w:spacing w:before="0" w:after="0"/>
        <w:ind w:firstLine="480"/>
        <w:jc w:val="left"/>
      </w:pPr>
      <w:r>
        <w:rPr>
          <w:rFonts w:ascii="Garamond" w:hAnsi="Garamond" w:cs="Garamond"/>
          <w:b w:val="0"/>
          <w:i w:val="0"/>
          <w:sz w:val="24"/>
        </w:rPr>
        <w:t>He watched his man ride north toward the foothills and turned back to survey what was left of Merrath. The news would move faster than he could contain it. The outlying settlements along the delta would hear within days and fear would do the rest. He would need to begin moving his army south into the plains, visible enough to reassure people, positioned well enough to mean something if reassurance proved insufficient.</w:t>
      </w:r>
    </w:p>
    <w:p>
      <w:pPr>
        <w:spacing w:before="0" w:after="0"/>
        <w:ind w:firstLine="480"/>
        <w:jc w:val="left"/>
      </w:pPr>
      <w:r>
        <w:rPr>
          <w:rFonts w:ascii="Garamond" w:hAnsi="Garamond" w:cs="Garamond"/>
          <w:b w:val="0"/>
          <w:i w:val="0"/>
          <w:sz w:val="24"/>
        </w:rPr>
        <w:t>The southern border worried him more than the northern one. Kakollian stirred in the old world, and the wind coming off the delta had carried something sour for weeks now, a quality Lo Kale had learned over thirty years of soldiering to pay attention to. Whatever was moving in Estolia was moving with purpose. His king needed to know.</w:t>
      </w:r>
    </w:p>
    <w:p>
      <w:pPr>
        <w:spacing w:before="0" w:after="0"/>
        <w:ind w:firstLine="480"/>
        <w:jc w:val="left"/>
      </w:pPr>
      <w:r>
        <w:rPr>
          <w:rFonts w:ascii="Garamond" w:hAnsi="Garamond" w:cs="Garamond"/>
          <w:b w:val="0"/>
          <w:i w:val="0"/>
          <w:sz w:val="24"/>
        </w:rPr>
        <w:t>The boy appeared in the doorway of the shepherd’s cottage, a small figure against the dark interior. He had finished eating. He stood straight, which was more than Lo Kale expected.</w:t>
      </w:r>
    </w:p>
    <w:p>
      <w:pPr>
        <w:spacing w:before="0" w:after="0"/>
        <w:ind w:firstLine="480"/>
        <w:jc w:val="left"/>
      </w:pPr>
      <w:r>
        <w:rPr>
          <w:rFonts w:ascii="Garamond" w:hAnsi="Garamond" w:cs="Garamond"/>
          <w:b w:val="0"/>
          <w:i w:val="0"/>
          <w:sz w:val="24"/>
        </w:rPr>
        <w:t>Lo Kale rode over and looked down at him.</w:t>
      </w:r>
    </w:p>
    <w:p>
      <w:pPr>
        <w:spacing w:before="0" w:after="0"/>
        <w:ind w:firstLine="480"/>
        <w:jc w:val="left"/>
      </w:pPr>
      <w:r>
        <w:rPr>
          <w:rFonts w:ascii="Garamond" w:hAnsi="Garamond" w:cs="Garamond"/>
          <w:b w:val="0"/>
          <w:i w:val="0"/>
          <w:sz w:val="24"/>
        </w:rPr>
        <w:t>“What is your name, son?“</w:t>
      </w:r>
    </w:p>
    <w:p>
      <w:pPr>
        <w:spacing w:before="0" w:after="0"/>
        <w:ind w:firstLine="480"/>
        <w:jc w:val="left"/>
      </w:pPr>
      <w:r>
        <w:rPr>
          <w:rFonts w:ascii="Garamond" w:hAnsi="Garamond" w:cs="Garamond"/>
          <w:b w:val="0"/>
          <w:i w:val="0"/>
          <w:sz w:val="24"/>
        </w:rPr>
        <w:t>The boy was quiet for a moment. When he spoke, his voice was steady. “I don’t have one anymore.“</w:t>
      </w:r>
    </w:p>
    <w:p>
      <w:pPr>
        <w:spacing w:before="0" w:after="0"/>
        <w:ind w:firstLine="480"/>
        <w:jc w:val="left"/>
      </w:pPr>
      <w:r>
        <w:rPr>
          <w:rFonts w:ascii="Garamond" w:hAnsi="Garamond" w:cs="Garamond"/>
          <w:b w:val="0"/>
          <w:i w:val="0"/>
          <w:sz w:val="24"/>
        </w:rPr>
        <w:t>Lo Kale studied him. The boy looked back without flinching, which told Lo Kale most of what he needed to know about who this child would become if given the chance.</w:t>
      </w:r>
    </w:p>
    <w:p>
      <w:pPr>
        <w:spacing w:before="0" w:after="0"/>
        <w:ind w:firstLine="480"/>
        <w:jc w:val="left"/>
      </w:pPr>
      <w:r>
        <w:rPr>
          <w:rFonts w:ascii="Garamond" w:hAnsi="Garamond" w:cs="Garamond"/>
          <w:b w:val="0"/>
          <w:i w:val="0"/>
          <w:sz w:val="24"/>
        </w:rPr>
        <w:t>“Then I will give you one.“ He reached a hand down. “Up you come, Steradan.“</w:t>
      </w:r>
    </w:p>
    <w:p>
      <w:pPr>
        <w:spacing w:before="0" w:after="0"/>
        <w:ind w:firstLine="480"/>
        <w:jc w:val="left"/>
      </w:pPr>
      <w:r>
        <w:rPr>
          <w:rFonts w:ascii="Garamond" w:hAnsi="Garamond" w:cs="Garamond"/>
          <w:b w:val="0"/>
          <w:i w:val="0"/>
          <w:sz w:val="24"/>
        </w:rPr>
        <w:t>The boy took the General’s hand and swung up behind him without hesitation. He did not look back at the village as they rode out.</w:t>
      </w:r>
    </w:p>
    <w:p>
      <w:pPr>
        <w:spacing w:before="0" w:after="0"/>
        <w:ind w:firstLine="480"/>
        <w:jc w:val="left"/>
      </w:pPr>
      <w:r>
        <w:rPr>
          <w:rFonts w:ascii="Garamond" w:hAnsi="Garamond" w:cs="Garamond"/>
          <w:b w:val="0"/>
          <w:i w:val="0"/>
          <w:sz w:val="24"/>
        </w:rPr>
        <w:t>He never looked back.</w:t>
      </w:r>
    </w:p>
    <w:p>
      <w:pPr>
        <w:spacing w:before="480" w:after="360"/>
        <w:ind w:firstLine="0"/>
        <w:jc w:val="center"/>
      </w:pPr>
      <w:r>
        <w:rPr>
          <w:rFonts w:ascii="Garamond" w:hAnsi="Garamond" w:cs="Garamond"/>
          <w:b/>
          <w:i w:val="0"/>
          <w:sz w:val="28"/>
        </w:rPr>
        <w:t>Chapter Four</w:t>
      </w:r>
    </w:p>
    <w:p>
      <w:pPr>
        <w:spacing w:before="0" w:after="0"/>
        <w:ind w:firstLine="480"/>
        <w:jc w:val="left"/>
      </w:pPr>
      <w:r>
        <w:rPr>
          <w:rFonts w:ascii="Garamond" w:hAnsi="Garamond" w:cs="Garamond"/>
          <w:b w:val="0"/>
          <w:i w:val="0"/>
          <w:sz w:val="24"/>
        </w:rPr>
        <w:t>The harbor at Palanthor was the kind that made sailors quietly grateful before they said anything else.</w:t>
      </w:r>
    </w:p>
    <w:p>
      <w:pPr>
        <w:spacing w:before="0" w:after="0"/>
        <w:ind w:firstLine="480"/>
        <w:jc w:val="left"/>
      </w:pPr>
      <w:r>
        <w:rPr>
          <w:rFonts w:ascii="Garamond" w:hAnsi="Garamond" w:cs="Garamond"/>
          <w:b w:val="0"/>
          <w:i w:val="0"/>
          <w:sz w:val="24"/>
        </w:rPr>
        <w:t>It was protected by a pair of natural granite pillars rising from the water on either side of the channel entrance, so perfectly placed that the first sailors to find them had assumed they were made rather than grown, and named them the Towers of the Gods. They were not made. They were simply there, as the sea had left them, worn smooth by ten thousand years of tide and weather, and someone in the early days of Sartious had been sensible enough to put catapults on top of both. The harbor behind them was deep and calm, and the channel that ran from it upriver to the city was navigable for miles in any weather that left a ship with masts still standing.</w:t>
      </w:r>
    </w:p>
    <w:p>
      <w:pPr>
        <w:spacing w:before="0" w:after="0"/>
        <w:ind w:firstLine="480"/>
        <w:jc w:val="left"/>
      </w:pPr>
      <w:r>
        <w:rPr>
          <w:rFonts w:ascii="Garamond" w:hAnsi="Garamond" w:cs="Garamond"/>
          <w:b w:val="0"/>
          <w:i w:val="0"/>
          <w:sz w:val="24"/>
        </w:rPr>
        <w:t>The Kin Slayer came through on the morning tide.</w:t>
      </w:r>
    </w:p>
    <w:p>
      <w:pPr>
        <w:spacing w:before="0" w:after="0"/>
        <w:ind w:firstLine="480"/>
        <w:jc w:val="left"/>
      </w:pPr>
      <w:r>
        <w:rPr>
          <w:rFonts w:ascii="Garamond" w:hAnsi="Garamond" w:cs="Garamond"/>
          <w:b w:val="0"/>
          <w:i w:val="0"/>
          <w:sz w:val="24"/>
        </w:rPr>
        <w:t>Marroa Fidulea stood at the bow rail and watched the towers pass on either side and tried to decide how she felt about arriving somewhere for the first time after three months of open water. Grateful for land was the honest answer. Ready to work was the more useful one.</w:t>
      </w:r>
    </w:p>
    <w:p>
      <w:pPr>
        <w:spacing w:before="0" w:after="0"/>
        <w:ind w:firstLine="480"/>
        <w:jc w:val="left"/>
      </w:pPr>
      <w:r>
        <w:rPr>
          <w:rFonts w:ascii="Garamond" w:hAnsi="Garamond" w:cs="Garamond"/>
          <w:b w:val="0"/>
          <w:i w:val="0"/>
          <w:sz w:val="24"/>
        </w:rPr>
        <w:t>“Palanthor,“ said Lady Taolia from somewhere to her left. “You have been patient, girl. Most visitors to Sartious get their first view of the city from the river. You will get yours from the harbor mouth.“</w:t>
      </w:r>
    </w:p>
    <w:p>
      <w:pPr>
        <w:spacing w:before="0" w:after="0"/>
        <w:ind w:firstLine="480"/>
        <w:jc w:val="left"/>
      </w:pPr>
      <w:r>
        <w:rPr>
          <w:rFonts w:ascii="Garamond" w:hAnsi="Garamond" w:cs="Garamond"/>
          <w:b w:val="0"/>
          <w:i w:val="0"/>
          <w:sz w:val="24"/>
        </w:rPr>
        <w:t>Marroa looked up the channel toward the city. White marble walls caught the morning light and threw it back in long bars across the water. The buildings behind them climbed in tiers up from the riverbank, pale stone and dark timber, with the palace at the top of the hill commanding the whole of the valley below it. It was a city that had been built to be seen, and it had been built well enough to earn the attention.</w:t>
      </w:r>
    </w:p>
    <w:p>
      <w:pPr>
        <w:spacing w:before="0" w:after="0"/>
        <w:ind w:firstLine="480"/>
        <w:jc w:val="left"/>
      </w:pPr>
      <w:r>
        <w:rPr>
          <w:rFonts w:ascii="Garamond" w:hAnsi="Garamond" w:cs="Garamond"/>
          <w:b w:val="0"/>
          <w:i w:val="0"/>
          <w:sz w:val="24"/>
        </w:rPr>
        <w:t>“It is beautiful,“ Marroa said, because it was.</w:t>
      </w:r>
    </w:p>
    <w:p>
      <w:pPr>
        <w:spacing w:before="0" w:after="0"/>
        <w:ind w:firstLine="480"/>
        <w:jc w:val="left"/>
      </w:pPr>
      <w:r>
        <w:rPr>
          <w:rFonts w:ascii="Garamond" w:hAnsi="Garamond" w:cs="Garamond"/>
          <w:b w:val="0"/>
          <w:i w:val="0"/>
          <w:sz w:val="24"/>
        </w:rPr>
        <w:t>“It is also cold,“ Taolia replied, pulling her traveling cloak tighter. “Three months at sea have made you forget what a proper winter feels like. You will remember shortly.“</w:t>
      </w:r>
    </w:p>
    <w:p>
      <w:pPr>
        <w:spacing w:before="0" w:after="0"/>
        <w:ind w:firstLine="480"/>
        <w:jc w:val="left"/>
      </w:pPr>
      <w:r>
        <w:rPr>
          <w:rFonts w:ascii="Garamond" w:hAnsi="Garamond" w:cs="Garamond"/>
          <w:b w:val="0"/>
          <w:i w:val="0"/>
          <w:sz w:val="24"/>
        </w:rPr>
        <w:t>The ship docked without ceremony, which suited everyone. Taolia had sent a rider ahead from their last port of call, and the King’s own steward was waiting on the pier with a small escort, stamping his feet against the cold with the dignified discomfort of a man who considered outdoor waiting beneath him but would never say so.</w:t>
      </w:r>
    </w:p>
    <w:p>
      <w:pPr>
        <w:spacing w:before="0" w:after="0"/>
        <w:ind w:firstLine="480"/>
        <w:jc w:val="left"/>
      </w:pPr>
      <w:r>
        <w:rPr>
          <w:rFonts w:ascii="Garamond" w:hAnsi="Garamond" w:cs="Garamond"/>
          <w:b w:val="0"/>
          <w:i w:val="0"/>
          <w:sz w:val="24"/>
        </w:rPr>
        <w:t>“Lady Taolia.“ He bowed. “His Majesty is grateful for your safe return.“</w:t>
      </w:r>
    </w:p>
    <w:p>
      <w:pPr>
        <w:spacing w:before="0" w:after="0"/>
        <w:ind w:firstLine="480"/>
        <w:jc w:val="left"/>
      </w:pPr>
      <w:r>
        <w:rPr>
          <w:rFonts w:ascii="Garamond" w:hAnsi="Garamond" w:cs="Garamond"/>
          <w:b w:val="0"/>
          <w:i w:val="0"/>
          <w:sz w:val="24"/>
        </w:rPr>
        <w:t>“His Majesty will be more grateful when he hears what I have brought him,“ Taolia said, and gestured at Marroa in the way that people gesture at things they are proud of having found.</w:t>
      </w:r>
    </w:p>
    <w:p>
      <w:pPr>
        <w:spacing w:before="0" w:after="0"/>
        <w:ind w:firstLine="480"/>
        <w:jc w:val="left"/>
      </w:pPr>
      <w:r>
        <w:rPr>
          <w:rFonts w:ascii="Garamond" w:hAnsi="Garamond" w:cs="Garamond"/>
          <w:b w:val="0"/>
          <w:i w:val="0"/>
          <w:sz w:val="24"/>
        </w:rPr>
        <w:t>The steward looked at Marroa with the polite blankness of a man making a rapid and careful assessment. Marroa looked back at him with the same expression she had used on every steward in every court she had ever entered, which communicated that she understood exactly what he was doing and bore him no ill will for it.</w:t>
      </w:r>
    </w:p>
    <w:p>
      <w:pPr>
        <w:spacing w:before="0" w:after="0"/>
        <w:ind w:firstLine="480"/>
        <w:jc w:val="left"/>
      </w:pPr>
      <w:r>
        <w:rPr>
          <w:rFonts w:ascii="Garamond" w:hAnsi="Garamond" w:cs="Garamond"/>
          <w:b w:val="0"/>
          <w:i w:val="0"/>
          <w:sz w:val="24"/>
        </w:rPr>
        <w:t>“I will need a room with good acoustics,“ she said pleasantly. “I find they are always in short supply.“</w:t>
      </w:r>
    </w:p>
    <w:p>
      <w:pPr>
        <w:spacing w:before="0" w:after="0"/>
        <w:ind w:firstLine="480"/>
        <w:jc w:val="left"/>
      </w:pPr>
      <w:r>
        <w:rPr>
          <w:rFonts w:ascii="Garamond" w:hAnsi="Garamond" w:cs="Garamond"/>
          <w:b w:val="0"/>
          <w:i w:val="0"/>
          <w:sz w:val="24"/>
        </w:rPr>
        <w:t>The steward blinked, recalibrated, and managed a proper bow. “Of course, my lady. We will see to it.“</w:t>
      </w:r>
    </w:p>
    <w:p>
      <w:pPr>
        <w:spacing w:before="0" w:after="0"/>
        <w:ind w:firstLine="480"/>
        <w:jc w:val="left"/>
      </w:pPr>
      <w:r>
        <w:rPr>
          <w:rFonts w:ascii="Garamond" w:hAnsi="Garamond" w:cs="Garamond"/>
          <w:b w:val="0"/>
          <w:i w:val="0"/>
          <w:sz w:val="24"/>
        </w:rPr>
        <w:t>They came off the ship down the ladder amidships, Taolia first with the practiced ease of someone for whom ships were transportation rather than adventure, then Marroa, then the rest of the traveling party in the order their rank required. The pier was solid underfoot in a way that Marroa’s legs had almost forgotten, and she allowed herself one private moment of enjoying it before following the steward toward the waiting horses.</w:t>
      </w:r>
    </w:p>
    <w:p>
      <w:pPr>
        <w:spacing w:before="0" w:after="0"/>
        <w:ind w:firstLine="480"/>
        <w:jc w:val="left"/>
      </w:pPr>
      <w:r>
        <w:rPr>
          <w:rFonts w:ascii="Garamond" w:hAnsi="Garamond" w:cs="Garamond"/>
          <w:b w:val="0"/>
          <w:i w:val="0"/>
          <w:sz w:val="24"/>
        </w:rPr>
        <w:t>The King met them in the outer courtyard rather than the hall, which Taolia had told her was typical of him. He was a large man, scarred along the left cheek from hairline to mustache, dressed in practical wool rather than anything ceremonial. He looked like someone who spent time outdoors on purpose. Behind him stood a soldier of extraordinary size, red-haired, watchful, who had the quality of stillness that very capable people sometimes have in rooms they consider potentially dangerous.</w:t>
      </w:r>
    </w:p>
    <w:p>
      <w:pPr>
        <w:spacing w:before="0" w:after="0"/>
        <w:ind w:firstLine="480"/>
        <w:jc w:val="left"/>
      </w:pPr>
      <w:r>
        <w:rPr>
          <w:rFonts w:ascii="Garamond" w:hAnsi="Garamond" w:cs="Garamond"/>
          <w:b w:val="0"/>
          <w:i w:val="0"/>
          <w:sz w:val="24"/>
        </w:rPr>
        <w:t>“Sister,“ the King said, and embraced Taolia with genuine warmth. Then he stepped back and looked at Marroa with the direct assessment of a man who had learned to read people quickly and was not embarrassed about doing it.</w:t>
      </w:r>
    </w:p>
    <w:p>
      <w:pPr>
        <w:spacing w:before="0" w:after="0"/>
        <w:ind w:firstLine="480"/>
        <w:jc w:val="left"/>
      </w:pPr>
      <w:r>
        <w:rPr>
          <w:rFonts w:ascii="Garamond" w:hAnsi="Garamond" w:cs="Garamond"/>
          <w:b w:val="0"/>
          <w:i w:val="0"/>
          <w:sz w:val="24"/>
        </w:rPr>
        <w:t>“This is Marroa Fidulea,“ Taolia said. “She has studied the ceremonial music of every court in the Seven. I encountered her in the south and could not in good conscience leave her there.“</w:t>
      </w:r>
    </w:p>
    <w:p>
      <w:pPr>
        <w:spacing w:before="0" w:after="0"/>
        <w:ind w:firstLine="480"/>
        <w:jc w:val="left"/>
      </w:pPr>
      <w:r>
        <w:rPr>
          <w:rFonts w:ascii="Garamond" w:hAnsi="Garamond" w:cs="Garamond"/>
          <w:b w:val="0"/>
          <w:i w:val="0"/>
          <w:sz w:val="24"/>
        </w:rPr>
        <w:t>“What do you sing?“ the King asked.</w:t>
      </w:r>
    </w:p>
    <w:p>
      <w:pPr>
        <w:spacing w:before="0" w:after="0"/>
        <w:ind w:firstLine="480"/>
        <w:jc w:val="left"/>
      </w:pPr>
      <w:r>
        <w:rPr>
          <w:rFonts w:ascii="Garamond" w:hAnsi="Garamond" w:cs="Garamond"/>
          <w:b w:val="0"/>
          <w:i w:val="0"/>
          <w:sz w:val="24"/>
        </w:rPr>
        <w:t>“Whatever the occasion requires,“ Marroa said. “I find that is usually the most useful answer.“</w:t>
      </w:r>
    </w:p>
    <w:p>
      <w:pPr>
        <w:spacing w:before="0" w:after="0"/>
        <w:ind w:firstLine="480"/>
        <w:jc w:val="left"/>
      </w:pPr>
      <w:r>
        <w:rPr>
          <w:rFonts w:ascii="Garamond" w:hAnsi="Garamond" w:cs="Garamond"/>
          <w:b w:val="0"/>
          <w:i w:val="0"/>
          <w:sz w:val="24"/>
        </w:rPr>
        <w:t>The King considered this for a moment, then smiled. It was a good smile, the kind that reached the eyes. “We have a naming ceremony in three days. The occasion will require the Song of the Sartian Monarchs, the full roll, sung before the reading.“</w:t>
      </w:r>
    </w:p>
    <w:p>
      <w:pPr>
        <w:spacing w:before="0" w:after="0"/>
        <w:ind w:firstLine="480"/>
        <w:jc w:val="left"/>
      </w:pPr>
      <w:r>
        <w:rPr>
          <w:rFonts w:ascii="Garamond" w:hAnsi="Garamond" w:cs="Garamond"/>
          <w:b w:val="0"/>
          <w:i w:val="0"/>
          <w:sz w:val="24"/>
        </w:rPr>
        <w:t>“I know it.“</w:t>
      </w:r>
    </w:p>
    <w:p>
      <w:pPr>
        <w:spacing w:before="0" w:after="0"/>
        <w:ind w:firstLine="480"/>
        <w:jc w:val="left"/>
      </w:pPr>
      <w:r>
        <w:rPr>
          <w:rFonts w:ascii="Garamond" w:hAnsi="Garamond" w:cs="Garamond"/>
          <w:b w:val="0"/>
          <w:i w:val="0"/>
          <w:sz w:val="24"/>
        </w:rPr>
        <w:t>“Geoffrey Hinkles has been preparing for that role for twenty years.“</w:t>
      </w:r>
    </w:p>
    <w:p>
      <w:pPr>
        <w:spacing w:before="0" w:after="0"/>
        <w:ind w:firstLine="480"/>
        <w:jc w:val="left"/>
      </w:pPr>
      <w:r>
        <w:rPr>
          <w:rFonts w:ascii="Garamond" w:hAnsi="Garamond" w:cs="Garamond"/>
          <w:b w:val="0"/>
          <w:i w:val="0"/>
          <w:sz w:val="24"/>
        </w:rPr>
        <w:t>“Then he will make an excellent teacher for the next three days,“ Marroa said.</w:t>
      </w:r>
    </w:p>
    <w:p>
      <w:pPr>
        <w:spacing w:before="0" w:after="0"/>
        <w:ind w:firstLine="480"/>
        <w:jc w:val="left"/>
      </w:pPr>
      <w:r>
        <w:rPr>
          <w:rFonts w:ascii="Garamond" w:hAnsi="Garamond" w:cs="Garamond"/>
          <w:b w:val="0"/>
          <w:i w:val="0"/>
          <w:sz w:val="24"/>
        </w:rPr>
        <w:t>The King laughed. Behind him, Taolia covered a smile with her traveling cloak. The red-haired soldier did not laugh. His eyes had not left Marroa since she came through the gate, and they did not leave her now.</w:t>
      </w:r>
    </w:p>
    <w:p>
      <w:pPr>
        <w:spacing w:before="0" w:after="0"/>
        <w:ind w:firstLine="480"/>
        <w:jc w:val="left"/>
      </w:pPr>
      <w:r>
        <w:rPr>
          <w:rFonts w:ascii="Garamond" w:hAnsi="Garamond" w:cs="Garamond"/>
          <w:b w:val="0"/>
          <w:i w:val="0"/>
          <w:sz w:val="24"/>
        </w:rPr>
        <w:t>“How do you get Turrance from Taolia?“ the King asked, glancing between them.</w:t>
      </w:r>
    </w:p>
    <w:p>
      <w:pPr>
        <w:spacing w:before="0" w:after="0"/>
        <w:ind w:firstLine="480"/>
        <w:jc w:val="left"/>
      </w:pPr>
      <w:r>
        <w:rPr>
          <w:rFonts w:ascii="Garamond" w:hAnsi="Garamond" w:cs="Garamond"/>
          <w:b w:val="0"/>
          <w:i w:val="0"/>
          <w:sz w:val="24"/>
        </w:rPr>
        <w:t>“They both start with the same letter,“ Taolia said.</w:t>
      </w:r>
    </w:p>
    <w:p>
      <w:pPr>
        <w:spacing w:before="0" w:after="0"/>
        <w:ind w:firstLine="480"/>
        <w:jc w:val="left"/>
      </w:pPr>
      <w:r>
        <w:rPr>
          <w:rFonts w:ascii="Garamond" w:hAnsi="Garamond" w:cs="Garamond"/>
          <w:b w:val="0"/>
          <w:i w:val="0"/>
          <w:sz w:val="24"/>
        </w:rPr>
        <w:t>“So does trouble,“ the King observed.</w:t>
      </w:r>
    </w:p>
    <w:p>
      <w:pPr>
        <w:spacing w:before="0" w:after="0"/>
        <w:ind w:firstLine="480"/>
        <w:jc w:val="left"/>
      </w:pPr>
      <w:r>
        <w:rPr>
          <w:rFonts w:ascii="Garamond" w:hAnsi="Garamond" w:cs="Garamond"/>
          <w:b w:val="0"/>
          <w:i w:val="0"/>
          <w:sz w:val="24"/>
        </w:rPr>
        <w:t>“Not where I come from,“ Taolia said.</w:t>
      </w:r>
    </w:p>
    <w:p>
      <w:pPr>
        <w:spacing w:before="0" w:after="0"/>
        <w:ind w:firstLine="480"/>
        <w:jc w:val="left"/>
      </w:pPr>
      <w:r>
        <w:rPr>
          <w:rFonts w:ascii="Garamond" w:hAnsi="Garamond" w:cs="Garamond"/>
          <w:b w:val="0"/>
          <w:i w:val="0"/>
          <w:sz w:val="24"/>
        </w:rPr>
        <w:t>“Not where you come from, no.“ The King said it without apparent injury. “As most women generally are.“ He made a genuine bow toward Marroa. “Welcome to Sartious, Marroa Fidulea. If there is anything I can do to be of service while you are here, you have only to ask.“ He offered his arm to Taolia and looked toward the door. “Now, ladies. The city has been standing in the cold long enough. The celebration awaits.“</w:t>
      </w:r>
    </w:p>
    <w:p>
      <w:pPr>
        <w:spacing w:before="480" w:after="360"/>
        <w:ind w:firstLine="0"/>
        <w:jc w:val="center"/>
      </w:pPr>
      <w:r>
        <w:rPr>
          <w:rFonts w:ascii="Garamond" w:hAnsi="Garamond" w:cs="Garamond"/>
          <w:b/>
          <w:i w:val="0"/>
          <w:sz w:val="28"/>
        </w:rPr>
        <w:t>Chapter Five</w:t>
      </w:r>
    </w:p>
    <w:p>
      <w:pPr>
        <w:spacing w:before="0" w:after="0"/>
        <w:ind w:firstLine="480"/>
        <w:jc w:val="left"/>
      </w:pPr>
      <w:r>
        <w:rPr>
          <w:rFonts w:ascii="Garamond" w:hAnsi="Garamond" w:cs="Garamond"/>
          <w:b w:val="0"/>
          <w:i w:val="0"/>
          <w:sz w:val="24"/>
        </w:rPr>
        <w:t>“I just don’t like it, Abel.“</w:t>
      </w:r>
    </w:p>
    <w:p>
      <w:pPr>
        <w:spacing w:before="0" w:after="0"/>
        <w:ind w:firstLine="480"/>
        <w:jc w:val="left"/>
      </w:pPr>
      <w:r>
        <w:rPr>
          <w:rFonts w:ascii="Garamond" w:hAnsi="Garamond" w:cs="Garamond"/>
          <w:b w:val="0"/>
          <w:i w:val="0"/>
          <w:sz w:val="24"/>
        </w:rPr>
        <w:t>Petra said it quietly, the way he said most things that mattered, which was how the King knew to pay attention. They were alone in the King’s chambers, the ceremony perhaps an hour away, and Petra had been standing at the window for the better part of ten minutes before he spoke.</w:t>
      </w:r>
    </w:p>
    <w:p>
      <w:pPr>
        <w:spacing w:before="0" w:after="0"/>
        <w:ind w:firstLine="480"/>
        <w:jc w:val="left"/>
      </w:pPr>
      <w:r>
        <w:rPr>
          <w:rFonts w:ascii="Garamond" w:hAnsi="Garamond" w:cs="Garamond"/>
          <w:b w:val="0"/>
          <w:i w:val="0"/>
          <w:sz w:val="24"/>
        </w:rPr>
        <w:t>“There is something going on here that makes my skin crawl.“</w:t>
      </w:r>
    </w:p>
    <w:p>
      <w:pPr>
        <w:spacing w:before="0" w:after="0"/>
        <w:ind w:firstLine="480"/>
        <w:jc w:val="left"/>
      </w:pPr>
      <w:r>
        <w:rPr>
          <w:rFonts w:ascii="Garamond" w:hAnsi="Garamond" w:cs="Garamond"/>
          <w:b w:val="0"/>
          <w:i w:val="0"/>
          <w:sz w:val="24"/>
        </w:rPr>
        <w:t>Abel Kirchen watched his friend and tried to read him the way he had been reading him since they were boys. It was not always easy. Petra was a man who attracted attention wherever he went, the bright red hair that curled wildly at his ears and the back of his neck, the size of him, the chain mail and weapons that would have dragged most men to their knees. His chest was broad enough that three ordinary men could have fitted inside his leather jerkin with room to argue about it. His troops revered him. His enemies hated him with the focused energy of people who had survived him and did not expect to again. But what the King valued above all of that was the thing nobody else saw: Petra was almost never wrong about danger.</w:t>
      </w:r>
    </w:p>
    <w:p>
      <w:pPr>
        <w:spacing w:before="0" w:after="0"/>
        <w:ind w:firstLine="480"/>
        <w:jc w:val="left"/>
      </w:pPr>
      <w:r>
        <w:rPr>
          <w:rFonts w:ascii="Garamond" w:hAnsi="Garamond" w:cs="Garamond"/>
          <w:b w:val="0"/>
          <w:i w:val="0"/>
          <w:sz w:val="24"/>
        </w:rPr>
        <w:t>“Yet you cannot tell me what it is that rankles your fur?“ the King asked. It was an old joke between them, the wild red hair and beard, but Petra did not seem to notice it today.</w:t>
      </w:r>
    </w:p>
    <w:p>
      <w:pPr>
        <w:spacing w:before="0" w:after="0"/>
        <w:ind w:firstLine="480"/>
        <w:jc w:val="left"/>
      </w:pPr>
      <w:r>
        <w:rPr>
          <w:rFonts w:ascii="Garamond" w:hAnsi="Garamond" w:cs="Garamond"/>
          <w:b w:val="0"/>
          <w:i w:val="0"/>
          <w:sz w:val="24"/>
        </w:rPr>
        <w:t>“Not the source. Only the intent.“ He turned from the window. “I am asking for a little more time before the ceremony. I have doubled the guest list checks. I have guards posted throughout the hall. And I still have a feeling that something is wrong that I cannot locate and cannot name.“</w:t>
      </w:r>
    </w:p>
    <w:p>
      <w:pPr>
        <w:spacing w:before="0" w:after="0"/>
        <w:ind w:firstLine="480"/>
        <w:jc w:val="left"/>
      </w:pPr>
      <w:r>
        <w:rPr>
          <w:rFonts w:ascii="Garamond" w:hAnsi="Garamond" w:cs="Garamond"/>
          <w:b w:val="0"/>
          <w:i w:val="0"/>
          <w:sz w:val="24"/>
        </w:rPr>
        <w:t>The King was quiet for a moment. He had never known Petra to be wrong when the feeling ran this deep. “The Bells have already sounded, my friend. Any delay now could jeopardize Turrance’s claim. His name must be read before Otos sets or he will not rule in the light of his birth. You know I would not risk that.“ He moved to stand beside him. “But I trust your instincts, now and always. What else can we do? Bring in more guards and ring the courtyard? Allow no one to leave without your word?“</w:t>
      </w:r>
    </w:p>
    <w:p>
      <w:pPr>
        <w:spacing w:before="0" w:after="0"/>
        <w:ind w:firstLine="480"/>
        <w:jc w:val="left"/>
      </w:pPr>
      <w:r>
        <w:rPr>
          <w:rFonts w:ascii="Garamond" w:hAnsi="Garamond" w:cs="Garamond"/>
          <w:b w:val="0"/>
          <w:i w:val="0"/>
          <w:sz w:val="24"/>
        </w:rPr>
        <w:t>“I fear what will happen inside, not out.“ The big man shook his head slowly, working through it. “I fear for your safety. I have felt the pain again.“</w:t>
      </w:r>
    </w:p>
    <w:p>
      <w:pPr>
        <w:spacing w:before="0" w:after="0"/>
        <w:ind w:firstLine="480"/>
        <w:jc w:val="left"/>
      </w:pPr>
      <w:r>
        <w:rPr>
          <w:rFonts w:ascii="Garamond" w:hAnsi="Garamond" w:cs="Garamond"/>
          <w:b w:val="0"/>
          <w:i w:val="0"/>
          <w:sz w:val="24"/>
        </w:rPr>
        <w:t>The King went still. “The old wound? The arrow you took for me when we were children?“</w:t>
      </w:r>
    </w:p>
    <w:p>
      <w:pPr>
        <w:spacing w:before="0" w:after="0"/>
        <w:ind w:firstLine="480"/>
        <w:jc w:val="left"/>
      </w:pPr>
      <w:r>
        <w:rPr>
          <w:rFonts w:ascii="Garamond" w:hAnsi="Garamond" w:cs="Garamond"/>
          <w:b w:val="0"/>
          <w:i w:val="0"/>
          <w:sz w:val="24"/>
        </w:rPr>
        <w:t>“The same.“</w:t>
      </w:r>
    </w:p>
    <w:p>
      <w:pPr>
        <w:spacing w:before="0" w:after="0"/>
        <w:ind w:firstLine="480"/>
        <w:jc w:val="left"/>
      </w:pPr>
      <w:r>
        <w:rPr>
          <w:rFonts w:ascii="Garamond" w:hAnsi="Garamond" w:cs="Garamond"/>
          <w:b w:val="0"/>
          <w:i w:val="0"/>
          <w:sz w:val="24"/>
        </w:rPr>
        <w:t>A long pause. “When did you last feel it?“</w:t>
      </w:r>
    </w:p>
    <w:p>
      <w:pPr>
        <w:spacing w:before="0" w:after="0"/>
        <w:ind w:firstLine="480"/>
        <w:jc w:val="left"/>
      </w:pPr>
      <w:r>
        <w:rPr>
          <w:rFonts w:ascii="Garamond" w:hAnsi="Garamond" w:cs="Garamond"/>
          <w:b w:val="0"/>
          <w:i w:val="0"/>
          <w:sz w:val="24"/>
        </w:rPr>
        <w:t>“Once since it healed. Your wedding day in Cara.“</w:t>
      </w:r>
    </w:p>
    <w:p>
      <w:pPr>
        <w:spacing w:before="0" w:after="0"/>
        <w:ind w:firstLine="480"/>
        <w:jc w:val="left"/>
      </w:pPr>
      <w:r>
        <w:rPr>
          <w:rFonts w:ascii="Garamond" w:hAnsi="Garamond" w:cs="Garamond"/>
          <w:b w:val="0"/>
          <w:i w:val="0"/>
          <w:sz w:val="24"/>
        </w:rPr>
        <w:t>The King remembered. An assassin’s blade on the hottest day of that summer, a glancing blow that left the scar still visible on his forearm. Petra had warned him that morning in much the same way, that same grave weight in his face, and the King had put on the plate mail in spite of the heat. Had he not, the blow would not have been glancing. “The heat that day was magic,“ the King said. “You told me afterward.“</w:t>
      </w:r>
    </w:p>
    <w:p>
      <w:pPr>
        <w:spacing w:before="0" w:after="0"/>
        <w:ind w:firstLine="480"/>
        <w:jc w:val="left"/>
      </w:pPr>
      <w:r>
        <w:rPr>
          <w:rFonts w:ascii="Garamond" w:hAnsi="Garamond" w:cs="Garamond"/>
          <w:b w:val="0"/>
          <w:i w:val="0"/>
          <w:sz w:val="24"/>
        </w:rPr>
        <w:t>“Yes. And it is magic again now. But not the same kind. I cannot tell you what form it will take this time, only that it is there.“</w:t>
      </w:r>
    </w:p>
    <w:p>
      <w:pPr>
        <w:spacing w:before="0" w:after="0"/>
        <w:ind w:firstLine="480"/>
        <w:jc w:val="left"/>
      </w:pPr>
      <w:r>
        <w:rPr>
          <w:rFonts w:ascii="Garamond" w:hAnsi="Garamond" w:cs="Garamond"/>
          <w:b w:val="0"/>
          <w:i w:val="0"/>
          <w:sz w:val="24"/>
        </w:rPr>
        <w:t>“Then what do you suggest?“</w:t>
      </w:r>
    </w:p>
    <w:p>
      <w:pPr>
        <w:spacing w:before="0" w:after="0"/>
        <w:ind w:firstLine="480"/>
        <w:jc w:val="left"/>
      </w:pPr>
      <w:r>
        <w:rPr>
          <w:rFonts w:ascii="Garamond" w:hAnsi="Garamond" w:cs="Garamond"/>
          <w:b w:val="0"/>
          <w:i w:val="0"/>
          <w:sz w:val="24"/>
        </w:rPr>
        <w:t>“I suggest a postponement.“ Petra raised his hand before the King could object. “I know. I know it cannot be done. I am not asking you to do it. I am telling you what I would suggest if the world were otherwise.“ He took the King’s elbows in his huge hands, a thing he had done since they were children and he was trying to make certain the other boy was actually listening. “What I am asking is that you stay close to me today. Whatever this is, I will stand between you and it. I will not rest until it has passed.“</w:t>
      </w:r>
    </w:p>
    <w:p>
      <w:pPr>
        <w:spacing w:before="0" w:after="0"/>
        <w:ind w:firstLine="480"/>
        <w:jc w:val="left"/>
      </w:pPr>
      <w:r>
        <w:rPr>
          <w:rFonts w:ascii="Garamond" w:hAnsi="Garamond" w:cs="Garamond"/>
          <w:b w:val="0"/>
          <w:i w:val="0"/>
          <w:sz w:val="24"/>
        </w:rPr>
        <w:t>The door opened without a knock.</w:t>
      </w:r>
    </w:p>
    <w:p>
      <w:pPr>
        <w:spacing w:before="0" w:after="0"/>
        <w:ind w:firstLine="480"/>
        <w:jc w:val="left"/>
      </w:pPr>
      <w:r>
        <w:rPr>
          <w:rFonts w:ascii="Garamond" w:hAnsi="Garamond" w:cs="Garamond"/>
          <w:b w:val="0"/>
          <w:i w:val="0"/>
          <w:sz w:val="24"/>
        </w:rPr>
        <w:t>Petra had the King behind him and his sword half drawn before he recognized who it was. The Queen stopped in the doorway. For a moment the three of them simply looked at each other, the King and his guard and the expression on Sonya Kirchen’s face moving quickly from shock to the particular suspicion she reserved for the two of them when they were clearly keeping something from her.</w:t>
      </w:r>
    </w:p>
    <w:p>
      <w:pPr>
        <w:spacing w:before="0" w:after="0"/>
        <w:ind w:firstLine="480"/>
        <w:jc w:val="left"/>
      </w:pPr>
      <w:r>
        <w:rPr>
          <w:rFonts w:ascii="Garamond" w:hAnsi="Garamond" w:cs="Garamond"/>
          <w:b w:val="0"/>
          <w:i w:val="0"/>
          <w:sz w:val="24"/>
        </w:rPr>
        <w:t>She closed the door.</w:t>
      </w:r>
    </w:p>
    <w:p>
      <w:pPr>
        <w:spacing w:before="0" w:after="0"/>
        <w:ind w:firstLine="480"/>
        <w:jc w:val="left"/>
      </w:pPr>
      <w:r>
        <w:rPr>
          <w:rFonts w:ascii="Garamond" w:hAnsi="Garamond" w:cs="Garamond"/>
          <w:b w:val="0"/>
          <w:i w:val="0"/>
          <w:sz w:val="24"/>
        </w:rPr>
        <w:t>“What are you two carrying on about?“</w:t>
      </w:r>
    </w:p>
    <w:p>
      <w:pPr>
        <w:spacing w:before="0" w:after="0"/>
        <w:ind w:firstLine="480"/>
        <w:jc w:val="left"/>
      </w:pPr>
      <w:r>
        <w:rPr>
          <w:rFonts w:ascii="Garamond" w:hAnsi="Garamond" w:cs="Garamond"/>
          <w:b w:val="0"/>
          <w:i w:val="0"/>
          <w:sz w:val="24"/>
        </w:rPr>
        <w:t>She was dressed for the ceremony in a gown of cream silk and lace, low cut, long sleeves adorned with pearls, a crystal tiara woven with roses made of red leaded glass. She had chosen soft slippers over heavier winter shoes, knowing she would be in the elements for only minutes but on her feet for hours. She was not yet thirty and had married the King when her mother had decided she was past her best years. Abel had ignored every word of that counsel from the first moment he saw her, and had gone on ignoring it for ten years, and now Turrance was the answer to all of it. She leveled her gaze on the two men she most often treated as overgrown children and waited.</w:t>
      </w:r>
    </w:p>
    <w:p>
      <w:pPr>
        <w:spacing w:before="0" w:after="0"/>
        <w:ind w:firstLine="480"/>
        <w:jc w:val="left"/>
      </w:pPr>
      <w:r>
        <w:rPr>
          <w:rFonts w:ascii="Garamond" w:hAnsi="Garamond" w:cs="Garamond"/>
          <w:b w:val="0"/>
          <w:i w:val="0"/>
          <w:sz w:val="24"/>
        </w:rPr>
        <w:t>Neither of them said anything.</w:t>
      </w:r>
    </w:p>
    <w:p>
      <w:pPr>
        <w:spacing w:before="0" w:after="0"/>
        <w:ind w:firstLine="480"/>
        <w:jc w:val="left"/>
      </w:pPr>
      <w:r>
        <w:rPr>
          <w:rFonts w:ascii="Garamond" w:hAnsi="Garamond" w:cs="Garamond"/>
          <w:b w:val="0"/>
          <w:i w:val="0"/>
          <w:sz w:val="24"/>
        </w:rPr>
        <w:t>“Well. Are you going to tell me what game we are playing today, or do I have to become angry first?“</w:t>
      </w:r>
    </w:p>
    <w:p>
      <w:pPr>
        <w:spacing w:before="0" w:after="0"/>
        <w:ind w:firstLine="480"/>
        <w:jc w:val="left"/>
      </w:pPr>
      <w:r>
        <w:rPr>
          <w:rFonts w:ascii="Garamond" w:hAnsi="Garamond" w:cs="Garamond"/>
          <w:b w:val="0"/>
          <w:i w:val="0"/>
          <w:sz w:val="24"/>
        </w:rPr>
        <w:t>Still nothing.</w:t>
      </w:r>
    </w:p>
    <w:p>
      <w:pPr>
        <w:spacing w:before="0" w:after="0"/>
        <w:ind w:firstLine="480"/>
        <w:jc w:val="left"/>
      </w:pPr>
      <w:r>
        <w:rPr>
          <w:rFonts w:ascii="Garamond" w:hAnsi="Garamond" w:cs="Garamond"/>
          <w:b w:val="0"/>
          <w:i w:val="0"/>
          <w:sz w:val="24"/>
        </w:rPr>
        <w:t>“Abel Kirchen.“ The color was rising in her cheeks now, moving down her neck. “You would be very wise to tell me what this is about.“</w:t>
      </w:r>
    </w:p>
    <w:p>
      <w:pPr>
        <w:spacing w:before="0" w:after="0"/>
        <w:ind w:firstLine="480"/>
        <w:jc w:val="left"/>
      </w:pPr>
      <w:r>
        <w:rPr>
          <w:rFonts w:ascii="Garamond" w:hAnsi="Garamond" w:cs="Garamond"/>
          <w:b w:val="0"/>
          <w:i w:val="0"/>
          <w:sz w:val="24"/>
        </w:rPr>
        <w:t>The King lowered his eyes. He had never been able to lie to her, not once in ten years, but he could not bring himself to say it either. Not today.</w:t>
      </w:r>
    </w:p>
    <w:p>
      <w:pPr>
        <w:spacing w:before="0" w:after="0"/>
        <w:ind w:firstLine="480"/>
        <w:jc w:val="left"/>
      </w:pPr>
      <w:r>
        <w:rPr>
          <w:rFonts w:ascii="Garamond" w:hAnsi="Garamond" w:cs="Garamond"/>
          <w:b w:val="0"/>
          <w:i w:val="0"/>
          <w:sz w:val="24"/>
        </w:rPr>
        <w:t>“Petra.“ Her voice sharpened. “Petra, I will call Mariam in if you do not tell me right now.“</w:t>
      </w:r>
    </w:p>
    <w:p>
      <w:pPr>
        <w:spacing w:before="0" w:after="0"/>
        <w:ind w:firstLine="480"/>
        <w:jc w:val="left"/>
      </w:pPr>
      <w:r>
        <w:rPr>
          <w:rFonts w:ascii="Garamond" w:hAnsi="Garamond" w:cs="Garamond"/>
          <w:b w:val="0"/>
          <w:i w:val="0"/>
          <w:sz w:val="24"/>
        </w:rPr>
        <w:t>Normally that threat would have broken him. Mariam was Petra’s wife, and Petra’s wife had opinions about most things and no reluctance to share them. But he stood his ground this time. This was the King’s to tell or not to tell. He would not take it from him.</w:t>
      </w:r>
    </w:p>
    <w:p>
      <w:pPr>
        <w:spacing w:before="0" w:after="0"/>
        <w:ind w:firstLine="480"/>
        <w:jc w:val="left"/>
      </w:pPr>
      <w:r>
        <w:rPr>
          <w:rFonts w:ascii="Garamond" w:hAnsi="Garamond" w:cs="Garamond"/>
          <w:b w:val="0"/>
          <w:i w:val="0"/>
          <w:sz w:val="24"/>
        </w:rPr>
        <w:t>“It is all right, Petra.“ The King moved to hold her. “As much as I hate to take the joy from this day, she has to know.“ He paused, still searching for the right way in. “Try not to overreact, dear. There may be trouble at the ceremony.“</w:t>
      </w:r>
    </w:p>
    <w:p>
      <w:pPr>
        <w:spacing w:before="0" w:after="0"/>
        <w:ind w:firstLine="480"/>
        <w:jc w:val="left"/>
      </w:pPr>
      <w:r>
        <w:rPr>
          <w:rFonts w:ascii="Garamond" w:hAnsi="Garamond" w:cs="Garamond"/>
          <w:b w:val="0"/>
          <w:i w:val="0"/>
          <w:sz w:val="24"/>
        </w:rPr>
        <w:t>“What sort of trouble?“</w:t>
      </w:r>
    </w:p>
    <w:p>
      <w:pPr>
        <w:spacing w:before="0" w:after="0"/>
        <w:ind w:firstLine="480"/>
        <w:jc w:val="left"/>
      </w:pPr>
      <w:r>
        <w:rPr>
          <w:rFonts w:ascii="Garamond" w:hAnsi="Garamond" w:cs="Garamond"/>
          <w:b w:val="0"/>
          <w:i w:val="0"/>
          <w:sz w:val="24"/>
        </w:rPr>
        <w:t>“Petra has felt the magic again.“</w:t>
      </w:r>
    </w:p>
    <w:p>
      <w:pPr>
        <w:spacing w:before="0" w:after="0"/>
        <w:ind w:firstLine="480"/>
        <w:jc w:val="left"/>
      </w:pPr>
      <w:r>
        <w:rPr>
          <w:rFonts w:ascii="Garamond" w:hAnsi="Garamond" w:cs="Garamond"/>
          <w:b w:val="0"/>
          <w:i w:val="0"/>
          <w:sz w:val="24"/>
        </w:rPr>
        <w:t>She knew immediately what he meant. She had been there in Cara, had stood at the altar waiting while somewhere across the city her husband was nearly killed. “The assassin?“</w:t>
      </w:r>
    </w:p>
    <w:p>
      <w:pPr>
        <w:spacing w:before="0" w:after="0"/>
        <w:ind w:firstLine="480"/>
        <w:jc w:val="left"/>
      </w:pPr>
      <w:r>
        <w:rPr>
          <w:rFonts w:ascii="Garamond" w:hAnsi="Garamond" w:cs="Garamond"/>
          <w:b w:val="0"/>
          <w:i w:val="0"/>
          <w:sz w:val="24"/>
        </w:rPr>
        <w:t>“Along the same lines. We cannot be sure what form it will take this time.“ He pulled her closer, feeling her hands already trembling. “But Petra will not leave my side. And we will not cancel the reading.“</w:t>
      </w:r>
    </w:p>
    <w:p>
      <w:pPr>
        <w:spacing w:before="0" w:after="0"/>
        <w:ind w:firstLine="480"/>
        <w:jc w:val="left"/>
      </w:pPr>
      <w:r>
        <w:rPr>
          <w:rFonts w:ascii="Garamond" w:hAnsi="Garamond" w:cs="Garamond"/>
          <w:b w:val="0"/>
          <w:i w:val="0"/>
          <w:sz w:val="24"/>
        </w:rPr>
        <w:t>“We will cancel it,“ she said, as though it were simply a matter of deciding.</w:t>
      </w:r>
    </w:p>
    <w:p>
      <w:pPr>
        <w:spacing w:before="0" w:after="0"/>
        <w:ind w:firstLine="480"/>
        <w:jc w:val="left"/>
      </w:pPr>
      <w:r>
        <w:rPr>
          <w:rFonts w:ascii="Garamond" w:hAnsi="Garamond" w:cs="Garamond"/>
          <w:b w:val="0"/>
          <w:i w:val="0"/>
          <w:sz w:val="24"/>
        </w:rPr>
        <w:t>“Sonya. This ceremony is the end of three months of preparation. Our son’s name is about to be added to the Roll of Kings. Tomorrow will be too late. I will not allow Turrance to be the first monarch of Sartious in two thousand years not to have his name read in the Great Hall on the Balance’s Day. I will not.“</w:t>
      </w:r>
    </w:p>
    <w:p>
      <w:pPr>
        <w:spacing w:before="0" w:after="0"/>
        <w:ind w:firstLine="480"/>
        <w:jc w:val="left"/>
      </w:pPr>
      <w:r>
        <w:rPr>
          <w:rFonts w:ascii="Garamond" w:hAnsi="Garamond" w:cs="Garamond"/>
          <w:b w:val="0"/>
          <w:i w:val="0"/>
          <w:sz w:val="24"/>
        </w:rPr>
        <w:t>She pulled away from him and went to the great arched window, her fingers working at the front of her gown without her seeming to notice. The sun was already leaning west. The light was beginning its long surrender to the other half of this day, the Balance’s Day, when light and dark met and held for one equal moment before the world tipped back. Sunbeams came in past the carved flower box outside the thick old glass and fell across her legs. She stepped back from them as if she could slow it.</w:t>
      </w:r>
    </w:p>
    <w:p>
      <w:pPr>
        <w:spacing w:before="0" w:after="0"/>
        <w:ind w:firstLine="480"/>
        <w:jc w:val="left"/>
      </w:pPr>
      <w:r>
        <w:rPr>
          <w:rFonts w:ascii="Garamond" w:hAnsi="Garamond" w:cs="Garamond"/>
          <w:b w:val="0"/>
          <w:i w:val="0"/>
          <w:sz w:val="24"/>
        </w:rPr>
        <w:t>“His name must be read before Otos sets,“ the King said quietly behind her. “You know I would give my life to assure his is a just reign.“</w:t>
      </w:r>
    </w:p>
    <w:p>
      <w:pPr>
        <w:spacing w:before="0" w:after="0"/>
        <w:ind w:firstLine="480"/>
        <w:jc w:val="left"/>
      </w:pPr>
      <w:r>
        <w:rPr>
          <w:rFonts w:ascii="Garamond" w:hAnsi="Garamond" w:cs="Garamond"/>
          <w:b w:val="0"/>
          <w:i w:val="0"/>
          <w:sz w:val="24"/>
        </w:rPr>
        <w:t>“I know.“</w:t>
      </w:r>
    </w:p>
    <w:p>
      <w:pPr>
        <w:spacing w:before="0" w:after="0"/>
        <w:ind w:firstLine="480"/>
        <w:jc w:val="left"/>
      </w:pPr>
      <w:r>
        <w:rPr>
          <w:rFonts w:ascii="Garamond" w:hAnsi="Garamond" w:cs="Garamond"/>
          <w:b w:val="0"/>
          <w:i w:val="0"/>
          <w:sz w:val="24"/>
        </w:rPr>
        <w:t>“And I would give mine,“ Petra said, “to prevent you any pain.“</w:t>
      </w:r>
    </w:p>
    <w:p>
      <w:pPr>
        <w:spacing w:before="0" w:after="0"/>
        <w:ind w:firstLine="480"/>
        <w:jc w:val="left"/>
      </w:pPr>
      <w:r>
        <w:rPr>
          <w:rFonts w:ascii="Garamond" w:hAnsi="Garamond" w:cs="Garamond"/>
          <w:b w:val="0"/>
          <w:i w:val="0"/>
          <w:sz w:val="24"/>
        </w:rPr>
        <w:t>“I know.“ She turned from the window and took her husband’s hand. She stopped in front of Petra and looked up at him, and gave him the best smile she had. “Thank you, Petra.“</w:t>
      </w:r>
    </w:p>
    <w:p>
      <w:pPr>
        <w:spacing w:before="0" w:after="0"/>
        <w:ind w:firstLine="480"/>
        <w:jc w:val="left"/>
      </w:pPr>
      <w:r>
        <w:rPr>
          <w:rFonts w:ascii="Garamond" w:hAnsi="Garamond" w:cs="Garamond"/>
          <w:b w:val="0"/>
          <w:i w:val="0"/>
          <w:sz w:val="24"/>
        </w:rPr>
        <w:t>Then she led the King toward the Great Hall, and Petra followed two steps behind, as he always had.</w:t>
      </w:r>
    </w:p>
    <w:p>
      <w:pPr>
        <w:spacing w:before="480" w:after="360"/>
        <w:ind w:firstLine="0"/>
        <w:jc w:val="center"/>
      </w:pPr>
      <w:r>
        <w:rPr>
          <w:rFonts w:ascii="Garamond" w:hAnsi="Garamond" w:cs="Garamond"/>
          <w:b/>
          <w:i w:val="0"/>
          <w:sz w:val="28"/>
        </w:rPr>
        <w:t>Chapter Six</w:t>
      </w:r>
    </w:p>
    <w:p>
      <w:pPr>
        <w:spacing w:before="0" w:after="0"/>
        <w:ind w:firstLine="480"/>
        <w:jc w:val="left"/>
      </w:pPr>
      <w:r>
        <w:rPr>
          <w:rFonts w:ascii="Garamond" w:hAnsi="Garamond" w:cs="Garamond"/>
          <w:b w:val="0"/>
          <w:i w:val="0"/>
          <w:sz w:val="24"/>
        </w:rPr>
        <w:t>Valor kept to the tree line and let the runners take the open ground.</w:t>
      </w:r>
    </w:p>
    <w:p>
      <w:pPr>
        <w:spacing w:before="0" w:after="0"/>
        <w:ind w:firstLine="480"/>
        <w:jc w:val="left"/>
      </w:pPr>
      <w:r>
        <w:rPr>
          <w:rFonts w:ascii="Garamond" w:hAnsi="Garamond" w:cs="Garamond"/>
          <w:b w:val="0"/>
          <w:i w:val="0"/>
          <w:sz w:val="24"/>
        </w:rPr>
        <w:t>It was not cowardice. A flier in the open during daylight was a flier burning energy he would need after dark, and the runners understood this better than he did. They brought the food to him willingly, working in pairs to carry the regurgitated foliage from the meadow’s edge to where he waited in the shade of the wood. Semi-digested, compacted, rich with everything the grass had to offer, it was more nutrition in less volume than he could have gathered himself in twice the time. His stomach was small for his size, a flier’s compromise, and this arrangement let him pack it efficiently and still have the hours of daylight left to him that his body needed most.</w:t>
      </w:r>
    </w:p>
    <w:p>
      <w:pPr>
        <w:spacing w:before="0" w:after="0"/>
        <w:ind w:firstLine="480"/>
        <w:jc w:val="left"/>
      </w:pPr>
      <w:r>
        <w:rPr>
          <w:rFonts w:ascii="Garamond" w:hAnsi="Garamond" w:cs="Garamond"/>
          <w:b w:val="0"/>
          <w:i w:val="0"/>
          <w:sz w:val="24"/>
        </w:rPr>
        <w:t>He worked through the pile methodically, unhurried. The runners nearest him moved in their slow grazing patterns, alert but unhurried themselves. Five thousand of them in his father’s herd, spread across the valleys of this end of the island, and all of them sleeping a little easier because Valor was eating well today. They counted on him. Not in the way that creatures counted on strength or speed. In the way that a herd counts on its eye in the sky, on the one who sees what the land cannot show you, on the warning that arrives before the danger does.</w:t>
      </w:r>
    </w:p>
    <w:p>
      <w:pPr>
        <w:spacing w:before="0" w:after="0"/>
        <w:ind w:firstLine="480"/>
        <w:jc w:val="left"/>
      </w:pPr>
      <w:r>
        <w:rPr>
          <w:rFonts w:ascii="Garamond" w:hAnsi="Garamond" w:cs="Garamond"/>
          <w:b w:val="0"/>
          <w:i w:val="0"/>
          <w:sz w:val="24"/>
        </w:rPr>
        <w:t>It had been only a week since the endurance test. He was still settling into what it meant.</w:t>
      </w:r>
    </w:p>
    <w:p>
      <w:pPr>
        <w:spacing w:before="0" w:after="0"/>
        <w:ind w:firstLine="480"/>
        <w:jc w:val="left"/>
      </w:pPr>
      <w:r>
        <w:rPr>
          <w:rFonts w:ascii="Garamond" w:hAnsi="Garamond" w:cs="Garamond"/>
          <w:b w:val="0"/>
          <w:i w:val="0"/>
          <w:sz w:val="24"/>
        </w:rPr>
        <w:t>Far Wing had held the title of strongest and fastest flier among their herd for longer than most of the runners could remember. He was a quiet, deliberate creature, broad through the chest even by flier standards, with a wingspan that threw a shadow the runners had learned to trust completely. Valor had grown up in that shadow. He had not expected to surpass his father so soon, and Far Wing had not seemed surprised, which was somehow the harder thing to carry. The old flier had simply dipped his head and stepped back, and that was that. Title passed. Responsibility transferred. Soon, when Far Wing decided the time was right, the leadership of the entire herd would follow.</w:t>
      </w:r>
    </w:p>
    <w:p>
      <w:pPr>
        <w:spacing w:before="0" w:after="0"/>
        <w:ind w:firstLine="480"/>
        <w:jc w:val="left"/>
      </w:pPr>
      <w:r>
        <w:rPr>
          <w:rFonts w:ascii="Garamond" w:hAnsi="Garamond" w:cs="Garamond"/>
          <w:b w:val="0"/>
          <w:i w:val="0"/>
          <w:sz w:val="24"/>
        </w:rPr>
        <w:t>Valor was not sure he was ready. He suspected that was probably the right way to feel.</w:t>
      </w:r>
    </w:p>
    <w:p>
      <w:pPr>
        <w:spacing w:before="0" w:after="0"/>
        <w:ind w:firstLine="480"/>
        <w:jc w:val="left"/>
      </w:pPr>
      <w:r>
        <w:rPr>
          <w:rFonts w:ascii="Garamond" w:hAnsi="Garamond" w:cs="Garamond"/>
          <w:b w:val="0"/>
          <w:i w:val="0"/>
          <w:sz w:val="24"/>
        </w:rPr>
        <w:t>He turned from the remains of the pile and plucked a few flowers from a Mountain Lily growing at the base of the nearest oak. The fleshy blooms were difficult for a flier’s stomach to manage, everyone said so, everyone who had said so had also eaten them anyway. The taste made the cramping worth it. He had learned early not to overindulge, having once kept the entire herd penned in a single valley for two extra days while he recovered from a lesson in moderation that Far Wing had delivered with perfect patience and no words at all. He ate three flowers. Considered a fourth. Put it down.</w:t>
      </w:r>
    </w:p>
    <w:p>
      <w:pPr>
        <w:spacing w:before="0" w:after="0"/>
        <w:ind w:firstLine="480"/>
        <w:jc w:val="left"/>
      </w:pPr>
      <w:r>
        <w:rPr>
          <w:rFonts w:ascii="Garamond" w:hAnsi="Garamond" w:cs="Garamond"/>
          <w:b w:val="0"/>
          <w:i w:val="0"/>
          <w:sz w:val="24"/>
        </w:rPr>
        <w:t>He moved deeper into the wood to empty his bowels before sleeping. The dung beetles would find what he left within the hour, and the birds after that. Nothing on this island went to waste for long. That was one of the things he had noticed as he grew old enough to notice things. The island had a kind of completeness to it, a way that each creature served some purpose in the life of another without apparent design. He did not know what to make of that. He was a flier, not a philosopher. But the feeling stayed with him the way certain scents stayed, present below the threshold of thought, shaping things without announcing themselves.</w:t>
      </w:r>
    </w:p>
    <w:p>
      <w:pPr>
        <w:spacing w:before="0" w:after="0"/>
        <w:ind w:firstLine="480"/>
        <w:jc w:val="left"/>
      </w:pPr>
      <w:r>
        <w:rPr>
          <w:rFonts w:ascii="Garamond" w:hAnsi="Garamond" w:cs="Garamond"/>
          <w:b w:val="0"/>
          <w:i w:val="0"/>
          <w:sz w:val="24"/>
        </w:rPr>
        <w:t>He found a soft depression between two roots and folded himself into it, tucking his wings close. Sleep came quickly in the afternoon, when the sun was warmest and the predators were at their laziest. His body knew this schedule the way it knew the wind patterns over the eastern cliffs and the particular sound the grass made when something large was moving through it at a distance.</w:t>
      </w:r>
    </w:p>
    <w:p>
      <w:pPr>
        <w:spacing w:before="0" w:after="0"/>
        <w:ind w:firstLine="480"/>
        <w:jc w:val="left"/>
      </w:pPr>
      <w:r>
        <w:rPr>
          <w:rFonts w:ascii="Garamond" w:hAnsi="Garamond" w:cs="Garamond"/>
          <w:b w:val="0"/>
          <w:i w:val="0"/>
          <w:sz w:val="24"/>
        </w:rPr>
        <w:t>He did not dream, exactly. But in the soft place between waking and sleep he was sometimes aware of the island in a way he could not have explained to the runners. A weight to the air. A patience in the stone. Something old and present that was not a scent or a sound but was as real as either.</w:t>
      </w:r>
    </w:p>
    <w:p>
      <w:pPr>
        <w:spacing w:before="0" w:after="0"/>
        <w:ind w:firstLine="480"/>
        <w:jc w:val="left"/>
      </w:pPr>
      <w:r>
        <w:rPr>
          <w:rFonts w:ascii="Garamond" w:hAnsi="Garamond" w:cs="Garamond"/>
          <w:b w:val="0"/>
          <w:i w:val="0"/>
          <w:sz w:val="24"/>
        </w:rPr>
        <w:t>The dragons were part of it. He had known this since he was young, since Far Wing had first taken him high enough to see the whole of the island laid out below, the green hills and the black rock beaches and the places where the crystals caught the light. Far Wing had not needed to explain what the crystals were. Fliers knew. They had always known, the way they knew the thermals and the storm signs, without being taught.</w:t>
      </w:r>
    </w:p>
    <w:p>
      <w:pPr>
        <w:spacing w:before="0" w:after="0"/>
        <w:ind w:firstLine="480"/>
        <w:jc w:val="left"/>
      </w:pPr>
      <w:r>
        <w:rPr>
          <w:rFonts w:ascii="Garamond" w:hAnsi="Garamond" w:cs="Garamond"/>
          <w:b w:val="0"/>
          <w:i w:val="0"/>
          <w:sz w:val="24"/>
        </w:rPr>
        <w:t>The dragons slept in those crystals. Most of them. And the island waited with them, patient as stone, for whatever came next.</w:t>
      </w:r>
    </w:p>
    <w:p>
      <w:pPr>
        <w:spacing w:before="0" w:after="0"/>
        <w:ind w:firstLine="480"/>
        <w:jc w:val="left"/>
      </w:pPr>
      <w:r>
        <w:rPr>
          <w:rFonts w:ascii="Garamond" w:hAnsi="Garamond" w:cs="Garamond"/>
          <w:b w:val="0"/>
          <w:i w:val="0"/>
          <w:sz w:val="24"/>
        </w:rPr>
        <w:t>Valor did not fear the dragons. He was not certain why. Fear would have been the reasonable response. But there was something in the weight of the island’s waiting that did not feel like threat. It felt like the moment before the wind shifted. Like the held breath of a creature that has not yet decided what it will do.</w:t>
      </w:r>
    </w:p>
    <w:p>
      <w:pPr>
        <w:spacing w:before="0" w:after="0"/>
        <w:ind w:firstLine="480"/>
        <w:jc w:val="left"/>
      </w:pPr>
      <w:r>
        <w:rPr>
          <w:rFonts w:ascii="Garamond" w:hAnsi="Garamond" w:cs="Garamond"/>
          <w:b w:val="0"/>
          <w:i w:val="0"/>
          <w:sz w:val="24"/>
        </w:rPr>
        <w:t>He slept.</w:t>
      </w:r>
    </w:p>
    <w:p>
      <w:pPr>
        <w:spacing w:before="0" w:after="0"/>
        <w:ind w:firstLine="480"/>
        <w:jc w:val="left"/>
      </w:pPr>
      <w:r>
        <w:rPr>
          <w:rFonts w:ascii="Garamond" w:hAnsi="Garamond" w:cs="Garamond"/>
          <w:b w:val="0"/>
          <w:i w:val="0"/>
          <w:sz w:val="24"/>
        </w:rPr>
        <w:t>When darkness came, he would be ready.</w:t>
      </w:r>
    </w:p>
    <w:p>
      <w:pPr>
        <w:spacing w:before="480" w:after="360"/>
        <w:ind w:firstLine="0"/>
        <w:jc w:val="center"/>
      </w:pPr>
      <w:r>
        <w:rPr>
          <w:rFonts w:ascii="Garamond" w:hAnsi="Garamond" w:cs="Garamond"/>
          <w:b/>
          <w:i w:val="0"/>
          <w:sz w:val="28"/>
        </w:rPr>
        <w:t>Chapter Seven</w:t>
      </w:r>
    </w:p>
    <w:p>
      <w:pPr>
        <w:spacing w:before="0" w:after="0"/>
        <w:ind w:firstLine="480"/>
        <w:jc w:val="left"/>
      </w:pPr>
      <w:r>
        <w:rPr>
          <w:rFonts w:ascii="Garamond" w:hAnsi="Garamond" w:cs="Garamond"/>
          <w:b w:val="0"/>
          <w:i w:val="0"/>
          <w:sz w:val="24"/>
        </w:rPr>
        <w:t>Marroa waited on the balcony, her slender hands resting on the stone rail, her eyes on the windows below.</w:t>
      </w:r>
    </w:p>
    <w:p>
      <w:pPr>
        <w:spacing w:before="0" w:after="0"/>
        <w:ind w:firstLine="480"/>
        <w:jc w:val="left"/>
      </w:pPr>
      <w:r>
        <w:rPr>
          <w:rFonts w:ascii="Garamond" w:hAnsi="Garamond" w:cs="Garamond"/>
          <w:b w:val="0"/>
          <w:i w:val="0"/>
          <w:sz w:val="24"/>
        </w:rPr>
        <w:t>Otos was filling them from the west. His light came in long and golden across the floor of the Great Hall, the kind of light that made people want to believe things. She had always found that useful. She had used that particular quality of late afternoon light more times than she could count across more centuries than she cared to think about tonight. It was not sentiment. It was accounting.</w:t>
      </w:r>
    </w:p>
    <w:p>
      <w:pPr>
        <w:spacing w:before="0" w:after="0"/>
        <w:ind w:firstLine="480"/>
        <w:jc w:val="left"/>
      </w:pPr>
      <w:r>
        <w:rPr>
          <w:rFonts w:ascii="Garamond" w:hAnsi="Garamond" w:cs="Garamond"/>
          <w:b w:val="0"/>
          <w:i w:val="0"/>
          <w:sz w:val="24"/>
        </w:rPr>
        <w:t>The ceremony was nearly an hour late. Beside her, Geoffrey Hinkles, the leading historian at Thormar University and a man who had spent his entire professional life preparing for the role she had taken from him, was managing his anxiety with the particular stillness of someone who does not trust himself to speak. She did not blame him. She had no particular feeling about him at all, which was as close to kindness as she came these days.</w:t>
      </w:r>
    </w:p>
    <w:p>
      <w:pPr>
        <w:spacing w:before="0" w:after="0"/>
        <w:ind w:firstLine="480"/>
        <w:jc w:val="left"/>
      </w:pPr>
      <w:r>
        <w:rPr>
          <w:rFonts w:ascii="Garamond" w:hAnsi="Garamond" w:cs="Garamond"/>
          <w:b w:val="0"/>
          <w:i w:val="0"/>
          <w:sz w:val="24"/>
        </w:rPr>
        <w:t>He had spent three months teaching her the historical song sung during the reading of the roll. She had been a good student, absorbing it faster than he thought possible for someone who had no connection to Sartian history. He did not know what to make of that. She had not explained it. Some of what she sang tonight she had not learned from him. She had been present for it.</w:t>
      </w:r>
    </w:p>
    <w:p>
      <w:pPr>
        <w:spacing w:before="0" w:after="0"/>
        <w:ind w:firstLine="480"/>
        <w:jc w:val="left"/>
      </w:pPr>
      <w:r>
        <w:rPr>
          <w:rFonts w:ascii="Garamond" w:hAnsi="Garamond" w:cs="Garamond"/>
          <w:b w:val="0"/>
          <w:i w:val="0"/>
          <w:sz w:val="24"/>
        </w:rPr>
        <w:t>She turned her attention back to the windows. They would be hard pressed now to complete the full roll before Otos slipped behind the mountains to the west and surrendered the sky to Eros. Marroa’s thoughts settled briefly on Eros as they often did. She was the third Firstborn, made to tend the face of Estos, to plant and sow and walk his surface. She had fallen in love with Otos instead, with the warmth of him and the distance of him, and she had strained upward toward the sky until Estos himself turned molten trying to hold her. The Creator had intervened, scooped her from Estos’s body, and set her beside the one she loved. But Estos had never fully released his grip. She was the moon now, locked in that tidal war forever, pulling his oceans toward her while he pulled her back, moving infinitesimally further away with each passing year, stealing Otos’s warmth and returning only his light, cold. She tormented them both. She had reason to. After her came Natura, who loved Estos in her turn and was not loved in return. The Firstborn had a great deal of experience with being abandoned by those who should have protected them.</w:t>
      </w:r>
    </w:p>
    <w:p>
      <w:pPr>
        <w:spacing w:before="0" w:after="0"/>
        <w:ind w:firstLine="480"/>
        <w:jc w:val="left"/>
      </w:pPr>
      <w:r>
        <w:rPr>
          <w:rFonts w:ascii="Garamond" w:hAnsi="Garamond" w:cs="Garamond"/>
          <w:b w:val="0"/>
          <w:i w:val="0"/>
          <w:sz w:val="24"/>
        </w:rPr>
        <w:t>So did Marroa.</w:t>
      </w:r>
    </w:p>
    <w:p>
      <w:pPr>
        <w:spacing w:before="0" w:after="0"/>
        <w:ind w:firstLine="480"/>
        <w:jc w:val="left"/>
      </w:pPr>
      <w:r>
        <w:rPr>
          <w:rFonts w:ascii="Garamond" w:hAnsi="Garamond" w:cs="Garamond"/>
          <w:b w:val="0"/>
          <w:i w:val="0"/>
          <w:sz w:val="24"/>
        </w:rPr>
        <w:t>She leaned on Eros when she worked a crowd, let the moon’s current flow beneath a song and into the hearts of those who heard it. They never felt it as intrusion. They felt it as truth. That was the gift of genuine grief, honestly channeled. It felt like recognition.</w:t>
      </w:r>
    </w:p>
    <w:p>
      <w:pPr>
        <w:spacing w:before="0" w:after="0"/>
        <w:ind w:firstLine="480"/>
        <w:jc w:val="left"/>
      </w:pPr>
      <w:r>
        <w:rPr>
          <w:rFonts w:ascii="Garamond" w:hAnsi="Garamond" w:cs="Garamond"/>
          <w:b w:val="0"/>
          <w:i w:val="0"/>
          <w:sz w:val="24"/>
        </w:rPr>
        <w:t>Up to now, everything had gone according to plan.</w:t>
      </w:r>
    </w:p>
    <w:p>
      <w:pPr>
        <w:spacing w:before="0" w:after="0"/>
        <w:ind w:firstLine="480"/>
        <w:jc w:val="left"/>
      </w:pPr>
      <w:r>
        <w:rPr>
          <w:rFonts w:ascii="Garamond" w:hAnsi="Garamond" w:cs="Garamond"/>
          <w:b w:val="0"/>
          <w:i w:val="0"/>
          <w:sz w:val="24"/>
        </w:rPr>
        <w:t>The royal court had accepted her completely. She had not expected that to be difficult. Courts were the same everywhere, in every age: people who wanted to be seen in proximity to beauty and talent, who mistook proximity for relationship. Lady Taolia had been the key, and Lady Taolia had been simpler than she expected. The woman was far from home, surrounded by strangers who reported to her rather than confided in her, and she was lonely in the specific way that capable people become lonely when there is nobody around worth talking to. A voice like Marroa’s, in the right moment, in the right light, was not a temptation. It was a relief. The snare had closed before the Lady heard the second verse.</w:t>
      </w:r>
    </w:p>
    <w:p>
      <w:pPr>
        <w:spacing w:before="0" w:after="0"/>
        <w:ind w:firstLine="480"/>
        <w:jc w:val="left"/>
      </w:pPr>
      <w:r>
        <w:rPr>
          <w:rFonts w:ascii="Garamond" w:hAnsi="Garamond" w:cs="Garamond"/>
          <w:b w:val="0"/>
          <w:i w:val="0"/>
          <w:sz w:val="24"/>
        </w:rPr>
        <w:t>Marroa had known then that it would hold. It always held. The magic was hers to wield because she had been made to wield it. She had been created to channel the powers of Estos, to fight magic with magic, to stand as guardian between the old world and the new. She had been created to right the Balance and prepare the world for the coming of man.</w:t>
      </w:r>
    </w:p>
    <w:p>
      <w:pPr>
        <w:spacing w:before="0" w:after="0"/>
        <w:ind w:firstLine="480"/>
        <w:jc w:val="left"/>
      </w:pPr>
      <w:r>
        <w:rPr>
          <w:rFonts w:ascii="Garamond" w:hAnsi="Garamond" w:cs="Garamond"/>
          <w:b w:val="0"/>
          <w:i w:val="0"/>
          <w:sz w:val="24"/>
        </w:rPr>
        <w:t>That was what she had been made for.</w:t>
      </w:r>
    </w:p>
    <w:p>
      <w:pPr>
        <w:spacing w:before="0" w:after="0"/>
        <w:ind w:firstLine="480"/>
        <w:jc w:val="left"/>
      </w:pPr>
      <w:r>
        <w:rPr>
          <w:rFonts w:ascii="Garamond" w:hAnsi="Garamond" w:cs="Garamond"/>
          <w:b w:val="0"/>
          <w:i w:val="0"/>
          <w:sz w:val="24"/>
        </w:rPr>
        <w:t>What she had become was something else entirely.</w:t>
      </w:r>
    </w:p>
    <w:p>
      <w:pPr>
        <w:spacing w:before="0" w:after="0"/>
        <w:ind w:firstLine="480"/>
        <w:jc w:val="left"/>
      </w:pPr>
      <w:r>
        <w:rPr>
          <w:rFonts w:ascii="Garamond" w:hAnsi="Garamond" w:cs="Garamond"/>
          <w:b w:val="0"/>
          <w:i w:val="0"/>
          <w:sz w:val="24"/>
        </w:rPr>
        <w:t>Beneath the sun-warmed skin and the careful beauty of the young singer she wore like a traveling cloak, the truth of her was considerably older and considerably less gentle. She had not been young in five hundred years. She had not been beautiful in the same span. What she was now she preferred not to examine too closely in mirrors, which was why she avoided them. She was here for the ceremony. She was here for the prophecy. She had waited five centuries for this particular alignment of people and day and light, and she was not going to waste it examining her own reflection.</w:t>
      </w:r>
    </w:p>
    <w:p>
      <w:pPr>
        <w:spacing w:before="0" w:after="0"/>
        <w:ind w:firstLine="480"/>
        <w:jc w:val="left"/>
      </w:pPr>
      <w:r>
        <w:rPr>
          <w:rFonts w:ascii="Garamond" w:hAnsi="Garamond" w:cs="Garamond"/>
          <w:b w:val="0"/>
          <w:i w:val="0"/>
          <w:sz w:val="24"/>
        </w:rPr>
        <w:t>She had waited, and now the ceremony was late, and she could feel the window narrowing.</w:t>
      </w:r>
    </w:p>
    <w:p>
      <w:pPr>
        <w:spacing w:before="0" w:after="0"/>
        <w:ind w:firstLine="480"/>
        <w:jc w:val="left"/>
      </w:pPr>
      <w:r>
        <w:rPr>
          <w:rFonts w:ascii="Garamond" w:hAnsi="Garamond" w:cs="Garamond"/>
          <w:b w:val="0"/>
          <w:i w:val="0"/>
          <w:sz w:val="24"/>
        </w:rPr>
        <w:t>If they did not appear soon, Otos would set without the Prince having been shown to his light, and the ceremony would be invalid, and she would need to wait another six months for the next Balance’s Day. Six months was nothing to someone her age. But the players were assembled now, in this room, in these roles. Six months from now the arrangement would have shifted. Petra’s suspicion was already growing. She had felt it on the ship, the faint ghost of his old wound reading the air around her. She had been careful. But careful had a shelf life.</w:t>
      </w:r>
    </w:p>
    <w:p>
      <w:pPr>
        <w:spacing w:before="0" w:after="0"/>
        <w:ind w:firstLine="480"/>
        <w:jc w:val="left"/>
      </w:pPr>
      <w:r>
        <w:rPr>
          <w:rFonts w:ascii="Garamond" w:hAnsi="Garamond" w:cs="Garamond"/>
          <w:b w:val="0"/>
          <w:i w:val="0"/>
          <w:sz w:val="24"/>
        </w:rPr>
        <w:t>She was considering what her next approach would be when the great doors at the front of the hall swung open.</w:t>
      </w:r>
    </w:p>
    <w:p>
      <w:pPr>
        <w:spacing w:before="0" w:after="0"/>
        <w:ind w:firstLine="480"/>
        <w:jc w:val="left"/>
      </w:pPr>
      <w:r>
        <w:rPr>
          <w:rFonts w:ascii="Garamond" w:hAnsi="Garamond" w:cs="Garamond"/>
          <w:b w:val="0"/>
          <w:i w:val="0"/>
          <w:sz w:val="24"/>
        </w:rPr>
        <w:t>The King’s guard entered in formation, filing through the doors and lining the passage to the dais shoulder to shoulder. The entire hall dropped to one knee as the guard took their positions surrounding the platform. Marroa placed her hands back on the rail and did not move. She would not kneel for this King. She would not kneel for any King, least of all the last of Palanthor’s line.</w:t>
      </w:r>
    </w:p>
    <w:p>
      <w:pPr>
        <w:spacing w:before="0" w:after="0"/>
        <w:ind w:firstLine="480"/>
        <w:jc w:val="left"/>
      </w:pPr>
      <w:r>
        <w:rPr>
          <w:rFonts w:ascii="Garamond" w:hAnsi="Garamond" w:cs="Garamond"/>
          <w:b w:val="0"/>
          <w:i w:val="0"/>
          <w:sz w:val="24"/>
        </w:rPr>
        <w:t>Lady Taolia stepped through the entrance and signaled for the procession song to begin.</w:t>
      </w:r>
    </w:p>
    <w:p>
      <w:pPr>
        <w:spacing w:before="0" w:after="0"/>
        <w:ind w:firstLine="480"/>
        <w:jc w:val="left"/>
      </w:pPr>
      <w:r>
        <w:rPr>
          <w:rFonts w:ascii="Garamond" w:hAnsi="Garamond" w:cs="Garamond"/>
          <w:b w:val="0"/>
          <w:i w:val="0"/>
          <w:sz w:val="24"/>
        </w:rPr>
        <w:t>Marroa began to sing.</w:t>
      </w:r>
    </w:p>
    <w:p>
      <w:pPr>
        <w:spacing w:before="0" w:after="0"/>
        <w:ind w:firstLine="480"/>
        <w:jc w:val="left"/>
      </w:pPr>
      <w:r>
        <w:rPr>
          <w:rFonts w:ascii="Garamond" w:hAnsi="Garamond" w:cs="Garamond"/>
          <w:b w:val="0"/>
          <w:i w:val="0"/>
          <w:sz w:val="24"/>
        </w:rPr>
        <w:t>The Song of the Sartian Monarchs was not a simple piece of music. It was a constitutional document set to melody, a legal record stretched across five hundred years of performance, and it required a voice that could carry both the weight of history and the suppleness to make that weight feel like flight rather than burden. Geoffrey Hinkles, standing rigid beside her, had mastered the technical requirements of the song over a lifetime of study. He had never made anyone cry with it.</w:t>
      </w:r>
    </w:p>
    <w:p>
      <w:pPr>
        <w:spacing w:before="0" w:after="0"/>
        <w:ind w:firstLine="480"/>
        <w:jc w:val="left"/>
      </w:pPr>
      <w:r>
        <w:rPr>
          <w:rFonts w:ascii="Garamond" w:hAnsi="Garamond" w:cs="Garamond"/>
          <w:b w:val="0"/>
          <w:i w:val="0"/>
          <w:sz w:val="24"/>
        </w:rPr>
        <w:t>Marroa had made the hall cry before the third verse.</w:t>
      </w:r>
    </w:p>
    <w:p>
      <w:pPr>
        <w:spacing w:before="0" w:after="0"/>
        <w:ind w:firstLine="480"/>
        <w:jc w:val="left"/>
      </w:pPr>
      <w:r>
        <w:rPr>
          <w:rFonts w:ascii="Garamond" w:hAnsi="Garamond" w:cs="Garamond"/>
          <w:b w:val="0"/>
          <w:i w:val="0"/>
          <w:sz w:val="24"/>
        </w:rPr>
        <w:t>The sound moved through the room the way water moves through stone, finding every crack and widening it. She sang the words of the forefathers. She sang of the crossing, of the ones who had died making it and the ones who had died defending what they found on the other side. She sang the names of people whose grandchildren’s grandchildren were kneeling in this room right now, and she watched their faces change as the music reached them, as the past became briefly and unbearably present.</w:t>
      </w:r>
    </w:p>
    <w:p>
      <w:pPr>
        <w:spacing w:before="0" w:after="0"/>
        <w:ind w:firstLine="480"/>
        <w:jc w:val="left"/>
      </w:pPr>
      <w:r>
        <w:rPr>
          <w:rFonts w:ascii="Garamond" w:hAnsi="Garamond" w:cs="Garamond"/>
          <w:b w:val="0"/>
          <w:i w:val="0"/>
          <w:sz w:val="24"/>
        </w:rPr>
        <w:t>Beneath the melody, invisible as a current beneath a still surface, the magic moved.</w:t>
      </w:r>
    </w:p>
    <w:p>
      <w:pPr>
        <w:spacing w:before="0" w:after="0"/>
        <w:ind w:firstLine="480"/>
        <w:jc w:val="left"/>
      </w:pPr>
      <w:r>
        <w:rPr>
          <w:rFonts w:ascii="Garamond" w:hAnsi="Garamond" w:cs="Garamond"/>
          <w:b w:val="0"/>
          <w:i w:val="0"/>
          <w:sz w:val="24"/>
        </w:rPr>
        <w:t>She wove it carefully, strand by strand, folding it into the harmonics of the song where it could not be separated from the music without destroying both. She distributed it evenly, touching everyone in the hall with the same light pressure, the way a net touches water. She left space around the large red-headed figure in the lead. She could feel him resisting without knowing he was resisting, his old wound reading the air the way it always had. She did not want him to find her yet. She needed him to reach the dais first.</w:t>
      </w:r>
    </w:p>
    <w:p>
      <w:pPr>
        <w:spacing w:before="0" w:after="0"/>
        <w:ind w:firstLine="480"/>
        <w:jc w:val="left"/>
      </w:pPr>
      <w:r>
        <w:rPr>
          <w:rFonts w:ascii="Garamond" w:hAnsi="Garamond" w:cs="Garamond"/>
          <w:b w:val="0"/>
          <w:i w:val="0"/>
          <w:sz w:val="24"/>
        </w:rPr>
        <w:t>Petra entered wearing the full ceremonial armor of his station, the royal symbols of Sartious worked in gold across the chest and shoulders. He was, she had to admit, an impressive object. The people of Sartious loved him nearly as much as they loved their King, which was not an accident. A kingdom that loved its protector was a kingdom that would surrender to grief when that protector failed.</w:t>
      </w:r>
    </w:p>
    <w:p>
      <w:pPr>
        <w:spacing w:before="0" w:after="0"/>
        <w:ind w:firstLine="480"/>
        <w:jc w:val="left"/>
      </w:pPr>
      <w:r>
        <w:rPr>
          <w:rFonts w:ascii="Garamond" w:hAnsi="Garamond" w:cs="Garamond"/>
          <w:b w:val="0"/>
          <w:i w:val="0"/>
          <w:sz w:val="24"/>
        </w:rPr>
        <w:t>She watched him hesitate at the threshold. Watched him read the room. Watched him make the decision, against his instinct, to proceed.</w:t>
      </w:r>
    </w:p>
    <w:p>
      <w:pPr>
        <w:spacing w:before="0" w:after="0"/>
        <w:ind w:firstLine="480"/>
        <w:jc w:val="left"/>
      </w:pPr>
      <w:r>
        <w:rPr>
          <w:rFonts w:ascii="Garamond" w:hAnsi="Garamond" w:cs="Garamond"/>
          <w:b w:val="0"/>
          <w:i w:val="0"/>
          <w:sz w:val="24"/>
        </w:rPr>
        <w:t>She filed that away. She would need to remember what it looked like when he fought himself and lost.</w:t>
      </w:r>
    </w:p>
    <w:p>
      <w:pPr>
        <w:spacing w:before="0" w:after="0"/>
        <w:ind w:firstLine="480"/>
        <w:jc w:val="left"/>
      </w:pPr>
      <w:r>
        <w:rPr>
          <w:rFonts w:ascii="Garamond" w:hAnsi="Garamond" w:cs="Garamond"/>
          <w:b w:val="0"/>
          <w:i w:val="0"/>
          <w:sz w:val="24"/>
        </w:rPr>
        <w:t>The King and Queen and Prince entered behind him, the infant wrapped in royal blue, his face tipped toward the last of Otos’s light coming through the western windows. The crowd felt the urgency in Marroa’s rhythm shift. She was singing now of battles that the Sartian historians had lost, of victories so old the records had crumbled and only the songs remained. She had been at some of those battles. She sang them as a witness, and the hall felt the difference without being able to name it.</w:t>
      </w:r>
    </w:p>
    <w:p>
      <w:pPr>
        <w:spacing w:before="0" w:after="0"/>
        <w:ind w:firstLine="480"/>
        <w:jc w:val="left"/>
      </w:pPr>
      <w:r>
        <w:rPr>
          <w:rFonts w:ascii="Garamond" w:hAnsi="Garamond" w:cs="Garamond"/>
          <w:b w:val="0"/>
          <w:i w:val="0"/>
          <w:sz w:val="24"/>
        </w:rPr>
        <w:t>The High Priest began to read the roll.</w:t>
      </w:r>
    </w:p>
    <w:p>
      <w:pPr>
        <w:spacing w:before="0" w:after="0"/>
        <w:ind w:firstLine="480"/>
        <w:jc w:val="left"/>
      </w:pPr>
      <w:r>
        <w:rPr>
          <w:rFonts w:ascii="Garamond" w:hAnsi="Garamond" w:cs="Garamond"/>
          <w:b w:val="0"/>
          <w:i w:val="0"/>
          <w:sz w:val="24"/>
        </w:rPr>
        <w:t>The names came out slowly at first, one by one, each a small weight added to the accumulating mass of Sartian history filling the room. As the royal party moved toward the dais the tempo of Marroa’s song increased, and the Priest’s reading increased to match it, the two of them locked in a rhythm neither had consciously agreed to. The names came faster. The hall felt the gathering momentum of it, something arriving, something that had been traveling toward this moment for a very long time.</w:t>
      </w:r>
    </w:p>
    <w:p>
      <w:pPr>
        <w:spacing w:before="0" w:after="0"/>
        <w:ind w:firstLine="480"/>
        <w:jc w:val="left"/>
      </w:pPr>
      <w:r>
        <w:rPr>
          <w:rFonts w:ascii="Garamond" w:hAnsi="Garamond" w:cs="Garamond"/>
          <w:b w:val="0"/>
          <w:i w:val="0"/>
          <w:sz w:val="24"/>
        </w:rPr>
        <w:t>The Priest reached the name of Palanthor.</w:t>
      </w:r>
    </w:p>
    <w:p>
      <w:pPr>
        <w:spacing w:before="0" w:after="0"/>
        <w:ind w:firstLine="480"/>
        <w:jc w:val="left"/>
      </w:pPr>
      <w:r>
        <w:rPr>
          <w:rFonts w:ascii="Garamond" w:hAnsi="Garamond" w:cs="Garamond"/>
          <w:b w:val="0"/>
          <w:i w:val="0"/>
          <w:sz w:val="24"/>
        </w:rPr>
        <w:t>Marroa stopped singing.</w:t>
      </w:r>
    </w:p>
    <w:p>
      <w:pPr>
        <w:spacing w:before="0" w:after="0"/>
        <w:ind w:firstLine="480"/>
        <w:jc w:val="left"/>
      </w:pPr>
      <w:r>
        <w:rPr>
          <w:rFonts w:ascii="Garamond" w:hAnsi="Garamond" w:cs="Garamond"/>
          <w:b w:val="0"/>
          <w:i w:val="0"/>
          <w:sz w:val="24"/>
        </w:rPr>
        <w:t>In the silence, everything stopped.</w:t>
      </w:r>
    </w:p>
    <w:p>
      <w:pPr>
        <w:spacing w:before="0" w:after="0"/>
        <w:ind w:firstLine="480"/>
        <w:jc w:val="left"/>
      </w:pPr>
      <w:r>
        <w:rPr>
          <w:rFonts w:ascii="Garamond" w:hAnsi="Garamond" w:cs="Garamond"/>
          <w:b w:val="0"/>
          <w:i w:val="0"/>
          <w:sz w:val="24"/>
        </w:rPr>
        <w:t>Not the royal party. The King and Queen and Priest and the infant in his royal blue blanket continued moving toward the dais as though the silence were simply a different kind of music. Everyone else was held as completely as if the air itself had thickened around them. She could feel Petra straining against it, the wound burning, his body trying to respond to what his instincts were screaming. He could not move his feet. He could move his eyes.</w:t>
      </w:r>
    </w:p>
    <w:p>
      <w:pPr>
        <w:spacing w:before="0" w:after="0"/>
        <w:ind w:firstLine="480"/>
        <w:jc w:val="left"/>
      </w:pPr>
      <w:r>
        <w:rPr>
          <w:rFonts w:ascii="Garamond" w:hAnsi="Garamond" w:cs="Garamond"/>
          <w:b w:val="0"/>
          <w:i w:val="0"/>
          <w:sz w:val="24"/>
        </w:rPr>
        <w:t>Good. She wanted him to see this.</w:t>
      </w:r>
    </w:p>
    <w:p>
      <w:pPr>
        <w:spacing w:before="0" w:after="0"/>
        <w:ind w:firstLine="480"/>
        <w:jc w:val="left"/>
      </w:pPr>
      <w:r>
        <w:rPr>
          <w:rFonts w:ascii="Garamond" w:hAnsi="Garamond" w:cs="Garamond"/>
          <w:b w:val="0"/>
          <w:i w:val="0"/>
          <w:sz w:val="24"/>
        </w:rPr>
        <w:t>She began to sing again. A different song.</w:t>
      </w:r>
    </w:p>
    <w:p>
      <w:pPr>
        <w:spacing w:before="0" w:after="0"/>
        <w:ind w:firstLine="480"/>
        <w:jc w:val="left"/>
      </w:pPr>
      <w:r>
        <w:rPr>
          <w:rFonts w:ascii="Garamond" w:hAnsi="Garamond" w:cs="Garamond"/>
          <w:b w:val="0"/>
          <w:i w:val="0"/>
          <w:sz w:val="24"/>
        </w:rPr>
        <w:t>This one was not the Song of the Sartian Monarchs. This was older, and darker, and it was hers. She sang the story of Palanthor as it had actually happened, not as the Sartian histories recorded it. She sang of a Brother of the Order who had gone south and fallen in love with a mortal woman and chosen mortality over his purpose. She sang of how he and Kakollian, his brother in the Order, had together decided that Hessa’s methods were too extreme, her vision too severe, her commitment to the Balance too absolute for a world that was supposed to be given to humanity rather than guarded from it. She sang of how they had used the laws of the Order itself to push her out, to strip her of her standing, to replace her protection with their own. She sang of the great battle in which she was defeated and cast from the land she had bled for, the land she had walled off and secured and prepared for man’s use.</w:t>
      </w:r>
    </w:p>
    <w:p>
      <w:pPr>
        <w:spacing w:before="0" w:after="0"/>
        <w:ind w:firstLine="480"/>
        <w:jc w:val="left"/>
      </w:pPr>
      <w:r>
        <w:rPr>
          <w:rFonts w:ascii="Garamond" w:hAnsi="Garamond" w:cs="Garamond"/>
          <w:b w:val="0"/>
          <w:i w:val="0"/>
          <w:sz w:val="24"/>
        </w:rPr>
        <w:t>She sang of everything they had taken from her.</w:t>
      </w:r>
    </w:p>
    <w:p>
      <w:pPr>
        <w:spacing w:before="0" w:after="0"/>
        <w:ind w:firstLine="480"/>
        <w:jc w:val="left"/>
      </w:pPr>
      <w:r>
        <w:rPr>
          <w:rFonts w:ascii="Garamond" w:hAnsi="Garamond" w:cs="Garamond"/>
          <w:b w:val="0"/>
          <w:i w:val="0"/>
          <w:sz w:val="24"/>
        </w:rPr>
        <w:t>The hall heard it all. She made certain of that. She wanted no ambiguity about what she had come to collect. The words were not an argument. They were not a complaint. They were a sentence being read aloud before its execution.</w:t>
      </w:r>
    </w:p>
    <w:p>
      <w:pPr>
        <w:spacing w:before="0" w:after="0"/>
        <w:ind w:firstLine="480"/>
        <w:jc w:val="left"/>
      </w:pPr>
      <w:r>
        <w:rPr>
          <w:rFonts w:ascii="Garamond" w:hAnsi="Garamond" w:cs="Garamond"/>
          <w:b w:val="0"/>
          <w:i w:val="0"/>
          <w:sz w:val="24"/>
        </w:rPr>
        <w:t>She descended from the balcony as she sang, not by the stairs. The gray smoke gathered beneath her feet and carried her down slowly, trailing behind her through the frozen air of the hall. She was no longer wearing the singer’s face. That had served its purpose. What she wore now was closer to what she actually was: old, and cold, and absolutely certain of what she intended to do.</w:t>
      </w:r>
    </w:p>
    <w:p>
      <w:pPr>
        <w:spacing w:before="0" w:after="0"/>
        <w:ind w:firstLine="480"/>
        <w:jc w:val="left"/>
      </w:pPr>
      <w:r>
        <w:rPr>
          <w:rFonts w:ascii="Garamond" w:hAnsi="Garamond" w:cs="Garamond"/>
          <w:b w:val="0"/>
          <w:i w:val="0"/>
          <w:sz w:val="24"/>
        </w:rPr>
        <w:t>Petra was watching her. His eyes had found her the moment she began to descend, and she held them. She wanted him to see everything. She let the link form between them, just long enough for him to understand the full shape of what was coming, to see the cloud city where she had lived in exile, to understand how Turrance would be used and what Sartious would become. She let him carry that knowledge into his paralysis and sit with it, helpless.</w:t>
      </w:r>
    </w:p>
    <w:p>
      <w:pPr>
        <w:spacing w:before="0" w:after="0"/>
        <w:ind w:firstLine="480"/>
        <w:jc w:val="left"/>
      </w:pPr>
      <w:r>
        <w:rPr>
          <w:rFonts w:ascii="Garamond" w:hAnsi="Garamond" w:cs="Garamond"/>
          <w:b w:val="0"/>
          <w:i w:val="0"/>
          <w:sz w:val="24"/>
        </w:rPr>
        <w:t>She wanted him to know. She wanted him to spend the rest of his very long life knowing that he had seen it coming and had been unable to stop it.</w:t>
      </w:r>
    </w:p>
    <w:p>
      <w:pPr>
        <w:spacing w:before="0" w:after="0"/>
        <w:ind w:firstLine="480"/>
        <w:jc w:val="left"/>
      </w:pPr>
      <w:r>
        <w:rPr>
          <w:rFonts w:ascii="Garamond" w:hAnsi="Garamond" w:cs="Garamond"/>
          <w:b w:val="0"/>
          <w:i w:val="0"/>
          <w:sz w:val="24"/>
        </w:rPr>
        <w:t>She turned from him and faced the dais.</w:t>
      </w:r>
    </w:p>
    <w:p>
      <w:pPr>
        <w:spacing w:before="0" w:after="0"/>
        <w:ind w:firstLine="480"/>
        <w:jc w:val="left"/>
      </w:pPr>
      <w:r>
        <w:rPr>
          <w:rFonts w:ascii="Garamond" w:hAnsi="Garamond" w:cs="Garamond"/>
          <w:b w:val="0"/>
          <w:i w:val="0"/>
          <w:sz w:val="24"/>
        </w:rPr>
        <w:t>The Priest was reading faster now, the names of the kings since Palanthor coming in a torrent, five hundred years of succession in the span of minutes, the magic pushing him forward at a pace no man could have managed on his own. The hall was full of her song and her smoke and the weight of what everyone present now knew and could do nothing about. The King had understood it too, she could see it in his face. Not all of it. But enough.</w:t>
      </w:r>
    </w:p>
    <w:p>
      <w:pPr>
        <w:spacing w:before="0" w:after="0"/>
        <w:ind w:firstLine="480"/>
        <w:jc w:val="left"/>
      </w:pPr>
      <w:r>
        <w:rPr>
          <w:rFonts w:ascii="Garamond" w:hAnsi="Garamond" w:cs="Garamond"/>
          <w:b w:val="0"/>
          <w:i w:val="0"/>
          <w:sz w:val="24"/>
        </w:rPr>
        <w:t>The Priest reached the name of Abel Kirchen.</w:t>
      </w:r>
    </w:p>
    <w:p>
      <w:pPr>
        <w:spacing w:before="0" w:after="0"/>
        <w:ind w:firstLine="480"/>
        <w:jc w:val="left"/>
      </w:pPr>
      <w:r>
        <w:rPr>
          <w:rFonts w:ascii="Garamond" w:hAnsi="Garamond" w:cs="Garamond"/>
          <w:b w:val="0"/>
          <w:i w:val="0"/>
          <w:sz w:val="24"/>
        </w:rPr>
        <w:t>The song stopped again.</w:t>
      </w:r>
    </w:p>
    <w:p>
      <w:pPr>
        <w:spacing w:before="0" w:after="0"/>
        <w:ind w:firstLine="480"/>
        <w:jc w:val="left"/>
      </w:pPr>
      <w:r>
        <w:rPr>
          <w:rFonts w:ascii="Garamond" w:hAnsi="Garamond" w:cs="Garamond"/>
          <w:b w:val="0"/>
          <w:i w:val="0"/>
          <w:sz w:val="24"/>
        </w:rPr>
        <w:t>The silence was different this time. The first silence had been a held breath. This one was the moment after the drop, before the landing.</w:t>
      </w:r>
    </w:p>
    <w:p>
      <w:pPr>
        <w:spacing w:before="0" w:after="0"/>
        <w:ind w:firstLine="480"/>
        <w:jc w:val="left"/>
      </w:pPr>
      <w:r>
        <w:rPr>
          <w:rFonts w:ascii="Garamond" w:hAnsi="Garamond" w:cs="Garamond"/>
          <w:b w:val="0"/>
          <w:i w:val="0"/>
          <w:sz w:val="24"/>
        </w:rPr>
        <w:t>The King understood in that silence. Not her plan for the future. Not a vision of the years to come. Something immediate, physical, and irreversible: what the blue light was about to take from him. He understood it the way a man understands a door closing. Completely, and too late to stop it.</w:t>
      </w:r>
    </w:p>
    <w:p>
      <w:pPr>
        <w:spacing w:before="0" w:after="0"/>
        <w:ind w:firstLine="480"/>
        <w:jc w:val="left"/>
      </w:pPr>
      <w:r>
        <w:rPr>
          <w:rFonts w:ascii="Garamond" w:hAnsi="Garamond" w:cs="Garamond"/>
          <w:b w:val="0"/>
          <w:i w:val="0"/>
          <w:sz w:val="24"/>
        </w:rPr>
        <w:t>Hessa reached out from the mist and struck him. He went to his knees. She took the Prince from his arms as he fell. The light had not been meant to kill him. It had been meant to do exactly what it did: leave him alive, conscious, and unable to father another child. She had ended his line and left him breathing so he could understand what she had done. She had rendered his crown a thing with no future and left him kneeling in the knowledge of it.</w:t>
      </w:r>
    </w:p>
    <w:p>
      <w:pPr>
        <w:spacing w:before="0" w:after="0"/>
        <w:ind w:firstLine="480"/>
        <w:jc w:val="left"/>
      </w:pPr>
      <w:r>
        <w:rPr>
          <w:rFonts w:ascii="Garamond" w:hAnsi="Garamond" w:cs="Garamond"/>
          <w:b w:val="0"/>
          <w:i w:val="0"/>
          <w:sz w:val="24"/>
        </w:rPr>
        <w:t>She turned to face the window. She held the Prince up into the last of the fading light. The hall watched in complete silence. Behind her the King was on the floor, conscious, unable to rise, his eyes on his son.</w:t>
      </w:r>
    </w:p>
    <w:p>
      <w:pPr>
        <w:spacing w:before="0" w:after="0"/>
        <w:ind w:firstLine="480"/>
        <w:jc w:val="left"/>
      </w:pPr>
      <w:r>
        <w:rPr>
          <w:rFonts w:ascii="Garamond" w:hAnsi="Garamond" w:cs="Garamond"/>
          <w:b w:val="0"/>
          <w:i w:val="0"/>
          <w:sz w:val="24"/>
        </w:rPr>
        <w:t>She wanted him to see this too.</w:t>
      </w:r>
    </w:p>
    <w:p>
      <w:pPr>
        <w:spacing w:before="0" w:after="0"/>
        <w:ind w:firstLine="480"/>
        <w:jc w:val="left"/>
      </w:pPr>
      <w:r>
        <w:rPr>
          <w:rFonts w:ascii="Garamond" w:hAnsi="Garamond" w:cs="Garamond"/>
          <w:b w:val="0"/>
          <w:i w:val="0"/>
          <w:sz w:val="24"/>
        </w:rPr>
        <w:t>“Turrance Aiel Kirchen,“ she said, her voice carrying through the hall without effort, without magic, simply the voice of something that had been speaking in large spaces for a very long time. “Last King of Sartious.“</w:t>
      </w:r>
    </w:p>
    <w:p>
      <w:pPr>
        <w:spacing w:before="0" w:after="0"/>
        <w:ind w:firstLine="480"/>
        <w:jc w:val="left"/>
      </w:pPr>
      <w:r>
        <w:rPr>
          <w:rFonts w:ascii="Garamond" w:hAnsi="Garamond" w:cs="Garamond"/>
          <w:b w:val="0"/>
          <w:i w:val="0"/>
          <w:sz w:val="24"/>
        </w:rPr>
        <w:t>She held the position for one moment after the last of the light left the windows. Then she shimmered, the edges of her going first, the Prince in her arms becoming an outline, then a suggestion, then nothing at all.</w:t>
      </w:r>
    </w:p>
    <w:p>
      <w:pPr>
        <w:spacing w:before="0" w:after="0"/>
        <w:ind w:firstLine="480"/>
        <w:jc w:val="left"/>
      </w:pPr>
      <w:r>
        <w:rPr>
          <w:rFonts w:ascii="Garamond" w:hAnsi="Garamond" w:cs="Garamond"/>
          <w:b w:val="0"/>
          <w:i w:val="0"/>
          <w:sz w:val="24"/>
        </w:rPr>
        <w:t>When the spell broke, the hall erupted. But she was already gone.</w:t>
      </w:r>
    </w:p>
    <w:p>
      <w:pPr>
        <w:spacing w:before="0" w:after="0"/>
        <w:ind w:firstLine="480"/>
        <w:jc w:val="left"/>
      </w:pPr>
      <w:r>
        <w:rPr>
          <w:rFonts w:ascii="Garamond" w:hAnsi="Garamond" w:cs="Garamond"/>
          <w:b w:val="0"/>
          <w:i w:val="0"/>
          <w:sz w:val="24"/>
        </w:rPr>
        <w:t>After two thousand years in the light, darkness had descended on Sartious.</w:t>
      </w:r>
    </w:p>
    <w:p>
      <w:pPr>
        <w:spacing w:before="480" w:after="360"/>
        <w:ind w:firstLine="0"/>
        <w:jc w:val="center"/>
      </w:pPr>
      <w:r>
        <w:rPr>
          <w:rFonts w:ascii="Garamond" w:hAnsi="Garamond" w:cs="Garamond"/>
          <w:b/>
          <w:i w:val="0"/>
          <w:sz w:val="28"/>
        </w:rPr>
        <w:t>Chapter Eight</w:t>
      </w:r>
    </w:p>
    <w:p>
      <w:pPr>
        <w:spacing w:before="0" w:after="0"/>
        <w:ind w:firstLine="480"/>
        <w:jc w:val="left"/>
      </w:pPr>
      <w:r>
        <w:rPr>
          <w:rFonts w:ascii="Garamond" w:hAnsi="Garamond" w:cs="Garamond"/>
          <w:b w:val="0"/>
          <w:i w:val="0"/>
          <w:sz w:val="24"/>
        </w:rPr>
        <w:t>“What’s he thinking, Captain?“</w:t>
      </w:r>
    </w:p>
    <w:p>
      <w:pPr>
        <w:spacing w:before="0" w:after="0"/>
        <w:ind w:firstLine="480"/>
        <w:jc w:val="left"/>
      </w:pPr>
      <w:r>
        <w:rPr>
          <w:rFonts w:ascii="Garamond" w:hAnsi="Garamond" w:cs="Garamond"/>
          <w:b w:val="0"/>
          <w:i w:val="0"/>
          <w:sz w:val="24"/>
        </w:rPr>
        <w:t>Orlick asked it quietly, standing close enough to Brunow that the words would carry no further than the two of them. The aft cabin door was at their backs. Petra was forward, near the main mast, looking out over the bow at the water. He had been standing there long enough that the crew had started looking at him instead of at their work.</w:t>
      </w:r>
    </w:p>
    <w:p>
      <w:pPr>
        <w:spacing w:before="0" w:after="0"/>
        <w:ind w:firstLine="480"/>
        <w:jc w:val="left"/>
      </w:pPr>
      <w:r>
        <w:rPr>
          <w:rFonts w:ascii="Garamond" w:hAnsi="Garamond" w:cs="Garamond"/>
          <w:b w:val="0"/>
          <w:i w:val="0"/>
          <w:sz w:val="24"/>
        </w:rPr>
        <w:t>“The same thing he’s been thinking for two months,“ Brunow said. “We have to find the Prince, and time is our enemy.“ He paused. “But the air feels different today. There is a reason not to set sail.“</w:t>
      </w:r>
    </w:p>
    <w:p>
      <w:pPr>
        <w:spacing w:before="0" w:after="0"/>
        <w:ind w:firstLine="480"/>
        <w:jc w:val="left"/>
      </w:pPr>
      <w:r>
        <w:rPr>
          <w:rFonts w:ascii="Garamond" w:hAnsi="Garamond" w:cs="Garamond"/>
          <w:b w:val="0"/>
          <w:i w:val="0"/>
          <w:sz w:val="24"/>
        </w:rPr>
        <w:t>“You feel it too?“ Orlick wiped his lips with the back of his hand.</w:t>
      </w:r>
    </w:p>
    <w:p>
      <w:pPr>
        <w:spacing w:before="0" w:after="0"/>
        <w:ind w:firstLine="480"/>
        <w:jc w:val="left"/>
      </w:pPr>
      <w:r>
        <w:rPr>
          <w:rFonts w:ascii="Garamond" w:hAnsi="Garamond" w:cs="Garamond"/>
          <w:b w:val="0"/>
          <w:i w:val="0"/>
          <w:sz w:val="24"/>
        </w:rPr>
        <w:t>“There is an evil on the wind.“ Brunow turned to look aft. Through the morning mist, the port city of Ojahtin was still just visible, a dark smudge against the lightening sky, slipping behind them as the tide moved the anchored ship in small, restless circles. Two days they had spent in that harbor. Two days on the western Atlantic coast of the First Land, at the very edge of the world the mapmakers knew, waiting for something Brunow could not have named but recognized the way old sailors recognized most things: by what was missing. The rightness that was usually in the wind was gone. Something had replaced it.</w:t>
      </w:r>
    </w:p>
    <w:p>
      <w:pPr>
        <w:spacing w:before="0" w:after="0"/>
        <w:ind w:firstLine="480"/>
        <w:jc w:val="left"/>
      </w:pPr>
      <w:r>
        <w:rPr>
          <w:rFonts w:ascii="Garamond" w:hAnsi="Garamond" w:cs="Garamond"/>
          <w:b w:val="0"/>
          <w:i w:val="0"/>
          <w:sz w:val="24"/>
        </w:rPr>
        <w:t>He turned forward again. He had sailed from New Castlain in the south to the Islands of Ice in the north. As a young deck hand he had stood on the ship that charted the unknown waters to the west, had watched his Captain name the island chain they found out there Kiastar, what the landsmen now called the Dragon’s Tail. He had run the trading routes through the Middle Sea when the Estollian Navy considered those waters their private property, had come away from that with enough scars and enough prize money to know the difference between a storm worth sailing into and one worth waiting out. He was not a cautious man. He was a man who had survived long enough to understand the distinction.</w:t>
      </w:r>
    </w:p>
    <w:p>
      <w:pPr>
        <w:spacing w:before="0" w:after="0"/>
        <w:ind w:firstLine="480"/>
        <w:jc w:val="left"/>
      </w:pPr>
      <w:r>
        <w:rPr>
          <w:rFonts w:ascii="Garamond" w:hAnsi="Garamond" w:cs="Garamond"/>
          <w:b w:val="0"/>
          <w:i w:val="0"/>
          <w:sz w:val="24"/>
        </w:rPr>
        <w:t>This felt like the second kind.</w:t>
      </w:r>
    </w:p>
    <w:p>
      <w:pPr>
        <w:spacing w:before="0" w:after="0"/>
        <w:ind w:firstLine="480"/>
        <w:jc w:val="left"/>
      </w:pPr>
      <w:r>
        <w:rPr>
          <w:rFonts w:ascii="Garamond" w:hAnsi="Garamond" w:cs="Garamond"/>
          <w:b w:val="0"/>
          <w:i w:val="0"/>
          <w:sz w:val="24"/>
        </w:rPr>
        <w:t>“We have to find him,“ he said, more to himself than to his first mate.</w:t>
      </w:r>
    </w:p>
    <w:p>
      <w:pPr>
        <w:spacing w:before="0" w:after="0"/>
        <w:ind w:firstLine="480"/>
        <w:jc w:val="left"/>
      </w:pPr>
      <w:r>
        <w:rPr>
          <w:rFonts w:ascii="Garamond" w:hAnsi="Garamond" w:cs="Garamond"/>
          <w:b w:val="0"/>
          <w:i w:val="0"/>
          <w:sz w:val="24"/>
        </w:rPr>
        <w:t>“Aye.“ Orlick leaned against the doorframe and said nothing else. He was a big man, dark-haired, a few days of growth on a face that the sea had been working on for twenty years. He kept his long hair tied back and sealed with fish oil, which was warm and waterproof and something the tavern owners of every port from here to the eastern straits had strong opinions about. His shirt was white silk, tailor-made, a thing Brunow had never asked him to explain on a first mate’s wages. Below it, woolen leggings and fur-lined sealskin boots. He dressed like a man who expected to be looked at, which Brunow had always found useful in a first mate. The crew watched Orlick the way they watched weather.</w:t>
      </w:r>
    </w:p>
    <w:p>
      <w:pPr>
        <w:spacing w:before="0" w:after="0"/>
        <w:ind w:firstLine="480"/>
        <w:jc w:val="left"/>
      </w:pPr>
      <w:r>
        <w:rPr>
          <w:rFonts w:ascii="Garamond" w:hAnsi="Garamond" w:cs="Garamond"/>
          <w:b w:val="0"/>
          <w:i w:val="0"/>
          <w:sz w:val="24"/>
        </w:rPr>
        <w:t>Now they were watching Petra.</w:t>
      </w:r>
    </w:p>
    <w:p>
      <w:pPr>
        <w:spacing w:before="0" w:after="0"/>
        <w:ind w:firstLine="480"/>
        <w:jc w:val="left"/>
      </w:pPr>
      <w:r>
        <w:rPr>
          <w:rFonts w:ascii="Garamond" w:hAnsi="Garamond" w:cs="Garamond"/>
          <w:b w:val="0"/>
          <w:i w:val="0"/>
          <w:sz w:val="24"/>
        </w:rPr>
        <w:t>It had been just over two months since the ceremony. Two months since Petra had stood paralyzed at the dais and watched Hessa take the Prince and disappear into nothing. He had not spoken of what she had shown him in the moment their eyes met, not in full, but the crew knew enough. They knew the Prince was alive, held in a city above the clouds somewhere in the uncharted southwestern sea. They knew that Hessa had wanted Petra to see it, had placed the information in his mind deliberately, and they knew that Petra had turned that gift around and made it a compass heading.</w:t>
      </w:r>
    </w:p>
    <w:p>
      <w:pPr>
        <w:spacing w:before="0" w:after="0"/>
        <w:ind w:firstLine="480"/>
        <w:jc w:val="left"/>
      </w:pPr>
      <w:r>
        <w:rPr>
          <w:rFonts w:ascii="Garamond" w:hAnsi="Garamond" w:cs="Garamond"/>
          <w:b w:val="0"/>
          <w:i w:val="0"/>
          <w:sz w:val="24"/>
        </w:rPr>
        <w:t>What they did not know, because Petra had not told them, was whether Hessa had shown him because she wanted to be followed, or because she wanted him to know how far beyond his reach she was. Petra had not yet decided which answer he believed. He thought about it every day.</w:t>
      </w:r>
    </w:p>
    <w:p>
      <w:pPr>
        <w:spacing w:before="0" w:after="0"/>
        <w:ind w:firstLine="480"/>
        <w:jc w:val="left"/>
      </w:pPr>
      <w:r>
        <w:rPr>
          <w:rFonts w:ascii="Garamond" w:hAnsi="Garamond" w:cs="Garamond"/>
          <w:b w:val="0"/>
          <w:i w:val="0"/>
          <w:sz w:val="24"/>
        </w:rPr>
        <w:t>He had left his eldest son behind with the King. The boy was named, trained, the right age for the role, and it had cost Petra something real to make that choice. The King needed a protector and Petra needed to be the one going after the Prince. Both things were true and they pulled in opposite directions, and there was no resolution except to do both imperfectly. He had made his peace with it, mostly. He thought about it every day.</w:t>
      </w:r>
    </w:p>
    <w:p>
      <w:pPr>
        <w:spacing w:before="0" w:after="0"/>
        <w:ind w:firstLine="480"/>
        <w:jc w:val="left"/>
      </w:pPr>
      <w:r>
        <w:rPr>
          <w:rFonts w:ascii="Garamond" w:hAnsi="Garamond" w:cs="Garamond"/>
          <w:b w:val="0"/>
          <w:i w:val="0"/>
          <w:sz w:val="24"/>
        </w:rPr>
        <w:t>He thought about a lot of things standing at that rail.</w:t>
      </w:r>
    </w:p>
    <w:p>
      <w:pPr>
        <w:spacing w:before="0" w:after="0"/>
        <w:ind w:firstLine="480"/>
        <w:jc w:val="left"/>
      </w:pPr>
      <w:r>
        <w:rPr>
          <w:rFonts w:ascii="Garamond" w:hAnsi="Garamond" w:cs="Garamond"/>
          <w:b w:val="0"/>
          <w:i w:val="0"/>
          <w:sz w:val="24"/>
        </w:rPr>
        <w:t>“Captain, you may set sail at your discretion.“</w:t>
      </w:r>
    </w:p>
    <w:p>
      <w:pPr>
        <w:spacing w:before="0" w:after="0"/>
        <w:ind w:firstLine="480"/>
        <w:jc w:val="left"/>
      </w:pPr>
      <w:r>
        <w:rPr>
          <w:rFonts w:ascii="Garamond" w:hAnsi="Garamond" w:cs="Garamond"/>
          <w:b w:val="0"/>
          <w:i w:val="0"/>
          <w:sz w:val="24"/>
        </w:rPr>
        <w:t>He said it over his shoulder without turning, and Brunow gave Orlick the nod and Orlick started shouting. The crew moved. The sails on the main began to unfurl, the great triangular foresail catching first, and the Sheeva nosed forward into the steady wind coming off the open water to the southwest. The air was thick. Not with weather. With something that had no name in the sailing vocabulary Brunow had spent forty years assembling. It pressed against the skin. It soured the back of the throat. The sails caught it and the ship moved through it and there was nothing to do about it but sail.</w:t>
      </w:r>
    </w:p>
    <w:p>
      <w:pPr>
        <w:spacing w:before="0" w:after="0"/>
        <w:ind w:firstLine="480"/>
        <w:jc w:val="left"/>
      </w:pPr>
      <w:r>
        <w:rPr>
          <w:rFonts w:ascii="Garamond" w:hAnsi="Garamond" w:cs="Garamond"/>
          <w:b w:val="0"/>
          <w:i w:val="0"/>
          <w:sz w:val="24"/>
        </w:rPr>
        <w:t>The forward lookout called out.</w:t>
      </w:r>
    </w:p>
    <w:p>
      <w:pPr>
        <w:spacing w:before="0" w:after="0"/>
        <w:ind w:firstLine="480"/>
        <w:jc w:val="left"/>
      </w:pPr>
      <w:r>
        <w:rPr>
          <w:rFonts w:ascii="Garamond" w:hAnsi="Garamond" w:cs="Garamond"/>
          <w:b w:val="0"/>
          <w:i w:val="0"/>
          <w:sz w:val="24"/>
        </w:rPr>
        <w:t>Petra looked up. The sailor was pointing west, toward the horizon, where the sky was only now beginning to come apart into individual colors as Otos made his way over the Torrian peaks behind them. What lay on that horizon was not dawn. A line of black cloud sat on the water like smoke from something very large that had been burning for a very long time. It was far out, far enough that a less experienced man might have thought they had time. Brunow was already at the rudder.</w:t>
      </w:r>
    </w:p>
    <w:p>
      <w:pPr>
        <w:spacing w:before="0" w:after="0"/>
        <w:ind w:firstLine="480"/>
        <w:jc w:val="left"/>
      </w:pPr>
      <w:r>
        <w:rPr>
          <w:rFonts w:ascii="Garamond" w:hAnsi="Garamond" w:cs="Garamond"/>
          <w:b w:val="0"/>
          <w:i w:val="0"/>
          <w:sz w:val="24"/>
        </w:rPr>
        <w:t>“I was about to say we should reconsider,“ Petra called toward the stern.</w:t>
      </w:r>
    </w:p>
    <w:p>
      <w:pPr>
        <w:spacing w:before="0" w:after="0"/>
        <w:ind w:firstLine="480"/>
        <w:jc w:val="left"/>
      </w:pPr>
      <w:r>
        <w:rPr>
          <w:rFonts w:ascii="Garamond" w:hAnsi="Garamond" w:cs="Garamond"/>
          <w:b w:val="0"/>
          <w:i w:val="0"/>
          <w:sz w:val="24"/>
        </w:rPr>
        <w:t>“That’s not what I’m turning from.“ Brunow’s voice was flat and certain in the way it got when he had already made a calculation and was now executing it. “Those are Estollian ships on the horizon. The black sails. They have the wind and we do not.“</w:t>
      </w:r>
    </w:p>
    <w:p>
      <w:pPr>
        <w:spacing w:before="0" w:after="0"/>
        <w:ind w:firstLine="480"/>
        <w:jc w:val="left"/>
      </w:pPr>
      <w:r>
        <w:rPr>
          <w:rFonts w:ascii="Garamond" w:hAnsi="Garamond" w:cs="Garamond"/>
          <w:b w:val="0"/>
          <w:i w:val="0"/>
          <w:sz w:val="24"/>
        </w:rPr>
        <w:t>Petra looked again. Past the cloud line, barely visible at this distance, the small dark shapes that a landsman would have taken for debris or tricks of the early light. The black sails with their distinctive red stripe. He had not seen them. Brunow had seen them before he had finished the sentence about the storm.</w:t>
      </w:r>
    </w:p>
    <w:p>
      <w:pPr>
        <w:spacing w:before="0" w:after="0"/>
        <w:ind w:firstLine="480"/>
        <w:jc w:val="left"/>
      </w:pPr>
      <w:r>
        <w:rPr>
          <w:rFonts w:ascii="Garamond" w:hAnsi="Garamond" w:cs="Garamond"/>
          <w:b w:val="0"/>
          <w:i w:val="0"/>
          <w:sz w:val="24"/>
        </w:rPr>
        <w:t>That was why the King had chosen him.</w:t>
      </w:r>
    </w:p>
    <w:p>
      <w:pPr>
        <w:spacing w:before="0" w:after="0"/>
        <w:ind w:firstLine="480"/>
        <w:jc w:val="left"/>
      </w:pPr>
      <w:r>
        <w:rPr>
          <w:rFonts w:ascii="Garamond" w:hAnsi="Garamond" w:cs="Garamond"/>
          <w:b w:val="0"/>
          <w:i w:val="0"/>
          <w:sz w:val="24"/>
        </w:rPr>
        <w:t>Petra went down to the oar deck without being asked, found a bench, and sat down between two of his warriors. He took hold of the oar. The two men on either side of him registered his presence half a second too late, and when he pulled with his full weight on the first stroke both of them took the shaft in the chest and nearly left the bench.</w:t>
      </w:r>
    </w:p>
    <w:p>
      <w:pPr>
        <w:spacing w:before="0" w:after="0"/>
        <w:ind w:firstLine="480"/>
        <w:jc w:val="left"/>
      </w:pPr>
      <w:r>
        <w:rPr>
          <w:rFonts w:ascii="Garamond" w:hAnsi="Garamond" w:cs="Garamond"/>
          <w:b w:val="0"/>
          <w:i w:val="0"/>
          <w:sz w:val="24"/>
        </w:rPr>
        <w:t>“Row,“ he said, with what passed for patience in this situation, “or prepare to fight. Your choice.“</w:t>
      </w:r>
    </w:p>
    <w:p>
      <w:pPr>
        <w:spacing w:before="0" w:after="0"/>
        <w:ind w:firstLine="480"/>
        <w:jc w:val="left"/>
      </w:pPr>
      <w:r>
        <w:rPr>
          <w:rFonts w:ascii="Garamond" w:hAnsi="Garamond" w:cs="Garamond"/>
          <w:b w:val="0"/>
          <w:i w:val="0"/>
          <w:sz w:val="24"/>
        </w:rPr>
        <w:t>They rowed.</w:t>
      </w:r>
    </w:p>
    <w:p>
      <w:pPr>
        <w:spacing w:before="0" w:after="0"/>
        <w:ind w:firstLine="480"/>
        <w:jc w:val="left"/>
      </w:pPr>
      <w:r>
        <w:rPr>
          <w:rFonts w:ascii="Garamond" w:hAnsi="Garamond" w:cs="Garamond"/>
          <w:b w:val="0"/>
          <w:i w:val="0"/>
          <w:sz w:val="24"/>
        </w:rPr>
        <w:t>The ship turned. The sails swung and quartered and the Captain’s orders came down in short bursts from above as the rigging changed configuration around them. Petra pulled and did not look up. He was aware, in the way you become aware of things when your body is occupied and your mind is briefly free, that the black clouds to the west were moving faster than clouds had any natural reason to move. The wind that was driving the Sheeva back toward port was blowing from the southwest. The clouds were also coming from the southwest. The two things were not the same wind. The clouds were moving against it.</w:t>
      </w:r>
    </w:p>
    <w:p>
      <w:pPr>
        <w:spacing w:before="0" w:after="0"/>
        <w:ind w:firstLine="480"/>
        <w:jc w:val="left"/>
      </w:pPr>
      <w:r>
        <w:rPr>
          <w:rFonts w:ascii="Garamond" w:hAnsi="Garamond" w:cs="Garamond"/>
          <w:b w:val="0"/>
          <w:i w:val="0"/>
          <w:sz w:val="24"/>
        </w:rPr>
        <w:t>“There is corruption in the air,“ the warrior on his left said, not quietly.</w:t>
      </w:r>
    </w:p>
    <w:p>
      <w:pPr>
        <w:spacing w:before="0" w:after="0"/>
        <w:ind w:firstLine="480"/>
        <w:jc w:val="left"/>
      </w:pPr>
      <w:r>
        <w:rPr>
          <w:rFonts w:ascii="Garamond" w:hAnsi="Garamond" w:cs="Garamond"/>
          <w:b w:val="0"/>
          <w:i w:val="0"/>
          <w:sz w:val="24"/>
        </w:rPr>
        <w:t>“Yes.“ Petra kept his eyes forward and his weight on the oar. “I cannot help but feel that storm has something to do with the Prince.“</w:t>
      </w:r>
    </w:p>
    <w:p>
      <w:pPr>
        <w:spacing w:before="0" w:after="0"/>
        <w:ind w:firstLine="480"/>
        <w:jc w:val="left"/>
      </w:pPr>
      <w:r>
        <w:rPr>
          <w:rFonts w:ascii="Garamond" w:hAnsi="Garamond" w:cs="Garamond"/>
          <w:b w:val="0"/>
          <w:i w:val="0"/>
          <w:sz w:val="24"/>
        </w:rPr>
        <w:t>He said it quietly enough that only his bench could hear it. But he believed it, and believing it meant only one thing about the Estollian ships sitting between him and the horizon with the wind in their favor.</w:t>
      </w:r>
    </w:p>
    <w:p>
      <w:pPr>
        <w:spacing w:before="0" w:after="0"/>
        <w:ind w:firstLine="480"/>
        <w:jc w:val="left"/>
      </w:pPr>
      <w:r>
        <w:rPr>
          <w:rFonts w:ascii="Garamond" w:hAnsi="Garamond" w:cs="Garamond"/>
          <w:b w:val="0"/>
          <w:i w:val="0"/>
          <w:sz w:val="24"/>
        </w:rPr>
        <w:t>They were not an accident.</w:t>
      </w:r>
    </w:p>
    <w:p>
      <w:pPr>
        <w:spacing w:before="0" w:after="0"/>
        <w:ind w:firstLine="480"/>
        <w:jc w:val="left"/>
      </w:pPr>
      <w:r>
        <w:rPr>
          <w:rFonts w:ascii="Garamond" w:hAnsi="Garamond" w:cs="Garamond"/>
          <w:b w:val="0"/>
          <w:i w:val="0"/>
          <w:sz w:val="24"/>
        </w:rPr>
        <w:t>Nothing about this day was going to be an accident.</w:t>
      </w:r>
    </w:p>
    <w:p>
      <w:pPr>
        <w:spacing w:before="480" w:after="360"/>
        <w:ind w:firstLine="0"/>
        <w:jc w:val="center"/>
      </w:pPr>
      <w:r>
        <w:rPr>
          <w:rFonts w:ascii="Garamond" w:hAnsi="Garamond" w:cs="Garamond"/>
          <w:b/>
          <w:i w:val="0"/>
          <w:sz w:val="28"/>
        </w:rPr>
        <w:t>Chapter Nine</w:t>
      </w:r>
    </w:p>
    <w:p>
      <w:pPr>
        <w:spacing w:before="0" w:after="0"/>
        <w:ind w:firstLine="480"/>
        <w:jc w:val="left"/>
      </w:pPr>
      <w:r>
        <w:rPr>
          <w:rFonts w:ascii="Garamond" w:hAnsi="Garamond" w:cs="Garamond"/>
          <w:b w:val="0"/>
          <w:i w:val="0"/>
          <w:sz w:val="24"/>
        </w:rPr>
        <w:t>The night wind came down through the upper valley the way it always did at this hour, finding the gaps between the trees, lifting the dead fall from the ground and setting it spinning in slow, purposeless circles before letting it drop again. Kathiasio Weymar watched it from the hillside and tried, not for the first time, to decide whether what he was feeling was the wind or something moving through the wind. Something that had weight without mass. A pressure against the skin that had nothing to do with temperature.</w:t>
      </w:r>
    </w:p>
    <w:p>
      <w:pPr>
        <w:spacing w:before="0" w:after="0"/>
        <w:ind w:firstLine="480"/>
        <w:jc w:val="left"/>
      </w:pPr>
      <w:r>
        <w:rPr>
          <w:rFonts w:ascii="Garamond" w:hAnsi="Garamond" w:cs="Garamond"/>
          <w:b w:val="0"/>
          <w:i w:val="0"/>
          <w:sz w:val="24"/>
        </w:rPr>
        <w:t>The prophecy was moving. He had felt it for months now, building the way storms built over the eastern mountains, still distant but inevitable, already shaping the weather beneath them. He understood what it meant better than anyone on the island. He was not sure that was a comfort.</w:t>
      </w:r>
    </w:p>
    <w:p>
      <w:pPr>
        <w:spacing w:before="0" w:after="0"/>
        <w:ind w:firstLine="480"/>
        <w:jc w:val="left"/>
      </w:pPr>
      <w:r>
        <w:rPr>
          <w:rFonts w:ascii="Garamond" w:hAnsi="Garamond" w:cs="Garamond"/>
          <w:b w:val="0"/>
          <w:i w:val="0"/>
          <w:sz w:val="24"/>
        </w:rPr>
        <w:t>Five years. Five years of bringing the old manuscripts to his father and watching the King set them aside with the particular patience of a man who has decided that patience is the same as wisdom. Five years of the same conversation ending the same way: the King acknowledging that the texts were ancient and possibly significant and that the Council would review them in time, and Kathiasio leaving the chamber with the same cold weight in his chest he had carried in with him. His father was not a stupid man. He was a mortal man, which in this case amounted to the same problem. He could not feel what Kathiasio felt. He could not stand in the upper valley at the hour before dawn and know in his blood that something old was waking up and moving toward them and had already decided what it intended to do when it arrived.</w:t>
      </w:r>
    </w:p>
    <w:p>
      <w:pPr>
        <w:spacing w:before="0" w:after="0"/>
        <w:ind w:firstLine="480"/>
        <w:jc w:val="left"/>
      </w:pPr>
      <w:r>
        <w:rPr>
          <w:rFonts w:ascii="Garamond" w:hAnsi="Garamond" w:cs="Garamond"/>
          <w:b w:val="0"/>
          <w:i w:val="0"/>
          <w:sz w:val="24"/>
        </w:rPr>
        <w:t>If they did nothing, the prophecy would play out on the side of darkness. He had read the texts closely enough and long enough to understand that the balance between those two outcomes was not fixed. It could tip. It was designed to tip. The only question was which direction, and that answer depended entirely on choices that had not yet been made by people who did not yet know they would be making them.</w:t>
      </w:r>
    </w:p>
    <w:p>
      <w:pPr>
        <w:spacing w:before="0" w:after="0"/>
        <w:ind w:firstLine="480"/>
        <w:jc w:val="left"/>
      </w:pPr>
      <w:r>
        <w:rPr>
          <w:rFonts w:ascii="Garamond" w:hAnsi="Garamond" w:cs="Garamond"/>
          <w:b w:val="0"/>
          <w:i w:val="0"/>
          <w:sz w:val="24"/>
        </w:rPr>
        <w:t>He needed his father to act. And his father would not act without proof.</w:t>
      </w:r>
    </w:p>
    <w:p>
      <w:pPr>
        <w:spacing w:before="0" w:after="0"/>
        <w:ind w:firstLine="480"/>
        <w:jc w:val="left"/>
      </w:pPr>
      <w:r>
        <w:rPr>
          <w:rFonts w:ascii="Garamond" w:hAnsi="Garamond" w:cs="Garamond"/>
          <w:b w:val="0"/>
          <w:i w:val="0"/>
          <w:sz w:val="24"/>
        </w:rPr>
        <w:t>Kathiasio drew his roots from the ground.</w:t>
      </w:r>
    </w:p>
    <w:p>
      <w:pPr>
        <w:spacing w:before="0" w:after="0"/>
        <w:ind w:firstLine="480"/>
        <w:jc w:val="left"/>
      </w:pPr>
      <w:r>
        <w:rPr>
          <w:rFonts w:ascii="Garamond" w:hAnsi="Garamond" w:cs="Garamond"/>
          <w:b w:val="0"/>
          <w:i w:val="0"/>
          <w:sz w:val="24"/>
        </w:rPr>
        <w:t>It was a slow process, unhurried, a reversal of the settling-in that had taken most of the night. The roots came up through the soil the way they had gone down, following their own logic rather than his impatience, and he let them. He had learned early that the tree form did not respond well to urgency. It had its own relationship with time and if he fought it he simply tired himself and accomplished nothing. He was in a body that had grown up knowing two forms of itself, and each had things to teach the other. The tree had taught him patience, or at least the appearance of it. He was not sure the lesson had fully taken.</w:t>
      </w:r>
    </w:p>
    <w:p>
      <w:pPr>
        <w:spacing w:before="0" w:after="0"/>
        <w:ind w:firstLine="480"/>
        <w:jc w:val="left"/>
      </w:pPr>
      <w:r>
        <w:rPr>
          <w:rFonts w:ascii="Garamond" w:hAnsi="Garamond" w:cs="Garamond"/>
          <w:b w:val="0"/>
          <w:i w:val="0"/>
          <w:sz w:val="24"/>
        </w:rPr>
        <w:t>Only Pico knew he could do this. His father did not.</w:t>
      </w:r>
    </w:p>
    <w:p>
      <w:pPr>
        <w:spacing w:before="0" w:after="0"/>
        <w:ind w:firstLine="480"/>
        <w:jc w:val="left"/>
      </w:pPr>
      <w:r>
        <w:rPr>
          <w:rFonts w:ascii="Garamond" w:hAnsi="Garamond" w:cs="Garamond"/>
          <w:b w:val="0"/>
          <w:i w:val="0"/>
          <w:sz w:val="24"/>
        </w:rPr>
        <w:t>That was its own kind of weight. The King knew his son was different in ways that mattered, had always known it, but the specific nature of the difference had never been spoken plainly between them. Kathiasio was the Son of Light. Telecio’s texts named the designation but described nothing of what it felt like from the inside, nothing of the two forms pulling at each other, nothing of what it cost. Telling his father what he actually was would have required his father to believe in something he could not see or feel or measure, and that was precisely the problem they were already having about the prophecy. He was not sure the right moment existed.</w:t>
      </w:r>
    </w:p>
    <w:p>
      <w:pPr>
        <w:spacing w:before="0" w:after="0"/>
        <w:ind w:firstLine="480"/>
        <w:jc w:val="left"/>
      </w:pPr>
      <w:r>
        <w:rPr>
          <w:rFonts w:ascii="Garamond" w:hAnsi="Garamond" w:cs="Garamond"/>
          <w:b w:val="0"/>
          <w:i w:val="0"/>
          <w:sz w:val="24"/>
        </w:rPr>
        <w:t>He started down the valley toward the city.</w:t>
      </w:r>
    </w:p>
    <w:p>
      <w:pPr>
        <w:spacing w:before="0" w:after="0"/>
        <w:ind w:firstLine="480"/>
        <w:jc w:val="left"/>
      </w:pPr>
      <w:r>
        <w:rPr>
          <w:rFonts w:ascii="Garamond" w:hAnsi="Garamond" w:cs="Garamond"/>
          <w:b w:val="0"/>
          <w:i w:val="0"/>
          <w:sz w:val="24"/>
        </w:rPr>
        <w:t>Falos-Tal spread below him along the edge of the bay, its ancient walls catching the last of the moonlight, the towers pale against the dark water beyond. It was a beautiful city. Kathiasio had grown up inside its walls and had spent most of his adult life on its perimeter, which he suspected was the natural trajectory of anyone who took the old writings seriously. The closer you looked at what the texts described, the harder it became to stay comfortable inside walls.</w:t>
      </w:r>
    </w:p>
    <w:p>
      <w:pPr>
        <w:spacing w:before="0" w:after="0"/>
        <w:ind w:firstLine="480"/>
        <w:jc w:val="left"/>
      </w:pPr>
      <w:r>
        <w:rPr>
          <w:rFonts w:ascii="Garamond" w:hAnsi="Garamond" w:cs="Garamond"/>
          <w:b w:val="0"/>
          <w:i w:val="0"/>
          <w:sz w:val="24"/>
        </w:rPr>
        <w:t>Halar’s words turned in his head as he walked, the same line they always settled on when he stopped trying to direct his thinking. The two will become one in freedom. He had spent more time with that sentence than with any other in the manuscripts, turning it in different lights, trying different readings, and always arriving at the same place: he did not know who the second person was. The prophecy said his life was shared with another. It said the flowing tempest was the sign. It did not say a name, a face, a people. Only that they existed, and that without them freedom was not achievable, and that the timing was not arbitrary.</w:t>
      </w:r>
    </w:p>
    <w:p>
      <w:pPr>
        <w:spacing w:before="0" w:after="0"/>
        <w:ind w:firstLine="480"/>
        <w:jc w:val="left"/>
      </w:pPr>
      <w:r>
        <w:rPr>
          <w:rFonts w:ascii="Garamond" w:hAnsi="Garamond" w:cs="Garamond"/>
          <w:b w:val="0"/>
          <w:i w:val="0"/>
          <w:sz w:val="24"/>
        </w:rPr>
        <w:t>The timing was now.</w:t>
      </w:r>
    </w:p>
    <w:p>
      <w:pPr>
        <w:spacing w:before="0" w:after="0"/>
        <w:ind w:firstLine="480"/>
        <w:jc w:val="left"/>
      </w:pPr>
      <w:r>
        <w:rPr>
          <w:rFonts w:ascii="Garamond" w:hAnsi="Garamond" w:cs="Garamond"/>
          <w:b w:val="0"/>
          <w:i w:val="0"/>
          <w:sz w:val="24"/>
        </w:rPr>
        <w:t>That was what the wind was telling him, if he was reading it correctly. Something had been set in motion out in the wider world, something the island could not feel directly but could sense at its edges the way you sensed weather approaching over water. The prophecy of the Gods was beginning. He could feel it the way he felt the ground when his roots were down: not through reason but through the body, through the part of him that was older than thought.</w:t>
      </w:r>
    </w:p>
    <w:p>
      <w:pPr>
        <w:spacing w:before="0" w:after="0"/>
        <w:ind w:firstLine="480"/>
        <w:jc w:val="left"/>
      </w:pPr>
      <w:r>
        <w:rPr>
          <w:rFonts w:ascii="Garamond" w:hAnsi="Garamond" w:cs="Garamond"/>
          <w:b w:val="0"/>
          <w:i w:val="0"/>
          <w:sz w:val="24"/>
        </w:rPr>
        <w:t>He needed proof for his father. He needed the ancient manuscripts in Falos-Tal, the ones his sister had been cataloguing for the past three years in the deep archive that most of the court had forgotten existed. Pico had a gift for those texts that he did not fully understand, a way of reading across the different scripts and periods and finding the thread that ran through all of them, the argument the documents were making collectively that none of them made alone. If the proof his father needed existed anywhere, it was in that archive. And if Pico had not already found it, she was the only person on the island who could.</w:t>
      </w:r>
    </w:p>
    <w:p>
      <w:pPr>
        <w:spacing w:before="0" w:after="0"/>
        <w:ind w:firstLine="480"/>
        <w:jc w:val="left"/>
      </w:pPr>
      <w:r>
        <w:rPr>
          <w:rFonts w:ascii="Garamond" w:hAnsi="Garamond" w:cs="Garamond"/>
          <w:b w:val="0"/>
          <w:i w:val="0"/>
          <w:sz w:val="24"/>
        </w:rPr>
        <w:t>The valley narrowed as he descended, the trees pressing close on either side, the wind dropping as the slope fell away toward the lower ground. The city lights were visible now, warm against the dark. He moved through the last of the trees and onto the road that curved along the bay wall, and for a moment he stood still and looked out at the water.</w:t>
      </w:r>
    </w:p>
    <w:p>
      <w:pPr>
        <w:spacing w:before="0" w:after="0"/>
        <w:ind w:firstLine="480"/>
        <w:jc w:val="left"/>
      </w:pPr>
      <w:r>
        <w:rPr>
          <w:rFonts w:ascii="Garamond" w:hAnsi="Garamond" w:cs="Garamond"/>
          <w:b w:val="0"/>
          <w:i w:val="0"/>
          <w:sz w:val="24"/>
        </w:rPr>
        <w:t>The surface was wrong. Not rough, not disturbed by any wind he could feel. But moving in a way that did not match the night, a slow, deep current running against the tide, as if something very large was moving beneath it at a distance. He watched it for a long moment.</w:t>
      </w:r>
    </w:p>
    <w:p>
      <w:pPr>
        <w:spacing w:before="0" w:after="0"/>
        <w:ind w:firstLine="480"/>
        <w:jc w:val="left"/>
      </w:pPr>
      <w:r>
        <w:rPr>
          <w:rFonts w:ascii="Garamond" w:hAnsi="Garamond" w:cs="Garamond"/>
          <w:b w:val="0"/>
          <w:i w:val="0"/>
          <w:sz w:val="24"/>
        </w:rPr>
        <w:t>Then he turned back up the hill to where he had left his clothes folded at the base of the oak. That was the part of the transformation nobody wrote about in the old texts. Telecio, in all his divine instruction to his children, had neglected to mention what the Son of Light was supposed to do with his boots. Kathiasio dressed in the dark, tucked his shirt in, and came back down the road a second time.</w:t>
      </w:r>
    </w:p>
    <w:p>
      <w:pPr>
        <w:spacing w:before="0" w:after="0"/>
        <w:ind w:firstLine="480"/>
        <w:jc w:val="left"/>
      </w:pPr>
      <w:r>
        <w:rPr>
          <w:rFonts w:ascii="Garamond" w:hAnsi="Garamond" w:cs="Garamond"/>
          <w:b w:val="0"/>
          <w:i w:val="0"/>
          <w:sz w:val="24"/>
        </w:rPr>
        <w:t>He stepped off the road into the shadow of the wall and let the change come. It was faster going back than going down, the tree releasing him the way a fist opens, and when it was done he straightened his collar and walked through the gate.</w:t>
      </w:r>
    </w:p>
    <w:p>
      <w:pPr>
        <w:spacing w:before="0" w:after="0"/>
        <w:ind w:firstLine="480"/>
        <w:jc w:val="left"/>
      </w:pPr>
      <w:r>
        <w:rPr>
          <w:rFonts w:ascii="Garamond" w:hAnsi="Garamond" w:cs="Garamond"/>
          <w:b w:val="0"/>
          <w:i w:val="0"/>
          <w:sz w:val="24"/>
        </w:rPr>
        <w:t>He would find Pico. And together they would find the answer.</w:t>
      </w:r>
    </w:p>
    <w:p>
      <w:pPr>
        <w:spacing w:before="480" w:after="360"/>
        <w:ind w:firstLine="0"/>
        <w:jc w:val="center"/>
      </w:pPr>
      <w:r>
        <w:rPr>
          <w:rFonts w:ascii="Garamond" w:hAnsi="Garamond" w:cs="Garamond"/>
          <w:b/>
          <w:i w:val="0"/>
          <w:sz w:val="28"/>
        </w:rPr>
        <w:t>Chapter Ten</w:t>
      </w:r>
    </w:p>
    <w:p>
      <w:pPr>
        <w:spacing w:before="0" w:after="0"/>
        <w:ind w:firstLine="480"/>
        <w:jc w:val="left"/>
      </w:pPr>
      <w:r>
        <w:rPr>
          <w:rFonts w:ascii="Garamond" w:hAnsi="Garamond" w:cs="Garamond"/>
          <w:b w:val="0"/>
          <w:i w:val="0"/>
          <w:sz w:val="24"/>
        </w:rPr>
        <w:t>“Petra, we have a problem.“ The Captain’s voice came out ragged, as though he’d sprinted the length of the ship to say it.</w:t>
      </w:r>
    </w:p>
    <w:p>
      <w:pPr>
        <w:spacing w:before="0" w:after="0"/>
        <w:ind w:firstLine="480"/>
        <w:jc w:val="left"/>
      </w:pPr>
      <w:r>
        <w:rPr>
          <w:rFonts w:ascii="Garamond" w:hAnsi="Garamond" w:cs="Garamond"/>
          <w:b w:val="0"/>
          <w:i w:val="0"/>
          <w:sz w:val="24"/>
        </w:rPr>
        <w:t>Petra moved to the starboard rail. The two black-sailed warships were less than a quarter of a league away, and nothing about them looked right. Their sails stood full and taut, drinking the wind whole. His own ship tacked hard against it, quartering and losing ground with every beat. The storm clouds that rode above the Estollian fleet kept pace like a hunting pack, spreading their darkness over the water in a slow, deliberate stain.</w:t>
      </w:r>
    </w:p>
    <w:p>
      <w:pPr>
        <w:spacing w:before="0" w:after="0"/>
        <w:ind w:firstLine="480"/>
        <w:jc w:val="left"/>
      </w:pPr>
      <w:r>
        <w:rPr>
          <w:rFonts w:ascii="Garamond" w:hAnsi="Garamond" w:cs="Garamond"/>
          <w:b w:val="0"/>
          <w:i w:val="0"/>
          <w:sz w:val="24"/>
        </w:rPr>
        <w:t>He pulled against the oar until his shoulders burned, but he couldn’t shake the feeling something was wrong with the Prince, something separate from the ships closing on them, something deeper. He filed it away. The Estollians were near enough now that he could see their sailors on deck, blades already drawn.</w:t>
      </w:r>
    </w:p>
    <w:p>
      <w:pPr>
        <w:spacing w:before="0" w:after="0"/>
        <w:ind w:firstLine="480"/>
        <w:jc w:val="left"/>
      </w:pPr>
      <w:r>
        <w:rPr>
          <w:rFonts w:ascii="Garamond" w:hAnsi="Garamond" w:cs="Garamond"/>
          <w:b w:val="0"/>
          <w:i w:val="0"/>
          <w:sz w:val="24"/>
        </w:rPr>
        <w:t>Dogs, he thought. Bloodletting before survival.</w:t>
      </w:r>
    </w:p>
    <w:p>
      <w:pPr>
        <w:spacing w:before="0" w:after="0"/>
        <w:ind w:firstLine="480"/>
        <w:jc w:val="left"/>
      </w:pPr>
      <w:r>
        <w:rPr>
          <w:rFonts w:ascii="Garamond" w:hAnsi="Garamond" w:cs="Garamond"/>
          <w:b w:val="0"/>
          <w:i w:val="0"/>
          <w:sz w:val="24"/>
        </w:rPr>
        <w:t>“Captain,“ he called, “now would be the time for that famous sailor work of yours.“</w:t>
      </w:r>
    </w:p>
    <w:p>
      <w:pPr>
        <w:spacing w:before="0" w:after="0"/>
        <w:ind w:firstLine="480"/>
        <w:jc w:val="left"/>
      </w:pPr>
      <w:r>
        <w:rPr>
          <w:rFonts w:ascii="Garamond" w:hAnsi="Garamond" w:cs="Garamond"/>
          <w:b w:val="0"/>
          <w:i w:val="0"/>
          <w:sz w:val="24"/>
        </w:rPr>
        <w:t>Before Brunow could answer, the storm’s edge swept over them.</w:t>
      </w:r>
    </w:p>
    <w:p>
      <w:pPr>
        <w:spacing w:before="0" w:after="0"/>
        <w:ind w:firstLine="480"/>
        <w:jc w:val="left"/>
      </w:pPr>
      <w:r>
        <w:rPr>
          <w:rFonts w:ascii="Garamond" w:hAnsi="Garamond" w:cs="Garamond"/>
          <w:b w:val="0"/>
          <w:i w:val="0"/>
          <w:sz w:val="24"/>
        </w:rPr>
        <w:t>None of the men would remember a blow like it. The clouds rolled overhead and with them came the smell, thick, low, wrong in a way that had nothing to do with the sea. It clung to the back of the throat like rot. Then the squall hit. The wind shifted without warning, spilling their sail, and for a sickening moment the canvas sagged dead before it cracked back with violence enough to tear the mizzenmast from its mooring on the fore deck. Sail, mast, and three men went over the side into the dark water below.</w:t>
      </w:r>
    </w:p>
    <w:p>
      <w:pPr>
        <w:spacing w:before="0" w:after="0"/>
        <w:ind w:firstLine="480"/>
        <w:jc w:val="left"/>
      </w:pPr>
      <w:r>
        <w:rPr>
          <w:rFonts w:ascii="Garamond" w:hAnsi="Garamond" w:cs="Garamond"/>
          <w:b w:val="0"/>
          <w:i w:val="0"/>
          <w:sz w:val="24"/>
        </w:rPr>
        <w:t>Waves crashed across the oar deck. Three-hundred-pound men were swept from their benches like they weighed nothing. Petra abandoned his oar and fought his way aft toward Brunow, hauling himself hand over hand along the rail while the ship shuddered beneath him. Through the driving spray he could see the Estollian warships cutting through the swells without effort, as though the storm were carrying them rather than fighting them.</w:t>
      </w:r>
    </w:p>
    <w:p>
      <w:pPr>
        <w:spacing w:before="0" w:after="0"/>
        <w:ind w:firstLine="480"/>
        <w:jc w:val="left"/>
      </w:pPr>
      <w:r>
        <w:rPr>
          <w:rFonts w:ascii="Garamond" w:hAnsi="Garamond" w:cs="Garamond"/>
          <w:b w:val="0"/>
          <w:i w:val="0"/>
          <w:sz w:val="24"/>
        </w:rPr>
        <w:t>“Order your men to ready for boarding,“ Petra shouted over the wind. “Taking one of their ships is our only chance.“</w:t>
      </w:r>
    </w:p>
    <w:p>
      <w:pPr>
        <w:spacing w:before="0" w:after="0"/>
        <w:ind w:firstLine="480"/>
        <w:jc w:val="left"/>
      </w:pPr>
      <w:r>
        <w:rPr>
          <w:rFonts w:ascii="Garamond" w:hAnsi="Garamond" w:cs="Garamond"/>
          <w:b w:val="0"/>
          <w:i w:val="0"/>
          <w:sz w:val="24"/>
        </w:rPr>
        <w:t>Brunow nodded, but his eyes were on the hull. Water was coming in through open hatches, through the ragged hole where the mast had been, through a dozen seams that had held until tonight. He had believed they’d have time to batten down before the storm caught them. He saw now what that belief had cost. The truth landed on him the way cold water always does: sudden, total, merciless.</w:t>
      </w:r>
    </w:p>
    <w:p>
      <w:pPr>
        <w:spacing w:before="0" w:after="0"/>
        <w:ind w:firstLine="480"/>
        <w:jc w:val="left"/>
      </w:pPr>
      <w:r>
        <w:rPr>
          <w:rFonts w:ascii="Garamond" w:hAnsi="Garamond" w:cs="Garamond"/>
          <w:b w:val="0"/>
          <w:i w:val="0"/>
          <w:sz w:val="24"/>
        </w:rPr>
        <w:t>They were sinking.</w:t>
      </w:r>
    </w:p>
    <w:p>
      <w:pPr>
        <w:spacing w:before="480" w:after="360"/>
        <w:ind w:firstLine="0"/>
        <w:jc w:val="center"/>
      </w:pPr>
      <w:r>
        <w:rPr>
          <w:rFonts w:ascii="Garamond" w:hAnsi="Garamond" w:cs="Garamond"/>
          <w:b/>
          <w:i w:val="0"/>
          <w:sz w:val="28"/>
        </w:rPr>
        <w:t>Chapter Eleven</w:t>
      </w:r>
    </w:p>
    <w:p>
      <w:pPr>
        <w:spacing w:before="0" w:after="0"/>
        <w:ind w:firstLine="480"/>
        <w:jc w:val="left"/>
      </w:pPr>
      <w:r>
        <w:rPr>
          <w:rFonts w:ascii="Garamond" w:hAnsi="Garamond" w:cs="Garamond"/>
          <w:b w:val="0"/>
          <w:i w:val="0"/>
          <w:sz w:val="24"/>
        </w:rPr>
        <w:t>Eros was still hidden behind a dark mask of clouds, barely visible even to a child of Atula. The darkness had been a blessing. The great herds were taken completely by surprise, and Aries Tor and thousands of his kind had swept through them like a tide. It had been the feast Hessa promised. The start of a new age. A rebirth, and their reintroduction to Estos after an eternity of chains.</w:t>
      </w:r>
    </w:p>
    <w:p>
      <w:pPr>
        <w:spacing w:before="0" w:after="0"/>
        <w:ind w:firstLine="480"/>
        <w:jc w:val="left"/>
      </w:pPr>
      <w:r>
        <w:rPr>
          <w:rFonts w:ascii="Garamond" w:hAnsi="Garamond" w:cs="Garamond"/>
          <w:b w:val="0"/>
          <w:i w:val="0"/>
          <w:sz w:val="24"/>
        </w:rPr>
        <w:t>Aries Tor took his time now, surveying his kingdom from the night sky. Dawn was still hours away and there was no room left in his stomach for food. He had gorged well, and tomorrow he would add to the dung pile that separated his land from the children of Telecio. Soon, he knew, there would be no protective canopy over their small cities. Soon he would take what he truly wanted from them. Not their flesh. Their pride. He would rule over them as his ancestors had ruled, eons before the gods had decided the world belonged to someone else.</w:t>
      </w:r>
    </w:p>
    <w:p>
      <w:pPr>
        <w:spacing w:before="0" w:after="0"/>
        <w:ind w:firstLine="480"/>
        <w:jc w:val="left"/>
      </w:pPr>
      <w:r>
        <w:rPr>
          <w:rFonts w:ascii="Garamond" w:hAnsi="Garamond" w:cs="Garamond"/>
          <w:b w:val="0"/>
          <w:i w:val="0"/>
          <w:sz w:val="24"/>
        </w:rPr>
        <w:t>The night wind was strong and crisp, and he rode the thermals higher, easy and unhurried. His world was changing. He could feel it in the air the way a predator feels a shift before the prey knows anything has moved. The coming storm would sweep away the barriers the gods had placed on their minds when they locked them on this wretched island, and what had been sleeping would wake hungry.</w:t>
      </w:r>
    </w:p>
    <w:p>
      <w:pPr>
        <w:spacing w:before="0" w:after="0"/>
        <w:ind w:firstLine="480"/>
        <w:jc w:val="left"/>
      </w:pPr>
      <w:r>
        <w:rPr>
          <w:rFonts w:ascii="Garamond" w:hAnsi="Garamond" w:cs="Garamond"/>
          <w:b w:val="0"/>
          <w:i w:val="0"/>
          <w:sz w:val="24"/>
        </w:rPr>
        <w:t>It struck him as strange that it was Hessa who would free them, given that Atula himself had named her as the one who put them here. But that was how the circle worked. Everything came back around.</w:t>
      </w:r>
    </w:p>
    <w:p>
      <w:pPr>
        <w:spacing w:before="0" w:after="0"/>
        <w:ind w:firstLine="480"/>
        <w:jc w:val="left"/>
      </w:pPr>
      <w:r>
        <w:rPr>
          <w:rFonts w:ascii="Garamond" w:hAnsi="Garamond" w:cs="Garamond"/>
          <w:b w:val="0"/>
          <w:i w:val="0"/>
          <w:sz w:val="24"/>
        </w:rPr>
        <w:t>She had told them there was more required before they could leave. Humans were coming to the island, she said, and the dragons could feast on their flesh freely enough, but a few must be allowed to survive. At least for a time. The marked ones would carry a magic the dragons could see but the men themselves would not.</w:t>
      </w:r>
    </w:p>
    <w:p>
      <w:pPr>
        <w:spacing w:before="0" w:after="0"/>
        <w:ind w:firstLine="480"/>
        <w:jc w:val="left"/>
      </w:pPr>
      <w:r>
        <w:rPr>
          <w:rFonts w:ascii="Garamond" w:hAnsi="Garamond" w:cs="Garamond"/>
          <w:b w:val="0"/>
          <w:i w:val="0"/>
          <w:sz w:val="24"/>
        </w:rPr>
        <w:t>Aries Tor did not want to leave any of them alive. Every instinct he had was against it. But for the chance to escape this prison, he would hold back. For the chance to feed on the millions who would never set foot on his island. For the chance to reclaim Estos. For the chance to return to the Balance on his own terms.</w:t>
      </w:r>
    </w:p>
    <w:p>
      <w:pPr>
        <w:spacing w:before="0" w:after="0"/>
        <w:ind w:firstLine="480"/>
        <w:jc w:val="left"/>
      </w:pPr>
      <w:r>
        <w:rPr>
          <w:rFonts w:ascii="Garamond" w:hAnsi="Garamond" w:cs="Garamond"/>
          <w:b w:val="0"/>
          <w:i w:val="0"/>
          <w:sz w:val="24"/>
        </w:rPr>
        <w:t>He could wait.</w:t>
      </w:r>
    </w:p>
    <w:p>
      <w:pPr>
        <w:spacing w:before="480" w:after="360"/>
        <w:ind w:firstLine="0"/>
        <w:jc w:val="center"/>
      </w:pPr>
      <w:r>
        <w:rPr>
          <w:rFonts w:ascii="Garamond" w:hAnsi="Garamond" w:cs="Garamond"/>
          <w:b/>
          <w:i w:val="0"/>
          <w:sz w:val="28"/>
        </w:rPr>
        <w:t>Chapter Twelve</w:t>
      </w:r>
    </w:p>
    <w:p>
      <w:pPr>
        <w:spacing w:before="0" w:after="0"/>
        <w:ind w:firstLine="480"/>
        <w:jc w:val="left"/>
      </w:pPr>
      <w:r>
        <w:rPr>
          <w:rFonts w:ascii="Garamond" w:hAnsi="Garamond" w:cs="Garamond"/>
          <w:b w:val="0"/>
          <w:i w:val="0"/>
          <w:sz w:val="24"/>
        </w:rPr>
        <w:t>The Sheeva shuddered, pitching and rolling in the swells kicked up by the storm. Most of the crew had their weapons ready but were losing the fight to keep their footing on the slick, wave-washed deck. Petra clung to the port rail, shouting orders while he waited for the closest Estollian ship to come alongside.</w:t>
      </w:r>
    </w:p>
    <w:p>
      <w:pPr>
        <w:spacing w:before="0" w:after="0"/>
        <w:ind w:firstLine="480"/>
        <w:jc w:val="left"/>
      </w:pPr>
      <w:r>
        <w:rPr>
          <w:rFonts w:ascii="Garamond" w:hAnsi="Garamond" w:cs="Garamond"/>
          <w:b w:val="0"/>
          <w:i w:val="0"/>
          <w:sz w:val="24"/>
        </w:rPr>
        <w:t>Captain Brunow could see them clearly now. The great black mass closing on the port side still carried full sail. The ship to starboard had lost the wind and was falling behind, wallowing between the swells, her crew fighting for their own survival rather than anyone else’s. That bought them time. Forty men fewer to deal with, at least for now.</w:t>
      </w:r>
    </w:p>
    <w:p>
      <w:pPr>
        <w:spacing w:before="0" w:after="0"/>
        <w:ind w:firstLine="480"/>
        <w:jc w:val="left"/>
      </w:pPr>
      <w:r>
        <w:rPr>
          <w:rFonts w:ascii="Garamond" w:hAnsi="Garamond" w:cs="Garamond"/>
          <w:b w:val="0"/>
          <w:i w:val="0"/>
          <w:sz w:val="24"/>
        </w:rPr>
        <w:t>Brunow watched his crew pass out the grappling hooks. He had always found it better to do the attacking.</w:t>
      </w:r>
    </w:p>
    <w:p>
      <w:pPr>
        <w:spacing w:before="0" w:after="0"/>
        <w:ind w:firstLine="480"/>
        <w:jc w:val="left"/>
      </w:pPr>
      <w:r>
        <w:rPr>
          <w:rFonts w:ascii="Garamond" w:hAnsi="Garamond" w:cs="Garamond"/>
          <w:b w:val="0"/>
          <w:i w:val="0"/>
          <w:sz w:val="24"/>
        </w:rPr>
        <w:t>He ran the numbers quietly. Twenty veteran soldiers from the border wars, and thirteen sailors, no, ten now, all of them battle-hardened. The Estollians would not be expecting that. As the black sail filled his vision, he pushed the arithmetic aside and moved toward the knot of men fighting at the rail.</w:t>
      </w:r>
    </w:p>
    <w:p>
      <w:pPr>
        <w:spacing w:before="0" w:after="0"/>
        <w:ind w:firstLine="480"/>
        <w:jc w:val="left"/>
      </w:pPr>
      <w:r>
        <w:rPr>
          <w:rFonts w:ascii="Garamond" w:hAnsi="Garamond" w:cs="Garamond"/>
          <w:b w:val="0"/>
          <w:i w:val="0"/>
          <w:sz w:val="24"/>
        </w:rPr>
        <w:t>The Estollian ship cut through the last wave and came out of the wall of spray right alongside, sails dropping fast. Crossbow darts and grappling hooks were already flying both ways. The pirates had expected easy prey and found something else entirely.</w:t>
      </w:r>
    </w:p>
    <w:p>
      <w:pPr>
        <w:spacing w:before="0" w:after="0"/>
        <w:ind w:firstLine="480"/>
        <w:jc w:val="left"/>
      </w:pPr>
      <w:r>
        <w:rPr>
          <w:rFonts w:ascii="Garamond" w:hAnsi="Garamond" w:cs="Garamond"/>
          <w:b w:val="0"/>
          <w:i w:val="0"/>
          <w:sz w:val="24"/>
        </w:rPr>
        <w:t>Petra was already over the rail. He had grabbed a swing rope and crossed the gap before Brunow had time to shout a warning, landing on the Estollian deck with his broadsword drawn, moving through their sailors like water finding its own level. His men followed. The long swords that would tangle in rigging and rail in most shipboard fights became instruments of terrible grace in the hands of these soldiers. Short blades broke against them. The Estollians were driven back toward the fantail, step by step.</w:t>
      </w:r>
    </w:p>
    <w:p>
      <w:pPr>
        <w:spacing w:before="0" w:after="0"/>
        <w:ind w:firstLine="480"/>
        <w:jc w:val="left"/>
      </w:pPr>
      <w:r>
        <w:rPr>
          <w:rFonts w:ascii="Garamond" w:hAnsi="Garamond" w:cs="Garamond"/>
          <w:b w:val="0"/>
          <w:i w:val="0"/>
          <w:sz w:val="24"/>
        </w:rPr>
        <w:t>A crossbow dart jutted from Petra’s chest plate. He didn’t seem to notice.</w:t>
      </w:r>
    </w:p>
    <w:p>
      <w:pPr>
        <w:spacing w:before="0" w:after="0"/>
        <w:ind w:firstLine="480"/>
        <w:jc w:val="left"/>
      </w:pPr>
      <w:r>
        <w:rPr>
          <w:rFonts w:ascii="Garamond" w:hAnsi="Garamond" w:cs="Garamond"/>
          <w:b w:val="0"/>
          <w:i w:val="0"/>
          <w:sz w:val="24"/>
        </w:rPr>
        <w:t>Brunow climbed the rope net to the pirate ship and paused at the rail for a moment, looking back at the Sheeva. He had put a long stretch of ocean behind him on that old girl. It would be hard to leave her, but he would. One thing the sea had taught him: there was no future in looking at what was below the waves. The idea was to see what lay over the horizon.</w:t>
      </w:r>
    </w:p>
    <w:p>
      <w:pPr>
        <w:spacing w:before="0" w:after="0"/>
        <w:ind w:firstLine="480"/>
        <w:jc w:val="left"/>
      </w:pPr>
      <w:r>
        <w:rPr>
          <w:rFonts w:ascii="Garamond" w:hAnsi="Garamond" w:cs="Garamond"/>
          <w:b w:val="0"/>
          <w:i w:val="0"/>
          <w:sz w:val="24"/>
        </w:rPr>
        <w:t>Then he saw Orlick.</w:t>
      </w:r>
    </w:p>
    <w:p>
      <w:pPr>
        <w:spacing w:before="0" w:after="0"/>
        <w:ind w:firstLine="480"/>
        <w:jc w:val="left"/>
      </w:pPr>
      <w:r>
        <w:rPr>
          <w:rFonts w:ascii="Garamond" w:hAnsi="Garamond" w:cs="Garamond"/>
          <w:b w:val="0"/>
          <w:i w:val="0"/>
          <w:sz w:val="24"/>
        </w:rPr>
        <w:t>His first mate was backed against the starboard rail of the Sheeva, facing a large Estollian sailor. Not fighting. Retreating. Brunow had sailed with Orlick for years and had never once seen him back away from anything. The Estollian pointed toward his own ship and Orlick nodded, then looked up and found the Captain’s eyes.</w:t>
      </w:r>
    </w:p>
    <w:p>
      <w:pPr>
        <w:spacing w:before="0" w:after="0"/>
        <w:ind w:firstLine="480"/>
        <w:jc w:val="left"/>
      </w:pPr>
      <w:r>
        <w:rPr>
          <w:rFonts w:ascii="Garamond" w:hAnsi="Garamond" w:cs="Garamond"/>
          <w:b w:val="0"/>
          <w:i w:val="0"/>
          <w:sz w:val="24"/>
        </w:rPr>
        <w:t>The guilt was all there. Plain as weather.</w:t>
      </w:r>
    </w:p>
    <w:p>
      <w:pPr>
        <w:spacing w:before="0" w:after="0"/>
        <w:ind w:firstLine="480"/>
        <w:jc w:val="left"/>
      </w:pPr>
      <w:r>
        <w:rPr>
          <w:rFonts w:ascii="Garamond" w:hAnsi="Garamond" w:cs="Garamond"/>
          <w:b w:val="0"/>
          <w:i w:val="0"/>
          <w:sz w:val="24"/>
        </w:rPr>
        <w:t>It explained the mysterious death of the old first mate years ago. It explained Orlick’s wealth, which had never quite added up. It explained all of Brunow’s success in the Middle Sea, built on information fed upstream to a man who had been playing both sides since the beginning. Kakollian had placed him there, patient as stone, waiting for a mission worth burning.</w:t>
      </w:r>
    </w:p>
    <w:p>
      <w:pPr>
        <w:spacing w:before="0" w:after="0"/>
        <w:ind w:firstLine="480"/>
        <w:jc w:val="left"/>
      </w:pPr>
      <w:r>
        <w:rPr>
          <w:rFonts w:ascii="Garamond" w:hAnsi="Garamond" w:cs="Garamond"/>
          <w:b w:val="0"/>
          <w:i w:val="0"/>
          <w:sz w:val="24"/>
        </w:rPr>
        <w:t>This was it. The Estollians shouldn’t be this far north. They shouldn’t be out of the Middle Sea at all. Someone had told Kakollian about the rescue mission, and now Brunow understood who, and why they had been intercepted here rather than in deeper waters where a heavy keel would have finished them quickly.</w:t>
      </w:r>
    </w:p>
    <w:p>
      <w:pPr>
        <w:spacing w:before="0" w:after="0"/>
        <w:ind w:firstLine="480"/>
        <w:jc w:val="left"/>
      </w:pPr>
      <w:r>
        <w:rPr>
          <w:rFonts w:ascii="Garamond" w:hAnsi="Garamond" w:cs="Garamond"/>
          <w:b w:val="0"/>
          <w:i w:val="0"/>
          <w:sz w:val="24"/>
        </w:rPr>
        <w:t>He felt a twinge of regret as the Estollian’s sword took Orlick across the head.</w:t>
      </w:r>
    </w:p>
    <w:p>
      <w:pPr>
        <w:spacing w:before="0" w:after="0"/>
        <w:ind w:firstLine="480"/>
        <w:jc w:val="left"/>
      </w:pPr>
      <w:r>
        <w:rPr>
          <w:rFonts w:ascii="Garamond" w:hAnsi="Garamond" w:cs="Garamond"/>
          <w:b w:val="0"/>
          <w:i w:val="0"/>
          <w:sz w:val="24"/>
        </w:rPr>
        <w:t>“You got off light,“ Brunow said quietly, and climbed the rest of the way onto the pirate ship.</w:t>
      </w:r>
    </w:p>
    <w:p>
      <w:pPr>
        <w:spacing w:before="0" w:after="0"/>
        <w:ind w:firstLine="480"/>
        <w:jc w:val="left"/>
      </w:pPr>
      <w:r>
        <w:rPr>
          <w:rFonts w:ascii="Garamond" w:hAnsi="Garamond" w:cs="Garamond"/>
          <w:b w:val="0"/>
          <w:i w:val="0"/>
          <w:sz w:val="24"/>
        </w:rPr>
        <w:t>He was moving for cover when the wind changed without warning, violent and absolute. It tore the Estollian ship away from the Sheeva and took most of the port rail with it, along with the Sheeva’s mainmast. Brunow turned in time to see his ship lift her rudder into the air in a final salute before the sea took her.</w:t>
      </w:r>
    </w:p>
    <w:p>
      <w:pPr>
        <w:spacing w:before="0" w:after="0"/>
        <w:ind w:firstLine="480"/>
        <w:jc w:val="left"/>
      </w:pPr>
      <w:r>
        <w:rPr>
          <w:rFonts w:ascii="Garamond" w:hAnsi="Garamond" w:cs="Garamond"/>
          <w:b w:val="0"/>
          <w:i w:val="0"/>
          <w:sz w:val="24"/>
        </w:rPr>
        <w:t>He stood there a moment. Then he turned forward.</w:t>
      </w:r>
    </w:p>
    <w:p>
      <w:pPr>
        <w:spacing w:before="0" w:after="0"/>
        <w:ind w:firstLine="480"/>
        <w:jc w:val="left"/>
      </w:pPr>
      <w:r>
        <w:rPr>
          <w:rFonts w:ascii="Garamond" w:hAnsi="Garamond" w:cs="Garamond"/>
          <w:b w:val="0"/>
          <w:i w:val="0"/>
          <w:sz w:val="24"/>
        </w:rPr>
        <w:t>A sphere of blue fire hovered at the bow where no one had been standing. Inside it, a woman held her arms wide, her voice rising clear and sharp above the shriek of the wind, calling out to the storm as though it owed her an answer. Lightning answered instead, a brilliant bolt that found the black mast and split it down the center. Embers scattered and vanished.</w:t>
      </w:r>
    </w:p>
    <w:p>
      <w:pPr>
        <w:spacing w:before="0" w:after="0"/>
        <w:ind w:firstLine="480"/>
        <w:jc w:val="left"/>
      </w:pPr>
      <w:r>
        <w:rPr>
          <w:rFonts w:ascii="Garamond" w:hAnsi="Garamond" w:cs="Garamond"/>
          <w:b w:val="0"/>
          <w:i w:val="0"/>
          <w:sz w:val="24"/>
        </w:rPr>
        <w:t>“Hessa.“ Petra said it quietly, already moving toward her.</w:t>
      </w:r>
    </w:p>
    <w:p>
      <w:pPr>
        <w:spacing w:before="0" w:after="0"/>
        <w:ind w:firstLine="480"/>
        <w:jc w:val="left"/>
      </w:pPr>
      <w:r>
        <w:rPr>
          <w:rFonts w:ascii="Garamond" w:hAnsi="Garamond" w:cs="Garamond"/>
          <w:b w:val="0"/>
          <w:i w:val="0"/>
          <w:sz w:val="24"/>
        </w:rPr>
        <w:t>Then the winds died. He stopped.</w:t>
      </w:r>
    </w:p>
    <w:p>
      <w:pPr>
        <w:spacing w:before="0" w:after="0"/>
        <w:ind w:firstLine="480"/>
        <w:jc w:val="left"/>
      </w:pPr>
      <w:r>
        <w:rPr>
          <w:rFonts w:ascii="Garamond" w:hAnsi="Garamond" w:cs="Garamond"/>
          <w:b w:val="0"/>
          <w:i w:val="0"/>
          <w:sz w:val="24"/>
        </w:rPr>
        <w:t>The woman turned, and for a moment Brunow saw something in her narrow, darkened eyes that he had not expected to see there. Fear. Petra saw it too and started toward her again.</w:t>
      </w:r>
    </w:p>
    <w:p>
      <w:pPr>
        <w:spacing w:before="0" w:after="0"/>
        <w:ind w:firstLine="480"/>
        <w:jc w:val="left"/>
      </w:pPr>
      <w:r>
        <w:rPr>
          <w:rFonts w:ascii="Garamond" w:hAnsi="Garamond" w:cs="Garamond"/>
          <w:b w:val="0"/>
          <w:i w:val="0"/>
          <w:sz w:val="24"/>
        </w:rPr>
        <w:t>The rainbow hit them before he took three steps.</w:t>
      </w:r>
    </w:p>
    <w:p>
      <w:pPr>
        <w:spacing w:before="0" w:after="0"/>
        <w:ind w:firstLine="480"/>
        <w:jc w:val="left"/>
      </w:pPr>
      <w:r>
        <w:rPr>
          <w:rFonts w:ascii="Garamond" w:hAnsi="Garamond" w:cs="Garamond"/>
          <w:b w:val="0"/>
          <w:i w:val="0"/>
          <w:sz w:val="24"/>
        </w:rPr>
        <w:t>It came flashing out of the southeast, a shimmering wall of color that swept over the ship and vanished to the northwest in less than a heartbeat. The wind that followed it was not a gust. It was a force. Petra left his feet and hit the aft cabin wall hard, dropping to the deck without moving.</w:t>
      </w:r>
    </w:p>
    <w:p>
      <w:pPr>
        <w:spacing w:before="0" w:after="0"/>
        <w:ind w:firstLine="480"/>
        <w:jc w:val="left"/>
      </w:pPr>
      <w:r>
        <w:rPr>
          <w:rFonts w:ascii="Garamond" w:hAnsi="Garamond" w:cs="Garamond"/>
          <w:b w:val="0"/>
          <w:i w:val="0"/>
          <w:sz w:val="24"/>
        </w:rPr>
        <w:t>The ship swung her bow away from whatever had just passed and began to run before it, faster than Brunow had ever seen a vessel move, fast enough that the hull barely seemed to touch the water. The sails were still down. It didn’t matter.</w:t>
      </w:r>
    </w:p>
    <w:p>
      <w:pPr>
        <w:spacing w:before="0" w:after="0"/>
        <w:ind w:firstLine="480"/>
        <w:jc w:val="left"/>
      </w:pPr>
      <w:r>
        <w:rPr>
          <w:rFonts w:ascii="Garamond" w:hAnsi="Garamond" w:cs="Garamond"/>
          <w:b w:val="0"/>
          <w:i w:val="0"/>
          <w:sz w:val="24"/>
        </w:rPr>
        <w:t>Petra’s body rolled to port and fetched up against what remained of the rail. Brunow crossed the deck on hands and knees, retrieved the big sword, and used a length of line to lash the big man in place. He called to the others to do the same.</w:t>
      </w:r>
    </w:p>
    <w:p>
      <w:pPr>
        <w:spacing w:before="0" w:after="0"/>
        <w:ind w:firstLine="480"/>
        <w:jc w:val="left"/>
      </w:pPr>
      <w:r>
        <w:rPr>
          <w:rFonts w:ascii="Garamond" w:hAnsi="Garamond" w:cs="Garamond"/>
          <w:b w:val="0"/>
          <w:i w:val="0"/>
          <w:sz w:val="24"/>
        </w:rPr>
        <w:t>When he looked up, the blue fire of Hessa still burned at the bow, steady against the spray, unshaken by whatever force had just rearranged the sky. How she stayed there Brunow could not say. But he knew what it meant. The woman they had crossed half a sea to find was the source of the evil they had felt bearing down on them since the storm began.</w:t>
      </w:r>
    </w:p>
    <w:p>
      <w:pPr>
        <w:spacing w:before="0" w:after="0"/>
        <w:ind w:firstLine="480"/>
        <w:jc w:val="left"/>
      </w:pPr>
      <w:r>
        <w:rPr>
          <w:rFonts w:ascii="Garamond" w:hAnsi="Garamond" w:cs="Garamond"/>
          <w:b w:val="0"/>
          <w:i w:val="0"/>
          <w:sz w:val="24"/>
        </w:rPr>
        <w:t>They had been sailing toward her the whole time.</w:t>
      </w:r>
    </w:p>
    <w:p>
      <w:pPr>
        <w:spacing w:before="480" w:after="360"/>
        <w:ind w:firstLine="0"/>
        <w:jc w:val="center"/>
      </w:pPr>
      <w:r>
        <w:rPr>
          <w:rFonts w:ascii="Garamond" w:hAnsi="Garamond" w:cs="Garamond"/>
          <w:b/>
          <w:i w:val="0"/>
          <w:sz w:val="28"/>
        </w:rPr>
        <w:t>Chapter Thirteen</w:t>
      </w:r>
    </w:p>
    <w:p>
      <w:pPr>
        <w:spacing w:before="0" w:after="0"/>
        <w:ind w:firstLine="480"/>
        <w:jc w:val="left"/>
      </w:pPr>
      <w:r>
        <w:rPr>
          <w:rFonts w:ascii="Garamond" w:hAnsi="Garamond" w:cs="Garamond"/>
          <w:b w:val="0"/>
          <w:i w:val="0"/>
          <w:sz w:val="24"/>
        </w:rPr>
        <w:t>Jess Toldro and her brother Jolano pulled themselves to their feet on the battlements of the Valorian palace, watching the rainbow wave disappear into the west. They had felt it coming before it arrived, both in their bodies and on some deeper level they had no name for. They had reached the fortress wall just as it passed overhead, and the wind behind it had taken their legs out from under them before they could brace.</w:t>
      </w:r>
    </w:p>
    <w:p>
      <w:pPr>
        <w:spacing w:before="0" w:after="0"/>
        <w:ind w:firstLine="480"/>
        <w:jc w:val="left"/>
      </w:pPr>
      <w:r>
        <w:rPr>
          <w:rFonts w:ascii="Garamond" w:hAnsi="Garamond" w:cs="Garamond"/>
          <w:b w:val="0"/>
          <w:i w:val="0"/>
          <w:sz w:val="24"/>
        </w:rPr>
        <w:t>The power wave spread across the sky in a single arc from horizon to horizon, and then it was gone, and in its wake the city below began to burn.</w:t>
      </w:r>
    </w:p>
    <w:p>
      <w:pPr>
        <w:spacing w:before="0" w:after="0"/>
        <w:ind w:firstLine="480"/>
        <w:jc w:val="left"/>
      </w:pPr>
      <w:r>
        <w:rPr>
          <w:rFonts w:ascii="Garamond" w:hAnsi="Garamond" w:cs="Garamond"/>
          <w:b w:val="0"/>
          <w:i w:val="0"/>
          <w:sz w:val="24"/>
        </w:rPr>
        <w:t>The wind had scattered cooking fires through the streets. Homes along the waterfront were broken open. Fishing vessels lay overturned in the harbor, and merchant goods were strewn from the docks to the wooded hillside west of the city. The night was giving way to dawn and Jess understood, watching the fires spread, that one age was giving way to another.</w:t>
      </w:r>
    </w:p>
    <w:p>
      <w:pPr>
        <w:spacing w:before="0" w:after="0"/>
        <w:ind w:firstLine="480"/>
        <w:jc w:val="left"/>
      </w:pPr>
      <w:r>
        <w:rPr>
          <w:rFonts w:ascii="Garamond" w:hAnsi="Garamond" w:cs="Garamond"/>
          <w:b w:val="0"/>
          <w:i w:val="0"/>
          <w:sz w:val="24"/>
        </w:rPr>
        <w:t>“So it begins,“ she said.</w:t>
      </w:r>
    </w:p>
    <w:p>
      <w:pPr>
        <w:spacing w:before="0" w:after="0"/>
        <w:ind w:firstLine="480"/>
        <w:jc w:val="left"/>
      </w:pPr>
      <w:r>
        <w:rPr>
          <w:rFonts w:ascii="Garamond" w:hAnsi="Garamond" w:cs="Garamond"/>
          <w:b w:val="0"/>
          <w:i w:val="0"/>
          <w:sz w:val="24"/>
        </w:rPr>
        <w:t>“The prophecy?“ Jolano said from beside her, gripping his elbow where he had landed on it.</w:t>
      </w:r>
    </w:p>
    <w:p>
      <w:pPr>
        <w:spacing w:before="0" w:after="0"/>
        <w:ind w:firstLine="480"/>
        <w:jc w:val="left"/>
      </w:pPr>
      <w:r>
        <w:rPr>
          <w:rFonts w:ascii="Garamond" w:hAnsi="Garamond" w:cs="Garamond"/>
          <w:b w:val="0"/>
          <w:i w:val="0"/>
          <w:sz w:val="24"/>
        </w:rPr>
        <w:t>“What else could it mean?“ She took his arm in her hands and let the gift of light move through her fingers into the joint, knitting the damage quietly. “A flowing tempest, power on the air does ride. It is all in there.“</w:t>
      </w:r>
    </w:p>
    <w:p>
      <w:pPr>
        <w:spacing w:before="0" w:after="0"/>
        <w:ind w:firstLine="480"/>
        <w:jc w:val="left"/>
      </w:pPr>
      <w:r>
        <w:rPr>
          <w:rFonts w:ascii="Garamond" w:hAnsi="Garamond" w:cs="Garamond"/>
          <w:b w:val="0"/>
          <w:i w:val="0"/>
          <w:sz w:val="24"/>
        </w:rPr>
        <w:t>“We cannot be sure yet.“ He said it even though he knew she was right.</w:t>
      </w:r>
    </w:p>
    <w:p>
      <w:pPr>
        <w:spacing w:before="0" w:after="0"/>
        <w:ind w:firstLine="480"/>
        <w:jc w:val="left"/>
      </w:pPr>
      <w:r>
        <w:rPr>
          <w:rFonts w:ascii="Garamond" w:hAnsi="Garamond" w:cs="Garamond"/>
          <w:b w:val="0"/>
          <w:i w:val="0"/>
          <w:sz w:val="24"/>
        </w:rPr>
        <w:t>“Then we proceed as if we are sure, because we cannot afford to be wrong.“ She looked down at the streets below, where soldiers and craftsmen were already pulling at the wreckage, following the sound of voices trapped beneath. “First we stop the fires. Then we supply the tunnels. If this is the beginning we must face the possibility that our star will fail.“</w:t>
      </w:r>
    </w:p>
    <w:p>
      <w:pPr>
        <w:spacing w:before="0" w:after="0"/>
        <w:ind w:firstLine="480"/>
        <w:jc w:val="left"/>
      </w:pPr>
      <w:r>
        <w:rPr>
          <w:rFonts w:ascii="Garamond" w:hAnsi="Garamond" w:cs="Garamond"/>
          <w:b w:val="0"/>
          <w:i w:val="0"/>
          <w:sz w:val="24"/>
        </w:rPr>
        <w:t>Jolano went still. The wall shook beneath their feet, a deep rumble rising from the ground, cracks spreading through the old foundation stones. Screams carried up from the streets.</w:t>
      </w:r>
    </w:p>
    <w:p>
      <w:pPr>
        <w:spacing w:before="0" w:after="0"/>
        <w:ind w:firstLine="480"/>
        <w:jc w:val="left"/>
      </w:pPr>
      <w:r>
        <w:rPr>
          <w:rFonts w:ascii="Garamond" w:hAnsi="Garamond" w:cs="Garamond"/>
          <w:b w:val="0"/>
          <w:i w:val="0"/>
          <w:sz w:val="24"/>
        </w:rPr>
        <w:t>“It cannot fail,“ he said. “It has never failed. The Gods gave it to us.“</w:t>
      </w:r>
    </w:p>
    <w:p>
      <w:pPr>
        <w:spacing w:before="0" w:after="0"/>
        <w:ind w:firstLine="480"/>
        <w:jc w:val="left"/>
      </w:pPr>
      <w:r>
        <w:rPr>
          <w:rFonts w:ascii="Garamond" w:hAnsi="Garamond" w:cs="Garamond"/>
          <w:b w:val="0"/>
          <w:i w:val="0"/>
          <w:sz w:val="24"/>
        </w:rPr>
        <w:t>“They can fail. It will fail, if it has not already.“ She kept her voice even. “Now gather your men and help where you can. We must prepare the people.“</w:t>
      </w:r>
    </w:p>
    <w:p>
      <w:pPr>
        <w:spacing w:before="0" w:after="0"/>
        <w:ind w:firstLine="480"/>
        <w:jc w:val="left"/>
      </w:pPr>
      <w:r>
        <w:rPr>
          <w:rFonts w:ascii="Garamond" w:hAnsi="Garamond" w:cs="Garamond"/>
          <w:b w:val="0"/>
          <w:i w:val="0"/>
          <w:sz w:val="24"/>
        </w:rPr>
        <w:t>He started toward the stairs, then stopped. “What about your husband’s people? The Alterians have a star.“</w:t>
      </w:r>
    </w:p>
    <w:p>
      <w:pPr>
        <w:spacing w:before="0" w:after="0"/>
        <w:ind w:firstLine="480"/>
        <w:jc w:val="left"/>
      </w:pPr>
      <w:r>
        <w:rPr>
          <w:rFonts w:ascii="Garamond" w:hAnsi="Garamond" w:cs="Garamond"/>
          <w:b w:val="0"/>
          <w:i w:val="0"/>
          <w:sz w:val="24"/>
        </w:rPr>
        <w:t>“Their star will fail as well.“</w:t>
      </w:r>
    </w:p>
    <w:p>
      <w:pPr>
        <w:spacing w:before="0" w:after="0"/>
        <w:ind w:firstLine="480"/>
        <w:jc w:val="left"/>
      </w:pPr>
      <w:r>
        <w:rPr>
          <w:rFonts w:ascii="Garamond" w:hAnsi="Garamond" w:cs="Garamond"/>
          <w:b w:val="0"/>
          <w:i w:val="0"/>
          <w:sz w:val="24"/>
        </w:rPr>
        <w:t>“It is younger. It may hold longer.“</w:t>
      </w:r>
    </w:p>
    <w:p>
      <w:pPr>
        <w:spacing w:before="0" w:after="0"/>
        <w:ind w:firstLine="480"/>
        <w:jc w:val="left"/>
      </w:pPr>
      <w:r>
        <w:rPr>
          <w:rFonts w:ascii="Garamond" w:hAnsi="Garamond" w:cs="Garamond"/>
          <w:b w:val="0"/>
          <w:i w:val="0"/>
          <w:sz w:val="24"/>
        </w:rPr>
        <w:t>“And you think they will share it with us?“ The anger came through before she could stop it.</w:t>
      </w:r>
    </w:p>
    <w:p>
      <w:pPr>
        <w:spacing w:before="0" w:after="0"/>
        <w:ind w:firstLine="480"/>
        <w:jc w:val="left"/>
      </w:pPr>
      <w:r>
        <w:rPr>
          <w:rFonts w:ascii="Garamond" w:hAnsi="Garamond" w:cs="Garamond"/>
          <w:b w:val="0"/>
          <w:i w:val="0"/>
          <w:sz w:val="24"/>
        </w:rPr>
        <w:t>Jolano’s jaw tightened. “Then we take it.“</w:t>
      </w:r>
    </w:p>
    <w:p>
      <w:pPr>
        <w:spacing w:before="0" w:after="0"/>
        <w:ind w:firstLine="480"/>
        <w:jc w:val="left"/>
      </w:pPr>
      <w:r>
        <w:rPr>
          <w:rFonts w:ascii="Garamond" w:hAnsi="Garamond" w:cs="Garamond"/>
          <w:b w:val="0"/>
          <w:i w:val="0"/>
          <w:sz w:val="24"/>
        </w:rPr>
        <w:t>“Go,“ she said. “Help our people.“</w:t>
      </w:r>
    </w:p>
    <w:p>
      <w:pPr>
        <w:spacing w:before="0" w:after="0"/>
        <w:ind w:firstLine="480"/>
        <w:jc w:val="left"/>
      </w:pPr>
      <w:r>
        <w:rPr>
          <w:rFonts w:ascii="Garamond" w:hAnsi="Garamond" w:cs="Garamond"/>
          <w:b w:val="0"/>
          <w:i w:val="0"/>
          <w:sz w:val="24"/>
        </w:rPr>
        <w:t>He went. Jess turned back to the waterfront fires, watching them move through the fishing quarter the way all bad things move, finding the gaps, taking what was left unguarded.</w:t>
      </w:r>
    </w:p>
    <w:p>
      <w:pPr>
        <w:spacing w:before="0" w:after="0"/>
        <w:ind w:firstLine="480"/>
        <w:jc w:val="left"/>
      </w:pPr>
      <w:r>
        <w:rPr>
          <w:rFonts w:ascii="Garamond" w:hAnsi="Garamond" w:cs="Garamond"/>
          <w:b w:val="0"/>
          <w:i w:val="0"/>
          <w:sz w:val="24"/>
        </w:rPr>
        <w:t>“Telecio,“ she said quietly. “Father. Help us.“</w:t>
      </w:r>
    </w:p>
    <w:p>
      <w:pPr>
        <w:spacing w:before="480" w:after="360"/>
        <w:ind w:firstLine="0"/>
        <w:jc w:val="center"/>
      </w:pPr>
      <w:r>
        <w:rPr>
          <w:rFonts w:ascii="Garamond" w:hAnsi="Garamond" w:cs="Garamond"/>
          <w:b/>
          <w:i w:val="0"/>
          <w:sz w:val="28"/>
        </w:rPr>
        <w:t>Chapter Fourteen</w:t>
      </w:r>
    </w:p>
    <w:p>
      <w:pPr>
        <w:spacing w:before="0" w:after="0"/>
        <w:ind w:firstLine="480"/>
        <w:jc w:val="left"/>
      </w:pPr>
      <w:r>
        <w:rPr>
          <w:rFonts w:ascii="Garamond" w:hAnsi="Garamond" w:cs="Garamond"/>
          <w:b w:val="0"/>
          <w:i w:val="0"/>
          <w:sz w:val="24"/>
        </w:rPr>
        <w:t>The sun burned through his ear and spray soaked his legs to the knee. The sky was wild with color, lightning cracking through the air in every direction. There on the bow of the sinking ship was an old woman glowing blue, shrieking at the wind with her arms spread wide, floating above the deck as though the hurricane beneath her was nothing. Petra felt the warm trickle of blood on his cheek. He saw Captain Brunow clutching the rail, fighting to keep from going over. He leaned to grab the older man but his sword was pinned under the black mast and he couldn’t reach. A wave of raw power, not wind, not water, hit Brunow full in the chest and took him into the swirling dark of the old woman’s cloak, her white hair, the foam of every wave…</w:t>
      </w:r>
    </w:p>
    <w:p>
      <w:pPr>
        <w:spacing w:before="0" w:after="0"/>
        <w:ind w:firstLine="480"/>
        <w:jc w:val="left"/>
      </w:pPr>
      <w:r>
        <w:rPr>
          <w:rFonts w:ascii="Garamond" w:hAnsi="Garamond" w:cs="Garamond"/>
          <w:b w:val="0"/>
          <w:i w:val="0"/>
          <w:sz w:val="24"/>
        </w:rPr>
        <w:t>“Hessa.“ Petra whispered, and brushed at the crab picking at his face.</w:t>
      </w:r>
    </w:p>
    <w:p>
      <w:pPr>
        <w:spacing w:before="0" w:after="0"/>
        <w:ind w:firstLine="480"/>
        <w:jc w:val="left"/>
      </w:pPr>
      <w:r>
        <w:rPr>
          <w:rFonts w:ascii="Garamond" w:hAnsi="Garamond" w:cs="Garamond"/>
          <w:b w:val="0"/>
          <w:i w:val="0"/>
          <w:sz w:val="24"/>
        </w:rPr>
        <w:t>He tried to sit up and found himself tied to the shattered remnants of a rail. The beach. He was on a beach. He cut the line with his belt knife and pushed himself upright, which turned the pounding in his head into something close to agony. The dream broke apart as the pain crowded in. He brushed a dozen crabs from his chest and legs before he noticed the body beside him.</w:t>
      </w:r>
    </w:p>
    <w:p>
      <w:pPr>
        <w:spacing w:before="0" w:after="0"/>
        <w:ind w:firstLine="480"/>
        <w:jc w:val="left"/>
      </w:pPr>
      <w:r>
        <w:rPr>
          <w:rFonts w:ascii="Garamond" w:hAnsi="Garamond" w:cs="Garamond"/>
          <w:b w:val="0"/>
          <w:i w:val="0"/>
          <w:sz w:val="24"/>
        </w:rPr>
        <w:t>It was an Estollian, half-buried in black sand and draped with seaweed. Petra rolled him onto his back and crabs scattered in every direction. A large one slipped from the chest cavity with a piece of meat in its claw, a smaller crab riding along on that. The man had been nearly bitten in half. Petra got to his feet, still brushing hard-shelled creatures from his shoulders, and looked around.</w:t>
      </w:r>
    </w:p>
    <w:p>
      <w:pPr>
        <w:spacing w:before="0" w:after="0"/>
        <w:ind w:firstLine="480"/>
        <w:jc w:val="left"/>
      </w:pPr>
      <w:r>
        <w:rPr>
          <w:rFonts w:ascii="Garamond" w:hAnsi="Garamond" w:cs="Garamond"/>
          <w:b w:val="0"/>
          <w:i w:val="0"/>
          <w:sz w:val="24"/>
        </w:rPr>
        <w:t>Black sand beach. A small forest of broad-leafed trees between him and cliffs of black glass that climbed until they vanished in cloud. Wreckage from the warship stretched along the shore for miles, some of it hidden in a thick mist that seemed to breathe, pulsing in and out with the waves. Half a mile off, the Estollian’s black mast jutted from the sand, tattered sail snapping in the breeze, the sound of it bouncing sharp off the glass cliffs.</w:t>
      </w:r>
    </w:p>
    <w:p>
      <w:pPr>
        <w:spacing w:before="0" w:after="0"/>
        <w:ind w:firstLine="480"/>
        <w:jc w:val="left"/>
      </w:pPr>
      <w:r>
        <w:rPr>
          <w:rFonts w:ascii="Garamond" w:hAnsi="Garamond" w:cs="Garamond"/>
          <w:b w:val="0"/>
          <w:i w:val="0"/>
          <w:sz w:val="24"/>
        </w:rPr>
        <w:t>He had no idea where he was. He had no ship. He could not save the Prince. He could not even tell his King he had failed.</w:t>
      </w:r>
    </w:p>
    <w:p>
      <w:pPr>
        <w:spacing w:before="0" w:after="0"/>
        <w:ind w:firstLine="480"/>
        <w:jc w:val="left"/>
      </w:pPr>
      <w:r>
        <w:rPr>
          <w:rFonts w:ascii="Garamond" w:hAnsi="Garamond" w:cs="Garamond"/>
          <w:b w:val="0"/>
          <w:i w:val="0"/>
          <w:sz w:val="24"/>
        </w:rPr>
        <w:t>“Get off me.“</w:t>
      </w:r>
    </w:p>
    <w:p>
      <w:pPr>
        <w:spacing w:before="0" w:after="0"/>
        <w:ind w:firstLine="480"/>
        <w:jc w:val="left"/>
      </w:pPr>
      <w:r>
        <w:rPr>
          <w:rFonts w:ascii="Garamond" w:hAnsi="Garamond" w:cs="Garamond"/>
          <w:b w:val="0"/>
          <w:i w:val="0"/>
          <w:sz w:val="24"/>
        </w:rPr>
        <w:t>The voice came from behind two large barrels that had washed up from the wreck. Petra turned, stumbled over his scabbard hanging by a single link from his chain mail, caught himself, and drew his sword. An Estollian sailor was behind the barrels, brushing crabs from his clothing. The man saw the sword and scrambled backward over a section of rail, wedging himself between two heavy beams.</w:t>
      </w:r>
    </w:p>
    <w:p>
      <w:pPr>
        <w:spacing w:before="0" w:after="0"/>
        <w:ind w:firstLine="480"/>
        <w:jc w:val="left"/>
      </w:pPr>
      <w:r>
        <w:rPr>
          <w:rFonts w:ascii="Garamond" w:hAnsi="Garamond" w:cs="Garamond"/>
          <w:b w:val="0"/>
          <w:i w:val="0"/>
          <w:sz w:val="24"/>
        </w:rPr>
        <w:t>Petra swung and buried his blade in the timber next to the sailor’s head.</w:t>
      </w:r>
    </w:p>
    <w:p>
      <w:pPr>
        <w:spacing w:before="0" w:after="0"/>
        <w:ind w:firstLine="480"/>
        <w:jc w:val="left"/>
      </w:pPr>
      <w:r>
        <w:rPr>
          <w:rFonts w:ascii="Garamond" w:hAnsi="Garamond" w:cs="Garamond"/>
          <w:b w:val="0"/>
          <w:i w:val="0"/>
          <w:sz w:val="24"/>
        </w:rPr>
        <w:t>“You thieving dog.“ He put both hands on the hilt and wrenched the sword free. “I would kill you for what you have cost my King. I would kill you for the future that will never be. I would kill you for the simple reason that you serve the Dark One. But for none of those reasons do I take your life this day.“ He raised the sword. “I take your life because you have taken my son’s King. You have taken his reason for existing, and with that you have taken mine.“</w:t>
      </w:r>
    </w:p>
    <w:p>
      <w:pPr>
        <w:spacing w:before="0" w:after="0"/>
        <w:ind w:firstLine="480"/>
        <w:jc w:val="left"/>
      </w:pPr>
      <w:r>
        <w:rPr>
          <w:rFonts w:ascii="Garamond" w:hAnsi="Garamond" w:cs="Garamond"/>
          <w:b w:val="0"/>
          <w:i w:val="0"/>
          <w:sz w:val="24"/>
        </w:rPr>
        <w:t>“Please. I was taken from my family. They made me. I…“</w:t>
      </w:r>
    </w:p>
    <w:p>
      <w:pPr>
        <w:spacing w:before="0" w:after="0"/>
        <w:ind w:firstLine="480"/>
        <w:jc w:val="left"/>
      </w:pPr>
      <w:r>
        <w:rPr>
          <w:rFonts w:ascii="Garamond" w:hAnsi="Garamond" w:cs="Garamond"/>
          <w:b w:val="0"/>
          <w:i w:val="0"/>
          <w:sz w:val="24"/>
        </w:rPr>
        <w:t>“You serve willingly. Die like a man.“</w:t>
      </w:r>
    </w:p>
    <w:p>
      <w:pPr>
        <w:spacing w:before="0" w:after="0"/>
        <w:ind w:firstLine="480"/>
        <w:jc w:val="left"/>
      </w:pPr>
      <w:r>
        <w:rPr>
          <w:rFonts w:ascii="Garamond" w:hAnsi="Garamond" w:cs="Garamond"/>
          <w:b w:val="0"/>
          <w:i w:val="0"/>
          <w:sz w:val="24"/>
        </w:rPr>
        <w:t>“Hessa…“</w:t>
      </w:r>
    </w:p>
    <w:p>
      <w:pPr>
        <w:spacing w:before="0" w:after="0"/>
        <w:ind w:firstLine="480"/>
        <w:jc w:val="left"/>
      </w:pPr>
      <w:r>
        <w:rPr>
          <w:rFonts w:ascii="Garamond" w:hAnsi="Garamond" w:cs="Garamond"/>
          <w:b w:val="0"/>
          <w:i w:val="0"/>
          <w:sz w:val="24"/>
        </w:rPr>
        <w:t>Petra stopped the swing. “What about the witch?“</w:t>
      </w:r>
    </w:p>
    <w:p>
      <w:pPr>
        <w:spacing w:before="0" w:after="0"/>
        <w:ind w:firstLine="480"/>
        <w:jc w:val="left"/>
      </w:pPr>
      <w:r>
        <w:rPr>
          <w:rFonts w:ascii="Garamond" w:hAnsi="Garamond" w:cs="Garamond"/>
          <w:b w:val="0"/>
          <w:i w:val="0"/>
          <w:sz w:val="24"/>
        </w:rPr>
        <w:t>“Please. Help me out of here first…“</w:t>
      </w:r>
    </w:p>
    <w:p>
      <w:pPr>
        <w:spacing w:before="0" w:after="0"/>
        <w:ind w:firstLine="480"/>
        <w:jc w:val="left"/>
      </w:pPr>
      <w:r>
        <w:rPr>
          <w:rFonts w:ascii="Garamond" w:hAnsi="Garamond" w:cs="Garamond"/>
          <w:b w:val="0"/>
          <w:i w:val="0"/>
          <w:sz w:val="24"/>
        </w:rPr>
        <w:t>The sword came up again.</w:t>
      </w:r>
    </w:p>
    <w:p>
      <w:pPr>
        <w:spacing w:before="0" w:after="0"/>
        <w:ind w:firstLine="480"/>
        <w:jc w:val="left"/>
      </w:pPr>
      <w:r>
        <w:rPr>
          <w:rFonts w:ascii="Garamond" w:hAnsi="Garamond" w:cs="Garamond"/>
          <w:b w:val="0"/>
          <w:i w:val="0"/>
          <w:sz w:val="24"/>
        </w:rPr>
        <w:t>“She was on the ship. She was on the ship with us.“</w:t>
      </w:r>
    </w:p>
    <w:p>
      <w:pPr>
        <w:spacing w:before="0" w:after="0"/>
        <w:ind w:firstLine="480"/>
        <w:jc w:val="left"/>
      </w:pPr>
      <w:r>
        <w:rPr>
          <w:rFonts w:ascii="Garamond" w:hAnsi="Garamond" w:cs="Garamond"/>
          <w:b w:val="0"/>
          <w:i w:val="0"/>
          <w:sz w:val="24"/>
        </w:rPr>
        <w:t>“Don’t lie to me.“</w:t>
      </w:r>
    </w:p>
    <w:p>
      <w:pPr>
        <w:spacing w:before="0" w:after="0"/>
        <w:ind w:firstLine="480"/>
        <w:jc w:val="left"/>
      </w:pPr>
      <w:r>
        <w:rPr>
          <w:rFonts w:ascii="Garamond" w:hAnsi="Garamond" w:cs="Garamond"/>
          <w:b w:val="0"/>
          <w:i w:val="0"/>
          <w:sz w:val="24"/>
        </w:rPr>
        <w:t>“No, my lord, I swear it. She was there. She caused the storm.“ The sailor tried to press himself deeper into the sand. “Kakollian himself sent her. She brought the order for us to come this far north. Before they took me I’d never been farther than Wicker’s Inn.“ The sword tip eased back a fraction. “Wicker’s is the closest thing to a town we have. Now I find myself months from home and I still haven’t seen a city.“</w:t>
      </w:r>
    </w:p>
    <w:p>
      <w:pPr>
        <w:spacing w:before="0" w:after="0"/>
        <w:ind w:firstLine="480"/>
        <w:jc w:val="left"/>
      </w:pPr>
      <w:r>
        <w:rPr>
          <w:rFonts w:ascii="Garamond" w:hAnsi="Garamond" w:cs="Garamond"/>
          <w:b w:val="0"/>
          <w:i w:val="0"/>
          <w:sz w:val="24"/>
        </w:rPr>
        <w:t>“She was the old woman I saw,“ Petra said, more to himself than the sailor.</w:t>
      </w:r>
    </w:p>
    <w:p>
      <w:pPr>
        <w:spacing w:before="0" w:after="0"/>
        <w:ind w:firstLine="480"/>
        <w:jc w:val="left"/>
      </w:pPr>
      <w:r>
        <w:rPr>
          <w:rFonts w:ascii="Garamond" w:hAnsi="Garamond" w:cs="Garamond"/>
          <w:b w:val="0"/>
          <w:i w:val="0"/>
          <w:sz w:val="24"/>
        </w:rPr>
        <w:t>“Yes, my lord. She used magic to raise the storm and magic to stay on the ship through it.“ The sailor relaxed slightly, though he kept his eyes on the sword. “Please. Let me sit up. These things are at my back again.“</w:t>
      </w:r>
    </w:p>
    <w:p>
      <w:pPr>
        <w:spacing w:before="0" w:after="0"/>
        <w:ind w:firstLine="480"/>
        <w:jc w:val="left"/>
      </w:pPr>
      <w:r>
        <w:rPr>
          <w:rFonts w:ascii="Garamond" w:hAnsi="Garamond" w:cs="Garamond"/>
          <w:b w:val="0"/>
          <w:i w:val="0"/>
          <w:sz w:val="24"/>
        </w:rPr>
        <w:t>Petra motioned him up, but only to sit. He walked behind the man to knock the remaining crabs off with the sword tip. The torn black robe was caked with sand, and beneath it a jagged cut ran the full length of the backbone.</w:t>
      </w:r>
    </w:p>
    <w:p>
      <w:pPr>
        <w:spacing w:before="0" w:after="0"/>
        <w:ind w:firstLine="480"/>
        <w:jc w:val="left"/>
      </w:pPr>
      <w:r>
        <w:rPr>
          <w:rFonts w:ascii="Garamond" w:hAnsi="Garamond" w:cs="Garamond"/>
          <w:b w:val="0"/>
          <w:i w:val="0"/>
          <w:sz w:val="24"/>
        </w:rPr>
        <w:t>“Did you see her on the bow during the storm?“</w:t>
      </w:r>
    </w:p>
    <w:p>
      <w:pPr>
        <w:spacing w:before="0" w:after="0"/>
        <w:ind w:firstLine="480"/>
        <w:jc w:val="left"/>
      </w:pPr>
      <w:r>
        <w:rPr>
          <w:rFonts w:ascii="Garamond" w:hAnsi="Garamond" w:cs="Garamond"/>
          <w:b w:val="0"/>
          <w:i w:val="0"/>
          <w:sz w:val="24"/>
        </w:rPr>
        <w:t>“Yes, my lord. Glowing blue like fire. Or more like ice. There was no heat from it.“ The sailor shook sand from his hair. Petra walked around to face him.</w:t>
      </w:r>
    </w:p>
    <w:p>
      <w:pPr>
        <w:spacing w:before="0" w:after="0"/>
        <w:ind w:firstLine="480"/>
        <w:jc w:val="left"/>
      </w:pPr>
      <w:r>
        <w:rPr>
          <w:rFonts w:ascii="Garamond" w:hAnsi="Garamond" w:cs="Garamond"/>
          <w:b w:val="0"/>
          <w:i w:val="0"/>
          <w:sz w:val="24"/>
        </w:rPr>
        <w:t>He had no beard. No wrinkles. This was not a man. It was a boy, sixteen at the outside, dark curly hair thick with sand and seaweed, tall for his age but not yet grown into it. His skin was tanned but pale underneath, the pallor of someone who had lost a great deal of blood.</w:t>
      </w:r>
    </w:p>
    <w:p>
      <w:pPr>
        <w:spacing w:before="0" w:after="0"/>
        <w:ind w:firstLine="480"/>
        <w:jc w:val="left"/>
      </w:pPr>
      <w:r>
        <w:rPr>
          <w:rFonts w:ascii="Garamond" w:hAnsi="Garamond" w:cs="Garamond"/>
          <w:b w:val="0"/>
          <w:i w:val="0"/>
          <w:sz w:val="24"/>
        </w:rPr>
        <w:t>“That is a bad wound,“ Petra said. “How did you come by it? And how did you end up in the Dark One’s navy?“</w:t>
      </w:r>
    </w:p>
    <w:p>
      <w:pPr>
        <w:spacing w:before="0" w:after="0"/>
        <w:ind w:firstLine="480"/>
        <w:jc w:val="left"/>
      </w:pPr>
      <w:r>
        <w:rPr>
          <w:rFonts w:ascii="Garamond" w:hAnsi="Garamond" w:cs="Garamond"/>
          <w:b w:val="0"/>
          <w:i w:val="0"/>
          <w:sz w:val="24"/>
        </w:rPr>
        <w:t>The boy looked at the sand. When he looked up there was anger in his eyes, and fear, and shame.</w:t>
      </w:r>
    </w:p>
    <w:p>
      <w:pPr>
        <w:spacing w:before="0" w:after="0"/>
        <w:ind w:firstLine="480"/>
        <w:jc w:val="left"/>
      </w:pPr>
      <w:r>
        <w:rPr>
          <w:rFonts w:ascii="Garamond" w:hAnsi="Garamond" w:cs="Garamond"/>
          <w:b w:val="0"/>
          <w:i w:val="0"/>
          <w:sz w:val="24"/>
        </w:rPr>
        <w:t>“Kakollian’s men came through our land on one of their yearly sweeps. My brother was too young and my father too lame. They said I would do fine.“ A shudder moved through him and he pushed past it. “They took me, three of our sheep, and my father’s sword. That would have been enough, but they are never satisfied. They took my mother too, and they killed her and my father both. They burned our camp and left my brother alone in the mountains.“ He paused. “The springs are harsh in the shadow of the Tol-Cima. I don’t think he is still alive.“</w:t>
      </w:r>
    </w:p>
    <w:p>
      <w:pPr>
        <w:spacing w:before="0" w:after="0"/>
        <w:ind w:firstLine="480"/>
        <w:jc w:val="left"/>
      </w:pPr>
      <w:r>
        <w:rPr>
          <w:rFonts w:ascii="Garamond" w:hAnsi="Garamond" w:cs="Garamond"/>
          <w:b w:val="0"/>
          <w:i w:val="0"/>
          <w:sz w:val="24"/>
        </w:rPr>
        <w:t>The tears came then, the ones that had been held back for months. The boy let them fall without hiding them.</w:t>
      </w:r>
    </w:p>
    <w:p>
      <w:pPr>
        <w:spacing w:before="0" w:after="0"/>
        <w:ind w:firstLine="480"/>
        <w:jc w:val="left"/>
      </w:pPr>
      <w:r>
        <w:rPr>
          <w:rFonts w:ascii="Garamond" w:hAnsi="Garamond" w:cs="Garamond"/>
          <w:b w:val="0"/>
          <w:i w:val="0"/>
          <w:sz w:val="24"/>
        </w:rPr>
        <w:t>“Those men sold me to the Captain of this ship as a cabin boy. I beg you, don’t make me go back. They did things…“ He stopped.</w:t>
      </w:r>
    </w:p>
    <w:p>
      <w:pPr>
        <w:spacing w:before="0" w:after="0"/>
        <w:ind w:firstLine="480"/>
        <w:jc w:val="left"/>
      </w:pPr>
      <w:r>
        <w:rPr>
          <w:rFonts w:ascii="Garamond" w:hAnsi="Garamond" w:cs="Garamond"/>
          <w:b w:val="0"/>
          <w:i w:val="0"/>
          <w:sz w:val="24"/>
        </w:rPr>
        <w:t>“The wound,“ Petra said, keeping his voice level.</w:t>
      </w:r>
    </w:p>
    <w:p>
      <w:pPr>
        <w:spacing w:before="0" w:after="0"/>
        <w:ind w:firstLine="480"/>
        <w:jc w:val="left"/>
      </w:pPr>
      <w:r>
        <w:rPr>
          <w:rFonts w:ascii="Garamond" w:hAnsi="Garamond" w:cs="Garamond"/>
          <w:b w:val="0"/>
          <w:i w:val="0"/>
          <w:sz w:val="24"/>
        </w:rPr>
        <w:t>“The old woman and her blue fire. The longer we were at sea the closer it came to me. Three days and nights I stayed tied to my post because if I untied myself I’d have gone over the side. When we hit the reef the rail broke. That’s the last thing I remember.“</w:t>
      </w:r>
    </w:p>
    <w:p>
      <w:pPr>
        <w:spacing w:before="0" w:after="0"/>
        <w:ind w:firstLine="480"/>
        <w:jc w:val="left"/>
      </w:pPr>
      <w:r>
        <w:rPr>
          <w:rFonts w:ascii="Garamond" w:hAnsi="Garamond" w:cs="Garamond"/>
          <w:b w:val="0"/>
          <w:i w:val="0"/>
          <w:sz w:val="24"/>
        </w:rPr>
        <w:t>Petra studied him. “And the old woman, was she still aboard when the ship went down?“</w:t>
      </w:r>
    </w:p>
    <w:p>
      <w:pPr>
        <w:spacing w:before="0" w:after="0"/>
        <w:ind w:firstLine="480"/>
        <w:jc w:val="left"/>
      </w:pPr>
      <w:r>
        <w:rPr>
          <w:rFonts w:ascii="Garamond" w:hAnsi="Garamond" w:cs="Garamond"/>
          <w:b w:val="0"/>
          <w:i w:val="0"/>
          <w:sz w:val="24"/>
        </w:rPr>
        <w:t>“I don’t…“</w:t>
      </w:r>
    </w:p>
    <w:p>
      <w:pPr>
        <w:spacing w:before="0" w:after="0"/>
        <w:ind w:firstLine="480"/>
        <w:jc w:val="left"/>
      </w:pPr>
      <w:r>
        <w:rPr>
          <w:rFonts w:ascii="Garamond" w:hAnsi="Garamond" w:cs="Garamond"/>
          <w:b w:val="0"/>
          <w:i w:val="0"/>
          <w:sz w:val="24"/>
        </w:rPr>
        <w:t>A shout from down the beach cut him off. Petra was on his feet before the sound finished, sword in hand. He glanced back at the boy.</w:t>
      </w:r>
    </w:p>
    <w:p>
      <w:pPr>
        <w:spacing w:before="0" w:after="0"/>
        <w:ind w:firstLine="480"/>
        <w:jc w:val="left"/>
      </w:pPr>
      <w:r>
        <w:rPr>
          <w:rFonts w:ascii="Garamond" w:hAnsi="Garamond" w:cs="Garamond"/>
          <w:b w:val="0"/>
          <w:i w:val="0"/>
          <w:sz w:val="24"/>
        </w:rPr>
        <w:t>“You can stay with me if you can keep up.“</w:t>
      </w:r>
    </w:p>
    <w:p>
      <w:pPr>
        <w:spacing w:before="0" w:after="0"/>
        <w:ind w:firstLine="480"/>
        <w:jc w:val="left"/>
      </w:pPr>
      <w:r>
        <w:rPr>
          <w:rFonts w:ascii="Garamond" w:hAnsi="Garamond" w:cs="Garamond"/>
          <w:b w:val="0"/>
          <w:i w:val="0"/>
          <w:sz w:val="24"/>
        </w:rPr>
        <w:t>Then he was gone, moving at a lope down the beach toward the fight. One of his warriors was holding off two sailors, one with a sword, one with a pole from the wreckage, fighting left-handed, his right arm hanging at the wrong angle.</w:t>
      </w:r>
    </w:p>
    <w:p>
      <w:pPr>
        <w:spacing w:before="0" w:after="0"/>
        <w:ind w:firstLine="480"/>
        <w:jc w:val="left"/>
      </w:pPr>
      <w:r>
        <w:rPr>
          <w:rFonts w:ascii="Garamond" w:hAnsi="Garamond" w:cs="Garamond"/>
          <w:b w:val="0"/>
          <w:i w:val="0"/>
          <w:sz w:val="24"/>
        </w:rPr>
        <w:t>Petra was still too far away.</w:t>
      </w:r>
    </w:p>
    <w:p>
      <w:pPr>
        <w:spacing w:before="0" w:after="0"/>
        <w:ind w:firstLine="480"/>
        <w:jc w:val="left"/>
      </w:pPr>
      <w:r>
        <w:rPr>
          <w:rFonts w:ascii="Garamond" w:hAnsi="Garamond" w:cs="Garamond"/>
          <w:b w:val="0"/>
          <w:i w:val="0"/>
          <w:sz w:val="24"/>
        </w:rPr>
        <w:t>“Stop.“ The voice was deep and carried. A tall man in a dark hooded cloak rose from the wet sand where he had spent the night, and the sailor with the sword froze.</w:t>
      </w:r>
    </w:p>
    <w:p>
      <w:pPr>
        <w:spacing w:before="0" w:after="0"/>
        <w:ind w:firstLine="480"/>
        <w:jc w:val="left"/>
      </w:pPr>
      <w:r>
        <w:rPr>
          <w:rFonts w:ascii="Garamond" w:hAnsi="Garamond" w:cs="Garamond"/>
          <w:b w:val="0"/>
          <w:i w:val="0"/>
          <w:sz w:val="24"/>
        </w:rPr>
        <w:t>Petra slowed. Three of them now.</w:t>
      </w:r>
    </w:p>
    <w:p>
      <w:pPr>
        <w:spacing w:before="0" w:after="0"/>
        <w:ind w:firstLine="480"/>
        <w:jc w:val="left"/>
      </w:pPr>
      <w:r>
        <w:rPr>
          <w:rFonts w:ascii="Garamond" w:hAnsi="Garamond" w:cs="Garamond"/>
          <w:b w:val="0"/>
          <w:i w:val="0"/>
          <w:sz w:val="24"/>
        </w:rPr>
        <w:t>The sailor saw Petra coming and put his blade to the Sartian warrior’s throat. “Stay where you are, or I take his life.“</w:t>
      </w:r>
    </w:p>
    <w:p>
      <w:pPr>
        <w:spacing w:before="0" w:after="0"/>
        <w:ind w:firstLine="480"/>
        <w:jc w:val="left"/>
      </w:pPr>
      <w:r>
        <w:rPr>
          <w:rFonts w:ascii="Garamond" w:hAnsi="Garamond" w:cs="Garamond"/>
          <w:b w:val="0"/>
          <w:i w:val="0"/>
          <w:sz w:val="24"/>
        </w:rPr>
        <w:t>“Hold, Petra Bos.“ The cloaked man’s voice was steady. “There is no need for anyone to die here. Unless I miss my guess, we are lost in a land foreign to all of us. We may need each other.“</w:t>
      </w:r>
    </w:p>
    <w:p>
      <w:pPr>
        <w:spacing w:before="0" w:after="0"/>
        <w:ind w:firstLine="480"/>
        <w:jc w:val="left"/>
      </w:pPr>
      <w:r>
        <w:rPr>
          <w:rFonts w:ascii="Garamond" w:hAnsi="Garamond" w:cs="Garamond"/>
          <w:b w:val="0"/>
          <w:i w:val="0"/>
          <w:sz w:val="24"/>
        </w:rPr>
        <w:t>“I will never need your kind.“</w:t>
      </w:r>
    </w:p>
    <w:p>
      <w:pPr>
        <w:spacing w:before="0" w:after="0"/>
        <w:ind w:firstLine="480"/>
        <w:jc w:val="left"/>
      </w:pPr>
      <w:r>
        <w:rPr>
          <w:rFonts w:ascii="Garamond" w:hAnsi="Garamond" w:cs="Garamond"/>
          <w:b w:val="0"/>
          <w:i w:val="0"/>
          <w:sz w:val="24"/>
        </w:rPr>
        <w:t>“Fair enough. But we’ll both need every living man we can find. Any fighting we do now cuts down everyone’s chances.“</w:t>
      </w:r>
    </w:p>
    <w:p>
      <w:pPr>
        <w:spacing w:before="0" w:after="0"/>
        <w:ind w:firstLine="480"/>
        <w:jc w:val="left"/>
      </w:pPr>
      <w:r>
        <w:rPr>
          <w:rFonts w:ascii="Garamond" w:hAnsi="Garamond" w:cs="Garamond"/>
          <w:b w:val="0"/>
          <w:i w:val="0"/>
          <w:sz w:val="24"/>
        </w:rPr>
        <w:t>“I wouldn’t give a dog’s life for your chances.“ Petra kept moving. “You and your master cost me everything. There is no world in which you walk away from this beach.“</w:t>
      </w:r>
    </w:p>
    <w:p>
      <w:pPr>
        <w:spacing w:before="0" w:after="0"/>
        <w:ind w:firstLine="480"/>
        <w:jc w:val="left"/>
      </w:pPr>
      <w:r>
        <w:rPr>
          <w:rFonts w:ascii="Garamond" w:hAnsi="Garamond" w:cs="Garamond"/>
          <w:b w:val="0"/>
          <w:i w:val="0"/>
          <w:sz w:val="24"/>
        </w:rPr>
        <w:t>“Not even if I can tell you something about the one you seek?“</w:t>
      </w:r>
    </w:p>
    <w:p>
      <w:pPr>
        <w:spacing w:before="0" w:after="0"/>
        <w:ind w:firstLine="480"/>
        <w:jc w:val="left"/>
      </w:pPr>
      <w:r>
        <w:rPr>
          <w:rFonts w:ascii="Garamond" w:hAnsi="Garamond" w:cs="Garamond"/>
          <w:b w:val="0"/>
          <w:i w:val="0"/>
          <w:sz w:val="24"/>
        </w:rPr>
        <w:t>Petra stopped.</w:t>
      </w:r>
    </w:p>
    <w:p>
      <w:pPr>
        <w:spacing w:before="0" w:after="0"/>
        <w:ind w:firstLine="480"/>
        <w:jc w:val="left"/>
      </w:pPr>
      <w:r>
        <w:rPr>
          <w:rFonts w:ascii="Garamond" w:hAnsi="Garamond" w:cs="Garamond"/>
          <w:b w:val="0"/>
          <w:i w:val="0"/>
          <w:sz w:val="24"/>
        </w:rPr>
        <w:t>The cloaked man brushed sand from his shoulders and beard. Tall, dark-faced, built like a diplomat rather than a soldier, from somewhere well south of the Middle Sea. He knew exactly what string he had just pulled.</w:t>
      </w:r>
    </w:p>
    <w:p>
      <w:pPr>
        <w:spacing w:before="0" w:after="0"/>
        <w:ind w:firstLine="480"/>
        <w:jc w:val="left"/>
      </w:pPr>
      <w:r>
        <w:rPr>
          <w:rFonts w:ascii="Garamond" w:hAnsi="Garamond" w:cs="Garamond"/>
          <w:b w:val="0"/>
          <w:i w:val="0"/>
          <w:sz w:val="24"/>
        </w:rPr>
        <w:t>“Speak quickly.“</w:t>
      </w:r>
    </w:p>
    <w:p>
      <w:pPr>
        <w:spacing w:before="0" w:after="0"/>
        <w:ind w:firstLine="480"/>
        <w:jc w:val="left"/>
      </w:pPr>
      <w:r>
        <w:rPr>
          <w:rFonts w:ascii="Garamond" w:hAnsi="Garamond" w:cs="Garamond"/>
          <w:b w:val="0"/>
          <w:i w:val="0"/>
          <w:sz w:val="24"/>
        </w:rPr>
        <w:t>“Let’s bargain.“</w:t>
      </w:r>
    </w:p>
    <w:p>
      <w:pPr>
        <w:spacing w:before="0" w:after="0"/>
        <w:ind w:firstLine="480"/>
        <w:jc w:val="left"/>
      </w:pPr>
      <w:r>
        <w:rPr>
          <w:rFonts w:ascii="Garamond" w:hAnsi="Garamond" w:cs="Garamond"/>
          <w:b w:val="0"/>
          <w:i w:val="0"/>
          <w:sz w:val="24"/>
        </w:rPr>
        <w:t>“There is no bargaining. No more lies. If you have something that buys your life, say it. Otherwise prepare to die.“ Petra raised the broadsword one-handed with the ease of long practice. The sailors looked at each other. The cloaked man held his ground.</w:t>
      </w:r>
    </w:p>
    <w:p>
      <w:pPr>
        <w:spacing w:before="0" w:after="0"/>
        <w:ind w:firstLine="480"/>
        <w:jc w:val="left"/>
      </w:pPr>
      <w:r>
        <w:rPr>
          <w:rFonts w:ascii="Garamond" w:hAnsi="Garamond" w:cs="Garamond"/>
          <w:b w:val="0"/>
          <w:i w:val="0"/>
          <w:sz w:val="24"/>
        </w:rPr>
        <w:t>“You seek the old woman. Hessa. She was on the ship when we broke apart. She made it to the beach. I saw her.“</w:t>
      </w:r>
    </w:p>
    <w:p>
      <w:pPr>
        <w:spacing w:before="0" w:after="0"/>
        <w:ind w:firstLine="480"/>
        <w:jc w:val="left"/>
      </w:pPr>
      <w:r>
        <w:rPr>
          <w:rFonts w:ascii="Garamond" w:hAnsi="Garamond" w:cs="Garamond"/>
          <w:b w:val="0"/>
          <w:i w:val="0"/>
          <w:sz w:val="24"/>
        </w:rPr>
        <w:t>“I knew that already. Last chance.“</w:t>
      </w:r>
    </w:p>
    <w:p>
      <w:pPr>
        <w:spacing w:before="0" w:after="0"/>
        <w:ind w:firstLine="480"/>
        <w:jc w:val="left"/>
      </w:pPr>
      <w:r>
        <w:rPr>
          <w:rFonts w:ascii="Garamond" w:hAnsi="Garamond" w:cs="Garamond"/>
          <w:b w:val="0"/>
          <w:i w:val="0"/>
          <w:sz w:val="24"/>
        </w:rPr>
        <w:t>“Did you know about the infant she had with her?“</w:t>
      </w:r>
    </w:p>
    <w:p>
      <w:pPr>
        <w:spacing w:before="0" w:after="0"/>
        <w:ind w:firstLine="480"/>
        <w:jc w:val="left"/>
      </w:pPr>
      <w:r>
        <w:rPr>
          <w:rFonts w:ascii="Garamond" w:hAnsi="Garamond" w:cs="Garamond"/>
          <w:b w:val="0"/>
          <w:i w:val="0"/>
          <w:sz w:val="24"/>
        </w:rPr>
        <w:t>Petra went still. “What infant?“</w:t>
      </w:r>
    </w:p>
    <w:p>
      <w:pPr>
        <w:spacing w:before="0" w:after="0"/>
        <w:ind w:firstLine="480"/>
        <w:jc w:val="left"/>
      </w:pPr>
      <w:r>
        <w:rPr>
          <w:rFonts w:ascii="Garamond" w:hAnsi="Garamond" w:cs="Garamond"/>
          <w:b w:val="0"/>
          <w:i w:val="0"/>
          <w:sz w:val="24"/>
        </w:rPr>
        <w:t>“So you did not know.“</w:t>
      </w:r>
    </w:p>
    <w:p>
      <w:pPr>
        <w:spacing w:before="0" w:after="0"/>
        <w:ind w:firstLine="480"/>
        <w:jc w:val="left"/>
      </w:pPr>
      <w:r>
        <w:rPr>
          <w:rFonts w:ascii="Garamond" w:hAnsi="Garamond" w:cs="Garamond"/>
          <w:b w:val="0"/>
          <w:i w:val="0"/>
          <w:sz w:val="24"/>
        </w:rPr>
        <w:t>Petra crossed the remaining distance faster than the sand should have allowed. When it was over the cloaked man was in his grip, the sword at his spine.</w:t>
      </w:r>
    </w:p>
    <w:p>
      <w:pPr>
        <w:spacing w:before="0" w:after="0"/>
        <w:ind w:firstLine="480"/>
        <w:jc w:val="left"/>
      </w:pPr>
      <w:r>
        <w:rPr>
          <w:rFonts w:ascii="Garamond" w:hAnsi="Garamond" w:cs="Garamond"/>
          <w:b w:val="0"/>
          <w:i w:val="0"/>
          <w:sz w:val="24"/>
        </w:rPr>
        <w:t>“Tell me about the infant. Now.“</w:t>
      </w:r>
    </w:p>
    <w:p>
      <w:pPr>
        <w:spacing w:before="0" w:after="0"/>
        <w:ind w:firstLine="480"/>
        <w:jc w:val="left"/>
      </w:pPr>
      <w:r>
        <w:rPr>
          <w:rFonts w:ascii="Garamond" w:hAnsi="Garamond" w:cs="Garamond"/>
          <w:b w:val="0"/>
          <w:i w:val="0"/>
          <w:sz w:val="24"/>
        </w:rPr>
        <w:t>“I will tell you everything I know. But we need to gather our men first. We need numbers.“</w:t>
      </w:r>
    </w:p>
    <w:p>
      <w:pPr>
        <w:spacing w:before="0" w:after="0"/>
        <w:ind w:firstLine="480"/>
        <w:jc w:val="left"/>
      </w:pPr>
      <w:r>
        <w:rPr>
          <w:rFonts w:ascii="Garamond" w:hAnsi="Garamond" w:cs="Garamond"/>
          <w:b w:val="0"/>
          <w:i w:val="0"/>
          <w:sz w:val="24"/>
        </w:rPr>
        <w:t>“While she escapes.“</w:t>
      </w:r>
    </w:p>
    <w:p>
      <w:pPr>
        <w:spacing w:before="0" w:after="0"/>
        <w:ind w:firstLine="480"/>
        <w:jc w:val="left"/>
      </w:pPr>
      <w:r>
        <w:rPr>
          <w:rFonts w:ascii="Garamond" w:hAnsi="Garamond" w:cs="Garamond"/>
          <w:b w:val="0"/>
          <w:i w:val="0"/>
          <w:sz w:val="24"/>
        </w:rPr>
        <w:t>“She is of the Order, Petra. You cannot stop her alone. Neither can I. But together we may have a chance, and I want her found as much as you do. She used me. She destroyed my ship and everyone on it to protect herself.“ He waited. “Let me help you.“</w:t>
      </w:r>
    </w:p>
    <w:p>
      <w:pPr>
        <w:spacing w:before="0" w:after="0"/>
        <w:ind w:firstLine="480"/>
        <w:jc w:val="left"/>
      </w:pPr>
      <w:r>
        <w:rPr>
          <w:rFonts w:ascii="Garamond" w:hAnsi="Garamond" w:cs="Garamond"/>
          <w:b w:val="0"/>
          <w:i w:val="0"/>
          <w:sz w:val="24"/>
        </w:rPr>
        <w:t>“I will stop her. Tell me now.“</w:t>
      </w:r>
    </w:p>
    <w:p>
      <w:pPr>
        <w:spacing w:before="0" w:after="0"/>
        <w:ind w:firstLine="480"/>
        <w:jc w:val="left"/>
      </w:pPr>
      <w:r>
        <w:rPr>
          <w:rFonts w:ascii="Garamond" w:hAnsi="Garamond" w:cs="Garamond"/>
          <w:b w:val="0"/>
          <w:i w:val="0"/>
          <w:sz w:val="24"/>
        </w:rPr>
        <w:t>“Even you cannot stop her alone.“</w:t>
      </w:r>
    </w:p>
    <w:p>
      <w:pPr>
        <w:spacing w:before="0" w:after="0"/>
        <w:ind w:firstLine="480"/>
        <w:jc w:val="left"/>
      </w:pPr>
      <w:r>
        <w:rPr>
          <w:rFonts w:ascii="Garamond" w:hAnsi="Garamond" w:cs="Garamond"/>
          <w:b w:val="0"/>
          <w:i w:val="0"/>
          <w:sz w:val="24"/>
        </w:rPr>
        <w:t>Petra held him for a long moment. Then he let go.</w:t>
      </w:r>
    </w:p>
    <w:p>
      <w:pPr>
        <w:spacing w:before="0" w:after="0"/>
        <w:ind w:firstLine="480"/>
        <w:jc w:val="left"/>
      </w:pPr>
      <w:r>
        <w:rPr>
          <w:rFonts w:ascii="Garamond" w:hAnsi="Garamond" w:cs="Garamond"/>
          <w:b w:val="0"/>
          <w:i w:val="0"/>
          <w:sz w:val="24"/>
        </w:rPr>
        <w:t>The cloaked man straightened, ordered his sailors back, and the five men stood looking at each other across the black sand.</w:t>
      </w:r>
    </w:p>
    <w:p>
      <w:pPr>
        <w:spacing w:before="0" w:after="0"/>
        <w:ind w:firstLine="480"/>
        <w:jc w:val="left"/>
      </w:pPr>
      <w:r>
        <w:rPr>
          <w:rFonts w:ascii="Garamond" w:hAnsi="Garamond" w:cs="Garamond"/>
          <w:b w:val="0"/>
          <w:i w:val="0"/>
          <w:sz w:val="24"/>
        </w:rPr>
        <w:t>The boy came staggering up the beach, using his staff as a crutch. The Estollians moved toward him and he swung it at them without breaking stride. He walked until he was standing in front of Petra.</w:t>
      </w:r>
    </w:p>
    <w:p>
      <w:pPr>
        <w:spacing w:before="0" w:after="0"/>
        <w:ind w:firstLine="480"/>
        <w:jc w:val="left"/>
      </w:pPr>
      <w:r>
        <w:rPr>
          <w:rFonts w:ascii="Garamond" w:hAnsi="Garamond" w:cs="Garamond"/>
          <w:b w:val="0"/>
          <w:i w:val="0"/>
          <w:sz w:val="24"/>
        </w:rPr>
        <w:t>“You said I could stay with you if I could keep up.“ He looked back at the cloaked man with open disgust. “If you meant it, I’ll keep up.“</w:t>
      </w:r>
    </w:p>
    <w:p>
      <w:pPr>
        <w:spacing w:before="480" w:after="360"/>
        <w:ind w:firstLine="0"/>
        <w:jc w:val="center"/>
      </w:pPr>
      <w:r>
        <w:rPr>
          <w:rFonts w:ascii="Garamond" w:hAnsi="Garamond" w:cs="Garamond"/>
          <w:b/>
          <w:i w:val="0"/>
          <w:sz w:val="28"/>
        </w:rPr>
        <w:t>Chapter Fifteen</w:t>
      </w:r>
    </w:p>
    <w:p>
      <w:pPr>
        <w:spacing w:before="0" w:after="0"/>
        <w:ind w:firstLine="480"/>
        <w:jc w:val="left"/>
      </w:pPr>
      <w:r>
        <w:rPr>
          <w:rFonts w:ascii="Garamond" w:hAnsi="Garamond" w:cs="Garamond"/>
          <w:b w:val="0"/>
          <w:i w:val="0"/>
          <w:sz w:val="24"/>
        </w:rPr>
        <w:t>Hessa watched the events on the beach from the obsidian cliffs, her fingers finding small cracks in the smooth rock face behind her. When Petra proved his human weakness by failing to kill the Estollians she had seen enough. There would come a time when he would have no choice. He was the one she had chosen, marked and released on this island, and soon he would be responsible for releasing darkness back into the rest of the world. She moved higher up the narrow trail and slipped into a crevice in the cliff face that opened into a passage through the mountains. This island was old and she knew every way through it. She was gone before the big warrior thought to look up.</w:t>
      </w:r>
    </w:p>
    <w:p>
      <w:pPr>
        <w:spacing w:before="0" w:after="0"/>
        <w:ind w:firstLine="480"/>
        <w:jc w:val="left"/>
      </w:pPr>
      <w:r>
        <w:rPr>
          <w:rFonts w:ascii="Garamond" w:hAnsi="Garamond" w:cs="Garamond"/>
          <w:b w:val="0"/>
          <w:i w:val="0"/>
          <w:sz w:val="24"/>
        </w:rPr>
        <w:t>He was a fool to think he was hunting her. He was here because she allowed it. If his presence served no purpose she would have sent his ship to the bottom the moment it appeared on the horizon.</w:t>
      </w:r>
    </w:p>
    <w:p>
      <w:pPr>
        <w:spacing w:before="0" w:after="0"/>
        <w:ind w:firstLine="480"/>
        <w:jc w:val="left"/>
      </w:pPr>
      <w:r>
        <w:rPr>
          <w:rFonts w:ascii="Garamond" w:hAnsi="Garamond" w:cs="Garamond"/>
          <w:b w:val="0"/>
          <w:i w:val="0"/>
          <w:sz w:val="24"/>
        </w:rPr>
        <w:t>But there was work to do before he stumbled his way to it.</w:t>
      </w:r>
    </w:p>
    <w:p>
      <w:pPr>
        <w:spacing w:before="0" w:after="0"/>
        <w:ind w:firstLine="480"/>
        <w:jc w:val="left"/>
      </w:pPr>
      <w:r>
        <w:rPr>
          <w:rFonts w:ascii="Garamond" w:hAnsi="Garamond" w:cs="Garamond"/>
          <w:b w:val="0"/>
          <w:i w:val="0"/>
          <w:sz w:val="24"/>
        </w:rPr>
        <w:t>Telecio had placed the Watcher on this island at the same moment the dragons were bound here, charged with ruling the underground in the way of the Balance, a guardian of the deep places answerable only to the God of Light himself. He had been good then. Genuinely good, in the way that only a being of real power can choose to be, because the choice costs something. Hessa had watched him make that choice for centuries before she made him a different offer.</w:t>
      </w:r>
    </w:p>
    <w:p>
      <w:pPr>
        <w:spacing w:before="0" w:after="0"/>
        <w:ind w:firstLine="480"/>
        <w:jc w:val="left"/>
      </w:pPr>
      <w:r>
        <w:rPr>
          <w:rFonts w:ascii="Garamond" w:hAnsi="Garamond" w:cs="Garamond"/>
          <w:b w:val="0"/>
          <w:i w:val="0"/>
          <w:sz w:val="24"/>
        </w:rPr>
        <w:t>He had accepted. And when Telecio gave him the chance to prove his way back, the Watcher had chosen anger instead. Chosen self pity. Chosen the long slide into what he was now, something that ruled the dark beneath this island not with wisdom but with appetite, destroying whatever entered his territory without question or mercy.</w:t>
      </w:r>
    </w:p>
    <w:p>
      <w:pPr>
        <w:spacing w:before="0" w:after="0"/>
        <w:ind w:firstLine="480"/>
        <w:jc w:val="left"/>
      </w:pPr>
      <w:r>
        <w:rPr>
          <w:rFonts w:ascii="Garamond" w:hAnsi="Garamond" w:cs="Garamond"/>
          <w:b w:val="0"/>
          <w:i w:val="0"/>
          <w:sz w:val="24"/>
        </w:rPr>
        <w:t>He would not recognize the prophecy. He would not recognize Petra’s mark. He would simply kill him, and everything Hessa had set in motion across years of careful work would die on the floor of some lightless tunnel.</w:t>
      </w:r>
    </w:p>
    <w:p>
      <w:pPr>
        <w:spacing w:before="0" w:after="0"/>
        <w:ind w:firstLine="480"/>
        <w:jc w:val="left"/>
      </w:pPr>
      <w:r>
        <w:rPr>
          <w:rFonts w:ascii="Garamond" w:hAnsi="Garamond" w:cs="Garamond"/>
          <w:b w:val="0"/>
          <w:i w:val="0"/>
          <w:sz w:val="24"/>
        </w:rPr>
        <w:t>She moved deeper into the passage, the rock cold and close, her blue light the only thing between her and the absolute dark of the mountain’s heart.</w:t>
      </w:r>
    </w:p>
    <w:p>
      <w:pPr>
        <w:spacing w:before="0" w:after="0"/>
        <w:ind w:firstLine="480"/>
        <w:jc w:val="left"/>
      </w:pPr>
      <w:r>
        <w:rPr>
          <w:rFonts w:ascii="Garamond" w:hAnsi="Garamond" w:cs="Garamond"/>
          <w:b w:val="0"/>
          <w:i w:val="0"/>
          <w:sz w:val="24"/>
        </w:rPr>
        <w:t>She would reach him before morning. The conversation would not be easy. The Watcher had not listened to anyone in a long time, and his old goodness made him harder to manage now, not easier. It lived in him still, buried under everything he had become, and it made him hate himself, and that hatred made him dangerous in ways that simple evil never was.</w:t>
      </w:r>
    </w:p>
    <w:p>
      <w:pPr>
        <w:spacing w:before="0" w:after="0"/>
        <w:ind w:firstLine="480"/>
        <w:jc w:val="left"/>
      </w:pPr>
      <w:r>
        <w:rPr>
          <w:rFonts w:ascii="Garamond" w:hAnsi="Garamond" w:cs="Garamond"/>
          <w:b w:val="0"/>
          <w:i w:val="0"/>
          <w:sz w:val="24"/>
        </w:rPr>
        <w:t>But he would listen. She would make certain of it. She had, after all, been the one to show him the door he walked through to become what he was.</w:t>
      </w:r>
    </w:p>
    <w:p>
      <w:pPr>
        <w:spacing w:before="0" w:after="0"/>
        <w:ind w:firstLine="480"/>
        <w:jc w:val="left"/>
      </w:pPr>
      <w:r>
        <w:rPr>
          <w:rFonts w:ascii="Garamond" w:hAnsi="Garamond" w:cs="Garamond"/>
          <w:b w:val="0"/>
          <w:i w:val="0"/>
          <w:sz w:val="24"/>
        </w:rPr>
        <w:t>That gave her a hold on him that Telecio never had.</w:t>
      </w:r>
    </w:p>
    <w:p>
      <w:pPr>
        <w:spacing w:before="480" w:after="360"/>
        <w:ind w:firstLine="0"/>
        <w:jc w:val="center"/>
      </w:pPr>
      <w:r>
        <w:rPr>
          <w:rFonts w:ascii="Garamond" w:hAnsi="Garamond" w:cs="Garamond"/>
          <w:b/>
          <w:i w:val="0"/>
          <w:sz w:val="28"/>
        </w:rPr>
        <w:t>Chapter Sixteen</w:t>
      </w:r>
    </w:p>
    <w:p>
      <w:pPr>
        <w:spacing w:before="0" w:after="0"/>
        <w:ind w:firstLine="480"/>
        <w:jc w:val="left"/>
      </w:pPr>
      <w:r>
        <w:rPr>
          <w:rFonts w:ascii="Garamond" w:hAnsi="Garamond" w:cs="Garamond"/>
          <w:b w:val="0"/>
          <w:i w:val="0"/>
          <w:sz w:val="24"/>
        </w:rPr>
        <w:t>The search took the rest of the day.</w:t>
      </w:r>
    </w:p>
    <w:p>
      <w:pPr>
        <w:spacing w:before="0" w:after="0"/>
        <w:ind w:firstLine="480"/>
        <w:jc w:val="left"/>
      </w:pPr>
      <w:r>
        <w:rPr>
          <w:rFonts w:ascii="Garamond" w:hAnsi="Garamond" w:cs="Garamond"/>
          <w:b w:val="0"/>
          <w:i w:val="0"/>
          <w:sz w:val="24"/>
        </w:rPr>
        <w:t>Petra kept the entire party together and made the Estollians disarm and walk in front of him. He wondered briefly why he had agreed to this arrangement when the next three survivors they found were also Estollians. He had the boy tie the pirates together in a line, which made them easier to watch and seemed to give the youngster a measure of satisfaction. The knots were tight. Petra did not bother to check them. He could tell by the way the men scowled at the boy that they had expected help from one of their own and were not getting it.</w:t>
      </w:r>
    </w:p>
    <w:p>
      <w:pPr>
        <w:spacing w:before="0" w:after="0"/>
        <w:ind w:firstLine="480"/>
        <w:jc w:val="left"/>
      </w:pPr>
      <w:r>
        <w:rPr>
          <w:rFonts w:ascii="Garamond" w:hAnsi="Garamond" w:cs="Garamond"/>
          <w:b w:val="0"/>
          <w:i w:val="0"/>
          <w:sz w:val="24"/>
        </w:rPr>
        <w:t>The morning mist still hung over the ocean and most of the beach, but when they crested a large sand dune the tattered sails of the forward mast came into view and they found the bulk of the wreck. Most of the ship was gone. The fo’c’sle with its mast still standing was the only piece a landsman would have recognized. A sailor could have picked out the afterdeck, part of the railing, and a section of the galley, but the rest was black timber and barrels scattered by the tide.</w:t>
      </w:r>
    </w:p>
    <w:p>
      <w:pPr>
        <w:spacing w:before="0" w:after="0"/>
        <w:ind w:firstLine="480"/>
        <w:jc w:val="left"/>
      </w:pPr>
      <w:r>
        <w:rPr>
          <w:rFonts w:ascii="Garamond" w:hAnsi="Garamond" w:cs="Garamond"/>
          <w:b w:val="0"/>
          <w:i w:val="0"/>
          <w:sz w:val="24"/>
        </w:rPr>
        <w:t>Petra’s men held the camp. He let out a breath he had not known he was holding. They had gathered the Estollians into a circle and stood guard while the other Sartians picked through the flotsam, taking stock of what the sea had left them. The black-cloaked Captain went rigid when he saw that most of his crew was already in custody. He would still try something. But not today.</w:t>
      </w:r>
    </w:p>
    <w:p>
      <w:pPr>
        <w:spacing w:before="0" w:after="0"/>
        <w:ind w:firstLine="480"/>
        <w:jc w:val="left"/>
      </w:pPr>
      <w:r>
        <w:rPr>
          <w:rFonts w:ascii="Garamond" w:hAnsi="Garamond" w:cs="Garamond"/>
          <w:b w:val="0"/>
          <w:i w:val="0"/>
          <w:sz w:val="24"/>
        </w:rPr>
        <w:t>Petra pushed his new prisoners into the circle with the rest and sent scouts in both directions along the beach. A wide shallow stream cut through the trees and across the sand just beside the camp, which solved the water problem. He was still too focused on his mission to notice much else, but he was a general before he was anything, and the position was good.</w:t>
      </w:r>
    </w:p>
    <w:p>
      <w:pPr>
        <w:spacing w:before="0" w:after="0"/>
        <w:ind w:firstLine="480"/>
        <w:jc w:val="left"/>
      </w:pPr>
      <w:r>
        <w:rPr>
          <w:rFonts w:ascii="Garamond" w:hAnsi="Garamond" w:cs="Garamond"/>
          <w:b w:val="0"/>
          <w:i w:val="0"/>
          <w:sz w:val="24"/>
        </w:rPr>
        <w:t>Twenty-five of his warriors and sailors had made it through the fight, the storm, and the crossing from the reef to the sand. The Estollians numbered roughly the same. Of the fifty men, the worst injuries were a broken arm and the long cut down the young Estollian’s back. Three men were found dead, two of them with the same bite marks as the body he had woken beside. Petra gave quiet thanks that Captain Brunow was not among them. They would need his skill to design and build something seaworthy if the mission was to continue, and Brunow looked equally relieved to find Orlick among the survivors. The traitor was thrown in with the Estollian prisoners to await whatever came next.</w:t>
      </w:r>
    </w:p>
    <w:p>
      <w:pPr>
        <w:spacing w:before="0" w:after="0"/>
        <w:ind w:firstLine="480"/>
        <w:jc w:val="left"/>
      </w:pPr>
      <w:r>
        <w:rPr>
          <w:rFonts w:ascii="Garamond" w:hAnsi="Garamond" w:cs="Garamond"/>
          <w:b w:val="0"/>
          <w:i w:val="0"/>
          <w:sz w:val="24"/>
        </w:rPr>
        <w:t>Petra spread his guard thin and put the rest of his men to work building a proper camp and caring for the wounded. Verad, the cabin boy, was treated and released. He attached himself to Petra’s side and refused to be moved by anyone else. The big warrior tolerated it. He could see what the boy was doing and why. The way Verad looked at the Estollian prisoners, and the way they looked back, told him enough. Something had happened on that voyage, something that had permanently changed whose side this boy stood on.</w:t>
      </w:r>
    </w:p>
    <w:p>
      <w:pPr>
        <w:spacing w:before="0" w:after="0"/>
        <w:ind w:firstLine="480"/>
        <w:jc w:val="left"/>
      </w:pPr>
      <w:r>
        <w:rPr>
          <w:rFonts w:ascii="Garamond" w:hAnsi="Garamond" w:cs="Garamond"/>
          <w:b w:val="0"/>
          <w:i w:val="0"/>
          <w:sz w:val="24"/>
        </w:rPr>
        <w:t>The scouts returned before dark. They brought two more Estollians and news of horses at the northern end of the beach, sheltered in a cove with no way in or out except through the water. To the south the beach opened onto a small valley thick with game and no sign of any settlement.</w:t>
      </w:r>
    </w:p>
    <w:p>
      <w:pPr>
        <w:spacing w:before="480" w:after="360"/>
        <w:ind w:firstLine="0"/>
        <w:jc w:val="center"/>
      </w:pPr>
      <w:r>
        <w:rPr>
          <w:rFonts w:ascii="Garamond" w:hAnsi="Garamond" w:cs="Garamond"/>
          <w:b/>
          <w:i w:val="0"/>
          <w:sz w:val="28"/>
        </w:rPr>
        <w:t>Chapter Seventeen</w:t>
      </w:r>
    </w:p>
    <w:p>
      <w:pPr>
        <w:spacing w:before="0" w:after="0"/>
        <w:ind w:firstLine="480"/>
        <w:jc w:val="left"/>
      </w:pPr>
      <w:r>
        <w:rPr>
          <w:rFonts w:ascii="Garamond" w:hAnsi="Garamond" w:cs="Garamond"/>
          <w:b w:val="0"/>
          <w:i w:val="0"/>
          <w:sz w:val="24"/>
        </w:rPr>
        <w:t>The magic keeping his kind on the island had wavered during the storm, but the winds had kept Aries Tor in the mountains where he belonged. He did not mind the wait. His grandfather’s words were coming true at last, and the future did not belong to those who rushed toward it. It belonged to those built to take it.</w:t>
      </w:r>
    </w:p>
    <w:p>
      <w:pPr>
        <w:spacing w:before="0" w:after="0"/>
        <w:ind w:firstLine="480"/>
        <w:jc w:val="left"/>
      </w:pPr>
      <w:r>
        <w:rPr>
          <w:rFonts w:ascii="Garamond" w:hAnsi="Garamond" w:cs="Garamond"/>
          <w:b w:val="0"/>
          <w:i w:val="0"/>
          <w:sz w:val="24"/>
        </w:rPr>
        <w:t>He and his wing mates had investigated the western half of the island at first light. It was not their usual territory but he had visited this beach before, many times. In calmer weather his prints would still have been pressed into the wet sand. The tiny beings moving along the shore now would have seen them and understood something of what was coming. They would understand soon enough regardless.</w:t>
      </w:r>
    </w:p>
    <w:p>
      <w:pPr>
        <w:spacing w:before="0" w:after="0"/>
        <w:ind w:firstLine="480"/>
        <w:jc w:val="left"/>
      </w:pPr>
      <w:r>
        <w:rPr>
          <w:rFonts w:ascii="Garamond" w:hAnsi="Garamond" w:cs="Garamond"/>
          <w:b w:val="0"/>
          <w:i w:val="0"/>
          <w:sz w:val="24"/>
        </w:rPr>
        <w:t>Below him the men moved with purpose through the last of the light, building fires along the beach as though the flames were a kind of armor. He watched them for a moment with something close to curiosity. He had never been challenged by anything smaller than himself. His kind did not know weakness or fear. Those were conditions that belonged to other things, lesser things, and had since the first age of the world. But there was something in the deliberate way these creatures worked, the way they organized and posted guards and chose their ground, that made him wonder for just an instant whether they understood something about their situation.</w:t>
      </w:r>
    </w:p>
    <w:p>
      <w:pPr>
        <w:spacing w:before="0" w:after="0"/>
        <w:ind w:firstLine="480"/>
        <w:jc w:val="left"/>
      </w:pPr>
      <w:r>
        <w:rPr>
          <w:rFonts w:ascii="Garamond" w:hAnsi="Garamond" w:cs="Garamond"/>
          <w:b w:val="0"/>
          <w:i w:val="0"/>
          <w:sz w:val="24"/>
        </w:rPr>
        <w:t>The instant passed.</w:t>
      </w:r>
    </w:p>
    <w:p>
      <w:pPr>
        <w:spacing w:before="0" w:after="0"/>
        <w:ind w:firstLine="480"/>
        <w:jc w:val="left"/>
      </w:pPr>
      <w:r>
        <w:rPr>
          <w:rFonts w:ascii="Garamond" w:hAnsi="Garamond" w:cs="Garamond"/>
          <w:b w:val="0"/>
          <w:i w:val="0"/>
          <w:sz w:val="24"/>
        </w:rPr>
        <w:t>Otos was setting in the west. Eros was a sliver above the mountain line. The night was coming and it was theirs.</w:t>
      </w:r>
    </w:p>
    <w:p>
      <w:pPr>
        <w:spacing w:before="0" w:after="0"/>
        <w:ind w:firstLine="480"/>
        <w:jc w:val="left"/>
      </w:pPr>
      <w:r>
        <w:rPr>
          <w:rFonts w:ascii="Garamond" w:hAnsi="Garamond" w:cs="Garamond"/>
          <w:b w:val="0"/>
          <w:i w:val="0"/>
          <w:sz w:val="24"/>
        </w:rPr>
        <w:t>He had noted with some irritation that the sea dragons had already fed. Confined to the water as they were, they were still his brethren, shaped by the same hand across the same lifetimes, the ultimate power of the deep as he was of the air and land. He bore them no grudge. There would be enough.</w:t>
      </w:r>
    </w:p>
    <w:p>
      <w:pPr>
        <w:spacing w:before="0" w:after="0"/>
        <w:ind w:firstLine="480"/>
        <w:jc w:val="left"/>
      </w:pPr>
      <w:r>
        <w:rPr>
          <w:rFonts w:ascii="Garamond" w:hAnsi="Garamond" w:cs="Garamond"/>
          <w:b w:val="0"/>
          <w:i w:val="0"/>
          <w:sz w:val="24"/>
        </w:rPr>
        <w:t>The prophecy was in motion. First age meeting third, and the outcome had been decided long before these small fires were lit on this black sand beach. He turned on the thermal and rose higher, scanning the camp below with the patience of something that has never needed to hurry.</w:t>
      </w:r>
    </w:p>
    <w:p>
      <w:pPr>
        <w:spacing w:before="0" w:after="0"/>
        <w:ind w:firstLine="480"/>
        <w:jc w:val="left"/>
      </w:pPr>
      <w:r>
        <w:rPr>
          <w:rFonts w:ascii="Garamond" w:hAnsi="Garamond" w:cs="Garamond"/>
          <w:b w:val="0"/>
          <w:i w:val="0"/>
          <w:sz w:val="24"/>
        </w:rPr>
        <w:t>He would bring one home for his mother.</w:t>
      </w:r>
    </w:p>
    <w:p>
      <w:pPr>
        <w:spacing w:before="480" w:after="360"/>
        <w:ind w:firstLine="0"/>
        <w:jc w:val="center"/>
      </w:pPr>
      <w:r>
        <w:rPr>
          <w:rFonts w:ascii="Garamond" w:hAnsi="Garamond" w:cs="Garamond"/>
          <w:b/>
          <w:i w:val="0"/>
          <w:sz w:val="28"/>
        </w:rPr>
        <w:t>Chapter Eighteen</w:t>
      </w:r>
    </w:p>
    <w:p>
      <w:pPr>
        <w:spacing w:before="0" w:after="0"/>
        <w:ind w:firstLine="480"/>
        <w:jc w:val="left"/>
      </w:pPr>
      <w:r>
        <w:rPr>
          <w:rFonts w:ascii="Garamond" w:hAnsi="Garamond" w:cs="Garamond"/>
          <w:b w:val="0"/>
          <w:i w:val="0"/>
          <w:sz w:val="24"/>
        </w:rPr>
        <w:t>By the time Otos sank below the western horizon the camp was set and the prisoners were tied down. Eros cast pale light through clouds thick and silent overhead. Petra had Captain Terrell brought to his tent.</w:t>
      </w:r>
    </w:p>
    <w:p>
      <w:pPr>
        <w:spacing w:before="0" w:after="0"/>
        <w:ind w:firstLine="480"/>
        <w:jc w:val="left"/>
      </w:pPr>
      <w:r>
        <w:rPr>
          <w:rFonts w:ascii="Garamond" w:hAnsi="Garamond" w:cs="Garamond"/>
          <w:b w:val="0"/>
          <w:i w:val="0"/>
          <w:sz w:val="24"/>
        </w:rPr>
        <w:t>The man was forced to sit, none too gently. Petra stood over him.</w:t>
      </w:r>
    </w:p>
    <w:p>
      <w:pPr>
        <w:spacing w:before="0" w:after="0"/>
        <w:ind w:firstLine="480"/>
        <w:jc w:val="left"/>
      </w:pPr>
      <w:r>
        <w:rPr>
          <w:rFonts w:ascii="Garamond" w:hAnsi="Garamond" w:cs="Garamond"/>
          <w:b w:val="0"/>
          <w:i w:val="0"/>
          <w:sz w:val="24"/>
        </w:rPr>
        <w:t>“What about better treatment for my men?“ Terrell asked, as though he were not entirely at the mercy of the man in front of him.</w:t>
      </w:r>
    </w:p>
    <w:p>
      <w:pPr>
        <w:spacing w:before="0" w:after="0"/>
        <w:ind w:firstLine="480"/>
        <w:jc w:val="left"/>
      </w:pPr>
      <w:r>
        <w:rPr>
          <w:rFonts w:ascii="Garamond" w:hAnsi="Garamond" w:cs="Garamond"/>
          <w:b w:val="0"/>
          <w:i w:val="0"/>
          <w:sz w:val="24"/>
        </w:rPr>
        <w:t>“Better treatment.“ Petra’s voice was quiet, which was worse than shouting. “For the men who would have opened my throat on the open water without a second thought.“ He picked up the small table beside him and threw it through the tent opening. “I don’t have time for games. Tell me about the infant.“</w:t>
      </w:r>
    </w:p>
    <w:p>
      <w:pPr>
        <w:spacing w:before="0" w:after="0"/>
        <w:ind w:firstLine="480"/>
        <w:jc w:val="left"/>
      </w:pPr>
      <w:r>
        <w:rPr>
          <w:rFonts w:ascii="Garamond" w:hAnsi="Garamond" w:cs="Garamond"/>
          <w:b w:val="0"/>
          <w:i w:val="0"/>
          <w:sz w:val="24"/>
        </w:rPr>
        <w:t>“A male child. About a year old.“ Terrell’s confidence slipped a notch. The big man meant it. “She kept to her cabin the entire voyage. Wouldn’t let any of us see him. I saw her riding wreckage to shore during the storm. By morning she was gone.“</w:t>
      </w:r>
    </w:p>
    <w:p>
      <w:pPr>
        <w:spacing w:before="0" w:after="0"/>
        <w:ind w:firstLine="480"/>
        <w:jc w:val="left"/>
      </w:pPr>
      <w:r>
        <w:rPr>
          <w:rFonts w:ascii="Garamond" w:hAnsi="Garamond" w:cs="Garamond"/>
          <w:b w:val="0"/>
          <w:i w:val="0"/>
          <w:sz w:val="24"/>
        </w:rPr>
        <w:t>“We found no tracks leading away,“ said a voice from behind the tall warriors flanking the entrance.</w:t>
      </w:r>
    </w:p>
    <w:p>
      <w:pPr>
        <w:spacing w:before="0" w:after="0"/>
        <w:ind w:firstLine="480"/>
        <w:jc w:val="left"/>
      </w:pPr>
      <w:r>
        <w:rPr>
          <w:rFonts w:ascii="Garamond" w:hAnsi="Garamond" w:cs="Garamond"/>
          <w:b w:val="0"/>
          <w:i w:val="0"/>
          <w:sz w:val="24"/>
        </w:rPr>
        <w:t>Petra turned. “Brunow. Glad you made it through the tough part.“</w:t>
      </w:r>
    </w:p>
    <w:p>
      <w:pPr>
        <w:spacing w:before="0" w:after="0"/>
        <w:ind w:firstLine="480"/>
        <w:jc w:val="left"/>
      </w:pPr>
      <w:r>
        <w:rPr>
          <w:rFonts w:ascii="Garamond" w:hAnsi="Garamond" w:cs="Garamond"/>
          <w:b w:val="0"/>
          <w:i w:val="0"/>
          <w:sz w:val="24"/>
        </w:rPr>
        <w:t>“The honor is entirely yours, Terrell.“ Brunow stepped out of the shadows and into the light of the bonfire burning on the beach. “I regret I can say the same to you.“</w:t>
      </w:r>
    </w:p>
    <w:p>
      <w:pPr>
        <w:spacing w:before="0" w:after="0"/>
        <w:ind w:firstLine="480"/>
        <w:jc w:val="left"/>
      </w:pPr>
      <w:r>
        <w:rPr>
          <w:rFonts w:ascii="Garamond" w:hAnsi="Garamond" w:cs="Garamond"/>
          <w:b w:val="0"/>
          <w:i w:val="0"/>
          <w:sz w:val="24"/>
        </w:rPr>
        <w:t>“Are you saying you’re glad to see me, Captain?“ Terrell asked, relieved for the banter. It seemed to cool the great beast holding the sword.</w:t>
      </w:r>
    </w:p>
    <w:p>
      <w:pPr>
        <w:spacing w:before="0" w:after="0"/>
        <w:ind w:firstLine="480"/>
        <w:jc w:val="left"/>
      </w:pPr>
      <w:r>
        <w:rPr>
          <w:rFonts w:ascii="Garamond" w:hAnsi="Garamond" w:cs="Garamond"/>
          <w:b w:val="0"/>
          <w:i w:val="0"/>
          <w:sz w:val="24"/>
        </w:rPr>
        <w:t>“As a matter of fact I am.“ Brunow looked at Petra. “Meet Captain Andius Terrell of the Estollian Navy. He can help us keep a promise we made to our King, and in the process save his own miserable hide.“</w:t>
      </w:r>
    </w:p>
    <w:p>
      <w:pPr>
        <w:spacing w:before="0" w:after="0"/>
        <w:ind w:firstLine="480"/>
        <w:jc w:val="left"/>
      </w:pPr>
      <w:r>
        <w:rPr>
          <w:rFonts w:ascii="Garamond" w:hAnsi="Garamond" w:cs="Garamond"/>
          <w:b w:val="0"/>
          <w:i w:val="0"/>
          <w:sz w:val="24"/>
        </w:rPr>
        <w:t>“And my men?“</w:t>
      </w:r>
    </w:p>
    <w:p>
      <w:pPr>
        <w:spacing w:before="0" w:after="0"/>
        <w:ind w:firstLine="480"/>
        <w:jc w:val="left"/>
      </w:pPr>
      <w:r>
        <w:rPr>
          <w:rFonts w:ascii="Garamond" w:hAnsi="Garamond" w:cs="Garamond"/>
          <w:b w:val="0"/>
          <w:i w:val="0"/>
          <w:sz w:val="24"/>
        </w:rPr>
        <w:t>“Don’t push it, Captain. You owe those sea pickles nothing,“ Brunow said, testing him.</w:t>
      </w:r>
    </w:p>
    <w:p>
      <w:pPr>
        <w:spacing w:before="0" w:after="0"/>
        <w:ind w:firstLine="480"/>
        <w:jc w:val="left"/>
      </w:pPr>
      <w:r>
        <w:rPr>
          <w:rFonts w:ascii="Garamond" w:hAnsi="Garamond" w:cs="Garamond"/>
          <w:b w:val="0"/>
          <w:i w:val="0"/>
          <w:sz w:val="24"/>
        </w:rPr>
        <w:t>“They are my responsibility.“</w:t>
      </w:r>
    </w:p>
    <w:p>
      <w:pPr>
        <w:spacing w:before="0" w:after="0"/>
        <w:ind w:firstLine="480"/>
        <w:jc w:val="left"/>
      </w:pPr>
      <w:r>
        <w:rPr>
          <w:rFonts w:ascii="Garamond" w:hAnsi="Garamond" w:cs="Garamond"/>
          <w:b w:val="0"/>
          <w:i w:val="0"/>
          <w:sz w:val="24"/>
        </w:rPr>
        <w:t>“Your responsibility right now is to stay alive. Tell us what you know. Where did she go? What did she say about the infant?“ Brunow moved into the man’s space.</w:t>
      </w:r>
    </w:p>
    <w:p>
      <w:pPr>
        <w:spacing w:before="0" w:after="0"/>
        <w:ind w:firstLine="480"/>
        <w:jc w:val="left"/>
      </w:pPr>
      <w:r>
        <w:rPr>
          <w:rFonts w:ascii="Garamond" w:hAnsi="Garamond" w:cs="Garamond"/>
          <w:b w:val="0"/>
          <w:i w:val="0"/>
          <w:sz w:val="24"/>
        </w:rPr>
        <w:t>“I’ve told you what I know.“</w:t>
      </w:r>
    </w:p>
    <w:p>
      <w:pPr>
        <w:spacing w:before="0" w:after="0"/>
        <w:ind w:firstLine="480"/>
        <w:jc w:val="left"/>
      </w:pPr>
      <w:r>
        <w:rPr>
          <w:rFonts w:ascii="Garamond" w:hAnsi="Garamond" w:cs="Garamond"/>
          <w:b w:val="0"/>
          <w:i w:val="0"/>
          <w:sz w:val="24"/>
        </w:rPr>
        <w:t>“One last chance,“ Petra said. “Tell me what you know.“</w:t>
      </w:r>
    </w:p>
    <w:p>
      <w:pPr>
        <w:spacing w:before="0" w:after="0"/>
        <w:ind w:firstLine="480"/>
        <w:jc w:val="left"/>
      </w:pPr>
      <w:r>
        <w:rPr>
          <w:rFonts w:ascii="Garamond" w:hAnsi="Garamond" w:cs="Garamond"/>
          <w:b w:val="0"/>
          <w:i w:val="0"/>
          <w:sz w:val="24"/>
        </w:rPr>
        <w:t>“I can only tell you what you already know.“</w:t>
      </w:r>
    </w:p>
    <w:p>
      <w:pPr>
        <w:spacing w:before="0" w:after="0"/>
        <w:ind w:firstLine="480"/>
        <w:jc w:val="left"/>
      </w:pPr>
      <w:r>
        <w:rPr>
          <w:rFonts w:ascii="Garamond" w:hAnsi="Garamond" w:cs="Garamond"/>
          <w:b w:val="0"/>
          <w:i w:val="0"/>
          <w:sz w:val="24"/>
        </w:rPr>
        <w:t>“Kill him.“</w:t>
      </w:r>
    </w:p>
    <w:p>
      <w:pPr>
        <w:spacing w:before="0" w:after="0"/>
        <w:ind w:firstLine="480"/>
        <w:jc w:val="left"/>
      </w:pPr>
      <w:r>
        <w:rPr>
          <w:rFonts w:ascii="Garamond" w:hAnsi="Garamond" w:cs="Garamond"/>
          <w:b w:val="0"/>
          <w:i w:val="0"/>
          <w:sz w:val="24"/>
        </w:rPr>
        <w:t>Two warriors stepped forward, drawing their swords.</w:t>
      </w:r>
    </w:p>
    <w:p>
      <w:pPr>
        <w:spacing w:before="0" w:after="0"/>
        <w:ind w:firstLine="480"/>
        <w:jc w:val="left"/>
      </w:pPr>
      <w:r>
        <w:rPr>
          <w:rFonts w:ascii="Garamond" w:hAnsi="Garamond" w:cs="Garamond"/>
          <w:b w:val="0"/>
          <w:i w:val="0"/>
          <w:sz w:val="24"/>
        </w:rPr>
        <w:t>“Except…“ Terrell pressed himself back against the crate he was sitting on.</w:t>
      </w:r>
    </w:p>
    <w:p>
      <w:pPr>
        <w:spacing w:before="0" w:after="0"/>
        <w:ind w:firstLine="480"/>
        <w:jc w:val="left"/>
      </w:pPr>
      <w:r>
        <w:rPr>
          <w:rFonts w:ascii="Garamond" w:hAnsi="Garamond" w:cs="Garamond"/>
          <w:b w:val="0"/>
          <w:i w:val="0"/>
          <w:sz w:val="24"/>
        </w:rPr>
        <w:t>Petra stopped them with a gesture. “Except what?“</w:t>
      </w:r>
    </w:p>
    <w:p>
      <w:pPr>
        <w:spacing w:before="0" w:after="0"/>
        <w:ind w:firstLine="480"/>
        <w:jc w:val="left"/>
      </w:pPr>
      <w:r>
        <w:rPr>
          <w:rFonts w:ascii="Garamond" w:hAnsi="Garamond" w:cs="Garamond"/>
          <w:b w:val="0"/>
          <w:i w:val="0"/>
          <w:sz w:val="24"/>
        </w:rPr>
        <w:t>Terrell let out a breath. “It should have been simple. Two ships against one. We were supposed to stop you from reaching port or force you back out to sea, and we had you. But she changed the winds and I lost my second ship. Hessa brought that storm to push us onto you. Even then, with her help, we could have finished it. When I asked her to join the fight she turned and called to the sky, and then she told me you would be coming with us whether I complained or not.“ He paused. “That was when the wave hit. After that the storm was beyond anyone’s control.“</w:t>
      </w:r>
    </w:p>
    <w:p>
      <w:pPr>
        <w:spacing w:before="0" w:after="0"/>
        <w:ind w:firstLine="480"/>
        <w:jc w:val="left"/>
      </w:pPr>
      <w:r>
        <w:rPr>
          <w:rFonts w:ascii="Garamond" w:hAnsi="Garamond" w:cs="Garamond"/>
          <w:b w:val="0"/>
          <w:i w:val="0"/>
          <w:sz w:val="24"/>
        </w:rPr>
        <w:t>Petra said nothing. He remembered the ceremony where Hessa had shown him what she needed from him. He knew she was using him. He had known it then. But the Prince was on this island and there was no other way.</w:t>
      </w:r>
    </w:p>
    <w:p>
      <w:pPr>
        <w:spacing w:before="0" w:after="0"/>
        <w:ind w:firstLine="480"/>
        <w:jc w:val="left"/>
      </w:pPr>
      <w:r>
        <w:rPr>
          <w:rFonts w:ascii="Garamond" w:hAnsi="Garamond" w:cs="Garamond"/>
          <w:b w:val="0"/>
          <w:i w:val="0"/>
          <w:sz w:val="24"/>
        </w:rPr>
        <w:t>“She praised Kakollian,“ Terrell continued, steadier now. “Said he had done his part.“ He almost smiled at his own memory, then thought better of it looking at Petra’s face. “She told me there was help on the other side of the island. That if we were separated I should make for there.“</w:t>
      </w:r>
    </w:p>
    <w:p>
      <w:pPr>
        <w:spacing w:before="0" w:after="0"/>
        <w:ind w:firstLine="480"/>
        <w:jc w:val="left"/>
      </w:pPr>
      <w:r>
        <w:rPr>
          <w:rFonts w:ascii="Garamond" w:hAnsi="Garamond" w:cs="Garamond"/>
          <w:b w:val="0"/>
          <w:i w:val="0"/>
          <w:sz w:val="24"/>
        </w:rPr>
        <w:t>“Where on the other side?“ Brunow cut in.</w:t>
      </w:r>
    </w:p>
    <w:p>
      <w:pPr>
        <w:spacing w:before="0" w:after="0"/>
        <w:ind w:firstLine="480"/>
        <w:jc w:val="left"/>
      </w:pPr>
      <w:r>
        <w:rPr>
          <w:rFonts w:ascii="Garamond" w:hAnsi="Garamond" w:cs="Garamond"/>
          <w:b w:val="0"/>
          <w:i w:val="0"/>
          <w:sz w:val="24"/>
        </w:rPr>
        <w:t>“If I tell you that, you have no reason to keep me alive.“</w:t>
      </w:r>
    </w:p>
    <w:p>
      <w:pPr>
        <w:spacing w:before="0" w:after="0"/>
        <w:ind w:firstLine="480"/>
        <w:jc w:val="left"/>
      </w:pPr>
      <w:r>
        <w:rPr>
          <w:rFonts w:ascii="Garamond" w:hAnsi="Garamond" w:cs="Garamond"/>
          <w:b w:val="0"/>
          <w:i w:val="0"/>
          <w:sz w:val="24"/>
        </w:rPr>
        <w:t>“We have no reason now,“ Petra said. “If it is truly an island we can find the other side ourselves. Kill him.“</w:t>
      </w:r>
    </w:p>
    <w:p>
      <w:pPr>
        <w:spacing w:before="0" w:after="0"/>
        <w:ind w:firstLine="480"/>
        <w:jc w:val="left"/>
      </w:pPr>
      <w:r>
        <w:rPr>
          <w:rFonts w:ascii="Garamond" w:hAnsi="Garamond" w:cs="Garamond"/>
          <w:b w:val="0"/>
          <w:i w:val="0"/>
          <w:sz w:val="24"/>
        </w:rPr>
        <w:t>“But the child, Petra. Can you afford to gamble with the child?“</w:t>
      </w:r>
    </w:p>
    <w:p>
      <w:pPr>
        <w:spacing w:before="0" w:after="0"/>
        <w:ind w:firstLine="480"/>
        <w:jc w:val="left"/>
      </w:pPr>
      <w:r>
        <w:rPr>
          <w:rFonts w:ascii="Garamond" w:hAnsi="Garamond" w:cs="Garamond"/>
          <w:b w:val="0"/>
          <w:i w:val="0"/>
          <w:sz w:val="24"/>
        </w:rPr>
        <w:t>“Last chance, Terrell. What do you know?“</w:t>
      </w:r>
    </w:p>
    <w:p>
      <w:pPr>
        <w:spacing w:before="0" w:after="0"/>
        <w:ind w:firstLine="480"/>
        <w:jc w:val="left"/>
      </w:pPr>
      <w:r>
        <w:rPr>
          <w:rFonts w:ascii="Garamond" w:hAnsi="Garamond" w:cs="Garamond"/>
          <w:b w:val="0"/>
          <w:i w:val="0"/>
          <w:sz w:val="24"/>
        </w:rPr>
        <w:t>“She cannot let you have him. She said his destiny is to serve the Dark Master. If you get too close she will kill the Prince so that he may serve in death rather than life.“ Terrell had played everything he had. He watched Petra’s face for something and found nothing there.</w:t>
      </w:r>
    </w:p>
    <w:p>
      <w:pPr>
        <w:spacing w:before="0" w:after="0"/>
        <w:ind w:firstLine="480"/>
        <w:jc w:val="left"/>
      </w:pPr>
      <w:r>
        <w:rPr>
          <w:rFonts w:ascii="Garamond" w:hAnsi="Garamond" w:cs="Garamond"/>
          <w:b w:val="0"/>
          <w:i w:val="0"/>
          <w:sz w:val="24"/>
        </w:rPr>
        <w:t>“You claim she has the infant with her,“ Petra said, “yet she orders you to attack a heavily armed ship.“ He let that sit for a moment. “I don’t believe she would cross from the old world with the Prince only to risk him being taken back. If that was Hessa on your ship, and I don’t doubt it was, she left the child with someone before she ever boarded. Probably Kakollian.“ He turned toward the tent opening. “You say she told you there was help on the other side of the island. That I believe. But I don’t believe she trusted you with the location. Your job was done the moment you stopped our rescue. She doesn’t need you anymore, Terrell. She is of the Order. She doesn’t need a ship to cross water.“ He stopped. “Kill them all. Except the boy.“</w:t>
      </w:r>
    </w:p>
    <w:p>
      <w:pPr>
        <w:spacing w:before="0" w:after="0"/>
        <w:ind w:firstLine="480"/>
        <w:jc w:val="left"/>
      </w:pPr>
      <w:r>
        <w:rPr>
          <w:rFonts w:ascii="Garamond" w:hAnsi="Garamond" w:cs="Garamond"/>
          <w:b w:val="0"/>
          <w:i w:val="0"/>
          <w:sz w:val="24"/>
        </w:rPr>
        <w:t>Before the guards could move, a shriek split the night.</w:t>
      </w:r>
    </w:p>
    <w:p>
      <w:pPr>
        <w:spacing w:before="0" w:after="0"/>
        <w:ind w:firstLine="480"/>
        <w:jc w:val="left"/>
      </w:pPr>
      <w:r>
        <w:rPr>
          <w:rFonts w:ascii="Garamond" w:hAnsi="Garamond" w:cs="Garamond"/>
          <w:b w:val="0"/>
          <w:i w:val="0"/>
          <w:sz w:val="24"/>
        </w:rPr>
        <w:t>The warriors grabbed Terrell and carried him out to the beach with the rest to see what had made the sound. Something enormous crossed through the firelight and lifted three of the prisoners into the air, two of them dangling by their rope bonds. Nobody could say with certainty what they were seeing until the second one hit. This time there was no mistaking it. A creature of impossible size folded its wings on the sand and came toward the camp.</w:t>
      </w:r>
    </w:p>
    <w:p>
      <w:pPr>
        <w:spacing w:before="0" w:after="0"/>
        <w:ind w:firstLine="480"/>
        <w:jc w:val="left"/>
      </w:pPr>
      <w:r>
        <w:rPr>
          <w:rFonts w:ascii="Garamond" w:hAnsi="Garamond" w:cs="Garamond"/>
          <w:b w:val="0"/>
          <w:i w:val="0"/>
          <w:sz w:val="24"/>
        </w:rPr>
        <w:t>“Dragon,“ Brunow whispered. “That cannot be. They exist only in legend.“</w:t>
      </w:r>
    </w:p>
    <w:p>
      <w:pPr>
        <w:spacing w:before="0" w:after="0"/>
        <w:ind w:firstLine="480"/>
        <w:jc w:val="left"/>
      </w:pPr>
      <w:r>
        <w:rPr>
          <w:rFonts w:ascii="Garamond" w:hAnsi="Garamond" w:cs="Garamond"/>
          <w:b w:val="0"/>
          <w:i w:val="0"/>
          <w:sz w:val="24"/>
        </w:rPr>
        <w:t>“To the cliffs!“ Petra shouted. “Move, Captain, before your legend decides we look edible. To the cliffs!“ He turned and ran.</w:t>
      </w:r>
    </w:p>
    <w:p>
      <w:pPr>
        <w:spacing w:before="0" w:after="0"/>
        <w:ind w:firstLine="480"/>
        <w:jc w:val="left"/>
      </w:pPr>
      <w:r>
        <w:rPr>
          <w:rFonts w:ascii="Garamond" w:hAnsi="Garamond" w:cs="Garamond"/>
          <w:b w:val="0"/>
          <w:i w:val="0"/>
          <w:sz w:val="24"/>
        </w:rPr>
        <w:t>One of the dragons landed beside the bonfire and scattered burning embers through the camp and into the trees. Small fires erupted everywhere. The beach became chaos. Wherever Petra looked the great beasts dominated the sky and the sand, and the fear that hit him was not the clean fear of battle but something older and deeper, the kind that works on the legs before the mind catches up. He ran on instinct, made the tree line just behind Brunow and Verad, and then he saw Terrell.</w:t>
      </w:r>
    </w:p>
    <w:p>
      <w:pPr>
        <w:spacing w:before="0" w:after="0"/>
        <w:ind w:firstLine="480"/>
        <w:jc w:val="left"/>
      </w:pPr>
      <w:r>
        <w:rPr>
          <w:rFonts w:ascii="Garamond" w:hAnsi="Garamond" w:cs="Garamond"/>
          <w:b w:val="0"/>
          <w:i w:val="0"/>
          <w:sz w:val="24"/>
        </w:rPr>
        <w:t>The Estollian Captain and two of his men, still bound at the wrists, were making for the cliffs. Petra’s anger overran everything else. He forgot the dragons. He forgot the screaming. He crossed the distance in seconds and cut down the closest Estollian with a single sweep. As he moved on Terrell a clawed foot twice the size of a war horse hit him full in the chest and dropped him into the sand like a stone.</w:t>
      </w:r>
    </w:p>
    <w:p>
      <w:pPr>
        <w:spacing w:before="0" w:after="0"/>
        <w:ind w:firstLine="480"/>
        <w:jc w:val="left"/>
      </w:pPr>
      <w:r>
        <w:rPr>
          <w:rFonts w:ascii="Garamond" w:hAnsi="Garamond" w:cs="Garamond"/>
          <w:b w:val="0"/>
          <w:i w:val="0"/>
          <w:sz w:val="24"/>
        </w:rPr>
        <w:t>He lay there trying to remember how to breathe. Above him one of the dragons banked away carrying the second sailor, a length of rope trailing below him with the weight of the man Petra had just killed swinging at the end. The dead man’s legs were still moving. Petra watched and felt something he had not expected. Pity.</w:t>
      </w:r>
    </w:p>
    <w:p>
      <w:pPr>
        <w:spacing w:before="0" w:after="0"/>
        <w:ind w:firstLine="480"/>
        <w:jc w:val="left"/>
      </w:pPr>
      <w:r>
        <w:rPr>
          <w:rFonts w:ascii="Garamond" w:hAnsi="Garamond" w:cs="Garamond"/>
          <w:b w:val="0"/>
          <w:i w:val="0"/>
          <w:sz w:val="24"/>
        </w:rPr>
        <w:t>His vision closed in at the edges. Breath came in short pulls. The darkness was patient.</w:t>
      </w:r>
    </w:p>
    <w:p>
      <w:pPr>
        <w:spacing w:before="0" w:after="0"/>
        <w:ind w:firstLine="480"/>
        <w:jc w:val="left"/>
      </w:pPr>
      <w:r>
        <w:rPr>
          <w:rFonts w:ascii="Garamond" w:hAnsi="Garamond" w:cs="Garamond"/>
          <w:b w:val="0"/>
          <w:i w:val="0"/>
          <w:sz w:val="24"/>
        </w:rPr>
        <w:t>Another shriek pulled him back. When he opened his eyes his sword was in Terrell’s hands.</w:t>
      </w:r>
    </w:p>
    <w:p>
      <w:pPr>
        <w:spacing w:before="0" w:after="0"/>
        <w:ind w:firstLine="480"/>
        <w:jc w:val="left"/>
      </w:pPr>
      <w:r>
        <w:rPr>
          <w:rFonts w:ascii="Garamond" w:hAnsi="Garamond" w:cs="Garamond"/>
          <w:b w:val="0"/>
          <w:i w:val="0"/>
          <w:sz w:val="24"/>
        </w:rPr>
        <w:t>The blade of his father’s father was too long and too heavy for the Estollian. Petra could see that even through the narrowing dark. He thought of his son, of the first time the boy had tried to lift that sword, laughing at his own weakness. Terrell got the weapon overhead with effort, stumbled back a step under its weight, steadied himself, and started the swing that would take Petra’s head.</w:t>
      </w:r>
    </w:p>
    <w:p>
      <w:pPr>
        <w:spacing w:before="0" w:after="0"/>
        <w:ind w:firstLine="480"/>
        <w:jc w:val="left"/>
      </w:pPr>
      <w:r>
        <w:rPr>
          <w:rFonts w:ascii="Garamond" w:hAnsi="Garamond" w:cs="Garamond"/>
          <w:b w:val="0"/>
          <w:i w:val="0"/>
          <w:sz w:val="24"/>
        </w:rPr>
        <w:t>Petra thought about rolling. His body did not respond. He lowered his arms so the blow would be clean and final. He was tired of the guilt. Tired of knowing the Prince’s kidnapping had been his failure to prevent. At least this would be swift.</w:t>
      </w:r>
    </w:p>
    <w:p>
      <w:pPr>
        <w:spacing w:before="0" w:after="0"/>
        <w:ind w:firstLine="480"/>
        <w:jc w:val="left"/>
      </w:pPr>
      <w:r>
        <w:rPr>
          <w:rFonts w:ascii="Garamond" w:hAnsi="Garamond" w:cs="Garamond"/>
          <w:b w:val="0"/>
          <w:i w:val="0"/>
          <w:sz w:val="24"/>
        </w:rPr>
        <w:t>The sword hit the sand beside his head.</w:t>
      </w:r>
    </w:p>
    <w:p>
      <w:pPr>
        <w:spacing w:before="0" w:after="0"/>
        <w:ind w:firstLine="480"/>
        <w:jc w:val="left"/>
      </w:pPr>
      <w:r>
        <w:rPr>
          <w:rFonts w:ascii="Garamond" w:hAnsi="Garamond" w:cs="Garamond"/>
          <w:b w:val="0"/>
          <w:i w:val="0"/>
          <w:sz w:val="24"/>
        </w:rPr>
        <w:t>He opened his eyes. Verad had Terrell by the arms and they were rolling in the black sand. Before Petra could get air into his lungs and gain his feet, Terrell threw the boy off and disappeared into the dark woods.</w:t>
      </w:r>
    </w:p>
    <w:p>
      <w:pPr>
        <w:spacing w:before="0" w:after="0"/>
        <w:ind w:firstLine="480"/>
        <w:jc w:val="left"/>
      </w:pPr>
      <w:r>
        <w:rPr>
          <w:rFonts w:ascii="Garamond" w:hAnsi="Garamond" w:cs="Garamond"/>
          <w:b w:val="0"/>
          <w:i w:val="0"/>
          <w:sz w:val="24"/>
        </w:rPr>
        <w:t>Brunow was there. He pulled Petra up and got him moving toward the trees. Behind them Verad lifted the great sword with both hands and struggled after them.</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The dragons were real.</w:t>
      </w:r>
    </w:p>
    <w:p>
      <w:pPr>
        <w:spacing w:before="0" w:after="0"/>
        <w:ind w:firstLine="480"/>
        <w:jc w:val="left"/>
      </w:pPr>
      <w:r>
        <w:rPr>
          <w:rFonts w:ascii="Garamond" w:hAnsi="Garamond" w:cs="Garamond"/>
          <w:b w:val="0"/>
          <w:i w:val="0"/>
          <w:sz w:val="24"/>
        </w:rPr>
        <w:t>Terrell made his way through the rocks toward high ground, and the thought kept landing on him with the same dull weight. Real. Not legend. Not the old stories sailors told to keep boys from signing on. Real, and on this island, and hunting by firelight with a patience that made the screaming on the beach below him feel very far away.</w:t>
      </w:r>
    </w:p>
    <w:p>
      <w:pPr>
        <w:spacing w:before="0" w:after="0"/>
        <w:ind w:firstLine="480"/>
        <w:jc w:val="left"/>
      </w:pPr>
      <w:r>
        <w:rPr>
          <w:rFonts w:ascii="Garamond" w:hAnsi="Garamond" w:cs="Garamond"/>
          <w:b w:val="0"/>
          <w:i w:val="0"/>
          <w:sz w:val="24"/>
        </w:rPr>
        <w:t>He had heard the tales. At the end of the First War of Balance the dragons had been locked away on a remote island along with their ancient enemies and their strange mirror image, the equis, the winged horses of the old stories. He had filed it with the rest of the things men said when they had been too long at sea.</w:t>
      </w:r>
    </w:p>
    <w:p>
      <w:pPr>
        <w:spacing w:before="0" w:after="0"/>
        <w:ind w:firstLine="480"/>
        <w:jc w:val="left"/>
      </w:pPr>
      <w:r>
        <w:rPr>
          <w:rFonts w:ascii="Garamond" w:hAnsi="Garamond" w:cs="Garamond"/>
          <w:b w:val="0"/>
          <w:i w:val="0"/>
          <w:sz w:val="24"/>
        </w:rPr>
        <w:t>Now he understood why those men had looked the way they did when they said it.</w:t>
      </w:r>
    </w:p>
    <w:p>
      <w:pPr>
        <w:spacing w:before="0" w:after="0"/>
        <w:ind w:firstLine="480"/>
        <w:jc w:val="left"/>
      </w:pPr>
      <w:r>
        <w:rPr>
          <w:rFonts w:ascii="Garamond" w:hAnsi="Garamond" w:cs="Garamond"/>
          <w:b w:val="0"/>
          <w:i w:val="0"/>
          <w:sz w:val="24"/>
        </w:rPr>
        <w:t>The great beasts came out of the black sky and moved like birds, twisting in flight to cut off anything that ran. The cries of the dying were swallowed by the sound the dragons made. In the camp below men scattered and were caught, scooped up in claws or simply taken whole. Mice to eagles. The comparison was generous to the men.</w:t>
      </w:r>
    </w:p>
    <w:p>
      <w:pPr>
        <w:spacing w:before="0" w:after="0"/>
        <w:ind w:firstLine="480"/>
        <w:jc w:val="left"/>
      </w:pPr>
      <w:r>
        <w:rPr>
          <w:rFonts w:ascii="Garamond" w:hAnsi="Garamond" w:cs="Garamond"/>
          <w:b w:val="0"/>
          <w:i w:val="0"/>
          <w:sz w:val="24"/>
        </w:rPr>
        <w:t>Hessa’s storm had done something the Order had not intended and the Gods had worked to prevent. Men were never supposed to set foot on this island. The dragons had been the dominant creation of the First Age, built with intelligence beyond anything that came before or after, given size and strength and the sky itself, and they had been the reason the First War of Balance was fought at all.</w:t>
      </w:r>
    </w:p>
    <w:p>
      <w:pPr>
        <w:spacing w:before="0" w:after="0"/>
        <w:ind w:firstLine="480"/>
        <w:jc w:val="left"/>
      </w:pPr>
      <w:r>
        <w:rPr>
          <w:rFonts w:ascii="Garamond" w:hAnsi="Garamond" w:cs="Garamond"/>
          <w:b w:val="0"/>
          <w:i w:val="0"/>
          <w:sz w:val="24"/>
        </w:rPr>
        <w:t>Terrell pressed himself into a crack in the rock and watched the beach burn and tried not to think about how long it would take them to work their way up the cliffs.</w:t>
      </w:r>
    </w:p>
    <w:p>
      <w:pPr>
        <w:spacing w:before="480" w:after="360"/>
        <w:ind w:firstLine="0"/>
        <w:jc w:val="center"/>
      </w:pPr>
      <w:r>
        <w:rPr>
          <w:rFonts w:ascii="Garamond" w:hAnsi="Garamond" w:cs="Garamond"/>
          <w:b/>
          <w:i w:val="0"/>
          <w:sz w:val="28"/>
        </w:rPr>
        <w:t>Chapter Nineteen</w:t>
      </w:r>
    </w:p>
    <w:p>
      <w:pPr>
        <w:spacing w:before="0" w:after="0"/>
        <w:ind w:firstLine="480"/>
        <w:jc w:val="left"/>
      </w:pPr>
      <w:r>
        <w:rPr>
          <w:rFonts w:ascii="Garamond" w:hAnsi="Garamond" w:cs="Garamond"/>
          <w:b w:val="0"/>
          <w:i w:val="0"/>
          <w:sz w:val="24"/>
        </w:rPr>
        <w:t>Day Two on the Island</w:t>
      </w:r>
    </w:p>
    <w:p>
      <w:pPr>
        <w:spacing w:before="0" w:after="0"/>
        <w:ind w:firstLine="480"/>
        <w:jc w:val="left"/>
      </w:pPr>
      <w:r>
        <w:rPr>
          <w:rFonts w:ascii="Garamond" w:hAnsi="Garamond" w:cs="Garamond"/>
          <w:b w:val="0"/>
          <w:i w:val="0"/>
          <w:sz w:val="24"/>
        </w:rPr>
        <w:t>Roland Orlick could not have said how many times he woke that night. The screams were still in his ears each time he did.</w:t>
      </w:r>
    </w:p>
    <w:p>
      <w:pPr>
        <w:spacing w:before="0" w:after="0"/>
        <w:ind w:firstLine="480"/>
        <w:jc w:val="left"/>
      </w:pPr>
      <w:r>
        <w:rPr>
          <w:rFonts w:ascii="Garamond" w:hAnsi="Garamond" w:cs="Garamond"/>
          <w:b w:val="0"/>
          <w:i w:val="0"/>
          <w:sz w:val="24"/>
        </w:rPr>
        <w:t>He would not have moved from the beach at all if Petra had not shouted about the cliffs. The strike came seconds after the first shriek, that single sound that swallowed every other noise on the beach, the surf, the insects, the low talk of men settling in for the night. The three sailors tied beside him vanished through a wall of foul air before anyone understood what was happening. By the time the dragon’s skin caught the firelight they were already gone.</w:t>
      </w:r>
    </w:p>
    <w:p>
      <w:pPr>
        <w:spacing w:before="0" w:after="0"/>
        <w:ind w:firstLine="480"/>
        <w:jc w:val="left"/>
      </w:pPr>
      <w:r>
        <w:rPr>
          <w:rFonts w:ascii="Garamond" w:hAnsi="Garamond" w:cs="Garamond"/>
          <w:b w:val="0"/>
          <w:i w:val="0"/>
          <w:sz w:val="24"/>
        </w:rPr>
        <w:t>His run to the trees was pure luck. When the bonfire exploded outward an Estollian running beside him spotted a discarded sword in the burning light and cut their bonds without slowing. Even then they nearly did not make it. The man veered deeper into the forest and the dragon chasing them went after him instead of Orlick. He did not look back. He made the cliffs and found a narrow niche in the rock face sixty or seventy feet up and crawled inside and tried to become part of the stone.</w:t>
      </w:r>
    </w:p>
    <w:p>
      <w:pPr>
        <w:spacing w:before="0" w:after="0"/>
        <w:ind w:firstLine="480"/>
        <w:jc w:val="left"/>
      </w:pPr>
      <w:r>
        <w:rPr>
          <w:rFonts w:ascii="Garamond" w:hAnsi="Garamond" w:cs="Garamond"/>
          <w:b w:val="0"/>
          <w:i w:val="0"/>
          <w:sz w:val="24"/>
        </w:rPr>
        <w:t>Now it was morning. Otos found a break in the clouds and lit the black sand below until it glittered like scattered diamonds. Orlick watched it from his hole in the rock and felt nothing. The beauty of the place had no purchase on him. He was too far inside what he had done.</w:t>
      </w:r>
    </w:p>
    <w:p>
      <w:pPr>
        <w:spacing w:before="0" w:after="0"/>
        <w:ind w:firstLine="480"/>
        <w:jc w:val="left"/>
      </w:pPr>
      <w:r>
        <w:rPr>
          <w:rFonts w:ascii="Garamond" w:hAnsi="Garamond" w:cs="Garamond"/>
          <w:b w:val="0"/>
          <w:i w:val="0"/>
          <w:sz w:val="24"/>
        </w:rPr>
        <w:t>It had all gone wrong the moment Brunow’s eyes found his on the deck of the Sheeva. That look had ended everything, all of it, the careful years of it. He had traded his loyalty for wealth with the intention of buying it back someday, a plan that had seemed reasonable once and now seemed like the thinking of a younger and much stupider man. There would be no buying anything back. There would be no spending what he had accumulated. There was only this island, and the night that had just passed, and the particular quality of silence that follows slaughter.</w:t>
      </w:r>
    </w:p>
    <w:p>
      <w:pPr>
        <w:spacing w:before="0" w:after="0"/>
        <w:ind w:firstLine="480"/>
        <w:jc w:val="left"/>
      </w:pPr>
      <w:r>
        <w:rPr>
          <w:rFonts w:ascii="Garamond" w:hAnsi="Garamond" w:cs="Garamond"/>
          <w:b w:val="0"/>
          <w:i w:val="0"/>
          <w:sz w:val="24"/>
        </w:rPr>
        <w:t>He had known, somewhere underneath the planning and the patience and the coin, that it would end like this. He had known it the way a man knows a thing he refuses to say out loud.</w:t>
      </w:r>
    </w:p>
    <w:p>
      <w:pPr>
        <w:spacing w:before="0" w:after="0"/>
        <w:ind w:firstLine="480"/>
        <w:jc w:val="left"/>
      </w:pPr>
      <w:r>
        <w:rPr>
          <w:rFonts w:ascii="Garamond" w:hAnsi="Garamond" w:cs="Garamond"/>
          <w:b w:val="0"/>
          <w:i w:val="0"/>
          <w:sz w:val="24"/>
        </w:rPr>
        <w:t>He pulled his knees to his chest and watched the empty beach and waited to find out what came next.</w:t>
      </w:r>
    </w:p>
    <w:p>
      <w:pPr>
        <w:spacing w:before="480" w:after="360"/>
        <w:ind w:firstLine="0"/>
        <w:jc w:val="center"/>
      </w:pPr>
      <w:r>
        <w:rPr>
          <w:rFonts w:ascii="Garamond" w:hAnsi="Garamond" w:cs="Garamond"/>
          <w:b/>
          <w:i w:val="0"/>
          <w:sz w:val="28"/>
        </w:rPr>
        <w:t>Chapter Twenty</w:t>
      </w:r>
    </w:p>
    <w:p>
      <w:pPr>
        <w:spacing w:before="240" w:after="240"/>
        <w:ind w:firstLine="0"/>
        <w:jc w:val="center"/>
      </w:pPr>
      <w:r>
        <w:rPr>
          <w:rFonts w:ascii="Garamond" w:hAnsi="Garamond" w:cs="Garamond"/>
          <w:b w:val="0"/>
          <w:i/>
          <w:sz w:val="24"/>
        </w:rPr>
        <w:t>Day Two on the Island</w:t>
      </w:r>
    </w:p>
    <w:p>
      <w:pPr>
        <w:spacing w:before="0" w:after="0"/>
        <w:ind w:firstLine="480"/>
        <w:jc w:val="left"/>
      </w:pPr>
      <w:r>
        <w:rPr>
          <w:rFonts w:ascii="Garamond" w:hAnsi="Garamond" w:cs="Garamond"/>
          <w:b w:val="0"/>
          <w:i w:val="0"/>
          <w:sz w:val="24"/>
        </w:rPr>
        <w:t>Otos was well along on his daily journey when Petra crawled down from the rocks. He was a different man than had gone into them the night before. His body was cut and aching from the climb into the jagged cliffs that bordered the beach. The glasslike stone shattered at the slightest pressure, shedding thousands of razor shards, and the night had been spent bleeding from a dozen small wounds and praying to the Gods for an end to the shrieks and screams that echoed through the dark. The real terror came when he understood they were not safe even in the rocks. Many men had made it through the forest and into the cliffs while being hounded by the dragons, only to fall there not to teeth and claws but to liquid breath. It was a foul, acrid spray that burned through the toughest leather and into the skin below. A man caught by it was as good as dead, though the screaming lasted for hours. The dragons struck the cliffs at random, driving men from their hiding places with terrible success, if one measured success by screams in the night.</w:t>
      </w:r>
    </w:p>
    <w:p>
      <w:pPr>
        <w:spacing w:before="0" w:after="0"/>
        <w:ind w:firstLine="480"/>
        <w:jc w:val="left"/>
      </w:pPr>
      <w:r>
        <w:rPr>
          <w:rFonts w:ascii="Garamond" w:hAnsi="Garamond" w:cs="Garamond"/>
          <w:b w:val="0"/>
          <w:i w:val="0"/>
          <w:sz w:val="24"/>
        </w:rPr>
        <w:t>Petra looked out over what had been, just the day before, a beautiful beach. Most of the surrounding trees lay flat now. Like a child’s scattered toy logs they had been torn from the ground and flung wide by the movements of immense bodies. He could trace a line in the sand where a dragon had chased a running man, lost sight of him, veered off, and found him again. Except for that single deviation, it was a straight path to the cliff face. The tents were gone. The beach was strewn with smoldering firewood and a few of the men who had been killed in the first passes. Their bodies were not pleasant to look at, some half eaten, none still living. What the dragons had left behind was being swarmed over by the crabs that were so abundant on this beach.</w:t>
      </w:r>
    </w:p>
    <w:p>
      <w:pPr>
        <w:spacing w:before="0" w:after="0"/>
        <w:ind w:firstLine="480"/>
        <w:jc w:val="left"/>
      </w:pPr>
      <w:r>
        <w:rPr>
          <w:rFonts w:ascii="Garamond" w:hAnsi="Garamond" w:cs="Garamond"/>
          <w:b w:val="0"/>
          <w:i w:val="0"/>
          <w:sz w:val="24"/>
        </w:rPr>
        <w:t>Brunow followed the big man down. Verad shuffled along behind. All three were in shock, their eyes moving constantly to the sky, searching the clouds for anything larger than a sparrow. None of them had made a sound during the night. None had moved once they were hidden. They were the only three to have come down from the cliffs so far, and it was hard to believe they might be the only survivors of the shipwreck and the attack.</w:t>
      </w:r>
    </w:p>
    <w:p>
      <w:pPr>
        <w:spacing w:before="0" w:after="0"/>
        <w:ind w:firstLine="480"/>
        <w:jc w:val="left"/>
      </w:pPr>
      <w:r>
        <w:rPr>
          <w:rFonts w:ascii="Garamond" w:hAnsi="Garamond" w:cs="Garamond"/>
          <w:b w:val="0"/>
          <w:i w:val="0"/>
          <w:sz w:val="24"/>
        </w:rPr>
        <w:t>The warrior moved across the ruined beach searching for anything useful. He collected what rope and knives he could find, a few blankets, what little food remained. He worked quickly, scanning the sky and the tree line, and found neither dragons nor survivors. Finally he gathered Brunow and Verad, who had settled near the edge of the forest, not yet willing to leave the faint cover it offered. It was the only time since the beach that Verad had moved from Petra’s side. The boy had grown on him quickly. Petra had come to trust him without quite deciding to.</w:t>
      </w:r>
    </w:p>
    <w:p>
      <w:pPr>
        <w:spacing w:before="0" w:after="0"/>
        <w:ind w:firstLine="480"/>
        <w:jc w:val="left"/>
      </w:pPr>
      <w:r>
        <w:rPr>
          <w:rFonts w:ascii="Garamond" w:hAnsi="Garamond" w:cs="Garamond"/>
          <w:b w:val="0"/>
          <w:i w:val="0"/>
          <w:sz w:val="24"/>
        </w:rPr>
        <w:t>“We cannot wait here for anyone else,“ Petra said to his two weary charges. “If there are others, they will have to catch up. I am not spending another night in those blasted rocks.“ It went against his warrior’s code to leave his men unburied, but there was no time for sentiment.</w:t>
      </w:r>
    </w:p>
    <w:p>
      <w:pPr>
        <w:spacing w:before="0" w:after="0"/>
        <w:ind w:firstLine="480"/>
        <w:jc w:val="left"/>
      </w:pPr>
      <w:r>
        <w:rPr>
          <w:rFonts w:ascii="Garamond" w:hAnsi="Garamond" w:cs="Garamond"/>
          <w:b w:val="0"/>
          <w:i w:val="0"/>
          <w:sz w:val="24"/>
        </w:rPr>
        <w:t>He divided the supplies so that every man had his fair share, or so he said. His own pack was considerably larger than either of the others.</w:t>
      </w:r>
    </w:p>
    <w:p>
      <w:pPr>
        <w:spacing w:before="0" w:after="0"/>
        <w:ind w:firstLine="480"/>
        <w:jc w:val="left"/>
      </w:pPr>
      <w:r>
        <w:rPr>
          <w:rFonts w:ascii="Garamond" w:hAnsi="Garamond" w:cs="Garamond"/>
          <w:b w:val="0"/>
          <w:i w:val="0"/>
          <w:sz w:val="24"/>
        </w:rPr>
        <w:t>“Where will we go to be safe, Lord?“ Verad stumbled on the words. The fear of making any sound that might draw the dragons was not easy to set aside.</w:t>
      </w:r>
    </w:p>
    <w:p>
      <w:pPr>
        <w:spacing w:before="0" w:after="0"/>
        <w:ind w:firstLine="480"/>
        <w:jc w:val="left"/>
      </w:pPr>
      <w:r>
        <w:rPr>
          <w:rFonts w:ascii="Garamond" w:hAnsi="Garamond" w:cs="Garamond"/>
          <w:b w:val="0"/>
          <w:i w:val="0"/>
          <w:sz w:val="24"/>
        </w:rPr>
        <w:t>“I do not know exactly, but anywhere is better than here,“ Petra said in an even voice, holding his own fear back by an act of will.</w:t>
      </w:r>
    </w:p>
    <w:p>
      <w:pPr>
        <w:spacing w:before="0" w:after="0"/>
        <w:ind w:firstLine="480"/>
        <w:jc w:val="left"/>
      </w:pPr>
      <w:r>
        <w:rPr>
          <w:rFonts w:ascii="Garamond" w:hAnsi="Garamond" w:cs="Garamond"/>
          <w:b w:val="0"/>
          <w:i w:val="0"/>
          <w:sz w:val="24"/>
        </w:rPr>
        <w:t>“I second that,“ Captain Brunow put in, not about to miss the conversation altogether. “A sailor’s feet are meant for pine and salt, not glass and blood.“</w:t>
      </w:r>
    </w:p>
    <w:p>
      <w:pPr>
        <w:spacing w:before="0" w:after="0"/>
        <w:ind w:firstLine="480"/>
        <w:jc w:val="left"/>
      </w:pPr>
      <w:r>
        <w:rPr>
          <w:rFonts w:ascii="Garamond" w:hAnsi="Garamond" w:cs="Garamond"/>
          <w:b w:val="0"/>
          <w:i w:val="0"/>
          <w:sz w:val="24"/>
        </w:rPr>
        <w:t>Those were the final words any of them spoke until near dusk, when Petra stopped them beside a small stream coming out of the forest at the base of a large granite outcrop. This was what he had been heading for all day. He had considered staying close to the mountains, knowing the forest gave little in the way of protection, but he had abandoned that idea when he topped a rise and looked down into the valley his soldiers had told him about the day before.</w:t>
      </w:r>
    </w:p>
    <w:p>
      <w:pPr>
        <w:spacing w:before="0" w:after="0"/>
        <w:ind w:firstLine="480"/>
        <w:jc w:val="left"/>
      </w:pPr>
      <w:r>
        <w:rPr>
          <w:rFonts w:ascii="Garamond" w:hAnsi="Garamond" w:cs="Garamond"/>
          <w:b w:val="0"/>
          <w:i w:val="0"/>
          <w:sz w:val="24"/>
        </w:rPr>
        <w:t>Was it only a day ago? Time had lost its meaning. The night spent hiding from the dragons had changed everything. The hours of darkness broken by blood-curdling cries from man and beast alike had torn his mind and twisted it into a painful knot. Surely this was what the dark side of Eros felt like. It had been hard to hold on to sanity, but they had all come through their night on that dark side. They had escaped with most of their minds, though not whole. No. The big warrior knew none of them would ever be whole again. Each had left something behind on that beach, whether it was innocence or security or faith. What they left, they could never recover.</w:t>
      </w:r>
    </w:p>
    <w:p>
      <w:pPr>
        <w:spacing w:before="0" w:after="0"/>
        <w:ind w:firstLine="480"/>
        <w:jc w:val="left"/>
      </w:pPr>
      <w:r>
        <w:rPr>
          <w:rFonts w:ascii="Garamond" w:hAnsi="Garamond" w:cs="Garamond"/>
          <w:b w:val="0"/>
          <w:i w:val="0"/>
          <w:sz w:val="24"/>
        </w:rPr>
        <w:t>The valley opening was a long saddle between two mountain ranges. The mountains to the north were impassable cliffs of obsidian. Those to the south offered little more in the way of shelter, being mostly a mix of quartzite and weathered granite. The outcrop in the middle, though, offered the cover of trees on the approach and the protection of solid rock to sleep against. After what the dragons had done to the forest on the beach, he was not ready to give up the security of stone. He thought it odd that the outcrop was not the same color as the surrounding mountains, but it was there, standing tall and proud in the center of the valley, and it would do for the night.</w:t>
      </w:r>
    </w:p>
    <w:p>
      <w:pPr>
        <w:spacing w:before="0" w:after="0"/>
        <w:ind w:firstLine="480"/>
        <w:jc w:val="left"/>
      </w:pPr>
      <w:r>
        <w:rPr>
          <w:rFonts w:ascii="Garamond" w:hAnsi="Garamond" w:cs="Garamond"/>
          <w:b w:val="0"/>
          <w:i w:val="0"/>
          <w:sz w:val="24"/>
        </w:rPr>
        <w:t>“Find a place to hide as deep in the rock as you can. Shelter over your head if at all possible, and no fires,“ Petra said as he surveyed the steep, smooth sides of the monolith.</w:t>
      </w:r>
    </w:p>
    <w:p>
      <w:pPr>
        <w:spacing w:before="0" w:after="0"/>
        <w:ind w:firstLine="480"/>
        <w:jc w:val="left"/>
      </w:pPr>
      <w:r>
        <w:rPr>
          <w:rFonts w:ascii="Garamond" w:hAnsi="Garamond" w:cs="Garamond"/>
          <w:b w:val="0"/>
          <w:i w:val="0"/>
          <w:sz w:val="24"/>
        </w:rPr>
        <w:t>It was dark brown in the fading light of late evening. The coloring was less troubling to him than the fact that the stone was smooth and rounded on top and seemed to spill outward into the trees, creating a clearing entirely devoid of greenery. A few trees had pushed through the rock but had withered there, as had the trees at the edge of the clearing. White and gray ghosts, more surrounded by the rock than encroaching into it. As if the stone itself were cursed. Like death rising slowly from the ground to claim whatever stood too near. This slow, suffocating death was everything the dragon attack had not been. Petra began to question his choice, letting fear cloud what remained of his better judgment.</w:t>
      </w:r>
    </w:p>
    <w:p>
      <w:pPr>
        <w:spacing w:before="0" w:after="0"/>
        <w:ind w:firstLine="480"/>
        <w:jc w:val="left"/>
      </w:pPr>
      <w:r>
        <w:rPr>
          <w:rFonts w:ascii="Garamond" w:hAnsi="Garamond" w:cs="Garamond"/>
          <w:b w:val="0"/>
          <w:i w:val="0"/>
          <w:sz w:val="24"/>
        </w:rPr>
        <w:t>“Shouldn’t we try to find a space together, in case we need to…“ Verad started to ask.</w:t>
      </w:r>
    </w:p>
    <w:p>
      <w:pPr>
        <w:spacing w:before="0" w:after="0"/>
        <w:ind w:firstLine="480"/>
        <w:jc w:val="left"/>
      </w:pPr>
      <w:r>
        <w:rPr>
          <w:rFonts w:ascii="Garamond" w:hAnsi="Garamond" w:cs="Garamond"/>
          <w:b w:val="0"/>
          <w:i w:val="0"/>
          <w:sz w:val="24"/>
        </w:rPr>
        <w:t>“To what? Stay together so we may all be eaten at the same time? What do you intend to fight this creature off with, Estollian? Your shepherd’s staff?“ Petra did not mean to lash out at the boy, but the boy needed to follow orders if he was to survive, even if the man giving them was already doubting himself. “Take the skins and get water for the night. No noise and no fires.“ With that, Petra started toward the base of the rock to investigate its oddities.</w:t>
      </w:r>
    </w:p>
    <w:p>
      <w:pPr>
        <w:spacing w:before="0" w:after="0"/>
        <w:ind w:firstLine="480"/>
        <w:jc w:val="left"/>
      </w:pPr>
      <w:r>
        <w:rPr>
          <w:rFonts w:ascii="Garamond" w:hAnsi="Garamond" w:cs="Garamond"/>
          <w:b w:val="0"/>
          <w:i w:val="0"/>
          <w:sz w:val="24"/>
        </w:rPr>
        <w:t>Verad lowered his head at the scolding and retrieved the water skins from Petra’s pack.</w:t>
      </w:r>
    </w:p>
    <w:p>
      <w:pPr>
        <w:spacing w:before="0" w:after="0"/>
        <w:ind w:firstLine="480"/>
        <w:jc w:val="left"/>
      </w:pPr>
      <w:r>
        <w:rPr>
          <w:rFonts w:ascii="Garamond" w:hAnsi="Garamond" w:cs="Garamond"/>
          <w:b w:val="0"/>
          <w:i w:val="0"/>
          <w:sz w:val="24"/>
        </w:rPr>
        <w:t>“Do not worry, boy. You did not make a mistake. Petra is worried, that is all.“ The Captain was already sitting down. He thought it strange that he did not recognize the sound of his own voice. This was the first time in all his years, he reflected, that he had been quiet for a full day of his own choosing. “These are strange times, and you should be glad you have someone like Petra Bos to follow.“ The old man was beginning to like the sound of his voice again. Dragons be damned. He would not let a flying lizard stop him from talking. “He will find a way home. If anyone can get us out of this mess, it is him.“ Brunow turned as much as his aching back would allow. “That was a fine thing you did back there on that beach. Petra will never forget it.“</w:t>
      </w:r>
    </w:p>
    <w:p>
      <w:pPr>
        <w:spacing w:before="0" w:after="0"/>
        <w:ind w:firstLine="480"/>
        <w:jc w:val="left"/>
      </w:pPr>
      <w:r>
        <w:rPr>
          <w:rFonts w:ascii="Garamond" w:hAnsi="Garamond" w:cs="Garamond"/>
          <w:b w:val="0"/>
          <w:i w:val="0"/>
          <w:sz w:val="24"/>
        </w:rPr>
        <w:t>“He believed me,“ Verad said quietly. “He was kind to me.“ He walked away toward the stream.</w:t>
      </w:r>
    </w:p>
    <w:p>
      <w:pPr>
        <w:spacing w:before="0" w:after="0"/>
        <w:ind w:firstLine="480"/>
        <w:jc w:val="left"/>
      </w:pPr>
      <w:r>
        <w:rPr>
          <w:rFonts w:ascii="Garamond" w:hAnsi="Garamond" w:cs="Garamond"/>
          <w:b w:val="0"/>
          <w:i w:val="0"/>
          <w:sz w:val="24"/>
        </w:rPr>
        <w:t>The old man leaned back against one of the withered trees and looked out across the thirty or so feet of open ground between the mound and the tree line. He watched Petra pick his careful way toward the rock. He was grateful the warrior had survived. Without that man’s strength, neither he nor the boy would last a day on this island. The old sea dog pulled off his right boot for the first time since leaving the port city of Ojahtin and let his cut and swollen foot breathe in the cold mountain air. He lacked the strength to remove the other. He rested his head back against the tree. His last sight, before his eyes shut of their own accord, was the boy making his way to the stream.</w:t>
      </w:r>
    </w:p>
    <w:p>
      <w:pPr>
        <w:spacing w:before="480" w:after="360"/>
        <w:ind w:firstLine="0"/>
        <w:jc w:val="center"/>
      </w:pPr>
      <w:r>
        <w:rPr>
          <w:rFonts w:ascii="Garamond" w:hAnsi="Garamond" w:cs="Garamond"/>
          <w:b/>
          <w:i w:val="0"/>
          <w:sz w:val="28"/>
        </w:rPr>
        <w:t>Chapter Twenty-One</w:t>
      </w:r>
    </w:p>
    <w:p>
      <w:pPr>
        <w:spacing w:before="240" w:after="240"/>
        <w:ind w:firstLine="0"/>
        <w:jc w:val="center"/>
      </w:pPr>
      <w:r>
        <w:rPr>
          <w:rFonts w:ascii="Garamond" w:hAnsi="Garamond" w:cs="Garamond"/>
          <w:b w:val="0"/>
          <w:i/>
          <w:sz w:val="24"/>
        </w:rPr>
        <w:t>Night, Day Two</w:t>
      </w:r>
    </w:p>
    <w:p>
      <w:pPr>
        <w:spacing w:before="0" w:after="0"/>
        <w:ind w:firstLine="480"/>
        <w:jc w:val="left"/>
      </w:pPr>
      <w:r>
        <w:rPr>
          <w:rFonts w:ascii="Garamond" w:hAnsi="Garamond" w:cs="Garamond"/>
          <w:b w:val="0"/>
          <w:i w:val="0"/>
          <w:sz w:val="24"/>
        </w:rPr>
        <w:t>The fire scattered as embers on the wind, and with it went the last clean edges of his mind. Dragons wheeled and dove at him in the dream, but always they missed. Instead of feeling lucky he felt the opposite. Their restraint was the terror. They could take him any time they chose. In some sense, they already had.</w:t>
      </w:r>
    </w:p>
    <w:p>
      <w:pPr>
        <w:spacing w:before="0" w:after="0"/>
        <w:ind w:firstLine="480"/>
        <w:jc w:val="left"/>
      </w:pPr>
      <w:r>
        <w:rPr>
          <w:rFonts w:ascii="Garamond" w:hAnsi="Garamond" w:cs="Garamond"/>
          <w:b w:val="0"/>
          <w:i w:val="0"/>
          <w:sz w:val="24"/>
        </w:rPr>
        <w:t>He had only just closed his eyes when Petra shook him awake.</w:t>
      </w:r>
    </w:p>
    <w:p>
      <w:pPr>
        <w:spacing w:before="0" w:after="0"/>
        <w:ind w:firstLine="480"/>
        <w:jc w:val="left"/>
      </w:pPr>
      <w:r>
        <w:rPr>
          <w:rFonts w:ascii="Garamond" w:hAnsi="Garamond" w:cs="Garamond"/>
          <w:b w:val="0"/>
          <w:i w:val="0"/>
          <w:sz w:val="24"/>
        </w:rPr>
        <w:t>“Where is Verad? Captain, where is the boy?“ Petra was already shouldering his pack. “Where is Verad?“</w:t>
      </w:r>
    </w:p>
    <w:p>
      <w:pPr>
        <w:spacing w:before="0" w:after="0"/>
        <w:ind w:firstLine="480"/>
        <w:jc w:val="left"/>
      </w:pPr>
      <w:r>
        <w:rPr>
          <w:rFonts w:ascii="Garamond" w:hAnsi="Garamond" w:cs="Garamond"/>
          <w:b w:val="0"/>
          <w:i w:val="0"/>
          <w:sz w:val="24"/>
        </w:rPr>
        <w:t>“Getting water. As you told him.“ Brunow pointed toward the stream and tried to work the stiffness out of his arm. Through sleep-heavy eyes he could make out the fire-stroked sky in the west. The sun was nearly down to the horizon. “How long was I…?“</w:t>
      </w:r>
    </w:p>
    <w:p>
      <w:pPr>
        <w:spacing w:before="0" w:after="0"/>
        <w:ind w:firstLine="480"/>
        <w:jc w:val="left"/>
      </w:pPr>
      <w:r>
        <w:rPr>
          <w:rFonts w:ascii="Garamond" w:hAnsi="Garamond" w:cs="Garamond"/>
          <w:b w:val="0"/>
          <w:i w:val="0"/>
          <w:sz w:val="24"/>
        </w:rPr>
        <w:t>“Long enough. Get up.“</w:t>
      </w:r>
    </w:p>
    <w:p>
      <w:pPr>
        <w:spacing w:before="0" w:after="0"/>
        <w:ind w:firstLine="480"/>
        <w:jc w:val="left"/>
      </w:pPr>
      <w:r>
        <w:rPr>
          <w:rFonts w:ascii="Garamond" w:hAnsi="Garamond" w:cs="Garamond"/>
          <w:b w:val="0"/>
          <w:i w:val="0"/>
          <w:sz w:val="24"/>
        </w:rPr>
        <w:t>The Captain pulled on his tattered boot without thinking, then immediately regretted it. His foot had swollen badly and the pain that shot through him as he put his weight on it made him let out a small, involuntary sound.</w:t>
      </w:r>
    </w:p>
    <w:p>
      <w:pPr>
        <w:spacing w:before="0" w:after="0"/>
        <w:ind w:firstLine="480"/>
        <w:jc w:val="left"/>
      </w:pPr>
      <w:r>
        <w:rPr>
          <w:rFonts w:ascii="Garamond" w:hAnsi="Garamond" w:cs="Garamond"/>
          <w:b w:val="0"/>
          <w:i w:val="0"/>
          <w:sz w:val="24"/>
        </w:rPr>
        <w:t>“How bad?“ Petra asked.</w:t>
      </w:r>
    </w:p>
    <w:p>
      <w:pPr>
        <w:spacing w:before="0" w:after="0"/>
        <w:ind w:firstLine="480"/>
        <w:jc w:val="left"/>
      </w:pPr>
      <w:r>
        <w:rPr>
          <w:rFonts w:ascii="Garamond" w:hAnsi="Garamond" w:cs="Garamond"/>
          <w:b w:val="0"/>
          <w:i w:val="0"/>
          <w:sz w:val="24"/>
        </w:rPr>
        <w:t>“Bad enough.“</w:t>
      </w:r>
    </w:p>
    <w:p>
      <w:pPr>
        <w:spacing w:before="0" w:after="0"/>
        <w:ind w:firstLine="480"/>
        <w:jc w:val="left"/>
      </w:pPr>
      <w:r>
        <w:rPr>
          <w:rFonts w:ascii="Garamond" w:hAnsi="Garamond" w:cs="Garamond"/>
          <w:b w:val="0"/>
          <w:i w:val="0"/>
          <w:sz w:val="24"/>
        </w:rPr>
        <w:t>“Verad.“ Petra said it quietly, more to himself. “I did not mean to shout at him. I was afraid. I thought it was over when I woke on the beach. Then Terrell gave me something about Hessa and an infant and I held onto it.“</w:t>
      </w:r>
    </w:p>
    <w:p>
      <w:pPr>
        <w:spacing w:before="0" w:after="0"/>
        <w:ind w:firstLine="480"/>
        <w:jc w:val="left"/>
      </w:pPr>
      <w:r>
        <w:rPr>
          <w:rFonts w:ascii="Garamond" w:hAnsi="Garamond" w:cs="Garamond"/>
          <w:b w:val="0"/>
          <w:i w:val="0"/>
          <w:sz w:val="24"/>
        </w:rPr>
        <w:t>“Almost certainly a lie,“ Brunow said, shifting his weight carefully between both feet.</w:t>
      </w:r>
    </w:p>
    <w:p>
      <w:pPr>
        <w:spacing w:before="0" w:after="0"/>
        <w:ind w:firstLine="480"/>
        <w:jc w:val="left"/>
      </w:pPr>
      <w:r>
        <w:rPr>
          <w:rFonts w:ascii="Garamond" w:hAnsi="Garamond" w:cs="Garamond"/>
          <w:b w:val="0"/>
          <w:i w:val="0"/>
          <w:sz w:val="24"/>
        </w:rPr>
        <w:t>“Yes, perhaps. But it is a lead. It is something I can work with on this island until I find a way home. We have to find her, Captain. Whatever else happens, we have to.“ Petra looked worn to the bone. His face was still ashen from the night before, but when he spoke of Hessa a fire came into his eyes that Brunow recognized. That fire was the King’s Petra. The Petra who had kept a king alive through an assassin’s blade.</w:t>
      </w:r>
    </w:p>
    <w:p>
      <w:pPr>
        <w:spacing w:before="0" w:after="0"/>
        <w:ind w:firstLine="480"/>
        <w:jc w:val="left"/>
      </w:pPr>
      <w:r>
        <w:rPr>
          <w:rFonts w:ascii="Garamond" w:hAnsi="Garamond" w:cs="Garamond"/>
          <w:b w:val="0"/>
          <w:i w:val="0"/>
          <w:sz w:val="24"/>
        </w:rPr>
        <w:t>“You cannot blame yourself for the child or the wreck,“ Brunow said, hoisting his pack with difficulty. “We are dealing with one of the powers that locked the dragons away on this island. I do not think there is anything we could have done to stop this.“ He swung his arm slowly, remembering a quiet little inn in Estolia where a half-drunk scholar had recited lines from an ancient prophecy by firelight, night after night, while Brunow waited for Orlick to return with cargo bound for the new world. It was all beginning to fit now, the old words slotting into what he had seen. Something about blood of the blood and brother of the Gods. Something about the Creator’s power. He would have bought that old drunkard a brewery to hear it all again. “Hear me, King’s Guard. It is prophecy we are working against, which means the odds can be worked. There are always things a man can do.“</w:t>
      </w:r>
    </w:p>
    <w:p>
      <w:pPr>
        <w:spacing w:before="0" w:after="0"/>
        <w:ind w:firstLine="480"/>
        <w:jc w:val="left"/>
      </w:pPr>
      <w:r>
        <w:rPr>
          <w:rFonts w:ascii="Garamond" w:hAnsi="Garamond" w:cs="Garamond"/>
          <w:b w:val="0"/>
          <w:i w:val="0"/>
          <w:sz w:val="24"/>
        </w:rPr>
        <w:t>“Do you truly believe I can even these odds?“ Petra asked. “Do you think anything evens the odds against dragons?“</w:t>
      </w:r>
    </w:p>
    <w:p>
      <w:pPr>
        <w:spacing w:before="0" w:after="0"/>
        <w:ind w:firstLine="480"/>
        <w:jc w:val="left"/>
      </w:pPr>
      <w:r>
        <w:rPr>
          <w:rFonts w:ascii="Garamond" w:hAnsi="Garamond" w:cs="Garamond"/>
          <w:b w:val="0"/>
          <w:i w:val="0"/>
          <w:sz w:val="24"/>
        </w:rPr>
        <w:t>“The thing about a prophecy is that it has not happened yet. There is always tomorrow. And with tomorrow, there is always a chance.“ The Captain almost stopped himself. The dream thieves had already taken so much. But Brunow was not built for despair and he would not start now. “Where is that boy?“</w:t>
      </w:r>
    </w:p>
    <w:p>
      <w:pPr>
        <w:spacing w:before="0" w:after="0"/>
        <w:ind w:firstLine="480"/>
        <w:jc w:val="left"/>
      </w:pPr>
      <w:r>
        <w:rPr>
          <w:rFonts w:ascii="Garamond" w:hAnsi="Garamond" w:cs="Garamond"/>
          <w:b w:val="0"/>
          <w:i w:val="0"/>
          <w:sz w:val="24"/>
        </w:rPr>
        <w:t>They searched the ground near the mound and moved upstream. Petra found the water skins on the bank, full, set down neatly. No sign of struggle. No blood.</w:t>
      </w:r>
    </w:p>
    <w:p>
      <w:pPr>
        <w:spacing w:before="0" w:after="0"/>
        <w:ind w:firstLine="480"/>
        <w:jc w:val="left"/>
      </w:pPr>
      <w:r>
        <w:rPr>
          <w:rFonts w:ascii="Garamond" w:hAnsi="Garamond" w:cs="Garamond"/>
          <w:b w:val="0"/>
          <w:i w:val="0"/>
          <w:sz w:val="24"/>
        </w:rPr>
        <w:t>“He is gone,“ Petra said, passing Brunow the skins.</w:t>
      </w:r>
    </w:p>
    <w:p>
      <w:pPr>
        <w:spacing w:before="0" w:after="0"/>
        <w:ind w:firstLine="480"/>
        <w:jc w:val="left"/>
      </w:pPr>
      <w:r>
        <w:rPr>
          <w:rFonts w:ascii="Garamond" w:hAnsi="Garamond" w:cs="Garamond"/>
          <w:b w:val="0"/>
          <w:i w:val="0"/>
          <w:sz w:val="24"/>
        </w:rPr>
        <w:t>“Of course he is.“ Brunow heard the bitterness in his own voice and could not stop it. “First the Prince. Then the ice flow. Then the storm, the wreck, the drag…“</w:t>
      </w:r>
    </w:p>
    <w:p>
      <w:pPr>
        <w:spacing w:before="0" w:after="0"/>
        <w:ind w:firstLine="480"/>
        <w:jc w:val="left"/>
      </w:pPr>
      <w:r>
        <w:rPr>
          <w:rFonts w:ascii="Garamond" w:hAnsi="Garamond" w:cs="Garamond"/>
          <w:b w:val="0"/>
          <w:i w:val="0"/>
          <w:sz w:val="24"/>
        </w:rPr>
        <w:t>“Enough. I know the story.“ Petra cut him off, not unkindly. “No sign of a struggle. Whatever took him took him fast. I hope it was fast.“ He drew his sword, suddenly aware of how quiet the forest had become. The birds were gone. Even the insects. The ring of steel on steel seemed to carry for miles. “Back to the mound. Now.“</w:t>
      </w:r>
    </w:p>
    <w:p>
      <w:pPr>
        <w:spacing w:before="0" w:after="0"/>
        <w:ind w:firstLine="480"/>
        <w:jc w:val="left"/>
      </w:pPr>
      <w:r>
        <w:rPr>
          <w:rFonts w:ascii="Garamond" w:hAnsi="Garamond" w:cs="Garamond"/>
          <w:b w:val="0"/>
          <w:i w:val="0"/>
          <w:sz w:val="24"/>
        </w:rPr>
        <w:t>Brunow was already moving. They made the clearing at a near run, saw nothing coming at them, and headed for the small opening twenty feet up the smooth face of the mound. Petra ran ahead and turned to cover the Captain’s climb, sword up, watching the tree line. Nothing came. He turned back and saw Brunow struggling over the lip of the opening and into the cave beyond. Petra followed him in and spun to face the entrance. Nothing.</w:t>
      </w:r>
    </w:p>
    <w:p>
      <w:pPr>
        <w:spacing w:before="0" w:after="0"/>
        <w:ind w:firstLine="480"/>
        <w:jc w:val="left"/>
      </w:pPr>
      <w:r>
        <w:rPr>
          <w:rFonts w:ascii="Garamond" w:hAnsi="Garamond" w:cs="Garamond"/>
          <w:b w:val="0"/>
          <w:i w:val="0"/>
          <w:sz w:val="24"/>
        </w:rPr>
        <w:t>In the near dark, a single shaft of late light broke through the clouds and fell across the interior wall.</w:t>
      </w:r>
    </w:p>
    <w:p>
      <w:pPr>
        <w:spacing w:before="0" w:after="0"/>
        <w:ind w:firstLine="480"/>
        <w:jc w:val="left"/>
      </w:pPr>
      <w:r>
        <w:rPr>
          <w:rFonts w:ascii="Garamond" w:hAnsi="Garamond" w:cs="Garamond"/>
          <w:b w:val="0"/>
          <w:i w:val="0"/>
          <w:sz w:val="24"/>
        </w:rPr>
        <w:t>Brunow put his hand to the stone. It was not cool the way granite is cool, even out of the sun. It was warm. He moved his hand to a patch of shadow and found it just as warm there. Every instinct he had said to run. But there was more to fear outside than in. He pressed his palm flat against the wall.</w:t>
      </w:r>
    </w:p>
    <w:p>
      <w:pPr>
        <w:spacing w:before="0" w:after="0"/>
        <w:ind w:firstLine="480"/>
        <w:jc w:val="left"/>
      </w:pPr>
      <w:r>
        <w:rPr>
          <w:rFonts w:ascii="Garamond" w:hAnsi="Garamond" w:cs="Garamond"/>
          <w:b w:val="0"/>
          <w:i w:val="0"/>
          <w:sz w:val="24"/>
        </w:rPr>
        <w:t>“Petra.“</w:t>
      </w:r>
    </w:p>
    <w:p>
      <w:pPr>
        <w:spacing w:before="0" w:after="0"/>
        <w:ind w:firstLine="480"/>
        <w:jc w:val="left"/>
      </w:pPr>
      <w:r>
        <w:rPr>
          <w:rFonts w:ascii="Garamond" w:hAnsi="Garamond" w:cs="Garamond"/>
          <w:b w:val="0"/>
          <w:i w:val="0"/>
          <w:sz w:val="24"/>
        </w:rPr>
        <w:t>“Quiet.“ The warrior waved him off without turning.</w:t>
      </w:r>
    </w:p>
    <w:p>
      <w:pPr>
        <w:spacing w:before="0" w:after="0"/>
        <w:ind w:firstLine="480"/>
        <w:jc w:val="left"/>
      </w:pPr>
      <w:r>
        <w:rPr>
          <w:rFonts w:ascii="Garamond" w:hAnsi="Garamond" w:cs="Garamond"/>
          <w:b w:val="0"/>
          <w:i w:val="0"/>
          <w:sz w:val="24"/>
        </w:rPr>
        <w:t>The shaft of light moved slowly up the wall as the sun continued its descent. Brunow watched it travel and finally understood what had been bothering him since they crawled in.</w:t>
      </w:r>
    </w:p>
    <w:p>
      <w:pPr>
        <w:spacing w:before="0" w:after="0"/>
        <w:ind w:firstLine="480"/>
        <w:jc w:val="left"/>
      </w:pPr>
      <w:r>
        <w:rPr>
          <w:rFonts w:ascii="Garamond" w:hAnsi="Garamond" w:cs="Garamond"/>
          <w:b w:val="0"/>
          <w:i w:val="0"/>
          <w:sz w:val="24"/>
        </w:rPr>
        <w:t>“Petra, I think we should leave the cave.“</w:t>
      </w:r>
    </w:p>
    <w:p>
      <w:pPr>
        <w:spacing w:before="0" w:after="0"/>
        <w:ind w:firstLine="480"/>
        <w:jc w:val="left"/>
      </w:pPr>
      <w:r>
        <w:rPr>
          <w:rFonts w:ascii="Garamond" w:hAnsi="Garamond" w:cs="Garamond"/>
          <w:b w:val="0"/>
          <w:i w:val="0"/>
          <w:sz w:val="24"/>
        </w:rPr>
        <w:t>“Captain. Please. We do not know how well these things hear.“ Petra did not get angry. He had moved past anger into something quieter and more desperate. He turned his head just enough to look at the old man. “Please.“</w:t>
      </w:r>
    </w:p>
    <w:p>
      <w:pPr>
        <w:spacing w:before="0" w:after="0"/>
        <w:ind w:firstLine="480"/>
        <w:jc w:val="left"/>
      </w:pPr>
      <w:r>
        <w:rPr>
          <w:rFonts w:ascii="Garamond" w:hAnsi="Garamond" w:cs="Garamond"/>
          <w:b w:val="0"/>
          <w:i w:val="0"/>
          <w:sz w:val="24"/>
        </w:rPr>
        <w:t>“Petra. You need to see this.“</w:t>
      </w:r>
    </w:p>
    <w:p>
      <w:pPr>
        <w:spacing w:before="0" w:after="0"/>
        <w:ind w:firstLine="480"/>
        <w:jc w:val="left"/>
      </w:pPr>
      <w:r>
        <w:rPr>
          <w:rFonts w:ascii="Garamond" w:hAnsi="Garamond" w:cs="Garamond"/>
          <w:b w:val="0"/>
          <w:i w:val="0"/>
          <w:sz w:val="24"/>
        </w:rPr>
        <w:t>Petra turned.</w:t>
      </w:r>
    </w:p>
    <w:p>
      <w:pPr>
        <w:spacing w:before="0" w:after="0"/>
        <w:ind w:firstLine="480"/>
        <w:jc w:val="left"/>
      </w:pPr>
      <w:r>
        <w:rPr>
          <w:rFonts w:ascii="Garamond" w:hAnsi="Garamond" w:cs="Garamond"/>
          <w:b w:val="0"/>
          <w:i w:val="0"/>
          <w:sz w:val="24"/>
        </w:rPr>
        <w:t>Just beneath the surface of the wall there were bones. Thousands of them, cut cleanly through by whatever force had shaped this cave. The chamber had not been formed by an air bubble or water. Something had bored through the rock. Something had lived here. Something large. The floor was perfectly smooth, not a fragment on it. The entire cave was a near-perfect sphere, as though they had stepped inside a child’s marble. But this was not a marble, and nothing about what was happening felt like a game.</w:t>
      </w:r>
    </w:p>
    <w:p>
      <w:pPr>
        <w:spacing w:before="0" w:after="0"/>
        <w:ind w:firstLine="480"/>
        <w:jc w:val="left"/>
      </w:pPr>
      <w:r>
        <w:rPr>
          <w:rFonts w:ascii="Garamond" w:hAnsi="Garamond" w:cs="Garamond"/>
          <w:b w:val="0"/>
          <w:i w:val="0"/>
          <w:sz w:val="24"/>
        </w:rPr>
        <w:t>“Bones?“ Petra said.</w:t>
      </w:r>
    </w:p>
    <w:p>
      <w:pPr>
        <w:spacing w:before="0" w:after="0"/>
        <w:ind w:firstLine="480"/>
        <w:jc w:val="left"/>
      </w:pPr>
      <w:r>
        <w:rPr>
          <w:rFonts w:ascii="Garamond" w:hAnsi="Garamond" w:cs="Garamond"/>
          <w:b w:val="0"/>
          <w:i w:val="0"/>
          <w:sz w:val="24"/>
        </w:rPr>
        <w:t>“I am guessing this is not granite,“ Brunow said.</w:t>
      </w:r>
    </w:p>
    <w:p>
      <w:pPr>
        <w:spacing w:before="0" w:after="0"/>
        <w:ind w:firstLine="480"/>
        <w:jc w:val="left"/>
      </w:pPr>
      <w:r>
        <w:rPr>
          <w:rFonts w:ascii="Garamond" w:hAnsi="Garamond" w:cs="Garamond"/>
          <w:b w:val="0"/>
          <w:i w:val="0"/>
          <w:sz w:val="24"/>
        </w:rPr>
        <w:t>Petra knew he should have trusted his instincts when he first saw the dead trees at the clearing’s edge. He pressed the point of his sword to the wall and pried. The rock gave way easily. A bone came free, larger than any human bone either of them had seen. He kept working at the wall, chipping away piece after piece, the material crumbling at each strike and falling to the floor along with bones of every size. Brunow crouched over the growing pile, trying to make sense of the shapes.</w:t>
      </w:r>
    </w:p>
    <w:p>
      <w:pPr>
        <w:spacing w:before="0" w:after="0"/>
        <w:ind w:firstLine="480"/>
        <w:jc w:val="left"/>
      </w:pPr>
      <w:r>
        <w:rPr>
          <w:rFonts w:ascii="Garamond" w:hAnsi="Garamond" w:cs="Garamond"/>
          <w:b w:val="0"/>
          <w:i w:val="0"/>
          <w:sz w:val="24"/>
        </w:rPr>
        <w:t>A large fragment landed at his feet and he saw it whole.</w:t>
      </w:r>
    </w:p>
    <w:p>
      <w:pPr>
        <w:spacing w:before="0" w:after="0"/>
        <w:ind w:firstLine="480"/>
        <w:jc w:val="left"/>
      </w:pPr>
      <w:r>
        <w:rPr>
          <w:rFonts w:ascii="Garamond" w:hAnsi="Garamond" w:cs="Garamond"/>
          <w:b w:val="0"/>
          <w:i w:val="0"/>
          <w:sz w:val="24"/>
        </w:rPr>
        <w:t>“It is the skull of a horse,“ the Captain said.</w:t>
      </w:r>
    </w:p>
    <w:p>
      <w:pPr>
        <w:spacing w:before="0" w:after="0"/>
        <w:ind w:firstLine="480"/>
        <w:jc w:val="left"/>
      </w:pPr>
      <w:r>
        <w:rPr>
          <w:rFonts w:ascii="Garamond" w:hAnsi="Garamond" w:cs="Garamond"/>
          <w:b w:val="0"/>
          <w:i w:val="0"/>
          <w:sz w:val="24"/>
        </w:rPr>
        <w:t>“A horse.“ Petra paused. “Tollias said something about horses on the beach. But why would there be bones here? What is this place?“ He picked up a handful of the granular debris that had crumbled from the wall. “This is not rock.“</w:t>
      </w:r>
    </w:p>
    <w:p>
      <w:pPr>
        <w:spacing w:before="0" w:after="0"/>
        <w:ind w:firstLine="480"/>
        <w:jc w:val="left"/>
      </w:pPr>
      <w:r>
        <w:rPr>
          <w:rFonts w:ascii="Garamond" w:hAnsi="Garamond" w:cs="Garamond"/>
          <w:b w:val="0"/>
          <w:i w:val="0"/>
          <w:sz w:val="24"/>
        </w:rPr>
        <w:t>“No,“ the Captain said.</w:t>
      </w:r>
    </w:p>
    <w:p>
      <w:pPr>
        <w:spacing w:before="0" w:after="0"/>
        <w:ind w:firstLine="480"/>
        <w:jc w:val="left"/>
      </w:pPr>
      <w:r>
        <w:rPr>
          <w:rFonts w:ascii="Garamond" w:hAnsi="Garamond" w:cs="Garamond"/>
          <w:b w:val="0"/>
          <w:i w:val="0"/>
          <w:sz w:val="24"/>
        </w:rPr>
        <w:t>“Then what is it?“ Petra gripped his sword and waited for the answer, or for whatever came next.</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The sun’s last ray dropped behind the mountains and left the valley in deep twilight. From the forest edge they came, but Petra could not see them. They were the shadows, and they were the land. They were of a time beyond reckoning, things that had no name in the world of men because men had never been here to name them. Some moved through the dark on wings while others crawled along the ground, misshapen and slow, scratching out their living on what others left behind. Some carried themselves with a strength and a grace that was almost human. Others bore no resemblance to man in form or motion. All of them were remnants of the First War of Balance, banished here alongside the dragons for the evil they had done on Estos. As the sky darkened, their day began. They were hungry. They were curious. They had never seen a man before.</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Petra stared at the bones in the wall and tried to understand what he had walked into.</w:t>
      </w:r>
    </w:p>
    <w:p>
      <w:pPr>
        <w:spacing w:before="0" w:after="0"/>
        <w:ind w:firstLine="480"/>
        <w:jc w:val="left"/>
      </w:pPr>
      <w:r>
        <w:rPr>
          <w:rFonts w:ascii="Garamond" w:hAnsi="Garamond" w:cs="Garamond"/>
          <w:b w:val="0"/>
          <w:i w:val="0"/>
          <w:sz w:val="24"/>
        </w:rPr>
        <w:t>He drove his sword into the cave wall without thinking, purely out of rage. The blade sank in further than he expected and a piercing cry tore out of the hole. A thin layer of the wall fell away from the blade and exposed a gaping, pulsing mouth ringed with enormous pincers. A man-sized beetle larva clamped down on the sword and bled out the rest of its life against the steel. Petra pulled the weapon free slowly. He and Brunow backed away from the wall as the creature slid from its chamber and onto the floor, still and soft and already beginning to collapse in on itself.</w:t>
      </w:r>
    </w:p>
    <w:p>
      <w:pPr>
        <w:spacing w:before="0" w:after="0"/>
        <w:ind w:firstLine="480"/>
        <w:jc w:val="left"/>
      </w:pPr>
      <w:r>
        <w:rPr>
          <w:rFonts w:ascii="Garamond" w:hAnsi="Garamond" w:cs="Garamond"/>
          <w:b w:val="0"/>
          <w:i w:val="0"/>
          <w:sz w:val="24"/>
        </w:rPr>
        <w:t>“Otos. What is that?“ the Captain whispered.</w:t>
      </w:r>
    </w:p>
    <w:p>
      <w:pPr>
        <w:spacing w:before="0" w:after="0"/>
        <w:ind w:firstLine="480"/>
        <w:jc w:val="left"/>
      </w:pPr>
      <w:r>
        <w:rPr>
          <w:rFonts w:ascii="Garamond" w:hAnsi="Garamond" w:cs="Garamond"/>
          <w:b w:val="0"/>
          <w:i w:val="0"/>
          <w:sz w:val="24"/>
        </w:rPr>
        <w:t>“The largest beetle I have ever seen. And where there is one, there are others.“ Petra crossed the cave in two strides and posted himself at the entrance with his sword ready.</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The shapes in the clearing heard the cry and slowed their climb up the mound. Something old and instinctive held them back. They waited in the dark at the edge of the trees, watching the smooth stone face, reading the silence for whatever had made that sound.</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Petra looked out into the darkness and then toward the horizon. A faint golden line still burned above the mountains, but the forest below it was absolute black. Eros gave little of her pale light this night, and the dark seemed to swallow even that. His battle instincts pulled his eyes to the tree line at the edge of the clearing, and he heard it before he saw it. The small trees at the perimeter bent and snapped like kindling, and then the darkness split apart as a shape came through it fast and low across the ground. An adult beetle, ten times the size of the dead larva in the cave, was crossing the clearing at full speed.</w:t>
      </w:r>
    </w:p>
    <w:p>
      <w:pPr>
        <w:spacing w:before="0" w:after="0"/>
        <w:ind w:firstLine="480"/>
        <w:jc w:val="left"/>
      </w:pPr>
      <w:r>
        <w:rPr>
          <w:rFonts w:ascii="Garamond" w:hAnsi="Garamond" w:cs="Garamond"/>
          <w:b w:val="0"/>
          <w:i w:val="0"/>
          <w:sz w:val="24"/>
        </w:rPr>
        <w:t>The shadows scattered from its path or were cut in two by its mandibles. The unlucky ones were trampled flat beneath six long driving legs. Petra had one chance. He held his ground and calculated the angle, knowing he would not get a second.</w:t>
      </w:r>
    </w:p>
    <w:p>
      <w:pPr>
        <w:spacing w:before="0" w:after="0"/>
        <w:ind w:firstLine="480"/>
        <w:jc w:val="left"/>
      </w:pPr>
      <w:r>
        <w:rPr>
          <w:rFonts w:ascii="Garamond" w:hAnsi="Garamond" w:cs="Garamond"/>
          <w:b w:val="0"/>
          <w:i w:val="0"/>
          <w:sz w:val="24"/>
        </w:rPr>
        <w:t>The beetle reached the base of the mound and started up.</w:t>
      </w:r>
    </w:p>
    <w:p>
      <w:pPr>
        <w:spacing w:before="0" w:after="0"/>
        <w:ind w:firstLine="480"/>
        <w:jc w:val="left"/>
      </w:pPr>
      <w:r>
        <w:rPr>
          <w:rFonts w:ascii="Garamond" w:hAnsi="Garamond" w:cs="Garamond"/>
          <w:b w:val="0"/>
          <w:i w:val="0"/>
          <w:sz w:val="24"/>
        </w:rPr>
        <w:t>It disappeared.</w:t>
      </w:r>
    </w:p>
    <w:p>
      <w:pPr>
        <w:spacing w:before="0" w:after="0"/>
        <w:ind w:firstLine="480"/>
        <w:jc w:val="left"/>
      </w:pPr>
      <w:r>
        <w:rPr>
          <w:rFonts w:ascii="Garamond" w:hAnsi="Garamond" w:cs="Garamond"/>
          <w:b w:val="0"/>
          <w:i w:val="0"/>
          <w:sz w:val="24"/>
        </w:rPr>
        <w:t>The sound of a hard shell cracking between teeth receded upward into the dark. A wave of foul air washed down over the entrance. Petra stood very still and listened to something vast consuming the beetle above them, the sound of it working methodically through the shell.</w:t>
      </w:r>
    </w:p>
    <w:p>
      <w:pPr>
        <w:spacing w:before="0" w:after="0"/>
        <w:ind w:firstLine="480"/>
        <w:jc w:val="left"/>
      </w:pPr>
      <w:r>
        <w:rPr>
          <w:rFonts w:ascii="Garamond" w:hAnsi="Garamond" w:cs="Garamond"/>
          <w:b w:val="0"/>
          <w:i w:val="0"/>
          <w:sz w:val="24"/>
        </w:rPr>
        <w:t>Then a shriek from overhead froze both men where they stood.</w:t>
      </w:r>
    </w:p>
    <w:p>
      <w:pPr>
        <w:spacing w:before="0" w:after="0"/>
        <w:ind w:firstLine="480"/>
        <w:jc w:val="left"/>
      </w:pPr>
      <w:r>
        <w:rPr>
          <w:rFonts w:ascii="Garamond" w:hAnsi="Garamond" w:cs="Garamond"/>
          <w:b w:val="0"/>
          <w:i w:val="0"/>
          <w:sz w:val="24"/>
        </w:rPr>
        <w:t>He wanted to pull back from the entrance. His body refused. His mind kept recording: dragons wheeling against the dark sky, the dispersing shapes of the ancient shadows being driven back into the trees, the sounds of the night turning brutal.</w:t>
      </w:r>
    </w:p>
    <w:p>
      <w:pPr>
        <w:spacing w:before="0" w:after="0"/>
        <w:ind w:firstLine="480"/>
        <w:jc w:val="left"/>
      </w:pPr>
      <w:r>
        <w:rPr>
          <w:rFonts w:ascii="Garamond" w:hAnsi="Garamond" w:cs="Garamond"/>
          <w:b w:val="0"/>
          <w:i w:val="0"/>
          <w:sz w:val="24"/>
        </w:rPr>
        <w:t>Brunow pulled him back from the opening. They sat together against the far wall while the valley outside settled into slaughter. The mound shook. They did not speak. They waited for the stone above them to give way and the night to pour in.</w:t>
      </w:r>
    </w:p>
    <w:p>
      <w:pPr>
        <w:spacing w:before="0" w:after="0"/>
        <w:ind w:firstLine="480"/>
        <w:jc w:val="left"/>
      </w:pPr>
      <w:r>
        <w:rPr>
          <w:rFonts w:ascii="Garamond" w:hAnsi="Garamond" w:cs="Garamond"/>
          <w:b w:val="0"/>
          <w:i w:val="0"/>
          <w:sz w:val="24"/>
        </w:rPr>
        <w:t>It did not.</w:t>
      </w:r>
    </w:p>
    <w:p>
      <w:pPr>
        <w:spacing w:before="0" w:after="0"/>
        <w:ind w:firstLine="480"/>
        <w:jc w:val="left"/>
      </w:pPr>
      <w:r>
        <w:rPr>
          <w:rFonts w:ascii="Garamond" w:hAnsi="Garamond" w:cs="Garamond"/>
          <w:b w:val="0"/>
          <w:i w:val="0"/>
          <w:sz w:val="24"/>
        </w:rPr>
        <w:t>In the silence between the cries they heard the sound of flesh being worked apart. Then the wing cover of the adult beetle slid in through the entrance and stopped halfway, one of the creature’s legs catching on the exterior of the mound and holding it suspended above their heads. Stripped of everything but the leg, it moved back and forth in some faint current of air like a gruesome canopy.</w:t>
      </w:r>
    </w:p>
    <w:p>
      <w:pPr>
        <w:spacing w:before="0" w:after="0"/>
        <w:ind w:firstLine="480"/>
        <w:jc w:val="left"/>
      </w:pPr>
      <w:r>
        <w:rPr>
          <w:rFonts w:ascii="Garamond" w:hAnsi="Garamond" w:cs="Garamond"/>
          <w:b w:val="0"/>
          <w:i w:val="0"/>
          <w:sz w:val="24"/>
        </w:rPr>
        <w:t>A dragon was on top of the mound finishing its meal. The same beetle that would have killed them for entering its home and killing its larva had been taken by a dragon, probably before it reached the entrance. The irony was too large to hold in the mind. Both men sat under the swaying wing cover and said nothing.</w:t>
      </w:r>
    </w:p>
    <w:p>
      <w:pPr>
        <w:spacing w:before="0" w:after="0"/>
        <w:ind w:firstLine="480"/>
        <w:jc w:val="left"/>
      </w:pPr>
      <w:r>
        <w:rPr>
          <w:rFonts w:ascii="Garamond" w:hAnsi="Garamond" w:cs="Garamond"/>
          <w:b w:val="0"/>
          <w:i w:val="0"/>
          <w:sz w:val="24"/>
        </w:rPr>
        <w:t>After a long time the dragon moved. Liquid washed over the exterior of the mound and Petra tensed, waiting for the burning acid to find its way through the entrance. Instead a thick dark fluid came rolling slowly down over the opening like a curtain being drawn, catching on the dead beetle’s leg and sheeting down it in a slow pour. It was not acid. It was waste. The dragon’s last meal, evacuated. The smell was beyond description. The wing cover began to fill and bow inward under the weight, tilting toward them. A white object rolling in the dark fluid struck the cover and knocked it loose.</w:t>
      </w:r>
    </w:p>
    <w:p>
      <w:pPr>
        <w:spacing w:before="0" w:after="0"/>
        <w:ind w:firstLine="480"/>
        <w:jc w:val="left"/>
      </w:pPr>
      <w:r>
        <w:rPr>
          <w:rFonts w:ascii="Garamond" w:hAnsi="Garamond" w:cs="Garamond"/>
          <w:b w:val="0"/>
          <w:i w:val="0"/>
          <w:sz w:val="24"/>
        </w:rPr>
        <w:t>The fluid came down over both of them. They could not scream. The breath was gone from their lungs. They sat in the dark, drenched and choking, and then the white object bounced off the wall and came to rest at their feet.</w:t>
      </w:r>
    </w:p>
    <w:p>
      <w:pPr>
        <w:spacing w:before="0" w:after="0"/>
        <w:ind w:firstLine="480"/>
        <w:jc w:val="left"/>
      </w:pPr>
      <w:r>
        <w:rPr>
          <w:rFonts w:ascii="Garamond" w:hAnsi="Garamond" w:cs="Garamond"/>
          <w:b w:val="0"/>
          <w:i w:val="0"/>
          <w:sz w:val="24"/>
        </w:rPr>
        <w:t>A skull. Empty sockets facing up. The final drops of liquid forming slow shapes over the entrance above it.</w:t>
      </w:r>
    </w:p>
    <w:p>
      <w:pPr>
        <w:spacing w:before="0" w:after="0"/>
        <w:ind w:firstLine="480"/>
        <w:jc w:val="left"/>
      </w:pPr>
      <w:r>
        <w:rPr>
          <w:rFonts w:ascii="Garamond" w:hAnsi="Garamond" w:cs="Garamond"/>
          <w:b w:val="0"/>
          <w:i w:val="0"/>
          <w:sz w:val="24"/>
        </w:rPr>
        <w:t>It was not the skull of a horse.</w:t>
      </w:r>
    </w:p>
    <w:p>
      <w:pPr>
        <w:spacing w:before="480" w:after="360"/>
        <w:ind w:firstLine="0"/>
        <w:jc w:val="center"/>
      </w:pPr>
      <w:r>
        <w:rPr>
          <w:rFonts w:ascii="Garamond" w:hAnsi="Garamond" w:cs="Garamond"/>
          <w:b/>
          <w:i w:val="0"/>
          <w:sz w:val="28"/>
        </w:rPr>
        <w:t>Chapter Twenty-Two</w:t>
      </w:r>
    </w:p>
    <w:p>
      <w:pPr>
        <w:spacing w:before="240" w:after="240"/>
        <w:ind w:firstLine="0"/>
        <w:jc w:val="center"/>
      </w:pPr>
      <w:r>
        <w:rPr>
          <w:rFonts w:ascii="Garamond" w:hAnsi="Garamond" w:cs="Garamond"/>
          <w:b w:val="0"/>
          <w:i/>
          <w:sz w:val="24"/>
        </w:rPr>
        <w:t>Day Two, the Cliffs</w:t>
      </w:r>
    </w:p>
    <w:p>
      <w:pPr>
        <w:spacing w:before="0" w:after="0"/>
        <w:ind w:firstLine="480"/>
        <w:jc w:val="left"/>
      </w:pPr>
      <w:r>
        <w:rPr>
          <w:rFonts w:ascii="Garamond" w:hAnsi="Garamond" w:cs="Garamond"/>
          <w:b w:val="0"/>
          <w:i w:val="0"/>
          <w:sz w:val="24"/>
        </w:rPr>
        <w:t>Roland Orlick lifted his head from the floor of the cave he had spent the night and most of the following day in. He was sixty feet above the beach. The cave was a remnant of an ancient bubble in the cooling lava, its floor smooth and bare except for sand and the small debris that the constant sea wind blew in. Packed into the rear of the cave by moisture from the mist below, the sand made a serviceable bed, and on it Roland Orlick had lain without moving since before dawn.</w:t>
      </w:r>
    </w:p>
    <w:p>
      <w:pPr>
        <w:spacing w:before="0" w:after="0"/>
        <w:ind w:firstLine="480"/>
        <w:jc w:val="left"/>
      </w:pPr>
      <w:r>
        <w:rPr>
          <w:rFonts w:ascii="Garamond" w:hAnsi="Garamond" w:cs="Garamond"/>
          <w:b w:val="0"/>
          <w:i w:val="0"/>
          <w:sz w:val="24"/>
        </w:rPr>
        <w:t>The body in front of him still smoldered, nearly twenty-four hours after the dragon found it. The Sartian had screamed for only a minute or so before the acid burned its way into his throat and the vapor took his lungs. The smoke and fumes had drifted out to sea quickly, sparing Orlick the same end. He had been grateful for that. He had been grateful for very little else.</w:t>
      </w:r>
    </w:p>
    <w:p>
      <w:pPr>
        <w:spacing w:before="0" w:after="0"/>
        <w:ind w:firstLine="480"/>
        <w:jc w:val="left"/>
      </w:pPr>
      <w:r>
        <w:rPr>
          <w:rFonts w:ascii="Garamond" w:hAnsi="Garamond" w:cs="Garamond"/>
          <w:b w:val="0"/>
          <w:i w:val="0"/>
          <w:sz w:val="24"/>
        </w:rPr>
        <w:t>The dragon had caught the sailor on the outside ledge just as the man was pulling himself up to the cave entrance. Most of the burning breath had slid down the wall and over the lip of the ledge that Orlick himself had crossed only seconds before. A few seconds the other way and the smoldering shape on the floor would have been him.</w:t>
      </w:r>
    </w:p>
    <w:p>
      <w:pPr>
        <w:spacing w:before="0" w:after="0"/>
        <w:ind w:firstLine="480"/>
        <w:jc w:val="left"/>
      </w:pPr>
      <w:r>
        <w:rPr>
          <w:rFonts w:ascii="Garamond" w:hAnsi="Garamond" w:cs="Garamond"/>
          <w:b w:val="0"/>
          <w:i w:val="0"/>
          <w:sz w:val="24"/>
        </w:rPr>
        <w:t>Fear had held him flat on the cave floor through the night and all of the day that followed. Now, slowly, something older than fear was beginning to reassert itself. Hunger. The knowledge that he would have to move or die in this hole. The dragons had not returned and the sun was going down. He could not spend another night here. He had to get off this glass mountain and back to the beach.</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As the sun lowered they gathered at the forest edge and looked out over the beach. The smell of the dead had drawn them from miles in every direction. This was how it had always been after a dragon attack. Dead flesh would keep their bodies fed, but it was the spirit of their victims that satisfied the deeper appetite. They were remnants of an age when minds could connect with minds, when the boundary between one living thing and another was permeable and known. They were scavengers by necessity but killers by design, and they were never alone. They hunted in packs of twenty or thirty, the small flyers harassing prey into the grip of the larger ones, who would drain whatever remained of spirit before taking the flesh. As the last light dropped below the trees they began to move out of the shadows toward the beach.</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Orlick was numb with hunger and the particular exhaustion that follows sustained terror. His fingers had been cut in the previous night’s climb and he tore them open again on the descent, feeling the sting each time a fresh edge of glass caught him. Under normal circumstances he was quick-witted and careful, alive to everything moving around him. Tonight he registered nothing until the first of the small flyers struck him from behind and opened a gash across his shoulder.</w:t>
      </w:r>
    </w:p>
    <w:p>
      <w:pPr>
        <w:spacing w:before="0" w:after="0"/>
        <w:ind w:firstLine="480"/>
        <w:jc w:val="left"/>
      </w:pPr>
      <w:r>
        <w:rPr>
          <w:rFonts w:ascii="Garamond" w:hAnsi="Garamond" w:cs="Garamond"/>
          <w:b w:val="0"/>
          <w:i w:val="0"/>
          <w:sz w:val="24"/>
        </w:rPr>
        <w:t>He cried out, certain the dragons had come back and caught him in the open. When the creature swung around for a second pass he nearly laughed with relief. It was misshapen and wrong-looking, but it was not a dragon. Then he saw the rest of the pack working its way up the cliff face below him and understood that relief had been premature.</w:t>
      </w:r>
    </w:p>
    <w:p>
      <w:pPr>
        <w:spacing w:before="0" w:after="0"/>
        <w:ind w:firstLine="480"/>
        <w:jc w:val="left"/>
      </w:pPr>
      <w:r>
        <w:rPr>
          <w:rFonts w:ascii="Garamond" w:hAnsi="Garamond" w:cs="Garamond"/>
          <w:b w:val="0"/>
          <w:i w:val="0"/>
          <w:sz w:val="24"/>
        </w:rPr>
        <w:t>He had no weapon. He could not reach the beach to find one. He could not go down. So he did the only thing left to him and climbed back up toward the cave, the small flyers raking at him the whole way, slashing at anything they could reach. He crossed the dark stain where the Sartian sailor had been dissolved by the dragon’s breath. The acid had long since dissipated, leaving behind a hard, dark residue on the rock. He got his hands over the lip of the cave entrance and pulled himself in.</w:t>
      </w:r>
    </w:p>
    <w:p>
      <w:pPr>
        <w:spacing w:before="0" w:after="0"/>
        <w:ind w:firstLine="480"/>
        <w:jc w:val="left"/>
      </w:pPr>
      <w:r>
        <w:rPr>
          <w:rFonts w:ascii="Garamond" w:hAnsi="Garamond" w:cs="Garamond"/>
          <w:b w:val="0"/>
          <w:i w:val="0"/>
          <w:sz w:val="24"/>
        </w:rPr>
        <w:t>He grabbed the dead sailor’s boot and worked the leg bone free from the socket, something that took more effort than he expected and left him breathing hard. He turned to face the entrance with the bone in his hand.</w:t>
      </w:r>
    </w:p>
    <w:p>
      <w:pPr>
        <w:spacing w:before="0" w:after="0"/>
        <w:ind w:firstLine="480"/>
        <w:jc w:val="left"/>
      </w:pPr>
      <w:r>
        <w:rPr>
          <w:rFonts w:ascii="Garamond" w:hAnsi="Garamond" w:cs="Garamond"/>
          <w:b w:val="0"/>
          <w:i w:val="0"/>
          <w:sz w:val="24"/>
        </w:rPr>
        <w:t>The first of the pack came up over the ledge and into view. It was roughly man-sized, covered more in scales than skin, and the expression it wore on its face communicated with perfect clarity what it intended for him. Behind it the ledge filled with shapes of every size, pressing in from both sides, crowding the entrance. Not one of them moved into range of the bone he held out in front of him.</w:t>
      </w:r>
    </w:p>
    <w:p>
      <w:pPr>
        <w:spacing w:before="0" w:after="0"/>
        <w:ind w:firstLine="480"/>
        <w:jc w:val="left"/>
      </w:pPr>
      <w:r>
        <w:rPr>
          <w:rFonts w:ascii="Garamond" w:hAnsi="Garamond" w:cs="Garamond"/>
          <w:b w:val="0"/>
          <w:i w:val="0"/>
          <w:sz w:val="24"/>
        </w:rPr>
        <w:t>They just watched him.</w:t>
      </w:r>
    </w:p>
    <w:p>
      <w:pPr>
        <w:spacing w:before="0" w:after="0"/>
        <w:ind w:firstLine="480"/>
        <w:jc w:val="left"/>
      </w:pPr>
      <w:r>
        <w:rPr>
          <w:rFonts w:ascii="Garamond" w:hAnsi="Garamond" w:cs="Garamond"/>
          <w:b w:val="0"/>
          <w:i w:val="0"/>
          <w:sz w:val="24"/>
        </w:rPr>
        <w:t>Orlick slid down the back wall of the cave until he could not slide any further and pulled his knees to his chest. He was still holding the bone. After a while he stopped holding it. He sat in the dark at the back of the cave, surrounded by things that had no name in any language he knew, and he cried.</w:t>
      </w:r>
    </w:p>
    <w:p>
      <w:pPr>
        <w:spacing w:before="0" w:after="0"/>
        <w:ind w:firstLine="480"/>
        <w:jc w:val="left"/>
      </w:pPr>
      <w:r>
        <w:rPr>
          <w:rFonts w:ascii="Garamond" w:hAnsi="Garamond" w:cs="Garamond"/>
          <w:b w:val="0"/>
          <w:i w:val="0"/>
          <w:sz w:val="24"/>
        </w:rPr>
        <w:t>Three hours later, when the screaming started in earnest, it woke another man from a delirious dream.</w:t>
      </w:r>
    </w:p>
    <w:p>
      <w:pPr>
        <w:spacing w:before="480" w:after="360"/>
        <w:ind w:firstLine="0"/>
        <w:jc w:val="center"/>
      </w:pPr>
      <w:r>
        <w:rPr>
          <w:rFonts w:ascii="Garamond" w:hAnsi="Garamond" w:cs="Garamond"/>
          <w:b/>
          <w:i w:val="0"/>
          <w:sz w:val="28"/>
        </w:rPr>
        <w:t>Chapter Twenty-Three</w:t>
      </w:r>
    </w:p>
    <w:p>
      <w:pPr>
        <w:spacing w:before="240" w:after="240"/>
        <w:ind w:firstLine="0"/>
        <w:jc w:val="center"/>
      </w:pPr>
      <w:r>
        <w:rPr>
          <w:rFonts w:ascii="Garamond" w:hAnsi="Garamond" w:cs="Garamond"/>
          <w:b w:val="0"/>
          <w:i/>
          <w:sz w:val="24"/>
        </w:rPr>
        <w:t>Underground</w:t>
      </w:r>
    </w:p>
    <w:p>
      <w:pPr>
        <w:spacing w:before="0" w:after="0"/>
        <w:ind w:firstLine="480"/>
        <w:jc w:val="left"/>
      </w:pPr>
      <w:r>
        <w:rPr>
          <w:rFonts w:ascii="Garamond" w:hAnsi="Garamond" w:cs="Garamond"/>
          <w:b w:val="0"/>
          <w:i w:val="0"/>
          <w:sz w:val="24"/>
        </w:rPr>
        <w:t>Cold and wet, Verad opened his eyes into total darkness.</w:t>
      </w:r>
    </w:p>
    <w:p>
      <w:pPr>
        <w:spacing w:before="0" w:after="0"/>
        <w:ind w:firstLine="480"/>
        <w:jc w:val="left"/>
      </w:pPr>
      <w:r>
        <w:rPr>
          <w:rFonts w:ascii="Garamond" w:hAnsi="Garamond" w:cs="Garamond"/>
          <w:b w:val="0"/>
          <w:i w:val="0"/>
          <w:sz w:val="24"/>
        </w:rPr>
        <w:t>He could not remember where he was or how he had come to be there. The last clear thing he had was filling the second water skin at the stream. Then something else, a presence he could not name, powerful but not threatening, and the brush closing in around him as though the island itself were drawing breath. Then nothing. He lay still and tried to understand what his body was telling him. Underground. He was certain of that. The air was stale and close, already used by something before it reached him, but he pulled it in gratefully and let his other senses work. No sound. No light. A vast space around him, more cavern than room, the silence of it different from the silence above ground.</w:t>
      </w:r>
    </w:p>
    <w:p>
      <w:pPr>
        <w:spacing w:before="0" w:after="0"/>
        <w:ind w:firstLine="480"/>
        <w:jc w:val="left"/>
      </w:pPr>
      <w:r>
        <w:rPr>
          <w:rFonts w:ascii="Garamond" w:hAnsi="Garamond" w:cs="Garamond"/>
          <w:b w:val="0"/>
          <w:i w:val="0"/>
          <w:sz w:val="24"/>
        </w:rPr>
        <w:t>He had been in caves near his home before, small limestone pockets in the hills above the village. This was not that. The darkness here had depth and weight to it.</w:t>
      </w:r>
    </w:p>
    <w:p>
      <w:pPr>
        <w:spacing w:before="0" w:after="0"/>
        <w:ind w:firstLine="480"/>
        <w:jc w:val="left"/>
      </w:pPr>
      <w:r>
        <w:rPr>
          <w:rFonts w:ascii="Garamond" w:hAnsi="Garamond" w:cs="Garamond"/>
          <w:b w:val="0"/>
          <w:i w:val="0"/>
          <w:sz w:val="24"/>
        </w:rPr>
        <w:t>Thinking of home brought Tomas back.</w:t>
      </w:r>
    </w:p>
    <w:p>
      <w:pPr>
        <w:spacing w:before="0" w:after="0"/>
        <w:ind w:firstLine="480"/>
        <w:jc w:val="left"/>
      </w:pPr>
      <w:r>
        <w:rPr>
          <w:rFonts w:ascii="Garamond" w:hAnsi="Garamond" w:cs="Garamond"/>
          <w:b w:val="0"/>
          <w:i w:val="0"/>
          <w:sz w:val="24"/>
        </w:rPr>
        <w:t>His brother would have been ten when Verad last saw him, left at the edge of the forest while their mother screamed inside the house. Could he have made it? He was quick and he knew the woods. Their father had made sure of that, had taken them both out in every season and every weather until the forest was as familiar as the road between their farm and Wicker’s Inn. But knowing the woods was different from entering them alone at ten years old with nowhere to go and nothing behind you worth returning to. What would Tomas have done about the sheep? They were not family property. If the animals scattered someone would come looking for payment, and a boy alone was easier to sell than to argue with. Kakollian’s men had reduced Estolia to that arithmetic. Everything belonged to him and his army. The people lived on what his camp followers deemed beneath their notice.</w:t>
      </w:r>
    </w:p>
    <w:p>
      <w:pPr>
        <w:spacing w:before="0" w:after="0"/>
        <w:ind w:firstLine="480"/>
        <w:jc w:val="left"/>
      </w:pPr>
      <w:r>
        <w:rPr>
          <w:rFonts w:ascii="Garamond" w:hAnsi="Garamond" w:cs="Garamond"/>
          <w:b w:val="0"/>
          <w:i w:val="0"/>
          <w:sz w:val="24"/>
        </w:rPr>
        <w:t>Had Tomas seen what they did to their parents? Would he have gone looking for his brother, knowing Verad had been taken away on a ship?</w:t>
      </w:r>
    </w:p>
    <w:p>
      <w:pPr>
        <w:spacing w:before="0" w:after="0"/>
        <w:ind w:firstLine="480"/>
        <w:jc w:val="left"/>
      </w:pPr>
      <w:r>
        <w:rPr>
          <w:rFonts w:ascii="Garamond" w:hAnsi="Garamond" w:cs="Garamond"/>
          <w:b w:val="0"/>
          <w:i w:val="0"/>
          <w:sz w:val="24"/>
        </w:rPr>
        <w:t>He would not have. Tomas was too smart for that. Tomas would have understood that Verad was beyond his reach.</w:t>
      </w:r>
    </w:p>
    <w:p>
      <w:pPr>
        <w:spacing w:before="0" w:after="0"/>
        <w:ind w:firstLine="480"/>
        <w:jc w:val="left"/>
      </w:pPr>
      <w:r>
        <w:rPr>
          <w:rFonts w:ascii="Garamond" w:hAnsi="Garamond" w:cs="Garamond"/>
          <w:b w:val="0"/>
          <w:i w:val="0"/>
          <w:sz w:val="24"/>
        </w:rPr>
        <w:t>“Oh Tomas. I am sorry.“</w:t>
      </w:r>
    </w:p>
    <w:p>
      <w:pPr>
        <w:spacing w:before="0" w:after="0"/>
        <w:ind w:firstLine="480"/>
        <w:jc w:val="left"/>
      </w:pPr>
      <w:r>
        <w:rPr>
          <w:rFonts w:ascii="Garamond" w:hAnsi="Garamond" w:cs="Garamond"/>
          <w:b w:val="0"/>
          <w:i w:val="0"/>
          <w:sz w:val="24"/>
        </w:rPr>
        <w:t>His voice sounded strangely loud in the dark. Something stirred to his right.</w:t>
      </w:r>
    </w:p>
    <w:p>
      <w:pPr>
        <w:spacing w:before="0" w:after="0"/>
        <w:ind w:firstLine="480"/>
        <w:jc w:val="left"/>
      </w:pPr>
      <w:r>
        <w:rPr>
          <w:rFonts w:ascii="Garamond" w:hAnsi="Garamond" w:cs="Garamond"/>
          <w:b w:val="0"/>
          <w:i w:val="0"/>
          <w:sz w:val="24"/>
        </w:rPr>
        <w:t>Fear came back through him in a single cold wave. He thought: perhaps Tomas was the fortunate one. At least he died at home, if he died, and not alone underground in a land that had no name in any map he had ever seen. The boy went still, barely breathing, hoping there was nothing close enough to hear him.</w:t>
      </w:r>
    </w:p>
    <w:p>
      <w:pPr>
        <w:spacing w:before="0" w:after="0"/>
        <w:ind w:firstLine="480"/>
        <w:jc w:val="left"/>
      </w:pPr>
      <w:r>
        <w:rPr>
          <w:rFonts w:ascii="Garamond" w:hAnsi="Garamond" w:cs="Garamond"/>
          <w:b w:val="0"/>
          <w:i w:val="0"/>
          <w:sz w:val="24"/>
        </w:rPr>
        <w:t>Something brushed his cheek.</w:t>
      </w:r>
    </w:p>
    <w:p>
      <w:pPr>
        <w:spacing w:before="0" w:after="0"/>
        <w:ind w:firstLine="480"/>
        <w:jc w:val="left"/>
      </w:pPr>
      <w:r>
        <w:rPr>
          <w:rFonts w:ascii="Garamond" w:hAnsi="Garamond" w:cs="Garamond"/>
          <w:b w:val="0"/>
          <w:i w:val="0"/>
          <w:sz w:val="24"/>
        </w:rPr>
        <w:t>He rolled away from the touch and the ground disappeared beneath him. He dropped into open air, reached for anything, and found nothing. Then ropes caught him, wrapping around his body from every direction at once, and he stopped falling. He was lifted, held, set down again on solid ground.</w:t>
      </w:r>
    </w:p>
    <w:p>
      <w:pPr>
        <w:spacing w:before="0" w:after="0"/>
        <w:ind w:firstLine="480"/>
        <w:jc w:val="left"/>
      </w:pPr>
      <w:r>
        <w:rPr>
          <w:rFonts w:ascii="Garamond" w:hAnsi="Garamond" w:cs="Garamond"/>
          <w:b w:val="0"/>
          <w:i w:val="0"/>
          <w:sz w:val="24"/>
        </w:rPr>
        <w:t>Someone spoke. The sounds were not words he knew. And yet.</w:t>
      </w:r>
    </w:p>
    <w:p>
      <w:pPr>
        <w:spacing w:before="0" w:after="0"/>
        <w:ind w:firstLine="480"/>
        <w:jc w:val="left"/>
      </w:pPr>
      <w:r>
        <w:rPr>
          <w:rFonts w:ascii="Garamond" w:hAnsi="Garamond" w:cs="Garamond"/>
          <w:b w:val="0"/>
          <w:i w:val="0"/>
          <w:sz w:val="24"/>
        </w:rPr>
        <w:t>He understood them.</w:t>
      </w:r>
    </w:p>
    <w:p>
      <w:pPr>
        <w:spacing w:before="0" w:after="0"/>
        <w:ind w:firstLine="480"/>
        <w:jc w:val="left"/>
      </w:pPr>
      <w:r>
        <w:rPr>
          <w:rFonts w:ascii="Garamond" w:hAnsi="Garamond" w:cs="Garamond"/>
          <w:b w:val="0"/>
          <w:i w:val="0"/>
          <w:sz w:val="24"/>
        </w:rPr>
        <w:t>Not the way you understand a language you have studied, word fitted to meaning after long practice. More the way you understand cold, or hunger, or the expression on a face in the dark. The meaning arrived before the sounds finished, as though something had reached into the place where language lives and opened a door he had not known was there. He felt it happen, a brief warmth behind his eyes, there and gone. He did not know what it was. Later he would think of it the way you think of the moment before a dream, impossible to recover once you are fully awake.</w:t>
      </w:r>
    </w:p>
    <w:p>
      <w:pPr>
        <w:spacing w:before="0" w:after="0"/>
        <w:ind w:firstLine="480"/>
        <w:jc w:val="left"/>
      </w:pPr>
      <w:r>
        <w:rPr>
          <w:rFonts w:ascii="Garamond" w:hAnsi="Garamond" w:cs="Garamond"/>
          <w:b w:val="0"/>
          <w:i w:val="0"/>
          <w:sz w:val="24"/>
        </w:rPr>
        <w:t>“Good catch, Kato. We nearly lost our prize.“ A girl’s voice, from somewhere in the dark above him. Soft, with a musical lilt to it. “Do not move so wildly, boy. If not for the speed of your friend here you would still be falling.“ A brief pause. “Had we known you were awake we would have warned you. Are you all right?“</w:t>
      </w:r>
    </w:p>
    <w:p>
      <w:pPr>
        <w:spacing w:before="0" w:after="0"/>
        <w:ind w:firstLine="480"/>
        <w:jc w:val="left"/>
      </w:pPr>
      <w:r>
        <w:rPr>
          <w:rFonts w:ascii="Garamond" w:hAnsi="Garamond" w:cs="Garamond"/>
          <w:b w:val="0"/>
          <w:i w:val="0"/>
          <w:sz w:val="24"/>
        </w:rPr>
        <w:t>“No,“ Verad said. It was the only honest answer he had. There was more he wanted to say, a great deal more, but he could not push any of it past the single word.</w:t>
      </w:r>
    </w:p>
    <w:p>
      <w:pPr>
        <w:spacing w:before="0" w:after="0"/>
        <w:ind w:firstLine="480"/>
        <w:jc w:val="left"/>
      </w:pPr>
      <w:r>
        <w:rPr>
          <w:rFonts w:ascii="Garamond" w:hAnsi="Garamond" w:cs="Garamond"/>
          <w:b w:val="0"/>
          <w:i w:val="0"/>
          <w:sz w:val="24"/>
        </w:rPr>
        <w:t>“Are you thirsty? Of course you are. Take the water.“</w:t>
      </w:r>
    </w:p>
    <w:p>
      <w:pPr>
        <w:spacing w:before="0" w:after="0"/>
        <w:ind w:firstLine="480"/>
        <w:jc w:val="left"/>
      </w:pPr>
      <w:r>
        <w:rPr>
          <w:rFonts w:ascii="Garamond" w:hAnsi="Garamond" w:cs="Garamond"/>
          <w:b w:val="0"/>
          <w:i w:val="0"/>
          <w:sz w:val="24"/>
        </w:rPr>
        <w:t>He was thirsty. He had been thirsty at the stream, and he had no idea how long ago the stream had been. He sat up and reached toward the voice.</w:t>
      </w:r>
    </w:p>
    <w:p>
      <w:pPr>
        <w:spacing w:before="0" w:after="0"/>
        <w:ind w:firstLine="480"/>
        <w:jc w:val="left"/>
      </w:pPr>
      <w:r>
        <w:rPr>
          <w:rFonts w:ascii="Garamond" w:hAnsi="Garamond" w:cs="Garamond"/>
          <w:b w:val="0"/>
          <w:i w:val="0"/>
          <w:sz w:val="24"/>
        </w:rPr>
        <w:t>She laughed, short and genuine. “I am sorry, you cannot see. The water is behind you. Let me give you some light.“</w:t>
      </w:r>
    </w:p>
    <w:p>
      <w:pPr>
        <w:spacing w:before="0" w:after="0"/>
        <w:ind w:firstLine="480"/>
        <w:jc w:val="left"/>
      </w:pPr>
      <w:r>
        <w:rPr>
          <w:rFonts w:ascii="Garamond" w:hAnsi="Garamond" w:cs="Garamond"/>
          <w:b w:val="0"/>
          <w:i w:val="0"/>
          <w:sz w:val="24"/>
        </w:rPr>
        <w:t>He turned, reaching back, and the cavern came up around him in a dim green glow.</w:t>
      </w:r>
    </w:p>
    <w:p>
      <w:pPr>
        <w:spacing w:before="0" w:after="0"/>
        <w:ind w:firstLine="480"/>
        <w:jc w:val="left"/>
      </w:pPr>
      <w:r>
        <w:rPr>
          <w:rFonts w:ascii="Garamond" w:hAnsi="Garamond" w:cs="Garamond"/>
          <w:b w:val="0"/>
          <w:i w:val="0"/>
          <w:sz w:val="24"/>
        </w:rPr>
        <w:t>The thing holding the water skin was not the girl.</w:t>
      </w:r>
    </w:p>
    <w:p>
      <w:pPr>
        <w:spacing w:before="0" w:after="0"/>
        <w:ind w:firstLine="480"/>
        <w:jc w:val="left"/>
      </w:pPr>
      <w:r>
        <w:rPr>
          <w:rFonts w:ascii="Garamond" w:hAnsi="Garamond" w:cs="Garamond"/>
          <w:b w:val="0"/>
          <w:i w:val="0"/>
          <w:sz w:val="24"/>
        </w:rPr>
        <w:t>It was roughly the size and shape of a man, but the resemblance ended there. Its skin was the rough, ridged bark of an ancient tree. What he had taken for hair was hundreds of small vines, each one moving independently, each tipped with something like a flattened leaf that opened and closed as though breathing. Its head, if the rounded mass above its shoulders could be called that, was ringed by eyes. Dozens of them. Perhaps hundreds. Some blinked beneath rough lids of bark. Some held Verad in a steady gaze. Others moved independently, scanning the cavern in directions his own eyes could not follow. There was no white in them, no visible pupil, and yet they were unmistakably eyes, aware and watching. One long root-like arm extended toward him, and in the tendril at its end, secured by a web of finer vines, was a full water skin.</w:t>
      </w:r>
    </w:p>
    <w:p>
      <w:pPr>
        <w:spacing w:before="0" w:after="0"/>
        <w:ind w:firstLine="480"/>
        <w:jc w:val="left"/>
      </w:pPr>
      <w:r>
        <w:rPr>
          <w:rFonts w:ascii="Garamond" w:hAnsi="Garamond" w:cs="Garamond"/>
          <w:b w:val="0"/>
          <w:i w:val="0"/>
          <w:sz w:val="24"/>
        </w:rPr>
        <w:t>Verad’s body made the decision for him. Everything went dark again.</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When he came back he was moving.</w:t>
      </w:r>
    </w:p>
    <w:p>
      <w:pPr>
        <w:spacing w:before="0" w:after="0"/>
        <w:ind w:firstLine="480"/>
        <w:jc w:val="left"/>
      </w:pPr>
      <w:r>
        <w:rPr>
          <w:rFonts w:ascii="Garamond" w:hAnsi="Garamond" w:cs="Garamond"/>
          <w:b w:val="0"/>
          <w:i w:val="0"/>
          <w:sz w:val="24"/>
        </w:rPr>
        <w:t>He was on his back, suspended in something that gave and swayed with each step of whatever carried him. A net, or a hammock woven from vines. The motion was not unpleasant. The thought of where he might be going was.</w:t>
      </w:r>
    </w:p>
    <w:p>
      <w:pPr>
        <w:spacing w:before="0" w:after="0"/>
        <w:ind w:firstLine="480"/>
        <w:jc w:val="left"/>
      </w:pPr>
      <w:r>
        <w:rPr>
          <w:rFonts w:ascii="Garamond" w:hAnsi="Garamond" w:cs="Garamond"/>
          <w:b w:val="0"/>
          <w:i w:val="0"/>
          <w:sz w:val="24"/>
        </w:rPr>
        <w:t>He stirred and his carrier stopped at once and lowered him to the ground. The net unwound from his body with a sound like rain on leaves.</w:t>
      </w:r>
    </w:p>
    <w:p>
      <w:pPr>
        <w:spacing w:before="0" w:after="0"/>
        <w:ind w:firstLine="480"/>
        <w:jc w:val="left"/>
      </w:pPr>
      <w:r>
        <w:rPr>
          <w:rFonts w:ascii="Garamond" w:hAnsi="Garamond" w:cs="Garamond"/>
          <w:b w:val="0"/>
          <w:i w:val="0"/>
          <w:sz w:val="24"/>
        </w:rPr>
        <w:t>“You are awake again.“ The same girl’s voice. “Kato, I will give him the water this time. No, I do not think he is afraid of you. He simply does not know you yet.“</w:t>
      </w:r>
    </w:p>
    <w:p>
      <w:pPr>
        <w:spacing w:before="0" w:after="0"/>
        <w:ind w:firstLine="480"/>
        <w:jc w:val="left"/>
      </w:pPr>
      <w:r>
        <w:rPr>
          <w:rFonts w:ascii="Garamond" w:hAnsi="Garamond" w:cs="Garamond"/>
          <w:b w:val="0"/>
          <w:i w:val="0"/>
          <w:sz w:val="24"/>
        </w:rPr>
        <w:t>Verad heard only one side of the conversation. Whatever Kato said in reply he could not hear it.</w:t>
      </w:r>
    </w:p>
    <w:p>
      <w:pPr>
        <w:spacing w:before="0" w:after="0"/>
        <w:ind w:firstLine="480"/>
        <w:jc w:val="left"/>
      </w:pPr>
      <w:r>
        <w:rPr>
          <w:rFonts w:ascii="Garamond" w:hAnsi="Garamond" w:cs="Garamond"/>
          <w:b w:val="0"/>
          <w:i w:val="0"/>
          <w:sz w:val="24"/>
        </w:rPr>
        <w:t>“I am going to bring up the light. Kato, if you would stand back a little. Thank you.“</w:t>
      </w:r>
    </w:p>
    <w:p>
      <w:pPr>
        <w:spacing w:before="0" w:after="0"/>
        <w:ind w:firstLine="480"/>
        <w:jc w:val="left"/>
      </w:pPr>
      <w:r>
        <w:rPr>
          <w:rFonts w:ascii="Garamond" w:hAnsi="Garamond" w:cs="Garamond"/>
          <w:b w:val="0"/>
          <w:i w:val="0"/>
          <w:sz w:val="24"/>
        </w:rPr>
        <w:t>The green light came up slowly this time, and the face it revealed was nothing like the one before.</w:t>
      </w:r>
    </w:p>
    <w:p>
      <w:pPr>
        <w:spacing w:before="0" w:after="0"/>
        <w:ind w:firstLine="480"/>
        <w:jc w:val="left"/>
      </w:pPr>
      <w:r>
        <w:rPr>
          <w:rFonts w:ascii="Garamond" w:hAnsi="Garamond" w:cs="Garamond"/>
          <w:b w:val="0"/>
          <w:i w:val="0"/>
          <w:sz w:val="24"/>
        </w:rPr>
        <w:t>She was beautiful. Not in the careful, considered way of the woman who had passed through Wicker’s Inn the previous autumn and set every man in the common room staring, though that woman had seemed extraordinary enough at the time. This was something beyond that. Large eyes, dark hair, skin with a faint green cast that seemed lit from somewhere inside rather than from the light she held. Verad looked at her and forgot, for one unguarded moment, that he was underground on a dragon island with no idea where his companions were or whether they were still alive.</w:t>
      </w:r>
    </w:p>
    <w:p>
      <w:pPr>
        <w:spacing w:before="0" w:after="0"/>
        <w:ind w:firstLine="480"/>
        <w:jc w:val="left"/>
      </w:pPr>
      <w:r>
        <w:rPr>
          <w:rFonts w:ascii="Garamond" w:hAnsi="Garamond" w:cs="Garamond"/>
          <w:b w:val="0"/>
          <w:i w:val="0"/>
          <w:sz w:val="24"/>
        </w:rPr>
        <w:t>“Water?“ she said, watching him with what might have been amusement. “You are thirsty.“</w:t>
      </w:r>
    </w:p>
    <w:p>
      <w:pPr>
        <w:spacing w:before="0" w:after="0"/>
        <w:ind w:firstLine="480"/>
        <w:jc w:val="left"/>
      </w:pPr>
      <w:r>
        <w:rPr>
          <w:rFonts w:ascii="Garamond" w:hAnsi="Garamond" w:cs="Garamond"/>
          <w:b w:val="0"/>
          <w:i w:val="0"/>
          <w:sz w:val="24"/>
        </w:rPr>
        <w:t>He reached for the skin and made himself look away from her face. The light came from her hand, a soft green that did not hurt his eyes, and he fixed his attention on it until he could form a sentence.</w:t>
      </w:r>
    </w:p>
    <w:p>
      <w:pPr>
        <w:spacing w:before="0" w:after="0"/>
        <w:ind w:firstLine="480"/>
        <w:jc w:val="left"/>
      </w:pPr>
      <w:r>
        <w:rPr>
          <w:rFonts w:ascii="Garamond" w:hAnsi="Garamond" w:cs="Garamond"/>
          <w:b w:val="0"/>
          <w:i w:val="0"/>
          <w:sz w:val="24"/>
        </w:rPr>
        <w:t>“Where am I, Lady? Please tell me that much.“</w:t>
      </w:r>
    </w:p>
    <w:p>
      <w:pPr>
        <w:spacing w:before="0" w:after="0"/>
        <w:ind w:firstLine="480"/>
        <w:jc w:val="left"/>
      </w:pPr>
      <w:r>
        <w:rPr>
          <w:rFonts w:ascii="Garamond" w:hAnsi="Garamond" w:cs="Garamond"/>
          <w:b w:val="0"/>
          <w:i w:val="0"/>
          <w:sz w:val="24"/>
        </w:rPr>
        <w:t>“There is no time for everything now. It will all be explained when we reach the city. The King will want to see you straightaway.“ She said the word King the way people say the name of someone they love without knowing they do it. “Are you ready to travel?“</w:t>
      </w:r>
    </w:p>
    <w:p>
      <w:pPr>
        <w:spacing w:before="0" w:after="0"/>
        <w:ind w:firstLine="480"/>
        <w:jc w:val="left"/>
      </w:pPr>
      <w:r>
        <w:rPr>
          <w:rFonts w:ascii="Garamond" w:hAnsi="Garamond" w:cs="Garamond"/>
          <w:b w:val="0"/>
          <w:i w:val="0"/>
          <w:sz w:val="24"/>
        </w:rPr>
        <w:t>“No. The men I was with. The dragons. Tell me something, please. Anything.“</w:t>
      </w:r>
    </w:p>
    <w:p>
      <w:pPr>
        <w:spacing w:before="0" w:after="0"/>
        <w:ind w:firstLine="480"/>
        <w:jc w:val="left"/>
      </w:pPr>
      <w:r>
        <w:rPr>
          <w:rFonts w:ascii="Garamond" w:hAnsi="Garamond" w:cs="Garamond"/>
          <w:b w:val="0"/>
          <w:i w:val="0"/>
          <w:sz w:val="24"/>
        </w:rPr>
        <w:t>He tried to sit up and a vine wrapped around him from the darkness and tightened, gently but with clear purpose.</w:t>
      </w:r>
    </w:p>
    <w:p>
      <w:pPr>
        <w:spacing w:before="0" w:after="0"/>
        <w:ind w:firstLine="480"/>
        <w:jc w:val="left"/>
      </w:pPr>
      <w:r>
        <w:rPr>
          <w:rFonts w:ascii="Garamond" w:hAnsi="Garamond" w:cs="Garamond"/>
          <w:b w:val="0"/>
          <w:i w:val="0"/>
          <w:sz w:val="24"/>
        </w:rPr>
        <w:t>“Kato, he will not hurt me. He is frightened. Let him go.“ The vine eased and fell away. Verad did not test it again. “I will tell you one thing if you will promise not to delay us further.“ Her voice was light but her eyes were serious.</w:t>
      </w:r>
    </w:p>
    <w:p>
      <w:pPr>
        <w:spacing w:before="0" w:after="0"/>
        <w:ind w:firstLine="480"/>
        <w:jc w:val="left"/>
      </w:pPr>
      <w:r>
        <w:rPr>
          <w:rFonts w:ascii="Garamond" w:hAnsi="Garamond" w:cs="Garamond"/>
          <w:b w:val="0"/>
          <w:i w:val="0"/>
          <w:sz w:val="24"/>
        </w:rPr>
        <w:t>He had a dozen questions ready. What came out was: “Who is Kato?“</w:t>
      </w:r>
    </w:p>
    <w:p>
      <w:pPr>
        <w:spacing w:before="0" w:after="0"/>
        <w:ind w:firstLine="480"/>
        <w:jc w:val="left"/>
      </w:pPr>
      <w:r>
        <w:rPr>
          <w:rFonts w:ascii="Garamond" w:hAnsi="Garamond" w:cs="Garamond"/>
          <w:b w:val="0"/>
          <w:i w:val="0"/>
          <w:sz w:val="24"/>
        </w:rPr>
        <w:t>He could not have said why that was the one that escaped. He wanted to ask about Petra. About Brunow. They felt like people he had known all his life, though he could count the days since they met on one hand. He had saved Petra’s life on the beach without deciding to, acting before thought arrived. And Petra had believed him when no one else had, had treated him not as a boy to be tolerated but as someone worth trusting. Against everything he had seen Kakollian’s world produce, that had mattered enormously.</w:t>
      </w:r>
    </w:p>
    <w:p>
      <w:pPr>
        <w:spacing w:before="0" w:after="0"/>
        <w:ind w:firstLine="480"/>
        <w:jc w:val="left"/>
      </w:pPr>
      <w:r>
        <w:rPr>
          <w:rFonts w:ascii="Garamond" w:hAnsi="Garamond" w:cs="Garamond"/>
          <w:b w:val="0"/>
          <w:i w:val="0"/>
          <w:sz w:val="24"/>
        </w:rPr>
        <w:t>“Kato is my brother,“ she said, honoring her promise with the one answer. “He speaks in a way you cannot hear. He is not always as you see him now, though we were born of the same mother. He lives a different life and exists for a different purpose than I do.“ She tilted her head, reading his expression. “You have already met him, in fact.“</w:t>
      </w:r>
    </w:p>
    <w:p>
      <w:pPr>
        <w:spacing w:before="0" w:after="0"/>
        <w:ind w:firstLine="480"/>
        <w:jc w:val="left"/>
      </w:pPr>
      <w:r>
        <w:rPr>
          <w:rFonts w:ascii="Garamond" w:hAnsi="Garamond" w:cs="Garamond"/>
          <w:b w:val="0"/>
          <w:i w:val="0"/>
          <w:sz w:val="24"/>
        </w:rPr>
        <w:t>Verad went still. The face in the green light the first time. The bark and the vines and the hundreds of moving eyes.</w:t>
      </w:r>
    </w:p>
    <w:p>
      <w:pPr>
        <w:spacing w:before="0" w:after="0"/>
        <w:ind w:firstLine="480"/>
        <w:jc w:val="left"/>
      </w:pPr>
      <w:r>
        <w:rPr>
          <w:rFonts w:ascii="Garamond" w:hAnsi="Garamond" w:cs="Garamond"/>
          <w:b w:val="0"/>
          <w:i w:val="0"/>
          <w:sz w:val="24"/>
        </w:rPr>
        <w:t>“He is kind,“ she said, “once you move past the surface of him. He likes you. I would not repay that by letting your fear insult him.“ She rose, and the light came with her, and Verad rose too or lost it. “After the gathering, I think you will understand him better than you expect.“</w:t>
      </w:r>
    </w:p>
    <w:p>
      <w:pPr>
        <w:spacing w:before="0" w:after="0"/>
        <w:ind w:firstLine="480"/>
        <w:jc w:val="left"/>
      </w:pPr>
      <w:r>
        <w:rPr>
          <w:rFonts w:ascii="Garamond" w:hAnsi="Garamond" w:cs="Garamond"/>
          <w:b w:val="0"/>
          <w:i w:val="0"/>
          <w:sz w:val="24"/>
        </w:rPr>
        <w:t>The net came up around him again, lifted him from the floor, and arranged him on his back in its cradle of crossed vines. He wanted to ask more. Something in the quality of the dark and the motion and the faint green glow at the edge of his vision told him this was not the moment.</w:t>
      </w:r>
    </w:p>
    <w:p>
      <w:pPr>
        <w:spacing w:before="0" w:after="0"/>
        <w:ind w:firstLine="480"/>
        <w:jc w:val="left"/>
      </w:pPr>
      <w:r>
        <w:rPr>
          <w:rFonts w:ascii="Garamond" w:hAnsi="Garamond" w:cs="Garamond"/>
          <w:b w:val="0"/>
          <w:i w:val="0"/>
          <w:sz w:val="24"/>
        </w:rPr>
        <w:t>He should not talk. He should not worry. The thought arrived not as a command but as a fact, the way you understand in certain moments that a thing is simply true. Whatever this place was, whatever was coming, it was not yet time for questions.</w:t>
      </w:r>
    </w:p>
    <w:p>
      <w:pPr>
        <w:spacing w:before="0" w:after="0"/>
        <w:ind w:firstLine="480"/>
        <w:jc w:val="left"/>
      </w:pPr>
      <w:r>
        <w:rPr>
          <w:rFonts w:ascii="Garamond" w:hAnsi="Garamond" w:cs="Garamond"/>
          <w:b w:val="0"/>
          <w:i w:val="0"/>
          <w:sz w:val="24"/>
        </w:rPr>
        <w:t>The rhythm of the movement settled into him. The green light faded at the edges. For the first time since he left home he slept without fear at the bottom of it.</w:t>
      </w:r>
    </w:p>
    <w:p>
      <w:pPr>
        <w:spacing w:before="480" w:after="360"/>
        <w:ind w:firstLine="0"/>
        <w:jc w:val="center"/>
      </w:pPr>
      <w:r>
        <w:rPr>
          <w:rFonts w:ascii="Garamond" w:hAnsi="Garamond" w:cs="Garamond"/>
          <w:b/>
          <w:i w:val="0"/>
          <w:sz w:val="28"/>
        </w:rPr>
        <w:t>Chapter Twenty-Four</w:t>
      </w:r>
    </w:p>
    <w:p>
      <w:pPr>
        <w:spacing w:before="240" w:after="240"/>
        <w:ind w:firstLine="0"/>
        <w:jc w:val="center"/>
      </w:pPr>
      <w:r>
        <w:rPr>
          <w:rFonts w:ascii="Garamond" w:hAnsi="Garamond" w:cs="Garamond"/>
          <w:b w:val="0"/>
          <w:i/>
          <w:sz w:val="24"/>
        </w:rPr>
        <w:t>Day Three</w:t>
      </w:r>
    </w:p>
    <w:p>
      <w:pPr>
        <w:spacing w:before="0" w:after="0"/>
        <w:ind w:firstLine="480"/>
        <w:jc w:val="left"/>
      </w:pPr>
      <w:r>
        <w:rPr>
          <w:rFonts w:ascii="Garamond" w:hAnsi="Garamond" w:cs="Garamond"/>
          <w:b w:val="0"/>
          <w:i w:val="0"/>
          <w:sz w:val="24"/>
        </w:rPr>
        <w:t>The stench of dragon waste made sleep nearly impossible, and fear made up the difference. Petra and Brunow wanted nothing more than to breathe the cool night air, but again and again the mound shook with the departure or landing of one of the great beasts, and there was no way to trade the darkness and the smell for anything better. The smell became the lesser problem. They sat motionless and waited for morning.</w:t>
      </w:r>
    </w:p>
    <w:p>
      <w:pPr>
        <w:spacing w:before="0" w:after="0"/>
        <w:ind w:firstLine="480"/>
        <w:jc w:val="left"/>
      </w:pPr>
      <w:r>
        <w:rPr>
          <w:rFonts w:ascii="Garamond" w:hAnsi="Garamond" w:cs="Garamond"/>
          <w:b w:val="0"/>
          <w:i w:val="0"/>
          <w:sz w:val="24"/>
        </w:rPr>
        <w:t>By the time they understood what the mound was made of, they had been inside it all night.</w:t>
      </w:r>
    </w:p>
    <w:p>
      <w:pPr>
        <w:spacing w:before="0" w:after="0"/>
        <w:ind w:firstLine="480"/>
        <w:jc w:val="left"/>
      </w:pPr>
      <w:r>
        <w:rPr>
          <w:rFonts w:ascii="Garamond" w:hAnsi="Garamond" w:cs="Garamond"/>
          <w:b w:val="0"/>
          <w:i w:val="0"/>
          <w:sz w:val="24"/>
        </w:rPr>
        <w:t>It was not rock formed from an ancient volcanic plume. It was the compressed and layered refuse of the dragons’ feeding, built up over years beyond counting. The bones of the island’s dead, men and animals alike, were its framework. The material that held them together was everything else.</w:t>
      </w:r>
    </w:p>
    <w:p>
      <w:pPr>
        <w:spacing w:before="0" w:after="0"/>
        <w:ind w:firstLine="480"/>
        <w:jc w:val="left"/>
      </w:pPr>
      <w:r>
        <w:rPr>
          <w:rFonts w:ascii="Garamond" w:hAnsi="Garamond" w:cs="Garamond"/>
          <w:b w:val="0"/>
          <w:i w:val="0"/>
          <w:sz w:val="24"/>
        </w:rPr>
        <w:t>By morning the entrance to the cave was nearly sealed. Petra used the pommel of his sword to break through the new crust. It was nearly noon and the outer surface was already dry, granular, holding no fibers, crumbling at each tap into a brown-gray powder that drifted down the mound in small falls. He worked carefully, keeping the debris from rolling. He did not want whatever was outside to know they were in here.</w:t>
      </w:r>
    </w:p>
    <w:p>
      <w:pPr>
        <w:spacing w:before="0" w:after="0"/>
        <w:ind w:firstLine="480"/>
        <w:jc w:val="left"/>
      </w:pPr>
      <w:r>
        <w:rPr>
          <w:rFonts w:ascii="Garamond" w:hAnsi="Garamond" w:cs="Garamond"/>
          <w:b w:val="0"/>
          <w:i w:val="0"/>
          <w:sz w:val="24"/>
        </w:rPr>
        <w:t>He glanced back at the soft mass of the dead beetle larva. If there were others in the walls, they would be hungry.</w:t>
      </w:r>
    </w:p>
    <w:p>
      <w:pPr>
        <w:spacing w:before="0" w:after="0"/>
        <w:ind w:firstLine="480"/>
        <w:jc w:val="left"/>
      </w:pPr>
      <w:r>
        <w:rPr>
          <w:rFonts w:ascii="Garamond" w:hAnsi="Garamond" w:cs="Garamond"/>
          <w:b w:val="0"/>
          <w:i w:val="0"/>
          <w:sz w:val="24"/>
        </w:rPr>
        <w:t>“We must leave, Captain. Unless you think we should stay.“</w:t>
      </w:r>
    </w:p>
    <w:p>
      <w:pPr>
        <w:spacing w:before="0" w:after="0"/>
        <w:ind w:firstLine="480"/>
        <w:jc w:val="left"/>
      </w:pPr>
      <w:r>
        <w:rPr>
          <w:rFonts w:ascii="Garamond" w:hAnsi="Garamond" w:cs="Garamond"/>
          <w:b w:val="0"/>
          <w:i w:val="0"/>
          <w:sz w:val="24"/>
        </w:rPr>
        <w:t>The big warrior said it quietly, and he meant it as a real question. He had stopped trusting his own decisions somewhere in the night. The island had been taking them apart one certainty at a time since they washed ashore, and he was not sure what he had left to rely on.</w:t>
      </w:r>
    </w:p>
    <w:p>
      <w:pPr>
        <w:spacing w:before="0" w:after="0"/>
        <w:ind w:firstLine="480"/>
        <w:jc w:val="left"/>
      </w:pPr>
      <w:r>
        <w:rPr>
          <w:rFonts w:ascii="Garamond" w:hAnsi="Garamond" w:cs="Garamond"/>
          <w:b w:val="0"/>
          <w:i w:val="0"/>
          <w:sz w:val="24"/>
        </w:rPr>
        <w:t>“No,“ Brunow said. “You are right. We must leave.“ He did not want to spend another hour in the final resting place of so many men, let alone another night.</w:t>
      </w:r>
    </w:p>
    <w:p>
      <w:pPr>
        <w:spacing w:before="0" w:after="0"/>
        <w:ind w:firstLine="480"/>
        <w:jc w:val="left"/>
      </w:pPr>
      <w:r>
        <w:rPr>
          <w:rFonts w:ascii="Garamond" w:hAnsi="Garamond" w:cs="Garamond"/>
          <w:b w:val="0"/>
          <w:i w:val="0"/>
          <w:sz w:val="24"/>
        </w:rPr>
        <w:t>They slid down the outer face of the mound, stepping carefully around the bones that protruded through the surface, and moved east into the forest. They kept under the canopy and watched the breaks of sky above them for movement, checking every few steps, saying nothing. The forest sounds were different here than at home but at least the forest was making sounds. Silence was the warning now. They had learned that.</w:t>
      </w:r>
    </w:p>
    <w:p>
      <w:pPr>
        <w:spacing w:before="0" w:after="0"/>
        <w:ind w:firstLine="480"/>
        <w:jc w:val="left"/>
      </w:pPr>
      <w:r>
        <w:rPr>
          <w:rFonts w:ascii="Garamond" w:hAnsi="Garamond" w:cs="Garamond"/>
          <w:b w:val="0"/>
          <w:i w:val="0"/>
          <w:sz w:val="24"/>
        </w:rPr>
        <w:t>When they reached the eastern edge of the saddle the trees thinned and they could see for miles into the valley below. From here the full scale of the mound became visible, and with it the others.</w:t>
      </w:r>
    </w:p>
    <w:p>
      <w:pPr>
        <w:spacing w:before="0" w:after="0"/>
        <w:ind w:firstLine="480"/>
        <w:jc w:val="left"/>
      </w:pPr>
      <w:r>
        <w:rPr>
          <w:rFonts w:ascii="Garamond" w:hAnsi="Garamond" w:cs="Garamond"/>
          <w:b w:val="0"/>
          <w:i w:val="0"/>
          <w:sz w:val="24"/>
        </w:rPr>
        <w:t>The one they had sheltered in was the newest. To the east, older mounds stood lower, their sharp profiles softened by years of growth, trees rooted in them, vines pulled down over their sides, the bones buried under decades of forest floor. Further still the mounds shrank to low ridges, then to barely perceptible swells in the ground, finally disappearing into the mist that hung over the valley floor. They ran like a spine down the center of the valley for as far as either man could see.</w:t>
      </w:r>
    </w:p>
    <w:p>
      <w:pPr>
        <w:spacing w:before="0" w:after="0"/>
        <w:ind w:firstLine="480"/>
        <w:jc w:val="left"/>
      </w:pPr>
      <w:r>
        <w:rPr>
          <w:rFonts w:ascii="Garamond" w:hAnsi="Garamond" w:cs="Garamond"/>
          <w:b w:val="0"/>
          <w:i w:val="0"/>
          <w:sz w:val="24"/>
        </w:rPr>
        <w:t>“Has it truly been that long since the end of the First Age?“ Brunow said quietly.</w:t>
      </w:r>
    </w:p>
    <w:p>
      <w:pPr>
        <w:spacing w:before="0" w:after="0"/>
        <w:ind w:firstLine="480"/>
        <w:jc w:val="left"/>
      </w:pPr>
      <w:r>
        <w:rPr>
          <w:rFonts w:ascii="Garamond" w:hAnsi="Garamond" w:cs="Garamond"/>
          <w:b w:val="0"/>
          <w:i w:val="0"/>
          <w:sz w:val="24"/>
        </w:rPr>
        <w:t>Petra said nothing. There was nothing to say. He was a soldier who understood the scale of a battlefield. This was not a battlefield. This was the residue of an age, the slow accumulation of ten thousand hunts over ten thousand years. He was a child standing at the edge of a forest he could not see across.</w:t>
      </w:r>
    </w:p>
    <w:p>
      <w:pPr>
        <w:spacing w:before="0" w:after="0"/>
        <w:ind w:firstLine="480"/>
        <w:jc w:val="left"/>
      </w:pPr>
      <w:r>
        <w:rPr>
          <w:rFonts w:ascii="Garamond" w:hAnsi="Garamond" w:cs="Garamond"/>
          <w:b w:val="0"/>
          <w:i w:val="0"/>
          <w:sz w:val="24"/>
        </w:rPr>
        <w:t>The mountain range to the north swung hard and headed nearly due north, offering nothing in the way of cover. South was the better choice. East across the mounds and then continue. If this island had another shore, the eastern side was the direction to find it.</w:t>
      </w:r>
    </w:p>
    <w:p>
      <w:pPr>
        <w:spacing w:before="0" w:after="0"/>
        <w:ind w:firstLine="480"/>
        <w:jc w:val="left"/>
      </w:pPr>
      <w:r>
        <w:rPr>
          <w:rFonts w:ascii="Garamond" w:hAnsi="Garamond" w:cs="Garamond"/>
          <w:b w:val="0"/>
          <w:i w:val="0"/>
          <w:sz w:val="24"/>
        </w:rPr>
        <w:t>“East,“ Petra said. “We cross the mound and keep east. If there is another shore we will find it.“</w:t>
      </w:r>
    </w:p>
    <w:p>
      <w:pPr>
        <w:spacing w:before="0" w:after="0"/>
        <w:ind w:firstLine="480"/>
        <w:jc w:val="left"/>
      </w:pPr>
      <w:r>
        <w:rPr>
          <w:rFonts w:ascii="Garamond" w:hAnsi="Garamond" w:cs="Garamond"/>
          <w:b w:val="0"/>
          <w:i w:val="0"/>
          <w:sz w:val="24"/>
        </w:rPr>
        <w:t>“There is hope on the eastern shore if there is hope anywhere,“ the Captain agreed.</w:t>
      </w:r>
    </w:p>
    <w:p>
      <w:pPr>
        <w:spacing w:before="0" w:after="0"/>
        <w:ind w:firstLine="480"/>
        <w:jc w:val="left"/>
      </w:pPr>
      <w:r>
        <w:rPr>
          <w:rFonts w:ascii="Garamond" w:hAnsi="Garamond" w:cs="Garamond"/>
          <w:b w:val="0"/>
          <w:i w:val="0"/>
          <w:sz w:val="24"/>
        </w:rPr>
        <w:t>They had no packs. They had left them at the stream the day before, and the water skins were lost to dragon waste. There was nothing behind them worth retrieving and nothing ahead of them but uncertainty, which was at least a kind of possibility. Petra kept his sword in his hand. It was the only thing he had left and he intended to keep it.</w:t>
      </w:r>
    </w:p>
    <w:p>
      <w:pPr>
        <w:spacing w:before="0" w:after="0"/>
        <w:ind w:firstLine="480"/>
        <w:jc w:val="left"/>
      </w:pPr>
      <w:r>
        <w:rPr>
          <w:rFonts w:ascii="Garamond" w:hAnsi="Garamond" w:cs="Garamond"/>
          <w:b w:val="0"/>
          <w:i w:val="0"/>
          <w:sz w:val="24"/>
        </w:rPr>
        <w:t>They walked for hours, always descending, keeping the stream on their left and the line of mounds to their right. The forest was alive with sounds he did not recognize, birds and insects and things that were neither. He stopped trying to identify them. The lesson this island kept teaching was the same one: expect nothing familiar.</w:t>
      </w:r>
    </w:p>
    <w:p>
      <w:pPr>
        <w:spacing w:before="0" w:after="0"/>
        <w:ind w:firstLine="480"/>
        <w:jc w:val="left"/>
      </w:pPr>
      <w:r>
        <w:rPr>
          <w:rFonts w:ascii="Garamond" w:hAnsi="Garamond" w:cs="Garamond"/>
          <w:b w:val="0"/>
          <w:i w:val="0"/>
          <w:sz w:val="24"/>
        </w:rPr>
        <w:t>A mist clung to the lower hillsides and thickened as they descended, cutting their view of the valley floor. When it was time to cross, they turned south and found the mound through breaks in the canopy. From the valley floor it looked nothing like it had from the high saddle. What had seemed from above to be a gentle ridge was a steep wall, thickly overgrown, bramble and thicket matted together from the base up.</w:t>
      </w:r>
    </w:p>
    <w:p>
      <w:pPr>
        <w:spacing w:before="0" w:after="0"/>
        <w:ind w:firstLine="480"/>
        <w:jc w:val="left"/>
      </w:pPr>
      <w:r>
        <w:rPr>
          <w:rFonts w:ascii="Garamond" w:hAnsi="Garamond" w:cs="Garamond"/>
          <w:b w:val="0"/>
          <w:i w:val="0"/>
          <w:sz w:val="24"/>
        </w:rPr>
        <w:t>“Can nothing be simple in this blasted land,“ Petra said, and started in.</w:t>
      </w:r>
    </w:p>
    <w:p>
      <w:pPr>
        <w:spacing w:before="0" w:after="0"/>
        <w:ind w:firstLine="480"/>
        <w:jc w:val="left"/>
      </w:pPr>
      <w:r>
        <w:rPr>
          <w:rFonts w:ascii="Garamond" w:hAnsi="Garamond" w:cs="Garamond"/>
          <w:b w:val="0"/>
          <w:i w:val="0"/>
          <w:sz w:val="24"/>
        </w:rPr>
        <w:t>He cut a path with his sword, working as quietly as he could, and after sixty feet the undergrowth stopped as suddenly as it had begun. They stepped out into a narrow clearing that ran the full length of the mound, hidden from above by the valley mist. They were nearly two thousand feet below the cave where they had spent the night. The air was humid but moving. Wind reached them here. Both men stood at the edge of the bramble and looked east.</w:t>
      </w:r>
    </w:p>
    <w:p>
      <w:pPr>
        <w:spacing w:before="0" w:after="0"/>
        <w:ind w:firstLine="480"/>
        <w:jc w:val="left"/>
      </w:pPr>
      <w:r>
        <w:rPr>
          <w:rFonts w:ascii="Garamond" w:hAnsi="Garamond" w:cs="Garamond"/>
          <w:b w:val="0"/>
          <w:i w:val="0"/>
          <w:sz w:val="24"/>
        </w:rPr>
        <w:t>The mound ran like a backbone through the center of the valley and disappeared into the fog. The valley on the far side was different. Greener. The trees less dense, the light between them softer and more even. He studied the far slope for a long moment and noticed something his eye kept returning to without being able to name. The trees over there were not random the way forest trees are random. There was a spacing to them, a regularity, as though the land had been considered by something with a long memory and a patient hand. He did not know what it meant. He filed it and kept moving.</w:t>
      </w:r>
    </w:p>
    <w:p>
      <w:pPr>
        <w:spacing w:before="480" w:after="360"/>
        <w:ind w:firstLine="0"/>
        <w:jc w:val="center"/>
      </w:pPr>
      <w:r>
        <w:rPr>
          <w:rFonts w:ascii="Garamond" w:hAnsi="Garamond" w:cs="Garamond"/>
          <w:b/>
          <w:i w:val="0"/>
          <w:sz w:val="28"/>
        </w:rPr>
        <w:t>Chapter Twenty-Five</w:t>
      </w:r>
    </w:p>
    <w:p>
      <w:pPr>
        <w:spacing w:before="240" w:after="240"/>
        <w:ind w:firstLine="0"/>
        <w:jc w:val="center"/>
      </w:pPr>
      <w:r>
        <w:rPr>
          <w:rFonts w:ascii="Garamond" w:hAnsi="Garamond" w:cs="Garamond"/>
          <w:b w:val="0"/>
          <w:i/>
          <w:sz w:val="24"/>
        </w:rPr>
        <w:t>The Bowl</w:t>
      </w:r>
    </w:p>
    <w:p>
      <w:pPr>
        <w:spacing w:before="0" w:after="0"/>
        <w:ind w:firstLine="480"/>
        <w:jc w:val="left"/>
      </w:pPr>
      <w:r>
        <w:rPr>
          <w:rFonts w:ascii="Garamond" w:hAnsi="Garamond" w:cs="Garamond"/>
          <w:b w:val="0"/>
          <w:i w:val="0"/>
          <w:sz w:val="24"/>
        </w:rPr>
        <w:t>Aries Tor held himself still in the bowl and did not twitch his tail.</w:t>
      </w:r>
    </w:p>
    <w:p>
      <w:pPr>
        <w:spacing w:before="0" w:after="0"/>
        <w:ind w:firstLine="480"/>
        <w:jc w:val="left"/>
      </w:pPr>
      <w:r>
        <w:rPr>
          <w:rFonts w:ascii="Garamond" w:hAnsi="Garamond" w:cs="Garamond"/>
          <w:b w:val="0"/>
          <w:i w:val="0"/>
          <w:sz w:val="24"/>
        </w:rPr>
        <w:t>It was a discipline. The bowl was cut from the living rock of the island’s southern face, wide enough to hold a hundred dragons in comfort, and on most days it was the closest thing to peace this island offered. Today it held something else. She stood at the center of it, small by any measure that mattered, and she spoke, and Aries Tor listened because his father’s father had told him he must.</w:t>
      </w:r>
    </w:p>
    <w:p>
      <w:pPr>
        <w:spacing w:before="0" w:after="0"/>
        <w:ind w:firstLine="480"/>
        <w:jc w:val="left"/>
      </w:pPr>
      <w:r>
        <w:rPr>
          <w:rFonts w:ascii="Garamond" w:hAnsi="Garamond" w:cs="Garamond"/>
          <w:b w:val="0"/>
          <w:i w:val="0"/>
          <w:sz w:val="24"/>
        </w:rPr>
        <w:t>He did not have to like it.</w:t>
      </w:r>
    </w:p>
    <w:p>
      <w:pPr>
        <w:spacing w:before="0" w:after="0"/>
        <w:ind w:firstLine="480"/>
        <w:jc w:val="left"/>
      </w:pPr>
      <w:r>
        <w:rPr>
          <w:rFonts w:ascii="Garamond" w:hAnsi="Garamond" w:cs="Garamond"/>
          <w:b w:val="0"/>
          <w:i w:val="0"/>
          <w:sz w:val="24"/>
        </w:rPr>
        <w:t>She was telling them what they already knew. Some of the men she had brought to the island could be killed. Others bore the mark of her magic, visible to dragon eyes as a faint luminescence around the edges of the body, like heat rising from warm stone. Those marked ones were not to be touched. The prophecy required them. She was very clear on this point and had been clear on it before, and Aries Tor’s patience for hearing it again was thin.</w:t>
      </w:r>
    </w:p>
    <w:p>
      <w:pPr>
        <w:spacing w:before="0" w:after="0"/>
        <w:ind w:firstLine="480"/>
        <w:jc w:val="left"/>
      </w:pPr>
      <w:r>
        <w:rPr>
          <w:rFonts w:ascii="Garamond" w:hAnsi="Garamond" w:cs="Garamond"/>
          <w:b w:val="0"/>
          <w:i w:val="0"/>
          <w:sz w:val="24"/>
        </w:rPr>
        <w:t>He had already spared the marked man twice. Once on the beach, when it would have been effortless to take him. Once at the dung pile, where the beetle would have done the work for him if he had simply let it. Instead he had eaten the beetle and left the man alive in the cave beneath him, drenched in waste, holding each other in the dark. He had felt something close to amusement at that, and amusement was rare enough that he remembered it.</w:t>
      </w:r>
    </w:p>
    <w:p>
      <w:pPr>
        <w:spacing w:before="0" w:after="0"/>
        <w:ind w:firstLine="480"/>
        <w:jc w:val="left"/>
      </w:pPr>
      <w:r>
        <w:rPr>
          <w:rFonts w:ascii="Garamond" w:hAnsi="Garamond" w:cs="Garamond"/>
          <w:b w:val="0"/>
          <w:i w:val="0"/>
          <w:sz w:val="24"/>
        </w:rPr>
        <w:t>The taste of the hunt was still in him. The first men he had taken from the beach were poor eating, thin and stringy, their flesh barely worth the effort of extraction. But their fear was something else entirely. It rose off them in waves he could read from fifty feet in the air, a chemical terror that sharpened his senses the way altitude sharpened his vision. He had not expected that. He had hunted horses for a hundred years and horses were afraid in a simpler way, a clean animal panic with no thought behind it. The men were afraid and thinking at the same time, calculating, changing direction, reaching for weapons that could not help them. That complexity was the delicacy. He would very much like to try it again.</w:t>
      </w:r>
    </w:p>
    <w:p>
      <w:pPr>
        <w:spacing w:before="0" w:after="0"/>
        <w:ind w:firstLine="480"/>
        <w:jc w:val="left"/>
      </w:pPr>
      <w:r>
        <w:rPr>
          <w:rFonts w:ascii="Garamond" w:hAnsi="Garamond" w:cs="Garamond"/>
          <w:b w:val="0"/>
          <w:i w:val="0"/>
          <w:sz w:val="24"/>
        </w:rPr>
        <w:t>But he would not. Not yet. Not the marked ones.</w:t>
      </w:r>
    </w:p>
    <w:p>
      <w:pPr>
        <w:spacing w:before="0" w:after="0"/>
        <w:ind w:firstLine="480"/>
        <w:jc w:val="left"/>
      </w:pPr>
      <w:r>
        <w:rPr>
          <w:rFonts w:ascii="Garamond" w:hAnsi="Garamond" w:cs="Garamond"/>
          <w:b w:val="0"/>
          <w:i w:val="0"/>
          <w:sz w:val="24"/>
        </w:rPr>
        <w:t>She continued speaking. Aries Tor let his mind move to the older story, the one the elders recited in the cold hours before dawn when the young ones grew restless and needed reminding why patience was not the same as defeat.</w:t>
      </w:r>
    </w:p>
    <w:p>
      <w:pPr>
        <w:spacing w:before="0" w:after="0"/>
        <w:ind w:firstLine="480"/>
        <w:jc w:val="left"/>
      </w:pPr>
      <w:r>
        <w:rPr>
          <w:rFonts w:ascii="Garamond" w:hAnsi="Garamond" w:cs="Garamond"/>
          <w:b w:val="0"/>
          <w:i w:val="0"/>
          <w:sz w:val="24"/>
        </w:rPr>
        <w:t>Gargalo had been the greatest of them. Larger than any dragon alive today, older than the eldest of the Tor elders, a creature of such power that even the Order had not dared face him directly. When Atula had finally spoken to him, not as a father commanding a child but as one old being addressing another, Gargalo had listened. Atula told him the truth plainly: the Order would not stop. If the dragons continued, the hunt would continue, and the end of it would be the end of dragonkind. There was no winning that war. There was only the choice of how it ended.</w:t>
      </w:r>
    </w:p>
    <w:p>
      <w:pPr>
        <w:spacing w:before="0" w:after="0"/>
        <w:ind w:firstLine="480"/>
        <w:jc w:val="left"/>
      </w:pPr>
      <w:r>
        <w:rPr>
          <w:rFonts w:ascii="Garamond" w:hAnsi="Garamond" w:cs="Garamond"/>
          <w:b w:val="0"/>
          <w:i w:val="0"/>
          <w:sz w:val="24"/>
        </w:rPr>
        <w:t>Gargalo had asked one question. He asked whether Atula believed the promise of return.</w:t>
      </w:r>
    </w:p>
    <w:p>
      <w:pPr>
        <w:spacing w:before="0" w:after="0"/>
        <w:ind w:firstLine="480"/>
        <w:jc w:val="left"/>
      </w:pPr>
      <w:r>
        <w:rPr>
          <w:rFonts w:ascii="Garamond" w:hAnsi="Garamond" w:cs="Garamond"/>
          <w:b w:val="0"/>
          <w:i w:val="0"/>
          <w:sz w:val="24"/>
        </w:rPr>
        <w:t>Atula had said yes.</w:t>
      </w:r>
    </w:p>
    <w:p>
      <w:pPr>
        <w:spacing w:before="0" w:after="0"/>
        <w:ind w:firstLine="480"/>
        <w:jc w:val="left"/>
      </w:pPr>
      <w:r>
        <w:rPr>
          <w:rFonts w:ascii="Garamond" w:hAnsi="Garamond" w:cs="Garamond"/>
          <w:b w:val="0"/>
          <w:i w:val="0"/>
          <w:sz w:val="24"/>
        </w:rPr>
        <w:t>And so the greatest dragon ever made had folded himself down into stillness, and the light had taken him, and the first Dragon Star had blazed in Hessa’s hand like a captive sun. She had used its power to call the others, one by one, offering the same gift of long sleep and the same promise of waking. Most had come willingly in the end. A few had not. Those were gone.</w:t>
      </w:r>
    </w:p>
    <w:p>
      <w:pPr>
        <w:spacing w:before="0" w:after="0"/>
        <w:ind w:firstLine="480"/>
        <w:jc w:val="left"/>
      </w:pPr>
      <w:r>
        <w:rPr>
          <w:rFonts w:ascii="Garamond" w:hAnsi="Garamond" w:cs="Garamond"/>
          <w:b w:val="0"/>
          <w:i w:val="0"/>
          <w:sz w:val="24"/>
        </w:rPr>
        <w:t>The ones who remained on the island, the ones who had been young enough at the time to be kept outside the crystals as caretakers, had carried that story for a thousand years. Aries Tor had been born into it. He had never known anything else.</w:t>
      </w:r>
    </w:p>
    <w:p>
      <w:pPr>
        <w:spacing w:before="0" w:after="0"/>
        <w:ind w:firstLine="480"/>
        <w:jc w:val="left"/>
      </w:pPr>
      <w:r>
        <w:rPr>
          <w:rFonts w:ascii="Garamond" w:hAnsi="Garamond" w:cs="Garamond"/>
          <w:b w:val="0"/>
          <w:i w:val="0"/>
          <w:sz w:val="24"/>
        </w:rPr>
        <w:t>And now she stood in the bowl and told him to be patient a little longer.</w:t>
      </w:r>
    </w:p>
    <w:p>
      <w:pPr>
        <w:spacing w:before="0" w:after="0"/>
        <w:ind w:firstLine="480"/>
        <w:jc w:val="left"/>
      </w:pPr>
      <w:r>
        <w:rPr>
          <w:rFonts w:ascii="Garamond" w:hAnsi="Garamond" w:cs="Garamond"/>
          <w:b w:val="0"/>
          <w:i w:val="0"/>
          <w:sz w:val="24"/>
        </w:rPr>
        <w:t>He looked at her and thought about Gargalo’s question. Whether Atula believed the promise.</w:t>
      </w:r>
    </w:p>
    <w:p>
      <w:pPr>
        <w:spacing w:before="0" w:after="0"/>
        <w:ind w:firstLine="480"/>
        <w:jc w:val="left"/>
      </w:pPr>
      <w:r>
        <w:rPr>
          <w:rFonts w:ascii="Garamond" w:hAnsi="Garamond" w:cs="Garamond"/>
          <w:b w:val="0"/>
          <w:i w:val="0"/>
          <w:sz w:val="24"/>
        </w:rPr>
        <w:t>The answer had been yes. But Atula was a God and Gods did not always mean the same thing by a word that men and dragons meant. Yes could mean: I believe it will happen. Or it could mean: I believe it is possible. Or it could mean something that had no equivalent in the languages of lesser beings, something about the nature of time and the long arc of the Creator’s design that reduced the difference between those things to nothing.</w:t>
      </w:r>
    </w:p>
    <w:p>
      <w:pPr>
        <w:spacing w:before="0" w:after="0"/>
        <w:ind w:firstLine="480"/>
        <w:jc w:val="left"/>
      </w:pPr>
      <w:r>
        <w:rPr>
          <w:rFonts w:ascii="Garamond" w:hAnsi="Garamond" w:cs="Garamond"/>
          <w:b w:val="0"/>
          <w:i w:val="0"/>
          <w:sz w:val="24"/>
        </w:rPr>
        <w:t>Aries Tor did not have Gargalo’s patience or Gargalo’s years. What he had was a hundred years of this island, and the memory of the hunt still warm in his blood, and a marked human sitting in a cave of dung somewhere to the north who had no idea how many times he had already been allowed to live.</w:t>
      </w:r>
    </w:p>
    <w:p>
      <w:pPr>
        <w:spacing w:before="0" w:after="0"/>
        <w:ind w:firstLine="480"/>
        <w:jc w:val="left"/>
      </w:pPr>
      <w:r>
        <w:rPr>
          <w:rFonts w:ascii="Garamond" w:hAnsi="Garamond" w:cs="Garamond"/>
          <w:b w:val="0"/>
          <w:i w:val="0"/>
          <w:sz w:val="24"/>
        </w:rPr>
        <w:t>She finished speaking. The bowl was quiet. Around him the others held themselves still in the way of dragons who are thinking rather than resting, the particular stillness that precedes a decision.</w:t>
      </w:r>
    </w:p>
    <w:p>
      <w:pPr>
        <w:spacing w:before="0" w:after="0"/>
        <w:ind w:firstLine="480"/>
        <w:jc w:val="left"/>
      </w:pPr>
      <w:r>
        <w:rPr>
          <w:rFonts w:ascii="Garamond" w:hAnsi="Garamond" w:cs="Garamond"/>
          <w:b w:val="0"/>
          <w:i w:val="0"/>
          <w:sz w:val="24"/>
        </w:rPr>
        <w:t>Aries Tor said nothing. He had agreed to this, or his grandfather had agreed on his behalf, which amounted to the same thing. He would hold himself to it. He would listen, this last time, and he would not move against the marked ones.</w:t>
      </w:r>
    </w:p>
    <w:p>
      <w:pPr>
        <w:spacing w:before="0" w:after="0"/>
        <w:ind w:firstLine="480"/>
        <w:jc w:val="left"/>
      </w:pPr>
      <w:r>
        <w:rPr>
          <w:rFonts w:ascii="Garamond" w:hAnsi="Garamond" w:cs="Garamond"/>
          <w:b w:val="0"/>
          <w:i w:val="0"/>
          <w:sz w:val="24"/>
        </w:rPr>
        <w:t>But the unmarked ones were still on this island. And the night was coming.</w:t>
      </w:r>
    </w:p>
    <w:p>
      <w:pPr>
        <w:spacing w:before="0" w:after="0"/>
        <w:ind w:firstLine="480"/>
        <w:jc w:val="left"/>
      </w:pPr>
      <w:r>
        <w:rPr>
          <w:rFonts w:ascii="Garamond" w:hAnsi="Garamond" w:cs="Garamond"/>
          <w:b w:val="0"/>
          <w:i w:val="0"/>
          <w:sz w:val="24"/>
        </w:rPr>
        <w:t>He turned his great head toward the north and breathed in slowly, tasting the air for the particular scent of fear that only a thinking creature produces, the specific chemistry of a mind that knows it is being hunted and cannot stop knowing it.</w:t>
      </w:r>
    </w:p>
    <w:p>
      <w:pPr>
        <w:spacing w:before="0" w:after="0"/>
        <w:ind w:firstLine="480"/>
        <w:jc w:val="left"/>
      </w:pPr>
      <w:r>
        <w:rPr>
          <w:rFonts w:ascii="Garamond" w:hAnsi="Garamond" w:cs="Garamond"/>
          <w:b w:val="0"/>
          <w:i w:val="0"/>
          <w:sz w:val="24"/>
        </w:rPr>
        <w:t>It was there. Faint but present. Somewhere in the valley to the north, moving east. Still on his side of the mound.</w:t>
      </w:r>
    </w:p>
    <w:p>
      <w:pPr>
        <w:spacing w:before="0" w:after="0"/>
        <w:ind w:firstLine="480"/>
        <w:jc w:val="left"/>
      </w:pPr>
      <w:r>
        <w:rPr>
          <w:rFonts w:ascii="Garamond" w:hAnsi="Garamond" w:cs="Garamond"/>
          <w:b w:val="0"/>
          <w:i w:val="0"/>
          <w:sz w:val="24"/>
        </w:rPr>
        <w:t>He settled his wings and waited for dark.</w:t>
      </w:r>
    </w:p>
    <w:p>
      <w:pPr>
        <w:spacing w:before="480" w:after="360"/>
        <w:ind w:firstLine="0"/>
        <w:jc w:val="center"/>
      </w:pPr>
      <w:r>
        <w:rPr>
          <w:rFonts w:ascii="Garamond" w:hAnsi="Garamond" w:cs="Garamond"/>
          <w:b/>
          <w:i w:val="0"/>
          <w:sz w:val="28"/>
        </w:rPr>
        <w:t>Chapter Twenty-Six</w:t>
      </w:r>
    </w:p>
    <w:p>
      <w:pPr>
        <w:spacing w:before="240" w:after="240"/>
        <w:ind w:firstLine="0"/>
        <w:jc w:val="center"/>
      </w:pPr>
      <w:r>
        <w:rPr>
          <w:rFonts w:ascii="Garamond" w:hAnsi="Garamond" w:cs="Garamond"/>
          <w:b w:val="0"/>
          <w:i/>
          <w:sz w:val="24"/>
        </w:rPr>
        <w:t>The Crossing</w:t>
      </w:r>
    </w:p>
    <w:p>
      <w:pPr>
        <w:spacing w:before="0" w:after="0"/>
        <w:ind w:firstLine="480"/>
        <w:jc w:val="left"/>
      </w:pPr>
      <w:r>
        <w:rPr>
          <w:rFonts w:ascii="Garamond" w:hAnsi="Garamond" w:cs="Garamond"/>
          <w:b w:val="0"/>
          <w:i w:val="0"/>
          <w:sz w:val="24"/>
        </w:rPr>
        <w:t>“Do you see the other side?“ Petra asked. He already had his answer from the tree line but the Captain’s eyes were sharper than his own and he wanted confirmation.</w:t>
      </w:r>
    </w:p>
    <w:p>
      <w:pPr>
        <w:spacing w:before="0" w:after="0"/>
        <w:ind w:firstLine="480"/>
        <w:jc w:val="left"/>
      </w:pPr>
      <w:r>
        <w:rPr>
          <w:rFonts w:ascii="Garamond" w:hAnsi="Garamond" w:cs="Garamond"/>
          <w:b w:val="0"/>
          <w:i w:val="0"/>
          <w:sz w:val="24"/>
        </w:rPr>
        <w:t>The question seemed to pull Brunow out of wherever his mind had gone. “Yes,“ he said, studying the far slope. “Yes, I see what you mean. There is a difference.“</w:t>
      </w:r>
    </w:p>
    <w:p>
      <w:pPr>
        <w:spacing w:before="0" w:after="0"/>
        <w:ind w:firstLine="480"/>
        <w:jc w:val="left"/>
      </w:pPr>
      <w:r>
        <w:rPr>
          <w:rFonts w:ascii="Garamond" w:hAnsi="Garamond" w:cs="Garamond"/>
          <w:b w:val="0"/>
          <w:i w:val="0"/>
          <w:sz w:val="24"/>
        </w:rPr>
        <w:t>“That is the way,“ Petra said, more to himself than to Brunow, though both heard it. “There is something better over there.“</w:t>
      </w:r>
    </w:p>
    <w:p>
      <w:pPr>
        <w:spacing w:before="0" w:after="0"/>
        <w:ind w:firstLine="480"/>
        <w:jc w:val="left"/>
      </w:pPr>
      <w:r>
        <w:rPr>
          <w:rFonts w:ascii="Garamond" w:hAnsi="Garamond" w:cs="Garamond"/>
          <w:b w:val="0"/>
          <w:i w:val="0"/>
          <w:sz w:val="24"/>
        </w:rPr>
        <w:t>They waited for a moment they could not define, the way soldiers wait when a plan has been made and the doing of it is the only thing left. Then they ran, crossing the open ground at the base of the mound and pressing into the trees at its southern face.</w:t>
      </w:r>
    </w:p>
    <w:p>
      <w:pPr>
        <w:spacing w:before="0" w:after="0"/>
        <w:ind w:firstLine="480"/>
        <w:jc w:val="left"/>
      </w:pPr>
      <w:r>
        <w:rPr>
          <w:rFonts w:ascii="Garamond" w:hAnsi="Garamond" w:cs="Garamond"/>
          <w:b w:val="0"/>
          <w:i w:val="0"/>
          <w:sz w:val="24"/>
        </w:rPr>
        <w:t>What they found there was not what either man had expected.</w:t>
      </w:r>
    </w:p>
    <w:p>
      <w:pPr>
        <w:spacing w:before="0" w:after="0"/>
        <w:ind w:firstLine="480"/>
        <w:jc w:val="left"/>
      </w:pPr>
      <w:r>
        <w:rPr>
          <w:rFonts w:ascii="Garamond" w:hAnsi="Garamond" w:cs="Garamond"/>
          <w:b w:val="0"/>
          <w:i w:val="0"/>
          <w:sz w:val="24"/>
        </w:rPr>
        <w:t>Here the mound was ancient. The newest section back at the saddle had been a raw wall of compacted waste, fresh enough to smell, soft enough to crumble at the touch. This section had been accumulating for ages beyond counting. The rains of ten thousand years had carved deep channels down its face, washing it clean of any loose material and leaving behind bare brown walls of something that had long since become indistinguishable from hard earth. The gullies were too narrow to climb at the base. Twenty feet up the vegetation started again, trees clinging to the upper edge with their roots hanging loose in the air below them, reaching for ground that was no longer there. Between the men and those roots there was nothing to grip, nothing to stand on, no boulders, no ledge, only the smooth rain-carved walls and the dead limbs that had washed down from above and collected at the base like driftwood at a tideline.</w:t>
      </w:r>
    </w:p>
    <w:p>
      <w:pPr>
        <w:spacing w:before="0" w:after="0"/>
        <w:ind w:firstLine="480"/>
        <w:jc w:val="left"/>
      </w:pPr>
      <w:r>
        <w:rPr>
          <w:rFonts w:ascii="Garamond" w:hAnsi="Garamond" w:cs="Garamond"/>
          <w:b w:val="0"/>
          <w:i w:val="0"/>
          <w:sz w:val="24"/>
        </w:rPr>
        <w:t>“Petra.“ Brunow’s voice dropped to a breath. “Movement in the clearing.“</w:t>
      </w:r>
    </w:p>
    <w:p>
      <w:pPr>
        <w:spacing w:before="0" w:after="0"/>
        <w:ind w:firstLine="480"/>
        <w:jc w:val="left"/>
      </w:pPr>
      <w:r>
        <w:rPr>
          <w:rFonts w:ascii="Garamond" w:hAnsi="Garamond" w:cs="Garamond"/>
          <w:b w:val="0"/>
          <w:i w:val="0"/>
          <w:sz w:val="24"/>
        </w:rPr>
        <w:t>Petra turned. Brunow pointed back the way they had come, toward the open ground they had just crossed.</w:t>
      </w:r>
    </w:p>
    <w:p>
      <w:pPr>
        <w:spacing w:before="0" w:after="0"/>
        <w:ind w:firstLine="480"/>
        <w:jc w:val="left"/>
      </w:pPr>
      <w:r>
        <w:rPr>
          <w:rFonts w:ascii="Garamond" w:hAnsi="Garamond" w:cs="Garamond"/>
          <w:b w:val="0"/>
          <w:i w:val="0"/>
          <w:sz w:val="24"/>
        </w:rPr>
        <w:t>“Get ready to move,“ Petra said. The words were barely sound.</w:t>
      </w:r>
    </w:p>
    <w:p>
      <w:pPr>
        <w:spacing w:before="0" w:after="0"/>
        <w:ind w:firstLine="480"/>
        <w:jc w:val="left"/>
      </w:pPr>
      <w:r>
        <w:rPr>
          <w:rFonts w:ascii="Garamond" w:hAnsi="Garamond" w:cs="Garamond"/>
          <w:b w:val="0"/>
          <w:i w:val="0"/>
          <w:sz w:val="24"/>
        </w:rPr>
        <w:t>“Move where?“ It was not a stupid question and Brunow did not say it stupidly. The gullies were impassable here. The Captain knew his own body and what it had left in it. Three days of hard ground and no food and the salt-rotted shoes that had been cutting into his feet since the first morning on the island. There was no jump in him. There was barely a walk. “How do we get up that?“</w:t>
      </w:r>
    </w:p>
    <w:p>
      <w:pPr>
        <w:spacing w:before="0" w:after="0"/>
        <w:ind w:firstLine="480"/>
        <w:jc w:val="left"/>
      </w:pPr>
      <w:r>
        <w:rPr>
          <w:rFonts w:ascii="Garamond" w:hAnsi="Garamond" w:cs="Garamond"/>
          <w:b w:val="0"/>
          <w:i w:val="0"/>
          <w:sz w:val="24"/>
        </w:rPr>
        <w:t>Petra pointed east along the base of the mound. They would follow it and find a better place. He put a finger to his lips and they began to move, downhill, keeping the mound wall on their right and the tree line close on their left. Brunow watched the wall. Petra watched the clearing. Something was out there. He could not see it clearly enough to name it, but he had been a soldier long enough to know the difference between forest moving in the wind and forest moving because something in it was deciding whether to come forward.</w:t>
      </w:r>
    </w:p>
    <w:p>
      <w:pPr>
        <w:spacing w:before="0" w:after="0"/>
        <w:ind w:firstLine="480"/>
        <w:jc w:val="left"/>
      </w:pPr>
      <w:r>
        <w:rPr>
          <w:rFonts w:ascii="Garamond" w:hAnsi="Garamond" w:cs="Garamond"/>
          <w:b w:val="0"/>
          <w:i w:val="0"/>
          <w:sz w:val="24"/>
        </w:rPr>
        <w:t>He noticed the sword was heavier than it had been that morning. His arms were telling him something he did not want to hear. A fine time, he thought, to learn your limits.</w:t>
      </w:r>
    </w:p>
    <w:p>
      <w:pPr>
        <w:spacing w:before="0" w:after="0"/>
        <w:ind w:firstLine="480"/>
        <w:jc w:val="left"/>
      </w:pPr>
      <w:r>
        <w:rPr>
          <w:rFonts w:ascii="Garamond" w:hAnsi="Garamond" w:cs="Garamond"/>
          <w:b w:val="0"/>
          <w:i w:val="0"/>
          <w:sz w:val="24"/>
        </w:rPr>
        <w:t>They moved from tree to tree, keeping low, until Brunow stopped.</w:t>
      </w:r>
    </w:p>
    <w:p>
      <w:pPr>
        <w:spacing w:before="0" w:after="0"/>
        <w:ind w:firstLine="480"/>
        <w:jc w:val="left"/>
      </w:pPr>
      <w:r>
        <w:rPr>
          <w:rFonts w:ascii="Garamond" w:hAnsi="Garamond" w:cs="Garamond"/>
          <w:b w:val="0"/>
          <w:i w:val="0"/>
          <w:sz w:val="24"/>
        </w:rPr>
        <w:t>“This goes on forever,“ the Captain said under his breath. “Any sign?“</w:t>
      </w:r>
    </w:p>
    <w:p>
      <w:pPr>
        <w:spacing w:before="0" w:after="0"/>
        <w:ind w:firstLine="480"/>
        <w:jc w:val="left"/>
      </w:pPr>
      <w:r>
        <w:rPr>
          <w:rFonts w:ascii="Garamond" w:hAnsi="Garamond" w:cs="Garamond"/>
          <w:b w:val="0"/>
          <w:i w:val="0"/>
          <w:sz w:val="24"/>
        </w:rPr>
        <w:t>“None I can see. But they are still out there.“</w:t>
      </w:r>
    </w:p>
    <w:p>
      <w:pPr>
        <w:spacing w:before="0" w:after="0"/>
        <w:ind w:firstLine="480"/>
        <w:jc w:val="left"/>
      </w:pPr>
      <w:r>
        <w:rPr>
          <w:rFonts w:ascii="Garamond" w:hAnsi="Garamond" w:cs="Garamond"/>
          <w:b w:val="0"/>
          <w:i w:val="0"/>
          <w:sz w:val="24"/>
        </w:rPr>
        <w:t>“Where?“ Brunow turned to look back the way they had come.</w:t>
      </w:r>
    </w:p>
    <w:p>
      <w:pPr>
        <w:spacing w:before="0" w:after="0"/>
        <w:ind w:firstLine="480"/>
        <w:jc w:val="left"/>
      </w:pPr>
      <w:r>
        <w:rPr>
          <w:rFonts w:ascii="Garamond" w:hAnsi="Garamond" w:cs="Garamond"/>
          <w:b w:val="0"/>
          <w:i w:val="0"/>
          <w:sz w:val="24"/>
        </w:rPr>
        <w:t>Ten feet away, something stepped out from behind a tree and looked at them.</w:t>
      </w:r>
    </w:p>
    <w:p>
      <w:pPr>
        <w:spacing w:before="0" w:after="0"/>
        <w:ind w:firstLine="480"/>
        <w:jc w:val="left"/>
      </w:pPr>
      <w:r>
        <w:rPr>
          <w:rFonts w:ascii="Garamond" w:hAnsi="Garamond" w:cs="Garamond"/>
          <w:b w:val="0"/>
          <w:i w:val="0"/>
          <w:sz w:val="24"/>
        </w:rPr>
        <w:t>It was a bird. Or it had the shape of a bird, roughly. It stood as tall as Petra, which was tall for a man and extraordinary for anything with feathers. Its body was covered in iridescent plumage that caught the filtered light of the forest in greens and blacks, but from the shoulders up there were no feathers at all. The neck was short and thick and ended in loose folds of pink and grey skin that hung over the feathered collar like a ruff. Above that was a head the size of a large dog’s, and the beak that jutted from it was not the beak of any bird either man had encountered in any port in any country either of them had visited. It was thick as a weapon and curved to a point, and it regarded them with one small bright eye without any apparent fear.</w:t>
      </w:r>
    </w:p>
    <w:p>
      <w:pPr>
        <w:spacing w:before="0" w:after="0"/>
        <w:ind w:firstLine="480"/>
        <w:jc w:val="left"/>
      </w:pPr>
      <w:r>
        <w:rPr>
          <w:rFonts w:ascii="Garamond" w:hAnsi="Garamond" w:cs="Garamond"/>
          <w:b w:val="0"/>
          <w:i w:val="0"/>
          <w:sz w:val="24"/>
        </w:rPr>
        <w:t>Neither man breathed.</w:t>
      </w:r>
    </w:p>
    <w:p>
      <w:pPr>
        <w:spacing w:before="0" w:after="0"/>
        <w:ind w:firstLine="480"/>
        <w:jc w:val="left"/>
      </w:pPr>
      <w:r>
        <w:rPr>
          <w:rFonts w:ascii="Garamond" w:hAnsi="Garamond" w:cs="Garamond"/>
          <w:b w:val="0"/>
          <w:i w:val="0"/>
          <w:sz w:val="24"/>
        </w:rPr>
        <w:t>“Only a bird,“ Petra said.</w:t>
      </w:r>
    </w:p>
    <w:p>
      <w:pPr>
        <w:spacing w:before="0" w:after="0"/>
        <w:ind w:firstLine="480"/>
        <w:jc w:val="left"/>
      </w:pPr>
      <w:r>
        <w:rPr>
          <w:rFonts w:ascii="Garamond" w:hAnsi="Garamond" w:cs="Garamond"/>
          <w:b w:val="0"/>
          <w:i w:val="0"/>
          <w:sz w:val="24"/>
        </w:rPr>
        <w:t>The bird took two steps and launched itself.</w:t>
      </w:r>
    </w:p>
    <w:p>
      <w:pPr>
        <w:spacing w:before="0" w:after="0"/>
        <w:ind w:firstLine="480"/>
        <w:jc w:val="left"/>
      </w:pPr>
      <w:r>
        <w:rPr>
          <w:rFonts w:ascii="Garamond" w:hAnsi="Garamond" w:cs="Garamond"/>
          <w:b w:val="0"/>
          <w:i w:val="0"/>
          <w:sz w:val="24"/>
        </w:rPr>
        <w:t>Petra swung the sword on pure instinct, the blade coming up across the line of its beak, and the creature pulled back just enough that the edge caught its neck rather than passing through it. It screamed. The sound it made was nothing like a bird and nothing like anything else either man had a name for, a tearing metallic shriek that hit the trees and came back from every direction at once.</w:t>
      </w:r>
    </w:p>
    <w:p>
      <w:pPr>
        <w:spacing w:before="0" w:after="0"/>
        <w:ind w:firstLine="480"/>
        <w:jc w:val="left"/>
      </w:pPr>
      <w:r>
        <w:rPr>
          <w:rFonts w:ascii="Garamond" w:hAnsi="Garamond" w:cs="Garamond"/>
          <w:b w:val="0"/>
          <w:i w:val="0"/>
          <w:sz w:val="24"/>
        </w:rPr>
        <w:t>Two more of them came out of the trees ahead. Petra turned and counted three more behind. Then the ones that had been watching from the clearing came forward at a run, and he understood that what he had mistaken for patience was coordination.</w:t>
      </w:r>
    </w:p>
    <w:p>
      <w:pPr>
        <w:spacing w:before="0" w:after="0"/>
        <w:ind w:firstLine="480"/>
        <w:jc w:val="left"/>
      </w:pPr>
      <w:r>
        <w:rPr>
          <w:rFonts w:ascii="Garamond" w:hAnsi="Garamond" w:cs="Garamond"/>
          <w:b w:val="0"/>
          <w:i w:val="0"/>
          <w:sz w:val="24"/>
        </w:rPr>
        <w:t>He did not think. He ran for the mound wall, hit it at full speed, and drove his sword into it as high as he could reach. The blade buried itself to the hilt in the ancient compressed earth. He turned and grabbed for Brunow, who was right behind him, caught his arm, and lifted. The Captain was lighter than he had been three days ago, which was the one useful thing starvation had done for them.</w:t>
      </w:r>
    </w:p>
    <w:p>
      <w:pPr>
        <w:spacing w:before="0" w:after="0"/>
        <w:ind w:firstLine="480"/>
        <w:jc w:val="left"/>
      </w:pPr>
      <w:r>
        <w:rPr>
          <w:rFonts w:ascii="Garamond" w:hAnsi="Garamond" w:cs="Garamond"/>
          <w:b w:val="0"/>
          <w:i w:val="0"/>
          <w:sz w:val="24"/>
        </w:rPr>
        <w:t>Brunow grabbed the hilt and kept climbing without being told to, planting a foot on Petra’s shoulder and then his head, hauling himself up onto the flat of the blade. The mound face crumbled slightly under the shifting weight but held. Below them the birds converged on the base of the wall, their talons raking the hard earth, their beaks striking at Petra’s legs and feet. He felt one connect above his boot and pulled himself up by the crossguard as Brunow wedged into the nearest gully above him.</w:t>
      </w:r>
    </w:p>
    <w:p>
      <w:pPr>
        <w:spacing w:before="0" w:after="0"/>
        <w:ind w:firstLine="480"/>
        <w:jc w:val="left"/>
      </w:pPr>
      <w:r>
        <w:rPr>
          <w:rFonts w:ascii="Garamond" w:hAnsi="Garamond" w:cs="Garamond"/>
          <w:b w:val="0"/>
          <w:i w:val="0"/>
          <w:sz w:val="24"/>
        </w:rPr>
        <w:t>“Take my hand!“ Brunow reached down, his arm shaking with the effort of holding himself in the gully while stretching for the bigger man below him.</w:t>
      </w:r>
    </w:p>
    <w:p>
      <w:pPr>
        <w:spacing w:before="0" w:after="0"/>
        <w:ind w:firstLine="480"/>
        <w:jc w:val="left"/>
      </w:pPr>
      <w:r>
        <w:rPr>
          <w:rFonts w:ascii="Garamond" w:hAnsi="Garamond" w:cs="Garamond"/>
          <w:b w:val="0"/>
          <w:i w:val="0"/>
          <w:sz w:val="24"/>
        </w:rPr>
        <w:t>Petra shook his head. “Climb. Get to the top.“</w:t>
      </w:r>
    </w:p>
    <w:p>
      <w:pPr>
        <w:spacing w:before="0" w:after="0"/>
        <w:ind w:firstLine="480"/>
        <w:jc w:val="left"/>
      </w:pPr>
      <w:r>
        <w:rPr>
          <w:rFonts w:ascii="Garamond" w:hAnsi="Garamond" w:cs="Garamond"/>
          <w:b w:val="0"/>
          <w:i w:val="0"/>
          <w:sz w:val="24"/>
        </w:rPr>
        <w:t>“Petra.“</w:t>
      </w:r>
    </w:p>
    <w:p>
      <w:pPr>
        <w:spacing w:before="0" w:after="0"/>
        <w:ind w:firstLine="480"/>
        <w:jc w:val="left"/>
      </w:pPr>
      <w:r>
        <w:rPr>
          <w:rFonts w:ascii="Garamond" w:hAnsi="Garamond" w:cs="Garamond"/>
          <w:b w:val="0"/>
          <w:i w:val="0"/>
          <w:sz w:val="24"/>
        </w:rPr>
        <w:t>“Climb, Captain. Now.“</w:t>
      </w:r>
    </w:p>
    <w:p>
      <w:pPr>
        <w:spacing w:before="0" w:after="0"/>
        <w:ind w:firstLine="480"/>
        <w:jc w:val="left"/>
      </w:pPr>
      <w:r>
        <w:rPr>
          <w:rFonts w:ascii="Garamond" w:hAnsi="Garamond" w:cs="Garamond"/>
          <w:b w:val="0"/>
          <w:i w:val="0"/>
          <w:sz w:val="24"/>
        </w:rPr>
        <w:t>Brunow read his face and turned back to the gully. He worked himself upward with what remained of his strength, the rock crumbling at each handhold, his feet finding purchase and losing it and finding it again. He did not look down. He focused on the roots of the tree at the top of the mound and kept moving toward them until his hands closed around one and he pulled himself over the edge and lay flat on top of the mound, his chest heaving, unable to do anything but breathe.</w:t>
      </w:r>
    </w:p>
    <w:p>
      <w:pPr>
        <w:spacing w:before="0" w:after="0"/>
        <w:ind w:firstLine="480"/>
        <w:jc w:val="left"/>
      </w:pPr>
      <w:r>
        <w:rPr>
          <w:rFonts w:ascii="Garamond" w:hAnsi="Garamond" w:cs="Garamond"/>
          <w:b w:val="0"/>
          <w:i w:val="0"/>
          <w:sz w:val="24"/>
        </w:rPr>
        <w:t>“Petra.“ He rolled to face the gully he had come up. “Petra, I am up. Petra.“</w:t>
      </w:r>
    </w:p>
    <w:p>
      <w:pPr>
        <w:spacing w:before="0" w:after="0"/>
        <w:ind w:firstLine="480"/>
        <w:jc w:val="left"/>
      </w:pPr>
      <w:r>
        <w:rPr>
          <w:rFonts w:ascii="Garamond" w:hAnsi="Garamond" w:cs="Garamond"/>
          <w:b w:val="0"/>
          <w:i w:val="0"/>
          <w:sz w:val="24"/>
        </w:rPr>
        <w:t>The gully was empty. Below him he could hear the birds, their metallic cries overlapping, the sound of them fighting amongst themselves for position at the base of the wall.</w:t>
      </w:r>
    </w:p>
    <w:p>
      <w:pPr>
        <w:spacing w:before="0" w:after="0"/>
        <w:ind w:firstLine="480"/>
        <w:jc w:val="left"/>
      </w:pPr>
      <w:r>
        <w:rPr>
          <w:rFonts w:ascii="Garamond" w:hAnsi="Garamond" w:cs="Garamond"/>
          <w:b w:val="0"/>
          <w:i w:val="0"/>
          <w:sz w:val="24"/>
        </w:rPr>
        <w:t>Petra was not there.</w:t>
      </w:r>
    </w:p>
    <w:p>
      <w:pPr>
        <w:spacing w:before="0" w:after="0"/>
        <w:ind w:firstLine="480"/>
        <w:jc w:val="left"/>
      </w:pPr>
      <w:r>
        <w:rPr>
          <w:rFonts w:ascii="Garamond" w:hAnsi="Garamond" w:cs="Garamond"/>
          <w:b w:val="0"/>
          <w:i w:val="0"/>
          <w:sz w:val="24"/>
        </w:rPr>
        <w:t>Brunow lay on the top of the ancient mound with his heart hammering and his hands still locked around the root and called the big man’s name into the empty air below him and heard nothing back but the screaming of the birds.</w:t>
      </w:r>
    </w:p>
    <w:p>
      <w:pPr>
        <w:spacing w:before="480" w:after="360"/>
        <w:ind w:firstLine="0"/>
        <w:jc w:val="center"/>
      </w:pPr>
      <w:r>
        <w:rPr>
          <w:rFonts w:ascii="Garamond" w:hAnsi="Garamond" w:cs="Garamond"/>
          <w:b/>
          <w:i w:val="0"/>
          <w:sz w:val="28"/>
        </w:rPr>
        <w:t>Chapter Twenty-Seven</w:t>
      </w:r>
    </w:p>
    <w:p>
      <w:pPr>
        <w:spacing w:before="240" w:after="240"/>
        <w:ind w:firstLine="0"/>
        <w:jc w:val="center"/>
      </w:pPr>
      <w:r>
        <w:rPr>
          <w:rFonts w:ascii="Garamond" w:hAnsi="Garamond" w:cs="Garamond"/>
          <w:b w:val="0"/>
          <w:i/>
          <w:sz w:val="24"/>
        </w:rPr>
        <w:t>Day Four</w:t>
      </w:r>
    </w:p>
    <w:p>
      <w:pPr>
        <w:spacing w:before="0" w:after="0"/>
        <w:ind w:firstLine="480"/>
        <w:jc w:val="left"/>
      </w:pPr>
      <w:r>
        <w:rPr>
          <w:rFonts w:ascii="Garamond" w:hAnsi="Garamond" w:cs="Garamond"/>
          <w:b w:val="0"/>
          <w:i w:val="0"/>
          <w:sz w:val="24"/>
        </w:rPr>
        <w:t>The wild roses bloomed across the mountain fields of his childhood, thick along the stone walls and spilling into the track that led down to the valley. The mutton stew bubbled over the fire pit and the flames hissed when drops landed in them. His mother made sweet bread and fussed over them as they went out to the herds in the morning. The sky was the same blue as the ice lakes and the sheep were fat and slow and the dogs ran circles around them in the long grass.</w:t>
      </w:r>
    </w:p>
    <w:p>
      <w:pPr>
        <w:spacing w:before="0" w:after="0"/>
        <w:ind w:firstLine="480"/>
        <w:jc w:val="left"/>
      </w:pPr>
      <w:r>
        <w:rPr>
          <w:rFonts w:ascii="Garamond" w:hAnsi="Garamond" w:cs="Garamond"/>
          <w:b w:val="0"/>
          <w:i w:val="0"/>
          <w:sz w:val="24"/>
        </w:rPr>
        <w:t>Then the soldiers came out of the tree line and the sheep floated up into the dark mouths that opened in the sky to receive them. The blue turned dark red. The men carried his father’s body to the tall grass at the river’s edge, laughing, and dropped it in. The water did not take it. Something else did. The dragon that rose from the river looked directly at him with eyes that held no anger and no hunger, only recognition, as though it had been waiting for this moment since before he was born.</w:t>
      </w:r>
    </w:p>
    <w:p>
      <w:pPr>
        <w:spacing w:before="0" w:after="0"/>
        <w:ind w:firstLine="480"/>
        <w:jc w:val="left"/>
      </w:pPr>
      <w:r>
        <w:rPr>
          <w:rFonts w:ascii="Garamond" w:hAnsi="Garamond" w:cs="Garamond"/>
          <w:b w:val="0"/>
          <w:i w:val="0"/>
          <w:sz w:val="24"/>
        </w:rPr>
        <w:t>He woke knowing they had stopped moving.</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He could not tell how long he had been asleep, only that Kato had not set him down. Something was wrong. The hammock of vines held him still and close, and the darkness around him was absolute.</w:t>
      </w:r>
    </w:p>
    <w:p>
      <w:pPr>
        <w:spacing w:before="0" w:after="0"/>
        <w:ind w:firstLine="480"/>
        <w:jc w:val="left"/>
      </w:pPr>
      <w:r>
        <w:rPr>
          <w:rFonts w:ascii="Garamond" w:hAnsi="Garamond" w:cs="Garamond"/>
          <w:b w:val="0"/>
          <w:i w:val="0"/>
          <w:sz w:val="24"/>
        </w:rPr>
        <w:t>Do not speak. Do not move. The Watcher is near. We are safe, but do not even let your thoughts run.</w:t>
      </w:r>
    </w:p>
    <w:p>
      <w:pPr>
        <w:spacing w:before="0" w:after="0"/>
        <w:ind w:firstLine="480"/>
        <w:jc w:val="left"/>
      </w:pPr>
      <w:r>
        <w:rPr>
          <w:rFonts w:ascii="Garamond" w:hAnsi="Garamond" w:cs="Garamond"/>
          <w:b w:val="0"/>
          <w:i w:val="0"/>
          <w:sz w:val="24"/>
        </w:rPr>
        <w:t>The voice was Pico’s, but it did not arrive through his ears. It arrived already understood, the way warmth arrives, the way you know without deciding to know. Whatever she had opened in his mind in those first moments when he could not have said how he understood her, it was open still, and through it her fear was as legible as her words. Something out there frightened her as much as Kato’s first form had frightened him. That particular fact was not reassuring.</w:t>
      </w:r>
    </w:p>
    <w:p>
      <w:pPr>
        <w:spacing w:before="0" w:after="0"/>
        <w:ind w:firstLine="480"/>
        <w:jc w:val="left"/>
      </w:pPr>
      <w:r>
        <w:rPr>
          <w:rFonts w:ascii="Garamond" w:hAnsi="Garamond" w:cs="Garamond"/>
          <w:b w:val="0"/>
          <w:i w:val="0"/>
          <w:sz w:val="24"/>
        </w:rPr>
        <w:t>He is breathing too loud. He will give us away.</w:t>
      </w:r>
    </w:p>
    <w:p>
      <w:pPr>
        <w:spacing w:before="0" w:after="0"/>
        <w:ind w:firstLine="480"/>
        <w:jc w:val="left"/>
      </w:pPr>
      <w:r>
        <w:rPr>
          <w:rFonts w:ascii="Garamond" w:hAnsi="Garamond" w:cs="Garamond"/>
          <w:b w:val="0"/>
          <w:i w:val="0"/>
          <w:sz w:val="24"/>
        </w:rPr>
        <w:t>That voice was different. Deeper. A beautiful voice, unhurried and certain, arriving the same way Pico’s did, directly into understanding rather than through the ears. At the sound of it something in Verad’s chest loosened without his permission.</w:t>
      </w:r>
    </w:p>
    <w:p>
      <w:pPr>
        <w:spacing w:before="0" w:after="0"/>
        <w:ind w:firstLine="480"/>
        <w:jc w:val="left"/>
      </w:pPr>
      <w:r>
        <w:rPr>
          <w:rFonts w:ascii="Garamond" w:hAnsi="Garamond" w:cs="Garamond"/>
          <w:b w:val="0"/>
          <w:i w:val="0"/>
          <w:sz w:val="24"/>
        </w:rPr>
        <w:t>There, Kato. He is better already. We will be all right.</w:t>
      </w:r>
    </w:p>
    <w:p>
      <w:pPr>
        <w:spacing w:before="0" w:after="0"/>
        <w:ind w:firstLine="480"/>
        <w:jc w:val="left"/>
      </w:pPr>
      <w:r>
        <w:rPr>
          <w:rFonts w:ascii="Garamond" w:hAnsi="Garamond" w:cs="Garamond"/>
          <w:b w:val="0"/>
          <w:i w:val="0"/>
          <w:sz w:val="24"/>
        </w:rPr>
        <w:t>Verad turned the new voice over in his mind. He had heard it before, had assumed it was the girl’s. It was not. It was male, and it carried the same unhurried quality as the tree-being who had held him in its root-arms in the dark. The same being who had caught him when he fell. The thought took a moment to settle.</w:t>
      </w:r>
    </w:p>
    <w:p>
      <w:pPr>
        <w:spacing w:before="0" w:after="0"/>
        <w:ind w:firstLine="480"/>
        <w:jc w:val="left"/>
      </w:pPr>
      <w:r>
        <w:rPr>
          <w:rFonts w:ascii="Garamond" w:hAnsi="Garamond" w:cs="Garamond"/>
          <w:b w:val="0"/>
          <w:i w:val="0"/>
          <w:sz w:val="24"/>
        </w:rPr>
        <w:t>She can hear that.</w:t>
      </w:r>
    </w:p>
    <w:p>
      <w:pPr>
        <w:spacing w:before="0" w:after="0"/>
        <w:ind w:firstLine="480"/>
        <w:jc w:val="left"/>
      </w:pPr>
      <w:r>
        <w:rPr>
          <w:rFonts w:ascii="Garamond" w:hAnsi="Garamond" w:cs="Garamond"/>
          <w:b w:val="0"/>
          <w:i w:val="0"/>
          <w:sz w:val="24"/>
        </w:rPr>
        <w:t>Yes, came the answer, easy and direct. Only when we are linked as we are now. I am sorry for the intrusion but it was necessary. Kato thought your breathing would give us away. The Watcher has better sight than hearing, fortunately for us.</w:t>
      </w:r>
    </w:p>
    <w:p>
      <w:pPr>
        <w:spacing w:before="0" w:after="0"/>
        <w:ind w:firstLine="480"/>
        <w:jc w:val="left"/>
      </w:pPr>
      <w:r>
        <w:rPr>
          <w:rFonts w:ascii="Garamond" w:hAnsi="Garamond" w:cs="Garamond"/>
          <w:b w:val="0"/>
          <w:i w:val="0"/>
          <w:sz w:val="24"/>
        </w:rPr>
        <w:t>“How long have we been here?“ he asked, keeping his thoughts as steady as he could.</w:t>
      </w:r>
    </w:p>
    <w:p>
      <w:pPr>
        <w:spacing w:before="0" w:after="0"/>
        <w:ind w:firstLine="480"/>
        <w:jc w:val="left"/>
      </w:pPr>
      <w:r>
        <w:rPr>
          <w:rFonts w:ascii="Garamond" w:hAnsi="Garamond" w:cs="Garamond"/>
          <w:b w:val="0"/>
          <w:i w:val="0"/>
          <w:sz w:val="24"/>
        </w:rPr>
        <w:t>Not long, Kato said. Even in your terms.</w:t>
      </w:r>
    </w:p>
    <w:p>
      <w:pPr>
        <w:spacing w:before="0" w:after="0"/>
        <w:ind w:firstLine="480"/>
        <w:jc w:val="left"/>
      </w:pPr>
      <w:r>
        <w:rPr>
          <w:rFonts w:ascii="Garamond" w:hAnsi="Garamond" w:cs="Garamond"/>
          <w:b w:val="0"/>
          <w:i w:val="0"/>
          <w:sz w:val="24"/>
        </w:rPr>
        <w:t>“You hear me also, Kato?“</w:t>
      </w:r>
    </w:p>
    <w:p>
      <w:pPr>
        <w:spacing w:before="0" w:after="0"/>
        <w:ind w:firstLine="480"/>
        <w:jc w:val="left"/>
      </w:pPr>
      <w:r>
        <w:rPr>
          <w:rFonts w:ascii="Garamond" w:hAnsi="Garamond" w:cs="Garamond"/>
          <w:b w:val="0"/>
          <w:i w:val="0"/>
          <w:sz w:val="24"/>
        </w:rPr>
        <w:t>I do. He paused. You think I am ugly.</w:t>
      </w:r>
    </w:p>
    <w:p>
      <w:pPr>
        <w:spacing w:before="0" w:after="0"/>
        <w:ind w:firstLine="480"/>
        <w:jc w:val="left"/>
      </w:pPr>
      <w:r>
        <w:rPr>
          <w:rFonts w:ascii="Garamond" w:hAnsi="Garamond" w:cs="Garamond"/>
          <w:b w:val="0"/>
          <w:i w:val="0"/>
          <w:sz w:val="24"/>
        </w:rPr>
        <w:t>“No, I think you are…“</w:t>
      </w:r>
    </w:p>
    <w:p>
      <w:pPr>
        <w:spacing w:before="0" w:after="0"/>
        <w:ind w:firstLine="480"/>
        <w:jc w:val="left"/>
      </w:pPr>
      <w:r>
        <w:rPr>
          <w:rFonts w:ascii="Garamond" w:hAnsi="Garamond" w:cs="Garamond"/>
          <w:b w:val="0"/>
          <w:i w:val="0"/>
          <w:sz w:val="24"/>
        </w:rPr>
        <w:t>You think I am ugly.</w:t>
      </w:r>
    </w:p>
    <w:p>
      <w:pPr>
        <w:spacing w:before="0" w:after="0"/>
        <w:ind w:firstLine="480"/>
        <w:jc w:val="left"/>
      </w:pPr>
      <w:r>
        <w:rPr>
          <w:rFonts w:ascii="Garamond" w:hAnsi="Garamond" w:cs="Garamond"/>
          <w:b w:val="0"/>
          <w:i w:val="0"/>
          <w:sz w:val="24"/>
        </w:rPr>
        <w:t>“I think you are different. Something I have never seen.“ Verad felt the blood in his face. “I am sorry for how I reacted. I have been through a great deal and you are very… I am sorry, Kato.“</w:t>
      </w:r>
    </w:p>
    <w:p>
      <w:pPr>
        <w:spacing w:before="0" w:after="0"/>
        <w:ind w:firstLine="480"/>
        <w:jc w:val="left"/>
      </w:pPr>
      <w:r>
        <w:rPr>
          <w:rFonts w:ascii="Garamond" w:hAnsi="Garamond" w:cs="Garamond"/>
          <w:b w:val="0"/>
          <w:i w:val="0"/>
          <w:sz w:val="24"/>
        </w:rPr>
        <w:t>His mind moved without his permission to the beach, to the bonfire going outward and the shapes coming down from the dark sky, and Pico felt it happen and her response came back quiet and sad.</w:t>
      </w:r>
    </w:p>
    <w:p>
      <w:pPr>
        <w:spacing w:before="0" w:after="0"/>
        <w:ind w:firstLine="480"/>
        <w:jc w:val="left"/>
      </w:pPr>
      <w:r>
        <w:rPr>
          <w:rFonts w:ascii="Garamond" w:hAnsi="Garamond" w:cs="Garamond"/>
          <w:b w:val="0"/>
          <w:i w:val="0"/>
          <w:sz w:val="24"/>
        </w:rPr>
        <w:t>I have lived alongside them all my life, she said. I have never seen them attack anything before. What happened to you was a terrible thing. It should not have been that way.</w:t>
      </w:r>
    </w:p>
    <w:p>
      <w:pPr>
        <w:spacing w:before="0" w:after="0"/>
        <w:ind w:firstLine="480"/>
        <w:jc w:val="left"/>
      </w:pPr>
      <w:r>
        <w:rPr>
          <w:rFonts w:ascii="Garamond" w:hAnsi="Garamond" w:cs="Garamond"/>
          <w:b w:val="0"/>
          <w:i w:val="0"/>
          <w:sz w:val="24"/>
        </w:rPr>
        <w:t>“How is that possible? That they would leave you alone?“</w:t>
      </w:r>
    </w:p>
    <w:p>
      <w:pPr>
        <w:spacing w:before="0" w:after="0"/>
        <w:ind w:firstLine="480"/>
        <w:jc w:val="left"/>
      </w:pPr>
      <w:r>
        <w:rPr>
          <w:rFonts w:ascii="Garamond" w:hAnsi="Garamond" w:cs="Garamond"/>
          <w:b w:val="0"/>
          <w:i w:val="0"/>
          <w:sz w:val="24"/>
        </w:rPr>
        <w:t>What happened was foretold, Kato said, though his tone made clear the word foretold did not mean forgiven.</w:t>
      </w:r>
    </w:p>
    <w:p>
      <w:pPr>
        <w:spacing w:before="0" w:after="0"/>
        <w:ind w:firstLine="480"/>
        <w:jc w:val="left"/>
      </w:pPr>
      <w:r>
        <w:rPr>
          <w:rFonts w:ascii="Garamond" w:hAnsi="Garamond" w:cs="Garamond"/>
          <w:b w:val="0"/>
          <w:i w:val="0"/>
          <w:sz w:val="24"/>
        </w:rPr>
        <w:t>Kato. Pico’s voice carried a warning.</w:t>
      </w:r>
    </w:p>
    <w:p>
      <w:pPr>
        <w:spacing w:before="0" w:after="0"/>
        <w:ind w:firstLine="480"/>
        <w:jc w:val="left"/>
      </w:pPr>
      <w:r>
        <w:rPr>
          <w:rFonts w:ascii="Garamond" w:hAnsi="Garamond" w:cs="Garamond"/>
          <w:b w:val="0"/>
          <w:i w:val="0"/>
          <w:sz w:val="24"/>
        </w:rPr>
        <w:t>If the power that was released came from somewhere beyond this island, he pressed, then we could not have known it was coming. We have not left since the separation. How could we have known?</w:t>
      </w:r>
    </w:p>
    <w:p>
      <w:pPr>
        <w:spacing w:before="0" w:after="0"/>
        <w:ind w:firstLine="480"/>
        <w:jc w:val="left"/>
      </w:pPr>
      <w:r>
        <w:rPr>
          <w:rFonts w:ascii="Garamond" w:hAnsi="Garamond" w:cs="Garamond"/>
          <w:b w:val="0"/>
          <w:i w:val="0"/>
          <w:sz w:val="24"/>
        </w:rPr>
        <w:t>We could not have known, she said. The prophecy will play itself out as it will.</w:t>
      </w:r>
    </w:p>
    <w:p>
      <w:pPr>
        <w:spacing w:before="0" w:after="0"/>
        <w:ind w:firstLine="480"/>
        <w:jc w:val="left"/>
      </w:pPr>
      <w:r>
        <w:rPr>
          <w:rFonts w:ascii="Garamond" w:hAnsi="Garamond" w:cs="Garamond"/>
          <w:b w:val="0"/>
          <w:i w:val="0"/>
          <w:sz w:val="24"/>
        </w:rPr>
        <w:t>It has something to do with me, Pico. With the reason I am as I am. I sensed the power when it moved over the island six days ago. I should have understood what it meant. The first line of the prophecy and I did not recognize it until it was already done.</w:t>
      </w:r>
    </w:p>
    <w:p>
      <w:pPr>
        <w:spacing w:before="0" w:after="0"/>
        <w:ind w:firstLine="480"/>
        <w:jc w:val="left"/>
      </w:pPr>
      <w:r>
        <w:rPr>
          <w:rFonts w:ascii="Garamond" w:hAnsi="Garamond" w:cs="Garamond"/>
          <w:b w:val="0"/>
          <w:i w:val="0"/>
          <w:sz w:val="24"/>
        </w:rPr>
        <w:t>What is done is done. We have the proof in our hands now. The prophecy is real. That is what we must bring to the gathering. That is why we must keep moving.</w:t>
      </w:r>
    </w:p>
    <w:p>
      <w:pPr>
        <w:spacing w:before="0" w:after="0"/>
        <w:ind w:firstLine="480"/>
        <w:jc w:val="left"/>
      </w:pPr>
      <w:r>
        <w:rPr>
          <w:rFonts w:ascii="Garamond" w:hAnsi="Garamond" w:cs="Garamond"/>
          <w:b w:val="0"/>
          <w:i w:val="0"/>
          <w:sz w:val="24"/>
        </w:rPr>
        <w:t>I know. But it is hard to accept so many had to die.</w:t>
      </w:r>
    </w:p>
    <w:p>
      <w:pPr>
        <w:spacing w:before="0" w:after="0"/>
        <w:ind w:firstLine="480"/>
        <w:jc w:val="left"/>
      </w:pPr>
      <w:r>
        <w:rPr>
          <w:rFonts w:ascii="Garamond" w:hAnsi="Garamond" w:cs="Garamond"/>
          <w:b w:val="0"/>
          <w:i w:val="0"/>
          <w:sz w:val="24"/>
        </w:rPr>
        <w:t>Verad lost the thread of their exchange. Her name is Pico. What a strange name for such a beautiful girl.</w:t>
      </w:r>
    </w:p>
    <w:p>
      <w:pPr>
        <w:spacing w:before="0" w:after="0"/>
        <w:ind w:firstLine="480"/>
        <w:jc w:val="left"/>
      </w:pPr>
      <w:r>
        <w:rPr>
          <w:rFonts w:ascii="Garamond" w:hAnsi="Garamond" w:cs="Garamond"/>
          <w:b w:val="0"/>
          <w:i w:val="0"/>
          <w:sz w:val="24"/>
        </w:rPr>
        <w:t>It is a nickname, Pico said. He felt what might have been amusement, and then what was definitely heat in his own face.</w:t>
      </w:r>
    </w:p>
    <w:p>
      <w:pPr>
        <w:spacing w:before="0" w:after="0"/>
        <w:ind w:firstLine="480"/>
        <w:jc w:val="left"/>
      </w:pPr>
      <w:r>
        <w:rPr>
          <w:rFonts w:ascii="Garamond" w:hAnsi="Garamond" w:cs="Garamond"/>
          <w:b w:val="0"/>
          <w:i w:val="0"/>
          <w:sz w:val="24"/>
        </w:rPr>
        <w:t>Her father calls her Ka-Tormas, Kato added. Free Spirit. She has made him old before his time.</w:t>
      </w:r>
    </w:p>
    <w:p>
      <w:pPr>
        <w:spacing w:before="0" w:after="0"/>
        <w:ind w:firstLine="480"/>
        <w:jc w:val="left"/>
      </w:pPr>
      <w:r>
        <w:rPr>
          <w:rFonts w:ascii="Garamond" w:hAnsi="Garamond" w:cs="Garamond"/>
          <w:b w:val="0"/>
          <w:i w:val="0"/>
          <w:sz w:val="24"/>
        </w:rPr>
        <w:t>I am my father’s child, she said, and Verad could feel the warmth between them even in the dark.</w:t>
      </w:r>
    </w:p>
    <w:p>
      <w:pPr>
        <w:spacing w:before="0" w:after="0"/>
        <w:ind w:firstLine="480"/>
        <w:jc w:val="left"/>
      </w:pPr>
      <w:r>
        <w:rPr>
          <w:rFonts w:ascii="Garamond" w:hAnsi="Garamond" w:cs="Garamond"/>
          <w:b w:val="0"/>
          <w:i w:val="0"/>
          <w:sz w:val="24"/>
        </w:rPr>
        <w:t>The Watcher moves. Kato’s warning came hard and fast. Stay perfectly still. I will have to move quickly if he turns our way.</w:t>
      </w:r>
    </w:p>
    <w:p>
      <w:pPr>
        <w:spacing w:before="0" w:after="0"/>
        <w:ind w:firstLine="480"/>
        <w:jc w:val="left"/>
      </w:pPr>
      <w:r>
        <w:rPr>
          <w:rFonts w:ascii="Garamond" w:hAnsi="Garamond" w:cs="Garamond"/>
          <w:b w:val="0"/>
          <w:i w:val="0"/>
          <w:sz w:val="24"/>
        </w:rPr>
        <w:t>The vine hammock tightened around Verad’s body. He did not resist it.</w:t>
      </w:r>
    </w:p>
    <w:p>
      <w:pPr>
        <w:spacing w:before="0" w:after="0"/>
        <w:ind w:firstLine="480"/>
        <w:jc w:val="left"/>
      </w:pPr>
      <w:r>
        <w:rPr>
          <w:rFonts w:ascii="Garamond" w:hAnsi="Garamond" w:cs="Garamond"/>
          <w:b w:val="0"/>
          <w:i w:val="0"/>
          <w:sz w:val="24"/>
        </w:rPr>
        <w:t>Do not worry, Pico said. He has done this before.</w:t>
      </w:r>
    </w:p>
    <w:p>
      <w:pPr>
        <w:spacing w:before="0" w:after="0"/>
        <w:ind w:firstLine="480"/>
        <w:jc w:val="left"/>
      </w:pPr>
      <w:r>
        <w:rPr>
          <w:rFonts w:ascii="Garamond" w:hAnsi="Garamond" w:cs="Garamond"/>
          <w:b w:val="0"/>
          <w:i w:val="0"/>
          <w:sz w:val="24"/>
        </w:rPr>
        <w:t>“Verad, my name is…“</w:t>
      </w:r>
    </w:p>
    <w:p>
      <w:pPr>
        <w:spacing w:before="0" w:after="0"/>
        <w:ind w:firstLine="480"/>
        <w:jc w:val="left"/>
      </w:pPr>
      <w:r>
        <w:rPr>
          <w:rFonts w:ascii="Garamond" w:hAnsi="Garamond" w:cs="Garamond"/>
          <w:b w:val="0"/>
          <w:i w:val="0"/>
          <w:sz w:val="24"/>
        </w:rPr>
        <w:t>Quiet, Kato said.</w:t>
      </w:r>
    </w:p>
    <w:p>
      <w:pPr>
        <w:spacing w:before="0" w:after="0"/>
        <w:ind w:firstLine="480"/>
        <w:jc w:val="left"/>
      </w:pPr>
      <w:r>
        <w:rPr>
          <w:rFonts w:ascii="Garamond" w:hAnsi="Garamond" w:cs="Garamond"/>
          <w:b w:val="0"/>
          <w:i w:val="0"/>
          <w:sz w:val="24"/>
        </w:rPr>
        <w:t>Verad steadied his breathing and held himself still, and the darkness pressed in around him, and after a long time Kato’s tension eased.</w:t>
      </w:r>
    </w:p>
    <w:p>
      <w:pPr>
        <w:spacing w:before="0" w:after="0"/>
        <w:ind w:firstLine="480"/>
        <w:jc w:val="left"/>
      </w:pPr>
      <w:r>
        <w:rPr>
          <w:rFonts w:ascii="Garamond" w:hAnsi="Garamond" w:cs="Garamond"/>
          <w:b w:val="0"/>
          <w:i w:val="0"/>
          <w:sz w:val="24"/>
        </w:rPr>
        <w:t>Pico, cut his link so I can hear.</w:t>
      </w:r>
    </w:p>
    <w:p>
      <w:pPr>
        <w:spacing w:before="0" w:after="0"/>
        <w:ind w:firstLine="480"/>
        <w:jc w:val="left"/>
      </w:pPr>
      <w:r>
        <w:rPr>
          <w:rFonts w:ascii="Garamond" w:hAnsi="Garamond" w:cs="Garamond"/>
          <w:b w:val="0"/>
          <w:i w:val="0"/>
          <w:sz w:val="24"/>
        </w:rPr>
        <w:t>Sorry, Verad. Be calm. I will talk to you again soon.</w:t>
      </w:r>
    </w:p>
    <w:p>
      <w:pPr>
        <w:spacing w:before="0" w:after="0"/>
        <w:ind w:firstLine="480"/>
        <w:jc w:val="left"/>
      </w:pPr>
      <w:r>
        <w:rPr>
          <w:rFonts w:ascii="Garamond" w:hAnsi="Garamond" w:cs="Garamond"/>
          <w:b w:val="0"/>
          <w:i w:val="0"/>
          <w:sz w:val="24"/>
        </w:rPr>
        <w:t>The gate in his mind closed. He was alone in the dark the way you are alone in a room after the fire goes out, aware of the walls and the air and the particular quality of silence that means the people you were just with are still nearby.</w:t>
      </w:r>
    </w:p>
    <w:p>
      <w:pPr>
        <w:spacing w:before="0" w:after="0"/>
        <w:ind w:firstLine="480"/>
        <w:jc w:val="left"/>
      </w:pPr>
      <w:r>
        <w:rPr>
          <w:rFonts w:ascii="Garamond" w:hAnsi="Garamond" w:cs="Garamond"/>
          <w:b w:val="0"/>
          <w:i w:val="0"/>
          <w:sz w:val="24"/>
        </w:rPr>
        <w:t>He thought about Petra. About Brunow. Whether they were still alive, whether the dragons had found them on the mound or in the forest beyond it. He thought about Kato, the tree-being in the dark, and what else this island might be holding. He thought about the Watcher and decided he did not want to know what it looked like. And underneath all of it, steady as a current, he thought about the girl whose voice had come directly into his understanding, bypassing every language he had ever learned.</w:t>
      </w:r>
    </w:p>
    <w:p>
      <w:pPr>
        <w:spacing w:before="0" w:after="0"/>
        <w:ind w:firstLine="480"/>
        <w:jc w:val="left"/>
      </w:pPr>
      <w:r>
        <w:rPr>
          <w:rFonts w:ascii="Garamond" w:hAnsi="Garamond" w:cs="Garamond"/>
          <w:b w:val="0"/>
          <w:i w:val="0"/>
          <w:sz w:val="24"/>
        </w:rPr>
        <w:t>He had lied when he said Kato was not ugly. But he was beginning to think ugly was the wrong word entirely.</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They were moving again before he knew the link had reopened.</w:t>
      </w:r>
    </w:p>
    <w:p>
      <w:pPr>
        <w:spacing w:before="0" w:after="0"/>
        <w:ind w:firstLine="480"/>
        <w:jc w:val="left"/>
      </w:pPr>
      <w:r>
        <w:rPr>
          <w:rFonts w:ascii="Garamond" w:hAnsi="Garamond" w:cs="Garamond"/>
          <w:b w:val="0"/>
          <w:i w:val="0"/>
          <w:sz w:val="24"/>
        </w:rPr>
        <w:t>We are past the trouble, Pico said. The gathering should not be far now.</w:t>
      </w:r>
    </w:p>
    <w:p>
      <w:pPr>
        <w:spacing w:before="0" w:after="0"/>
        <w:ind w:firstLine="480"/>
        <w:jc w:val="left"/>
      </w:pPr>
      <w:r>
        <w:rPr>
          <w:rFonts w:ascii="Garamond" w:hAnsi="Garamond" w:cs="Garamond"/>
          <w:b w:val="0"/>
          <w:i w:val="0"/>
          <w:sz w:val="24"/>
        </w:rPr>
        <w:t>A bright green light bloomed behind them, followed by a sound that filled the tunnel and came back from every surface at once, a roar with no animal he knew attached to it. Kato did not slow. The light faded behind them.</w:t>
      </w:r>
    </w:p>
    <w:p>
      <w:pPr>
        <w:spacing w:before="0" w:after="0"/>
        <w:ind w:firstLine="480"/>
        <w:jc w:val="left"/>
      </w:pPr>
      <w:r>
        <w:rPr>
          <w:rFonts w:ascii="Garamond" w:hAnsi="Garamond" w:cs="Garamond"/>
          <w:b w:val="0"/>
          <w:i w:val="0"/>
          <w:sz w:val="24"/>
        </w:rPr>
        <w:t>“What was that?“</w:t>
      </w:r>
    </w:p>
    <w:p>
      <w:pPr>
        <w:spacing w:before="0" w:after="0"/>
        <w:ind w:firstLine="480"/>
        <w:jc w:val="left"/>
      </w:pPr>
      <w:r>
        <w:rPr>
          <w:rFonts w:ascii="Garamond" w:hAnsi="Garamond" w:cs="Garamond"/>
          <w:b w:val="0"/>
          <w:i w:val="0"/>
          <w:sz w:val="24"/>
        </w:rPr>
        <w:t>The gatekeeper of the Watcher, Kato said. It guards the passages between the unprotected zone and Alteria. The green light was my sister making sure we are followed by every scout within half a mile.</w:t>
      </w:r>
    </w:p>
    <w:p>
      <w:pPr>
        <w:spacing w:before="0" w:after="0"/>
        <w:ind w:firstLine="480"/>
        <w:jc w:val="left"/>
      </w:pPr>
      <w:r>
        <w:rPr>
          <w:rFonts w:ascii="Garamond" w:hAnsi="Garamond" w:cs="Garamond"/>
          <w:b w:val="0"/>
          <w:i w:val="0"/>
          <w:sz w:val="24"/>
        </w:rPr>
        <w:t>They would not be this far out, Pico said. And we are not going back.</w:t>
      </w:r>
    </w:p>
    <w:p>
      <w:pPr>
        <w:spacing w:before="0" w:after="0"/>
        <w:ind w:firstLine="480"/>
        <w:jc w:val="left"/>
      </w:pPr>
      <w:r>
        <w:rPr>
          <w:rFonts w:ascii="Garamond" w:hAnsi="Garamond" w:cs="Garamond"/>
          <w:b w:val="0"/>
          <w:i w:val="0"/>
          <w:sz w:val="24"/>
        </w:rPr>
        <w:t>Unless you get hungry, Kato said.</w:t>
      </w:r>
    </w:p>
    <w:p>
      <w:pPr>
        <w:spacing w:before="0" w:after="0"/>
        <w:ind w:firstLine="480"/>
        <w:jc w:val="left"/>
      </w:pPr>
      <w:r>
        <w:rPr>
          <w:rFonts w:ascii="Garamond" w:hAnsi="Garamond" w:cs="Garamond"/>
          <w:b w:val="0"/>
          <w:i w:val="0"/>
          <w:sz w:val="24"/>
        </w:rPr>
        <w:t>Shouldn’t you be concentrating? Pico returned.</w:t>
      </w:r>
    </w:p>
    <w:p>
      <w:pPr>
        <w:spacing w:before="0" w:after="0"/>
        <w:ind w:firstLine="480"/>
        <w:jc w:val="left"/>
      </w:pPr>
      <w:r>
        <w:rPr>
          <w:rFonts w:ascii="Garamond" w:hAnsi="Garamond" w:cs="Garamond"/>
          <w:b w:val="0"/>
          <w:i w:val="0"/>
          <w:sz w:val="24"/>
        </w:rPr>
        <w:t>Verad felt laughter move through the link before he heard it, and then all three of them were laughing in the dark tunnels of an underground he had no name for, and it was the strangest and most welcome sound he had made in months.</w:t>
      </w:r>
    </w:p>
    <w:p>
      <w:pPr>
        <w:spacing w:before="0" w:after="0"/>
        <w:ind w:firstLine="480"/>
        <w:jc w:val="left"/>
      </w:pPr>
      <w:r>
        <w:rPr>
          <w:rFonts w:ascii="Garamond" w:hAnsi="Garamond" w:cs="Garamond"/>
          <w:b w:val="0"/>
          <w:i w:val="0"/>
          <w:sz w:val="24"/>
        </w:rPr>
        <w:t>“Do you have brothers or sisters, Verad?“ Pico asked when the laughter settled.</w:t>
      </w:r>
    </w:p>
    <w:p>
      <w:pPr>
        <w:spacing w:before="0" w:after="0"/>
        <w:ind w:firstLine="480"/>
        <w:jc w:val="left"/>
      </w:pPr>
      <w:r>
        <w:rPr>
          <w:rFonts w:ascii="Garamond" w:hAnsi="Garamond" w:cs="Garamond"/>
          <w:b w:val="0"/>
          <w:i w:val="0"/>
          <w:sz w:val="24"/>
        </w:rPr>
        <w:t>The answer came up before he could stop it, not in words but in images. Summer days in the high meadow, Tomas running through the long grass with the dogs while their father played his flute in the doorway. The fireplace. The wooden animals he and his brother had played with on the floor. The morning everything changed, the sounds from inside the house, the edge of the forest where he had left a ten-year-old boy with nothing but what he was wearing. The road to the coast. Two weeks on Terrell’s ship before the passengers came aboard, and another week after, and the particular education in cruelty he had received in that time.</w:t>
      </w:r>
    </w:p>
    <w:p>
      <w:pPr>
        <w:spacing w:before="0" w:after="0"/>
        <w:ind w:firstLine="480"/>
        <w:jc w:val="left"/>
      </w:pPr>
      <w:r>
        <w:rPr>
          <w:rFonts w:ascii="Garamond" w:hAnsi="Garamond" w:cs="Garamond"/>
          <w:b w:val="0"/>
          <w:i w:val="0"/>
          <w:sz w:val="24"/>
        </w:rPr>
        <w:t>He had not meant to show her any of it. The link did not distinguish between what you intended and what you carried.</w:t>
      </w:r>
    </w:p>
    <w:p>
      <w:pPr>
        <w:spacing w:before="0" w:after="0"/>
        <w:ind w:firstLine="480"/>
        <w:jc w:val="left"/>
      </w:pPr>
      <w:r>
        <w:rPr>
          <w:rFonts w:ascii="Garamond" w:hAnsi="Garamond" w:cs="Garamond"/>
          <w:b w:val="0"/>
          <w:i w:val="0"/>
          <w:sz w:val="24"/>
        </w:rPr>
        <w:t>I am sorry about your brother, Pico said quietly. And about the rest.</w:t>
      </w:r>
    </w:p>
    <w:p>
      <w:pPr>
        <w:spacing w:before="0" w:after="0"/>
        <w:ind w:firstLine="480"/>
        <w:jc w:val="left"/>
      </w:pPr>
      <w:r>
        <w:rPr>
          <w:rFonts w:ascii="Garamond" w:hAnsi="Garamond" w:cs="Garamond"/>
          <w:b w:val="0"/>
          <w:i w:val="0"/>
          <w:sz w:val="24"/>
        </w:rPr>
        <w:t>“I am going to have to learn to close that off,“ Verad said.</w:t>
      </w:r>
    </w:p>
    <w:p>
      <w:pPr>
        <w:spacing w:before="0" w:after="0"/>
        <w:ind w:firstLine="480"/>
        <w:jc w:val="left"/>
      </w:pPr>
      <w:r>
        <w:rPr>
          <w:rFonts w:ascii="Garamond" w:hAnsi="Garamond" w:cs="Garamond"/>
          <w:b w:val="0"/>
          <w:i w:val="0"/>
          <w:sz w:val="24"/>
        </w:rPr>
        <w:t>You will. It takes practice. We have spoken this way all our lives.</w:t>
      </w:r>
    </w:p>
    <w:p>
      <w:pPr>
        <w:spacing w:before="0" w:after="0"/>
        <w:ind w:firstLine="480"/>
        <w:jc w:val="left"/>
      </w:pPr>
      <w:r>
        <w:rPr>
          <w:rFonts w:ascii="Garamond" w:hAnsi="Garamond" w:cs="Garamond"/>
          <w:b w:val="0"/>
          <w:i w:val="0"/>
          <w:sz w:val="24"/>
        </w:rPr>
        <w:t>Kakollian, Kato said. The name surfaced from Verad’s memory of Terrell’s ship, from the conversations he had overheard and the name that kept appearing at the center of them. You know him?</w:t>
      </w:r>
    </w:p>
    <w:p>
      <w:pPr>
        <w:spacing w:before="0" w:after="0"/>
        <w:ind w:firstLine="480"/>
        <w:jc w:val="left"/>
      </w:pPr>
      <w:r>
        <w:rPr>
          <w:rFonts w:ascii="Garamond" w:hAnsi="Garamond" w:cs="Garamond"/>
          <w:b w:val="0"/>
          <w:i w:val="0"/>
          <w:sz w:val="24"/>
        </w:rPr>
        <w:t>“He is the reason for the army. Everything in Estolia belongs to him.“</w:t>
      </w:r>
    </w:p>
    <w:p>
      <w:pPr>
        <w:spacing w:before="0" w:after="0"/>
        <w:ind w:firstLine="480"/>
        <w:jc w:val="left"/>
      </w:pPr>
      <w:r>
        <w:rPr>
          <w:rFonts w:ascii="Garamond" w:hAnsi="Garamond" w:cs="Garamond"/>
          <w:b w:val="0"/>
          <w:i w:val="0"/>
          <w:sz w:val="24"/>
        </w:rPr>
        <w:t>He is in the histories of the First War of Balance, Kato said, and his voice had changed in a way Verad could not name but could feel. He was a member of the Order. He was present at the Bowl of Shalamar when Hessa stopped Gargalo. A hero to our people, once. Before he helped put us here.</w:t>
      </w:r>
    </w:p>
    <w:p>
      <w:pPr>
        <w:spacing w:before="0" w:after="0"/>
        <w:ind w:firstLine="480"/>
        <w:jc w:val="left"/>
      </w:pPr>
      <w:r>
        <w:rPr>
          <w:rFonts w:ascii="Garamond" w:hAnsi="Garamond" w:cs="Garamond"/>
          <w:b w:val="0"/>
          <w:i w:val="0"/>
          <w:sz w:val="24"/>
        </w:rPr>
        <w:t>Father will want to hear this, Pico said. Kato, how much farther?</w:t>
      </w:r>
    </w:p>
    <w:p>
      <w:pPr>
        <w:spacing w:before="0" w:after="0"/>
        <w:ind w:firstLine="480"/>
        <w:jc w:val="left"/>
      </w:pPr>
      <w:r>
        <w:rPr>
          <w:rFonts w:ascii="Garamond" w:hAnsi="Garamond" w:cs="Garamond"/>
          <w:b w:val="0"/>
          <w:i w:val="0"/>
          <w:sz w:val="24"/>
        </w:rPr>
        <w:t>You are worse than the human, Kato said, and Verad could feel the smile in it. Around the next corner you will be able to see the lights of the city.</w:t>
      </w:r>
    </w:p>
    <w:p>
      <w:pPr>
        <w:spacing w:before="0" w:after="0"/>
        <w:ind w:firstLine="480"/>
        <w:jc w:val="left"/>
      </w:pPr>
      <w:r>
        <w:rPr>
          <w:rFonts w:ascii="Garamond" w:hAnsi="Garamond" w:cs="Garamond"/>
          <w:b w:val="0"/>
          <w:i w:val="0"/>
          <w:sz w:val="24"/>
        </w:rPr>
        <w:t>“Corner? I have not felt any corners.“</w:t>
      </w:r>
    </w:p>
    <w:p>
      <w:pPr>
        <w:spacing w:before="0" w:after="0"/>
        <w:ind w:firstLine="480"/>
        <w:jc w:val="left"/>
      </w:pPr>
      <w:r>
        <w:rPr>
          <w:rFonts w:ascii="Garamond" w:hAnsi="Garamond" w:cs="Garamond"/>
          <w:b w:val="0"/>
          <w:i w:val="0"/>
          <w:sz w:val="24"/>
        </w:rPr>
        <w:t>Thank you, Verad. It is kind of you to notice. Unlike others.</w:t>
      </w:r>
    </w:p>
    <w:p>
      <w:pPr>
        <w:spacing w:before="0" w:after="0"/>
        <w:ind w:firstLine="480"/>
        <w:jc w:val="left"/>
      </w:pPr>
      <w:r>
        <w:rPr>
          <w:rFonts w:ascii="Garamond" w:hAnsi="Garamond" w:cs="Garamond"/>
          <w:b w:val="0"/>
          <w:i w:val="0"/>
          <w:sz w:val="24"/>
        </w:rPr>
        <w:t>Now you have made him impossible, Pico said.</w:t>
      </w:r>
    </w:p>
    <w:p>
      <w:pPr>
        <w:spacing w:before="0" w:after="0"/>
        <w:ind w:firstLine="480"/>
        <w:jc w:val="left"/>
      </w:pPr>
      <w:r>
        <w:rPr>
          <w:rFonts w:ascii="Garamond" w:hAnsi="Garamond" w:cs="Garamond"/>
          <w:b w:val="0"/>
          <w:i w:val="0"/>
          <w:sz w:val="24"/>
        </w:rPr>
        <w:t>Kato slowed and stopped. The hammock lowered and Verad found his feet. Ahead of them the tunnel had acquired a faint quality of light, not enough to see by but enough to know it was there.</w:t>
      </w:r>
    </w:p>
    <w:p>
      <w:pPr>
        <w:spacing w:before="0" w:after="0"/>
        <w:ind w:firstLine="480"/>
        <w:jc w:val="left"/>
      </w:pPr>
      <w:r>
        <w:rPr>
          <w:rFonts w:ascii="Garamond" w:hAnsi="Garamond" w:cs="Garamond"/>
          <w:b w:val="0"/>
          <w:i w:val="0"/>
          <w:sz w:val="24"/>
        </w:rPr>
        <w:t>“Two scouts in the tunnel behind us,“ Kato said aloud, and Verad startled at the sound of a real voice after so long in the mind-link. “They did not see me. The city lights are just around the next corner. We will wait here until your eyes have adjusted.“</w:t>
      </w:r>
    </w:p>
    <w:p>
      <w:pPr>
        <w:spacing w:before="0" w:after="0"/>
        <w:ind w:firstLine="480"/>
        <w:jc w:val="left"/>
      </w:pPr>
      <w:r>
        <w:rPr>
          <w:rFonts w:ascii="Garamond" w:hAnsi="Garamond" w:cs="Garamond"/>
          <w:b w:val="0"/>
          <w:i w:val="0"/>
          <w:sz w:val="24"/>
        </w:rPr>
        <w:t>“Adjusted? I can barely see the tunnel.“</w:t>
      </w:r>
    </w:p>
    <w:p>
      <w:pPr>
        <w:spacing w:before="0" w:after="0"/>
        <w:ind w:firstLine="480"/>
        <w:jc w:val="left"/>
      </w:pPr>
      <w:r>
        <w:rPr>
          <w:rFonts w:ascii="Garamond" w:hAnsi="Garamond" w:cs="Garamond"/>
          <w:b w:val="0"/>
          <w:i w:val="0"/>
          <w:sz w:val="24"/>
        </w:rPr>
        <w:t>There is a difference between us, Pico began, speaking aloud now as well, and her voice was everything the mind-link had suggested and something more besides. Verad looked down the tunnel where the green glow now lit a large section of the passage. She kept talking as though she could not see him looking. “We came from an age of great magic on Estos. Things were different then. Our cities shone with the light of Otos himself. But Atula fought us for every foot of it. He wanted the land for his own creations, things that should never have been made.“</w:t>
      </w:r>
    </w:p>
    <w:p>
      <w:pPr>
        <w:spacing w:before="0" w:after="0"/>
        <w:ind w:firstLine="480"/>
        <w:jc w:val="left"/>
      </w:pPr>
      <w:r>
        <w:rPr>
          <w:rFonts w:ascii="Garamond" w:hAnsi="Garamond" w:cs="Garamond"/>
          <w:b w:val="0"/>
          <w:i w:val="0"/>
          <w:sz w:val="24"/>
        </w:rPr>
        <w:t>“Like the dragons?“</w:t>
      </w:r>
    </w:p>
    <w:p>
      <w:pPr>
        <w:spacing w:before="0" w:after="0"/>
        <w:ind w:firstLine="480"/>
        <w:jc w:val="left"/>
      </w:pPr>
      <w:r>
        <w:rPr>
          <w:rFonts w:ascii="Garamond" w:hAnsi="Garamond" w:cs="Garamond"/>
          <w:b w:val="0"/>
          <w:i w:val="0"/>
          <w:sz w:val="24"/>
        </w:rPr>
        <w:t>Not only the dragons. Though they were the worst.</w:t>
      </w:r>
    </w:p>
    <w:p>
      <w:pPr>
        <w:spacing w:before="0" w:after="0"/>
        <w:ind w:firstLine="480"/>
        <w:jc w:val="left"/>
      </w:pPr>
      <w:r>
        <w:rPr>
          <w:rFonts w:ascii="Garamond" w:hAnsi="Garamond" w:cs="Garamond"/>
          <w:b w:val="0"/>
          <w:i w:val="0"/>
          <w:sz w:val="24"/>
        </w:rPr>
        <w:t>Kato stepped back into the passage and Pico moved toward his voice, the green light rising in her hand. What the light fell on was a young man, not much older than Verad himself, neither tree nor root, standing in the tunnel with his sister’s arm around him and something in his expression that Verad recognized as the particular exhaustion of someone who has been carrying a thing alone for a long time.</w:t>
      </w:r>
    </w:p>
    <w:p>
      <w:pPr>
        <w:spacing w:before="0" w:after="0"/>
        <w:ind w:firstLine="480"/>
        <w:jc w:val="left"/>
      </w:pPr>
      <w:r>
        <w:rPr>
          <w:rFonts w:ascii="Garamond" w:hAnsi="Garamond" w:cs="Garamond"/>
          <w:b w:val="0"/>
          <w:i w:val="0"/>
          <w:sz w:val="24"/>
        </w:rPr>
        <w:t>“Dressed and presentable,“ Pico said, and hugged him.</w:t>
      </w:r>
    </w:p>
    <w:p>
      <w:pPr>
        <w:spacing w:before="0" w:after="0"/>
        <w:ind w:firstLine="480"/>
        <w:jc w:val="left"/>
      </w:pPr>
      <w:r>
        <w:rPr>
          <w:rFonts w:ascii="Garamond" w:hAnsi="Garamond" w:cs="Garamond"/>
          <w:b w:val="0"/>
          <w:i w:val="0"/>
          <w:sz w:val="24"/>
        </w:rPr>
        <w:t>Verad took a step back.</w:t>
      </w:r>
    </w:p>
    <w:p>
      <w:pPr>
        <w:spacing w:before="0" w:after="0"/>
        <w:ind w:firstLine="480"/>
        <w:jc w:val="left"/>
      </w:pPr>
      <w:r>
        <w:rPr>
          <w:rFonts w:ascii="Garamond" w:hAnsi="Garamond" w:cs="Garamond"/>
          <w:b w:val="0"/>
          <w:i w:val="0"/>
          <w:sz w:val="24"/>
        </w:rPr>
        <w:t>“I am sorry,“ Kato said aloud. His voice matched the beautiful voice from the link exactly, and the wrongness of that, beauty coming from what he had seen in the dark, resolved itself into something Verad did not have a word for yet. “I did not mean to frighten you. We are about to enter the city and I would not want to alarm anyone there.“</w:t>
      </w:r>
    </w:p>
    <w:p>
      <w:pPr>
        <w:spacing w:before="0" w:after="0"/>
        <w:ind w:firstLine="480"/>
        <w:jc w:val="left"/>
      </w:pPr>
      <w:r>
        <w:rPr>
          <w:rFonts w:ascii="Garamond" w:hAnsi="Garamond" w:cs="Garamond"/>
          <w:b w:val="0"/>
          <w:i w:val="0"/>
          <w:sz w:val="24"/>
        </w:rPr>
        <w:t>“Kathiasio Weymar, stop teasing him.“ Pico turned to Verad. “Kato is a warrior of our people. Our protector. What you saw in the tunnels is the other half of what he is. Our people would not understand it.“</w:t>
      </w:r>
    </w:p>
    <w:p>
      <w:pPr>
        <w:spacing w:before="0" w:after="0"/>
        <w:ind w:firstLine="480"/>
        <w:jc w:val="left"/>
      </w:pPr>
      <w:r>
        <w:rPr>
          <w:rFonts w:ascii="Garamond" w:hAnsi="Garamond" w:cs="Garamond"/>
          <w:b w:val="0"/>
          <w:i w:val="0"/>
          <w:sz w:val="24"/>
        </w:rPr>
        <w:t>“It is in the prophecy,“ Kato said quietly, and the lightness went out of his voice. “Telecio’s son, it says. If I showed Father it might convince him, along with Verad’s story. It might be enough.“</w:t>
      </w:r>
    </w:p>
    <w:p>
      <w:pPr>
        <w:spacing w:before="0" w:after="0"/>
        <w:ind w:firstLine="480"/>
        <w:jc w:val="left"/>
      </w:pPr>
      <w:r>
        <w:rPr>
          <w:rFonts w:ascii="Garamond" w:hAnsi="Garamond" w:cs="Garamond"/>
          <w:b w:val="0"/>
          <w:i w:val="0"/>
          <w:sz w:val="24"/>
        </w:rPr>
        <w:t>“He will understand. He has to now.“</w:t>
      </w:r>
    </w:p>
    <w:p>
      <w:pPr>
        <w:spacing w:before="0" w:after="0"/>
        <w:ind w:firstLine="480"/>
        <w:jc w:val="left"/>
      </w:pPr>
      <w:r>
        <w:rPr>
          <w:rFonts w:ascii="Garamond" w:hAnsi="Garamond" w:cs="Garamond"/>
          <w:b w:val="0"/>
          <w:i w:val="0"/>
          <w:sz w:val="24"/>
        </w:rPr>
        <w:t>“He has not understood anything since we first brought him the prophecy.“</w:t>
      </w:r>
    </w:p>
    <w:p>
      <w:pPr>
        <w:spacing w:before="0" w:after="0"/>
        <w:ind w:firstLine="480"/>
        <w:jc w:val="left"/>
      </w:pPr>
      <w:r>
        <w:rPr>
          <w:rFonts w:ascii="Garamond" w:hAnsi="Garamond" w:cs="Garamond"/>
          <w:b w:val="0"/>
          <w:i w:val="0"/>
          <w:sz w:val="24"/>
        </w:rPr>
        <w:t>“He will understand this.“ Pico took her brother’s arm and turned to Verad. “And this is my brother. Kathiasio Weymar. Kato is sufficient.“</w:t>
      </w:r>
    </w:p>
    <w:p>
      <w:pPr>
        <w:spacing w:before="0" w:after="0"/>
        <w:ind w:firstLine="480"/>
        <w:jc w:val="left"/>
      </w:pPr>
      <w:r>
        <w:rPr>
          <w:rFonts w:ascii="Garamond" w:hAnsi="Garamond" w:cs="Garamond"/>
          <w:b w:val="0"/>
          <w:i w:val="0"/>
          <w:sz w:val="24"/>
        </w:rPr>
        <w:t>“And this,“ Kato said, turning his sister to face Verad with mock ceremony, “is Piancio Weymar, daughter of Telansio Weymar, King of Alteria.“</w:t>
      </w:r>
    </w:p>
    <w:p>
      <w:pPr>
        <w:spacing w:before="0" w:after="0"/>
        <w:ind w:firstLine="480"/>
        <w:jc w:val="left"/>
      </w:pPr>
      <w:r>
        <w:rPr>
          <w:rFonts w:ascii="Garamond" w:hAnsi="Garamond" w:cs="Garamond"/>
          <w:b w:val="0"/>
          <w:i w:val="0"/>
          <w:sz w:val="24"/>
        </w:rPr>
        <w:t>Pico squirmed slightly and met Verad’s eyes.</w:t>
      </w:r>
    </w:p>
    <w:p>
      <w:pPr>
        <w:spacing w:before="0" w:after="0"/>
        <w:ind w:firstLine="480"/>
        <w:jc w:val="left"/>
      </w:pPr>
      <w:r>
        <w:rPr>
          <w:rFonts w:ascii="Garamond" w:hAnsi="Garamond" w:cs="Garamond"/>
          <w:b w:val="0"/>
          <w:i w:val="0"/>
          <w:sz w:val="24"/>
        </w:rPr>
        <w:t>“Veradious Fargo Rellia,“ Verad said, and bowed. “At your service, my Lady.“</w:t>
      </w:r>
    </w:p>
    <w:p>
      <w:pPr>
        <w:spacing w:before="0" w:after="0"/>
        <w:ind w:firstLine="480"/>
        <w:jc w:val="left"/>
      </w:pPr>
      <w:r>
        <w:rPr>
          <w:rFonts w:ascii="Garamond" w:hAnsi="Garamond" w:cs="Garamond"/>
          <w:b w:val="0"/>
          <w:i w:val="0"/>
          <w:sz w:val="24"/>
        </w:rPr>
        <w:t>The three of them looked at each other and then the names caught up with all of them at the same moment. Veradious. Kathiasio. Piancio. The laughter that came up was real and deep, the kind that does not require explanation, and for a little while the tunnels of an ancient underground held three young people who had no business knowing each other, laughing at the names their parents had given them.</w:t>
      </w:r>
    </w:p>
    <w:p>
      <w:pPr>
        <w:spacing w:before="0" w:after="0"/>
        <w:ind w:firstLine="480"/>
        <w:jc w:val="left"/>
      </w:pPr>
      <w:r>
        <w:rPr>
          <w:rFonts w:ascii="Garamond" w:hAnsi="Garamond" w:cs="Garamond"/>
          <w:b w:val="0"/>
          <w:i w:val="0"/>
          <w:sz w:val="24"/>
        </w:rPr>
        <w:t>Pico took her brother’s arm and Verad’s and led them toward the light.</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The city, when they came around the final corner, hit Verad like a physical thing.</w:t>
      </w:r>
    </w:p>
    <w:p>
      <w:pPr>
        <w:spacing w:before="0" w:after="0"/>
        <w:ind w:firstLine="480"/>
        <w:jc w:val="left"/>
      </w:pPr>
      <w:r>
        <w:rPr>
          <w:rFonts w:ascii="Garamond" w:hAnsi="Garamond" w:cs="Garamond"/>
          <w:b w:val="0"/>
          <w:i w:val="0"/>
          <w:sz w:val="24"/>
        </w:rPr>
        <w:t>He had to stop walking. The light was white and total, coming from every surface, reflecting off walls he could not yet focus on, and Pico raised her hand in front of his eyes and held it there while his vision adjusted degree by degree. He became aware of the smell first. Green things, water, something sweet he had no name for. Then the sound, a city sound, voices and movement and the distant calls of animals he did not recognize. Then the walls resolved, white stone climbing upward, banners hanging from towers, green vines winding up trellises with flowers of every color at their ends.</w:t>
      </w:r>
    </w:p>
    <w:p>
      <w:pPr>
        <w:spacing w:before="0" w:after="0"/>
        <w:ind w:firstLine="480"/>
        <w:jc w:val="left"/>
      </w:pPr>
      <w:r>
        <w:rPr>
          <w:rFonts w:ascii="Garamond" w:hAnsi="Garamond" w:cs="Garamond"/>
          <w:b w:val="0"/>
          <w:i w:val="0"/>
          <w:sz w:val="24"/>
        </w:rPr>
        <w:t>He had been prepared to be impressed. He had not been prepared for this.</w:t>
      </w:r>
    </w:p>
    <w:p>
      <w:pPr>
        <w:spacing w:before="0" w:after="0"/>
        <w:ind w:firstLine="480"/>
        <w:jc w:val="left"/>
      </w:pPr>
      <w:r>
        <w:rPr>
          <w:rFonts w:ascii="Garamond" w:hAnsi="Garamond" w:cs="Garamond"/>
          <w:b w:val="0"/>
          <w:i w:val="0"/>
          <w:sz w:val="24"/>
        </w:rPr>
        <w:t>He turned to tell Pico she was right.</w:t>
      </w:r>
    </w:p>
    <w:p>
      <w:pPr>
        <w:spacing w:before="0" w:after="0"/>
        <w:ind w:firstLine="480"/>
        <w:jc w:val="left"/>
      </w:pPr>
      <w:r>
        <w:rPr>
          <w:rFonts w:ascii="Garamond" w:hAnsi="Garamond" w:cs="Garamond"/>
          <w:b w:val="0"/>
          <w:i w:val="0"/>
          <w:sz w:val="24"/>
        </w:rPr>
        <w:t>Two guards came from either side and caught his arms.</w:t>
      </w:r>
    </w:p>
    <w:p>
      <w:pPr>
        <w:spacing w:before="0" w:after="0"/>
        <w:ind w:firstLine="480"/>
        <w:jc w:val="left"/>
      </w:pPr>
      <w:r>
        <w:rPr>
          <w:rFonts w:ascii="Garamond" w:hAnsi="Garamond" w:cs="Garamond"/>
          <w:b w:val="0"/>
          <w:i w:val="0"/>
          <w:sz w:val="24"/>
        </w:rPr>
        <w:t>He looked at Pico. The look he gave her said everything a look can say about trust that has been offered and broken, and he watched her face as it arrived.</w:t>
      </w:r>
    </w:p>
    <w:p>
      <w:pPr>
        <w:spacing w:before="0" w:after="0"/>
        <w:ind w:firstLine="480"/>
        <w:jc w:val="left"/>
      </w:pPr>
      <w:r>
        <w:rPr>
          <w:rFonts w:ascii="Garamond" w:hAnsi="Garamond" w:cs="Garamond"/>
          <w:b w:val="0"/>
          <w:i w:val="0"/>
          <w:sz w:val="24"/>
        </w:rPr>
        <w:t>“There is another,“ one of the guards said.</w:t>
      </w:r>
    </w:p>
    <w:p>
      <w:pPr>
        <w:spacing w:before="0" w:after="0"/>
        <w:ind w:firstLine="480"/>
        <w:jc w:val="left"/>
      </w:pPr>
      <w:r>
        <w:rPr>
          <w:rFonts w:ascii="Garamond" w:hAnsi="Garamond" w:cs="Garamond"/>
          <w:b w:val="0"/>
          <w:i w:val="0"/>
          <w:sz w:val="24"/>
        </w:rPr>
        <w:t>“No!“ Pico shouted.</w:t>
      </w:r>
    </w:p>
    <w:p>
      <w:pPr>
        <w:spacing w:before="0" w:after="0"/>
        <w:ind w:firstLine="480"/>
        <w:jc w:val="left"/>
      </w:pPr>
      <w:r>
        <w:rPr>
          <w:rFonts w:ascii="Garamond" w:hAnsi="Garamond" w:cs="Garamond"/>
          <w:b w:val="0"/>
          <w:i w:val="0"/>
          <w:sz w:val="24"/>
        </w:rPr>
        <w:t>Something struck the side of his head and the white walls went dark.</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He woke to darkness and pain and the specific confusion of a man who has been knocked unconscious and must rebuild the world from fragments.</w:t>
      </w:r>
    </w:p>
    <w:p>
      <w:pPr>
        <w:spacing w:before="0" w:after="0"/>
        <w:ind w:firstLine="480"/>
        <w:jc w:val="left"/>
      </w:pPr>
      <w:r>
        <w:rPr>
          <w:rFonts w:ascii="Garamond" w:hAnsi="Garamond" w:cs="Garamond"/>
          <w:b w:val="0"/>
          <w:i w:val="0"/>
          <w:sz w:val="24"/>
        </w:rPr>
        <w:t>He sat up and put his head between his knees and waited. The underground smell came back to him first. Then the memory of the white walls. Then Pico’s face and what had been on it.</w:t>
      </w:r>
    </w:p>
    <w:p>
      <w:pPr>
        <w:spacing w:before="0" w:after="0"/>
        <w:ind w:firstLine="480"/>
        <w:jc w:val="left"/>
      </w:pPr>
      <w:r>
        <w:rPr>
          <w:rFonts w:ascii="Garamond" w:hAnsi="Garamond" w:cs="Garamond"/>
          <w:b w:val="0"/>
          <w:i w:val="0"/>
          <w:sz w:val="24"/>
        </w:rPr>
        <w:t>He touched the side of his head carefully and felt dried blood in his hair. He did not know how long he had been down. He did not know where he was. He ran through the possibilities available to him and none of them were good. What kind of people built a city that beautiful and put a man’s head into a wall the moment he walked in? What did they intend for him? The thought of Kato in his tree form surfaced uninvited. A being that could become a tree would not necessarily eat what it captured. But there were other possibilities that were worse than being eaten.</w:t>
      </w:r>
    </w:p>
    <w:p>
      <w:pPr>
        <w:spacing w:before="0" w:after="0"/>
        <w:ind w:firstLine="480"/>
        <w:jc w:val="left"/>
      </w:pPr>
      <w:r>
        <w:rPr>
          <w:rFonts w:ascii="Garamond" w:hAnsi="Garamond" w:cs="Garamond"/>
          <w:b w:val="0"/>
          <w:i w:val="0"/>
          <w:sz w:val="24"/>
        </w:rPr>
        <w:t>He was still running through them when the voice came out of the dark.</w:t>
      </w:r>
    </w:p>
    <w:p>
      <w:pPr>
        <w:spacing w:before="0" w:after="0"/>
        <w:ind w:firstLine="480"/>
        <w:jc w:val="left"/>
      </w:pPr>
      <w:r>
        <w:rPr>
          <w:rFonts w:ascii="Garamond" w:hAnsi="Garamond" w:cs="Garamond"/>
          <w:b w:val="0"/>
          <w:i w:val="0"/>
          <w:sz w:val="24"/>
        </w:rPr>
        <w:t>“Verad, boy, is that you?“</w:t>
      </w:r>
    </w:p>
    <w:p>
      <w:pPr>
        <w:spacing w:before="0" w:after="0"/>
        <w:ind w:firstLine="480"/>
        <w:jc w:val="left"/>
      </w:pPr>
      <w:r>
        <w:rPr>
          <w:rFonts w:ascii="Garamond" w:hAnsi="Garamond" w:cs="Garamond"/>
          <w:b w:val="0"/>
          <w:i w:val="0"/>
          <w:sz w:val="24"/>
        </w:rPr>
        <w:t>He forgot everything else.</w:t>
      </w:r>
    </w:p>
    <w:p>
      <w:pPr>
        <w:spacing w:before="0" w:after="0"/>
        <w:ind w:firstLine="480"/>
        <w:jc w:val="left"/>
      </w:pPr>
      <w:r>
        <w:rPr>
          <w:rFonts w:ascii="Garamond" w:hAnsi="Garamond" w:cs="Garamond"/>
          <w:b w:val="0"/>
          <w:i w:val="0"/>
          <w:sz w:val="24"/>
        </w:rPr>
        <w:t>“Captain.“ His voice cracked on the word. “Captain, is that really you?“</w:t>
      </w:r>
    </w:p>
    <w:p>
      <w:pPr>
        <w:spacing w:before="0" w:after="0"/>
        <w:ind w:firstLine="480"/>
        <w:jc w:val="left"/>
      </w:pPr>
      <w:r>
        <w:rPr>
          <w:rFonts w:ascii="Garamond" w:hAnsi="Garamond" w:cs="Garamond"/>
          <w:b w:val="0"/>
          <w:i w:val="0"/>
          <w:sz w:val="24"/>
        </w:rPr>
        <w:t>“It is. Petra, he is alive.“</w:t>
      </w:r>
    </w:p>
    <w:p>
      <w:pPr>
        <w:spacing w:before="0" w:after="0"/>
        <w:ind w:firstLine="480"/>
        <w:jc w:val="left"/>
      </w:pPr>
      <w:r>
        <w:rPr>
          <w:rFonts w:ascii="Garamond" w:hAnsi="Garamond" w:cs="Garamond"/>
          <w:b w:val="0"/>
          <w:i w:val="0"/>
          <w:sz w:val="24"/>
        </w:rPr>
        <w:t>He could hear Brunow moving in the dark somewhere to his left, and the sound of it, the simple ordinary sound of an old sailor shifting his weight in the dark, was the best thing he had heard since he left home. He was crying before he knew he was going to.</w:t>
      </w:r>
    </w:p>
    <w:p>
      <w:pPr>
        <w:spacing w:before="0" w:after="0"/>
        <w:ind w:firstLine="480"/>
        <w:jc w:val="left"/>
      </w:pPr>
      <w:r>
        <w:rPr>
          <w:rFonts w:ascii="Garamond" w:hAnsi="Garamond" w:cs="Garamond"/>
          <w:b w:val="0"/>
          <w:i w:val="0"/>
          <w:sz w:val="24"/>
        </w:rPr>
        <w:t>“I missed you,“ he said. “I am sorry I did not come back. I do not know exactly what happened at the stream. I do not think they are going to eat us but I am not certain of anything right now.“</w:t>
      </w:r>
    </w:p>
    <w:p>
      <w:pPr>
        <w:spacing w:before="0" w:after="0"/>
        <w:ind w:firstLine="480"/>
        <w:jc w:val="left"/>
      </w:pPr>
      <w:r>
        <w:rPr>
          <w:rFonts w:ascii="Garamond" w:hAnsi="Garamond" w:cs="Garamond"/>
          <w:b w:val="0"/>
          <w:i w:val="0"/>
          <w:sz w:val="24"/>
        </w:rPr>
        <w:t>“I missed you too, boy. We both did.“ The Captain’s voice was steady but careful. “Do not worry. I do not believe they are a bad people. But they are frightened of something. Or they were not expecting us.“ He paused. “Petra woke when they brought you in, and he did not know it was their people at first. He nearly killed one of them before they got him down. They beat him badly for it. He has not answered me this past hour.“</w:t>
      </w:r>
    </w:p>
    <w:p>
      <w:pPr>
        <w:spacing w:before="0" w:after="0"/>
        <w:ind w:firstLine="480"/>
        <w:jc w:val="left"/>
      </w:pPr>
      <w:r>
        <w:rPr>
          <w:rFonts w:ascii="Garamond" w:hAnsi="Garamond" w:cs="Garamond"/>
          <w:b w:val="0"/>
          <w:i w:val="0"/>
          <w:sz w:val="24"/>
        </w:rPr>
        <w:t>Verad went still.</w:t>
      </w:r>
    </w:p>
    <w:p>
      <w:pPr>
        <w:spacing w:before="0" w:after="0"/>
        <w:ind w:firstLine="480"/>
        <w:jc w:val="left"/>
      </w:pPr>
      <w:r>
        <w:rPr>
          <w:rFonts w:ascii="Garamond" w:hAnsi="Garamond" w:cs="Garamond"/>
          <w:b w:val="0"/>
          <w:i w:val="0"/>
          <w:sz w:val="24"/>
        </w:rPr>
        <w:t>“How badly?“</w:t>
      </w:r>
    </w:p>
    <w:p>
      <w:pPr>
        <w:spacing w:before="0" w:after="0"/>
        <w:ind w:firstLine="480"/>
        <w:jc w:val="left"/>
      </w:pPr>
      <w:r>
        <w:rPr>
          <w:rFonts w:ascii="Garamond" w:hAnsi="Garamond" w:cs="Garamond"/>
          <w:b w:val="0"/>
          <w:i w:val="0"/>
          <w:sz w:val="24"/>
        </w:rPr>
        <w:t>“Badly enough that I am worried. But he is breathing and I do not think anything is broken. He has survived worse.“</w:t>
      </w:r>
    </w:p>
    <w:p>
      <w:pPr>
        <w:spacing w:before="0" w:after="0"/>
        <w:ind w:firstLine="480"/>
        <w:jc w:val="left"/>
      </w:pPr>
      <w:r>
        <w:rPr>
          <w:rFonts w:ascii="Garamond" w:hAnsi="Garamond" w:cs="Garamond"/>
          <w:b w:val="0"/>
          <w:i w:val="0"/>
          <w:sz w:val="24"/>
        </w:rPr>
        <w:t>Brunow told the rest of it then, keeping his voice low and even in the dark, the way old sailors tell stories that are still too close to be anything but true. The dung mound, the night in the cave, the beetle and the dragon and the skull. The terror birds and the crossing, and Petra going back for the sword.</w:t>
      </w:r>
    </w:p>
    <w:p>
      <w:pPr>
        <w:spacing w:before="0" w:after="0"/>
        <w:ind w:firstLine="480"/>
        <w:jc w:val="left"/>
      </w:pPr>
      <w:r>
        <w:rPr>
          <w:rFonts w:ascii="Garamond" w:hAnsi="Garamond" w:cs="Garamond"/>
          <w:b w:val="0"/>
          <w:i w:val="0"/>
          <w:sz w:val="24"/>
        </w:rPr>
        <w:t>“One of the birds took his little finger when he reached down for it.“</w:t>
      </w:r>
    </w:p>
    <w:p>
      <w:pPr>
        <w:spacing w:before="0" w:after="0"/>
        <w:ind w:firstLine="480"/>
        <w:jc w:val="left"/>
      </w:pPr>
      <w:r>
        <w:rPr>
          <w:rFonts w:ascii="Garamond" w:hAnsi="Garamond" w:cs="Garamond"/>
          <w:b w:val="0"/>
          <w:i w:val="0"/>
          <w:sz w:val="24"/>
        </w:rPr>
        <w:t>“But he got the sword.“</w:t>
      </w:r>
    </w:p>
    <w:p>
      <w:pPr>
        <w:spacing w:before="0" w:after="0"/>
        <w:ind w:firstLine="480"/>
        <w:jc w:val="left"/>
      </w:pPr>
      <w:r>
        <w:rPr>
          <w:rFonts w:ascii="Garamond" w:hAnsi="Garamond" w:cs="Garamond"/>
          <w:b w:val="0"/>
          <w:i w:val="0"/>
          <w:sz w:val="24"/>
        </w:rPr>
        <w:t>“He got the sword. Though it may have been better if he had not. If he had not had it he could not have hurt one of them when they came out of the trees, and maybe they would not have hurt him as badly in return.“</w:t>
      </w:r>
    </w:p>
    <w:p>
      <w:pPr>
        <w:spacing w:before="0" w:after="0"/>
        <w:ind w:firstLine="480"/>
        <w:jc w:val="left"/>
      </w:pPr>
      <w:r>
        <w:rPr>
          <w:rFonts w:ascii="Garamond" w:hAnsi="Garamond" w:cs="Garamond"/>
          <w:b w:val="0"/>
          <w:i w:val="0"/>
          <w:sz w:val="24"/>
        </w:rPr>
        <w:t>“He was right to defend himself,“ Verad said. “I wish he had killed them all.“</w:t>
      </w:r>
    </w:p>
    <w:p>
      <w:pPr>
        <w:spacing w:before="0" w:after="0"/>
        <w:ind w:firstLine="480"/>
        <w:jc w:val="left"/>
      </w:pPr>
      <w:r>
        <w:rPr>
          <w:rFonts w:ascii="Garamond" w:hAnsi="Garamond" w:cs="Garamond"/>
          <w:b w:val="0"/>
          <w:i w:val="0"/>
          <w:sz w:val="24"/>
        </w:rPr>
        <w:t>Even as he said it his heart put Pico’s face on the other side of the sentence and the anger collapsed.</w:t>
      </w:r>
    </w:p>
    <w:p>
      <w:pPr>
        <w:spacing w:before="0" w:after="0"/>
        <w:ind w:firstLine="480"/>
        <w:jc w:val="left"/>
      </w:pPr>
      <w:r>
        <w:rPr>
          <w:rFonts w:ascii="Garamond" w:hAnsi="Garamond" w:cs="Garamond"/>
          <w:b w:val="0"/>
          <w:i w:val="0"/>
          <w:sz w:val="24"/>
        </w:rPr>
        <w:t>“I do not think they are evil, Verad. They let me surrender and come peacefully. I walked through their land and saw things I cannot account for. Their city is so white it hurts to look at directly.“ Brunow’s voice shifted, became the voice of a man who has seen something he is still trying to find room for. “But the thing I saw that was most beautiful was the equis.“</w:t>
      </w:r>
    </w:p>
    <w:p>
      <w:pPr>
        <w:spacing w:before="0" w:after="0"/>
        <w:ind w:firstLine="480"/>
        <w:jc w:val="left"/>
      </w:pPr>
      <w:r>
        <w:rPr>
          <w:rFonts w:ascii="Garamond" w:hAnsi="Garamond" w:cs="Garamond"/>
          <w:b w:val="0"/>
          <w:i w:val="0"/>
          <w:sz w:val="24"/>
        </w:rPr>
        <w:t>“The equis,“ Verad said. The word surfaced from somewhere. His father’s voice.</w:t>
      </w:r>
    </w:p>
    <w:p>
      <w:pPr>
        <w:spacing w:before="0" w:after="0"/>
        <w:ind w:firstLine="480"/>
        <w:jc w:val="left"/>
      </w:pPr>
      <w:r>
        <w:rPr>
          <w:rFonts w:ascii="Garamond" w:hAnsi="Garamond" w:cs="Garamond"/>
          <w:b w:val="0"/>
          <w:i w:val="0"/>
          <w:sz w:val="24"/>
        </w:rPr>
        <w:t>“Winged horses, boy. Not legend. Real, and on this island, and more beautiful than anything I have seen in forty years at sea. Locked away here where no one in our world will ever see them.“ The Captain paused. “Your father wanted one to gather the flock?“</w:t>
      </w:r>
    </w:p>
    <w:p>
      <w:pPr>
        <w:spacing w:before="0" w:after="0"/>
        <w:ind w:firstLine="480"/>
        <w:jc w:val="left"/>
      </w:pPr>
      <w:r>
        <w:rPr>
          <w:rFonts w:ascii="Garamond" w:hAnsi="Garamond" w:cs="Garamond"/>
          <w:b w:val="0"/>
          <w:i w:val="0"/>
          <w:sz w:val="24"/>
        </w:rPr>
        <w:t>“He used to say a man who could control one would be a king.“</w:t>
      </w:r>
    </w:p>
    <w:p>
      <w:pPr>
        <w:spacing w:before="0" w:after="0"/>
        <w:ind w:firstLine="480"/>
        <w:jc w:val="left"/>
      </w:pPr>
      <w:r>
        <w:rPr>
          <w:rFonts w:ascii="Garamond" w:hAnsi="Garamond" w:cs="Garamond"/>
          <w:b w:val="0"/>
          <w:i w:val="0"/>
          <w:sz w:val="24"/>
        </w:rPr>
        <w:t>“Or a God,“ Brunow said. “Or a God.“</w:t>
      </w:r>
    </w:p>
    <w:p>
      <w:pPr>
        <w:spacing w:before="0" w:after="0"/>
        <w:ind w:firstLine="480"/>
        <w:jc w:val="left"/>
      </w:pPr>
      <w:r>
        <w:rPr>
          <w:rFonts w:ascii="Garamond" w:hAnsi="Garamond" w:cs="Garamond"/>
          <w:b w:val="0"/>
          <w:i w:val="0"/>
          <w:sz w:val="24"/>
        </w:rPr>
        <w:t>They talked for a long time in the dark, trading what they had each seen since the stream, Verad telling the Captain about Kato and Pico and the tunnels and the Watcher, Brunow listening with the particular attention of a man who has stopped being surprised and is simply trying to understand. When they had said everything they had to say the silence between them was comfortable in the way silences are comfortable between people who have been through enough together.</w:t>
      </w:r>
    </w:p>
    <w:p>
      <w:pPr>
        <w:spacing w:before="0" w:after="0"/>
        <w:ind w:firstLine="480"/>
        <w:jc w:val="left"/>
      </w:pPr>
      <w:r>
        <w:rPr>
          <w:rFonts w:ascii="Garamond" w:hAnsi="Garamond" w:cs="Garamond"/>
          <w:b w:val="0"/>
          <w:i w:val="0"/>
          <w:sz w:val="24"/>
        </w:rPr>
        <w:t>“Tell Petra everything when he wakes,“ Brunow said. “All of it. Try to sleep if you can.“</w:t>
      </w:r>
    </w:p>
    <w:p>
      <w:pPr>
        <w:spacing w:before="0" w:after="0"/>
        <w:ind w:firstLine="480"/>
        <w:jc w:val="left"/>
      </w:pPr>
      <w:r>
        <w:rPr>
          <w:rFonts w:ascii="Garamond" w:hAnsi="Garamond" w:cs="Garamond"/>
          <w:b w:val="0"/>
          <w:i w:val="0"/>
          <w:sz w:val="24"/>
        </w:rPr>
        <w:t>Verad’s head ached deeply and his eyes were heavy. He leaned back against the cool stone wall and closed them and in the last moment before sleep took him he thought of the winged horse, white against a blue sky, and found it was the first thought in days that contained no fear at all.</w:t>
      </w:r>
    </w:p>
    <w:p>
      <w:pPr>
        <w:spacing w:before="480" w:after="360"/>
        <w:ind w:firstLine="0"/>
        <w:jc w:val="center"/>
      </w:pPr>
      <w:r>
        <w:rPr>
          <w:rFonts w:ascii="Garamond" w:hAnsi="Garamond" w:cs="Garamond"/>
          <w:b/>
          <w:i w:val="0"/>
          <w:sz w:val="28"/>
        </w:rPr>
        <w:t>Chapter Twenty-Eight</w:t>
      </w:r>
    </w:p>
    <w:p>
      <w:pPr>
        <w:spacing w:before="240" w:after="240"/>
        <w:ind w:firstLine="0"/>
        <w:jc w:val="center"/>
      </w:pPr>
      <w:r>
        <w:rPr>
          <w:rFonts w:ascii="Garamond" w:hAnsi="Garamond" w:cs="Garamond"/>
          <w:b w:val="0"/>
          <w:i/>
          <w:sz w:val="24"/>
        </w:rPr>
        <w:t>The Council Chamber</w:t>
      </w:r>
    </w:p>
    <w:p>
      <w:pPr>
        <w:spacing w:before="0" w:after="0"/>
        <w:ind w:firstLine="480"/>
        <w:jc w:val="left"/>
      </w:pPr>
      <w:r>
        <w:rPr>
          <w:rFonts w:ascii="Garamond" w:hAnsi="Garamond" w:cs="Garamond"/>
          <w:b w:val="0"/>
          <w:i w:val="0"/>
          <w:sz w:val="24"/>
        </w:rPr>
        <w:t>Pico was still furious when she pushed through the doors of the council chamber, and Kato was still trying to keep up with her.</w:t>
      </w:r>
    </w:p>
    <w:p>
      <w:pPr>
        <w:spacing w:before="0" w:after="0"/>
        <w:ind w:firstLine="480"/>
        <w:jc w:val="left"/>
      </w:pPr>
      <w:r>
        <w:rPr>
          <w:rFonts w:ascii="Garamond" w:hAnsi="Garamond" w:cs="Garamond"/>
          <w:b w:val="0"/>
          <w:i w:val="0"/>
          <w:sz w:val="24"/>
        </w:rPr>
        <w:t>She had given Salvan quite a burst of light for striking Verad. He would wake with a headache that would last the rest of the day and a lesson he would not soon forget, and she felt no regret about either. Kato had stopped her from turning the light on the rest of the guards as they descended on the human. He had told them, in a voice that left no room for interpretation, that if they handled the young man roughly they would answer to him personally. From the looks on their faces they had understood.</w:t>
      </w:r>
    </w:p>
    <w:p>
      <w:pPr>
        <w:spacing w:before="0" w:after="0"/>
        <w:ind w:firstLine="480"/>
        <w:jc w:val="left"/>
      </w:pPr>
      <w:r>
        <w:rPr>
          <w:rFonts w:ascii="Garamond" w:hAnsi="Garamond" w:cs="Garamond"/>
          <w:b w:val="0"/>
          <w:i w:val="0"/>
          <w:sz w:val="24"/>
        </w:rPr>
        <w:t>What she could not stop was what had already happened. She had promised Verad he would not be hurt. She had watched his face when the guards took him, the specific look of someone who extended trust and felt it snapped back like a bowstring, and that look was going to stay with her.</w:t>
      </w:r>
    </w:p>
    <w:p>
      <w:pPr>
        <w:spacing w:before="0" w:after="0"/>
        <w:ind w:firstLine="480"/>
        <w:jc w:val="left"/>
      </w:pPr>
      <w:r>
        <w:rPr>
          <w:rFonts w:ascii="Garamond" w:hAnsi="Garamond" w:cs="Garamond"/>
          <w:b w:val="0"/>
          <w:i w:val="0"/>
          <w:sz w:val="24"/>
        </w:rPr>
        <w:t>The council chamber was full. Every counselor at his seat, every face turning toward her as she came through the door, and at the head of it all her father, standing, staff in hand, older than she remembered him looking even yesterday.</w:t>
      </w:r>
    </w:p>
    <w:p>
      <w:pPr>
        <w:spacing w:before="0" w:after="0"/>
        <w:ind w:firstLine="480"/>
        <w:jc w:val="left"/>
      </w:pPr>
      <w:r>
        <w:rPr>
          <w:rFonts w:ascii="Garamond" w:hAnsi="Garamond" w:cs="Garamond"/>
          <w:b w:val="0"/>
          <w:i w:val="0"/>
          <w:sz w:val="24"/>
        </w:rPr>
        <w:t>“What in the name of Telecio are you people doing?“ she said. Her voice was not a scream. It was worse than a scream. It was the voice of someone who has decided to stop being careful. “He trusted us. We promised him he would not be hurt.“</w:t>
      </w:r>
    </w:p>
    <w:p>
      <w:pPr>
        <w:spacing w:before="0" w:after="0"/>
        <w:ind w:firstLine="480"/>
        <w:jc w:val="left"/>
      </w:pPr>
      <w:r>
        <w:rPr>
          <w:rFonts w:ascii="Garamond" w:hAnsi="Garamond" w:cs="Garamond"/>
          <w:b w:val="0"/>
          <w:i w:val="0"/>
          <w:sz w:val="24"/>
        </w:rPr>
        <w:t>The room went quiet. Every eye moved from her to the King, and the King looked at his children with the expression of a man who loves them and is very tired.</w:t>
      </w:r>
    </w:p>
    <w:p>
      <w:pPr>
        <w:spacing w:before="0" w:after="0"/>
        <w:ind w:firstLine="480"/>
        <w:jc w:val="left"/>
      </w:pPr>
      <w:r>
        <w:rPr>
          <w:rFonts w:ascii="Garamond" w:hAnsi="Garamond" w:cs="Garamond"/>
          <w:b w:val="0"/>
          <w:i w:val="0"/>
          <w:sz w:val="24"/>
        </w:rPr>
        <w:t>“Do not take that tone in these chambers, daughter.“ He rose and walked toward them, and up close she could see how tired he truly was. “There is more at stake here than you or your brother understand.“</w:t>
      </w:r>
    </w:p>
    <w:p>
      <w:pPr>
        <w:spacing w:before="0" w:after="0"/>
        <w:ind w:firstLine="480"/>
        <w:jc w:val="left"/>
      </w:pPr>
      <w:r>
        <w:rPr>
          <w:rFonts w:ascii="Garamond" w:hAnsi="Garamond" w:cs="Garamond"/>
          <w:b w:val="0"/>
          <w:i w:val="0"/>
          <w:sz w:val="24"/>
        </w:rPr>
        <w:t>“Then help us understand it,“ Kato said from behind her. It was not a challenge. It was a genuine request, and their father heard the difference.</w:t>
      </w:r>
    </w:p>
    <w:p>
      <w:pPr>
        <w:spacing w:before="0" w:after="0"/>
        <w:ind w:firstLine="480"/>
        <w:jc w:val="left"/>
      </w:pPr>
      <w:r>
        <w:rPr>
          <w:rFonts w:ascii="Garamond" w:hAnsi="Garamond" w:cs="Garamond"/>
          <w:b w:val="0"/>
          <w:i w:val="0"/>
          <w:sz w:val="24"/>
        </w:rPr>
        <w:t>The King turned back to his counselors and gathered himself. He told them what he had told his children before, what he had been telling anyone who would listen for thirty years. Before the fall of Alteria, in the age they only knew from histories and fragments, the dragons had told their ancestors there was another world beyond the shores. They had used that belief to persuade the elves to direct the Dragon Star’s power outward, toward the barrier, testing it, weakening it. When the Star’s power finally failed the dragons had nearly destroyed them. Thousands of years of that lesson did not vanish because two young people found a manuscript in a deep archive and decided it was a prophecy.</w:t>
      </w:r>
    </w:p>
    <w:p>
      <w:pPr>
        <w:spacing w:before="0" w:after="0"/>
        <w:ind w:firstLine="480"/>
        <w:jc w:val="left"/>
      </w:pPr>
      <w:r>
        <w:rPr>
          <w:rFonts w:ascii="Garamond" w:hAnsi="Garamond" w:cs="Garamond"/>
          <w:b w:val="0"/>
          <w:i w:val="0"/>
          <w:sz w:val="24"/>
        </w:rPr>
        <w:t>“They will divide us,“ the King said, striking the table once with his fist. “They will corrupt what we have built. I will not allow my people to make that mistake again.“</w:t>
      </w:r>
    </w:p>
    <w:p>
      <w:pPr>
        <w:spacing w:before="0" w:after="0"/>
        <w:ind w:firstLine="480"/>
        <w:jc w:val="left"/>
      </w:pPr>
      <w:r>
        <w:rPr>
          <w:rFonts w:ascii="Garamond" w:hAnsi="Garamond" w:cs="Garamond"/>
          <w:b w:val="0"/>
          <w:i w:val="0"/>
          <w:sz w:val="24"/>
        </w:rPr>
        <w:t>“Father.“ Pico kept her voice steady. “Verad is from a country called Estolia. He was taken from his home as a boy and brought here against his will on a ship. He has seen his family killed. He has survived a dragon attack on an open beach with nothing but his wits and the help of two men he had just met. He is not a servant of the dragons. He is a frightened young man who trusted us, and we failed him.“</w:t>
      </w:r>
    </w:p>
    <w:p>
      <w:pPr>
        <w:spacing w:before="0" w:after="0"/>
        <w:ind w:firstLine="480"/>
        <w:jc w:val="left"/>
      </w:pPr>
      <w:r>
        <w:rPr>
          <w:rFonts w:ascii="Garamond" w:hAnsi="Garamond" w:cs="Garamond"/>
          <w:b w:val="0"/>
          <w:i w:val="0"/>
          <w:sz w:val="24"/>
        </w:rPr>
        <w:t>The King looked at her for a long moment. She could see him weighing what she said against everything he carried, the weight of three thousand years of history on an island that had almost killed her people twice.</w:t>
      </w:r>
    </w:p>
    <w:p>
      <w:pPr>
        <w:spacing w:before="0" w:after="0"/>
        <w:ind w:firstLine="480"/>
        <w:jc w:val="left"/>
      </w:pPr>
      <w:r>
        <w:rPr>
          <w:rFonts w:ascii="Garamond" w:hAnsi="Garamond" w:cs="Garamond"/>
          <w:b w:val="0"/>
          <w:i w:val="0"/>
          <w:sz w:val="24"/>
        </w:rPr>
        <w:t>“How do we know they are truly of the third age?“ a counselor behind the King asked. “One of them tried to kill Feranthol.“</w:t>
      </w:r>
    </w:p>
    <w:p>
      <w:pPr>
        <w:spacing w:before="0" w:after="0"/>
        <w:ind w:firstLine="480"/>
        <w:jc w:val="left"/>
      </w:pPr>
      <w:r>
        <w:rPr>
          <w:rFonts w:ascii="Garamond" w:hAnsi="Garamond" w:cs="Garamond"/>
          <w:b w:val="0"/>
          <w:i w:val="0"/>
          <w:sz w:val="24"/>
        </w:rPr>
        <w:t>“They came from a new age and arrived in the first age without warning,“ Pico said. “The dragons attacked them their first night. They have been hunted since they landed. When our scouts jumped out of the dark at two exhausted, starving men who had been fighting for their lives for four days, one of those men fought back. We are fortunate Feranthol is only injured.“</w:t>
      </w:r>
    </w:p>
    <w:p>
      <w:pPr>
        <w:spacing w:before="0" w:after="0"/>
        <w:ind w:firstLine="480"/>
        <w:jc w:val="left"/>
      </w:pPr>
      <w:r>
        <w:rPr>
          <w:rFonts w:ascii="Garamond" w:hAnsi="Garamond" w:cs="Garamond"/>
          <w:b w:val="0"/>
          <w:i w:val="0"/>
          <w:sz w:val="24"/>
        </w:rPr>
        <w:t>“At the very least hear them out,“ Kato said. “You have all read the histories. You know why we were brought here. The prophecy tells us how and when we return. These people are the proof that the prophecy is real. Not a manuscript. Not an argument. A living, breathing boy from a world that is not this one.“</w:t>
      </w:r>
    </w:p>
    <w:p>
      <w:pPr>
        <w:spacing w:before="0" w:after="0"/>
        <w:ind w:firstLine="480"/>
        <w:jc w:val="left"/>
      </w:pPr>
      <w:r>
        <w:rPr>
          <w:rFonts w:ascii="Garamond" w:hAnsi="Garamond" w:cs="Garamond"/>
          <w:b w:val="0"/>
          <w:i w:val="0"/>
          <w:sz w:val="24"/>
        </w:rPr>
        <w:t>“That prophecy could have been placed in the archive by servants of the dragons,“ the same counselor said. “They have been trying to break the magic for a thousand years. I am not certain they have not gotten to your children as well.“</w:t>
      </w:r>
    </w:p>
    <w:p>
      <w:pPr>
        <w:spacing w:before="0" w:after="0"/>
        <w:ind w:firstLine="480"/>
        <w:jc w:val="left"/>
      </w:pPr>
      <w:r>
        <w:rPr>
          <w:rFonts w:ascii="Garamond" w:hAnsi="Garamond" w:cs="Garamond"/>
          <w:b w:val="0"/>
          <w:i w:val="0"/>
          <w:sz w:val="24"/>
        </w:rPr>
        <w:t>“Counselor.“ The King’s voice dropped to a register that ended the conversation. “You will not accuse my children in these chambers.“ He turned to the room. “They will have their say before the gathering. Save your arguments for then. All of you go.“</w:t>
      </w:r>
    </w:p>
    <w:p>
      <w:pPr>
        <w:spacing w:before="0" w:after="0"/>
        <w:ind w:firstLine="480"/>
        <w:jc w:val="left"/>
      </w:pPr>
      <w:r>
        <w:rPr>
          <w:rFonts w:ascii="Garamond" w:hAnsi="Garamond" w:cs="Garamond"/>
          <w:b w:val="0"/>
          <w:i w:val="0"/>
          <w:sz w:val="24"/>
        </w:rPr>
        <w:t>The counselors rose and filed out. Pico held her ground. Kato stayed with her.</w:t>
      </w:r>
    </w:p>
    <w:p>
      <w:pPr>
        <w:spacing w:before="0" w:after="0"/>
        <w:ind w:firstLine="480"/>
        <w:jc w:val="left"/>
      </w:pPr>
      <w:r>
        <w:rPr>
          <w:rFonts w:ascii="Garamond" w:hAnsi="Garamond" w:cs="Garamond"/>
          <w:b w:val="0"/>
          <w:i w:val="0"/>
          <w:sz w:val="24"/>
        </w:rPr>
        <w:t>“You also,“ the King said.</w:t>
      </w:r>
    </w:p>
    <w:p>
      <w:pPr>
        <w:spacing w:before="0" w:after="0"/>
        <w:ind w:firstLine="480"/>
        <w:jc w:val="left"/>
      </w:pPr>
      <w:r>
        <w:rPr>
          <w:rFonts w:ascii="Garamond" w:hAnsi="Garamond" w:cs="Garamond"/>
          <w:b w:val="0"/>
          <w:i w:val="0"/>
          <w:sz w:val="24"/>
        </w:rPr>
        <w:t>“Father.“</w:t>
      </w:r>
    </w:p>
    <w:p>
      <w:pPr>
        <w:spacing w:before="0" w:after="0"/>
        <w:ind w:firstLine="480"/>
        <w:jc w:val="left"/>
      </w:pPr>
      <w:r>
        <w:rPr>
          <w:rFonts w:ascii="Garamond" w:hAnsi="Garamond" w:cs="Garamond"/>
          <w:b w:val="0"/>
          <w:i w:val="0"/>
          <w:sz w:val="24"/>
        </w:rPr>
        <w:t>“At the gathering, Piancio.“ He turned his back. “I am tired. Send food to me.“</w:t>
      </w:r>
    </w:p>
    <w:p>
      <w:pPr>
        <w:spacing w:before="0" w:after="0"/>
        <w:ind w:firstLine="480"/>
        <w:jc w:val="left"/>
      </w:pPr>
      <w:r>
        <w:rPr>
          <w:rFonts w:ascii="Garamond" w:hAnsi="Garamond" w:cs="Garamond"/>
          <w:b w:val="0"/>
          <w:i w:val="0"/>
          <w:sz w:val="24"/>
        </w:rPr>
        <w:t>Kato took her arm and pulled her out before she could say the thing that was forming in her throat, closing the door behind them.</w:t>
      </w:r>
    </w:p>
    <w:p>
      <w:pPr>
        <w:spacing w:before="0" w:after="0"/>
        <w:ind w:firstLine="480"/>
        <w:jc w:val="left"/>
      </w:pPr>
      <w:r>
        <w:rPr>
          <w:rFonts w:ascii="Garamond" w:hAnsi="Garamond" w:cs="Garamond"/>
          <w:b w:val="0"/>
          <w:i w:val="0"/>
          <w:sz w:val="24"/>
        </w:rPr>
        <w:t>In the corridor she stood with her hands at her sides and breathed.</w:t>
      </w:r>
    </w:p>
    <w:p>
      <w:pPr>
        <w:spacing w:before="0" w:after="0"/>
        <w:ind w:firstLine="480"/>
        <w:jc w:val="left"/>
      </w:pPr>
      <w:r>
        <w:rPr>
          <w:rFonts w:ascii="Garamond" w:hAnsi="Garamond" w:cs="Garamond"/>
          <w:b w:val="0"/>
          <w:i w:val="0"/>
          <w:sz w:val="24"/>
        </w:rPr>
        <w:t>“We will never get them to listen,“ Kato said.</w:t>
      </w:r>
    </w:p>
    <w:p>
      <w:pPr>
        <w:spacing w:before="0" w:after="0"/>
        <w:ind w:firstLine="480"/>
        <w:jc w:val="left"/>
      </w:pPr>
      <w:r>
        <w:rPr>
          <w:rFonts w:ascii="Garamond" w:hAnsi="Garamond" w:cs="Garamond"/>
          <w:b w:val="0"/>
          <w:i w:val="0"/>
          <w:sz w:val="24"/>
        </w:rPr>
        <w:t>“We will,“ she said. “We have to.“ She started walking. “Come on. We need to see Verad and his friends. They may have the answer we cannot provide ourselves.“</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The cell was dark when they arrived, and Verad heard the door open before he could see anything.</w:t>
      </w:r>
    </w:p>
    <w:p>
      <w:pPr>
        <w:spacing w:before="0" w:after="0"/>
        <w:ind w:firstLine="480"/>
        <w:jc w:val="left"/>
      </w:pPr>
      <w:r>
        <w:rPr>
          <w:rFonts w:ascii="Garamond" w:hAnsi="Garamond" w:cs="Garamond"/>
          <w:b w:val="0"/>
          <w:i w:val="0"/>
          <w:sz w:val="24"/>
        </w:rPr>
        <w:t>“So this is how they do it,“ he said to Brunow. “They sneak in when there is no light.“</w:t>
      </w:r>
    </w:p>
    <w:p>
      <w:pPr>
        <w:spacing w:before="0" w:after="0"/>
        <w:ind w:firstLine="480"/>
        <w:jc w:val="left"/>
      </w:pPr>
      <w:r>
        <w:rPr>
          <w:rFonts w:ascii="Garamond" w:hAnsi="Garamond" w:cs="Garamond"/>
          <w:b w:val="0"/>
          <w:i w:val="0"/>
          <w:sz w:val="24"/>
        </w:rPr>
        <w:t>“I do not think they intend to eat us,“ Brunow said. “Though I cannot make out a word they are saying.“</w:t>
      </w:r>
    </w:p>
    <w:p>
      <w:pPr>
        <w:spacing w:before="0" w:after="0"/>
        <w:ind w:firstLine="480"/>
        <w:jc w:val="left"/>
      </w:pPr>
      <w:r>
        <w:rPr>
          <w:rFonts w:ascii="Garamond" w:hAnsi="Garamond" w:cs="Garamond"/>
          <w:b w:val="0"/>
          <w:i w:val="0"/>
          <w:sz w:val="24"/>
        </w:rPr>
        <w:t>Verad felt the gate in his mind open and pressed his hands over his ears on instinct, which did nothing.</w:t>
      </w:r>
    </w:p>
    <w:p>
      <w:pPr>
        <w:spacing w:before="0" w:after="0"/>
        <w:ind w:firstLine="480"/>
        <w:jc w:val="left"/>
      </w:pPr>
      <w:r>
        <w:rPr>
          <w:rFonts w:ascii="Garamond" w:hAnsi="Garamond" w:cs="Garamond"/>
          <w:b w:val="0"/>
          <w:i w:val="0"/>
          <w:sz w:val="24"/>
        </w:rPr>
        <w:t>“I can hear something but it is just noise,“ Brunow said from the dark. Then he paused. “You understood that, didn’t you? They are talking to you right now.“</w:t>
      </w:r>
    </w:p>
    <w:p>
      <w:pPr>
        <w:spacing w:before="0" w:after="0"/>
        <w:ind w:firstLine="480"/>
        <w:jc w:val="left"/>
      </w:pPr>
      <w:r>
        <w:rPr>
          <w:rFonts w:ascii="Garamond" w:hAnsi="Garamond" w:cs="Garamond"/>
          <w:b w:val="0"/>
          <w:i w:val="0"/>
          <w:sz w:val="24"/>
        </w:rPr>
        <w:t>“Yes,“ Verad said.</w:t>
      </w:r>
    </w:p>
    <w:p>
      <w:pPr>
        <w:spacing w:before="0" w:after="0"/>
        <w:ind w:firstLine="480"/>
        <w:jc w:val="left"/>
      </w:pPr>
      <w:r>
        <w:rPr>
          <w:rFonts w:ascii="Garamond" w:hAnsi="Garamond" w:cs="Garamond"/>
          <w:b w:val="0"/>
          <w:i w:val="0"/>
          <w:sz w:val="24"/>
        </w:rPr>
        <w:t>“Then tell them from me that whatever they intend, they should say it plainly where we can all follow.“</w:t>
      </w:r>
    </w:p>
    <w:p>
      <w:pPr>
        <w:spacing w:before="0" w:after="0"/>
        <w:ind w:firstLine="480"/>
        <w:jc w:val="left"/>
      </w:pPr>
      <w:r>
        <w:rPr>
          <w:rFonts w:ascii="Garamond" w:hAnsi="Garamond" w:cs="Garamond"/>
          <w:b w:val="0"/>
          <w:i w:val="0"/>
          <w:sz w:val="24"/>
        </w:rPr>
        <w:t>The voice that came through the link was Pico’s, and what arrived was not sound but meaning, direct and clear.</w:t>
      </w:r>
    </w:p>
    <w:p>
      <w:pPr>
        <w:spacing w:before="0" w:after="0"/>
        <w:ind w:firstLine="480"/>
        <w:jc w:val="left"/>
      </w:pPr>
      <w:r>
        <w:rPr>
          <w:rFonts w:ascii="Garamond" w:hAnsi="Garamond" w:cs="Garamond"/>
          <w:b w:val="0"/>
          <w:i w:val="0"/>
          <w:sz w:val="24"/>
        </w:rPr>
        <w:t>She said she had no idea what the guards were going to do. She said she would not have let it happen. Verad repeated it aloud for the Captain, who sat in the dark and listened without expression.</w:t>
      </w:r>
    </w:p>
    <w:p>
      <w:pPr>
        <w:spacing w:before="0" w:after="0"/>
        <w:ind w:firstLine="480"/>
        <w:jc w:val="left"/>
      </w:pPr>
      <w:r>
        <w:rPr>
          <w:rFonts w:ascii="Garamond" w:hAnsi="Garamond" w:cs="Garamond"/>
          <w:b w:val="0"/>
          <w:i w:val="0"/>
          <w:sz w:val="24"/>
        </w:rPr>
        <w:t>“That is what she says,“ Verad told him.</w:t>
      </w:r>
    </w:p>
    <w:p>
      <w:pPr>
        <w:spacing w:before="0" w:after="0"/>
        <w:ind w:firstLine="480"/>
        <w:jc w:val="left"/>
      </w:pPr>
      <w:r>
        <w:rPr>
          <w:rFonts w:ascii="Garamond" w:hAnsi="Garamond" w:cs="Garamond"/>
          <w:b w:val="0"/>
          <w:i w:val="0"/>
          <w:sz w:val="24"/>
        </w:rPr>
        <w:t>“Tell her I have heard that particular apology from better liars than her,“ Brunow said, not unkindly. “Tell her I mean no insult by it. It is simply what I have found to be true in forty years at sea.“</w:t>
      </w:r>
    </w:p>
    <w:p>
      <w:pPr>
        <w:spacing w:before="0" w:after="0"/>
        <w:ind w:firstLine="480"/>
        <w:jc w:val="left"/>
      </w:pPr>
      <w:r>
        <w:rPr>
          <w:rFonts w:ascii="Garamond" w:hAnsi="Garamond" w:cs="Garamond"/>
          <w:b w:val="0"/>
          <w:i w:val="0"/>
          <w:sz w:val="24"/>
        </w:rPr>
        <w:t>Verad told her. There was a pause, and then something came back through the link that was not quite amusement and not quite respect, but something between the two.</w:t>
      </w:r>
    </w:p>
    <w:p>
      <w:pPr>
        <w:spacing w:before="0" w:after="0"/>
        <w:ind w:firstLine="480"/>
        <w:jc w:val="left"/>
      </w:pPr>
      <w:r>
        <w:rPr>
          <w:rFonts w:ascii="Garamond" w:hAnsi="Garamond" w:cs="Garamond"/>
          <w:b w:val="0"/>
          <w:i w:val="0"/>
          <w:sz w:val="24"/>
        </w:rPr>
        <w:t>She told him about the boundary, about the scouts who patrolled the line where the elven magic and the dragon’s magic pressed against each other. She told him that when Kato brought him underground she had not known there were two more of his kind on the island, and that when she learned they had made it to the upper valley she had believed the scouts were wrong about what they were.</w:t>
      </w:r>
    </w:p>
    <w:p>
      <w:pPr>
        <w:spacing w:before="0" w:after="0"/>
        <w:ind w:firstLine="480"/>
        <w:jc w:val="left"/>
      </w:pPr>
      <w:r>
        <w:rPr>
          <w:rFonts w:ascii="Garamond" w:hAnsi="Garamond" w:cs="Garamond"/>
          <w:b w:val="0"/>
          <w:i w:val="0"/>
          <w:sz w:val="24"/>
        </w:rPr>
        <w:t>“She says your friends were mistaken for servants of the dragons,“ Verad told Brunow. “Creatures that can cross the boundary even when the dragons cannot. Made to look human.“</w:t>
      </w:r>
    </w:p>
    <w:p>
      <w:pPr>
        <w:spacing w:before="0" w:after="0"/>
        <w:ind w:firstLine="480"/>
        <w:jc w:val="left"/>
      </w:pPr>
      <w:r>
        <w:rPr>
          <w:rFonts w:ascii="Garamond" w:hAnsi="Garamond" w:cs="Garamond"/>
          <w:b w:val="0"/>
          <w:i w:val="0"/>
          <w:sz w:val="24"/>
        </w:rPr>
        <w:t>The Captain absorbed this without comment, which was how he absorbed most things he did not yet know what to do with.</w:t>
      </w:r>
    </w:p>
    <w:p>
      <w:pPr>
        <w:spacing w:before="0" w:after="0"/>
        <w:ind w:firstLine="480"/>
        <w:jc w:val="left"/>
      </w:pPr>
      <w:r>
        <w:rPr>
          <w:rFonts w:ascii="Garamond" w:hAnsi="Garamond" w:cs="Garamond"/>
          <w:b w:val="0"/>
          <w:i w:val="0"/>
          <w:sz w:val="24"/>
        </w:rPr>
        <w:t>The light came up slowly in Pico’s palm, the familiar green, and the cell resolved around them. It was larger than Verad had imagined, and there against the far wall were two figures he had not known were that close.</w:t>
      </w:r>
    </w:p>
    <w:p>
      <w:pPr>
        <w:spacing w:before="0" w:after="0"/>
        <w:ind w:firstLine="480"/>
        <w:jc w:val="left"/>
      </w:pPr>
      <w:r>
        <w:rPr>
          <w:rFonts w:ascii="Garamond" w:hAnsi="Garamond" w:cs="Garamond"/>
          <w:b w:val="0"/>
          <w:i w:val="0"/>
          <w:sz w:val="24"/>
        </w:rPr>
        <w:t>“Captain.“ He crossed to Brunow’s side. Then he saw Petra.</w:t>
      </w:r>
    </w:p>
    <w:p>
      <w:pPr>
        <w:spacing w:before="0" w:after="0"/>
        <w:ind w:firstLine="480"/>
        <w:jc w:val="left"/>
      </w:pPr>
      <w:r>
        <w:rPr>
          <w:rFonts w:ascii="Garamond" w:hAnsi="Garamond" w:cs="Garamond"/>
          <w:b w:val="0"/>
          <w:i w:val="0"/>
          <w:sz w:val="24"/>
        </w:rPr>
        <w:t>The warrior was leaning against the wall at an angle no man chooses for himself. Pale, still, his breathing audible from across the room.</w:t>
      </w:r>
    </w:p>
    <w:p>
      <w:pPr>
        <w:spacing w:before="0" w:after="0"/>
        <w:ind w:firstLine="480"/>
        <w:jc w:val="left"/>
      </w:pPr>
      <w:r>
        <w:rPr>
          <w:rFonts w:ascii="Garamond" w:hAnsi="Garamond" w:cs="Garamond"/>
          <w:b w:val="0"/>
          <w:i w:val="0"/>
          <w:sz w:val="24"/>
        </w:rPr>
        <w:t>Brunow got his first look at the faces that matched the sounds. He looked at Pico and then at Kato the way a man looks at something he has no category for, with the slow careful attention of someone who knows his first impression is going to have to last him a long time. He looked at Pico the way men tended to look at Pico. Verad touched his arm.</w:t>
      </w:r>
    </w:p>
    <w:p>
      <w:pPr>
        <w:spacing w:before="0" w:after="0"/>
        <w:ind w:firstLine="480"/>
        <w:jc w:val="left"/>
      </w:pPr>
      <w:r>
        <w:rPr>
          <w:rFonts w:ascii="Garamond" w:hAnsi="Garamond" w:cs="Garamond"/>
          <w:b w:val="0"/>
          <w:i w:val="0"/>
          <w:sz w:val="24"/>
        </w:rPr>
        <w:t>“How is he?“ Verad asked.</w:t>
      </w:r>
    </w:p>
    <w:p>
      <w:pPr>
        <w:spacing w:before="0" w:after="0"/>
        <w:ind w:firstLine="480"/>
        <w:jc w:val="left"/>
      </w:pPr>
      <w:r>
        <w:rPr>
          <w:rFonts w:ascii="Garamond" w:hAnsi="Garamond" w:cs="Garamond"/>
          <w:b w:val="0"/>
          <w:i w:val="0"/>
          <w:sz w:val="24"/>
        </w:rPr>
        <w:t>“He has not moved in hours,“ Brunow said. He was watching Kato now, trying to square the height and the bearing of him with the sounds that had been coming out of the dark that he could not understand.</w:t>
      </w:r>
    </w:p>
    <w:p>
      <w:pPr>
        <w:spacing w:before="0" w:after="0"/>
        <w:ind w:firstLine="480"/>
        <w:jc w:val="left"/>
      </w:pPr>
      <w:r>
        <w:rPr>
          <w:rFonts w:ascii="Garamond" w:hAnsi="Garamond" w:cs="Garamond"/>
          <w:b w:val="0"/>
          <w:i w:val="0"/>
          <w:sz w:val="24"/>
        </w:rPr>
        <w:t>Pico stepped around the Captain and knelt beside Petra. She turned her palm over and passed the light carefully down the length of him. Then she looked up at Brunow.</w:t>
      </w:r>
    </w:p>
    <w:p>
      <w:pPr>
        <w:spacing w:before="0" w:after="0"/>
        <w:ind w:firstLine="480"/>
        <w:jc w:val="left"/>
      </w:pPr>
      <w:r>
        <w:rPr>
          <w:rFonts w:ascii="Garamond" w:hAnsi="Garamond" w:cs="Garamond"/>
          <w:b w:val="0"/>
          <w:i w:val="0"/>
          <w:sz w:val="24"/>
        </w:rPr>
        <w:t>She studied him the way she studied Petra’s body, with the same focused inward attention, reading something Verad could not see. Then she did something small and deliberate, a gesture barely larger than a breath, like opening a door from the other side.</w:t>
      </w:r>
    </w:p>
    <w:p>
      <w:pPr>
        <w:spacing w:before="0" w:after="0"/>
        <w:ind w:firstLine="480"/>
        <w:jc w:val="left"/>
      </w:pPr>
      <w:r>
        <w:rPr>
          <w:rFonts w:ascii="Garamond" w:hAnsi="Garamond" w:cs="Garamond"/>
          <w:b w:val="0"/>
          <w:i w:val="0"/>
          <w:sz w:val="24"/>
        </w:rPr>
        <w:t>Brunow blinked.</w:t>
      </w:r>
    </w:p>
    <w:p>
      <w:pPr>
        <w:spacing w:before="0" w:after="0"/>
        <w:ind w:firstLine="480"/>
        <w:jc w:val="left"/>
      </w:pPr>
      <w:r>
        <w:rPr>
          <w:rFonts w:ascii="Garamond" w:hAnsi="Garamond" w:cs="Garamond"/>
          <w:b w:val="0"/>
          <w:i w:val="0"/>
          <w:sz w:val="24"/>
        </w:rPr>
        <w:t>He looked at Verad. Then he turned slowly toward Pico, who was watching him.</w:t>
      </w:r>
    </w:p>
    <w:p>
      <w:pPr>
        <w:spacing w:before="0" w:after="0"/>
        <w:ind w:firstLine="480"/>
        <w:jc w:val="left"/>
      </w:pPr>
      <w:r>
        <w:rPr>
          <w:rFonts w:ascii="Garamond" w:hAnsi="Garamond" w:cs="Garamond"/>
          <w:b w:val="0"/>
          <w:i w:val="0"/>
          <w:sz w:val="24"/>
        </w:rPr>
        <w:t>She said, aloud, in the language of the elves: “I am sorry for what happened to your friend.“</w:t>
      </w:r>
    </w:p>
    <w:p>
      <w:pPr>
        <w:spacing w:before="0" w:after="0"/>
        <w:ind w:firstLine="480"/>
        <w:jc w:val="left"/>
      </w:pPr>
      <w:r>
        <w:rPr>
          <w:rFonts w:ascii="Garamond" w:hAnsi="Garamond" w:cs="Garamond"/>
          <w:b w:val="0"/>
          <w:i w:val="0"/>
          <w:sz w:val="24"/>
        </w:rPr>
        <w:t>Brunow heard the sounds. And then he understood them.</w:t>
      </w:r>
    </w:p>
    <w:p>
      <w:pPr>
        <w:spacing w:before="0" w:after="0"/>
        <w:ind w:firstLine="480"/>
        <w:jc w:val="left"/>
      </w:pPr>
      <w:r>
        <w:rPr>
          <w:rFonts w:ascii="Garamond" w:hAnsi="Garamond" w:cs="Garamond"/>
          <w:b w:val="0"/>
          <w:i w:val="0"/>
          <w:sz w:val="24"/>
        </w:rPr>
        <w:t>He sat very still for a moment. He looked at his own hands. He looked at Kato. He looked back at Pico with the expression of a man revising a large number of assumptions simultaneously.</w:t>
      </w:r>
    </w:p>
    <w:p>
      <w:pPr>
        <w:spacing w:before="0" w:after="0"/>
        <w:ind w:firstLine="480"/>
        <w:jc w:val="left"/>
      </w:pPr>
      <w:r>
        <w:rPr>
          <w:rFonts w:ascii="Garamond" w:hAnsi="Garamond" w:cs="Garamond"/>
          <w:b w:val="0"/>
          <w:i w:val="0"/>
          <w:sz w:val="24"/>
        </w:rPr>
        <w:t>“You did something to my head,“ he said.</w:t>
      </w:r>
    </w:p>
    <w:p>
      <w:pPr>
        <w:spacing w:before="0" w:after="0"/>
        <w:ind w:firstLine="480"/>
        <w:jc w:val="left"/>
      </w:pPr>
      <w:r>
        <w:rPr>
          <w:rFonts w:ascii="Garamond" w:hAnsi="Garamond" w:cs="Garamond"/>
          <w:b w:val="0"/>
          <w:i w:val="0"/>
          <w:sz w:val="24"/>
        </w:rPr>
        <w:t>“I opened a door that was already there,“ she said. “It will not hurt you.“</w:t>
      </w:r>
    </w:p>
    <w:p>
      <w:pPr>
        <w:spacing w:before="0" w:after="0"/>
        <w:ind w:firstLine="480"/>
        <w:jc w:val="left"/>
      </w:pPr>
      <w:r>
        <w:rPr>
          <w:rFonts w:ascii="Garamond" w:hAnsi="Garamond" w:cs="Garamond"/>
          <w:b w:val="0"/>
          <w:i w:val="0"/>
          <w:sz w:val="24"/>
        </w:rPr>
        <w:t>“It does not hurt,“ he said slowly. “It is simply very strange.“ He was quiet for another moment. “Your people did this to Petra.“</w:t>
      </w:r>
    </w:p>
    <w:p>
      <w:pPr>
        <w:spacing w:before="0" w:after="0"/>
        <w:ind w:firstLine="480"/>
        <w:jc w:val="left"/>
      </w:pPr>
      <w:r>
        <w:rPr>
          <w:rFonts w:ascii="Garamond" w:hAnsi="Garamond" w:cs="Garamond"/>
          <w:b w:val="0"/>
          <w:i w:val="0"/>
          <w:sz w:val="24"/>
        </w:rPr>
        <w:t>“They did. I will not pretend otherwise.“ She held his gaze. “Will you let me try to undo it?“</w:t>
      </w:r>
    </w:p>
    <w:p>
      <w:pPr>
        <w:spacing w:before="0" w:after="0"/>
        <w:ind w:firstLine="480"/>
        <w:jc w:val="left"/>
      </w:pPr>
      <w:r>
        <w:rPr>
          <w:rFonts w:ascii="Garamond" w:hAnsi="Garamond" w:cs="Garamond"/>
          <w:b w:val="0"/>
          <w:i w:val="0"/>
          <w:sz w:val="24"/>
        </w:rPr>
        <w:t>Brunow looked at Petra. Then he looked at Verad.</w:t>
      </w:r>
    </w:p>
    <w:p>
      <w:pPr>
        <w:spacing w:before="0" w:after="0"/>
        <w:ind w:firstLine="480"/>
        <w:jc w:val="left"/>
      </w:pPr>
      <w:r>
        <w:rPr>
          <w:rFonts w:ascii="Garamond" w:hAnsi="Garamond" w:cs="Garamond"/>
          <w:b w:val="0"/>
          <w:i w:val="0"/>
          <w:sz w:val="24"/>
        </w:rPr>
        <w:t>“We cannot let him die,“ the Captain said. “Whatever else is happening in this place, we cannot let him die. Let her do what she can.“</w:t>
      </w:r>
    </w:p>
    <w:p>
      <w:pPr>
        <w:spacing w:before="0" w:after="0"/>
        <w:ind w:firstLine="480"/>
        <w:jc w:val="left"/>
      </w:pPr>
      <w:r>
        <w:rPr>
          <w:rFonts w:ascii="Garamond" w:hAnsi="Garamond" w:cs="Garamond"/>
          <w:b w:val="0"/>
          <w:i w:val="0"/>
          <w:sz w:val="24"/>
        </w:rPr>
        <w:t>“It is more than that,“ Verad said. He said it quietly, and he meant more than the quest and more than the Prince, and he was not sure he could have said what he meant exactly, only that Petra had believed him when no one else had and that counted for something that did not have a word yet.</w:t>
      </w:r>
    </w:p>
    <w:p>
      <w:pPr>
        <w:spacing w:before="0" w:after="0"/>
        <w:ind w:firstLine="480"/>
        <w:jc w:val="left"/>
      </w:pPr>
      <w:r>
        <w:rPr>
          <w:rFonts w:ascii="Garamond" w:hAnsi="Garamond" w:cs="Garamond"/>
          <w:b w:val="0"/>
          <w:i w:val="0"/>
          <w:sz w:val="24"/>
        </w:rPr>
        <w:t>He looked at Pico. “Do what you can for him.“</w:t>
      </w:r>
    </w:p>
    <w:p>
      <w:pPr>
        <w:spacing w:before="0" w:after="0"/>
        <w:ind w:firstLine="480"/>
        <w:jc w:val="left"/>
      </w:pPr>
      <w:r>
        <w:rPr>
          <w:rFonts w:ascii="Garamond" w:hAnsi="Garamond" w:cs="Garamond"/>
          <w:b w:val="0"/>
          <w:i w:val="0"/>
          <w:sz w:val="24"/>
        </w:rPr>
        <w:t>She turned back to Petra and began to work. The light moved in slow careful passes across his chest. Verad watched her face as she worked, the concentration in it, the way the light moved in response to things she was reading that he could not see.</w:t>
      </w:r>
    </w:p>
    <w:p>
      <w:pPr>
        <w:spacing w:before="0" w:after="0"/>
        <w:ind w:firstLine="480"/>
        <w:jc w:val="left"/>
      </w:pPr>
      <w:r>
        <w:rPr>
          <w:rFonts w:ascii="Garamond" w:hAnsi="Garamond" w:cs="Garamond"/>
          <w:b w:val="0"/>
          <w:i w:val="0"/>
          <w:sz w:val="24"/>
        </w:rPr>
        <w:t>“He is worse than I thought,“ she said after a long moment. “Verad. I need your help.“</w:t>
      </w:r>
    </w:p>
    <w:p>
      <w:pPr>
        <w:spacing w:before="0" w:after="0"/>
        <w:ind w:firstLine="480"/>
        <w:jc w:val="left"/>
      </w:pPr>
      <w:r>
        <w:rPr>
          <w:rFonts w:ascii="Garamond" w:hAnsi="Garamond" w:cs="Garamond"/>
          <w:b w:val="0"/>
          <w:i w:val="0"/>
          <w:sz w:val="24"/>
        </w:rPr>
        <w:t>“Pico.“ Kato’s voice carried a warning.</w:t>
      </w:r>
    </w:p>
    <w:p>
      <w:pPr>
        <w:spacing w:before="0" w:after="0"/>
        <w:ind w:firstLine="480"/>
        <w:jc w:val="left"/>
      </w:pPr>
      <w:r>
        <w:rPr>
          <w:rFonts w:ascii="Garamond" w:hAnsi="Garamond" w:cs="Garamond"/>
          <w:b w:val="0"/>
          <w:i w:val="0"/>
          <w:sz w:val="24"/>
        </w:rPr>
        <w:t>“It must be his choice,“ she said. “Verad. I have found the injuries and begun to close them but I am nearly at my limit. I need your energy to finish. You will be weak afterward.“</w:t>
      </w:r>
    </w:p>
    <w:p>
      <w:pPr>
        <w:spacing w:before="0" w:after="0"/>
        <w:ind w:firstLine="480"/>
        <w:jc w:val="left"/>
      </w:pPr>
      <w:r>
        <w:rPr>
          <w:rFonts w:ascii="Garamond" w:hAnsi="Garamond" w:cs="Garamond"/>
          <w:b w:val="0"/>
          <w:i w:val="0"/>
          <w:sz w:val="24"/>
        </w:rPr>
        <w:t>“How weak?“</w:t>
      </w:r>
    </w:p>
    <w:p>
      <w:pPr>
        <w:spacing w:before="0" w:after="0"/>
        <w:ind w:firstLine="480"/>
        <w:jc w:val="left"/>
      </w:pPr>
      <w:r>
        <w:rPr>
          <w:rFonts w:ascii="Garamond" w:hAnsi="Garamond" w:cs="Garamond"/>
          <w:b w:val="0"/>
          <w:i w:val="0"/>
          <w:sz w:val="24"/>
        </w:rPr>
        <w:t>“Very. But you will recover.“ She met his eyes. “I will not take more than you can spare.“</w:t>
      </w:r>
    </w:p>
    <w:p>
      <w:pPr>
        <w:spacing w:before="0" w:after="0"/>
        <w:ind w:firstLine="480"/>
        <w:jc w:val="left"/>
      </w:pPr>
      <w:r>
        <w:rPr>
          <w:rFonts w:ascii="Garamond" w:hAnsi="Garamond" w:cs="Garamond"/>
          <w:b w:val="0"/>
          <w:i w:val="0"/>
          <w:sz w:val="24"/>
        </w:rPr>
        <w:t>He sat down beside her and held out his hand without further discussion.</w:t>
      </w:r>
    </w:p>
    <w:p>
      <w:pPr>
        <w:spacing w:before="0" w:after="0"/>
        <w:ind w:firstLine="480"/>
        <w:jc w:val="left"/>
      </w:pPr>
      <w:r>
        <w:rPr>
          <w:rFonts w:ascii="Garamond" w:hAnsi="Garamond" w:cs="Garamond"/>
          <w:b w:val="0"/>
          <w:i w:val="0"/>
          <w:sz w:val="24"/>
        </w:rPr>
        <w:t>She took it, and the link opened differently than it had before. Not words and not feelings but images. He was looking at the inside of Petra’s body, at the machinery of a living man, and his father had been right when he said a man’s insides were not so different from a sheep’s, but these were not the insides of a healthy animal. These were the insides of a man who had been hurt deliberately and efficiently, and the damage was precise and deep.</w:t>
      </w:r>
    </w:p>
    <w:p>
      <w:pPr>
        <w:spacing w:before="0" w:after="0"/>
        <w:ind w:firstLine="480"/>
        <w:jc w:val="left"/>
      </w:pPr>
      <w:r>
        <w:rPr>
          <w:rFonts w:ascii="Garamond" w:hAnsi="Garamond" w:cs="Garamond"/>
          <w:b w:val="0"/>
          <w:i w:val="0"/>
          <w:sz w:val="24"/>
        </w:rPr>
        <w:t>He felt her take something from him, not painful, more like a strong current pulling in a direction he had not known he could flow. The energy moved out of him and into the light at her palm and the first repair began. A hole near Petra’s heart, small but rhythmic, opening and closing with each beat. The light closed around it like cupped hands and when it pulled back the hole was gone. Verad felt himself lurch.</w:t>
      </w:r>
    </w:p>
    <w:p>
      <w:pPr>
        <w:spacing w:before="0" w:after="0"/>
        <w:ind w:firstLine="480"/>
        <w:jc w:val="left"/>
      </w:pPr>
      <w:r>
        <w:rPr>
          <w:rFonts w:ascii="Garamond" w:hAnsi="Garamond" w:cs="Garamond"/>
          <w:b w:val="0"/>
          <w:i w:val="0"/>
          <w:sz w:val="24"/>
        </w:rPr>
        <w:t>“Can you do another?“ she asked.</w:t>
      </w:r>
    </w:p>
    <w:p>
      <w:pPr>
        <w:spacing w:before="0" w:after="0"/>
        <w:ind w:firstLine="480"/>
        <w:jc w:val="left"/>
      </w:pPr>
      <w:r>
        <w:rPr>
          <w:rFonts w:ascii="Garamond" w:hAnsi="Garamond" w:cs="Garamond"/>
          <w:b w:val="0"/>
          <w:i w:val="0"/>
          <w:sz w:val="24"/>
        </w:rPr>
        <w:t>He nodded. He could not speak.</w:t>
      </w:r>
    </w:p>
    <w:p>
      <w:pPr>
        <w:spacing w:before="0" w:after="0"/>
        <w:ind w:firstLine="480"/>
        <w:jc w:val="left"/>
      </w:pPr>
      <w:r>
        <w:rPr>
          <w:rFonts w:ascii="Garamond" w:hAnsi="Garamond" w:cs="Garamond"/>
          <w:b w:val="0"/>
          <w:i w:val="0"/>
          <w:sz w:val="24"/>
        </w:rPr>
        <w:t>They worked through the injuries one by one, and somewhere in the middle of it Petra moved.</w:t>
      </w:r>
    </w:p>
    <w:p>
      <w:pPr>
        <w:spacing w:before="0" w:after="0"/>
        <w:ind w:firstLine="480"/>
        <w:jc w:val="left"/>
      </w:pPr>
      <w:r>
        <w:rPr>
          <w:rFonts w:ascii="Garamond" w:hAnsi="Garamond" w:cs="Garamond"/>
          <w:b w:val="0"/>
          <w:i w:val="0"/>
          <w:sz w:val="24"/>
        </w:rPr>
        <w:t>It was not much. A shift of the shoulder, the head turning, a sound that was not quite a word. Verad felt Pico register it without breaking her focus. Petra’s eyes opened partway and found the light and the faces around it and understood none of it.</w:t>
      </w:r>
    </w:p>
    <w:p>
      <w:pPr>
        <w:spacing w:before="0" w:after="0"/>
        <w:ind w:firstLine="480"/>
        <w:jc w:val="left"/>
      </w:pPr>
      <w:r>
        <w:rPr>
          <w:rFonts w:ascii="Garamond" w:hAnsi="Garamond" w:cs="Garamond"/>
          <w:b w:val="0"/>
          <w:i w:val="0"/>
          <w:sz w:val="24"/>
        </w:rPr>
        <w:t>He heard voices he could not place speaking sounds he had never heard, and his body tried to respond the only way it knew how. He reached for the sword that was not there.</w:t>
      </w:r>
    </w:p>
    <w:p>
      <w:pPr>
        <w:spacing w:before="0" w:after="0"/>
        <w:ind w:firstLine="480"/>
        <w:jc w:val="left"/>
      </w:pPr>
      <w:r>
        <w:rPr>
          <w:rFonts w:ascii="Garamond" w:hAnsi="Garamond" w:cs="Garamond"/>
          <w:b w:val="0"/>
          <w:i w:val="0"/>
          <w:sz w:val="24"/>
        </w:rPr>
        <w:t>“Easy,“ Brunow said from somewhere to his left. “Easy, Petra. We are among friends. I think.“</w:t>
      </w:r>
    </w:p>
    <w:p>
      <w:pPr>
        <w:spacing w:before="0" w:after="0"/>
        <w:ind w:firstLine="480"/>
        <w:jc w:val="left"/>
      </w:pPr>
      <w:r>
        <w:rPr>
          <w:rFonts w:ascii="Garamond" w:hAnsi="Garamond" w:cs="Garamond"/>
          <w:b w:val="0"/>
          <w:i w:val="0"/>
          <w:sz w:val="24"/>
        </w:rPr>
        <w:t>Pico did not look up from what she was doing. But she reached across with her free hand, the one not joined to Verad’s, and she did for Petra what she had done for Brunow. The small deliberate gesture. The door from the other side.</w:t>
      </w:r>
    </w:p>
    <w:p>
      <w:pPr>
        <w:spacing w:before="0" w:after="0"/>
        <w:ind w:firstLine="480"/>
        <w:jc w:val="left"/>
      </w:pPr>
      <w:r>
        <w:rPr>
          <w:rFonts w:ascii="Garamond" w:hAnsi="Garamond" w:cs="Garamond"/>
          <w:b w:val="0"/>
          <w:i w:val="0"/>
          <w:sz w:val="24"/>
        </w:rPr>
        <w:t>Verad felt it happen from inside the link. It was different from his own experience of it, which had been private and solitary. From inside the link he could see it the way you see a lamp being lit in a room -- the darkness is the same darkness, and then it is not, and something that was closed opens. Petra went still. The reaching for the sword stopped.</w:t>
      </w:r>
    </w:p>
    <w:p>
      <w:pPr>
        <w:spacing w:before="0" w:after="0"/>
        <w:ind w:firstLine="480"/>
        <w:jc w:val="left"/>
      </w:pPr>
      <w:r>
        <w:rPr>
          <w:rFonts w:ascii="Garamond" w:hAnsi="Garamond" w:cs="Garamond"/>
          <w:b w:val="0"/>
          <w:i w:val="0"/>
          <w:sz w:val="24"/>
        </w:rPr>
        <w:t>The voices resolved.</w:t>
      </w:r>
    </w:p>
    <w:p>
      <w:pPr>
        <w:spacing w:before="0" w:after="0"/>
        <w:ind w:firstLine="480"/>
        <w:jc w:val="left"/>
      </w:pPr>
      <w:r>
        <w:rPr>
          <w:rFonts w:ascii="Garamond" w:hAnsi="Garamond" w:cs="Garamond"/>
          <w:b w:val="0"/>
          <w:i w:val="0"/>
          <w:sz w:val="24"/>
        </w:rPr>
        <w:t>He did not speak. He looked at Pico working over him and at Verad beside her and at the Captain beyond them, and he lay still and let it happen, which was the most trust he had shown anyone since the island.</w:t>
      </w:r>
    </w:p>
    <w:p>
      <w:pPr>
        <w:spacing w:before="0" w:after="0"/>
        <w:ind w:firstLine="480"/>
        <w:jc w:val="left"/>
      </w:pPr>
      <w:r>
        <w:rPr>
          <w:rFonts w:ascii="Garamond" w:hAnsi="Garamond" w:cs="Garamond"/>
          <w:b w:val="0"/>
          <w:i w:val="0"/>
          <w:sz w:val="24"/>
        </w:rPr>
        <w:t>They finished the repairs in silence. When Pico finally released Verad’s hand he could not have stood without the wall behind him. He slid back and closed his eyes and felt the dark come up around him like water.</w:t>
      </w:r>
    </w:p>
    <w:p>
      <w:pPr>
        <w:spacing w:before="0" w:after="0"/>
        <w:ind w:firstLine="480"/>
        <w:jc w:val="left"/>
      </w:pPr>
      <w:r>
        <w:rPr>
          <w:rFonts w:ascii="Garamond" w:hAnsi="Garamond" w:cs="Garamond"/>
          <w:b w:val="0"/>
          <w:i w:val="0"/>
          <w:sz w:val="24"/>
        </w:rPr>
        <w:t>She was nearly as spent. She let the light fade and leaned into her brother, and the cell fell into the darkness it had held before she arrived.</w:t>
      </w:r>
    </w:p>
    <w:p>
      <w:pPr>
        <w:spacing w:before="0" w:after="0"/>
        <w:ind w:firstLine="480"/>
        <w:jc w:val="left"/>
      </w:pPr>
      <w:r>
        <w:rPr>
          <w:rFonts w:ascii="Garamond" w:hAnsi="Garamond" w:cs="Garamond"/>
          <w:b w:val="0"/>
          <w:i w:val="0"/>
          <w:sz w:val="24"/>
        </w:rPr>
        <w:t>“I have found the worst of it,“ she said. “He should rest without pain until the gathering.“ A pause. “All of you need to eat.“</w:t>
      </w:r>
    </w:p>
    <w:p>
      <w:pPr>
        <w:spacing w:before="0" w:after="0"/>
        <w:ind w:firstLine="480"/>
        <w:jc w:val="left"/>
      </w:pPr>
      <w:r>
        <w:rPr>
          <w:rFonts w:ascii="Garamond" w:hAnsi="Garamond" w:cs="Garamond"/>
          <w:b w:val="0"/>
          <w:i w:val="0"/>
          <w:sz w:val="24"/>
        </w:rPr>
        <w:t>“A light, if you can manage it,“ Brunow said. “And something to sit on that is not stone.“</w:t>
      </w:r>
    </w:p>
    <w:p>
      <w:pPr>
        <w:spacing w:before="0" w:after="0"/>
        <w:ind w:firstLine="480"/>
        <w:jc w:val="left"/>
      </w:pPr>
      <w:r>
        <w:rPr>
          <w:rFonts w:ascii="Garamond" w:hAnsi="Garamond" w:cs="Garamond"/>
          <w:b w:val="0"/>
          <w:i w:val="0"/>
          <w:sz w:val="24"/>
        </w:rPr>
        <w:t>She almost smiled. Verad heard it in the silence.</w:t>
      </w:r>
    </w:p>
    <w:p>
      <w:pPr>
        <w:spacing w:before="0" w:after="0"/>
        <w:ind w:firstLine="480"/>
        <w:jc w:val="left"/>
      </w:pPr>
      <w:r>
        <w:rPr>
          <w:rFonts w:ascii="Garamond" w:hAnsi="Garamond" w:cs="Garamond"/>
          <w:b w:val="0"/>
          <w:i w:val="0"/>
          <w:sz w:val="24"/>
        </w:rPr>
        <w:t>Kato lifted her and carried her toward the door. At the threshold he stopped.</w:t>
      </w:r>
    </w:p>
    <w:p>
      <w:pPr>
        <w:spacing w:before="0" w:after="0"/>
        <w:ind w:firstLine="480"/>
        <w:jc w:val="left"/>
      </w:pPr>
      <w:r>
        <w:rPr>
          <w:rFonts w:ascii="Garamond" w:hAnsi="Garamond" w:cs="Garamond"/>
          <w:b w:val="0"/>
          <w:i w:val="0"/>
          <w:sz w:val="24"/>
        </w:rPr>
        <w:t>“Guards.“ His voice in the dark corridor carried the absolute patience of a man who has run out of patience entirely. “Food, drink, a torch, and bedding. Now. Or explain to me personally why not.“</w:t>
      </w:r>
    </w:p>
    <w:p>
      <w:pPr>
        <w:spacing w:before="0" w:after="0"/>
        <w:ind w:firstLine="480"/>
        <w:jc w:val="left"/>
      </w:pPr>
      <w:r>
        <w:rPr>
          <w:rFonts w:ascii="Garamond" w:hAnsi="Garamond" w:cs="Garamond"/>
          <w:b w:val="0"/>
          <w:i w:val="0"/>
          <w:sz w:val="24"/>
        </w:rPr>
        <w:t>The sound of boots suggested the guards had remembered their motivation.</w:t>
      </w:r>
    </w:p>
    <w:p>
      <w:pPr>
        <w:spacing w:before="0" w:after="0"/>
        <w:ind w:firstLine="480"/>
        <w:jc w:val="left"/>
      </w:pPr>
      <w:r>
        <w:rPr>
          <w:rFonts w:ascii="Garamond" w:hAnsi="Garamond" w:cs="Garamond"/>
          <w:b w:val="0"/>
          <w:i w:val="0"/>
          <w:sz w:val="24"/>
        </w:rPr>
        <w:t>Kato carried his sister out of the underground and up through the back passages of the palace. She was nearly asleep before they reached the first landing.</w:t>
      </w:r>
    </w:p>
    <w:p>
      <w:pPr>
        <w:spacing w:before="0" w:after="0"/>
        <w:ind w:firstLine="480"/>
        <w:jc w:val="left"/>
      </w:pPr>
      <w:r>
        <w:rPr>
          <w:rFonts w:ascii="Garamond" w:hAnsi="Garamond" w:cs="Garamond"/>
          <w:b w:val="0"/>
          <w:i w:val="0"/>
          <w:sz w:val="24"/>
        </w:rPr>
        <w:t>“Why did you not use my strength?“ he asked her. “The transformation leaves me with more than I started with. You should not have spent so much of your own.“</w:t>
      </w:r>
    </w:p>
    <w:p>
      <w:pPr>
        <w:spacing w:before="0" w:after="0"/>
        <w:ind w:firstLine="480"/>
        <w:jc w:val="left"/>
      </w:pPr>
      <w:r>
        <w:rPr>
          <w:rFonts w:ascii="Garamond" w:hAnsi="Garamond" w:cs="Garamond"/>
          <w:b w:val="0"/>
          <w:i w:val="0"/>
          <w:sz w:val="24"/>
        </w:rPr>
        <w:t>She did not answer for a long time. Then, half into sleep, she said: “We needed his trust back. That was the only way I knew how to get it.“</w:t>
      </w:r>
    </w:p>
    <w:p>
      <w:pPr>
        <w:spacing w:before="0" w:after="0"/>
        <w:ind w:firstLine="480"/>
        <w:jc w:val="left"/>
      </w:pPr>
      <w:r>
        <w:rPr>
          <w:rFonts w:ascii="Garamond" w:hAnsi="Garamond" w:cs="Garamond"/>
          <w:b w:val="0"/>
          <w:i w:val="0"/>
          <w:sz w:val="24"/>
        </w:rPr>
        <w:t>Kato said nothing. He carried her the rest of the way in silence.</w:t>
      </w:r>
    </w:p>
    <w:p>
      <w:pPr>
        <w:spacing w:before="480" w:after="360"/>
        <w:ind w:firstLine="0"/>
        <w:jc w:val="center"/>
      </w:pPr>
      <w:r>
        <w:rPr>
          <w:rFonts w:ascii="Garamond" w:hAnsi="Garamond" w:cs="Garamond"/>
          <w:b/>
          <w:i w:val="0"/>
          <w:sz w:val="28"/>
        </w:rPr>
        <w:t>Chapter Twenty-Nine</w:t>
      </w:r>
    </w:p>
    <w:p>
      <w:pPr>
        <w:spacing w:before="240" w:after="240"/>
        <w:ind w:firstLine="0"/>
        <w:jc w:val="center"/>
      </w:pPr>
      <w:r>
        <w:rPr>
          <w:rFonts w:ascii="Garamond" w:hAnsi="Garamond" w:cs="Garamond"/>
          <w:b w:val="0"/>
          <w:i/>
          <w:sz w:val="24"/>
        </w:rPr>
        <w:t>The Fortress</w:t>
      </w:r>
    </w:p>
    <w:p>
      <w:pPr>
        <w:spacing w:before="0" w:after="0"/>
        <w:ind w:firstLine="480"/>
        <w:jc w:val="left"/>
      </w:pPr>
      <w:r>
        <w:rPr>
          <w:rFonts w:ascii="Garamond" w:hAnsi="Garamond" w:cs="Garamond"/>
          <w:b w:val="0"/>
          <w:i w:val="0"/>
          <w:sz w:val="24"/>
        </w:rPr>
        <w:t>The valley spread below him like a man’s work laid out for inspection, which was precisely what it was.</w:t>
      </w:r>
    </w:p>
    <w:p>
      <w:pPr>
        <w:spacing w:before="0" w:after="0"/>
        <w:ind w:firstLine="480"/>
        <w:jc w:val="left"/>
      </w:pPr>
      <w:r>
        <w:rPr>
          <w:rFonts w:ascii="Garamond" w:hAnsi="Garamond" w:cs="Garamond"/>
          <w:b w:val="0"/>
          <w:i w:val="0"/>
          <w:sz w:val="24"/>
        </w:rPr>
        <w:t>From the parapet of his fortress the terraced slopes of the ancient volcanic hillside descended in ordered steps, each one given over to vines or olives or the fruit trees that had grown here long before he arrived and would grow long after every man working them was dust. Beyond the terraces the hills gave way to the flat land of the delta, and there the grain stood golden in the late autumn light, and there the workers moved through it in lines, and there the soldiers moved through the workers in the same lines, maintaining the spacing that kept production high and theft low.</w:t>
      </w:r>
    </w:p>
    <w:p>
      <w:pPr>
        <w:spacing w:before="0" w:after="0"/>
        <w:ind w:firstLine="480"/>
        <w:jc w:val="left"/>
      </w:pPr>
      <w:r>
        <w:rPr>
          <w:rFonts w:ascii="Garamond" w:hAnsi="Garamond" w:cs="Garamond"/>
          <w:b w:val="0"/>
          <w:i w:val="0"/>
          <w:sz w:val="24"/>
        </w:rPr>
        <w:t>He did not think of it as cruelty. He thought of it as management. The workers ate. They were housed. They were protected from the kind of violence that had characterized this land before he arrived five hundred years ago, when competing lords had burned each other’s harvests and the people caught between them had starved in the ruins. He had ended that. He had unified what the old world called the seven families into a single functioning state, with a single army, a single chain of command, and a single purpose. Order. Which was, after all, what he had been made for.</w:t>
      </w:r>
    </w:p>
    <w:p>
      <w:pPr>
        <w:spacing w:before="0" w:after="0"/>
        <w:ind w:firstLine="480"/>
        <w:jc w:val="left"/>
      </w:pPr>
      <w:r>
        <w:rPr>
          <w:rFonts w:ascii="Garamond" w:hAnsi="Garamond" w:cs="Garamond"/>
          <w:b w:val="0"/>
          <w:i w:val="0"/>
          <w:sz w:val="24"/>
        </w:rPr>
        <w:t>The Order. He still used the word without irony, though he was aware the hierarchy would not.</w:t>
      </w:r>
    </w:p>
    <w:p>
      <w:pPr>
        <w:spacing w:before="0" w:after="0"/>
        <w:ind w:firstLine="480"/>
        <w:jc w:val="left"/>
      </w:pPr>
      <w:r>
        <w:rPr>
          <w:rFonts w:ascii="Garamond" w:hAnsi="Garamond" w:cs="Garamond"/>
          <w:b w:val="0"/>
          <w:i w:val="0"/>
          <w:sz w:val="24"/>
        </w:rPr>
        <w:t>He had been a member of the Order since before the Secondborn drew their first breath on Estos. He had been present at the Bowl of Shalamar when Hessa stopped Gargalo, had watched the first Dragon Star blaze in her hands, had helped build the prison that kept the dragons from reclaiming the world they had nearly burned to nothing. He had done all of this faithfully and without recognition, because recognition was not the point. The Balance was the point. The survival of the Creator’s plan was the point.</w:t>
      </w:r>
    </w:p>
    <w:p>
      <w:pPr>
        <w:spacing w:before="0" w:after="0"/>
        <w:ind w:firstLine="480"/>
        <w:jc w:val="left"/>
      </w:pPr>
      <w:r>
        <w:rPr>
          <w:rFonts w:ascii="Garamond" w:hAnsi="Garamond" w:cs="Garamond"/>
          <w:b w:val="0"/>
          <w:i w:val="0"/>
          <w:sz w:val="24"/>
        </w:rPr>
        <w:t>And then Hessa had lost herself.</w:t>
      </w:r>
    </w:p>
    <w:p>
      <w:pPr>
        <w:spacing w:before="0" w:after="0"/>
        <w:ind w:firstLine="480"/>
        <w:jc w:val="left"/>
      </w:pPr>
      <w:r>
        <w:rPr>
          <w:rFonts w:ascii="Garamond" w:hAnsi="Garamond" w:cs="Garamond"/>
          <w:b w:val="0"/>
          <w:i w:val="0"/>
          <w:sz w:val="24"/>
        </w:rPr>
        <w:t>He and Palanthor had watched it happen over centuries, had discussed it in private, had tried to reach her and been met with a certainty that had curdled somewhere along the way from conviction into obsession. Her methods had grown extreme. Her judgments had grown personal. She had stopped being a guardian of the Balance and had become something the Order had no word for, a sister who believed so completely in her own rightness that she had placed herself above the laws they all served. He and Palanthor had done what was necessary. They had used the Order’s own laws to remove her. It was the hardest thing he had done in five centuries, and he had done it cleanly and without apology, because it was right.</w:t>
      </w:r>
    </w:p>
    <w:p>
      <w:pPr>
        <w:spacing w:before="0" w:after="0"/>
        <w:ind w:firstLine="480"/>
        <w:jc w:val="left"/>
      </w:pPr>
      <w:r>
        <w:rPr>
          <w:rFonts w:ascii="Garamond" w:hAnsi="Garamond" w:cs="Garamond"/>
          <w:b w:val="0"/>
          <w:i w:val="0"/>
          <w:sz w:val="24"/>
        </w:rPr>
        <w:t>That was the last time he had been certain he was right.</w:t>
      </w:r>
    </w:p>
    <w:p>
      <w:pPr>
        <w:spacing w:before="0" w:after="0"/>
        <w:ind w:firstLine="480"/>
        <w:jc w:val="left"/>
      </w:pPr>
      <w:r>
        <w:rPr>
          <w:rFonts w:ascii="Garamond" w:hAnsi="Garamond" w:cs="Garamond"/>
          <w:b w:val="0"/>
          <w:i w:val="0"/>
          <w:sz w:val="24"/>
        </w:rPr>
        <w:t>He turned from the valley and looked at the training grounds below the parapet. His creations moved through their exercises in the morning light, fearsome and disciplined, each one the product of years of careful work. The linking ceremony had taken him two hundred years to perfect. The joining of a human child and an animal at the moment of the child’s naming, before the identity was fully formed, before the boundary between self and other had hardened into the wall it became in every adult. Done correctly, the result was not a man with a mount. It was something new. The cunning of a mind shaped by human language and human ambition, carried by the speed and strength and sensory range of a creature that had never known fear of the dark. They were his answer to the question the Order had always refused to ask: what if the caretakers of the Balance were simply stronger than anything that threatened it?</w:t>
      </w:r>
    </w:p>
    <w:p>
      <w:pPr>
        <w:spacing w:before="0" w:after="0"/>
        <w:ind w:firstLine="480"/>
        <w:jc w:val="left"/>
      </w:pPr>
      <w:r>
        <w:rPr>
          <w:rFonts w:ascii="Garamond" w:hAnsi="Garamond" w:cs="Garamond"/>
          <w:b w:val="0"/>
          <w:i w:val="0"/>
          <w:sz w:val="24"/>
        </w:rPr>
        <w:t>The hierarchy called his experiments unsanctioned. He called them necessary.</w:t>
      </w:r>
    </w:p>
    <w:p>
      <w:pPr>
        <w:spacing w:before="0" w:after="0"/>
        <w:ind w:firstLine="480"/>
        <w:jc w:val="left"/>
      </w:pPr>
      <w:r>
        <w:rPr>
          <w:rFonts w:ascii="Garamond" w:hAnsi="Garamond" w:cs="Garamond"/>
          <w:b w:val="0"/>
          <w:i w:val="0"/>
          <w:sz w:val="24"/>
        </w:rPr>
        <w:t>He had felt the birth seventeen months ago, before his spies confirmed it. A ripple in the Balance he had learned to read the way old sailors read weather, a particular quality in the air that meant something large was changing. The Prince of Sartious. Palanthor’s last descendant. He had moved his players before the naming ceremony was announced, knowing Hessa would move hers. And Hessa, to his surprise, had moved with him. She had taken the Prince from the ceremony and brought the boy to him, a gift wrapped in the language of shared purpose. She wanted the child dead. She wanted Palanthor’s line ended and his magic withdrawn from the world, and she trusted Kakollian’s hatred of his brother’s choice to accomplish what she could not do herself.</w:t>
      </w:r>
    </w:p>
    <w:p>
      <w:pPr>
        <w:spacing w:before="0" w:after="0"/>
        <w:ind w:firstLine="480"/>
        <w:jc w:val="left"/>
      </w:pPr>
      <w:r>
        <w:rPr>
          <w:rFonts w:ascii="Garamond" w:hAnsi="Garamond" w:cs="Garamond"/>
          <w:b w:val="0"/>
          <w:i w:val="0"/>
          <w:sz w:val="24"/>
        </w:rPr>
        <w:t>What he had not anticipated was the power surge.</w:t>
      </w:r>
    </w:p>
    <w:p>
      <w:pPr>
        <w:spacing w:before="0" w:after="0"/>
        <w:ind w:firstLine="480"/>
        <w:jc w:val="left"/>
      </w:pPr>
      <w:r>
        <w:rPr>
          <w:rFonts w:ascii="Garamond" w:hAnsi="Garamond" w:cs="Garamond"/>
          <w:b w:val="0"/>
          <w:i w:val="0"/>
          <w:sz w:val="24"/>
        </w:rPr>
        <w:t>He had performed the linking ceremony thousands of times. He knew its shape the way a craftsman knows the weight of a familiar tool. But when he joined the Prince with the wolf cub, something had happened that had no precedent in all his centuries of practice. The air shimmered. The torches went out. A wind that was not wind moved through the fortress in a single wave, and his troops in the courtyard below reported a shimmer of color in the sky, moving outward from the fortress in every direction, fading as it went. When it passed, every linked pair in the training grounds had gone still and turned toward the interior of the fortress, toward the room where the ceremony had just been performed, as though they had all heard the same sound at the same moment.</w:t>
      </w:r>
    </w:p>
    <w:p>
      <w:pPr>
        <w:spacing w:before="0" w:after="0"/>
        <w:ind w:firstLine="480"/>
        <w:jc w:val="left"/>
      </w:pPr>
      <w:r>
        <w:rPr>
          <w:rFonts w:ascii="Garamond" w:hAnsi="Garamond" w:cs="Garamond"/>
          <w:b w:val="0"/>
          <w:i w:val="0"/>
          <w:sz w:val="24"/>
        </w:rPr>
        <w:t>He had stood in that room for a long time afterward, looking at the child and the wolf cub sleeping together in the way that linked pairs slept, the wolf’s body curved around the infant as though it had been doing this since before it was born. He had not been certain what he was looking at.</w:t>
      </w:r>
    </w:p>
    <w:p>
      <w:pPr>
        <w:spacing w:before="0" w:after="0"/>
        <w:ind w:firstLine="480"/>
        <w:jc w:val="left"/>
      </w:pPr>
      <w:r>
        <w:rPr>
          <w:rFonts w:ascii="Garamond" w:hAnsi="Garamond" w:cs="Garamond"/>
          <w:b w:val="0"/>
          <w:i w:val="0"/>
          <w:sz w:val="24"/>
        </w:rPr>
        <w:t>He was more certain now. The flowing tempest Halaar spoke of. The power that moved over the world at the moment of the joining, the sign that this particular pairing was not his work alone but something older and larger that his work had, perhaps by design, perhaps by the Creator’s ironic sense of timing, brought into being. The Prince was the piece that completed the picture. Not just his picture. The prophecy’s picture.</w:t>
      </w:r>
    </w:p>
    <w:p>
      <w:pPr>
        <w:spacing w:before="0" w:after="0"/>
        <w:ind w:firstLine="480"/>
        <w:jc w:val="left"/>
      </w:pPr>
      <w:r>
        <w:rPr>
          <w:rFonts w:ascii="Garamond" w:hAnsi="Garamond" w:cs="Garamond"/>
          <w:b w:val="0"/>
          <w:i w:val="0"/>
          <w:sz w:val="24"/>
        </w:rPr>
        <w:t>He did not believe in the prophecy. He had read it, had studied it with the same rigorous attention he gave to every fragment of the old records, and he had reached the same conclusion about it that he had reached about most prophecy: it was a framework that fit whatever you needed it to fit, a mirror that showed you what you were already looking for. Hessa believed in it absolutely. That was half her problem.</w:t>
      </w:r>
    </w:p>
    <w:p>
      <w:pPr>
        <w:spacing w:before="0" w:after="0"/>
        <w:ind w:firstLine="480"/>
        <w:jc w:val="left"/>
      </w:pPr>
      <w:r>
        <w:rPr>
          <w:rFonts w:ascii="Garamond" w:hAnsi="Garamond" w:cs="Garamond"/>
          <w:b w:val="0"/>
          <w:i w:val="0"/>
          <w:sz w:val="24"/>
        </w:rPr>
        <w:t>And yet.</w:t>
      </w:r>
    </w:p>
    <w:p>
      <w:pPr>
        <w:spacing w:before="0" w:after="0"/>
        <w:ind w:firstLine="480"/>
        <w:jc w:val="left"/>
      </w:pPr>
      <w:r>
        <w:rPr>
          <w:rFonts w:ascii="Garamond" w:hAnsi="Garamond" w:cs="Garamond"/>
          <w:b w:val="0"/>
          <w:i w:val="0"/>
          <w:sz w:val="24"/>
        </w:rPr>
        <w:t>The shimmer had moved outward from the ceremony in every direction. His spies in the east had reported a strange light over the sea seventeen months ago, the night of the naming ceremony, a light that had no source they could identify. His contacts in the south confirmed a power wave felt as far as the Dammsgarr Delta. Whatever had happened in that room when he joined the Prince with the wolf, it had not stayed in that room.</w:t>
      </w:r>
    </w:p>
    <w:p>
      <w:pPr>
        <w:spacing w:before="0" w:after="0"/>
        <w:ind w:firstLine="480"/>
        <w:jc w:val="left"/>
      </w:pPr>
      <w:r>
        <w:rPr>
          <w:rFonts w:ascii="Garamond" w:hAnsi="Garamond" w:cs="Garamond"/>
          <w:b w:val="0"/>
          <w:i w:val="0"/>
          <w:sz w:val="24"/>
        </w:rPr>
        <w:t>He told himself it did not change anything. The plan was sound. The Prince, whom he had renamed Jeran and claimed as his son, was being raised in his household by a staff of servants under his direct supervision. The wolf, now a yearling, had not rejected its human, which had been the primary risk of the first year. They had passed through the dangerous phase. They were becoming what he had designed them to become. By the time the boy was old enough to lead, he would lead the most formidable force this world had seen since the dragons burned it the first time.</w:t>
      </w:r>
    </w:p>
    <w:p>
      <w:pPr>
        <w:spacing w:before="0" w:after="0"/>
        <w:ind w:firstLine="480"/>
        <w:jc w:val="left"/>
      </w:pPr>
      <w:r>
        <w:rPr>
          <w:rFonts w:ascii="Garamond" w:hAnsi="Garamond" w:cs="Garamond"/>
          <w:b w:val="0"/>
          <w:i w:val="0"/>
          <w:sz w:val="24"/>
        </w:rPr>
        <w:t>He would bring the Confederacy of the Seven to its knees. He would return to Sartious and do what Palanthor had chosen not to do. His brother had walked away from their shared purpose to become a mortal king, to love a woman and die beside her and leave his children to forget what he had been. Kakollian had honored that choice. He had grieved it. He had spent five hundred years carrying both of their portions of the work because Palanthor had laid his portion down, and he had done it without complaint because that was what loyalty meant.</w:t>
      </w:r>
    </w:p>
    <w:p>
      <w:pPr>
        <w:spacing w:before="0" w:after="0"/>
        <w:ind w:firstLine="480"/>
        <w:jc w:val="left"/>
      </w:pPr>
      <w:r>
        <w:rPr>
          <w:rFonts w:ascii="Garamond" w:hAnsi="Garamond" w:cs="Garamond"/>
          <w:b w:val="0"/>
          <w:i w:val="0"/>
          <w:sz w:val="24"/>
        </w:rPr>
        <w:t>Now he would finish it. Not for himself. For the Balance. For what they had both been made to protect.</w:t>
      </w:r>
    </w:p>
    <w:p>
      <w:pPr>
        <w:spacing w:before="0" w:after="0"/>
        <w:ind w:firstLine="480"/>
        <w:jc w:val="left"/>
      </w:pPr>
      <w:r>
        <w:rPr>
          <w:rFonts w:ascii="Garamond" w:hAnsi="Garamond" w:cs="Garamond"/>
          <w:b w:val="0"/>
          <w:i w:val="0"/>
          <w:sz w:val="24"/>
        </w:rPr>
        <w:t>He told himself this on the parapet in the morning light, looking out over the ordered valley, and he believed it the way a man believes a thing he has told himself for long enough that the difference between belief and repetition has become too small to measure.</w:t>
      </w:r>
    </w:p>
    <w:p>
      <w:pPr>
        <w:spacing w:before="0" w:after="0"/>
        <w:ind w:firstLine="480"/>
        <w:jc w:val="left"/>
      </w:pPr>
      <w:r>
        <w:rPr>
          <w:rFonts w:ascii="Garamond" w:hAnsi="Garamond" w:cs="Garamond"/>
          <w:b w:val="0"/>
          <w:i w:val="0"/>
          <w:sz w:val="24"/>
        </w:rPr>
        <w:t>Below him in the training grounds his creations moved through their exercises and the soldiers moved through the workers in the fields and somewhere in the interior of the fortress a wolf yearling slept curled around a child who knew his name was Jeran and nothing else.</w:t>
      </w:r>
    </w:p>
    <w:p>
      <w:pPr>
        <w:spacing w:before="0" w:after="0"/>
        <w:ind w:firstLine="480"/>
        <w:jc w:val="left"/>
      </w:pPr>
      <w:r>
        <w:rPr>
          <w:rFonts w:ascii="Garamond" w:hAnsi="Garamond" w:cs="Garamond"/>
          <w:b w:val="0"/>
          <w:i w:val="0"/>
          <w:sz w:val="24"/>
        </w:rPr>
        <w:t>The valley was peaceful. The work was proceeding. Everything was under control.</w:t>
      </w:r>
    </w:p>
    <w:p>
      <w:pPr>
        <w:spacing w:before="0" w:after="0"/>
        <w:ind w:firstLine="480"/>
        <w:jc w:val="left"/>
      </w:pPr>
      <w:r>
        <w:rPr>
          <w:rFonts w:ascii="Garamond" w:hAnsi="Garamond" w:cs="Garamond"/>
          <w:b w:val="0"/>
          <w:i w:val="0"/>
          <w:sz w:val="24"/>
        </w:rPr>
        <w:t>He turned from the parapet and started down the ramp toward the training grounds, and the thought that had been sitting at the edge of his attention all morning, the one he had been managing carefully, surfaced again.</w:t>
      </w:r>
    </w:p>
    <w:p>
      <w:pPr>
        <w:spacing w:before="0" w:after="0"/>
        <w:ind w:firstLine="480"/>
        <w:jc w:val="left"/>
      </w:pPr>
      <w:r>
        <w:rPr>
          <w:rFonts w:ascii="Garamond" w:hAnsi="Garamond" w:cs="Garamond"/>
          <w:b w:val="0"/>
          <w:i w:val="0"/>
          <w:sz w:val="24"/>
        </w:rPr>
        <w:t>The power wave had not stayed in this fortress. His spies confirmed it traveled outward for hundreds of miles in every direction. Which meant Hessa had felt it. She had been a member of the Order since the beginning and she understood the mechanics of Palanthor’s magic better than almost anyone alive. She would read the signature and know the boy had not died. She would know the line had not ended. She would know her plan had failed and why.</w:t>
      </w:r>
    </w:p>
    <w:p>
      <w:pPr>
        <w:spacing w:before="0" w:after="0"/>
        <w:ind w:firstLine="480"/>
        <w:jc w:val="left"/>
      </w:pPr>
      <w:r>
        <w:rPr>
          <w:rFonts w:ascii="Garamond" w:hAnsi="Garamond" w:cs="Garamond"/>
          <w:b w:val="0"/>
          <w:i w:val="0"/>
          <w:sz w:val="24"/>
        </w:rPr>
        <w:t>Hessa believed the prophecy would raise her back to prominence. She had always been a true believer, which was both her greatest strength and the flaw that made her predictable. She was playing the prophecy the way a lesser mind plays a known game, following its lines, positioning herself at its resolution, certain that if she placed the right pieces correctly she would be the one standing when it ended.</w:t>
      </w:r>
    </w:p>
    <w:p>
      <w:pPr>
        <w:spacing w:before="0" w:after="0"/>
        <w:ind w:firstLine="480"/>
        <w:jc w:val="left"/>
      </w:pPr>
      <w:r>
        <w:rPr>
          <w:rFonts w:ascii="Garamond" w:hAnsi="Garamond" w:cs="Garamond"/>
          <w:b w:val="0"/>
          <w:i w:val="0"/>
          <w:sz w:val="24"/>
        </w:rPr>
        <w:t>Let her play it. Let her move the pieces and spend her power and spend herself. He had been watching her plan for five hundred years and he understood it better than she did. The prophecy needed the barrier down. She needed the Prince dead to bring the barrier down. She did not have the Prince and she did not know where he was. By the time she understood what had happened in this room seventeen months ago, the pieces would already be in positions she had not accounted for.</w:t>
      </w:r>
    </w:p>
    <w:p>
      <w:pPr>
        <w:spacing w:before="0" w:after="0"/>
        <w:ind w:firstLine="480"/>
        <w:jc w:val="left"/>
      </w:pPr>
      <w:r>
        <w:rPr>
          <w:rFonts w:ascii="Garamond" w:hAnsi="Garamond" w:cs="Garamond"/>
          <w:b w:val="0"/>
          <w:i w:val="0"/>
          <w:sz w:val="24"/>
        </w:rPr>
        <w:t>He had Jeran. He had Palanthor’s magic redirected and growing inside a boy who would one day lead the most formidable force this world had seen since the First Age. He had five hundred years of preparation and a patience that had outlasted kingdoms. Hessa was playing to win the prophecy.</w:t>
      </w:r>
    </w:p>
    <w:p>
      <w:pPr>
        <w:spacing w:before="0" w:after="0"/>
        <w:ind w:firstLine="480"/>
        <w:jc w:val="left"/>
      </w:pPr>
      <w:r>
        <w:rPr>
          <w:rFonts w:ascii="Garamond" w:hAnsi="Garamond" w:cs="Garamond"/>
          <w:b w:val="0"/>
          <w:i w:val="0"/>
          <w:sz w:val="24"/>
        </w:rPr>
        <w:t>He was playing to make the prophecy irrelevant.</w:t>
      </w:r>
    </w:p>
    <w:p>
      <w:pPr>
        <w:spacing w:before="0" w:after="0"/>
        <w:ind w:firstLine="480"/>
        <w:jc w:val="left"/>
      </w:pPr>
      <w:r>
        <w:rPr>
          <w:rFonts w:ascii="Garamond" w:hAnsi="Garamond" w:cs="Garamond"/>
          <w:b w:val="0"/>
          <w:i w:val="0"/>
          <w:sz w:val="24"/>
        </w:rPr>
        <w:t>He walked down the ramp and into the training grounds and did not let himself finish the thought. There would be time for that. There was always time. He had been alive since the world was young, and patience was the one virtue he had never had to practice.</w:t>
      </w:r>
    </w:p>
    <w:p>
      <w:pPr>
        <w:spacing w:before="0" w:after="0"/>
        <w:ind w:firstLine="480"/>
        <w:jc w:val="left"/>
      </w:pPr>
      <w:r>
        <w:rPr>
          <w:rFonts w:ascii="Garamond" w:hAnsi="Garamond" w:cs="Garamond"/>
          <w:b w:val="0"/>
          <w:i w:val="0"/>
          <w:sz w:val="24"/>
        </w:rPr>
        <w:t>It had simply always been there.</w:t>
      </w:r>
    </w:p>
    <w:p>
      <w:pPr>
        <w:spacing w:before="0" w:after="0"/>
        <w:ind w:firstLine="480"/>
        <w:jc w:val="left"/>
      </w:pPr>
      <w:r>
        <w:rPr>
          <w:rFonts w:ascii="Garamond" w:hAnsi="Garamond" w:cs="Garamond"/>
          <w:b w:val="0"/>
          <w:i w:val="0"/>
          <w:sz w:val="24"/>
        </w:rPr>
        <w:t>He was not sure when that had stopped feeling like a gift.</w:t>
      </w:r>
    </w:p>
    <w:p>
      <w:pPr>
        <w:spacing w:before="0" w:after="0"/>
        <w:ind w:firstLine="480"/>
        <w:jc w:val="left"/>
      </w:pPr>
      <w:r>
        <w:rPr>
          <w:rFonts w:ascii="Garamond" w:hAnsi="Garamond" w:cs="Garamond"/>
          <w:b w:val="0"/>
          <w:i w:val="0"/>
          <w:sz w:val="24"/>
        </w:rPr>
        <w:t>He was not sure when that had stopped feeling like a gift.</w:t>
      </w:r>
    </w:p>
    <w:p>
      <w:pPr>
        <w:spacing w:before="480" w:after="360"/>
        <w:ind w:firstLine="0"/>
        <w:jc w:val="center"/>
      </w:pPr>
      <w:r>
        <w:rPr>
          <w:rFonts w:ascii="Garamond" w:hAnsi="Garamond" w:cs="Garamond"/>
          <w:b/>
          <w:i w:val="0"/>
          <w:sz w:val="28"/>
        </w:rPr>
        <w:t>Chapter Thirty</w:t>
      </w:r>
    </w:p>
    <w:p>
      <w:pPr>
        <w:spacing w:before="0" w:after="0"/>
        <w:ind w:firstLine="480"/>
        <w:jc w:val="left"/>
      </w:pPr>
      <w:r>
        <w:rPr>
          <w:rFonts w:ascii="Garamond" w:hAnsi="Garamond" w:cs="Garamond"/>
          <w:b w:val="0"/>
          <w:i w:val="0"/>
          <w:sz w:val="24"/>
        </w:rPr>
        <w:t>She was with him in the dark.</w:t>
      </w:r>
    </w:p>
    <w:p>
      <w:pPr>
        <w:spacing w:before="0" w:after="0"/>
        <w:ind w:firstLine="480"/>
        <w:jc w:val="left"/>
      </w:pPr>
      <w:r>
        <w:rPr>
          <w:rFonts w:ascii="Garamond" w:hAnsi="Garamond" w:cs="Garamond"/>
          <w:b w:val="0"/>
          <w:i w:val="0"/>
          <w:sz w:val="24"/>
        </w:rPr>
        <w:t>Her thoughts reached him without sound, arriving in his chest the way warmth arrives, the way you know a fire is near before you see it. She loved him. He understood that the way you understand things in dreams, completely and without question, and the understanding was its own kind of pain. He could see her eyes in the hollow black of the cave, two points of light that held him still, and he moved toward them and found only the rough cold of stone beneath his hands. She stayed just beyond reach. Not cruel. Not teasing. Simply elsewhere, as though the space between them was not distance but difference, something neither of them had made and neither of them could close.</w:t>
      </w:r>
    </w:p>
    <w:p>
      <w:pPr>
        <w:spacing w:before="0" w:after="0"/>
        <w:ind w:firstLine="480"/>
        <w:jc w:val="left"/>
      </w:pPr>
      <w:r>
        <w:rPr>
          <w:rFonts w:ascii="Garamond" w:hAnsi="Garamond" w:cs="Garamond"/>
          <w:b w:val="0"/>
          <w:i w:val="0"/>
          <w:sz w:val="24"/>
        </w:rPr>
        <w:t>She was calling to him. He could hear it without hearing it, feel her voice against his ribs from the inside. He reached again and touched nothing. The truth arrived the way truths arrive in dreams, without argument, without mercy. They were too different. She belonged to a different time, and he to a different God, and the dark between them was not a cave wall. It was everything.</w:t>
      </w:r>
    </w:p>
    <w:p>
      <w:pPr>
        <w:spacing w:before="0" w:after="0"/>
        <w:ind w:firstLine="480"/>
        <w:jc w:val="left"/>
      </w:pPr>
      <w:r>
        <w:rPr>
          <w:rFonts w:ascii="Garamond" w:hAnsi="Garamond" w:cs="Garamond"/>
          <w:b w:val="0"/>
          <w:i w:val="0"/>
          <w:sz w:val="24"/>
        </w:rPr>
        <w:t>Verad opened his eyes.</w:t>
      </w:r>
    </w:p>
    <w:p>
      <w:pPr>
        <w:spacing w:before="0" w:after="0"/>
        <w:ind w:firstLine="480"/>
        <w:jc w:val="left"/>
      </w:pPr>
      <w:r>
        <w:rPr>
          <w:rFonts w:ascii="Garamond" w:hAnsi="Garamond" w:cs="Garamond"/>
          <w:b w:val="0"/>
          <w:i w:val="0"/>
          <w:sz w:val="24"/>
        </w:rPr>
        <w:t>Petra’s face hovered inches from his own, close enough that Verad could see the torchlight moving in the man’s eyes. His first waking thought was that he had done something wrong. Petra’s expression was the kind that, in Verad’s experience, preceded a reprimand. Pale skin, tight jaw, something between anger and worry working in the lines around his mouth.</w:t>
      </w:r>
    </w:p>
    <w:p>
      <w:pPr>
        <w:spacing w:before="0" w:after="0"/>
        <w:ind w:firstLine="480"/>
        <w:jc w:val="left"/>
      </w:pPr>
      <w:r>
        <w:rPr>
          <w:rFonts w:ascii="Garamond" w:hAnsi="Garamond" w:cs="Garamond"/>
          <w:b w:val="0"/>
          <w:i w:val="0"/>
          <w:sz w:val="24"/>
        </w:rPr>
        <w:t>Then the warrior smiled, and the whole architecture of the face changed.</w:t>
      </w:r>
    </w:p>
    <w:p>
      <w:pPr>
        <w:spacing w:before="0" w:after="0"/>
        <w:ind w:firstLine="480"/>
        <w:jc w:val="left"/>
      </w:pPr>
      <w:r>
        <w:rPr>
          <w:rFonts w:ascii="Garamond" w:hAnsi="Garamond" w:cs="Garamond"/>
          <w:b w:val="0"/>
          <w:i w:val="0"/>
          <w:sz w:val="24"/>
        </w:rPr>
        <w:t>“Captain. He is awake.” Petra said it over his shoulder, then turned back and laid his large hand along Verad’s forehead, smoothing the curls out of his eyes with a gentleness that seemed to surprise them both. “Boy. It is very good to see you awake.”</w:t>
      </w:r>
    </w:p>
    <w:p>
      <w:pPr>
        <w:spacing w:before="0" w:after="0"/>
        <w:ind w:firstLine="480"/>
        <w:jc w:val="left"/>
      </w:pPr>
      <w:r>
        <w:rPr>
          <w:rFonts w:ascii="Garamond" w:hAnsi="Garamond" w:cs="Garamond"/>
          <w:b w:val="0"/>
          <w:i w:val="0"/>
          <w:sz w:val="24"/>
        </w:rPr>
        <w:t>Verad pushed himself to his elbows. The room tilted. He waited for it to stop.</w:t>
      </w:r>
    </w:p>
    <w:p>
      <w:pPr>
        <w:spacing w:before="0" w:after="0"/>
        <w:ind w:firstLine="480"/>
        <w:jc w:val="left"/>
      </w:pPr>
      <w:r>
        <w:rPr>
          <w:rFonts w:ascii="Garamond" w:hAnsi="Garamond" w:cs="Garamond"/>
          <w:b w:val="0"/>
          <w:i w:val="0"/>
          <w:sz w:val="24"/>
        </w:rPr>
        <w:t>“How long was I asleep?”</w:t>
      </w:r>
    </w:p>
    <w:p>
      <w:pPr>
        <w:spacing w:before="0" w:after="0"/>
        <w:ind w:firstLine="480"/>
        <w:jc w:val="left"/>
      </w:pPr>
      <w:r>
        <w:rPr>
          <w:rFonts w:ascii="Garamond" w:hAnsi="Garamond" w:cs="Garamond"/>
          <w:b w:val="0"/>
          <w:i w:val="0"/>
          <w:sz w:val="24"/>
        </w:rPr>
        <w:t>“Nearly a full day.” Petra got an arm behind him and helped him up to sitting. “Your friends have looked in on you twice. They seemed genuinely concerned.” He raised his voice toward the door. “Food, Captain.”</w:t>
      </w:r>
    </w:p>
    <w:p>
      <w:pPr>
        <w:spacing w:before="0" w:after="0"/>
        <w:ind w:firstLine="480"/>
        <w:jc w:val="left"/>
      </w:pPr>
      <w:r>
        <w:rPr>
          <w:rFonts w:ascii="Garamond" w:hAnsi="Garamond" w:cs="Garamond"/>
          <w:b w:val="0"/>
          <w:i w:val="0"/>
          <w:sz w:val="24"/>
        </w:rPr>
        <w:t>Brunow appeared with a plate stacked beyond reason. Cooked meats, two kinds of cheese, sliced fruit he didn’t recognize, dark bread, and something leafy and green that he had no name for. The smell of it hit Verad’s empty stomach like a fist.</w:t>
      </w:r>
    </w:p>
    <w:p>
      <w:pPr>
        <w:spacing w:before="0" w:after="0"/>
        <w:ind w:firstLine="480"/>
        <w:jc w:val="left"/>
      </w:pPr>
      <w:r>
        <w:rPr>
          <w:rFonts w:ascii="Garamond" w:hAnsi="Garamond" w:cs="Garamond"/>
          <w:b w:val="0"/>
          <w:i w:val="0"/>
          <w:sz w:val="24"/>
        </w:rPr>
        <w:t>“Princess Piancio was worried she had taken too much from you,” Brunow said, settling beside him and lifting a piece of cheese toward his mouth. Verad tried to reach for the plate himself and found he lacked the strength to raise his arms. “I will do the feeding. You do the eating.”</w:t>
      </w:r>
    </w:p>
    <w:p>
      <w:pPr>
        <w:spacing w:before="0" w:after="0"/>
        <w:ind w:firstLine="480"/>
        <w:jc w:val="left"/>
      </w:pPr>
      <w:r>
        <w:rPr>
          <w:rFonts w:ascii="Garamond" w:hAnsi="Garamond" w:cs="Garamond"/>
          <w:b w:val="0"/>
          <w:i w:val="0"/>
          <w:sz w:val="24"/>
        </w:rPr>
        <w:t>“She sent this herself,” Petra said. “Said you were to finish every bite, and that we were to see to it personally. She was quite clear on that last part.”</w:t>
      </w:r>
    </w:p>
    <w:p>
      <w:pPr>
        <w:spacing w:before="0" w:after="0"/>
        <w:ind w:firstLine="480"/>
        <w:jc w:val="left"/>
      </w:pPr>
      <w:r>
        <w:rPr>
          <w:rFonts w:ascii="Garamond" w:hAnsi="Garamond" w:cs="Garamond"/>
          <w:b w:val="0"/>
          <w:i w:val="0"/>
          <w:sz w:val="24"/>
        </w:rPr>
        <w:t>Verad chewed and swallowed. “Princess?”</w:t>
      </w:r>
    </w:p>
    <w:p>
      <w:pPr>
        <w:spacing w:before="0" w:after="0"/>
        <w:ind w:firstLine="480"/>
        <w:jc w:val="left"/>
      </w:pPr>
      <w:r>
        <w:rPr>
          <w:rFonts w:ascii="Garamond" w:hAnsi="Garamond" w:cs="Garamond"/>
          <w:b w:val="0"/>
          <w:i w:val="0"/>
          <w:sz w:val="24"/>
        </w:rPr>
        <w:t>“So it seems,” Brunow said, raising a cup of milk to his lips. Verad got through half of it before the Captain pulled it back. “Slowly. Four days since you’ve kept anything down.”</w:t>
      </w:r>
    </w:p>
    <w:p>
      <w:pPr>
        <w:spacing w:before="0" w:after="0"/>
        <w:ind w:firstLine="480"/>
        <w:jc w:val="left"/>
      </w:pPr>
      <w:r>
        <w:rPr>
          <w:rFonts w:ascii="Garamond" w:hAnsi="Garamond" w:cs="Garamond"/>
          <w:b w:val="0"/>
          <w:i w:val="0"/>
          <w:sz w:val="24"/>
        </w:rPr>
        <w:t>As if to confirm this, Verad’s stomach returned the milk and the cheese together. Petra caught it in a cloth napkin without comment and wiped the corners of Verad’s mouth with the same practiced patience he might have used on a much younger child.</w:t>
      </w:r>
    </w:p>
    <w:p>
      <w:pPr>
        <w:spacing w:before="0" w:after="0"/>
        <w:ind w:firstLine="480"/>
        <w:jc w:val="left"/>
      </w:pPr>
      <w:r>
        <w:rPr>
          <w:rFonts w:ascii="Garamond" w:hAnsi="Garamond" w:cs="Garamond"/>
          <w:b w:val="0"/>
          <w:i w:val="0"/>
          <w:sz w:val="24"/>
        </w:rPr>
        <w:t>“The same thing happened to me when I started eating again,” Petra said, turning Verad’s head back toward the offered food. “It passes.” He was quiet for a moment, something working behind his eyes. “When I think of what you did for me. On an empty stomach, no less.” He stopped. He did not finish the sentence. He did not need to.</w:t>
      </w:r>
    </w:p>
    <w:p>
      <w:pPr>
        <w:spacing w:before="0" w:after="0"/>
        <w:ind w:firstLine="480"/>
        <w:jc w:val="left"/>
      </w:pPr>
      <w:r>
        <w:rPr>
          <w:rFonts w:ascii="Garamond" w:hAnsi="Garamond" w:cs="Garamond"/>
          <w:b w:val="0"/>
          <w:i w:val="0"/>
          <w:sz w:val="24"/>
        </w:rPr>
        <w:t>“How are you, sir?” Verad asked.</w:t>
      </w:r>
    </w:p>
    <w:p>
      <w:pPr>
        <w:spacing w:before="0" w:after="0"/>
        <w:ind w:firstLine="480"/>
        <w:jc w:val="left"/>
      </w:pPr>
      <w:r>
        <w:rPr>
          <w:rFonts w:ascii="Garamond" w:hAnsi="Garamond" w:cs="Garamond"/>
          <w:b w:val="0"/>
          <w:i w:val="0"/>
          <w:sz w:val="24"/>
        </w:rPr>
        <w:t>“On the road to wellness. Thanks to you.” Petra stood and walked to the far side of the room, and Verad watched his back and understood the reason for it. The warrior stood very still for a moment, his head slightly down. Then he crossed his arms and said nothing, which was its own kind of speech.</w:t>
      </w:r>
    </w:p>
    <w:p>
      <w:pPr>
        <w:spacing w:before="0" w:after="0"/>
        <w:ind w:firstLine="480"/>
        <w:jc w:val="left"/>
      </w:pPr>
      <w:r>
        <w:rPr>
          <w:rFonts w:ascii="Garamond" w:hAnsi="Garamond" w:cs="Garamond"/>
          <w:b w:val="0"/>
          <w:i w:val="0"/>
          <w:sz w:val="24"/>
        </w:rPr>
        <w:t>“That is twice now,” Brunow said quietly, continuing to offer small pieces of food with the patience of a man who has seen to a great many wounded. “He is not one for words, as you have gathered. But some things he will carry a long time.”</w:t>
      </w:r>
    </w:p>
    <w:p>
      <w:pPr>
        <w:spacing w:before="0" w:after="0"/>
        <w:ind w:firstLine="480"/>
        <w:jc w:val="left"/>
      </w:pPr>
      <w:r>
        <w:rPr>
          <w:rFonts w:ascii="Garamond" w:hAnsi="Garamond" w:cs="Garamond"/>
          <w:b w:val="0"/>
          <w:i w:val="0"/>
          <w:sz w:val="24"/>
        </w:rPr>
        <w:t>“Pico was here?” Verad asked, keeping his voice level.</w:t>
      </w:r>
    </w:p>
    <w:p>
      <w:pPr>
        <w:spacing w:before="0" w:after="0"/>
        <w:ind w:firstLine="480"/>
        <w:jc w:val="left"/>
      </w:pPr>
      <w:r>
        <w:rPr>
          <w:rFonts w:ascii="Garamond" w:hAnsi="Garamond" w:cs="Garamond"/>
          <w:b w:val="0"/>
          <w:i w:val="0"/>
          <w:sz w:val="24"/>
        </w:rPr>
        <w:t>“She and her brother both. She examined Petra and declared him healing well, then apologized for what the scouts did to all three of us.” Brunow handed him a small piece of the unidentified meat. “The gathering has been postponed until you are ready. Food first. Then sleep. Then we see what comes.”</w:t>
      </w:r>
    </w:p>
    <w:p>
      <w:pPr>
        <w:spacing w:before="0" w:after="0"/>
        <w:ind w:firstLine="480"/>
        <w:jc w:val="left"/>
      </w:pPr>
      <w:r>
        <w:rPr>
          <w:rFonts w:ascii="Garamond" w:hAnsi="Garamond" w:cs="Garamond"/>
          <w:b w:val="0"/>
          <w:i w:val="0"/>
          <w:sz w:val="24"/>
        </w:rPr>
        <w:t>“You called her Princess Piancio,” Verad said.</w:t>
      </w:r>
    </w:p>
    <w:p>
      <w:pPr>
        <w:spacing w:before="0" w:after="0"/>
        <w:ind w:firstLine="480"/>
        <w:jc w:val="left"/>
      </w:pPr>
      <w:r>
        <w:rPr>
          <w:rFonts w:ascii="Garamond" w:hAnsi="Garamond" w:cs="Garamond"/>
          <w:b w:val="0"/>
          <w:i w:val="0"/>
          <w:sz w:val="24"/>
        </w:rPr>
        <w:t>“That is what she is. Daughter of the King. And Kato is the Prince, which I suspect will come as no surprise to you, given how he conducted himself in those tunnels.” Brunow raised an eyebrow. “So. How does it feel to have been carried to safety by royalty?”</w:t>
      </w:r>
    </w:p>
    <w:p>
      <w:pPr>
        <w:spacing w:before="0" w:after="0"/>
        <w:ind w:firstLine="480"/>
        <w:jc w:val="left"/>
      </w:pPr>
      <w:r>
        <w:rPr>
          <w:rFonts w:ascii="Garamond" w:hAnsi="Garamond" w:cs="Garamond"/>
          <w:b w:val="0"/>
          <w:i w:val="0"/>
          <w:sz w:val="24"/>
        </w:rPr>
        <w:t>Verad could not answer. His mouth was full, but that was not the reason. The lump in his throat had nothing to do with food.</w:t>
      </w:r>
    </w:p>
    <w:p>
      <w:pPr>
        <w:spacing w:before="0" w:after="0"/>
        <w:ind w:firstLine="480"/>
        <w:jc w:val="left"/>
      </w:pPr>
      <w:r>
        <w:rPr>
          <w:rFonts w:ascii="Garamond" w:hAnsi="Garamond" w:cs="Garamond"/>
          <w:b w:val="0"/>
          <w:i w:val="0"/>
          <w:sz w:val="24"/>
        </w:rPr>
        <w:t>He had fallen in love with a Princess. The thought had no good ending. There was no version of that story in which a shepherd’s son from Estolia arrived at a happy conclusion. He understood this with the same cold clarity the dream had offered him, the same sense of truth delivered without argument. It changed nothing about what he felt. That, too, he understood.</w:t>
      </w:r>
    </w:p>
    <w:p>
      <w:pPr>
        <w:spacing w:before="0" w:after="0"/>
        <w:ind w:firstLine="480"/>
        <w:jc w:val="left"/>
      </w:pPr>
      <w:r>
        <w:rPr>
          <w:rFonts w:ascii="Garamond" w:hAnsi="Garamond" w:cs="Garamond"/>
          <w:b w:val="0"/>
          <w:i w:val="0"/>
          <w:sz w:val="24"/>
        </w:rPr>
        <w:t>“Who are they, Captain?” he asked, when he could speak again. “Truly. Who lives on an island with dragons and survives it?”</w:t>
      </w:r>
    </w:p>
    <w:p>
      <w:pPr>
        <w:spacing w:before="0" w:after="0"/>
        <w:ind w:firstLine="480"/>
        <w:jc w:val="left"/>
      </w:pPr>
      <w:r>
        <w:rPr>
          <w:rFonts w:ascii="Garamond" w:hAnsi="Garamond" w:cs="Garamond"/>
          <w:b w:val="0"/>
          <w:i w:val="0"/>
          <w:sz w:val="24"/>
        </w:rPr>
        <w:t>Brunow was quiet for a moment, choosing his words the way old sailors choose their footing on a wet deck. “My mother called them Elves,” he said at last. “I know that is not their name for themselves, but it is the closest word I have. Human, but not entirely. Born in an age of magic that makes what we have seen on this island look ordinary.” He offered another bite. “They are the children of Telecio. The God of Light.”</w:t>
      </w:r>
    </w:p>
    <w:p>
      <w:pPr>
        <w:spacing w:before="0" w:after="0"/>
        <w:ind w:firstLine="480"/>
        <w:jc w:val="left"/>
      </w:pPr>
      <w:r>
        <w:rPr>
          <w:rFonts w:ascii="Garamond" w:hAnsi="Garamond" w:cs="Garamond"/>
          <w:b w:val="0"/>
          <w:i w:val="0"/>
          <w:sz w:val="24"/>
        </w:rPr>
        <w:t>“What do they intend to do with us?”</w:t>
      </w:r>
    </w:p>
    <w:p>
      <w:pPr>
        <w:spacing w:before="0" w:after="0"/>
        <w:ind w:firstLine="480"/>
        <w:jc w:val="left"/>
      </w:pPr>
      <w:r>
        <w:rPr>
          <w:rFonts w:ascii="Garamond" w:hAnsi="Garamond" w:cs="Garamond"/>
          <w:b w:val="0"/>
          <w:i w:val="0"/>
          <w:sz w:val="24"/>
        </w:rPr>
        <w:t>“I think they intend to survive,” Brunow said. “The same as us. They are frightened of the dragons. They want off this island. On those two points, we are exactly alike.” He set the plate down and looked at Verad directly. “Now stop talking and eat. You cannot help anyone from the floor.”</w:t>
      </w:r>
    </w:p>
    <w:p>
      <w:pPr>
        <w:spacing w:before="0" w:after="0"/>
        <w:ind w:firstLine="480"/>
        <w:jc w:val="left"/>
      </w:pPr>
      <w:r>
        <w:rPr>
          <w:rFonts w:ascii="Garamond" w:hAnsi="Garamond" w:cs="Garamond"/>
          <w:b w:val="0"/>
          <w:i w:val="0"/>
          <w:sz w:val="24"/>
        </w:rPr>
        <w:t>Verad ate. The meat was unlike anything he had tasted, spiced in a way that had no equivalent in anything he’d been fed in Estolia or on Terrell’s ship. He decided he did not need to know what animal it came from. If it grew on this island, that question probably had an uncomfortable answer.</w:t>
      </w:r>
    </w:p>
    <w:p>
      <w:pPr>
        <w:spacing w:before="0" w:after="0"/>
        <w:ind w:firstLine="480"/>
        <w:jc w:val="left"/>
      </w:pPr>
      <w:r>
        <w:rPr>
          <w:rFonts w:ascii="Garamond" w:hAnsi="Garamond" w:cs="Garamond"/>
          <w:b w:val="0"/>
          <w:i w:val="0"/>
          <w:sz w:val="24"/>
        </w:rPr>
        <w:t>He thought about Pico instead. The way her voice had arrived in his mind before he heard it with his ears. The green light in her palm. What she had taken from him to repair Petra, and the fact that she had asked first, and the fact that she had apologized for what the guards had done, and the fact that she had sent this plate.</w:t>
      </w:r>
    </w:p>
    <w:p>
      <w:pPr>
        <w:spacing w:before="0" w:after="0"/>
        <w:ind w:firstLine="480"/>
        <w:jc w:val="left"/>
      </w:pPr>
      <w:r>
        <w:rPr>
          <w:rFonts w:ascii="Garamond" w:hAnsi="Garamond" w:cs="Garamond"/>
          <w:b w:val="0"/>
          <w:i w:val="0"/>
          <w:sz w:val="24"/>
        </w:rPr>
        <w:t>She could never be his. He knew that the way you know a cave wall in the dark, by running into it.</w:t>
      </w:r>
    </w:p>
    <w:p>
      <w:pPr>
        <w:spacing w:before="0" w:after="0"/>
        <w:ind w:firstLine="480"/>
        <w:jc w:val="left"/>
      </w:pPr>
      <w:r>
        <w:rPr>
          <w:rFonts w:ascii="Garamond" w:hAnsi="Garamond" w:cs="Garamond"/>
          <w:b w:val="0"/>
          <w:i w:val="0"/>
          <w:sz w:val="24"/>
        </w:rPr>
        <w:t>It did not stop the wanting. It did not stop the ache that came with it, quiet and persistent and entirely his own.</w:t>
      </w:r>
    </w:p>
    <w:p>
      <w:pPr>
        <w:spacing w:before="0" w:after="0"/>
        <w:ind w:firstLine="480"/>
        <w:jc w:val="left"/>
      </w:pPr>
      <w:r>
        <w:rPr>
          <w:rFonts w:ascii="Garamond" w:hAnsi="Garamond" w:cs="Garamond"/>
          <w:b w:val="0"/>
          <w:i w:val="0"/>
          <w:sz w:val="24"/>
        </w:rPr>
        <w:t>He ate everything on the plate.</w:t>
      </w:r>
    </w:p>
    <w:p>
      <w:pPr>
        <w:spacing w:before="480" w:after="360"/>
        <w:ind w:firstLine="0"/>
        <w:jc w:val="center"/>
      </w:pPr>
      <w:r>
        <w:rPr>
          <w:rFonts w:ascii="Garamond" w:hAnsi="Garamond" w:cs="Garamond"/>
          <w:b/>
          <w:i w:val="0"/>
          <w:sz w:val="28"/>
        </w:rPr>
        <w:t>Chapter Thirty-One</w:t>
      </w:r>
    </w:p>
    <w:p>
      <w:pPr>
        <w:spacing w:before="0" w:after="0"/>
        <w:ind w:firstLine="480"/>
        <w:jc w:val="left"/>
      </w:pPr>
      <w:r>
        <w:rPr>
          <w:rFonts w:ascii="Garamond" w:hAnsi="Garamond" w:cs="Garamond"/>
          <w:b w:val="0"/>
          <w:i w:val="0"/>
          <w:sz w:val="24"/>
        </w:rPr>
        <w:t>Aries Tor stepped out of the family den into the open crater.</w:t>
      </w:r>
    </w:p>
    <w:p>
      <w:pPr>
        <w:spacing w:before="0" w:after="0"/>
        <w:ind w:firstLine="480"/>
        <w:jc w:val="left"/>
      </w:pPr>
      <w:r>
        <w:rPr>
          <w:rFonts w:ascii="Garamond" w:hAnsi="Garamond" w:cs="Garamond"/>
          <w:b w:val="0"/>
          <w:i w:val="0"/>
          <w:sz w:val="24"/>
        </w:rPr>
        <w:t>The cavern behind him teemed with dragon kin, brothers and sisters of every age, elders moving slowly between the younger ones, mothers crouched over eggs bedded in hot sand. Dragon families were large and ran deep across generations, the old feeding the young, the strong sheltering the weak, each life bound to the others by something older than law. Aries Tor was young by any measure that mattered, but he had younger siblings still flightless, and the old and injured to consider, and he took those obligations seriously in the way that creatures do when they have been shaped by a long time in a small place.</w:t>
      </w:r>
    </w:p>
    <w:p>
      <w:pPr>
        <w:spacing w:before="0" w:after="0"/>
        <w:ind w:firstLine="480"/>
        <w:jc w:val="left"/>
      </w:pPr>
      <w:r>
        <w:rPr>
          <w:rFonts w:ascii="Garamond" w:hAnsi="Garamond" w:cs="Garamond"/>
          <w:b w:val="0"/>
          <w:i w:val="0"/>
          <w:sz w:val="24"/>
        </w:rPr>
        <w:t>Outside, the ancient volcanic bowl spread wide beneath a low sky. Thousands of dragons lined the rim or lay flat on the black sand, drawing warmth from the ground. The clouds sat heavy on the peaks, swallowing the upper mountains entirely, and only the highest ridges broke through the grey. To the west the sun had slipped below the overcast and set the horizon burning. In the east, Eros had already risen, round and nearly full.</w:t>
      </w:r>
    </w:p>
    <w:p>
      <w:pPr>
        <w:spacing w:before="0" w:after="0"/>
        <w:ind w:firstLine="480"/>
        <w:jc w:val="left"/>
      </w:pPr>
      <w:r>
        <w:rPr>
          <w:rFonts w:ascii="Garamond" w:hAnsi="Garamond" w:cs="Garamond"/>
          <w:b w:val="0"/>
          <w:i w:val="0"/>
          <w:sz w:val="24"/>
        </w:rPr>
        <w:t>The time was close. He could feel it in the air the way you feel a storm building over open water, that particular pressure against the skin that means something large is about to change. The end of this age was upon them, and with it the end of the island. When Eros reached its full height they would descend on the cities of the children of Telecio. After an age of confinement, the hunger would go out into the world like a tide.</w:t>
      </w:r>
    </w:p>
    <w:p>
      <w:pPr>
        <w:spacing w:before="0" w:after="0"/>
        <w:ind w:firstLine="480"/>
        <w:jc w:val="left"/>
      </w:pPr>
      <w:r>
        <w:rPr>
          <w:rFonts w:ascii="Garamond" w:hAnsi="Garamond" w:cs="Garamond"/>
          <w:b w:val="0"/>
          <w:i w:val="0"/>
          <w:sz w:val="24"/>
        </w:rPr>
        <w:t>He waited for his second heart to finish its work, feeling the blood move into the folded wings at his sides, the slow filling that preceded flight. While he waited he turned his head back into the cavern.</w:t>
      </w:r>
    </w:p>
    <w:p>
      <w:pPr>
        <w:spacing w:before="0" w:after="0"/>
        <w:ind w:firstLine="480"/>
        <w:jc w:val="left"/>
      </w:pPr>
      <w:r>
        <w:rPr>
          <w:rFonts w:ascii="Garamond" w:hAnsi="Garamond" w:cs="Garamond"/>
          <w:b w:val="0"/>
          <w:i w:val="0"/>
          <w:sz w:val="24"/>
        </w:rPr>
        <w:t>His mother was at the rear, rolling her eggs to a new position in the sand. Patient, methodical, the way she had always been. He knew these eggs would be among the last clutches to hatch as prisoners. His own children, when he had them, would hatch free.</w:t>
      </w:r>
    </w:p>
    <w:p>
      <w:pPr>
        <w:spacing w:before="0" w:after="0"/>
        <w:ind w:firstLine="480"/>
        <w:jc w:val="left"/>
      </w:pPr>
      <w:r>
        <w:rPr>
          <w:rFonts w:ascii="Garamond" w:hAnsi="Garamond" w:cs="Garamond"/>
          <w:b w:val="0"/>
          <w:i w:val="0"/>
          <w:sz w:val="24"/>
        </w:rPr>
        <w:t>“Ara.” He sent the word across the distance without sound.</w:t>
      </w:r>
    </w:p>
    <w:p>
      <w:pPr>
        <w:spacing w:before="0" w:after="0"/>
        <w:ind w:firstLine="480"/>
        <w:jc w:val="left"/>
      </w:pPr>
      <w:r>
        <w:rPr>
          <w:rFonts w:ascii="Garamond" w:hAnsi="Garamond" w:cs="Garamond"/>
          <w:b w:val="0"/>
          <w:i w:val="0"/>
          <w:sz w:val="24"/>
        </w:rPr>
        <w:t>She lifted her head. “Aries, son of Tor. Is it time to hunt?”</w:t>
      </w:r>
    </w:p>
    <w:p>
      <w:pPr>
        <w:spacing w:before="0" w:after="0"/>
        <w:ind w:firstLine="480"/>
        <w:jc w:val="left"/>
      </w:pPr>
      <w:r>
        <w:rPr>
          <w:rFonts w:ascii="Garamond" w:hAnsi="Garamond" w:cs="Garamond"/>
          <w:b w:val="0"/>
          <w:i w:val="0"/>
          <w:sz w:val="24"/>
        </w:rPr>
        <w:t>“Yes, Mother. Tonight I will bring you the best of the catch. Perhaps one of the pesky fliers.” He studied her coloring from across the cavern. “You are off. A blood meal would do you good.”</w:t>
      </w:r>
    </w:p>
    <w:p>
      <w:pPr>
        <w:spacing w:before="0" w:after="0"/>
        <w:ind w:firstLine="480"/>
        <w:jc w:val="left"/>
      </w:pPr>
      <w:r>
        <w:rPr>
          <w:rFonts w:ascii="Garamond" w:hAnsi="Garamond" w:cs="Garamond"/>
          <w:b w:val="0"/>
          <w:i w:val="0"/>
          <w:sz w:val="24"/>
        </w:rPr>
        <w:t>“You honor me,” she said, “but even the stringy runners would be welcome.” A longing came through the link, old and deep. “I hope this is the last meal I take on this island. I ache for the taste of humans again. If not for these eggs I would have been on that beach with you.”</w:t>
      </w:r>
    </w:p>
    <w:p>
      <w:pPr>
        <w:spacing w:before="0" w:after="0"/>
        <w:ind w:firstLine="480"/>
        <w:jc w:val="left"/>
      </w:pPr>
      <w:r>
        <w:rPr>
          <w:rFonts w:ascii="Garamond" w:hAnsi="Garamond" w:cs="Garamond"/>
          <w:b w:val="0"/>
          <w:i w:val="0"/>
          <w:sz w:val="24"/>
        </w:rPr>
        <w:t>“Will any of this clutch be wingless?” he asked.</w:t>
      </w:r>
    </w:p>
    <w:p>
      <w:pPr>
        <w:spacing w:before="0" w:after="0"/>
        <w:ind w:firstLine="480"/>
        <w:jc w:val="left"/>
      </w:pPr>
      <w:r>
        <w:rPr>
          <w:rFonts w:ascii="Garamond" w:hAnsi="Garamond" w:cs="Garamond"/>
          <w:b w:val="0"/>
          <w:i w:val="0"/>
          <w:sz w:val="24"/>
        </w:rPr>
        <w:t>She paused over one of the eggs, her attention moving inward. “Perhaps. Not every clutch carries one, and more than one is rare. A wingless hatchling must bend the minds of older dragons to move water. If the magic holds it is carried alive. If not.” She did not finish the sentence. She did not need to. “Fliers for the sky. Swimmers for the deep. So it was. So it remains.”</w:t>
      </w:r>
    </w:p>
    <w:p>
      <w:pPr>
        <w:spacing w:before="0" w:after="0"/>
        <w:ind w:firstLine="480"/>
        <w:jc w:val="left"/>
      </w:pPr>
      <w:r>
        <w:rPr>
          <w:rFonts w:ascii="Garamond" w:hAnsi="Garamond" w:cs="Garamond"/>
          <w:b w:val="0"/>
          <w:i w:val="0"/>
          <w:sz w:val="24"/>
        </w:rPr>
        <w:t>“Then this clutch may give the seas a new swimmer,” Aries said. He tasted both pride and grief in the thought and did not try to separate them.</w:t>
      </w:r>
    </w:p>
    <w:p>
      <w:pPr>
        <w:spacing w:before="0" w:after="0"/>
        <w:ind w:firstLine="480"/>
        <w:jc w:val="left"/>
      </w:pPr>
      <w:r>
        <w:rPr>
          <w:rFonts w:ascii="Garamond" w:hAnsi="Garamond" w:cs="Garamond"/>
          <w:b w:val="0"/>
          <w:i w:val="0"/>
          <w:sz w:val="24"/>
        </w:rPr>
        <w:t>“Only if the magic holds,” Ara answered. “Only the strong.”</w:t>
      </w:r>
    </w:p>
    <w:p>
      <w:pPr>
        <w:spacing w:before="0" w:after="0"/>
        <w:ind w:firstLine="480"/>
        <w:jc w:val="left"/>
      </w:pPr>
      <w:r>
        <w:rPr>
          <w:rFonts w:ascii="Garamond" w:hAnsi="Garamond" w:cs="Garamond"/>
          <w:b w:val="0"/>
          <w:i w:val="0"/>
          <w:sz w:val="24"/>
        </w:rPr>
        <w:t>His second heart found its rhythm and the wings came alive. He launched from the crater floor without ceremony, the downstroke hitting the hot air with a crack that scattered the nearest dragons and drew a few irritated looks from the rim. He did not slow for them.</w:t>
      </w:r>
    </w:p>
    <w:p>
      <w:pPr>
        <w:spacing w:before="0" w:after="0"/>
        <w:ind w:firstLine="480"/>
        <w:jc w:val="left"/>
      </w:pPr>
      <w:r>
        <w:rPr>
          <w:rFonts w:ascii="Garamond" w:hAnsi="Garamond" w:cs="Garamond"/>
          <w:b w:val="0"/>
          <w:i w:val="0"/>
          <w:sz w:val="24"/>
        </w:rPr>
        <w:t>“I will return shortly,” he called back.</w:t>
      </w:r>
    </w:p>
    <w:p>
      <w:pPr>
        <w:spacing w:before="0" w:after="0"/>
        <w:ind w:firstLine="480"/>
        <w:jc w:val="left"/>
      </w:pPr>
      <w:r>
        <w:rPr>
          <w:rFonts w:ascii="Garamond" w:hAnsi="Garamond" w:cs="Garamond"/>
          <w:b w:val="0"/>
          <w:i w:val="0"/>
          <w:sz w:val="24"/>
        </w:rPr>
        <w:t>From every crevice along the bowl’s walls they poured out to join him, wingmates and kin rising in ones and twos and then in dozens, filling the air above the crater until the sky was loud with the sound of it. Tonight they would feed one last time on Jakall. The next hunt would be over the fertile lands of the old world, the green and open country they had been locked away from for longer than most of them had been alive.</w:t>
      </w:r>
    </w:p>
    <w:p>
      <w:pPr>
        <w:spacing w:before="0" w:after="0"/>
        <w:ind w:firstLine="480"/>
        <w:jc w:val="left"/>
      </w:pPr>
      <w:r>
        <w:rPr>
          <w:rFonts w:ascii="Garamond" w:hAnsi="Garamond" w:cs="Garamond"/>
          <w:b w:val="0"/>
          <w:i w:val="0"/>
          <w:sz w:val="24"/>
        </w:rPr>
        <w:t>The island fell away below him. The wind hit his face and he opened into it.</w:t>
      </w:r>
    </w:p>
    <w:p>
      <w:pPr>
        <w:spacing w:before="480" w:after="360"/>
        <w:ind w:firstLine="0"/>
        <w:jc w:val="center"/>
      </w:pPr>
      <w:r>
        <w:rPr>
          <w:rFonts w:ascii="Garamond" w:hAnsi="Garamond" w:cs="Garamond"/>
          <w:b/>
          <w:i w:val="0"/>
          <w:sz w:val="28"/>
        </w:rPr>
        <w:t>Chapter Thirty-Two</w:t>
      </w:r>
    </w:p>
    <w:p>
      <w:pPr>
        <w:spacing w:before="0" w:after="0"/>
        <w:ind w:firstLine="480"/>
        <w:jc w:val="left"/>
      </w:pPr>
      <w:r>
        <w:rPr>
          <w:rFonts w:ascii="Garamond" w:hAnsi="Garamond" w:cs="Garamond"/>
          <w:b w:val="0"/>
          <w:i w:val="0"/>
          <w:sz w:val="24"/>
        </w:rPr>
        <w:t>Brunow was relieved to see Prince Kathiasio leading the guards who came to collect them.</w:t>
      </w:r>
    </w:p>
    <w:p>
      <w:pPr>
        <w:spacing w:before="0" w:after="0"/>
        <w:ind w:firstLine="480"/>
        <w:jc w:val="left"/>
      </w:pPr>
      <w:r>
        <w:rPr>
          <w:rFonts w:ascii="Garamond" w:hAnsi="Garamond" w:cs="Garamond"/>
          <w:b w:val="0"/>
          <w:i w:val="0"/>
          <w:sz w:val="24"/>
        </w:rPr>
        <w:t>He had been turning the old stories over in his mind during the three days they spent in the cell, and there had been time enough for all of them. These were the Elves his mother had described to him as a boy, sitting close to the fire on the kind of winter night that made the old stories feel necessary. They were not exactly as she had made them out to be. More complicated. More tired. But magical, undeniably, and more pleasing to look at than any people he had encountered in forty years of port cities and trading routes, which was saying something.</w:t>
      </w:r>
    </w:p>
    <w:p>
      <w:pPr>
        <w:spacing w:before="0" w:after="0"/>
        <w:ind w:firstLine="480"/>
        <w:jc w:val="left"/>
      </w:pPr>
      <w:r>
        <w:rPr>
          <w:rFonts w:ascii="Garamond" w:hAnsi="Garamond" w:cs="Garamond"/>
          <w:b w:val="0"/>
          <w:i w:val="0"/>
          <w:sz w:val="24"/>
        </w:rPr>
        <w:t>Petra was nearly himself again. Still moving carefully, still disoriented when he turned too quickly, but on his feet, which was the difference between living and not. The Princess had done that. Verad had done that. The boy had woken only hours ago and was barely standing himself, but he had insisted on standing, and had helped Brunow fill Petra in on everything they knew about their situation. It had been a difficult conversation made easier by the discovery that none of them were dead. They had eaten again and even found their way to laughter, the hard-edged kind that lives just on the other side of fear, and it had released something in all three of them.</w:t>
      </w:r>
    </w:p>
    <w:p>
      <w:pPr>
        <w:spacing w:before="0" w:after="0"/>
        <w:ind w:firstLine="480"/>
        <w:jc w:val="left"/>
      </w:pPr>
      <w:r>
        <w:rPr>
          <w:rFonts w:ascii="Garamond" w:hAnsi="Garamond" w:cs="Garamond"/>
          <w:b w:val="0"/>
          <w:i w:val="0"/>
          <w:sz w:val="24"/>
        </w:rPr>
        <w:t>Pico was not with Kato. Verad noticed this the moment the door opened and said nothing about it, which told Brunow everything he needed to know about where the boy's mind had been since he woke. He walked with his head slightly down, not from despair but from the particular inward quality of someone carrying a thought he hasn't decided what to do with yet. When he did look up, Brunow caught him studying the faces of the guards and the people lining the passage, finding the same high cheekbones and the long eyebrows in every one of them, mapping the family resemblance he was looking for.</w:t>
      </w:r>
    </w:p>
    <w:p>
      <w:pPr>
        <w:spacing w:before="0" w:after="0"/>
        <w:ind w:firstLine="480"/>
        <w:jc w:val="left"/>
      </w:pPr>
      <w:r>
        <w:rPr>
          <w:rFonts w:ascii="Garamond" w:hAnsi="Garamond" w:cs="Garamond"/>
          <w:b w:val="0"/>
          <w:i w:val="0"/>
          <w:sz w:val="24"/>
        </w:rPr>
        <w:t>Kato left the guards at the door and crossed the cell toward them alone. He wore no sword, no armor under his gray robe, and his face held no fear. Petra watched him come and made himself stay still, which cost him something. The memory of being jumped in the dark was not something the body forgot quickly.</w:t>
      </w:r>
    </w:p>
    <w:p>
      <w:pPr>
        <w:spacing w:before="0" w:after="0"/>
        <w:ind w:firstLine="480"/>
        <w:jc w:val="left"/>
      </w:pPr>
      <w:r>
        <w:rPr>
          <w:rFonts w:ascii="Garamond" w:hAnsi="Garamond" w:cs="Garamond"/>
          <w:b w:val="0"/>
          <w:i w:val="0"/>
          <w:sz w:val="24"/>
        </w:rPr>
        <w:t>“Petra Bos, General of Sartious.” Kato extended his hand. He held it there for a moment, then drew it back when Petra’s did not rise to meet it. “I told you before that I do not blame you for what happened, and I meant it. I would like you to know that we intend no harm to any of you, and that we want nothing more than to help you reach your home.”</w:t>
      </w:r>
    </w:p>
    <w:p>
      <w:pPr>
        <w:spacing w:before="0" w:after="0"/>
        <w:ind w:firstLine="480"/>
        <w:jc w:val="left"/>
      </w:pPr>
      <w:r>
        <w:rPr>
          <w:rFonts w:ascii="Garamond" w:hAnsi="Garamond" w:cs="Garamond"/>
          <w:b w:val="0"/>
          <w:i w:val="0"/>
          <w:sz w:val="24"/>
        </w:rPr>
        <w:t>“My father’s sword,” Petra said.</w:t>
      </w:r>
    </w:p>
    <w:p>
      <w:pPr>
        <w:spacing w:before="0" w:after="0"/>
        <w:ind w:firstLine="480"/>
        <w:jc w:val="left"/>
      </w:pPr>
      <w:r>
        <w:rPr>
          <w:rFonts w:ascii="Garamond" w:hAnsi="Garamond" w:cs="Garamond"/>
          <w:b w:val="0"/>
          <w:i w:val="0"/>
          <w:sz w:val="24"/>
        </w:rPr>
        <w:t>Kato almost smiled. “Always a warrior. It is in safe keeping and will be returned to you when we have proven to the council that you were not sent by the dragons. To do that, I need your help.”</w:t>
      </w:r>
    </w:p>
    <w:p>
      <w:pPr>
        <w:spacing w:before="0" w:after="0"/>
        <w:ind w:firstLine="480"/>
        <w:jc w:val="left"/>
      </w:pPr>
      <w:r>
        <w:rPr>
          <w:rFonts w:ascii="Garamond" w:hAnsi="Garamond" w:cs="Garamond"/>
          <w:b w:val="0"/>
          <w:i w:val="0"/>
          <w:sz w:val="24"/>
        </w:rPr>
        <w:t>“What kind of help?”</w:t>
      </w:r>
    </w:p>
    <w:p>
      <w:pPr>
        <w:spacing w:before="0" w:after="0"/>
        <w:ind w:firstLine="480"/>
        <w:jc w:val="left"/>
      </w:pPr>
      <w:r>
        <w:rPr>
          <w:rFonts w:ascii="Garamond" w:hAnsi="Garamond" w:cs="Garamond"/>
          <w:b w:val="0"/>
          <w:i w:val="0"/>
          <w:sz w:val="24"/>
        </w:rPr>
        <w:t>“I need you to speak at the gathering. Tell them about the world beyond this island.” Kato looked past the three of them at something none of them could see. “We have been here so long that many of our people no longer believe the histories. This island is the whole of their knowledge and the whole of their willingness to listen. I need you to make it real for them. There are events happening in the wider world that will determine our fate whether we engage with them or not. We are more than the keepers of dragons.” He paused, and when he continued his voice had changed, become something between a speech and a private admission. “The histories tell of a time when our people were caretakers of the entire world. We fought to keep the Balance. We bled for it. And when the war was over and the dragons were bound, we were bound with them, locked here because Atula could not control what he had made. The Order should have destroyed the dragons. There was no justice in keeping them alive and no sense in punishing us for Atula’s failure.” He turned back to Petra directly. “Your coming here is a sign. It has to be. You must help me convince the council that there is something worth returning to.”</w:t>
      </w:r>
    </w:p>
    <w:p>
      <w:pPr>
        <w:spacing w:before="0" w:after="0"/>
        <w:ind w:firstLine="480"/>
        <w:jc w:val="left"/>
      </w:pPr>
      <w:r>
        <w:rPr>
          <w:rFonts w:ascii="Garamond" w:hAnsi="Garamond" w:cs="Garamond"/>
          <w:b w:val="0"/>
          <w:i w:val="0"/>
          <w:sz w:val="24"/>
        </w:rPr>
        <w:t>“Why would they listen to us?” Brunow asked. “They did not the last time.”</w:t>
      </w:r>
    </w:p>
    <w:p>
      <w:pPr>
        <w:spacing w:before="0" w:after="0"/>
        <w:ind w:firstLine="480"/>
        <w:jc w:val="left"/>
      </w:pPr>
      <w:r>
        <w:rPr>
          <w:rFonts w:ascii="Garamond" w:hAnsi="Garamond" w:cs="Garamond"/>
          <w:b w:val="0"/>
          <w:i w:val="0"/>
          <w:sz w:val="24"/>
        </w:rPr>
        <w:t>“The last time they did not know who you were,” Kato said. “This time I will be standing beside you.” He made a small formal bow. “Kathiasio Weymar. Son of Telansio Weymar, King of Alteria. This time they will listen.” He straightened. “But I need something from you in return.” He looked at Petra. “I need you to apologize to my father and our people.”</w:t>
      </w:r>
    </w:p>
    <w:p>
      <w:pPr>
        <w:spacing w:before="0" w:after="0"/>
        <w:ind w:firstLine="480"/>
        <w:jc w:val="left"/>
      </w:pPr>
      <w:r>
        <w:rPr>
          <w:rFonts w:ascii="Garamond" w:hAnsi="Garamond" w:cs="Garamond"/>
          <w:b w:val="0"/>
          <w:i w:val="0"/>
          <w:sz w:val="24"/>
        </w:rPr>
        <w:t>Petra stared at him. “You want me to apologize. To them.” He gestured toward the guards at the door. “After what they did to me.”</w:t>
      </w:r>
    </w:p>
    <w:p>
      <w:pPr>
        <w:spacing w:before="0" w:after="0"/>
        <w:ind w:firstLine="480"/>
        <w:jc w:val="left"/>
      </w:pPr>
      <w:r>
        <w:rPr>
          <w:rFonts w:ascii="Garamond" w:hAnsi="Garamond" w:cs="Garamond"/>
          <w:b w:val="0"/>
          <w:i w:val="0"/>
          <w:sz w:val="24"/>
        </w:rPr>
        <w:t>Brunow laid a hand on the big man’s arm. “We did take them by surprise also, Petra.” Petra turned and looked at the old man as though he’d said something in a foreign language. “I am not saying what they did was right. I am saying we were not entirely innocent either.”</w:t>
      </w:r>
    </w:p>
    <w:p>
      <w:pPr>
        <w:spacing w:before="0" w:after="0"/>
        <w:ind w:firstLine="480"/>
        <w:jc w:val="left"/>
      </w:pPr>
      <w:r>
        <w:rPr>
          <w:rFonts w:ascii="Garamond" w:hAnsi="Garamond" w:cs="Garamond"/>
          <w:b w:val="0"/>
          <w:i w:val="0"/>
          <w:sz w:val="24"/>
        </w:rPr>
        <w:t>“They jump out of the bushes and wonder why I reach for a weapon.”</w:t>
      </w:r>
    </w:p>
    <w:p>
      <w:pPr>
        <w:spacing w:before="0" w:after="0"/>
        <w:ind w:firstLine="480"/>
        <w:jc w:val="left"/>
      </w:pPr>
      <w:r>
        <w:rPr>
          <w:rFonts w:ascii="Garamond" w:hAnsi="Garamond" w:cs="Garamond"/>
          <w:b w:val="0"/>
          <w:i w:val="0"/>
          <w:sz w:val="24"/>
        </w:rPr>
        <w:t>“There is no fault in what you did, and I find it hard to fault the scouts for what they did in return,” Kato said. “We have lived in the shadow of the dragons for so long that we have forgotten the Gods made other creations. Here in Alteria we know the creatures of this island. Out there we know nothing. What we do not know, we are trained to treat as a threat. I am sorry for what happened. I mean that plainly.” He stepped closer. “The meeting of our peoples should not have gone as it did. There is more that connects us than divides us. Verad has shown my sister and me enough of your world to know that.” He turned to the boy. “It is through his thoughts that I understand we are supposed to return.”</w:t>
      </w:r>
    </w:p>
    <w:p>
      <w:pPr>
        <w:spacing w:before="0" w:after="0"/>
        <w:ind w:firstLine="480"/>
        <w:jc w:val="left"/>
      </w:pPr>
      <w:r>
        <w:rPr>
          <w:rFonts w:ascii="Garamond" w:hAnsi="Garamond" w:cs="Garamond"/>
          <w:b w:val="0"/>
          <w:i w:val="0"/>
          <w:sz w:val="24"/>
        </w:rPr>
        <w:t>“The world you remember is gone,” Petra said. His voice was quiet rather than loud, which made it land harder. “The magic of the first age is gone with it. What remains of the Order no longer serves the Balance. Some of them serve themselves. If you returned, whose side would you stand on?”</w:t>
      </w:r>
    </w:p>
    <w:p>
      <w:pPr>
        <w:spacing w:before="0" w:after="0"/>
        <w:ind w:firstLine="480"/>
        <w:jc w:val="left"/>
      </w:pPr>
      <w:r>
        <w:rPr>
          <w:rFonts w:ascii="Garamond" w:hAnsi="Garamond" w:cs="Garamond"/>
          <w:b w:val="0"/>
          <w:i w:val="0"/>
          <w:sz w:val="24"/>
        </w:rPr>
        <w:t>“The Light,” Kato said. He drew himself up and there was a surge in the air, brief and total, like pressure before a storm. “Do not question my loyalty to the Balance, Petra. Or the loyalty of my people. We have been serving the Light since before your world had a name. The Dark is our enemy. It has always been our enemy. If the Gods see fit to release us from this prison, we will carry that fight wherever we go.” He held the warrior’s gaze until Petra looked away. Then he turned to Verad. His face was stern and set, three small lines creasing his forehead without diminishing anything there.</w:t>
      </w:r>
    </w:p>
    <w:p>
      <w:pPr>
        <w:spacing w:before="0" w:after="0"/>
        <w:ind w:firstLine="480"/>
        <w:jc w:val="left"/>
      </w:pPr>
      <w:r>
        <w:rPr>
          <w:rFonts w:ascii="Garamond" w:hAnsi="Garamond" w:cs="Garamond"/>
          <w:b w:val="0"/>
          <w:i w:val="0"/>
          <w:sz w:val="24"/>
        </w:rPr>
        <w:t>“Now you know how we feel,” Verad said. He said it quietly, to Kato but also to the room. “We are not servants of the dragons. We do not serve the dark. I know you believe that. The question is how we convince the rest.”</w:t>
      </w:r>
    </w:p>
    <w:p>
      <w:pPr>
        <w:spacing w:before="0" w:after="0"/>
        <w:ind w:firstLine="480"/>
        <w:jc w:val="left"/>
      </w:pPr>
      <w:r>
        <w:rPr>
          <w:rFonts w:ascii="Garamond" w:hAnsi="Garamond" w:cs="Garamond"/>
          <w:b w:val="0"/>
          <w:i w:val="0"/>
          <w:sz w:val="24"/>
        </w:rPr>
        <w:t>“Yes.” Kato’s face relaxed. “Exactly that. And you have already given me the beginning of an answer.” He looked at Petra. “It depends on asking the right questions. Will you trust me?”</w:t>
      </w:r>
    </w:p>
    <w:p>
      <w:pPr>
        <w:spacing w:before="0" w:after="0"/>
        <w:ind w:firstLine="480"/>
        <w:jc w:val="left"/>
      </w:pPr>
      <w:r>
        <w:rPr>
          <w:rFonts w:ascii="Garamond" w:hAnsi="Garamond" w:cs="Garamond"/>
          <w:b w:val="0"/>
          <w:i w:val="0"/>
          <w:sz w:val="24"/>
        </w:rPr>
        <w:t>Petra considered him for a long moment. Then he raised his hand, open, and held it between them. “You and your people are not my enemy. I understand why the scouts did what they did. I won’t forget it happened, but I understand it.” Kato put his hand into the warrior’s and they held the grip. “I will do what I can.”</w:t>
      </w:r>
    </w:p>
    <w:p>
      <w:pPr>
        <w:spacing w:before="0" w:after="0"/>
        <w:ind w:firstLine="480"/>
        <w:jc w:val="left"/>
      </w:pPr>
      <w:r>
        <w:rPr>
          <w:rFonts w:ascii="Garamond" w:hAnsi="Garamond" w:cs="Garamond"/>
          <w:b w:val="0"/>
          <w:i w:val="0"/>
          <w:sz w:val="24"/>
        </w:rPr>
        <w:t>“Thank you.” Kato released the hand and turned toward the door. “We must go. The gathering is beginning.”</w:t>
      </w:r>
    </w:p>
    <w:p>
      <w:pPr>
        <w:spacing w:before="0" w:after="0"/>
        <w:ind w:firstLine="480"/>
        <w:jc w:val="left"/>
      </w:pPr>
      <w:r>
        <w:rPr>
          <w:rFonts w:ascii="Garamond" w:hAnsi="Garamond" w:cs="Garamond"/>
          <w:b w:val="0"/>
          <w:i w:val="0"/>
          <w:sz w:val="24"/>
        </w:rPr>
        <w:t>Verad handed the torch to one of the guards as they fell in behind Kato. The walk from the cell was not long but the passages honeycombed in every direction and he would never have found his way out alone.</w:t>
      </w:r>
    </w:p>
    <w:p>
      <w:pPr>
        <w:spacing w:before="0" w:after="0"/>
        <w:ind w:firstLine="480"/>
        <w:jc w:val="left"/>
      </w:pPr>
      <w:r>
        <w:rPr>
          <w:rFonts w:ascii="Garamond" w:hAnsi="Garamond" w:cs="Garamond"/>
          <w:b w:val="0"/>
          <w:i w:val="0"/>
          <w:sz w:val="24"/>
        </w:rPr>
        <w:t>“How do you see so clearly in the dark?” he asked, moving up beside Kato.</w:t>
      </w:r>
    </w:p>
    <w:p>
      <w:pPr>
        <w:spacing w:before="0" w:after="0"/>
        <w:ind w:firstLine="480"/>
        <w:jc w:val="left"/>
      </w:pPr>
      <w:r>
        <w:rPr>
          <w:rFonts w:ascii="Garamond" w:hAnsi="Garamond" w:cs="Garamond"/>
          <w:b w:val="0"/>
          <w:i w:val="0"/>
          <w:sz w:val="24"/>
        </w:rPr>
        <w:t>“Pico was going to explain that. She takes forever.” Kato glanced sideways at him. “It is a gift from Telecio. The ability to see through our enemy’s best defense. We can also see through the brightest light without being blinded by it. Our eyes are different from yours in that regard.”</w:t>
      </w:r>
    </w:p>
    <w:p>
      <w:pPr>
        <w:spacing w:before="0" w:after="0"/>
        <w:ind w:firstLine="480"/>
        <w:jc w:val="left"/>
      </w:pPr>
      <w:r>
        <w:rPr>
          <w:rFonts w:ascii="Garamond" w:hAnsi="Garamond" w:cs="Garamond"/>
          <w:b w:val="0"/>
          <w:i w:val="0"/>
          <w:sz w:val="24"/>
        </w:rPr>
        <w:t>At the top of a flight of stairs the guard put out the torch. Light came in from somewhere ahead. They rounded a corner and all three men stopped.</w:t>
      </w:r>
    </w:p>
    <w:p>
      <w:pPr>
        <w:spacing w:before="0" w:after="0"/>
        <w:ind w:firstLine="480"/>
        <w:jc w:val="left"/>
      </w:pPr>
      <w:r>
        <w:rPr>
          <w:rFonts w:ascii="Garamond" w:hAnsi="Garamond" w:cs="Garamond"/>
          <w:b w:val="0"/>
          <w:i w:val="0"/>
          <w:sz w:val="24"/>
        </w:rPr>
        <w:t>The city spread below them, alive with light.</w:t>
      </w:r>
    </w:p>
    <w:p>
      <w:pPr>
        <w:spacing w:before="0" w:after="0"/>
        <w:ind w:firstLine="480"/>
        <w:jc w:val="left"/>
      </w:pPr>
      <w:r>
        <w:rPr>
          <w:rFonts w:ascii="Garamond" w:hAnsi="Garamond" w:cs="Garamond"/>
          <w:b w:val="0"/>
          <w:i w:val="0"/>
          <w:sz w:val="24"/>
        </w:rPr>
        <w:t>It was night, but the city was lit like a firmament brought to ground, thousands of individual lights twinkling across the rooftops and along the streets while the taller towers blazed with larger colored illuminations above them. People moved through the streets far below, converging from every direction for the gathering. The scale of it was something none of them had been prepared for.</w:t>
      </w:r>
    </w:p>
    <w:p>
      <w:pPr>
        <w:spacing w:before="0" w:after="0"/>
        <w:ind w:firstLine="480"/>
        <w:jc w:val="left"/>
      </w:pPr>
      <w:r>
        <w:rPr>
          <w:rFonts w:ascii="Garamond" w:hAnsi="Garamond" w:cs="Garamond"/>
          <w:b w:val="0"/>
          <w:i w:val="0"/>
          <w:sz w:val="24"/>
        </w:rPr>
        <w:t>“This is Alteria,” Kato said, and there was something in his voice that was not pride exactly but was close to it, the way you speak about something you love and have been too long away from. “And tonight is the first gathering in living memory attended by our Valorian brothers from the other side of the island.”</w:t>
      </w:r>
    </w:p>
    <w:p>
      <w:pPr>
        <w:spacing w:before="0" w:after="0"/>
        <w:ind w:firstLine="480"/>
        <w:jc w:val="left"/>
      </w:pPr>
      <w:r>
        <w:rPr>
          <w:rFonts w:ascii="Garamond" w:hAnsi="Garamond" w:cs="Garamond"/>
          <w:b w:val="0"/>
          <w:i w:val="0"/>
          <w:sz w:val="24"/>
        </w:rPr>
        <w:t>“What are those lights?” Brunow asked. “They are not torches.”</w:t>
      </w:r>
    </w:p>
    <w:p>
      <w:pPr>
        <w:spacing w:before="0" w:after="0"/>
        <w:ind w:firstLine="480"/>
        <w:jc w:val="left"/>
      </w:pPr>
      <w:r>
        <w:rPr>
          <w:rFonts w:ascii="Garamond" w:hAnsi="Garamond" w:cs="Garamond"/>
          <w:b w:val="0"/>
          <w:i w:val="0"/>
          <w:sz w:val="24"/>
        </w:rPr>
        <w:t>“The light of Eros,” Kato said. “Magnified and channeled through the city.”</w:t>
      </w:r>
    </w:p>
    <w:p>
      <w:pPr>
        <w:spacing w:before="0" w:after="0"/>
        <w:ind w:firstLine="480"/>
        <w:jc w:val="left"/>
      </w:pPr>
      <w:r>
        <w:rPr>
          <w:rFonts w:ascii="Garamond" w:hAnsi="Garamond" w:cs="Garamond"/>
          <w:b w:val="0"/>
          <w:i w:val="0"/>
          <w:sz w:val="24"/>
        </w:rPr>
        <w:t>“Eros?” Petra looked up at the nearly full moon. “She barely lights the sky.”</w:t>
      </w:r>
    </w:p>
    <w:p>
      <w:pPr>
        <w:spacing w:before="0" w:after="0"/>
        <w:ind w:firstLine="480"/>
        <w:jc w:val="left"/>
      </w:pPr>
      <w:r>
        <w:rPr>
          <w:rFonts w:ascii="Garamond" w:hAnsi="Garamond" w:cs="Garamond"/>
          <w:b w:val="0"/>
          <w:i w:val="0"/>
          <w:sz w:val="24"/>
        </w:rPr>
        <w:t>“Mirrors and reflectors. You will understand when you see it more closely.”</w:t>
      </w:r>
    </w:p>
    <w:p>
      <w:pPr>
        <w:spacing w:before="0" w:after="0"/>
        <w:ind w:firstLine="480"/>
        <w:jc w:val="left"/>
      </w:pPr>
      <w:r>
        <w:rPr>
          <w:rFonts w:ascii="Garamond" w:hAnsi="Garamond" w:cs="Garamond"/>
          <w:b w:val="0"/>
          <w:i w:val="0"/>
          <w:sz w:val="24"/>
        </w:rPr>
        <w:t>Kato led them down a narrow path from the hill into the city. The buildings rose on both sides of the street, white stone climbing three and four stories without a visible seam or joint, as though each structure had been poured complete from above and left to harden. The white had a depth to it, not paint but something with thickness behind it, like stone behind glass. Light came from recessed openings in every wall, bright enough that Brunow had to squint and shade his eyes to see the gate guard standing in the shadows ahead.</w:t>
      </w:r>
    </w:p>
    <w:p>
      <w:pPr>
        <w:spacing w:before="0" w:after="0"/>
        <w:ind w:firstLine="480"/>
        <w:jc w:val="left"/>
      </w:pPr>
      <w:r>
        <w:rPr>
          <w:rFonts w:ascii="Garamond" w:hAnsi="Garamond" w:cs="Garamond"/>
          <w:b w:val="0"/>
          <w:i w:val="0"/>
          <w:sz w:val="24"/>
        </w:rPr>
        <w:t>The street itself was as black as the white walls were white, a dark material that absorbed every ray thrown at it from the buildings above and left no shadows on its surface. No cracks, no ruts, no sign of any individual paving. It had the look of something poured and smoothed in a single operation. At the edges, channels cut for rain ran straight to the harbor.</w:t>
      </w:r>
    </w:p>
    <w:p>
      <w:pPr>
        <w:spacing w:before="0" w:after="0"/>
        <w:ind w:firstLine="480"/>
        <w:jc w:val="left"/>
      </w:pPr>
      <w:r>
        <w:rPr>
          <w:rFonts w:ascii="Garamond" w:hAnsi="Garamond" w:cs="Garamond"/>
          <w:b w:val="0"/>
          <w:i w:val="0"/>
          <w:sz w:val="24"/>
        </w:rPr>
        <w:t>People lined the route. They stepped back when the humans passed, and the silence they kept was not the silence of indifference. Eyes followed from both sides of the street, large and luminous, tracking every step. Some faces held open hostility. Others held the particular expression of people who want to believe something and are fighting the habit of not believing it.</w:t>
      </w:r>
    </w:p>
    <w:p>
      <w:pPr>
        <w:spacing w:before="0" w:after="0"/>
        <w:ind w:firstLine="480"/>
        <w:jc w:val="left"/>
      </w:pPr>
      <w:r>
        <w:rPr>
          <w:rFonts w:ascii="Garamond" w:hAnsi="Garamond" w:cs="Garamond"/>
          <w:b w:val="0"/>
          <w:i w:val="0"/>
          <w:sz w:val="24"/>
        </w:rPr>
        <w:t>“They don’t seem pleased to see us,” Brunow said quietly.</w:t>
      </w:r>
    </w:p>
    <w:p>
      <w:pPr>
        <w:spacing w:before="0" w:after="0"/>
        <w:ind w:firstLine="480"/>
        <w:jc w:val="left"/>
      </w:pPr>
      <w:r>
        <w:rPr>
          <w:rFonts w:ascii="Garamond" w:hAnsi="Garamond" w:cs="Garamond"/>
          <w:b w:val="0"/>
          <w:i w:val="0"/>
          <w:sz w:val="24"/>
        </w:rPr>
        <w:t>“They just don’t know us yet,” Petra said, and smiled at the Captain in a way that said he was aware of how optimistic that sounded.</w:t>
      </w:r>
    </w:p>
    <w:p>
      <w:pPr>
        <w:spacing w:before="0" w:after="0"/>
        <w:ind w:firstLine="480"/>
        <w:jc w:val="left"/>
      </w:pPr>
      <w:r>
        <w:rPr>
          <w:rFonts w:ascii="Garamond" w:hAnsi="Garamond" w:cs="Garamond"/>
          <w:b w:val="0"/>
          <w:i w:val="0"/>
          <w:sz w:val="24"/>
        </w:rPr>
        <w:t>At the gates of the gathering place the crowd thinned and the silence became something else, a formal weight that pressed against the chest. Armed guards lined the final approach and stood at the entrance to a large bowl-shaped arena set in the middle of the palace grounds. The light inside was brighter than anything on the streets, the white walls and white floor amplifying it until the shapes of the audience above and around them dissolved into a glare and only their presence remained, the weight of every eye in the city bearing down on three men standing in the middle of an open floor.</w:t>
      </w:r>
    </w:p>
    <w:p>
      <w:pPr>
        <w:spacing w:before="0" w:after="0"/>
        <w:ind w:firstLine="480"/>
        <w:jc w:val="left"/>
      </w:pPr>
      <w:r>
        <w:rPr>
          <w:rFonts w:ascii="Garamond" w:hAnsi="Garamond" w:cs="Garamond"/>
          <w:b w:val="0"/>
          <w:i w:val="0"/>
          <w:sz w:val="24"/>
        </w:rPr>
        <w:t>Brunow looked for torches and found none. Only those same recessed openings in the walls, throwing cold white light across the paved floor. No heat. No flicker. Just light, as steady as midday, produced by something he had no name for.</w:t>
      </w:r>
    </w:p>
    <w:p>
      <w:pPr>
        <w:spacing w:before="0" w:after="0"/>
        <w:ind w:firstLine="480"/>
        <w:jc w:val="left"/>
      </w:pPr>
      <w:r>
        <w:rPr>
          <w:rFonts w:ascii="Garamond" w:hAnsi="Garamond" w:cs="Garamond"/>
          <w:b w:val="0"/>
          <w:i w:val="0"/>
          <w:sz w:val="24"/>
        </w:rPr>
        <w:t>At the center of the arena floor stood several large tables. On a raised platform beyond them sat the King. Brunow could see from across the distance that the man was the father of Kato and Pico. He had his son’s strength in the jaw and cheekbones and his daughter’s clarity in the eyes. He wore a crown not of jewels but of light, or of jewels that generated it, and in his hand a long staff, and his expression was the expression of a man who has been carrying a very heavy thing for a very long time and intends to go on carrying it.</w:t>
      </w:r>
    </w:p>
    <w:p>
      <w:pPr>
        <w:spacing w:before="0" w:after="0"/>
        <w:ind w:firstLine="480"/>
        <w:jc w:val="left"/>
      </w:pPr>
      <w:r>
        <w:rPr>
          <w:rFonts w:ascii="Garamond" w:hAnsi="Garamond" w:cs="Garamond"/>
          <w:b w:val="0"/>
          <w:i w:val="0"/>
          <w:sz w:val="24"/>
        </w:rPr>
        <w:t>On both sides of the King sat his council. Hard faces. The beauty of their race was present in the structure of them but buried under years of something that had worn it back. At a second table to the left sat the Valorians, darker-skinned and slightly shorter than their Alterian kin, with the same desperate watchfulness in their eyes. Two peoples who had been locked on the same island for a thousand years and had still managed to be strangers to each other.</w:t>
      </w:r>
    </w:p>
    <w:p>
      <w:pPr>
        <w:spacing w:before="0" w:after="0"/>
        <w:ind w:firstLine="480"/>
        <w:jc w:val="left"/>
      </w:pPr>
      <w:r>
        <w:rPr>
          <w:rFonts w:ascii="Garamond" w:hAnsi="Garamond" w:cs="Garamond"/>
          <w:b w:val="0"/>
          <w:i w:val="0"/>
          <w:sz w:val="24"/>
        </w:rPr>
        <w:t>Kato motioned them to sit. “When you are asked, answer plainly. Tell them what they want to know.”</w:t>
      </w:r>
    </w:p>
    <w:p>
      <w:pPr>
        <w:spacing w:before="0" w:after="0"/>
        <w:ind w:firstLine="480"/>
        <w:jc w:val="left"/>
      </w:pPr>
      <w:r>
        <w:rPr>
          <w:rFonts w:ascii="Garamond" w:hAnsi="Garamond" w:cs="Garamond"/>
          <w:b w:val="0"/>
          <w:i w:val="0"/>
          <w:sz w:val="24"/>
        </w:rPr>
        <w:t>A guard raised a trumpet and let out a single note that cut through the arena and died. In the silence that followed, Pico sat down beside Verad.</w:t>
      </w:r>
    </w:p>
    <w:p>
      <w:pPr>
        <w:spacing w:before="0" w:after="0"/>
        <w:ind w:firstLine="480"/>
        <w:jc w:val="left"/>
      </w:pPr>
      <w:r>
        <w:rPr>
          <w:rFonts w:ascii="Garamond" w:hAnsi="Garamond" w:cs="Garamond"/>
          <w:b w:val="0"/>
          <w:i w:val="0"/>
          <w:sz w:val="24"/>
        </w:rPr>
        <w:t>“I was starting to worry,” Kato said under his breath.</w:t>
      </w:r>
    </w:p>
    <w:p>
      <w:pPr>
        <w:spacing w:before="0" w:after="0"/>
        <w:ind w:firstLine="480"/>
        <w:jc w:val="left"/>
      </w:pPr>
      <w:r>
        <w:rPr>
          <w:rFonts w:ascii="Garamond" w:hAnsi="Garamond" w:cs="Garamond"/>
          <w:b w:val="0"/>
          <w:i w:val="0"/>
          <w:sz w:val="24"/>
        </w:rPr>
        <w:t>“She came with the delegation,” Pico said, catching her breath. “I had to speak with her first.”</w:t>
      </w:r>
    </w:p>
    <w:p>
      <w:pPr>
        <w:spacing w:before="0" w:after="0"/>
        <w:ind w:firstLine="480"/>
        <w:jc w:val="left"/>
      </w:pPr>
      <w:r>
        <w:rPr>
          <w:rFonts w:ascii="Garamond" w:hAnsi="Garamond" w:cs="Garamond"/>
          <w:b w:val="0"/>
          <w:i w:val="0"/>
          <w:sz w:val="24"/>
        </w:rPr>
        <w:t>“Does Father know?”</w:t>
      </w:r>
    </w:p>
    <w:p>
      <w:pPr>
        <w:spacing w:before="0" w:after="0"/>
        <w:ind w:firstLine="480"/>
        <w:jc w:val="left"/>
      </w:pPr>
      <w:r>
        <w:rPr>
          <w:rFonts w:ascii="Garamond" w:hAnsi="Garamond" w:cs="Garamond"/>
          <w:b w:val="0"/>
          <w:i w:val="0"/>
          <w:sz w:val="24"/>
        </w:rPr>
        <w:t>“She came through the gates with the rest of them. How could he not.”</w:t>
      </w:r>
    </w:p>
    <w:p>
      <w:pPr>
        <w:spacing w:before="0" w:after="0"/>
        <w:ind w:firstLine="480"/>
        <w:jc w:val="left"/>
      </w:pPr>
      <w:r>
        <w:rPr>
          <w:rFonts w:ascii="Garamond" w:hAnsi="Garamond" w:cs="Garamond"/>
          <w:b w:val="0"/>
          <w:i w:val="0"/>
          <w:sz w:val="24"/>
        </w:rPr>
        <w:t>Kato leaned past Brunow toward his sister. “Is she in the arena? She has to be inside the arena if she intends to speak.”</w:t>
      </w:r>
    </w:p>
    <w:p>
      <w:pPr>
        <w:spacing w:before="0" w:after="0"/>
        <w:ind w:firstLine="480"/>
        <w:jc w:val="left"/>
      </w:pPr>
      <w:r>
        <w:rPr>
          <w:rFonts w:ascii="Garamond" w:hAnsi="Garamond" w:cs="Garamond"/>
          <w:b w:val="0"/>
          <w:i w:val="0"/>
          <w:sz w:val="24"/>
        </w:rPr>
        <w:t>“She was through the gates when I left her.” Pico reached into the pouch at her side. “These will help.” She handed each of them a small package wrapped in soft fur. “Over the eyes. To manage the light.” She took Brunow’s package, unrolled a pair of wire-rimmed spectacles with dark green lenses, and set them carefully on his nose.</w:t>
      </w:r>
    </w:p>
    <w:p>
      <w:pPr>
        <w:spacing w:before="0" w:after="0"/>
        <w:ind w:firstLine="480"/>
        <w:jc w:val="left"/>
      </w:pPr>
      <w:r>
        <w:rPr>
          <w:rFonts w:ascii="Garamond" w:hAnsi="Garamond" w:cs="Garamond"/>
          <w:b w:val="0"/>
          <w:i w:val="0"/>
          <w:sz w:val="24"/>
        </w:rPr>
        <w:t>The Captain turned his head slowly, taking in the arena with new eyes. “That is a considerable improvement. What do you call them?”</w:t>
      </w:r>
    </w:p>
    <w:p>
      <w:pPr>
        <w:spacing w:before="0" w:after="0"/>
        <w:ind w:firstLine="480"/>
        <w:jc w:val="left"/>
      </w:pPr>
      <w:r>
        <w:rPr>
          <w:rFonts w:ascii="Garamond" w:hAnsi="Garamond" w:cs="Garamond"/>
          <w:b w:val="0"/>
          <w:i w:val="0"/>
          <w:sz w:val="24"/>
        </w:rPr>
        <w:t>“Shades. We use them for our elders, for whom the city has grown too bright.” She glanced at Verad. “Though it seems they work equally well for less developed eyes.”</w:t>
      </w:r>
    </w:p>
    <w:p>
      <w:pPr>
        <w:spacing w:before="0" w:after="0"/>
        <w:ind w:firstLine="480"/>
        <w:jc w:val="left"/>
      </w:pPr>
      <w:r>
        <w:rPr>
          <w:rFonts w:ascii="Garamond" w:hAnsi="Garamond" w:cs="Garamond"/>
          <w:b w:val="0"/>
          <w:i w:val="0"/>
          <w:sz w:val="24"/>
        </w:rPr>
        <w:t>Verad put his own on and looked at her and managed something that was almost a smile. He was glad she was there. He was also afraid, the particular fear of someone who has been through enough that he has stopped pretending it away. The past months sat on him heavily and the arena and the crowd and the platform and the King were not making the weight easier to carry. He put his eyes back on the King.</w:t>
      </w:r>
    </w:p>
    <w:p>
      <w:pPr>
        <w:spacing w:before="0" w:after="0"/>
        <w:ind w:firstLine="480"/>
        <w:jc w:val="left"/>
      </w:pPr>
      <w:r>
        <w:rPr>
          <w:rFonts w:ascii="Garamond" w:hAnsi="Garamond" w:cs="Garamond"/>
          <w:b w:val="0"/>
          <w:i w:val="0"/>
          <w:sz w:val="24"/>
        </w:rPr>
        <w:t>Pico looked down at the table, regretting the joke.</w:t>
      </w:r>
    </w:p>
    <w:p>
      <w:pPr>
        <w:spacing w:before="0" w:after="0"/>
        <w:ind w:firstLine="480"/>
        <w:jc w:val="left"/>
      </w:pPr>
      <w:r>
        <w:rPr>
          <w:rFonts w:ascii="Garamond" w:hAnsi="Garamond" w:cs="Garamond"/>
          <w:b w:val="0"/>
          <w:i w:val="0"/>
          <w:sz w:val="24"/>
        </w:rPr>
        <w:t>The gathering opened with introductions, council members and Valorian delegates named one by one while Kato and Pico rose and acknowledged theirs. Then all of it settled into expectant silence and every face in the arena turned toward the Prince.</w:t>
      </w:r>
    </w:p>
    <w:p>
      <w:pPr>
        <w:spacing w:before="0" w:after="0"/>
        <w:ind w:firstLine="480"/>
        <w:jc w:val="left"/>
      </w:pPr>
      <w:r>
        <w:rPr>
          <w:rFonts w:ascii="Garamond" w:hAnsi="Garamond" w:cs="Garamond"/>
          <w:b w:val="0"/>
          <w:i w:val="0"/>
          <w:sz w:val="24"/>
        </w:rPr>
        <w:t>Kato took his time standing. He smoothed the front of his robe, looked out at the assembled crowd, and began.</w:t>
      </w:r>
    </w:p>
    <w:p>
      <w:pPr>
        <w:spacing w:before="0" w:after="0"/>
        <w:ind w:firstLine="480"/>
        <w:jc w:val="left"/>
      </w:pPr>
      <w:r>
        <w:rPr>
          <w:rFonts w:ascii="Garamond" w:hAnsi="Garamond" w:cs="Garamond"/>
          <w:b w:val="0"/>
          <w:i w:val="0"/>
          <w:sz w:val="24"/>
        </w:rPr>
        <w:t>“Father. Counselors. My Valorian brothers. My people.” He paused. “I stand before you to speak of two worlds. The one we were forced to leave behind, and the one we are meant to return to.” A sound moved through the crowd. “The Prophecy of the Gods has proven itself true. These three men who stand accused of serving the dragons had never seen a dragon before five days ago.” The sound became a roar and Kato raised his voice over it. “They are from the new world. They came to us stranded on our shore at the same moment the magic that protects us faltered. They have brought the third age with them and that, try as we might, cannot be undone.”</w:t>
      </w:r>
    </w:p>
    <w:p>
      <w:pPr>
        <w:spacing w:before="0" w:after="0"/>
        <w:ind w:firstLine="480"/>
        <w:jc w:val="left"/>
      </w:pPr>
      <w:r>
        <w:rPr>
          <w:rFonts w:ascii="Garamond" w:hAnsi="Garamond" w:cs="Garamond"/>
          <w:b w:val="0"/>
          <w:i w:val="0"/>
          <w:sz w:val="24"/>
        </w:rPr>
        <w:t>He walked to Brunow and helped the old man from his chair.</w:t>
      </w:r>
    </w:p>
    <w:p>
      <w:pPr>
        <w:spacing w:before="0" w:after="0"/>
        <w:ind w:firstLine="480"/>
        <w:jc w:val="left"/>
      </w:pPr>
      <w:r>
        <w:rPr>
          <w:rFonts w:ascii="Garamond" w:hAnsi="Garamond" w:cs="Garamond"/>
          <w:b w:val="0"/>
          <w:i w:val="0"/>
          <w:sz w:val="24"/>
        </w:rPr>
        <w:t>“This man has sailed the waters of the new world. He has seen its lands and its wonders, all of which our ancestors helped secure at the end of the First War of Balance. We were not rewarded for that help. We were locked away and made to spend a thousand years watching Atula’s flock. Halar, God of time, said there would come a day when the children of different ages would stand together for the Balance. What else could that mean but that the day is now? Much has changed out there. But out there we are free. Here we are prisoners.” He looked out at the faces surrounding them. “If you have questions, ask them.”</w:t>
      </w:r>
    </w:p>
    <w:p>
      <w:pPr>
        <w:spacing w:before="0" w:after="0"/>
        <w:ind w:firstLine="480"/>
        <w:jc w:val="left"/>
      </w:pPr>
      <w:r>
        <w:rPr>
          <w:rFonts w:ascii="Garamond" w:hAnsi="Garamond" w:cs="Garamond"/>
          <w:b w:val="0"/>
          <w:i w:val="0"/>
          <w:sz w:val="24"/>
        </w:rPr>
        <w:t>“What proof do we have?” A counselor rose at the King’s right hand. “You and your sister may be convinced. Not all of us share your faith in ancient words. They may have persuaded you. They have not persuaded the rest of us.” The majority of the crowd voiced agreement.</w:t>
      </w:r>
    </w:p>
    <w:p>
      <w:pPr>
        <w:spacing w:before="0" w:after="0"/>
        <w:ind w:firstLine="480"/>
        <w:jc w:val="left"/>
      </w:pPr>
      <w:r>
        <w:rPr>
          <w:rFonts w:ascii="Garamond" w:hAnsi="Garamond" w:cs="Garamond"/>
          <w:b w:val="0"/>
          <w:i w:val="0"/>
          <w:sz w:val="24"/>
        </w:rPr>
        <w:t>The silence that followed was long. Kato looked at Brunow with an expression that said, whatever you have, this is the moment. Then he sat down.</w:t>
      </w:r>
    </w:p>
    <w:p>
      <w:pPr>
        <w:spacing w:before="0" w:after="0"/>
        <w:ind w:firstLine="480"/>
        <w:jc w:val="left"/>
      </w:pPr>
      <w:r>
        <w:rPr>
          <w:rFonts w:ascii="Garamond" w:hAnsi="Garamond" w:cs="Garamond"/>
          <w:b w:val="0"/>
          <w:i w:val="0"/>
          <w:sz w:val="24"/>
        </w:rPr>
        <w:t>Brunow stood with some difficulty, adjusted his shades, and walked to the end of the table. He turned and bowed toward the King.</w:t>
      </w:r>
    </w:p>
    <w:p>
      <w:pPr>
        <w:spacing w:before="0" w:after="0"/>
        <w:ind w:firstLine="480"/>
        <w:jc w:val="left"/>
      </w:pPr>
      <w:r>
        <w:rPr>
          <w:rFonts w:ascii="Garamond" w:hAnsi="Garamond" w:cs="Garamond"/>
          <w:b w:val="0"/>
          <w:i w:val="0"/>
          <w:sz w:val="24"/>
        </w:rPr>
        <w:t>“My name is Jonas Brunow. Captain of the merchant vessel Sheeva, Royal Sartian Merchant Fleet.” He gathered himself on his sore feet, not entirely sure where this was going but certain it needed to go somewhere. “I serve King Abel Kirchen of Sartious, direct descendant of Palanthor the Glorious.” He watched several counselors lean toward each other at the name, speaking quietly. “Five days ago we washed up on your island. Before that I had never seen a dragon, and if I had any say in the matter I would never see another. They are a creation of the dark and I do not serve the dark.”</w:t>
      </w:r>
    </w:p>
    <w:p>
      <w:pPr>
        <w:spacing w:before="0" w:after="0"/>
        <w:ind w:firstLine="480"/>
        <w:jc w:val="left"/>
      </w:pPr>
      <w:r>
        <w:rPr>
          <w:rFonts w:ascii="Garamond" w:hAnsi="Garamond" w:cs="Garamond"/>
          <w:b w:val="0"/>
          <w:i w:val="0"/>
          <w:sz w:val="24"/>
        </w:rPr>
        <w:t>He moved slowly to the far end of the table, letting the words find their shape as he walked.</w:t>
      </w:r>
    </w:p>
    <w:p>
      <w:pPr>
        <w:spacing w:before="0" w:after="0"/>
        <w:ind w:firstLine="480"/>
        <w:jc w:val="left"/>
      </w:pPr>
      <w:r>
        <w:rPr>
          <w:rFonts w:ascii="Garamond" w:hAnsi="Garamond" w:cs="Garamond"/>
          <w:b w:val="0"/>
          <w:i w:val="0"/>
          <w:sz w:val="24"/>
        </w:rPr>
        <w:t>“There were fifty of us when we hit the beach. We have been attacked by dragons, by giant beetles, by birds large enough to carry a man, and finally by your scouts. It is a fair question to ask why we are still alive. I have been asking it myself.” He paused. “The god you call Atula, we know as Demolian. God of the Dark. He has not rested since the First Age. His servant Kakollian commands an army in the new world and has done so for five hundred years. The prophets of that dark age wrote of a meeting between first and third. It seems they were not wrong.”</w:t>
      </w:r>
    </w:p>
    <w:p>
      <w:pPr>
        <w:spacing w:before="0" w:after="0"/>
        <w:ind w:firstLine="480"/>
        <w:jc w:val="left"/>
      </w:pPr>
      <w:r>
        <w:rPr>
          <w:rFonts w:ascii="Garamond" w:hAnsi="Garamond" w:cs="Garamond"/>
          <w:b w:val="0"/>
          <w:i w:val="0"/>
          <w:sz w:val="24"/>
        </w:rPr>
        <w:t>The pieces had been assembling themselves in his mind since the cell, every port-city rumor and tavern prophecy and half-remembered history slotting into place. He understood more than he had any ordinary right to.</w:t>
      </w:r>
    </w:p>
    <w:p>
      <w:pPr>
        <w:spacing w:before="0" w:after="0"/>
        <w:ind w:firstLine="480"/>
        <w:jc w:val="left"/>
      </w:pPr>
      <w:r>
        <w:rPr>
          <w:rFonts w:ascii="Garamond" w:hAnsi="Garamond" w:cs="Garamond"/>
          <w:b w:val="0"/>
          <w:i w:val="0"/>
          <w:sz w:val="24"/>
        </w:rPr>
        <w:t>“They say Demolian found a way to remove the beauty of the first age so his creations might rule in its place.” He looked out at the faces around the arena. “Now I understand the beauty of which they wrote.” He let that land. “They say he will rise again. That his servants will return, and the Balance will tip to darkness. If what I believe is true, there is a battle coming for all of Estos. The Third War of the Balance.” The weight of it came down on him as he said it and his legs went with it. He sat down hard on the arena floor, not gracefully, the words still running through his head. “If the light breaks in that chaos, darkness will rule.”</w:t>
      </w:r>
    </w:p>
    <w:p>
      <w:pPr>
        <w:spacing w:before="0" w:after="0"/>
        <w:ind w:firstLine="480"/>
        <w:jc w:val="left"/>
      </w:pPr>
      <w:r>
        <w:rPr>
          <w:rFonts w:ascii="Garamond" w:hAnsi="Garamond" w:cs="Garamond"/>
          <w:b w:val="0"/>
          <w:i w:val="0"/>
          <w:sz w:val="24"/>
        </w:rPr>
        <w:t>“More lies,” the counselor said from the platform. “You still offer no proof.”</w:t>
      </w:r>
    </w:p>
    <w:p>
      <w:pPr>
        <w:spacing w:before="0" w:after="0"/>
        <w:ind w:firstLine="480"/>
        <w:jc w:val="left"/>
      </w:pPr>
      <w:r>
        <w:rPr>
          <w:rFonts w:ascii="Garamond" w:hAnsi="Garamond" w:cs="Garamond"/>
          <w:b w:val="0"/>
          <w:i w:val="0"/>
          <w:sz w:val="24"/>
        </w:rPr>
        <w:t>“How much proof do you need?” Pico was on her feet. “We have shown you the histories. We have shown you the prophecy. We have shown you where it has already come true. If you refuse to act on what remains, you may not have the chance again.”</w:t>
      </w:r>
    </w:p>
    <w:p>
      <w:pPr>
        <w:spacing w:before="0" w:after="0"/>
        <w:ind w:firstLine="480"/>
        <w:jc w:val="left"/>
      </w:pPr>
      <w:r>
        <w:rPr>
          <w:rFonts w:ascii="Garamond" w:hAnsi="Garamond" w:cs="Garamond"/>
          <w:b w:val="0"/>
          <w:i w:val="0"/>
          <w:sz w:val="24"/>
        </w:rPr>
        <w:t>Kato helped Brunow back to his chair and turned to face the crowd. “My sister is right. If we do nothing it will be too late for all of Estos.” He looked out at the gathered faces. “Our magic is fading. The Dragon Star has been weakened, and without intervention it will eventually fail.”</w:t>
      </w:r>
    </w:p>
    <w:p>
      <w:pPr>
        <w:spacing w:before="0" w:after="0"/>
        <w:ind w:firstLine="480"/>
        <w:jc w:val="left"/>
      </w:pPr>
      <w:r>
        <w:rPr>
          <w:rFonts w:ascii="Garamond" w:hAnsi="Garamond" w:cs="Garamond"/>
          <w:b w:val="0"/>
          <w:i w:val="0"/>
          <w:sz w:val="24"/>
        </w:rPr>
        <w:t>The crowd drew breath as one. The King rose from his throne.</w:t>
      </w:r>
    </w:p>
    <w:p>
      <w:pPr>
        <w:spacing w:before="0" w:after="0"/>
        <w:ind w:firstLine="480"/>
        <w:jc w:val="left"/>
      </w:pPr>
      <w:r>
        <w:rPr>
          <w:rFonts w:ascii="Garamond" w:hAnsi="Garamond" w:cs="Garamond"/>
          <w:b w:val="0"/>
          <w:i w:val="0"/>
          <w:sz w:val="24"/>
        </w:rPr>
        <w:t>“That information was given to you in confidence, Kathiasio.” The King’s voice was controlled but barely. “You had no right. I will not have the people frightened in this way. Do I make myself clear?”</w:t>
      </w:r>
    </w:p>
    <w:p>
      <w:pPr>
        <w:spacing w:before="0" w:after="0"/>
        <w:ind w:firstLine="480"/>
        <w:jc w:val="left"/>
      </w:pPr>
      <w:r>
        <w:rPr>
          <w:rFonts w:ascii="Garamond" w:hAnsi="Garamond" w:cs="Garamond"/>
          <w:b w:val="0"/>
          <w:i w:val="0"/>
          <w:sz w:val="24"/>
        </w:rPr>
        <w:t>“Father, you are my King and I love you. But I cannot be asked to endanger my people to protect a secret.”</w:t>
      </w:r>
    </w:p>
    <w:p>
      <w:pPr>
        <w:spacing w:before="0" w:after="0"/>
        <w:ind w:firstLine="480"/>
        <w:jc w:val="left"/>
      </w:pPr>
      <w:r>
        <w:rPr>
          <w:rFonts w:ascii="Garamond" w:hAnsi="Garamond" w:cs="Garamond"/>
          <w:b w:val="0"/>
          <w:i w:val="0"/>
          <w:sz w:val="24"/>
        </w:rPr>
        <w:t>“Enough.” The King stepped down from the platform and pointed his staff at his son. “Say one more word and you will regret it.”</w:t>
      </w:r>
    </w:p>
    <w:p>
      <w:pPr>
        <w:spacing w:before="0" w:after="0"/>
        <w:ind w:firstLine="480"/>
        <w:jc w:val="left"/>
      </w:pPr>
      <w:r>
        <w:rPr>
          <w:rFonts w:ascii="Garamond" w:hAnsi="Garamond" w:cs="Garamond"/>
          <w:b w:val="0"/>
          <w:i w:val="0"/>
          <w:sz w:val="24"/>
        </w:rPr>
        <w:t>“Father.” Pico stepped forward. “We have a chance to go home.”</w:t>
      </w:r>
    </w:p>
    <w:p>
      <w:pPr>
        <w:spacing w:before="0" w:after="0"/>
        <w:ind w:firstLine="480"/>
        <w:jc w:val="left"/>
      </w:pPr>
      <w:r>
        <w:rPr>
          <w:rFonts w:ascii="Garamond" w:hAnsi="Garamond" w:cs="Garamond"/>
          <w:b w:val="0"/>
          <w:i w:val="0"/>
          <w:sz w:val="24"/>
        </w:rPr>
        <w:t>“Both of you are dismissed,” the King said. “I will hear no more from either of you.”</w:t>
      </w:r>
    </w:p>
    <w:p>
      <w:pPr>
        <w:spacing w:before="0" w:after="0"/>
        <w:ind w:firstLine="480"/>
        <w:jc w:val="left"/>
      </w:pPr>
      <w:r>
        <w:rPr>
          <w:rFonts w:ascii="Garamond" w:hAnsi="Garamond" w:cs="Garamond"/>
          <w:b w:val="0"/>
          <w:i w:val="0"/>
          <w:sz w:val="24"/>
        </w:rPr>
        <w:t>“I will not go,” Kato said quietly, “until you have heard the prophecy.” He knew he was pushing past the point of safety. He also knew he had been trying to have this conversation in private for five years and that door had closed. “I have tried to show you this in private. I have tried to explain and you will not give me the chance. Now you mean to put my friends to death because you refuse to listen. After that you will silence your own people. Father, there is something happening and you will not open your eyes to it.”</w:t>
      </w:r>
    </w:p>
    <w:p>
      <w:pPr>
        <w:spacing w:before="0" w:after="0"/>
        <w:ind w:firstLine="480"/>
        <w:jc w:val="left"/>
      </w:pPr>
      <w:r>
        <w:rPr>
          <w:rFonts w:ascii="Garamond" w:hAnsi="Garamond" w:cs="Garamond"/>
          <w:b w:val="0"/>
          <w:i w:val="0"/>
          <w:sz w:val="24"/>
        </w:rPr>
        <w:t>Telansio Weymar did something that had not been done in thousands of years.</w:t>
      </w:r>
    </w:p>
    <w:p>
      <w:pPr>
        <w:spacing w:before="0" w:after="0"/>
        <w:ind w:firstLine="480"/>
        <w:jc w:val="left"/>
      </w:pPr>
      <w:r>
        <w:rPr>
          <w:rFonts w:ascii="Garamond" w:hAnsi="Garamond" w:cs="Garamond"/>
          <w:b w:val="0"/>
          <w:i w:val="0"/>
          <w:sz w:val="24"/>
        </w:rPr>
        <w:t>He struck down one of his own people for speaking at a gathering. Worse, he struck down his son. A quick burst from the staff and Kato went silently to the floor, and the arena went silent with him. The King stood over the boy and he was visibly shaken, two counselors moving close to steady him.</w:t>
      </w:r>
    </w:p>
    <w:p>
      <w:pPr>
        <w:spacing w:before="0" w:after="0"/>
        <w:ind w:firstLine="480"/>
        <w:jc w:val="left"/>
      </w:pPr>
      <w:r>
        <w:rPr>
          <w:rFonts w:ascii="Garamond" w:hAnsi="Garamond" w:cs="Garamond"/>
          <w:b w:val="0"/>
          <w:i w:val="0"/>
          <w:sz w:val="24"/>
        </w:rPr>
        <w:t>Pico was at her brother’s side before the echo of the staff’s discharge faded. Her palm lit green and she pressed it briefly to his chest, reading him. Then she rose and walked to her father.</w:t>
      </w:r>
    </w:p>
    <w:p>
      <w:pPr>
        <w:spacing w:before="0" w:after="0"/>
        <w:ind w:firstLine="480"/>
        <w:jc w:val="left"/>
      </w:pPr>
      <w:r>
        <w:rPr>
          <w:rFonts w:ascii="Garamond" w:hAnsi="Garamond" w:cs="Garamond"/>
          <w:b w:val="0"/>
          <w:i w:val="0"/>
          <w:sz w:val="24"/>
        </w:rPr>
        <w:t>“He had no right,” the King said. It sounded feeble even before it finished. “I told him to stop.”</w:t>
      </w:r>
    </w:p>
    <w:p>
      <w:pPr>
        <w:spacing w:before="0" w:after="0"/>
        <w:ind w:firstLine="480"/>
        <w:jc w:val="left"/>
      </w:pPr>
      <w:r>
        <w:rPr>
          <w:rFonts w:ascii="Garamond" w:hAnsi="Garamond" w:cs="Garamond"/>
          <w:b w:val="0"/>
          <w:i w:val="0"/>
          <w:sz w:val="24"/>
        </w:rPr>
        <w:t>“This is a gathering,” Pico said. Her voice was steady in a way that required effort. “A gathering exists so that people may speak. Were you ever going to tell them how close the Dragon Star is to failing?” She looked at her father and waited for an answer he did not have. “He is trying to do what is right. Why will you not hear him?”</w:t>
      </w:r>
    </w:p>
    <w:p>
      <w:pPr>
        <w:spacing w:before="0" w:after="0"/>
        <w:ind w:firstLine="480"/>
        <w:jc w:val="left"/>
      </w:pPr>
      <w:r>
        <w:rPr>
          <w:rFonts w:ascii="Garamond" w:hAnsi="Garamond" w:cs="Garamond"/>
          <w:b w:val="0"/>
          <w:i w:val="0"/>
          <w:sz w:val="24"/>
        </w:rPr>
        <w:t>“Take them to their chambers,” the King said. “This gathering is over.”</w:t>
      </w:r>
    </w:p>
    <w:p>
      <w:pPr>
        <w:spacing w:before="0" w:after="0"/>
        <w:ind w:firstLine="480"/>
        <w:jc w:val="left"/>
      </w:pPr>
      <w:r>
        <w:rPr>
          <w:rFonts w:ascii="Garamond" w:hAnsi="Garamond" w:cs="Garamond"/>
          <w:b w:val="0"/>
          <w:i w:val="0"/>
          <w:sz w:val="24"/>
        </w:rPr>
        <w:t>He turned and left without looking back. His entourage followed. Counselors moved to escort the Valorian delegation to their quarters. Two guards came for Pico, two more lifted Kato with careful hands. Most of the guards had grown up alongside the Prince and Princess, and it showed in how they handled him.</w:t>
      </w:r>
    </w:p>
    <w:p>
      <w:pPr>
        <w:spacing w:before="0" w:after="0"/>
        <w:ind w:firstLine="480"/>
        <w:jc w:val="left"/>
      </w:pPr>
      <w:r>
        <w:rPr>
          <w:rFonts w:ascii="Garamond" w:hAnsi="Garamond" w:cs="Garamond"/>
          <w:b w:val="0"/>
          <w:i w:val="0"/>
          <w:sz w:val="24"/>
        </w:rPr>
        <w:t>What had happened was not something any of them would discuss easily, or soon. The King had not injured his son. The Prince would be fine. But the message had gone out to every person in the arena, and it could not be unsaid. There would be no judgment made tonight about the three strangers. There would be no formal decision of any kind. What there would be, spreading through the city from person to person before morning, was the knowledge that the Dragon Star was failing, and the question of what came after it.</w:t>
      </w:r>
    </w:p>
    <w:p>
      <w:pPr>
        <w:spacing w:before="0" w:after="0"/>
        <w:ind w:firstLine="480"/>
        <w:jc w:val="left"/>
      </w:pPr>
      <w:r>
        <w:rPr>
          <w:rFonts w:ascii="Garamond" w:hAnsi="Garamond" w:cs="Garamond"/>
          <w:b w:val="0"/>
          <w:i w:val="0"/>
          <w:sz w:val="24"/>
        </w:rPr>
        <w:t>The King could silence the gathering. He could not silence that.</w:t>
      </w:r>
    </w:p>
    <w:p>
      <w:pPr>
        <w:spacing w:before="480" w:after="360"/>
        <w:ind w:firstLine="0"/>
        <w:jc w:val="center"/>
      </w:pPr>
      <w:r>
        <w:rPr>
          <w:rFonts w:ascii="Garamond" w:hAnsi="Garamond" w:cs="Garamond"/>
          <w:b/>
          <w:i w:val="0"/>
          <w:sz w:val="28"/>
        </w:rPr>
        <w:t>Chapter Thirty-Three</w:t>
      </w:r>
    </w:p>
    <w:p>
      <w:pPr>
        <w:spacing w:before="0" w:after="0"/>
        <w:ind w:firstLine="480"/>
        <w:jc w:val="left"/>
      </w:pPr>
      <w:r>
        <w:rPr>
          <w:rFonts w:ascii="Garamond" w:hAnsi="Garamond" w:cs="Garamond"/>
          <w:b w:val="0"/>
          <w:i w:val="0"/>
          <w:sz w:val="24"/>
        </w:rPr>
        <w:t>Kato woke hours later in his own bed with the kind of ache that lived in the bones rather than the muscle.</w:t>
      </w:r>
    </w:p>
    <w:p>
      <w:pPr>
        <w:spacing w:before="0" w:after="0"/>
        <w:ind w:firstLine="480"/>
        <w:jc w:val="left"/>
      </w:pPr>
      <w:r>
        <w:rPr>
          <w:rFonts w:ascii="Garamond" w:hAnsi="Garamond" w:cs="Garamond"/>
          <w:b w:val="0"/>
          <w:i w:val="0"/>
          <w:sz w:val="24"/>
        </w:rPr>
        <w:t>He lay still for a moment, assembling the pieces. The arena. His father’s face. The staff coming up. Then nothing until now.</w:t>
      </w:r>
    </w:p>
    <w:p>
      <w:pPr>
        <w:spacing w:before="0" w:after="0"/>
        <w:ind w:firstLine="480"/>
        <w:jc w:val="left"/>
      </w:pPr>
      <w:r>
        <w:rPr>
          <w:rFonts w:ascii="Garamond" w:hAnsi="Garamond" w:cs="Garamond"/>
          <w:b w:val="0"/>
          <w:i w:val="0"/>
          <w:sz w:val="24"/>
        </w:rPr>
        <w:t>He shifted, and the pain made him wince, and Pico materialized at his side as though she had been waiting for exactly that sound.</w:t>
      </w:r>
    </w:p>
    <w:p>
      <w:pPr>
        <w:spacing w:before="0" w:after="0"/>
        <w:ind w:firstLine="480"/>
        <w:jc w:val="left"/>
      </w:pPr>
      <w:r>
        <w:rPr>
          <w:rFonts w:ascii="Garamond" w:hAnsi="Garamond" w:cs="Garamond"/>
          <w:b w:val="0"/>
          <w:i w:val="0"/>
          <w:sz w:val="24"/>
        </w:rPr>
        <w:t>“What did you think you were doing out there?” She pressed him back against the pillow with both hands. “Do you think they will listen to us now? Do you think Father will ever listen now? Tell me. Just tell me what you thought you were doing.”</w:t>
      </w:r>
    </w:p>
    <w:p>
      <w:pPr>
        <w:spacing w:before="0" w:after="0"/>
        <w:ind w:firstLine="480"/>
        <w:jc w:val="left"/>
      </w:pPr>
      <w:r>
        <w:rPr>
          <w:rFonts w:ascii="Garamond" w:hAnsi="Garamond" w:cs="Garamond"/>
          <w:b w:val="0"/>
          <w:i w:val="0"/>
          <w:sz w:val="24"/>
        </w:rPr>
        <w:t>“I was only—”</w:t>
      </w:r>
    </w:p>
    <w:p>
      <w:pPr>
        <w:spacing w:before="0" w:after="0"/>
        <w:ind w:firstLine="480"/>
        <w:jc w:val="left"/>
      </w:pPr>
      <w:r>
        <w:rPr>
          <w:rFonts w:ascii="Garamond" w:hAnsi="Garamond" w:cs="Garamond"/>
          <w:b w:val="0"/>
          <w:i w:val="0"/>
          <w:sz w:val="24"/>
        </w:rPr>
        <w:t>“I cannot believe you brought up the Dragon Star.”</w:t>
      </w:r>
    </w:p>
    <w:p>
      <w:pPr>
        <w:spacing w:before="0" w:after="0"/>
        <w:ind w:firstLine="480"/>
        <w:jc w:val="left"/>
      </w:pPr>
      <w:r>
        <w:rPr>
          <w:rFonts w:ascii="Garamond" w:hAnsi="Garamond" w:cs="Garamond"/>
          <w:b w:val="0"/>
          <w:i w:val="0"/>
          <w:sz w:val="24"/>
        </w:rPr>
        <w:t>“But you told me—”</w:t>
      </w:r>
    </w:p>
    <w:p>
      <w:pPr>
        <w:spacing w:before="0" w:after="0"/>
        <w:ind w:firstLine="480"/>
        <w:jc w:val="left"/>
      </w:pPr>
      <w:r>
        <w:rPr>
          <w:rFonts w:ascii="Garamond" w:hAnsi="Garamond" w:cs="Garamond"/>
          <w:b w:val="0"/>
          <w:i w:val="0"/>
          <w:sz w:val="24"/>
        </w:rPr>
        <w:t>“Father feels horrible about what happened. If you went to him and apologized, maybe—”</w:t>
      </w:r>
    </w:p>
    <w:p>
      <w:pPr>
        <w:spacing w:before="0" w:after="0"/>
        <w:ind w:firstLine="480"/>
        <w:jc w:val="left"/>
      </w:pPr>
      <w:r>
        <w:rPr>
          <w:rFonts w:ascii="Garamond" w:hAnsi="Garamond" w:cs="Garamond"/>
          <w:b w:val="0"/>
          <w:i w:val="0"/>
          <w:sz w:val="24"/>
        </w:rPr>
        <w:t>“What am I apologizing—”</w:t>
      </w:r>
    </w:p>
    <w:p>
      <w:pPr>
        <w:spacing w:before="0" w:after="0"/>
        <w:ind w:firstLine="480"/>
        <w:jc w:val="left"/>
      </w:pPr>
      <w:r>
        <w:rPr>
          <w:rFonts w:ascii="Garamond" w:hAnsi="Garamond" w:cs="Garamond"/>
          <w:b w:val="0"/>
          <w:i w:val="0"/>
          <w:sz w:val="24"/>
        </w:rPr>
        <w:t>“They took them back underground, you know. The humans.”</w:t>
      </w:r>
    </w:p>
    <w:p>
      <w:pPr>
        <w:spacing w:before="0" w:after="0"/>
        <w:ind w:firstLine="480"/>
        <w:jc w:val="left"/>
      </w:pPr>
      <w:r>
        <w:rPr>
          <w:rFonts w:ascii="Garamond" w:hAnsi="Garamond" w:cs="Garamond"/>
          <w:b w:val="0"/>
          <w:i w:val="0"/>
          <w:sz w:val="24"/>
        </w:rPr>
        <w:t>“They did not judge—”</w:t>
      </w:r>
    </w:p>
    <w:p>
      <w:pPr>
        <w:spacing w:before="0" w:after="0"/>
        <w:ind w:firstLine="480"/>
        <w:jc w:val="left"/>
      </w:pPr>
      <w:r>
        <w:rPr>
          <w:rFonts w:ascii="Garamond" w:hAnsi="Garamond" w:cs="Garamond"/>
          <w:b w:val="0"/>
          <w:i w:val="0"/>
          <w:sz w:val="24"/>
        </w:rPr>
        <w:t>“And what about Mother? Can you imagine what it was like for her to see that?”</w:t>
      </w:r>
    </w:p>
    <w:p>
      <w:pPr>
        <w:spacing w:before="0" w:after="0"/>
        <w:ind w:firstLine="480"/>
        <w:jc w:val="left"/>
      </w:pPr>
      <w:r>
        <w:rPr>
          <w:rFonts w:ascii="Garamond" w:hAnsi="Garamond" w:cs="Garamond"/>
          <w:b w:val="0"/>
          <w:i w:val="0"/>
          <w:sz w:val="24"/>
        </w:rPr>
        <w:t>“Is she—”</w:t>
      </w:r>
    </w:p>
    <w:p>
      <w:pPr>
        <w:spacing w:before="0" w:after="0"/>
        <w:ind w:firstLine="480"/>
        <w:jc w:val="left"/>
      </w:pPr>
      <w:r>
        <w:rPr>
          <w:rFonts w:ascii="Garamond" w:hAnsi="Garamond" w:cs="Garamond"/>
          <w:b w:val="0"/>
          <w:i w:val="0"/>
          <w:sz w:val="24"/>
        </w:rPr>
        <w:t>“Stop lying there. We have to figure out what we are going to do.”</w:t>
      </w:r>
    </w:p>
    <w:p>
      <w:pPr>
        <w:spacing w:before="0" w:after="0"/>
        <w:ind w:firstLine="480"/>
        <w:jc w:val="left"/>
      </w:pPr>
      <w:r>
        <w:rPr>
          <w:rFonts w:ascii="Garamond" w:hAnsi="Garamond" w:cs="Garamond"/>
          <w:b w:val="0"/>
          <w:i w:val="0"/>
          <w:sz w:val="24"/>
        </w:rPr>
        <w:t>“Pico.”</w:t>
      </w:r>
    </w:p>
    <w:p>
      <w:pPr>
        <w:spacing w:before="0" w:after="0"/>
        <w:ind w:firstLine="480"/>
        <w:jc w:val="left"/>
      </w:pPr>
      <w:r>
        <w:rPr>
          <w:rFonts w:ascii="Garamond" w:hAnsi="Garamond" w:cs="Garamond"/>
          <w:b w:val="0"/>
          <w:i w:val="0"/>
          <w:sz w:val="24"/>
        </w:rPr>
        <w:t>She kept going.</w:t>
      </w:r>
    </w:p>
    <w:p>
      <w:pPr>
        <w:spacing w:before="0" w:after="0"/>
        <w:ind w:firstLine="480"/>
        <w:jc w:val="left"/>
      </w:pPr>
      <w:r>
        <w:rPr>
          <w:rFonts w:ascii="Garamond" w:hAnsi="Garamond" w:cs="Garamond"/>
          <w:b w:val="0"/>
          <w:i w:val="0"/>
          <w:sz w:val="24"/>
        </w:rPr>
        <w:t>“Pico!” He got his elbows under him and pushed past her hands and her urgent thoughts simultaneously. “For the love of Otos. Will you let me answer something?”</w:t>
      </w:r>
    </w:p>
    <w:p>
      <w:pPr>
        <w:spacing w:before="0" w:after="0"/>
        <w:ind w:firstLine="480"/>
        <w:jc w:val="left"/>
      </w:pPr>
      <w:r>
        <w:rPr>
          <w:rFonts w:ascii="Garamond" w:hAnsi="Garamond" w:cs="Garamond"/>
          <w:b w:val="0"/>
          <w:i w:val="0"/>
          <w:sz w:val="24"/>
        </w:rPr>
        <w:t>She stopped. She looked at him. Then, because she knew it was not entirely his fault, because she had in fact told him to mention the Dragon Star if it came to that, she sat down on the edge of the bed and folded her hands in her lap.</w:t>
      </w:r>
    </w:p>
    <w:p>
      <w:pPr>
        <w:spacing w:before="0" w:after="0"/>
        <w:ind w:firstLine="480"/>
        <w:jc w:val="left"/>
      </w:pPr>
      <w:r>
        <w:rPr>
          <w:rFonts w:ascii="Garamond" w:hAnsi="Garamond" w:cs="Garamond"/>
          <w:b w:val="0"/>
          <w:i w:val="0"/>
          <w:sz w:val="24"/>
        </w:rPr>
        <w:t>“All right,” she said. “Tell me what we are going to do now.”</w:t>
      </w:r>
    </w:p>
    <w:p>
      <w:pPr>
        <w:spacing w:before="0" w:after="0"/>
        <w:ind w:firstLine="480"/>
        <w:jc w:val="left"/>
      </w:pPr>
      <w:r>
        <w:rPr>
          <w:rFonts w:ascii="Garamond" w:hAnsi="Garamond" w:cs="Garamond"/>
          <w:b w:val="0"/>
          <w:i w:val="0"/>
          <w:sz w:val="24"/>
        </w:rPr>
        <w:t>“He has told us since we were children that the welfare of our people is the first obligation,” Kato said. “I intend to carry through with the plan.”</w:t>
      </w:r>
    </w:p>
    <w:p>
      <w:pPr>
        <w:spacing w:before="0" w:after="0"/>
        <w:ind w:firstLine="480"/>
        <w:jc w:val="left"/>
      </w:pPr>
      <w:r>
        <w:rPr>
          <w:rFonts w:ascii="Garamond" w:hAnsi="Garamond" w:cs="Garamond"/>
          <w:b w:val="0"/>
          <w:i w:val="0"/>
          <w:sz w:val="24"/>
        </w:rPr>
        <w:t>Pico stared at him. “What plan? We did not have a plan. We had a hope and a prophecy and a gathering that has just ended with Father putting you on the floor.”</w:t>
      </w:r>
    </w:p>
    <w:p>
      <w:pPr>
        <w:spacing w:before="0" w:after="0"/>
        <w:ind w:firstLine="480"/>
        <w:jc w:val="left"/>
      </w:pPr>
      <w:r>
        <w:rPr>
          <w:rFonts w:ascii="Garamond" w:hAnsi="Garamond" w:cs="Garamond"/>
          <w:b w:val="0"/>
          <w:i w:val="0"/>
          <w:sz w:val="24"/>
        </w:rPr>
        <w:t>“We do not need the council,” Kato said. He got himself slowly to the edge of the bed and sat there, waiting for the room to settle. “The prophecy says nothing about both of us going. Only one has to go. That one is me.”</w:t>
      </w:r>
    </w:p>
    <w:p>
      <w:pPr>
        <w:spacing w:before="0" w:after="0"/>
        <w:ind w:firstLine="480"/>
        <w:jc w:val="left"/>
      </w:pPr>
      <w:r>
        <w:rPr>
          <w:rFonts w:ascii="Garamond" w:hAnsi="Garamond" w:cs="Garamond"/>
          <w:b w:val="0"/>
          <w:i w:val="0"/>
          <w:sz w:val="24"/>
        </w:rPr>
        <w:t>Pico was on her feet. “You cannot go in alone.” She crossed to his side of the bed. “How can you even think about going without me?”</w:t>
      </w:r>
    </w:p>
    <w:p>
      <w:pPr>
        <w:spacing w:before="0" w:after="0"/>
        <w:ind w:firstLine="480"/>
        <w:jc w:val="left"/>
      </w:pPr>
      <w:r>
        <w:rPr>
          <w:rFonts w:ascii="Garamond" w:hAnsi="Garamond" w:cs="Garamond"/>
          <w:b w:val="0"/>
          <w:i w:val="0"/>
          <w:sz w:val="24"/>
        </w:rPr>
        <w:t>“I was going to go without you regardless.” He took her by the shoulders, which was the only thing that made her stop moving. “Do you think I want Father to lose both of his children?” He could see by her face that this was not the answer she was hoping for. “Piancio. I cannot risk you as well. One of us has to be here for the people when this is over.”</w:t>
      </w:r>
    </w:p>
    <w:p>
      <w:pPr>
        <w:spacing w:before="0" w:after="0"/>
        <w:ind w:firstLine="480"/>
        <w:jc w:val="left"/>
      </w:pPr>
      <w:r>
        <w:rPr>
          <w:rFonts w:ascii="Garamond" w:hAnsi="Garamond" w:cs="Garamond"/>
          <w:b w:val="0"/>
          <w:i w:val="0"/>
          <w:sz w:val="24"/>
        </w:rPr>
        <w:t>“Oh, of course. You go and I stay here and wait.” She turned her back to him. “Or I go and you stay.”</w:t>
      </w:r>
    </w:p>
    <w:p>
      <w:pPr>
        <w:spacing w:before="0" w:after="0"/>
        <w:ind w:firstLine="480"/>
        <w:jc w:val="left"/>
      </w:pPr>
      <w:r>
        <w:rPr>
          <w:rFonts w:ascii="Garamond" w:hAnsi="Garamond" w:cs="Garamond"/>
          <w:b w:val="0"/>
          <w:i w:val="0"/>
          <w:sz w:val="24"/>
        </w:rPr>
        <w:t>“Pico.”</w:t>
      </w:r>
    </w:p>
    <w:p>
      <w:pPr>
        <w:spacing w:before="0" w:after="0"/>
        <w:ind w:firstLine="480"/>
        <w:jc w:val="left"/>
      </w:pPr>
      <w:r>
        <w:rPr>
          <w:rFonts w:ascii="Garamond" w:hAnsi="Garamond" w:cs="Garamond"/>
          <w:b w:val="0"/>
          <w:i w:val="0"/>
          <w:sz w:val="24"/>
        </w:rPr>
        <w:t>“You stay and I will go. That makes just as much sense.”</w:t>
      </w:r>
    </w:p>
    <w:p>
      <w:pPr>
        <w:spacing w:before="0" w:after="0"/>
        <w:ind w:firstLine="480"/>
        <w:jc w:val="left"/>
      </w:pPr>
      <w:r>
        <w:rPr>
          <w:rFonts w:ascii="Garamond" w:hAnsi="Garamond" w:cs="Garamond"/>
          <w:b w:val="0"/>
          <w:i w:val="0"/>
          <w:sz w:val="24"/>
        </w:rPr>
        <w:t>“It does not and you know it.” He was quiet for a moment. “If I fail, somebody has to be here when the Dragon Star dies. Somebody has to hold the people together. That is you. That has always been you.”</w:t>
      </w:r>
    </w:p>
    <w:p>
      <w:pPr>
        <w:spacing w:before="0" w:after="0"/>
        <w:ind w:firstLine="480"/>
        <w:jc w:val="left"/>
      </w:pPr>
      <w:r>
        <w:rPr>
          <w:rFonts w:ascii="Garamond" w:hAnsi="Garamond" w:cs="Garamond"/>
          <w:b w:val="0"/>
          <w:i w:val="0"/>
          <w:sz w:val="24"/>
        </w:rPr>
        <w:t>She said nothing. The silence between them was the kind that meant she knew he was right and was not ready to say so.</w:t>
      </w:r>
    </w:p>
    <w:p>
      <w:pPr>
        <w:spacing w:before="0" w:after="0"/>
        <w:ind w:firstLine="480"/>
        <w:jc w:val="left"/>
      </w:pPr>
      <w:r>
        <w:rPr>
          <w:rFonts w:ascii="Garamond" w:hAnsi="Garamond" w:cs="Garamond"/>
          <w:b w:val="0"/>
          <w:i w:val="0"/>
          <w:sz w:val="24"/>
        </w:rPr>
        <w:t>“At least tell Father,” she said finally. “Send someone with you. You cannot do this alone.”</w:t>
      </w:r>
    </w:p>
    <w:p>
      <w:pPr>
        <w:spacing w:before="0" w:after="0"/>
        <w:ind w:firstLine="480"/>
        <w:jc w:val="left"/>
      </w:pPr>
      <w:r>
        <w:rPr>
          <w:rFonts w:ascii="Garamond" w:hAnsi="Garamond" w:cs="Garamond"/>
          <w:b w:val="0"/>
          <w:i w:val="0"/>
          <w:sz w:val="24"/>
        </w:rPr>
        <w:t>“Tell Father nothing. I will be fortunate not to be under arrest before morning.” Kato stood, slowly, and found his feet. “There are no more words to use with him. It is something he cannot see yet. And I will not be alone.”</w:t>
      </w:r>
    </w:p>
    <w:p>
      <w:pPr>
        <w:spacing w:before="0" w:after="0"/>
        <w:ind w:firstLine="480"/>
        <w:jc w:val="left"/>
      </w:pPr>
      <w:r>
        <w:rPr>
          <w:rFonts w:ascii="Garamond" w:hAnsi="Garamond" w:cs="Garamond"/>
          <w:b w:val="0"/>
          <w:i w:val="0"/>
          <w:sz w:val="24"/>
        </w:rPr>
        <w:t>Pico turned. “What do you mean?”</w:t>
      </w:r>
    </w:p>
    <w:p>
      <w:pPr>
        <w:spacing w:before="0" w:after="0"/>
        <w:ind w:firstLine="480"/>
        <w:jc w:val="left"/>
      </w:pPr>
      <w:r>
        <w:rPr>
          <w:rFonts w:ascii="Garamond" w:hAnsi="Garamond" w:cs="Garamond"/>
          <w:b w:val="0"/>
          <w:i w:val="0"/>
          <w:sz w:val="24"/>
        </w:rPr>
        <w:t>“Someone will be with me. He just does not know it yet.”</w:t>
      </w:r>
    </w:p>
    <w:p>
      <w:pPr>
        <w:spacing w:before="0" w:after="0"/>
        <w:ind w:firstLine="480"/>
        <w:jc w:val="left"/>
      </w:pPr>
      <w:r>
        <w:rPr>
          <w:rFonts w:ascii="Garamond" w:hAnsi="Garamond" w:cs="Garamond"/>
          <w:b w:val="0"/>
          <w:i w:val="0"/>
          <w:sz w:val="24"/>
        </w:rPr>
        <w:t>She understood before he said the name. She could see it in the way he was standing. “Kato, you cannot take the boy.”</w:t>
      </w:r>
    </w:p>
    <w:p>
      <w:pPr>
        <w:spacing w:before="0" w:after="0"/>
        <w:ind w:firstLine="480"/>
        <w:jc w:val="left"/>
      </w:pPr>
      <w:r>
        <w:rPr>
          <w:rFonts w:ascii="Garamond" w:hAnsi="Garamond" w:cs="Garamond"/>
          <w:b w:val="0"/>
          <w:i w:val="0"/>
          <w:sz w:val="24"/>
        </w:rPr>
        <w:t>“He is the one the prophecy speaks of. He has to be.”</w:t>
      </w:r>
    </w:p>
    <w:p>
      <w:pPr>
        <w:spacing w:before="0" w:after="0"/>
        <w:ind w:firstLine="480"/>
        <w:jc w:val="left"/>
      </w:pPr>
      <w:r>
        <w:rPr>
          <w:rFonts w:ascii="Garamond" w:hAnsi="Garamond" w:cs="Garamond"/>
          <w:b w:val="0"/>
          <w:i w:val="0"/>
          <w:sz w:val="24"/>
        </w:rPr>
        <w:t>“We do not know what the prophecy means. Nobody knows exactly what it means.” She moved toward him. “It speaks of third age magic combining with first age strength. Verad has no magic. If you need magic, take the warrior.”</w:t>
      </w:r>
    </w:p>
    <w:p>
      <w:pPr>
        <w:spacing w:before="0" w:after="0"/>
        <w:ind w:firstLine="480"/>
        <w:jc w:val="left"/>
      </w:pPr>
      <w:r>
        <w:rPr>
          <w:rFonts w:ascii="Garamond" w:hAnsi="Garamond" w:cs="Garamond"/>
          <w:b w:val="0"/>
          <w:i w:val="0"/>
          <w:sz w:val="24"/>
        </w:rPr>
        <w:t>“It says for a life saved, the favor returned.” Kato looked at her steadily. “I saved his life in the tunnels. The only way I can read him saving mine is if he comes back with a Dragon Star.”</w:t>
      </w:r>
    </w:p>
    <w:p>
      <w:pPr>
        <w:spacing w:before="0" w:after="0"/>
        <w:ind w:firstLine="480"/>
        <w:jc w:val="left"/>
      </w:pPr>
      <w:r>
        <w:rPr>
          <w:rFonts w:ascii="Garamond" w:hAnsi="Garamond" w:cs="Garamond"/>
          <w:b w:val="0"/>
          <w:i w:val="0"/>
          <w:sz w:val="24"/>
        </w:rPr>
        <w:t>“Kato—”</w:t>
      </w:r>
    </w:p>
    <w:p>
      <w:pPr>
        <w:spacing w:before="0" w:after="0"/>
        <w:ind w:firstLine="480"/>
        <w:jc w:val="left"/>
      </w:pPr>
      <w:r>
        <w:rPr>
          <w:rFonts w:ascii="Garamond" w:hAnsi="Garamond" w:cs="Garamond"/>
          <w:b w:val="0"/>
          <w:i w:val="0"/>
          <w:sz w:val="24"/>
        </w:rPr>
        <w:t>“I have to go.” He said it simply, the way you say things that have been decided. “I would have told Father if the night had gone differently. It did not.” He pulled his sister close and held her there for a moment. “I have to go, Pico. And I need your help to do it.”</w:t>
      </w:r>
    </w:p>
    <w:p>
      <w:pPr>
        <w:spacing w:before="0" w:after="0"/>
        <w:ind w:firstLine="480"/>
        <w:jc w:val="left"/>
      </w:pPr>
      <w:r>
        <w:rPr>
          <w:rFonts w:ascii="Garamond" w:hAnsi="Garamond" w:cs="Garamond"/>
          <w:b w:val="0"/>
          <w:i w:val="0"/>
          <w:sz w:val="24"/>
        </w:rPr>
        <w:t>She did not answer right away. She stood in her brother’s arms in the quiet of his room and looked past his shoulder at nothing, and he could feel her thinking, the way he had always been able to feel her thinking, and he waited.</w:t>
      </w:r>
    </w:p>
    <w:p>
      <w:pPr>
        <w:spacing w:before="0" w:after="0"/>
        <w:ind w:firstLine="480"/>
        <w:jc w:val="left"/>
      </w:pPr>
      <w:r>
        <w:rPr>
          <w:rFonts w:ascii="Garamond" w:hAnsi="Garamond" w:cs="Garamond"/>
          <w:b w:val="0"/>
          <w:i w:val="0"/>
          <w:sz w:val="24"/>
        </w:rPr>
        <w:t>Outside, the city of Alteria hummed with the low sound of ten thousand people who had just heard something they could not unhear, talking quietly among themselves about what it meant.</w:t>
      </w:r>
    </w:p>
    <w:p>
      <w:pPr>
        <w:spacing w:before="480" w:after="360"/>
        <w:ind w:firstLine="0"/>
        <w:jc w:val="center"/>
      </w:pPr>
      <w:r>
        <w:rPr>
          <w:rFonts w:ascii="Garamond" w:hAnsi="Garamond" w:cs="Garamond"/>
          <w:b/>
          <w:i w:val="0"/>
          <w:sz w:val="28"/>
        </w:rPr>
        <w:t>Chapter Thirty-Four</w:t>
      </w:r>
    </w:p>
    <w:p>
      <w:pPr>
        <w:spacing w:before="0" w:after="0"/>
        <w:ind w:firstLine="480"/>
        <w:jc w:val="left"/>
      </w:pPr>
      <w:r>
        <w:rPr>
          <w:rFonts w:ascii="Garamond" w:hAnsi="Garamond" w:cs="Garamond"/>
          <w:b w:val="0"/>
          <w:i w:val="0"/>
          <w:sz w:val="24"/>
        </w:rPr>
        <w:t>The cell was quiet and dark again.</w:t>
      </w:r>
    </w:p>
    <w:p>
      <w:pPr>
        <w:spacing w:before="0" w:after="0"/>
        <w:ind w:firstLine="480"/>
        <w:jc w:val="left"/>
      </w:pPr>
      <w:r>
        <w:rPr>
          <w:rFonts w:ascii="Garamond" w:hAnsi="Garamond" w:cs="Garamond"/>
          <w:b w:val="0"/>
          <w:i w:val="0"/>
          <w:sz w:val="24"/>
        </w:rPr>
        <w:t>None of them felt like talking, and none of them complained when the guards left without replacing the torch. The walk back from the gathering had been the longest part of the journey since the beach, longer in its way than the dragon attack and the night in the mound, because those had been terrors with motion in them. This was the other kind. The guards had dragged their feet on the smooth street, and the three men had matched their pace, and the weight of what the King had done settled over all of them without anyone naming it.</w:t>
      </w:r>
    </w:p>
    <w:p>
      <w:pPr>
        <w:spacing w:before="0" w:after="0"/>
        <w:ind w:firstLine="480"/>
        <w:jc w:val="left"/>
      </w:pPr>
      <w:r>
        <w:rPr>
          <w:rFonts w:ascii="Garamond" w:hAnsi="Garamond" w:cs="Garamond"/>
          <w:b w:val="0"/>
          <w:i w:val="0"/>
          <w:sz w:val="24"/>
        </w:rPr>
        <w:t>Kato had tried. The nightmare continued anyway. The fear was still alive and so were its conclusions. If the King could strike down his own son at a public gathering, the question of what he would do to three foreign prisoners wrote its own answer.</w:t>
      </w:r>
    </w:p>
    <w:p>
      <w:pPr>
        <w:spacing w:before="0" w:after="0"/>
        <w:ind w:firstLine="480"/>
        <w:jc w:val="left"/>
      </w:pPr>
      <w:r>
        <w:rPr>
          <w:rFonts w:ascii="Garamond" w:hAnsi="Garamond" w:cs="Garamond"/>
          <w:b w:val="0"/>
          <w:i w:val="0"/>
          <w:sz w:val="24"/>
        </w:rPr>
        <w:t>Petra sat against the wall with his head in his hands.</w:t>
      </w:r>
    </w:p>
    <w:p>
      <w:pPr>
        <w:spacing w:before="0" w:after="0"/>
        <w:ind w:firstLine="480"/>
        <w:jc w:val="left"/>
      </w:pPr>
      <w:r>
        <w:rPr>
          <w:rFonts w:ascii="Garamond" w:hAnsi="Garamond" w:cs="Garamond"/>
          <w:b w:val="0"/>
          <w:i w:val="0"/>
          <w:sz w:val="24"/>
        </w:rPr>
        <w:t>He had been going over it since they were brought back. Every instinct said he was going to die on this island, and the soldier in him said it would have been cleaner to die with his sword. His little finger throbbed at the first joint, the place where the bird had taken the rest of it, a pain that seemed to understand when his mood was at its lowest. He could hear Brunow’s labored breathing through the dark.</w:t>
      </w:r>
    </w:p>
    <w:p>
      <w:pPr>
        <w:spacing w:before="0" w:after="0"/>
        <w:ind w:firstLine="480"/>
        <w:jc w:val="left"/>
      </w:pPr>
      <w:r>
        <w:rPr>
          <w:rFonts w:ascii="Garamond" w:hAnsi="Garamond" w:cs="Garamond"/>
          <w:b w:val="0"/>
          <w:i w:val="0"/>
          <w:sz w:val="24"/>
        </w:rPr>
        <w:t>The Captain had not said a word since he sat down hard on the arena floor. What he had said before that had not been nothing. There will be a war, another war for the Balance. Prophecies had never been Petra’s concern. What he trusted was tangible, the weight of a sword, the fear on a soldier’s face before a fight, things that had shapes you could work with. A prophecy was an unanswerable riddle until the moment it became history, and there was no telling when that moment was. He left the Captain to his silence.</w:t>
      </w:r>
    </w:p>
    <w:p>
      <w:pPr>
        <w:spacing w:before="0" w:after="0"/>
        <w:ind w:firstLine="480"/>
        <w:jc w:val="left"/>
      </w:pPr>
      <w:r>
        <w:rPr>
          <w:rFonts w:ascii="Garamond" w:hAnsi="Garamond" w:cs="Garamond"/>
          <w:b w:val="0"/>
          <w:i w:val="0"/>
          <w:sz w:val="24"/>
        </w:rPr>
        <w:t>Verad was holding up. The boy had been through more than anyone his age should have been asked to carry, and he was still standing, which told Petra something. Life on Terrell’s ship would not have been easy for a cabin boy taken against his will, and yet here he was. He had survived the beach. He had found his way underground and come back with help. He had saved Petra’s life, again, on an empty stomach, in a cell, in a language he had only just learned to hear. The only thing working against him at the moment was that he had fallen in love with a Princess, which Petra would have found amusing if his own situation had left any room for it.</w:t>
      </w:r>
    </w:p>
    <w:p>
      <w:pPr>
        <w:spacing w:before="0" w:after="0"/>
        <w:ind w:firstLine="480"/>
        <w:jc w:val="left"/>
      </w:pPr>
      <w:r>
        <w:rPr>
          <w:rFonts w:ascii="Garamond" w:hAnsi="Garamond" w:cs="Garamond"/>
          <w:b w:val="0"/>
          <w:i w:val="0"/>
          <w:sz w:val="24"/>
        </w:rPr>
        <w:t>What was it that had bent his own life this way? He had been the King’s protector for twenty years and had done it faithfully, and then a woman who was five hundred years old and carried the power of the first age had walked into the court wearing a young singer’s face, and Petra had felt it coming and had not been able to stop it, and the Prince was gone. The King had never blamed him. The Queen had never blamed him. That had made the guilt worse rather than better. Forty generations of the royal family of Sartious had maintained the line, and on his watch it had broken.</w:t>
      </w:r>
    </w:p>
    <w:p>
      <w:pPr>
        <w:spacing w:before="0" w:after="0"/>
        <w:ind w:firstLine="480"/>
        <w:jc w:val="left"/>
      </w:pPr>
      <w:r>
        <w:rPr>
          <w:rFonts w:ascii="Garamond" w:hAnsi="Garamond" w:cs="Garamond"/>
          <w:b w:val="0"/>
          <w:i w:val="0"/>
          <w:sz w:val="24"/>
        </w:rPr>
        <w:t>The voyage had been his idea. He had been certain Hessa would take the Prince to the Isle of Clouds, the city above the sea she had shown him in that brief terrible moment at the ceremony. He had been wrong. The Prince was in the south, in Kakollian’s hands if Terrell had told the truth, which meant war was the only remaining option and he was not there to counsel his King toward it. And Hessa was on this island. He had not imagined that. If he could find her, he could make her tell him what he needed to know.</w:t>
      </w:r>
    </w:p>
    <w:p>
      <w:pPr>
        <w:spacing w:before="0" w:after="0"/>
        <w:ind w:firstLine="480"/>
        <w:jc w:val="left"/>
      </w:pPr>
      <w:r>
        <w:rPr>
          <w:rFonts w:ascii="Garamond" w:hAnsi="Garamond" w:cs="Garamond"/>
          <w:b w:val="0"/>
          <w:i w:val="0"/>
          <w:sz w:val="24"/>
        </w:rPr>
        <w:t>“How am I supposed to get out of this and find her,” he said. It was not quite a question. It came out of him the way thoughts come out when you have been alone with them long enough.</w:t>
      </w:r>
    </w:p>
    <w:p>
      <w:pPr>
        <w:spacing w:before="0" w:after="0"/>
        <w:ind w:firstLine="480"/>
        <w:jc w:val="left"/>
      </w:pPr>
      <w:r>
        <w:rPr>
          <w:rFonts w:ascii="Garamond" w:hAnsi="Garamond" w:cs="Garamond"/>
          <w:b w:val="0"/>
          <w:i w:val="0"/>
          <w:sz w:val="24"/>
        </w:rPr>
        <w:t>“Find who?” Verad’s voice came from closer than Petra expected. The boy had been sitting nearby in the dark, as quiet as the Captain, and apparently as awake. “Who are we supposed to find?” A pause. “The woman from the ship.”</w:t>
      </w:r>
    </w:p>
    <w:p>
      <w:pPr>
        <w:spacing w:before="0" w:after="0"/>
        <w:ind w:firstLine="480"/>
        <w:jc w:val="left"/>
      </w:pPr>
      <w:r>
        <w:rPr>
          <w:rFonts w:ascii="Garamond" w:hAnsi="Garamond" w:cs="Garamond"/>
          <w:b w:val="0"/>
          <w:i w:val="0"/>
          <w:sz w:val="24"/>
        </w:rPr>
        <w:t>“Yes,” Petra said.</w:t>
      </w:r>
    </w:p>
    <w:p>
      <w:pPr>
        <w:spacing w:before="0" w:after="0"/>
        <w:ind w:firstLine="480"/>
        <w:jc w:val="left"/>
      </w:pPr>
      <w:r>
        <w:rPr>
          <w:rFonts w:ascii="Garamond" w:hAnsi="Garamond" w:cs="Garamond"/>
          <w:b w:val="0"/>
          <w:i w:val="0"/>
          <w:sz w:val="24"/>
        </w:rPr>
        <w:t>He told the boy the story then, from the beginning, the parts Verad had not been there for. Hessa as she had been in the first age, the Order’s greatest power, the guardian who had defeated the dark God and then stepped into the space he had left and made herself something the Order had no name for. The centuries of slow corruption. The fall. The long exile on her island. The rumors out of Terramar of a witch plundering the coastal cities. Palanthor and Kakollian riding out to stop her and the curse she had put on both of them before she retreated, one would survive it and one would not. Palanthor dead five hundred years ago, his line ending at the ceremony in the Great Hall. Prince Turrance somewhere in the south, alive if Terrell was telling the truth, which meant Kakollian was the one who survived.</w:t>
      </w:r>
    </w:p>
    <w:p>
      <w:pPr>
        <w:spacing w:before="0" w:after="0"/>
        <w:ind w:firstLine="480"/>
        <w:jc w:val="left"/>
      </w:pPr>
      <w:r>
        <w:rPr>
          <w:rFonts w:ascii="Garamond" w:hAnsi="Garamond" w:cs="Garamond"/>
          <w:b w:val="0"/>
          <w:i w:val="0"/>
          <w:sz w:val="24"/>
        </w:rPr>
        <w:t>“I guess that means he’s the one,” Verad said. He heard himself say it and wished he could take it back. He felt the air change beside him as Petra went still.</w:t>
      </w:r>
    </w:p>
    <w:p>
      <w:pPr>
        <w:spacing w:before="0" w:after="0"/>
        <w:ind w:firstLine="480"/>
        <w:jc w:val="left"/>
      </w:pPr>
      <w:r>
        <w:rPr>
          <w:rFonts w:ascii="Garamond" w:hAnsi="Garamond" w:cs="Garamond"/>
          <w:b w:val="0"/>
          <w:i w:val="0"/>
          <w:sz w:val="24"/>
        </w:rPr>
        <w:t>“Not necessarily.” The Captain’s voice came out of the dark from further away. He had been listening. “Hessa’s curse is only a piece of it. The rest of the prophecy has not played out yet. Kakollian also swore a curse on Palanthor’s line, but both of them are small things against what is happening here.” Brunow seemed to be gathering himself, pulling memories up from wherever he had put them. “When we came ashore on this island we set something in motion. First age meets third. I can tell you it is going to get considerably worse before it gets better.”</w:t>
      </w:r>
    </w:p>
    <w:p>
      <w:pPr>
        <w:spacing w:before="0" w:after="0"/>
        <w:ind w:firstLine="480"/>
        <w:jc w:val="left"/>
      </w:pPr>
      <w:r>
        <w:rPr>
          <w:rFonts w:ascii="Garamond" w:hAnsi="Garamond" w:cs="Garamond"/>
          <w:b w:val="0"/>
          <w:i w:val="0"/>
          <w:sz w:val="24"/>
        </w:rPr>
        <w:t>“How much worse? We are sitting in the dark waiting to be killed,” Verad said.</w:t>
      </w:r>
    </w:p>
    <w:p>
      <w:pPr>
        <w:spacing w:before="0" w:after="0"/>
        <w:ind w:firstLine="480"/>
        <w:jc w:val="left"/>
      </w:pPr>
      <w:r>
        <w:rPr>
          <w:rFonts w:ascii="Garamond" w:hAnsi="Garamond" w:cs="Garamond"/>
          <w:b w:val="0"/>
          <w:i w:val="0"/>
          <w:sz w:val="24"/>
        </w:rPr>
        <w:t>“I do not believe they will kill us,” Brunow said. “Not unless there were others who survived the beach who they have already dealt with. One of us has a part to play in what is coming. It cannot be otherwise.”</w:t>
      </w:r>
    </w:p>
    <w:p>
      <w:pPr>
        <w:spacing w:before="0" w:after="0"/>
        <w:ind w:firstLine="480"/>
        <w:jc w:val="left"/>
      </w:pPr>
      <w:r>
        <w:rPr>
          <w:rFonts w:ascii="Garamond" w:hAnsi="Garamond" w:cs="Garamond"/>
          <w:b w:val="0"/>
          <w:i w:val="0"/>
          <w:sz w:val="24"/>
        </w:rPr>
        <w:t>“How can you believe that?” Verad asked. “My father said we are men of free will. Nothing can foretell the future.”</w:t>
      </w:r>
    </w:p>
    <w:p>
      <w:pPr>
        <w:spacing w:before="0" w:after="0"/>
        <w:ind w:firstLine="480"/>
        <w:jc w:val="left"/>
      </w:pPr>
      <w:r>
        <w:rPr>
          <w:rFonts w:ascii="Garamond" w:hAnsi="Garamond" w:cs="Garamond"/>
          <w:b w:val="0"/>
          <w:i w:val="0"/>
          <w:sz w:val="24"/>
        </w:rPr>
        <w:t>“Sometimes we are moved by things beyond our knowing.”</w:t>
      </w:r>
    </w:p>
    <w:p>
      <w:pPr>
        <w:spacing w:before="0" w:after="0"/>
        <w:ind w:firstLine="480"/>
        <w:jc w:val="left"/>
      </w:pPr>
      <w:r>
        <w:rPr>
          <w:rFonts w:ascii="Garamond" w:hAnsi="Garamond" w:cs="Garamond"/>
          <w:b w:val="0"/>
          <w:i w:val="0"/>
          <w:sz w:val="24"/>
        </w:rPr>
        <w:t>“Like the Gods.” Verad did not hide the skepticism.</w:t>
      </w:r>
    </w:p>
    <w:p>
      <w:pPr>
        <w:spacing w:before="0" w:after="0"/>
        <w:ind w:firstLine="480"/>
        <w:jc w:val="left"/>
      </w:pPr>
      <w:r>
        <w:rPr>
          <w:rFonts w:ascii="Garamond" w:hAnsi="Garamond" w:cs="Garamond"/>
          <w:b w:val="0"/>
          <w:i w:val="0"/>
          <w:sz w:val="24"/>
        </w:rPr>
        <w:t>“Like the Gods,” Brunow said. “It is their prophecy.”</w:t>
      </w:r>
    </w:p>
    <w:p>
      <w:pPr>
        <w:spacing w:before="0" w:after="0"/>
        <w:ind w:firstLine="480"/>
        <w:jc w:val="left"/>
      </w:pPr>
      <w:r>
        <w:rPr>
          <w:rFonts w:ascii="Garamond" w:hAnsi="Garamond" w:cs="Garamond"/>
          <w:b w:val="0"/>
          <w:i w:val="0"/>
          <w:sz w:val="24"/>
        </w:rPr>
        <w:t>“How is it you know so much about it?” Petra asked.</w:t>
      </w:r>
    </w:p>
    <w:p>
      <w:pPr>
        <w:spacing w:before="0" w:after="0"/>
        <w:ind w:firstLine="480"/>
        <w:jc w:val="left"/>
      </w:pPr>
      <w:r>
        <w:rPr>
          <w:rFonts w:ascii="Garamond" w:hAnsi="Garamond" w:cs="Garamond"/>
          <w:b w:val="0"/>
          <w:i w:val="0"/>
          <w:sz w:val="24"/>
        </w:rPr>
        <w:t>The Captain was quiet for a moment. When he spoke he sounded like a man sorting through a room he had not opened in a long time. “When I was working the Middle Sea I spent a good deal of time in Carthalon. There was a tavern on the east side of the bay, the Tidal Pool Inn, the kind of place that kept the worst of the dockworkers out. I was fortunate to get in myself. A scholar named Elias had taken up residence at the corner table. A statesman once, or so he claimed. For the price of a pint he would tell you anything you wanted to know. We spent many evenings buying him ale and listening to him talk about distant wars and old Gods and the pieces of the prophecy that had already come true.” He paused. “I would very much like to see him again just to tell him how right he was.”</w:t>
      </w:r>
    </w:p>
    <w:p>
      <w:pPr>
        <w:spacing w:before="0" w:after="0"/>
        <w:ind w:firstLine="480"/>
        <w:jc w:val="left"/>
      </w:pPr>
      <w:r>
        <w:rPr>
          <w:rFonts w:ascii="Garamond" w:hAnsi="Garamond" w:cs="Garamond"/>
          <w:b w:val="0"/>
          <w:i w:val="0"/>
          <w:sz w:val="24"/>
        </w:rPr>
        <w:t>“What does it say about us?” Verad asked. “What does it say about what happens when the ages meet?”</w:t>
      </w:r>
    </w:p>
    <w:p>
      <w:pPr>
        <w:spacing w:before="0" w:after="0"/>
        <w:ind w:firstLine="480"/>
        <w:jc w:val="left"/>
      </w:pPr>
      <w:r>
        <w:rPr>
          <w:rFonts w:ascii="Garamond" w:hAnsi="Garamond" w:cs="Garamond"/>
          <w:b w:val="0"/>
          <w:i w:val="0"/>
          <w:sz w:val="24"/>
        </w:rPr>
        <w:t>“That the war is at hand,” Brunow said. “That it will start here and spread across Estos. That the only thing any of us can do is hold on and look for a way through.” He took a breath. “There will be nothing left here, and without some measure of fortune, very little left out there.”</w:t>
      </w:r>
    </w:p>
    <w:p>
      <w:pPr>
        <w:spacing w:before="0" w:after="0"/>
        <w:ind w:firstLine="480"/>
        <w:jc w:val="left"/>
      </w:pPr>
      <w:r>
        <w:rPr>
          <w:rFonts w:ascii="Garamond" w:hAnsi="Garamond" w:cs="Garamond"/>
          <w:b w:val="0"/>
          <w:i w:val="0"/>
          <w:sz w:val="24"/>
        </w:rPr>
        <w:t>“Riddles,” Petra said. “You are giving me riddles about riddles. Tell me something I can use. Tell me where the Prince is. Can you do that?”</w:t>
      </w:r>
    </w:p>
    <w:p>
      <w:pPr>
        <w:spacing w:before="0" w:after="0"/>
        <w:ind w:firstLine="480"/>
        <w:jc w:val="left"/>
      </w:pPr>
      <w:r>
        <w:rPr>
          <w:rFonts w:ascii="Garamond" w:hAnsi="Garamond" w:cs="Garamond"/>
          <w:b w:val="0"/>
          <w:i w:val="0"/>
          <w:sz w:val="24"/>
        </w:rPr>
        <w:t>“I cannot. I am sorry. I was in a tavern, and Elias had been drinking since before I arrived, and I cannot give you what I do not have.” A long pause. “If you ever get to Carthalon, the Tidal Pool Inn is on the east side of the bay. Tell him I said hello.”</w:t>
      </w:r>
    </w:p>
    <w:p>
      <w:pPr>
        <w:spacing w:before="0" w:after="0"/>
        <w:ind w:firstLine="480"/>
        <w:jc w:val="left"/>
      </w:pPr>
      <w:r>
        <w:rPr>
          <w:rFonts w:ascii="Garamond" w:hAnsi="Garamond" w:cs="Garamond"/>
          <w:b w:val="0"/>
          <w:i w:val="0"/>
          <w:sz w:val="24"/>
        </w:rPr>
        <w:t>“Count on it, Captain.”</w:t>
      </w:r>
    </w:p>
    <w:p>
      <w:pPr>
        <w:spacing w:before="0" w:after="0"/>
        <w:ind w:firstLine="480"/>
        <w:jc w:val="left"/>
      </w:pPr>
      <w:r>
        <w:rPr>
          <w:rFonts w:ascii="Garamond" w:hAnsi="Garamond" w:cs="Garamond"/>
          <w:b w:val="0"/>
          <w:i w:val="0"/>
          <w:sz w:val="24"/>
        </w:rPr>
        <w:t>“I may never have my first ale in a tavern,” Verad said.</w:t>
      </w:r>
    </w:p>
    <w:p>
      <w:pPr>
        <w:spacing w:before="0" w:after="0"/>
        <w:ind w:firstLine="480"/>
        <w:jc w:val="left"/>
      </w:pPr>
      <w:r>
        <w:rPr>
          <w:rFonts w:ascii="Garamond" w:hAnsi="Garamond" w:cs="Garamond"/>
          <w:b w:val="0"/>
          <w:i w:val="0"/>
          <w:sz w:val="24"/>
        </w:rPr>
        <w:t>“Ah,” Petra said, and there was the beginning of something in his voice that was not quite a laugh. “Fear before the battle. Now that I understand. Let me tell you how to handle that.”</w:t>
      </w:r>
    </w:p>
    <w:p>
      <w:pPr>
        <w:spacing w:before="0" w:after="0"/>
        <w:ind w:firstLine="480"/>
        <w:jc w:val="left"/>
      </w:pPr>
      <w:r>
        <w:rPr>
          <w:rFonts w:ascii="Garamond" w:hAnsi="Garamond" w:cs="Garamond"/>
          <w:b w:val="0"/>
          <w:i w:val="0"/>
          <w:sz w:val="24"/>
        </w:rPr>
        <w:t>Verad made a sound that was almost a chuckle and all three of them went with it, the sudden laughter of men who have run out of better options, rising and falling in the dark of the cell and leaving a small warm space in its wake.</w:t>
      </w:r>
    </w:p>
    <w:p>
      <w:pPr>
        <w:spacing w:before="0" w:after="0"/>
        <w:ind w:firstLine="480"/>
        <w:jc w:val="left"/>
      </w:pPr>
      <w:r>
        <w:rPr>
          <w:rFonts w:ascii="Garamond" w:hAnsi="Garamond" w:cs="Garamond"/>
          <w:b w:val="0"/>
          <w:i w:val="0"/>
          <w:sz w:val="24"/>
        </w:rPr>
        <w:t>“I’m glad you find your impending deaths so amusing.”</w:t>
      </w:r>
    </w:p>
    <w:p>
      <w:pPr>
        <w:spacing w:before="0" w:after="0"/>
        <w:ind w:firstLine="480"/>
        <w:jc w:val="left"/>
      </w:pPr>
      <w:r>
        <w:rPr>
          <w:rFonts w:ascii="Garamond" w:hAnsi="Garamond" w:cs="Garamond"/>
          <w:b w:val="0"/>
          <w:i w:val="0"/>
          <w:sz w:val="24"/>
        </w:rPr>
        <w:t>A woman’s voice. From somewhere in the dark only feet away.</w:t>
      </w:r>
    </w:p>
    <w:p>
      <w:pPr>
        <w:spacing w:before="0" w:after="0"/>
        <w:ind w:firstLine="480"/>
        <w:jc w:val="left"/>
      </w:pPr>
      <w:r>
        <w:rPr>
          <w:rFonts w:ascii="Garamond" w:hAnsi="Garamond" w:cs="Garamond"/>
          <w:b w:val="0"/>
          <w:i w:val="0"/>
          <w:sz w:val="24"/>
        </w:rPr>
        <w:t>Petra and Verad were on their feet before the echo of it finished. The warrior’s hand went to the place where his sword was not. Brunow pressed his back against the wall.</w:t>
      </w:r>
    </w:p>
    <w:p>
      <w:pPr>
        <w:spacing w:before="0" w:after="0"/>
        <w:ind w:firstLine="480"/>
        <w:jc w:val="left"/>
      </w:pPr>
      <w:r>
        <w:rPr>
          <w:rFonts w:ascii="Garamond" w:hAnsi="Garamond" w:cs="Garamond"/>
          <w:b w:val="0"/>
          <w:i w:val="0"/>
          <w:sz w:val="24"/>
        </w:rPr>
        <w:t>“Who is there?” Brunow asked. “What do you want?”</w:t>
      </w:r>
    </w:p>
    <w:p>
      <w:pPr>
        <w:spacing w:before="0" w:after="0"/>
        <w:ind w:firstLine="480"/>
        <w:jc w:val="left"/>
      </w:pPr>
      <w:r>
        <w:rPr>
          <w:rFonts w:ascii="Garamond" w:hAnsi="Garamond" w:cs="Garamond"/>
          <w:b w:val="0"/>
          <w:i w:val="0"/>
          <w:sz w:val="24"/>
        </w:rPr>
        <w:t>“I thought you might be hungry,” the voice said, with what sounded like genuine amusement. “Shall I bring up a little light?”</w:t>
      </w:r>
    </w:p>
    <w:p>
      <w:pPr>
        <w:spacing w:before="0" w:after="0"/>
        <w:ind w:firstLine="480"/>
        <w:jc w:val="left"/>
      </w:pPr>
      <w:r>
        <w:rPr>
          <w:rFonts w:ascii="Garamond" w:hAnsi="Garamond" w:cs="Garamond"/>
          <w:b w:val="0"/>
          <w:i w:val="0"/>
          <w:sz w:val="24"/>
        </w:rPr>
        <w:t>Blue light seeped into the cell from an open palm, and Verad looked up at her face and stopped breathing for a moment.</w:t>
      </w:r>
    </w:p>
    <w:p>
      <w:pPr>
        <w:spacing w:before="0" w:after="0"/>
        <w:ind w:firstLine="480"/>
        <w:jc w:val="left"/>
      </w:pPr>
      <w:r>
        <w:rPr>
          <w:rFonts w:ascii="Garamond" w:hAnsi="Garamond" w:cs="Garamond"/>
          <w:b w:val="0"/>
          <w:i w:val="0"/>
          <w:sz w:val="24"/>
        </w:rPr>
        <w:t>She was not Pico. She was close enough that the resemblance landed like a small shock, the same bone structure, the same quality of attention in the eyes. But she was older, and her skin was darker, and there was a quality to her presence that was different from her daughter’s in the way that a deep river is different from a fast one.</w:t>
      </w:r>
    </w:p>
    <w:p>
      <w:pPr>
        <w:spacing w:before="0" w:after="0"/>
        <w:ind w:firstLine="480"/>
        <w:jc w:val="left"/>
      </w:pPr>
      <w:r>
        <w:rPr>
          <w:rFonts w:ascii="Garamond" w:hAnsi="Garamond" w:cs="Garamond"/>
          <w:b w:val="0"/>
          <w:i w:val="0"/>
          <w:sz w:val="24"/>
        </w:rPr>
        <w:t>“You must be Veradious,” she said, looking at the boy directly.</w:t>
      </w:r>
    </w:p>
    <w:p>
      <w:pPr>
        <w:spacing w:before="0" w:after="0"/>
        <w:ind w:firstLine="480"/>
        <w:jc w:val="left"/>
      </w:pPr>
      <w:r>
        <w:rPr>
          <w:rFonts w:ascii="Garamond" w:hAnsi="Garamond" w:cs="Garamond"/>
          <w:b w:val="0"/>
          <w:i w:val="0"/>
          <w:sz w:val="24"/>
        </w:rPr>
        <w:t>“I…uh.”</w:t>
      </w:r>
    </w:p>
    <w:p>
      <w:pPr>
        <w:spacing w:before="0" w:after="0"/>
        <w:ind w:firstLine="480"/>
        <w:jc w:val="left"/>
      </w:pPr>
      <w:r>
        <w:rPr>
          <w:rFonts w:ascii="Garamond" w:hAnsi="Garamond" w:cs="Garamond"/>
          <w:b w:val="0"/>
          <w:i w:val="0"/>
          <w:sz w:val="24"/>
        </w:rPr>
        <w:t>“May we ask your name, my Lady?” Brunow said, pulling himself upright.</w:t>
      </w:r>
    </w:p>
    <w:p>
      <w:pPr>
        <w:spacing w:before="0" w:after="0"/>
        <w:ind w:firstLine="480"/>
        <w:jc w:val="left"/>
      </w:pPr>
      <w:r>
        <w:rPr>
          <w:rFonts w:ascii="Garamond" w:hAnsi="Garamond" w:cs="Garamond"/>
          <w:b w:val="0"/>
          <w:i w:val="0"/>
          <w:sz w:val="24"/>
        </w:rPr>
        <w:t>“And you are Jonas Brunow.” She shifted her gaze to the old man. “That was a very eloquent speech you gave at the gathering. Was any of it true?”</w:t>
      </w:r>
    </w:p>
    <w:p>
      <w:pPr>
        <w:spacing w:before="0" w:after="0"/>
        <w:ind w:firstLine="480"/>
        <w:jc w:val="left"/>
      </w:pPr>
      <w:r>
        <w:rPr>
          <w:rFonts w:ascii="Garamond" w:hAnsi="Garamond" w:cs="Garamond"/>
          <w:b w:val="0"/>
          <w:i w:val="0"/>
          <w:sz w:val="24"/>
        </w:rPr>
        <w:t>“All of it, my Lady. And thank you.”</w:t>
      </w:r>
    </w:p>
    <w:p>
      <w:pPr>
        <w:spacing w:before="0" w:after="0"/>
        <w:ind w:firstLine="480"/>
        <w:jc w:val="left"/>
      </w:pPr>
      <w:r>
        <w:rPr>
          <w:rFonts w:ascii="Garamond" w:hAnsi="Garamond" w:cs="Garamond"/>
          <w:b w:val="0"/>
          <w:i w:val="0"/>
          <w:sz w:val="24"/>
        </w:rPr>
        <w:t>“This prophecy you spoke of. Is it the same prophecy my children have been bringing to the council for five years?”</w:t>
      </w:r>
    </w:p>
    <w:p>
      <w:pPr>
        <w:spacing w:before="0" w:after="0"/>
        <w:ind w:firstLine="480"/>
        <w:jc w:val="left"/>
      </w:pPr>
      <w:r>
        <w:rPr>
          <w:rFonts w:ascii="Garamond" w:hAnsi="Garamond" w:cs="Garamond"/>
          <w:b w:val="0"/>
          <w:i w:val="0"/>
          <w:sz w:val="24"/>
        </w:rPr>
        <w:t>“Queen Weymar,” Brunow said, and made an effort to bow that his feet did not entirely support. “I am humbled.”</w:t>
      </w:r>
    </w:p>
    <w:p>
      <w:pPr>
        <w:spacing w:before="0" w:after="0"/>
        <w:ind w:firstLine="480"/>
        <w:jc w:val="left"/>
      </w:pPr>
      <w:r>
        <w:rPr>
          <w:rFonts w:ascii="Garamond" w:hAnsi="Garamond" w:cs="Garamond"/>
          <w:b w:val="0"/>
          <w:i w:val="0"/>
          <w:sz w:val="24"/>
        </w:rPr>
        <w:t>“You are very sweet. My name is Feranthia Toldro. Weymar is my husband’s name.” She said it pleasantly, without edge. “I need to understand this prophecy of yours. Is it the same as what my children have found, or something separate?”</w:t>
      </w:r>
    </w:p>
    <w:p>
      <w:pPr>
        <w:spacing w:before="0" w:after="0"/>
        <w:ind w:firstLine="480"/>
        <w:jc w:val="left"/>
      </w:pPr>
      <w:r>
        <w:rPr>
          <w:rFonts w:ascii="Garamond" w:hAnsi="Garamond" w:cs="Garamond"/>
          <w:b w:val="0"/>
          <w:i w:val="0"/>
          <w:sz w:val="24"/>
        </w:rPr>
        <w:t>“You believe us?” Petra said. Something shifted in his chest at the thought of it. “You do not think the dragons sent us?”</w:t>
      </w:r>
    </w:p>
    <w:p>
      <w:pPr>
        <w:spacing w:before="0" w:after="0"/>
        <w:ind w:firstLine="480"/>
        <w:jc w:val="left"/>
      </w:pPr>
      <w:r>
        <w:rPr>
          <w:rFonts w:ascii="Garamond" w:hAnsi="Garamond" w:cs="Garamond"/>
          <w:b w:val="0"/>
          <w:i w:val="0"/>
          <w:sz w:val="24"/>
        </w:rPr>
        <w:t>“The dragons would have made better imitations,” she said. “They would have made their servants look exactly like us if they could. They cannot. So I do not trouble myself with it.” She brought the light closer to the warrior’s face and studied him for a moment. “There are others who think as I do, and not only among the Valorians. Kathiasio and Piancio have persuaded more people than the council knows. Your prophecy and ours are the same. Your arrival is the beginning. We need to move quickly if any of this is going to matter.” She let the light expand slightly, pushing the dark back from the corners of the cell. “So you will be coming with us.”</w:t>
      </w:r>
    </w:p>
    <w:p>
      <w:pPr>
        <w:spacing w:before="0" w:after="0"/>
        <w:ind w:firstLine="480"/>
        <w:jc w:val="left"/>
      </w:pPr>
      <w:r>
        <w:rPr>
          <w:rFonts w:ascii="Garamond" w:hAnsi="Garamond" w:cs="Garamond"/>
          <w:b w:val="0"/>
          <w:i w:val="0"/>
          <w:sz w:val="24"/>
        </w:rPr>
        <w:t>“Us?” Petra looked past her.</w:t>
      </w:r>
    </w:p>
    <w:p>
      <w:pPr>
        <w:spacing w:before="0" w:after="0"/>
        <w:ind w:firstLine="480"/>
        <w:jc w:val="left"/>
      </w:pPr>
      <w:r>
        <w:rPr>
          <w:rFonts w:ascii="Garamond" w:hAnsi="Garamond" w:cs="Garamond"/>
          <w:b w:val="0"/>
          <w:i w:val="0"/>
          <w:sz w:val="24"/>
        </w:rPr>
        <w:t>Standing in a half-circle around the woman were eight warriors, quiet and still, some of them holding food baskets. Three of them were directly behind Petra. He had not heard any of them enter.</w:t>
      </w:r>
    </w:p>
    <w:p>
      <w:pPr>
        <w:spacing w:before="0" w:after="0"/>
        <w:ind w:firstLine="480"/>
        <w:jc w:val="left"/>
      </w:pPr>
      <w:r>
        <w:rPr>
          <w:rFonts w:ascii="Garamond" w:hAnsi="Garamond" w:cs="Garamond"/>
          <w:b w:val="0"/>
          <w:i w:val="0"/>
          <w:sz w:val="24"/>
        </w:rPr>
        <w:t>“Do not be alarmed,” she said. “It is unwise to travel without protection. There is something in the air that has not been there before.” She spoke briefly to the nearest warrior, then turned back. “I believe this belongs to you.” The warrior stepped forward and held out Petra’s sword.</w:t>
      </w:r>
    </w:p>
    <w:p>
      <w:pPr>
        <w:spacing w:before="0" w:after="0"/>
        <w:ind w:firstLine="480"/>
        <w:jc w:val="left"/>
      </w:pPr>
      <w:r>
        <w:rPr>
          <w:rFonts w:ascii="Garamond" w:hAnsi="Garamond" w:cs="Garamond"/>
          <w:b w:val="0"/>
          <w:i w:val="0"/>
          <w:sz w:val="24"/>
        </w:rPr>
        <w:t>Petra looked at it without taking it for a moment.</w:t>
      </w:r>
    </w:p>
    <w:p>
      <w:pPr>
        <w:spacing w:before="0" w:after="0"/>
        <w:ind w:firstLine="480"/>
        <w:jc w:val="left"/>
      </w:pPr>
      <w:r>
        <w:rPr>
          <w:rFonts w:ascii="Garamond" w:hAnsi="Garamond" w:cs="Garamond"/>
          <w:b w:val="0"/>
          <w:i w:val="0"/>
          <w:sz w:val="24"/>
        </w:rPr>
        <w:t>“Please,” she said. “We mean you no harm. If you are coming with us you will need it, and I need your trust. Both things are equally true.”</w:t>
      </w:r>
    </w:p>
    <w:p>
      <w:pPr>
        <w:spacing w:before="0" w:after="0"/>
        <w:ind w:firstLine="480"/>
        <w:jc w:val="left"/>
      </w:pPr>
      <w:r>
        <w:rPr>
          <w:rFonts w:ascii="Garamond" w:hAnsi="Garamond" w:cs="Garamond"/>
          <w:b w:val="0"/>
          <w:i w:val="0"/>
          <w:sz w:val="24"/>
        </w:rPr>
        <w:t>He took the sword.</w:t>
      </w:r>
    </w:p>
    <w:p>
      <w:pPr>
        <w:spacing w:before="0" w:after="0"/>
        <w:ind w:firstLine="480"/>
        <w:jc w:val="left"/>
      </w:pPr>
      <w:r>
        <w:rPr>
          <w:rFonts w:ascii="Garamond" w:hAnsi="Garamond" w:cs="Garamond"/>
          <w:b w:val="0"/>
          <w:i w:val="0"/>
          <w:sz w:val="24"/>
        </w:rPr>
        <w:t>“Where are we going?” Brunow asked.</w:t>
      </w:r>
    </w:p>
    <w:p>
      <w:pPr>
        <w:spacing w:before="0" w:after="0"/>
        <w:ind w:firstLine="480"/>
        <w:jc w:val="left"/>
      </w:pPr>
      <w:r>
        <w:rPr>
          <w:rFonts w:ascii="Garamond" w:hAnsi="Garamond" w:cs="Garamond"/>
          <w:b w:val="0"/>
          <w:i w:val="0"/>
          <w:sz w:val="24"/>
        </w:rPr>
        <w:t>“Anywhere would be preferable to here. They do intend to kill you. I heard them discussing it earlier.”</w:t>
      </w:r>
    </w:p>
    <w:p>
      <w:pPr>
        <w:spacing w:before="0" w:after="0"/>
        <w:ind w:firstLine="480"/>
        <w:jc w:val="left"/>
      </w:pPr>
      <w:r>
        <w:rPr>
          <w:rFonts w:ascii="Garamond" w:hAnsi="Garamond" w:cs="Garamond"/>
          <w:b w:val="0"/>
          <w:i w:val="0"/>
          <w:sz w:val="24"/>
        </w:rPr>
        <w:t>“And we are supposed to trust you without question?” Verad said.</w:t>
      </w:r>
    </w:p>
    <w:p>
      <w:pPr>
        <w:spacing w:before="0" w:after="0"/>
        <w:ind w:firstLine="480"/>
        <w:jc w:val="left"/>
      </w:pPr>
      <w:r>
        <w:rPr>
          <w:rFonts w:ascii="Garamond" w:hAnsi="Garamond" w:cs="Garamond"/>
          <w:b w:val="0"/>
          <w:i w:val="0"/>
          <w:sz w:val="24"/>
        </w:rPr>
        <w:t>“She told me you were the angry one.” The Queen placed her hand briefly on his shoulder. “You have to trust someone. The choice before you is me or the men in the next room planning your execution. Think of it that way.” Her face was close enough that the resemblance to Pico hit him again, the same eyes, the same quality of knowing what you were thinking before you said it. “And do not worry,” she said, pulling her hand back slowly. “You will see Piancio again.”</w:t>
      </w:r>
    </w:p>
    <w:p>
      <w:pPr>
        <w:spacing w:before="0" w:after="0"/>
        <w:ind w:firstLine="480"/>
        <w:jc w:val="left"/>
      </w:pPr>
      <w:r>
        <w:rPr>
          <w:rFonts w:ascii="Garamond" w:hAnsi="Garamond" w:cs="Garamond"/>
          <w:b w:val="0"/>
          <w:i w:val="0"/>
          <w:sz w:val="24"/>
        </w:rPr>
        <w:t>Verad felt the heat in his face and could do nothing about it. “Yes, ma’am,” was all he managed.</w:t>
      </w:r>
    </w:p>
    <w:p>
      <w:pPr>
        <w:spacing w:before="0" w:after="0"/>
        <w:ind w:firstLine="480"/>
        <w:jc w:val="left"/>
      </w:pPr>
      <w:r>
        <w:rPr>
          <w:rFonts w:ascii="Garamond" w:hAnsi="Garamond" w:cs="Garamond"/>
          <w:b w:val="0"/>
          <w:i w:val="0"/>
          <w:sz w:val="24"/>
        </w:rPr>
        <w:t>“Then it is settled. We go now, if you are able, Captain?”</w:t>
      </w:r>
    </w:p>
    <w:p>
      <w:pPr>
        <w:spacing w:before="0" w:after="0"/>
        <w:ind w:firstLine="480"/>
        <w:jc w:val="left"/>
      </w:pPr>
      <w:r>
        <w:rPr>
          <w:rFonts w:ascii="Garamond" w:hAnsi="Garamond" w:cs="Garamond"/>
          <w:b w:val="0"/>
          <w:i w:val="0"/>
          <w:sz w:val="24"/>
        </w:rPr>
        <w:t>“If it means leaving this cell, I am able,” Brunow said, and got to his feet.</w:t>
      </w:r>
    </w:p>
    <w:p>
      <w:pPr>
        <w:spacing w:before="0" w:after="0"/>
        <w:ind w:firstLine="480"/>
        <w:jc w:val="left"/>
      </w:pPr>
      <w:r>
        <w:rPr>
          <w:rFonts w:ascii="Garamond" w:hAnsi="Garamond" w:cs="Garamond"/>
          <w:b w:val="0"/>
          <w:i w:val="0"/>
          <w:sz w:val="24"/>
        </w:rPr>
        <w:t>Petra was already buckling the sword belt. It was new leather, supple and well fitted, and they had lined the scabbard with the same material. He drew and resheathed the blade once. No ring of steel on stone. He noticed these things.</w:t>
      </w:r>
    </w:p>
    <w:p>
      <w:pPr>
        <w:spacing w:before="0" w:after="0"/>
        <w:ind w:firstLine="480"/>
        <w:jc w:val="left"/>
      </w:pPr>
      <w:r>
        <w:rPr>
          <w:rFonts w:ascii="Garamond" w:hAnsi="Garamond" w:cs="Garamond"/>
          <w:b w:val="0"/>
          <w:i w:val="0"/>
          <w:sz w:val="24"/>
        </w:rPr>
        <w:t>The warrior who had returned the sword stepped close. He was built along the same lines as Kato, with the same quality of stillness. “Out there,” he said quietly, “silence before strength. It is the better order.” He put his hand out. “Jolano. You will stay close to me. Hand on my shoulder, keep low. We must be quick and we must not be heard. Freeing prisoners is not something anyone here will look kindly on.”</w:t>
      </w:r>
    </w:p>
    <w:p>
      <w:pPr>
        <w:spacing w:before="0" w:after="0"/>
        <w:ind w:firstLine="480"/>
        <w:jc w:val="left"/>
      </w:pPr>
      <w:r>
        <w:rPr>
          <w:rFonts w:ascii="Garamond" w:hAnsi="Garamond" w:cs="Garamond"/>
          <w:b w:val="0"/>
          <w:i w:val="0"/>
          <w:sz w:val="24"/>
        </w:rPr>
        <w:t>The Queen closed her hand and the blue light went out.</w:t>
      </w:r>
    </w:p>
    <w:p>
      <w:pPr>
        <w:spacing w:before="0" w:after="0"/>
        <w:ind w:firstLine="480"/>
        <w:jc w:val="left"/>
      </w:pPr>
      <w:r>
        <w:rPr>
          <w:rFonts w:ascii="Garamond" w:hAnsi="Garamond" w:cs="Garamond"/>
          <w:b w:val="0"/>
          <w:i w:val="0"/>
          <w:sz w:val="24"/>
        </w:rPr>
        <w:t>They left the cell behind and followed the Elves into the dark of the underground, the three men falling into step with the eight warriors as quietly as men who had never been taught to move quietly could manage, which was not as quietly as any of the Elves would have liked, but well enough.</w:t>
      </w:r>
    </w:p>
    <w:p>
      <w:pPr>
        <w:spacing w:before="480" w:after="360"/>
        <w:ind w:firstLine="0"/>
        <w:jc w:val="center"/>
      </w:pPr>
      <w:r>
        <w:rPr>
          <w:rFonts w:ascii="Garamond" w:hAnsi="Garamond" w:cs="Garamond"/>
          <w:b/>
          <w:i w:val="0"/>
          <w:sz w:val="28"/>
        </w:rPr>
        <w:t>Chapter Thirty-Five</w:t>
      </w:r>
    </w:p>
    <w:p>
      <w:pPr>
        <w:spacing w:before="120" w:after="240"/>
        <w:ind w:firstLine="0"/>
        <w:jc w:val="center"/>
      </w:pPr>
      <w:r>
        <w:rPr>
          <w:rFonts w:ascii="Garamond" w:hAnsi="Garamond" w:cs="Garamond"/>
          <w:b w:val="0"/>
          <w:i/>
          <w:sz w:val="24"/>
        </w:rPr>
        <w:t>Day Seven</w:t>
      </w:r>
    </w:p>
    <w:p>
      <w:pPr>
        <w:spacing w:before="0" w:after="0"/>
        <w:ind w:firstLine="480"/>
        <w:jc w:val="left"/>
      </w:pPr>
      <w:r>
        <w:rPr>
          <w:rFonts w:ascii="Garamond" w:hAnsi="Garamond" w:cs="Garamond"/>
          <w:b w:val="0"/>
          <w:i w:val="0"/>
          <w:sz w:val="24"/>
        </w:rPr>
        <w:t>Counselor Falsey entered the King’s sleeping chamber without knocking.</w:t>
      </w:r>
    </w:p>
    <w:p>
      <w:pPr>
        <w:spacing w:before="0" w:after="0"/>
        <w:ind w:firstLine="480"/>
        <w:jc w:val="left"/>
      </w:pPr>
      <w:r>
        <w:rPr>
          <w:rFonts w:ascii="Garamond" w:hAnsi="Garamond" w:cs="Garamond"/>
          <w:b w:val="0"/>
          <w:i w:val="0"/>
          <w:sz w:val="24"/>
        </w:rPr>
        <w:t>The crystal at the tip of the royal staff flared the moment he crossed the threshold, as it always did when someone other than the King was near it. Falsey suppressed it quickly, pressing the light back to a dull glow with the ease of long practice, and set the staff against the wall before turning to the bed.</w:t>
      </w:r>
    </w:p>
    <w:p>
      <w:pPr>
        <w:spacing w:before="0" w:after="0"/>
        <w:ind w:firstLine="480"/>
        <w:jc w:val="left"/>
      </w:pPr>
      <w:r>
        <w:rPr>
          <w:rFonts w:ascii="Garamond" w:hAnsi="Garamond" w:cs="Garamond"/>
          <w:b w:val="0"/>
          <w:i w:val="0"/>
          <w:sz w:val="24"/>
        </w:rPr>
        <w:t>“Your Majesty. It is time.”</w:t>
      </w:r>
    </w:p>
    <w:p>
      <w:pPr>
        <w:spacing w:before="0" w:after="0"/>
        <w:ind w:firstLine="480"/>
        <w:jc w:val="left"/>
      </w:pPr>
      <w:r>
        <w:rPr>
          <w:rFonts w:ascii="Garamond" w:hAnsi="Garamond" w:cs="Garamond"/>
          <w:b w:val="0"/>
          <w:i w:val="0"/>
          <w:sz w:val="24"/>
        </w:rPr>
        <w:t>The King looked up at him from the pillow. He had aged since the gathering, or perhaps he had been aging for longer than that and the gathering had simply made it visible. “Are you certain this is the best way?” he said. “Perhaps we should hear them out. There may be something in the prophecy I have not properly considered.”</w:t>
      </w:r>
    </w:p>
    <w:p>
      <w:pPr>
        <w:spacing w:before="0" w:after="0"/>
        <w:ind w:firstLine="480"/>
        <w:jc w:val="left"/>
      </w:pPr>
      <w:r>
        <w:rPr>
          <w:rFonts w:ascii="Garamond" w:hAnsi="Garamond" w:cs="Garamond"/>
          <w:b w:val="0"/>
          <w:i w:val="0"/>
          <w:sz w:val="24"/>
        </w:rPr>
        <w:t>“Those are dragon words,” Falsey said. He said it the way you say something you have said many times before, with a conviction that has stopped requiring reasons. “They should have been destroyed when they were found. How can we trust anything they have touched?”</w:t>
      </w:r>
    </w:p>
    <w:p>
      <w:pPr>
        <w:spacing w:before="0" w:after="0"/>
        <w:ind w:firstLine="480"/>
        <w:jc w:val="left"/>
      </w:pPr>
      <w:r>
        <w:rPr>
          <w:rFonts w:ascii="Garamond" w:hAnsi="Garamond" w:cs="Garamond"/>
          <w:b w:val="0"/>
          <w:i w:val="0"/>
          <w:sz w:val="24"/>
        </w:rPr>
        <w:t>“We cannot be certain the vault was compromised. We kept the city fairly clean of scavengers for most of the age.”</w:t>
      </w:r>
    </w:p>
    <w:p>
      <w:pPr>
        <w:spacing w:before="0" w:after="0"/>
        <w:ind w:firstLine="480"/>
        <w:jc w:val="left"/>
      </w:pPr>
      <w:r>
        <w:rPr>
          <w:rFonts w:ascii="Garamond" w:hAnsi="Garamond" w:cs="Garamond"/>
          <w:b w:val="0"/>
          <w:i w:val="0"/>
          <w:sz w:val="24"/>
        </w:rPr>
        <w:t>“We cannot be certain it was not.” Falsey moved to the side of the bed and helped the King to his feet. “And uncertainty is exactly the wrong ground to stand on when the Dragon Star is in question. Do you want to be remembered as the King who let the dragons back into Alteria?”</w:t>
      </w:r>
    </w:p>
    <w:p>
      <w:pPr>
        <w:spacing w:before="0" w:after="0"/>
        <w:ind w:firstLine="480"/>
        <w:jc w:val="left"/>
      </w:pPr>
      <w:r>
        <w:rPr>
          <w:rFonts w:ascii="Garamond" w:hAnsi="Garamond" w:cs="Garamond"/>
          <w:b w:val="0"/>
          <w:i w:val="0"/>
          <w:sz w:val="24"/>
        </w:rPr>
        <w:t>“No. Of course not.” The King steadied himself with a hand on his counselor’s arm. He was not an old man by any measure that counted in Alteria, but recent events had added something to him that moved like age. “But should we not at least hear their story before we act? I am not certain we should kill them without—”</w:t>
      </w:r>
    </w:p>
    <w:p>
      <w:pPr>
        <w:spacing w:before="0" w:after="0"/>
        <w:ind w:firstLine="480"/>
        <w:jc w:val="left"/>
      </w:pPr>
      <w:r>
        <w:rPr>
          <w:rFonts w:ascii="Garamond" w:hAnsi="Garamond" w:cs="Garamond"/>
          <w:b w:val="0"/>
          <w:i w:val="0"/>
          <w:sz w:val="24"/>
        </w:rPr>
        <w:t>“Should we give them more time to work on your people?” Falsey kept his voice gentle. “On your children?”</w:t>
      </w:r>
    </w:p>
    <w:p>
      <w:pPr>
        <w:spacing w:before="0" w:after="0"/>
        <w:ind w:firstLine="480"/>
        <w:jc w:val="left"/>
      </w:pPr>
      <w:r>
        <w:rPr>
          <w:rFonts w:ascii="Garamond" w:hAnsi="Garamond" w:cs="Garamond"/>
          <w:b w:val="0"/>
          <w:i w:val="0"/>
          <w:sz w:val="24"/>
        </w:rPr>
        <w:t>A long pause.</w:t>
      </w:r>
    </w:p>
    <w:p>
      <w:pPr>
        <w:spacing w:before="0" w:after="0"/>
        <w:ind w:firstLine="480"/>
        <w:jc w:val="left"/>
      </w:pPr>
      <w:r>
        <w:rPr>
          <w:rFonts w:ascii="Garamond" w:hAnsi="Garamond" w:cs="Garamond"/>
          <w:b w:val="0"/>
          <w:i w:val="0"/>
          <w:sz w:val="24"/>
        </w:rPr>
        <w:t>“No,” the King said. “You are right.” He leaned slightly on his counselor’s shoulder and Falsey took the weight without comment. They had known each other since boyhood. Some of the people who had known them that long had noted, privately, that the King had leaned on Falsey’s judgment in the same gradual way, so slowly that no single moment stood out as the one where it had happened. “I don’t know what I would do without you, Theo. Take me to the gate.”</w:t>
      </w:r>
    </w:p>
    <w:p>
      <w:pPr>
        <w:spacing w:before="0" w:after="0"/>
        <w:ind w:firstLine="480"/>
        <w:jc w:val="left"/>
      </w:pPr>
      <w:r>
        <w:rPr>
          <w:rFonts w:ascii="Garamond" w:hAnsi="Garamond" w:cs="Garamond"/>
          <w:b w:val="0"/>
          <w:i w:val="0"/>
          <w:sz w:val="24"/>
        </w:rPr>
        <w:t>Falsey guided him toward the door, then stopped.</w:t>
      </w:r>
    </w:p>
    <w:p>
      <w:pPr>
        <w:spacing w:before="0" w:after="0"/>
        <w:ind w:firstLine="480"/>
        <w:jc w:val="left"/>
      </w:pPr>
      <w:r>
        <w:rPr>
          <w:rFonts w:ascii="Garamond" w:hAnsi="Garamond" w:cs="Garamond"/>
          <w:b w:val="0"/>
          <w:i w:val="0"/>
          <w:sz w:val="24"/>
        </w:rPr>
        <w:t>“Your staff, Majesty. You should not pass judgment without it.”</w:t>
      </w:r>
    </w:p>
    <w:p>
      <w:pPr>
        <w:spacing w:before="0" w:after="0"/>
        <w:ind w:firstLine="480"/>
        <w:jc w:val="left"/>
      </w:pPr>
      <w:r>
        <w:rPr>
          <w:rFonts w:ascii="Garamond" w:hAnsi="Garamond" w:cs="Garamond"/>
          <w:b w:val="0"/>
          <w:i w:val="0"/>
          <w:sz w:val="24"/>
        </w:rPr>
        <w:t>“Quite right. Quite right.”</w:t>
      </w:r>
    </w:p>
    <w:p>
      <w:pPr>
        <w:spacing w:before="0" w:after="0"/>
        <w:ind w:firstLine="480"/>
        <w:jc w:val="left"/>
      </w:pPr>
      <w:r>
        <w:rPr>
          <w:rFonts w:ascii="Garamond" w:hAnsi="Garamond" w:cs="Garamond"/>
          <w:b w:val="0"/>
          <w:i w:val="0"/>
          <w:sz w:val="24"/>
        </w:rPr>
        <w:t>Falsey retrieved the staff from the wall. He held it for the two steps it took to cross the room and return it to the King’s hand, which was as briefly as anyone but the King ever held it. The crystal flickered when he touched it and he pressed it flat again, the way you press a flame with two wet fingers, quick and certain. He had learned that much from years of proximity to the thing.</w:t>
      </w:r>
    </w:p>
    <w:p>
      <w:pPr>
        <w:spacing w:before="0" w:after="0"/>
        <w:ind w:firstLine="480"/>
        <w:jc w:val="left"/>
      </w:pPr>
      <w:r>
        <w:rPr>
          <w:rFonts w:ascii="Garamond" w:hAnsi="Garamond" w:cs="Garamond"/>
          <w:b w:val="0"/>
          <w:i w:val="0"/>
          <w:sz w:val="24"/>
        </w:rPr>
        <w:t>The staff had been handed down through the royal line for as long as the histories went back, passed from King to Crown Prince or Princess in a ceremony that bound the crystal to its new owner. The binding had not yet been made with Kato. It could not be made until the King chose to make it, and in the meantime the staff answered only to the King, warning him when something nearby meant him harm, flaring hot and bright in the presence of a threat.</w:t>
      </w:r>
    </w:p>
    <w:p>
      <w:pPr>
        <w:spacing w:before="0" w:after="0"/>
        <w:ind w:firstLine="480"/>
        <w:jc w:val="left"/>
      </w:pPr>
      <w:r>
        <w:rPr>
          <w:rFonts w:ascii="Garamond" w:hAnsi="Garamond" w:cs="Garamond"/>
          <w:b w:val="0"/>
          <w:i w:val="0"/>
          <w:sz w:val="24"/>
        </w:rPr>
        <w:t>It had done neither of those things at the gathering, when the three strangers stood not twenty feet from the throne.</w:t>
      </w:r>
    </w:p>
    <w:p>
      <w:pPr>
        <w:spacing w:before="0" w:after="0"/>
        <w:ind w:firstLine="480"/>
        <w:jc w:val="left"/>
      </w:pPr>
      <w:r>
        <w:rPr>
          <w:rFonts w:ascii="Garamond" w:hAnsi="Garamond" w:cs="Garamond"/>
          <w:b w:val="0"/>
          <w:i w:val="0"/>
          <w:sz w:val="24"/>
        </w:rPr>
        <w:t>“I have been wondering,” the King said as Falsey placed the staff in his hands, “why it did not light at the gathering. They were close enough. If they were servants of the dragons, it should have known.”</w:t>
      </w:r>
    </w:p>
    <w:p>
      <w:pPr>
        <w:spacing w:before="0" w:after="0"/>
        <w:ind w:firstLine="480"/>
        <w:jc w:val="left"/>
      </w:pPr>
      <w:r>
        <w:rPr>
          <w:rFonts w:ascii="Garamond" w:hAnsi="Garamond" w:cs="Garamond"/>
          <w:b w:val="0"/>
          <w:i w:val="0"/>
          <w:sz w:val="24"/>
        </w:rPr>
        <w:t>“There was no danger with your full guard around you,” Falsey said. “It would not trouble itself over something so well contained.”</w:t>
      </w:r>
    </w:p>
    <w:p>
      <w:pPr>
        <w:spacing w:before="0" w:after="0"/>
        <w:ind w:firstLine="480"/>
        <w:jc w:val="left"/>
      </w:pPr>
      <w:r>
        <w:rPr>
          <w:rFonts w:ascii="Garamond" w:hAnsi="Garamond" w:cs="Garamond"/>
          <w:b w:val="0"/>
          <w:i w:val="0"/>
          <w:sz w:val="24"/>
        </w:rPr>
        <w:t>The King accepted this and moved toward the door.</w:t>
      </w:r>
    </w:p>
    <w:p>
      <w:pPr>
        <w:spacing w:before="0" w:after="0"/>
        <w:ind w:firstLine="480"/>
        <w:jc w:val="left"/>
      </w:pPr>
      <w:r>
        <w:rPr>
          <w:rFonts w:ascii="Garamond" w:hAnsi="Garamond" w:cs="Garamond"/>
          <w:b w:val="0"/>
          <w:i w:val="0"/>
          <w:sz w:val="24"/>
        </w:rPr>
        <w:t>Falsey followed a step behind, his right hand pressed flat against his thigh, working at something that was not quite pain and not quite nothing. The burn where the crystal had touched his palm was small and would leave no mark. It always faded by morning.</w:t>
      </w:r>
    </w:p>
    <w:p>
      <w:pPr>
        <w:spacing w:before="0" w:after="0"/>
        <w:ind w:firstLine="480"/>
        <w:jc w:val="left"/>
      </w:pPr>
      <w:r>
        <w:rPr>
          <w:rFonts w:ascii="Garamond" w:hAnsi="Garamond" w:cs="Garamond"/>
          <w:b w:val="0"/>
          <w:i w:val="0"/>
          <w:sz w:val="24"/>
        </w:rPr>
        <w:t>It always had.</w:t>
      </w:r>
    </w:p>
    <w:p>
      <w:pPr>
        <w:spacing w:before="480" w:after="360"/>
        <w:ind w:firstLine="0"/>
        <w:jc w:val="center"/>
      </w:pPr>
      <w:r>
        <w:rPr>
          <w:rFonts w:ascii="Garamond" w:hAnsi="Garamond" w:cs="Garamond"/>
          <w:b/>
          <w:i w:val="0"/>
          <w:sz w:val="28"/>
        </w:rPr>
        <w:t>Chapter Thirty-Six</w:t>
      </w:r>
    </w:p>
    <w:p>
      <w:pPr>
        <w:spacing w:before="0" w:after="0"/>
        <w:ind w:firstLine="480"/>
        <w:jc w:val="left"/>
      </w:pPr>
      <w:r>
        <w:rPr>
          <w:rFonts w:ascii="Garamond" w:hAnsi="Garamond" w:cs="Garamond"/>
          <w:b w:val="0"/>
          <w:i w:val="0"/>
          <w:sz w:val="24"/>
        </w:rPr>
        <w:t>“Do not tell Father until I am well clear,” Kato said. “We will come back as soon as we can.”</w:t>
      </w:r>
    </w:p>
    <w:p>
      <w:pPr>
        <w:spacing w:before="0" w:after="0"/>
        <w:ind w:firstLine="480"/>
        <w:jc w:val="left"/>
      </w:pPr>
      <w:r>
        <w:rPr>
          <w:rFonts w:ascii="Garamond" w:hAnsi="Garamond" w:cs="Garamond"/>
          <w:b w:val="0"/>
          <w:i w:val="0"/>
          <w:sz w:val="24"/>
        </w:rPr>
        <w:t>Pico held him a moment longer than the embrace required, then let go. “Be careful out there.” She said it quietly, with the specific care of someone who knows the words are not enough but says them anyway. “Do not let Verad get hurt.”</w:t>
      </w:r>
    </w:p>
    <w:p>
      <w:pPr>
        <w:spacing w:before="0" w:after="0"/>
        <w:ind w:firstLine="480"/>
        <w:jc w:val="left"/>
      </w:pPr>
      <w:r>
        <w:rPr>
          <w:rFonts w:ascii="Garamond" w:hAnsi="Garamond" w:cs="Garamond"/>
          <w:b w:val="0"/>
          <w:i w:val="0"/>
          <w:sz w:val="24"/>
        </w:rPr>
        <w:t>“I will look after him as I would a brother.” He tried for a smile, the kind that had always gotten one out of her, and got nothing back but the effort of her not crying. He pulled her close again. “Do not weep. It will be all right.” He spoke into her hair. “Protect the prophecy. Do nothing to draw Father’s anger while I am gone. He will need you with him and that means being where he can see you. Look after Petra and the Captain.” He released her and stepped back. “Tell Mother I am sorry I did not get to see her before I left.”</w:t>
      </w:r>
    </w:p>
    <w:p>
      <w:pPr>
        <w:spacing w:before="0" w:after="0"/>
        <w:ind w:firstLine="480"/>
        <w:jc w:val="left"/>
      </w:pPr>
      <w:r>
        <w:rPr>
          <w:rFonts w:ascii="Garamond" w:hAnsi="Garamond" w:cs="Garamond"/>
          <w:b w:val="0"/>
          <w:i w:val="0"/>
          <w:sz w:val="24"/>
        </w:rPr>
        <w:t>He turned toward the tunnel entrance, then stopped and looked back.</w:t>
      </w:r>
    </w:p>
    <w:p>
      <w:pPr>
        <w:spacing w:before="0" w:after="0"/>
        <w:ind w:firstLine="480"/>
        <w:jc w:val="left"/>
      </w:pPr>
      <w:r>
        <w:rPr>
          <w:rFonts w:ascii="Garamond" w:hAnsi="Garamond" w:cs="Garamond"/>
          <w:b w:val="0"/>
          <w:i w:val="0"/>
          <w:sz w:val="24"/>
        </w:rPr>
        <w:t>“Pico. If we fail, you have to get them off the island. Take them east, to Petra’s land. Whatever happens, they cannot be here when the Dragon Star goes.”</w:t>
      </w:r>
    </w:p>
    <w:p>
      <w:pPr>
        <w:spacing w:before="0" w:after="0"/>
        <w:ind w:firstLine="480"/>
        <w:jc w:val="left"/>
      </w:pPr>
      <w:r>
        <w:rPr>
          <w:rFonts w:ascii="Garamond" w:hAnsi="Garamond" w:cs="Garamond"/>
          <w:b w:val="0"/>
          <w:i w:val="0"/>
          <w:sz w:val="24"/>
        </w:rPr>
        <w:t>“Do me one favor,” she said.</w:t>
      </w:r>
    </w:p>
    <w:p>
      <w:pPr>
        <w:spacing w:before="0" w:after="0"/>
        <w:ind w:firstLine="480"/>
        <w:jc w:val="left"/>
      </w:pPr>
      <w:r>
        <w:rPr>
          <w:rFonts w:ascii="Garamond" w:hAnsi="Garamond" w:cs="Garamond"/>
          <w:b w:val="0"/>
          <w:i w:val="0"/>
          <w:sz w:val="24"/>
        </w:rPr>
        <w:t>“Anything.”</w:t>
      </w:r>
    </w:p>
    <w:p>
      <w:pPr>
        <w:spacing w:before="0" w:after="0"/>
        <w:ind w:firstLine="480"/>
        <w:jc w:val="left"/>
      </w:pPr>
      <w:r>
        <w:rPr>
          <w:rFonts w:ascii="Garamond" w:hAnsi="Garamond" w:cs="Garamond"/>
          <w:b w:val="0"/>
          <w:i w:val="0"/>
          <w:sz w:val="24"/>
        </w:rPr>
        <w:t>“Do not fail.” The tears were there despite everything she had done to hold them back. “I think you are the only hope we have.”</w:t>
      </w:r>
    </w:p>
    <w:p>
      <w:pPr>
        <w:spacing w:before="0" w:after="0"/>
        <w:ind w:firstLine="480"/>
        <w:jc w:val="left"/>
      </w:pPr>
      <w:r>
        <w:rPr>
          <w:rFonts w:ascii="Garamond" w:hAnsi="Garamond" w:cs="Garamond"/>
          <w:b w:val="0"/>
          <w:i w:val="0"/>
          <w:sz w:val="24"/>
        </w:rPr>
        <w:t>“I will be back,” he said. “Count on it.”</w:t>
      </w:r>
    </w:p>
    <w:p>
      <w:pPr>
        <w:spacing w:before="0" w:after="0"/>
        <w:ind w:firstLine="480"/>
        <w:jc w:val="left"/>
      </w:pPr>
      <w:r>
        <w:rPr>
          <w:rFonts w:ascii="Garamond" w:hAnsi="Garamond" w:cs="Garamond"/>
          <w:b w:val="0"/>
          <w:i w:val="0"/>
          <w:sz w:val="24"/>
        </w:rPr>
        <w:t>He gave her one last look and went into the tunnel at a trot.</w:t>
      </w:r>
    </w:p>
    <w:p>
      <w:pPr>
        <w:spacing w:before="0" w:after="0"/>
        <w:ind w:firstLine="480"/>
        <w:jc w:val="left"/>
      </w:pPr>
      <w:r>
        <w:rPr>
          <w:rFonts w:ascii="Garamond" w:hAnsi="Garamond" w:cs="Garamond"/>
          <w:b w:val="0"/>
          <w:i w:val="0"/>
          <w:sz w:val="24"/>
        </w:rPr>
        <w:t>The plan, such as it was, had come together in the small hours after the gathering. They would go to the dragon side of the island and find one of the Dragon Stars. He did not know precisely where the Stars were kept or what he would have to do to retrieve one, but he knew someone who would know, and that was enough to move on. The faster he reached Verad, the faster they would both be beyond his father’s reach.</w:t>
      </w:r>
    </w:p>
    <w:p>
      <w:pPr>
        <w:spacing w:before="0" w:after="0"/>
        <w:ind w:firstLine="480"/>
        <w:jc w:val="left"/>
      </w:pPr>
      <w:r>
        <w:rPr>
          <w:rFonts w:ascii="Garamond" w:hAnsi="Garamond" w:cs="Garamond"/>
          <w:b w:val="0"/>
          <w:i w:val="0"/>
          <w:sz w:val="24"/>
        </w:rPr>
        <w:t>He moved through the tunnels without slowing, choosing each branch by instinct and memory, the underground familiar to him in the way that only the underground can be to someone who has spent a childhood in it. He was perhaps two hundred yards from the cell when he noticed the footprints.</w:t>
      </w:r>
    </w:p>
    <w:p>
      <w:pPr>
        <w:spacing w:before="0" w:after="0"/>
        <w:ind w:firstLine="480"/>
        <w:jc w:val="left"/>
      </w:pPr>
      <w:r>
        <w:rPr>
          <w:rFonts w:ascii="Garamond" w:hAnsi="Garamond" w:cs="Garamond"/>
          <w:b w:val="0"/>
          <w:i w:val="0"/>
          <w:sz w:val="24"/>
        </w:rPr>
        <w:t>The dust on the floor of this passage was old and undisturbed except where it had recently been disturbed, and the marks were fresh. He slowed and read them. More than one person, moving with purpose, coming from the direction of the cell. He moved forward carefully and found the door to the cell standing open.</w:t>
      </w:r>
    </w:p>
    <w:p>
      <w:pPr>
        <w:spacing w:before="0" w:after="0"/>
        <w:ind w:firstLine="480"/>
        <w:jc w:val="left"/>
      </w:pPr>
      <w:r>
        <w:rPr>
          <w:rFonts w:ascii="Garamond" w:hAnsi="Garamond" w:cs="Garamond"/>
          <w:b w:val="0"/>
          <w:i w:val="0"/>
          <w:sz w:val="24"/>
        </w:rPr>
        <w:t>From inside, the voices of the guards.</w:t>
      </w:r>
    </w:p>
    <w:p>
      <w:pPr>
        <w:spacing w:before="0" w:after="0"/>
        <w:ind w:firstLine="480"/>
        <w:jc w:val="left"/>
      </w:pPr>
      <w:r>
        <w:rPr>
          <w:rFonts w:ascii="Garamond" w:hAnsi="Garamond" w:cs="Garamond"/>
          <w:b w:val="0"/>
          <w:i w:val="0"/>
          <w:sz w:val="24"/>
        </w:rPr>
        <w:t>The prisoners were gone.</w:t>
      </w:r>
    </w:p>
    <w:p>
      <w:pPr>
        <w:spacing w:before="0" w:after="0"/>
        <w:ind w:firstLine="480"/>
        <w:jc w:val="left"/>
      </w:pPr>
      <w:r>
        <w:rPr>
          <w:rFonts w:ascii="Garamond" w:hAnsi="Garamond" w:cs="Garamond"/>
          <w:b w:val="0"/>
          <w:i w:val="0"/>
          <w:sz w:val="24"/>
        </w:rPr>
        <w:t>Kato stood in the doorway for a moment, turning it over. They could not have gotten out on their own. No light, no knowledge of the passages, no reason for the guards to have opened the door voluntarily. Someone had taken them. Someone who knew these tunnels, who had the standing to move through the underground without being challenged, and who had decided to act before the King did.</w:t>
      </w:r>
    </w:p>
    <w:p>
      <w:pPr>
        <w:spacing w:before="0" w:after="0"/>
        <w:ind w:firstLine="480"/>
        <w:jc w:val="left"/>
      </w:pPr>
      <w:r>
        <w:rPr>
          <w:rFonts w:ascii="Garamond" w:hAnsi="Garamond" w:cs="Garamond"/>
          <w:b w:val="0"/>
          <w:i w:val="0"/>
          <w:sz w:val="24"/>
        </w:rPr>
        <w:t>He thought of his mother.</w:t>
      </w:r>
    </w:p>
    <w:p>
      <w:pPr>
        <w:spacing w:before="0" w:after="0"/>
        <w:ind w:firstLine="480"/>
        <w:jc w:val="left"/>
      </w:pPr>
      <w:r>
        <w:rPr>
          <w:rFonts w:ascii="Garamond" w:hAnsi="Garamond" w:cs="Garamond"/>
          <w:b w:val="0"/>
          <w:i w:val="0"/>
          <w:sz w:val="24"/>
        </w:rPr>
        <w:t>He pulled off his leather cape and went back the way he had come, dragging it behind him across the passage floor, erasing the tracks as he went. Whoever had taken the humans, the guards did not need to know which direction they had gone. He worked quickly and methodically, the cape sweeping the dust smooth, until he reached a junction where the trail split and the older stone would hold no marks worth following.</w:t>
      </w:r>
    </w:p>
    <w:p>
      <w:pPr>
        <w:spacing w:before="0" w:after="0"/>
        <w:ind w:firstLine="480"/>
        <w:jc w:val="left"/>
      </w:pPr>
      <w:r>
        <w:rPr>
          <w:rFonts w:ascii="Garamond" w:hAnsi="Garamond" w:cs="Garamond"/>
          <w:b w:val="0"/>
          <w:i w:val="0"/>
          <w:sz w:val="24"/>
        </w:rPr>
        <w:t>He put the cape back on and stood still for a moment, thinking.</w:t>
      </w:r>
    </w:p>
    <w:p>
      <w:pPr>
        <w:spacing w:before="0" w:after="0"/>
        <w:ind w:firstLine="480"/>
        <w:jc w:val="left"/>
      </w:pPr>
      <w:r>
        <w:rPr>
          <w:rFonts w:ascii="Garamond" w:hAnsi="Garamond" w:cs="Garamond"/>
          <w:b w:val="0"/>
          <w:i w:val="0"/>
          <w:sz w:val="24"/>
        </w:rPr>
        <w:t>Then he turned down an ancient passage that very few people in all of Alteria knew existed, following the faint traces of where the footprints had been, and the faint traces of where they were going, and the certainty, growing with each step, that somewhere ahead of him in the dark were his friends and whatever remained of his people’s best chance.</w:t>
      </w:r>
    </w:p>
    <w:p>
      <w:pPr>
        <w:spacing w:before="0" w:after="0"/>
        <w:ind w:firstLine="480"/>
        <w:jc w:val="left"/>
      </w:pPr>
      <w:r>
        <w:rPr>
          <w:rFonts w:ascii="Garamond" w:hAnsi="Garamond" w:cs="Garamond"/>
          <w:b w:val="0"/>
          <w:i w:val="0"/>
          <w:sz w:val="24"/>
        </w:rPr>
        <w:t>He picked up his pace.</w:t>
      </w:r>
    </w:p>
    <w:p>
      <w:pPr>
        <w:spacing w:before="480" w:after="360"/>
        <w:ind w:firstLine="0"/>
        <w:jc w:val="center"/>
      </w:pPr>
      <w:r>
        <w:rPr>
          <w:rFonts w:ascii="Garamond" w:hAnsi="Garamond" w:cs="Garamond"/>
          <w:b/>
          <w:i w:val="0"/>
          <w:sz w:val="28"/>
        </w:rPr>
        <w:t>Chapter Thirty-Seven</w:t>
      </w:r>
    </w:p>
    <w:p>
      <w:pPr>
        <w:spacing w:before="0" w:after="0"/>
        <w:ind w:firstLine="480"/>
        <w:jc w:val="left"/>
      </w:pPr>
      <w:r>
        <w:rPr>
          <w:rFonts w:ascii="Garamond" w:hAnsi="Garamond" w:cs="Garamond"/>
          <w:b w:val="0"/>
          <w:i w:val="0"/>
          <w:sz w:val="24"/>
        </w:rPr>
        <w:t>Pico followed the crowds toward the center of the city.</w:t>
      </w:r>
    </w:p>
    <w:p>
      <w:pPr>
        <w:spacing w:before="0" w:after="0"/>
        <w:ind w:firstLine="480"/>
        <w:jc w:val="left"/>
      </w:pPr>
      <w:r>
        <w:rPr>
          <w:rFonts w:ascii="Garamond" w:hAnsi="Garamond" w:cs="Garamond"/>
          <w:b w:val="0"/>
          <w:i w:val="0"/>
          <w:sz w:val="24"/>
        </w:rPr>
        <w:t>The Valorians were leaving, which meant her mother and uncle would be departing with them. It was a waste. Nothing had been resolved at the gathering and now the one people who might have helped were going home, and the city would be left with only its fear and the low sound of ten thousand people who had just learned that the Dragon Star was failing.</w:t>
      </w:r>
    </w:p>
    <w:p>
      <w:pPr>
        <w:spacing w:before="0" w:after="0"/>
        <w:ind w:firstLine="480"/>
        <w:jc w:val="left"/>
      </w:pPr>
      <w:r>
        <w:rPr>
          <w:rFonts w:ascii="Garamond" w:hAnsi="Garamond" w:cs="Garamond"/>
          <w:b w:val="0"/>
          <w:i w:val="0"/>
          <w:sz w:val="24"/>
        </w:rPr>
        <w:t>She moved through the wide streets without impediment, the crowd parting ahead of her the way it always did for the royal children. Around her she caught pieces of conversations she was not meant to hear. Some people spoke of finding a new Dragon Star, voices kept carefully low. Others spoke of the dragon spawn who had drained the life from the existing one, which was not what had happened but was easier to believe than the truth. A few spoke openly about the Valorians leaving when the road grew dark, which was the oldest wound the city carried and had never properly healed.</w:t>
      </w:r>
    </w:p>
    <w:p>
      <w:pPr>
        <w:spacing w:before="0" w:after="0"/>
        <w:ind w:firstLine="480"/>
        <w:jc w:val="left"/>
      </w:pPr>
      <w:r>
        <w:rPr>
          <w:rFonts w:ascii="Garamond" w:hAnsi="Garamond" w:cs="Garamond"/>
          <w:b w:val="0"/>
          <w:i w:val="0"/>
          <w:sz w:val="24"/>
        </w:rPr>
        <w:t>They quieted as she passed. They loved her. They loved her brother and they loved their King. That was the difficulty of it. You could love people and still carry the anger of your forefathers, and the two things did not cancel each other out.</w:t>
      </w:r>
    </w:p>
    <w:p>
      <w:pPr>
        <w:spacing w:before="0" w:after="0"/>
        <w:ind w:firstLine="480"/>
        <w:jc w:val="left"/>
      </w:pPr>
      <w:r>
        <w:rPr>
          <w:rFonts w:ascii="Garamond" w:hAnsi="Garamond" w:cs="Garamond"/>
          <w:b w:val="0"/>
          <w:i w:val="0"/>
          <w:sz w:val="24"/>
        </w:rPr>
        <w:t>She understood the history well enough. The dragons had come down on the Alterian city nearly four thousand years ago and the Valorians had closed their borders. The Alterians who survived had fled through the underground and many had not made it. The creatures that moved with the dragons had picked them off in the passages. Only a handful reached the city of light. The Valorians had stayed safe on their side of the island with their own Dragon Star and their own silence, and the Alterians had not forgotten it in four thousand years of trying.</w:t>
      </w:r>
    </w:p>
    <w:p>
      <w:pPr>
        <w:spacing w:before="0" w:after="0"/>
        <w:ind w:firstLine="480"/>
        <w:jc w:val="left"/>
      </w:pPr>
      <w:r>
        <w:rPr>
          <w:rFonts w:ascii="Garamond" w:hAnsi="Garamond" w:cs="Garamond"/>
          <w:b w:val="0"/>
          <w:i w:val="0"/>
          <w:sz w:val="24"/>
        </w:rPr>
        <w:t>Her parents' marriage had been the attempt to mend that. An arranged union between the two royal families, and it had produced Kato and herself, which she considered its finest outcome. It had not produced much else. Her mother found Alteria too confining, found her father too accommodating of a people whose spirit had been ground down by a thousand years in the underground, and had eventually gone home to Valoria when her children were old enough to no longer require her daily presence. She had told Pico once, plainly, that ten generations of living underground had taken something from the Alterians that had not come back, and that she did not know if it could be recovered.</w:t>
      </w:r>
    </w:p>
    <w:p>
      <w:pPr>
        <w:spacing w:before="0" w:after="0"/>
        <w:ind w:firstLine="480"/>
        <w:jc w:val="left"/>
      </w:pPr>
      <w:r>
        <w:rPr>
          <w:rFonts w:ascii="Garamond" w:hAnsi="Garamond" w:cs="Garamond"/>
          <w:b w:val="0"/>
          <w:i w:val="0"/>
          <w:sz w:val="24"/>
        </w:rPr>
        <w:t>Pico thought her mother was not entirely wrong, which was a difficult thing to hold alongside her love for her father.</w:t>
      </w:r>
    </w:p>
    <w:p>
      <w:pPr>
        <w:spacing w:before="0" w:after="0"/>
        <w:ind w:firstLine="480"/>
        <w:jc w:val="left"/>
      </w:pPr>
      <w:r>
        <w:rPr>
          <w:rFonts w:ascii="Garamond" w:hAnsi="Garamond" w:cs="Garamond"/>
          <w:b w:val="0"/>
          <w:i w:val="0"/>
          <w:sz w:val="24"/>
        </w:rPr>
        <w:t>She was proud of both bloodlines. Her father's ancestor had returned the Dragon Star that protected Alteria. Her mother's people had preserved their culture intact through the same thousand years that had cost the Alterians so much. She wanted to be the connection between them. Circumstances kept pulling the connection apart.</w:t>
      </w:r>
    </w:p>
    <w:p>
      <w:pPr>
        <w:spacing w:before="0" w:after="0"/>
        <w:ind w:firstLine="480"/>
        <w:jc w:val="left"/>
      </w:pPr>
      <w:r>
        <w:rPr>
          <w:rFonts w:ascii="Garamond" w:hAnsi="Garamond" w:cs="Garamond"/>
          <w:sz w:val="24"/>
        </w:rPr>
        <w:t>The Dragon Stars were a mystery to most of the people. The majority knew only that they kept the dragons at bay. Pico and the royal family knew what they were, though they had never told anyone else, afraid the truth would be too much. Dragon Stars were dragons. Dead dragons. There were places high in the mountains where dragons went to die, and when they died something remained: a fist-sized gemstone that held its own inner light, burning from within like a captured star. The stones were beautiful in a way that other beautiful things were not, and dragons felt that beauty the way they felt warmth, across great distances, through stone and dark and the indifference of the deep underground.</w:t>
      </w:r>
    </w:p>
    <w:p>
      <w:pPr>
        <w:spacing w:before="0" w:after="0"/>
        <w:ind w:firstLine="480"/>
        <w:jc w:val="left"/>
      </w:pPr>
      <w:r>
        <w:rPr>
          <w:rFonts w:ascii="Garamond" w:hAnsi="Garamond" w:cs="Garamond"/>
          <w:sz w:val="24"/>
        </w:rPr>
        <w:t>When a dragon came too close to a Dragon Star and let the beauty claim it, the creature dove into the light. It did not matter how large the dragon was. It never reached the ground. It passed out of this world entirely, disappearing inside the facets of the jewel, and once inside, its first-age magic fed the stone, making it brighter and more enticing than it had been before. No one alive had seen it happen. But the stories of how the Alterian Dragon Star had first captured several dragons before the rest learned to stay clear were told to every child in the city. And the story of how Pico’s ancestor had carried the stone back in a leather bag over his shoulder, and cut it open in the tower, and watched the dragon that had taken up residence in the city answer its call, was a story everyone knew by heart.</w:t>
      </w:r>
    </w:p>
    <w:p>
      <w:pPr>
        <w:spacing w:before="0" w:after="0"/>
        <w:ind w:firstLine="480"/>
        <w:jc w:val="left"/>
      </w:pPr>
      <w:r>
        <w:rPr>
          <w:rFonts w:ascii="Garamond" w:hAnsi="Garamond" w:cs="Garamond"/>
          <w:b w:val="0"/>
          <w:i w:val="0"/>
          <w:sz w:val="24"/>
        </w:rPr>
        <w:t>She was still thinking about this when she heard the commotion.</w:t>
      </w:r>
    </w:p>
    <w:p>
      <w:pPr>
        <w:spacing w:before="0" w:after="0"/>
        <w:ind w:firstLine="480"/>
        <w:jc w:val="left"/>
      </w:pPr>
      <w:r>
        <w:rPr>
          <w:rFonts w:ascii="Garamond" w:hAnsi="Garamond" w:cs="Garamond"/>
          <w:b w:val="0"/>
          <w:i w:val="0"/>
          <w:sz w:val="24"/>
        </w:rPr>
        <w:t>Warriors moving at speed through one of the main streets leading to the dome at the city's center. The crowd scattered ahead of them. Pico pushed through to where her father was standing and arrived just as Terra Sario, a young warrior of Kato's generation, pulled up in front of the King with five men at his back. Whatever Terra told Falsey made the Counselor's face go still in a way that was worse than alarm.</w:t>
      </w:r>
    </w:p>
    <w:p>
      <w:pPr>
        <w:spacing w:before="0" w:after="0"/>
        <w:ind w:firstLine="480"/>
        <w:jc w:val="left"/>
      </w:pPr>
      <w:r>
        <w:rPr>
          <w:rFonts w:ascii="Garamond" w:hAnsi="Garamond" w:cs="Garamond"/>
          <w:b w:val="0"/>
          <w:i w:val="0"/>
          <w:sz w:val="24"/>
        </w:rPr>
        <w:t>Falsey checked the report and turned to the King. Pico had already taken her usual place, her arm through her father's. The King looked down at her and managed a tired smile, as though the morning's earlier events had been set aside for the moment. When Falsey turned back, his eyes went to Pico first and stayed there a beat too long before he addressed the King.</w:t>
      </w:r>
    </w:p>
    <w:p>
      <w:pPr>
        <w:spacing w:before="0" w:after="0"/>
        <w:ind w:firstLine="480"/>
        <w:jc w:val="left"/>
      </w:pPr>
      <w:r>
        <w:rPr>
          <w:rFonts w:ascii="Garamond" w:hAnsi="Garamond" w:cs="Garamond"/>
          <w:b w:val="0"/>
          <w:i w:val="0"/>
          <w:sz w:val="24"/>
        </w:rPr>
        <w:t>“The prisoners are gone, Majesty. There are tracks leading into the underground.” He spoke the last words toward Pico.</w:t>
      </w:r>
    </w:p>
    <w:p>
      <w:pPr>
        <w:spacing w:before="0" w:after="0"/>
        <w:ind w:firstLine="480"/>
        <w:jc w:val="left"/>
      </w:pPr>
      <w:r>
        <w:rPr>
          <w:rFonts w:ascii="Garamond" w:hAnsi="Garamond" w:cs="Garamond"/>
          <w:b w:val="0"/>
          <w:i w:val="0"/>
          <w:sz w:val="24"/>
        </w:rPr>
        <w:t>Pico let her face show what she felt, which was genuine confusion. She had expected Kato to take Verad. She had not expected him to take all three. He would be slower with all three. The whole point had been speed.</w:t>
      </w:r>
    </w:p>
    <w:p>
      <w:pPr>
        <w:spacing w:before="0" w:after="0"/>
        <w:ind w:firstLine="480"/>
        <w:jc w:val="left"/>
      </w:pPr>
      <w:r>
        <w:rPr>
          <w:rFonts w:ascii="Garamond" w:hAnsi="Garamond" w:cs="Garamond"/>
          <w:b w:val="0"/>
          <w:i w:val="0"/>
          <w:sz w:val="24"/>
        </w:rPr>
        <w:t>“How could they be gone?” The King went rigid beside her.</w:t>
      </w:r>
    </w:p>
    <w:p>
      <w:pPr>
        <w:spacing w:before="0" w:after="0"/>
        <w:ind w:firstLine="480"/>
        <w:jc w:val="left"/>
      </w:pPr>
      <w:r>
        <w:rPr>
          <w:rFonts w:ascii="Garamond" w:hAnsi="Garamond" w:cs="Garamond"/>
          <w:b w:val="0"/>
          <w:i w:val="0"/>
          <w:sz w:val="24"/>
        </w:rPr>
        <w:t>“Perhaps we should ask the Princess.” Falsey’s eyes had not moved from her face.</w:t>
      </w:r>
    </w:p>
    <w:p>
      <w:pPr>
        <w:spacing w:before="0" w:after="0"/>
        <w:ind w:firstLine="480"/>
        <w:jc w:val="left"/>
      </w:pPr>
      <w:r>
        <w:rPr>
          <w:rFonts w:ascii="Garamond" w:hAnsi="Garamond" w:cs="Garamond"/>
          <w:b w:val="0"/>
          <w:i w:val="0"/>
          <w:sz w:val="24"/>
        </w:rPr>
        <w:t>“What exactly are you saying?” The King’s voice dropped in a way that was more dangerous than if he had raised it. “Piancio knows nothing of this. I would advise you to be very careful about accusing my children of treason in my presence, Theo. Very careful indeed.”</w:t>
      </w:r>
    </w:p>
    <w:p>
      <w:pPr>
        <w:spacing w:before="0" w:after="0"/>
        <w:ind w:firstLine="480"/>
        <w:jc w:val="left"/>
      </w:pPr>
      <w:r>
        <w:rPr>
          <w:rFonts w:ascii="Garamond" w:hAnsi="Garamond" w:cs="Garamond"/>
          <w:b w:val="0"/>
          <w:i w:val="0"/>
          <w:sz w:val="24"/>
        </w:rPr>
        <w:t>Falsey pulled back without conceding anything. “Of course, Majesty. I only meant to ask whether the Princess might know where her brother is. It is something a warrior King should want to know.”</w:t>
      </w:r>
    </w:p>
    <w:p>
      <w:pPr>
        <w:spacing w:before="0" w:after="0"/>
        <w:ind w:firstLine="480"/>
        <w:jc w:val="left"/>
      </w:pPr>
      <w:r>
        <w:rPr>
          <w:rFonts w:ascii="Garamond" w:hAnsi="Garamond" w:cs="Garamond"/>
          <w:b w:val="0"/>
          <w:i w:val="0"/>
          <w:sz w:val="24"/>
        </w:rPr>
        <w:t>“He said he would be here as soon as he could,” Pico said, which was entirely true.</w:t>
      </w:r>
    </w:p>
    <w:p>
      <w:pPr>
        <w:spacing w:before="0" w:after="0"/>
        <w:ind w:firstLine="480"/>
        <w:jc w:val="left"/>
      </w:pPr>
      <w:r>
        <w:rPr>
          <w:rFonts w:ascii="Garamond" w:hAnsi="Garamond" w:cs="Garamond"/>
          <w:b w:val="0"/>
          <w:i w:val="0"/>
          <w:sz w:val="24"/>
        </w:rPr>
        <w:t>Before Falsey could press further, the crowd opened again and the Valorian delegation came through. Thirty warriors leading, six more carrying the enclosed compartment that served as her mother’s travelling chair, which Feranthia used not from necessity but because it allowed her to arrive dressed for the occasion rather than arriving in tunnel clothes. They set it down on the white pavement in front of the dome and a guard opened the door.</w:t>
      </w:r>
    </w:p>
    <w:p>
      <w:pPr>
        <w:spacing w:before="0" w:after="0"/>
        <w:ind w:firstLine="480"/>
        <w:jc w:val="left"/>
      </w:pPr>
      <w:r>
        <w:rPr>
          <w:rFonts w:ascii="Garamond" w:hAnsi="Garamond" w:cs="Garamond"/>
          <w:b w:val="0"/>
          <w:i w:val="0"/>
          <w:sz w:val="24"/>
        </w:rPr>
        <w:t>“Retrieve the prisoners,” the King said to Falsey. “And tell my son I wish to speak with him.”</w:t>
      </w:r>
    </w:p>
    <w:p>
      <w:pPr>
        <w:spacing w:before="0" w:after="0"/>
        <w:ind w:firstLine="480"/>
        <w:jc w:val="left"/>
      </w:pPr>
      <w:r>
        <w:rPr>
          <w:rFonts w:ascii="Garamond" w:hAnsi="Garamond" w:cs="Garamond"/>
          <w:b w:val="0"/>
          <w:i w:val="0"/>
          <w:sz w:val="24"/>
        </w:rPr>
        <w:t>Falsey moved immediately, pulling Terra aside. Pico watched him speak close to the warrior’s ear but could not hear what was said. Whatever it was, Terra’s expression changed. She had a feeling the instruction had gone further than retrieval.</w:t>
      </w:r>
    </w:p>
    <w:p>
      <w:pPr>
        <w:spacing w:before="0" w:after="0"/>
        <w:ind w:firstLine="480"/>
        <w:jc w:val="left"/>
      </w:pPr>
      <w:r>
        <w:rPr>
          <w:rFonts w:ascii="Garamond" w:hAnsi="Garamond" w:cs="Garamond"/>
          <w:b w:val="0"/>
          <w:i w:val="0"/>
          <w:sz w:val="24"/>
        </w:rPr>
        <w:t>She turned back to her mother’s compartment.</w:t>
      </w:r>
    </w:p>
    <w:p>
      <w:pPr>
        <w:spacing w:before="0" w:after="0"/>
        <w:ind w:firstLine="480"/>
        <w:jc w:val="left"/>
      </w:pPr>
      <w:r>
        <w:rPr>
          <w:rFonts w:ascii="Garamond" w:hAnsi="Garamond" w:cs="Garamond"/>
          <w:b w:val="0"/>
          <w:i w:val="0"/>
          <w:sz w:val="24"/>
        </w:rPr>
        <w:t>“Just like your mother,” the King said beside her, “to add a little drama to her departures.”</w:t>
      </w:r>
    </w:p>
    <w:p>
      <w:pPr>
        <w:spacing w:before="0" w:after="0"/>
        <w:ind w:firstLine="480"/>
        <w:jc w:val="left"/>
      </w:pPr>
      <w:r>
        <w:rPr>
          <w:rFonts w:ascii="Garamond" w:hAnsi="Garamond" w:cs="Garamond"/>
          <w:b w:val="0"/>
          <w:i w:val="0"/>
          <w:sz w:val="24"/>
        </w:rPr>
        <w:t>Pico walked to the open door and leaned in. “Mother. Everyone is waiting.”</w:t>
      </w:r>
    </w:p>
    <w:p>
      <w:pPr>
        <w:spacing w:before="0" w:after="0"/>
        <w:ind w:firstLine="480"/>
        <w:jc w:val="left"/>
      </w:pPr>
      <w:r>
        <w:rPr>
          <w:rFonts w:ascii="Garamond" w:hAnsi="Garamond" w:cs="Garamond"/>
          <w:b w:val="0"/>
          <w:i w:val="0"/>
          <w:sz w:val="24"/>
        </w:rPr>
        <w:t>“Do you mind if I finish dressing first?” Feranthia was halfway into the thick leather riding pants worn for the underground journey. Pico stepped up into the compartment and pulled the door shut behind her.</w:t>
      </w:r>
    </w:p>
    <w:p>
      <w:pPr>
        <w:spacing w:before="0" w:after="0"/>
        <w:ind w:firstLine="480"/>
        <w:jc w:val="left"/>
      </w:pPr>
      <w:r>
        <w:rPr>
          <w:rFonts w:ascii="Garamond" w:hAnsi="Garamond" w:cs="Garamond"/>
          <w:b w:val="0"/>
          <w:i w:val="0"/>
          <w:sz w:val="24"/>
        </w:rPr>
        <w:t>“Why not change at the palace?” she asked, helping her mother out of the formal city robes and into the leather shirt and cape.</w:t>
      </w:r>
    </w:p>
    <w:p>
      <w:pPr>
        <w:spacing w:before="0" w:after="0"/>
        <w:ind w:firstLine="480"/>
        <w:jc w:val="left"/>
      </w:pPr>
      <w:r>
        <w:rPr>
          <w:rFonts w:ascii="Garamond" w:hAnsi="Garamond" w:cs="Garamond"/>
          <w:b w:val="0"/>
          <w:i w:val="0"/>
          <w:sz w:val="24"/>
        </w:rPr>
        <w:t>“Where is Kathiasio?” her mother asked, which was not an answer.</w:t>
      </w:r>
    </w:p>
    <w:p>
      <w:pPr>
        <w:spacing w:before="0" w:after="0"/>
        <w:ind w:firstLine="480"/>
        <w:jc w:val="left"/>
      </w:pPr>
      <w:r>
        <w:rPr>
          <w:rFonts w:ascii="Garamond" w:hAnsi="Garamond" w:cs="Garamond"/>
          <w:b w:val="0"/>
          <w:i w:val="0"/>
          <w:sz w:val="24"/>
        </w:rPr>
        <w:t>“He left to find a Dragon Star.” Pico had never been able to keep anything from her mother for more than thirty seconds. “He would not let me go with him.”</w:t>
      </w:r>
    </w:p>
    <w:p>
      <w:pPr>
        <w:spacing w:before="0" w:after="0"/>
        <w:ind w:firstLine="480"/>
        <w:jc w:val="left"/>
      </w:pPr>
      <w:r>
        <w:rPr>
          <w:rFonts w:ascii="Garamond" w:hAnsi="Garamond" w:cs="Garamond"/>
          <w:b w:val="0"/>
          <w:i w:val="0"/>
          <w:sz w:val="24"/>
        </w:rPr>
        <w:t>“What? Are you children not in enough trouble already?”</w:t>
      </w:r>
    </w:p>
    <w:p>
      <w:pPr>
        <w:spacing w:before="0" w:after="0"/>
        <w:ind w:firstLine="480"/>
        <w:jc w:val="left"/>
      </w:pPr>
      <w:r>
        <w:rPr>
          <w:rFonts w:ascii="Garamond" w:hAnsi="Garamond" w:cs="Garamond"/>
          <w:b w:val="0"/>
          <w:i w:val="0"/>
          <w:sz w:val="24"/>
        </w:rPr>
        <w:t>“What makes it worse is that he seems to have taken all three of the humans. He told me he was only going to take Verad.”</w:t>
      </w:r>
    </w:p>
    <w:p>
      <w:pPr>
        <w:spacing w:before="0" w:after="0"/>
        <w:ind w:firstLine="480"/>
        <w:jc w:val="left"/>
      </w:pPr>
      <w:r>
        <w:rPr>
          <w:rFonts w:ascii="Garamond" w:hAnsi="Garamond" w:cs="Garamond"/>
          <w:b w:val="0"/>
          <w:i w:val="0"/>
          <w:sz w:val="24"/>
        </w:rPr>
        <w:t>“How do you know they are all missing?”</w:t>
      </w:r>
    </w:p>
    <w:p>
      <w:pPr>
        <w:spacing w:before="0" w:after="0"/>
        <w:ind w:firstLine="480"/>
        <w:jc w:val="left"/>
      </w:pPr>
      <w:r>
        <w:rPr>
          <w:rFonts w:ascii="Garamond" w:hAnsi="Garamond" w:cs="Garamond"/>
          <w:b w:val="0"/>
          <w:i w:val="0"/>
          <w:sz w:val="24"/>
        </w:rPr>
        <w:t>“The guards just reported it to Father.”</w:t>
      </w:r>
    </w:p>
    <w:p>
      <w:pPr>
        <w:spacing w:before="0" w:after="0"/>
        <w:ind w:firstLine="480"/>
        <w:jc w:val="left"/>
      </w:pPr>
      <w:r>
        <w:rPr>
          <w:rFonts w:ascii="Garamond" w:hAnsi="Garamond" w:cs="Garamond"/>
          <w:b w:val="0"/>
          <w:i w:val="0"/>
          <w:sz w:val="24"/>
        </w:rPr>
        <w:t>Her mother went still for a moment. Then she put her hands on Pico’s face and looked at her directly. She only did that when she needed her full attention. “Pico. Listen to me. Kathiasio does not have them. We do.”</w:t>
      </w:r>
    </w:p>
    <w:p>
      <w:pPr>
        <w:spacing w:before="0" w:after="0"/>
        <w:ind w:firstLine="480"/>
        <w:jc w:val="left"/>
      </w:pPr>
      <w:r>
        <w:rPr>
          <w:rFonts w:ascii="Garamond" w:hAnsi="Garamond" w:cs="Garamond"/>
          <w:b w:val="0"/>
          <w:i w:val="0"/>
          <w:sz w:val="24"/>
        </w:rPr>
        <w:t>“What?”</w:t>
      </w:r>
    </w:p>
    <w:p>
      <w:pPr>
        <w:spacing w:before="0" w:after="0"/>
        <w:ind w:firstLine="480"/>
        <w:jc w:val="left"/>
      </w:pPr>
      <w:r>
        <w:rPr>
          <w:rFonts w:ascii="Garamond" w:hAnsi="Garamond" w:cs="Garamond"/>
          <w:b w:val="0"/>
          <w:i w:val="0"/>
          <w:sz w:val="24"/>
        </w:rPr>
        <w:t>“I heard your father and his advisors talking about killing them last night. So I took them.” She said it the way she said most things, as though the logic was self-evident. “What did you want me to do? If he kills them we lose the only people who can help us understand the prophecy. How was I to know you and your brother were already planning something?”</w:t>
      </w:r>
    </w:p>
    <w:p>
      <w:pPr>
        <w:spacing w:before="0" w:after="0"/>
        <w:ind w:firstLine="480"/>
        <w:jc w:val="left"/>
      </w:pPr>
      <w:r>
        <w:rPr>
          <w:rFonts w:ascii="Garamond" w:hAnsi="Garamond" w:cs="Garamond"/>
          <w:b w:val="0"/>
          <w:i w:val="0"/>
          <w:sz w:val="24"/>
        </w:rPr>
        <w:t>“We really should talk more often,” Pico said.</w:t>
      </w:r>
    </w:p>
    <w:p>
      <w:pPr>
        <w:spacing w:before="0" w:after="0"/>
        <w:ind w:firstLine="480"/>
        <w:jc w:val="left"/>
      </w:pPr>
      <w:r>
        <w:rPr>
          <w:rFonts w:ascii="Garamond" w:hAnsi="Garamond" w:cs="Garamond"/>
          <w:b w:val="0"/>
          <w:i w:val="0"/>
          <w:sz w:val="24"/>
        </w:rPr>
        <w:t>“Why did you say nothing at the gathering? You just let Kato take all the weight of it alone.”</w:t>
      </w:r>
    </w:p>
    <w:p>
      <w:pPr>
        <w:spacing w:before="0" w:after="0"/>
        <w:ind w:firstLine="480"/>
        <w:jc w:val="left"/>
      </w:pPr>
      <w:r>
        <w:rPr>
          <w:rFonts w:ascii="Garamond" w:hAnsi="Garamond" w:cs="Garamond"/>
          <w:b w:val="0"/>
          <w:i w:val="0"/>
          <w:sz w:val="24"/>
        </w:rPr>
        <w:t>“I was going to. Then your father put Kato on the floor and I decided that was not the moment.” Her mother straightened her cape. “Here is what happens now. I take the humans and catch up to Kathiasio. You stay here and manage what you can manage. Keep your people calm and keep your father from doing something he cannot take back.” She took Pico by the shoulders. “Believe in the prophecy. We will come back with a Dragon Star as soon as we can.”</w:t>
      </w:r>
    </w:p>
    <w:p>
      <w:pPr>
        <w:spacing w:before="0" w:after="0"/>
        <w:ind w:firstLine="480"/>
        <w:jc w:val="left"/>
      </w:pPr>
      <w:r>
        <w:rPr>
          <w:rFonts w:ascii="Garamond" w:hAnsi="Garamond" w:cs="Garamond"/>
          <w:b w:val="0"/>
          <w:i w:val="0"/>
          <w:sz w:val="24"/>
        </w:rPr>
        <w:t>She opened the door and stepped out onto the white pavement as though she had simply been dressing.</w:t>
      </w:r>
    </w:p>
    <w:p>
      <w:pPr>
        <w:spacing w:before="0" w:after="0"/>
        <w:ind w:firstLine="480"/>
        <w:jc w:val="left"/>
      </w:pPr>
      <w:r>
        <w:rPr>
          <w:rFonts w:ascii="Garamond" w:hAnsi="Garamond" w:cs="Garamond"/>
          <w:b w:val="0"/>
          <w:i w:val="0"/>
          <w:sz w:val="24"/>
        </w:rPr>
        <w:t>The King came forward and took her hand. He bent and kissed it. “Nothing has changed, my love. You are exactly as you always were.”</w:t>
      </w:r>
    </w:p>
    <w:p>
      <w:pPr>
        <w:spacing w:before="0" w:after="0"/>
        <w:ind w:firstLine="480"/>
        <w:jc w:val="left"/>
      </w:pPr>
      <w:r>
        <w:rPr>
          <w:rFonts w:ascii="Garamond" w:hAnsi="Garamond" w:cs="Garamond"/>
          <w:b w:val="0"/>
          <w:i w:val="0"/>
          <w:sz w:val="24"/>
        </w:rPr>
        <w:t>“And you, my dear, are no less perceptive than the day we met.” The barb went in cleanly. “It has been a pleasure to watch your leadership in action.” She held his eyes. “How is our son? Or shall I not speak of that?”</w:t>
      </w:r>
    </w:p>
    <w:p>
      <w:pPr>
        <w:spacing w:before="0" w:after="0"/>
        <w:ind w:firstLine="480"/>
        <w:jc w:val="left"/>
      </w:pPr>
      <w:r>
        <w:rPr>
          <w:rFonts w:ascii="Garamond" w:hAnsi="Garamond" w:cs="Garamond"/>
          <w:b w:val="0"/>
          <w:i w:val="0"/>
          <w:sz w:val="24"/>
        </w:rPr>
        <w:t>“You may as well,” the King said. “Something to think about as you and your people disappear underground when the road turns difficult. Can we expect any help this time, if we need it?”</w:t>
      </w:r>
    </w:p>
    <w:p>
      <w:pPr>
        <w:spacing w:before="0" w:after="0"/>
        <w:ind w:firstLine="480"/>
        <w:jc w:val="left"/>
      </w:pPr>
      <w:r>
        <w:rPr>
          <w:rFonts w:ascii="Garamond" w:hAnsi="Garamond" w:cs="Garamond"/>
          <w:b w:val="0"/>
          <w:i w:val="0"/>
          <w:sz w:val="24"/>
        </w:rPr>
        <w:t>He knew where the blade was. He had always known where it was. Feranthia kept the old shame close because she had to, and he knew how to find it. She held her composure but only just.</w:t>
      </w:r>
    </w:p>
    <w:p>
      <w:pPr>
        <w:spacing w:before="0" w:after="0"/>
        <w:ind w:firstLine="480"/>
        <w:jc w:val="left"/>
      </w:pPr>
      <w:r>
        <w:rPr>
          <w:rFonts w:ascii="Garamond" w:hAnsi="Garamond" w:cs="Garamond"/>
          <w:b w:val="0"/>
          <w:i w:val="0"/>
          <w:sz w:val="24"/>
        </w:rPr>
        <w:t>“Our Dragon Star is failing also,” she said. “It may be us coming to your door. What will your people do when that happens? At least we will fight. We will not stand behind walls of false hope and call it courage. And we will not pretend that the past did not happen.” She let the anger settle. Then she leaned close and pressed her lips briefly to his cheek. “Look to the past, Telansio. There is hope for the future there.”</w:t>
      </w:r>
    </w:p>
    <w:p>
      <w:pPr>
        <w:spacing w:before="0" w:after="0"/>
        <w:ind w:firstLine="480"/>
        <w:jc w:val="left"/>
      </w:pPr>
      <w:r>
        <w:rPr>
          <w:rFonts w:ascii="Garamond" w:hAnsi="Garamond" w:cs="Garamond"/>
          <w:b w:val="0"/>
          <w:i w:val="0"/>
          <w:sz w:val="24"/>
        </w:rPr>
        <w:t>She turned to the dome entrance without waiting for a reply. At the threshold she stopped and looked back at him across the width of the courtyard.</w:t>
      </w:r>
    </w:p>
    <w:p>
      <w:pPr>
        <w:spacing w:before="0" w:after="0"/>
        <w:ind w:firstLine="480"/>
        <w:jc w:val="left"/>
      </w:pPr>
      <w:r>
        <w:rPr>
          <w:rFonts w:ascii="Garamond" w:hAnsi="Garamond" w:cs="Garamond"/>
          <w:b w:val="0"/>
          <w:i w:val="0"/>
          <w:sz w:val="24"/>
        </w:rPr>
        <w:t>“We will be there for you this time.”</w:t>
      </w:r>
    </w:p>
    <w:p>
      <w:pPr>
        <w:spacing w:before="0" w:after="0"/>
        <w:ind w:firstLine="480"/>
        <w:jc w:val="left"/>
      </w:pPr>
      <w:r>
        <w:rPr>
          <w:rFonts w:ascii="Garamond" w:hAnsi="Garamond" w:cs="Garamond"/>
          <w:b w:val="0"/>
          <w:i w:val="0"/>
          <w:sz w:val="24"/>
        </w:rPr>
        <w:t>She drew Pico into a hard embrace. “Feed yourself, girl. You are starting to look as pale as your father.” Then she was through the door and into the dark of the tunnels, her guard filing in around her until the last of them disappeared and only the empty doorway remained.</w:t>
      </w:r>
    </w:p>
    <w:p>
      <w:pPr>
        <w:spacing w:before="0" w:after="0"/>
        <w:ind w:firstLine="480"/>
        <w:jc w:val="left"/>
      </w:pPr>
      <w:r>
        <w:rPr>
          <w:rFonts w:ascii="Garamond" w:hAnsi="Garamond" w:cs="Garamond"/>
          <w:b w:val="0"/>
          <w:i w:val="0"/>
          <w:sz w:val="24"/>
        </w:rPr>
        <w:t>Pico noticed that her uncle Jolano was not among them. He must still have Verad somewhere in the underground.</w:t>
      </w:r>
    </w:p>
    <w:p>
      <w:pPr>
        <w:spacing w:before="0" w:after="0"/>
        <w:ind w:firstLine="480"/>
        <w:jc w:val="left"/>
      </w:pPr>
      <w:r>
        <w:rPr>
          <w:rFonts w:ascii="Garamond" w:hAnsi="Garamond" w:cs="Garamond"/>
          <w:b w:val="0"/>
          <w:i w:val="0"/>
          <w:sz w:val="24"/>
        </w:rPr>
        <w:t>She turned from the dome and found her father still standing where she had left him. He was looking at the door her mother had walked through, and there was something in his face that she had not seen since she was very small, when her mother was still with them every day.</w:t>
      </w:r>
    </w:p>
    <w:p>
      <w:pPr>
        <w:spacing w:before="0" w:after="0"/>
        <w:ind w:firstLine="480"/>
        <w:jc w:val="left"/>
      </w:pPr>
      <w:r>
        <w:rPr>
          <w:rFonts w:ascii="Garamond" w:hAnsi="Garamond" w:cs="Garamond"/>
          <w:b w:val="0"/>
          <w:i w:val="0"/>
          <w:sz w:val="24"/>
        </w:rPr>
        <w:t>“She will never change, will she, Father?” Pico asked, and took his hand.</w:t>
      </w:r>
    </w:p>
    <w:p>
      <w:pPr>
        <w:spacing w:before="0" w:after="0"/>
        <w:ind w:firstLine="480"/>
        <w:jc w:val="left"/>
      </w:pPr>
      <w:r>
        <w:rPr>
          <w:rFonts w:ascii="Garamond" w:hAnsi="Garamond" w:cs="Garamond"/>
          <w:b w:val="0"/>
          <w:i w:val="0"/>
          <w:sz w:val="24"/>
        </w:rPr>
        <w:t>The King was quiet for a moment.</w:t>
      </w:r>
    </w:p>
    <w:p>
      <w:pPr>
        <w:spacing w:before="0" w:after="0"/>
        <w:ind w:firstLine="480"/>
        <w:jc w:val="left"/>
      </w:pPr>
      <w:r>
        <w:rPr>
          <w:rFonts w:ascii="Garamond" w:hAnsi="Garamond" w:cs="Garamond"/>
          <w:b w:val="0"/>
          <w:i w:val="0"/>
          <w:sz w:val="24"/>
        </w:rPr>
        <w:t>“I hope not,” he said.</w:t>
      </w:r>
    </w:p>
    <w:p>
      <w:pPr>
        <w:spacing w:before="480" w:after="360"/>
        <w:ind w:firstLine="0"/>
        <w:jc w:val="center"/>
      </w:pPr>
      <w:r>
        <w:rPr>
          <w:rFonts w:ascii="Garamond" w:hAnsi="Garamond" w:cs="Garamond"/>
          <w:b/>
          <w:i w:val="0"/>
          <w:sz w:val="28"/>
        </w:rPr>
        <w:t>Chapter Thirty-Eight</w:t>
      </w:r>
    </w:p>
    <w:p>
      <w:pPr>
        <w:spacing w:before="0" w:after="0"/>
        <w:ind w:firstLine="480"/>
        <w:jc w:val="left"/>
      </w:pPr>
      <w:r>
        <w:rPr>
          <w:rFonts w:ascii="Garamond" w:hAnsi="Garamond" w:cs="Garamond"/>
          <w:b w:val="0"/>
          <w:i w:val="0"/>
          <w:sz w:val="24"/>
        </w:rPr>
        <w:t>Kato had no difficulty following the tracks.</w:t>
      </w:r>
    </w:p>
    <w:p>
      <w:pPr>
        <w:spacing w:before="0" w:after="0"/>
        <w:ind w:firstLine="480"/>
        <w:jc w:val="left"/>
      </w:pPr>
      <w:r>
        <w:rPr>
          <w:rFonts w:ascii="Garamond" w:hAnsi="Garamond" w:cs="Garamond"/>
          <w:b w:val="0"/>
          <w:i w:val="0"/>
          <w:sz w:val="24"/>
        </w:rPr>
        <w:t>The party was moving fast, which told him something. You did not move fast with prisoners unless you were running from something or the prisoners had stopped being prisoners. The prints were clear in the dust of the old passages, multiple sets, all purposeful. Only once did he have to pause: a single set of female prints broke away from the main group and went off down a side tunnel before rejoining further on. Someone had gone ahead or checked a junction. He noted it and kept moving.</w:t>
      </w:r>
    </w:p>
    <w:p>
      <w:pPr>
        <w:spacing w:before="0" w:after="0"/>
        <w:ind w:firstLine="480"/>
        <w:jc w:val="left"/>
      </w:pPr>
      <w:r>
        <w:rPr>
          <w:rFonts w:ascii="Garamond" w:hAnsi="Garamond" w:cs="Garamond"/>
          <w:b w:val="0"/>
          <w:i w:val="0"/>
          <w:sz w:val="24"/>
        </w:rPr>
        <w:t>The tunnels they were using were old in the way that places where many people died are old, the kind of passages that people stopped using out of something more than practicality. These were the tunnels of the retreat, the routes the Alterian refugees had taken when the dragons descended on the city four thousand years ago. The bones were long gone but the weight was not.</w:t>
      </w:r>
    </w:p>
    <w:p>
      <w:pPr>
        <w:spacing w:before="0" w:after="0"/>
        <w:ind w:firstLine="480"/>
        <w:jc w:val="left"/>
      </w:pPr>
      <w:r>
        <w:rPr>
          <w:rFonts w:ascii="Garamond" w:hAnsi="Garamond" w:cs="Garamond"/>
          <w:b w:val="0"/>
          <w:i w:val="0"/>
          <w:sz w:val="24"/>
        </w:rPr>
        <w:t>They were also the most direct route across the island. Whoever was ahead of him was heading for either Valoria or the dragon lands, and no servant of the dragons could have gotten inside the city to reach the cell. That left the Valorians, and the question of why, and whether his mother was behind it.</w:t>
      </w:r>
    </w:p>
    <w:p>
      <w:pPr>
        <w:spacing w:before="0" w:after="0"/>
        <w:ind w:firstLine="480"/>
        <w:jc w:val="left"/>
      </w:pPr>
      <w:r>
        <w:rPr>
          <w:rFonts w:ascii="Garamond" w:hAnsi="Garamond" w:cs="Garamond"/>
          <w:b w:val="0"/>
          <w:i w:val="0"/>
          <w:sz w:val="24"/>
        </w:rPr>
        <w:t>He thought about her as he moved. She had always done things that aggravated his father, but this was something else entirely. If she thought she was taking his people’s only chance at a new Dragon Star away from him she had badly misjudged. He did not believe she would do that to him. To his father, perhaps. Not to him.</w:t>
      </w:r>
    </w:p>
    <w:p>
      <w:pPr>
        <w:spacing w:before="0" w:after="0"/>
        <w:ind w:firstLine="480"/>
        <w:jc w:val="left"/>
      </w:pPr>
      <w:r>
        <w:rPr>
          <w:rFonts w:ascii="Garamond" w:hAnsi="Garamond" w:cs="Garamond"/>
          <w:b w:val="0"/>
          <w:i w:val="0"/>
          <w:sz w:val="24"/>
        </w:rPr>
        <w:t>Whatever her reasons, they did not change what he had to do. The only way to get ahead of the party was to go up, surface through the dragon lands, and cut them off before they reached Valoria. It was not a comfortable plan. The dragons were awake and the surface at night was exactly the wrong place for a single Alterian moving without a guard.</w:t>
      </w:r>
    </w:p>
    <w:p>
      <w:pPr>
        <w:spacing w:before="0" w:after="0"/>
        <w:ind w:firstLine="480"/>
        <w:jc w:val="left"/>
      </w:pPr>
      <w:r>
        <w:rPr>
          <w:rFonts w:ascii="Garamond" w:hAnsi="Garamond" w:cs="Garamond"/>
          <w:b w:val="0"/>
          <w:i w:val="0"/>
          <w:sz w:val="24"/>
        </w:rPr>
        <w:t>He found the passage that would take him up and broke into a run.</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At about the same time, Petra and the others were taking their first break since the cell.</w:t>
      </w:r>
    </w:p>
    <w:p>
      <w:pPr>
        <w:spacing w:before="0" w:after="0"/>
        <w:ind w:firstLine="480"/>
        <w:jc w:val="left"/>
      </w:pPr>
      <w:r>
        <w:rPr>
          <w:rFonts w:ascii="Garamond" w:hAnsi="Garamond" w:cs="Garamond"/>
          <w:b w:val="0"/>
          <w:i w:val="0"/>
          <w:sz w:val="24"/>
        </w:rPr>
        <w:t>Most of the journey had been at a run. When the passage was clear Jolano pushed the pace hard, the crystal covered and the dark total. When the route became treacherous he uncovered it just long enough to pick a line through, then covered it again. Petra had collected a cut above his ear from a low ceiling. Brunow had taken a knock to the shoulder from a wall that came out of nowhere. Verad had stopped counting his bruises somewhere around the third junction.</w:t>
      </w:r>
    </w:p>
    <w:p>
      <w:pPr>
        <w:spacing w:before="0" w:after="0"/>
        <w:ind w:firstLine="480"/>
        <w:jc w:val="left"/>
      </w:pPr>
      <w:r>
        <w:rPr>
          <w:rFonts w:ascii="Garamond" w:hAnsi="Garamond" w:cs="Garamond"/>
          <w:b w:val="0"/>
          <w:i w:val="0"/>
          <w:sz w:val="24"/>
        </w:rPr>
        <w:t>Now they sat against cold stone in the dark, breathing hard. Petra had his arms around both of the others, less from tenderness than from the practical recognition that shared warmth was the only warmth available. They moved into him without discussion. The sweat from the run was cooling on all of them and the cold down here was a different kind of cold than the surface, damp and total, the kind that found the gaps in your clothing and settled in.</w:t>
      </w:r>
    </w:p>
    <w:p>
      <w:pPr>
        <w:spacing w:before="0" w:after="0"/>
        <w:ind w:firstLine="480"/>
        <w:jc w:val="left"/>
      </w:pPr>
      <w:r>
        <w:rPr>
          <w:rFonts w:ascii="Garamond" w:hAnsi="Garamond" w:cs="Garamond"/>
          <w:b w:val="0"/>
          <w:i w:val="0"/>
          <w:sz w:val="24"/>
        </w:rPr>
        <w:t>Verad asked why they were not being carried the way Kato had carried them into the city. Neither Petra nor Brunow had an answer. Neither particularly cared. They were out of the cell and moving and that was enough.</w:t>
      </w:r>
    </w:p>
    <w:p>
      <w:pPr>
        <w:spacing w:before="0" w:after="0"/>
        <w:ind w:firstLine="480"/>
        <w:jc w:val="left"/>
      </w:pPr>
      <w:r>
        <w:rPr>
          <w:rFonts w:ascii="Garamond" w:hAnsi="Garamond" w:cs="Garamond"/>
          <w:b w:val="0"/>
          <w:i w:val="0"/>
          <w:sz w:val="24"/>
        </w:rPr>
        <w:t>Jolano reappeared in the glow of the uncovered crystal, coming from behind them.</w:t>
      </w:r>
    </w:p>
    <w:p>
      <w:pPr>
        <w:spacing w:before="0" w:after="0"/>
        <w:ind w:firstLine="480"/>
        <w:jc w:val="left"/>
      </w:pPr>
      <w:r>
        <w:rPr>
          <w:rFonts w:ascii="Garamond" w:hAnsi="Garamond" w:cs="Garamond"/>
          <w:b w:val="0"/>
          <w:i w:val="0"/>
          <w:sz w:val="24"/>
        </w:rPr>
        <w:t>“We are being followed, but we have a good lead. I am sorry about the bruises. We cannot risk a stronger light.” He reached down and helped Brunow to his feet. “The cold will ease when we are moving again. It will not be much longer before we reach where we are going.”</w:t>
      </w:r>
    </w:p>
    <w:p>
      <w:pPr>
        <w:spacing w:before="0" w:after="0"/>
        <w:ind w:firstLine="480"/>
        <w:jc w:val="left"/>
      </w:pPr>
      <w:r>
        <w:rPr>
          <w:rFonts w:ascii="Garamond" w:hAnsi="Garamond" w:cs="Garamond"/>
          <w:b w:val="0"/>
          <w:i w:val="0"/>
          <w:sz w:val="24"/>
        </w:rPr>
        <w:t>“Where is the Queen?” Petra asked.</w:t>
      </w:r>
    </w:p>
    <w:p>
      <w:pPr>
        <w:spacing w:before="0" w:after="0"/>
        <w:ind w:firstLine="480"/>
        <w:jc w:val="left"/>
      </w:pPr>
      <w:r>
        <w:rPr>
          <w:rFonts w:ascii="Garamond" w:hAnsi="Garamond" w:cs="Garamond"/>
          <w:b w:val="0"/>
          <w:i w:val="0"/>
          <w:sz w:val="24"/>
        </w:rPr>
        <w:t>“She had to return for the official departure. She could not leave with us without being seen.”</w:t>
      </w:r>
    </w:p>
    <w:p>
      <w:pPr>
        <w:spacing w:before="0" w:after="0"/>
        <w:ind w:firstLine="480"/>
        <w:jc w:val="left"/>
      </w:pPr>
      <w:r>
        <w:rPr>
          <w:rFonts w:ascii="Garamond" w:hAnsi="Garamond" w:cs="Garamond"/>
          <w:b w:val="0"/>
          <w:i w:val="0"/>
          <w:sz w:val="24"/>
        </w:rPr>
        <w:t>“She is not with us?” Verad said. Something in his voice that had nothing to do with the Queen.</w:t>
      </w:r>
    </w:p>
    <w:p>
      <w:pPr>
        <w:spacing w:before="0" w:after="0"/>
        <w:ind w:firstLine="480"/>
        <w:jc w:val="left"/>
      </w:pPr>
      <w:r>
        <w:rPr>
          <w:rFonts w:ascii="Garamond" w:hAnsi="Garamond" w:cs="Garamond"/>
          <w:b w:val="0"/>
          <w:i w:val="0"/>
          <w:sz w:val="24"/>
        </w:rPr>
        <w:t>“She will catch up when she can. Until then you have me.” Jolano’s tone was steady but Petra heard something working underneath it. “The Alterians following us, she does not know they are there. If she comes back through these passages and walks into them before she realizes they are behind us, it could go badly.”</w:t>
      </w:r>
    </w:p>
    <w:p>
      <w:pPr>
        <w:spacing w:before="0" w:after="0"/>
        <w:ind w:firstLine="480"/>
        <w:jc w:val="left"/>
      </w:pPr>
      <w:r>
        <w:rPr>
          <w:rFonts w:ascii="Garamond" w:hAnsi="Garamond" w:cs="Garamond"/>
          <w:b w:val="0"/>
          <w:i w:val="0"/>
          <w:sz w:val="24"/>
        </w:rPr>
        <w:t>Nobody answered that.</w:t>
      </w:r>
    </w:p>
    <w:p>
      <w:pPr>
        <w:spacing w:before="0" w:after="0"/>
        <w:ind w:firstLine="480"/>
        <w:jc w:val="left"/>
      </w:pPr>
      <w:r>
        <w:rPr>
          <w:rFonts w:ascii="Garamond" w:hAnsi="Garamond" w:cs="Garamond"/>
          <w:b w:val="0"/>
          <w:i w:val="0"/>
          <w:sz w:val="24"/>
        </w:rPr>
        <w:t>“Then let’s move,” Brunow said. “Before the cold makes the question irrelevant.”</w:t>
      </w:r>
    </w:p>
    <w:p>
      <w:pPr>
        <w:spacing w:before="0" w:after="0"/>
        <w:ind w:firstLine="480"/>
        <w:jc w:val="left"/>
      </w:pPr>
      <w:r>
        <w:rPr>
          <w:rFonts w:ascii="Garamond" w:hAnsi="Garamond" w:cs="Garamond"/>
          <w:b w:val="0"/>
          <w:i w:val="0"/>
          <w:sz w:val="24"/>
        </w:rPr>
        <w:t>They took their places behind Jolano and the trek began again, the crystal covered, the dark complete, each of them following the sound of the person ahead.</w:t>
      </w:r>
    </w:p>
    <w:p>
      <w:pPr>
        <w:spacing w:before="480" w:after="360"/>
        <w:ind w:firstLine="0"/>
        <w:jc w:val="center"/>
      </w:pPr>
      <w:r>
        <w:rPr>
          <w:rFonts w:ascii="Garamond" w:hAnsi="Garamond" w:cs="Garamond"/>
          <w:b/>
          <w:i w:val="0"/>
          <w:sz w:val="28"/>
        </w:rPr>
        <w:t>Chapter Thirty-Nine</w:t>
      </w:r>
    </w:p>
    <w:p>
      <w:pPr>
        <w:spacing w:before="0" w:after="0"/>
        <w:ind w:firstLine="480"/>
        <w:jc w:val="left"/>
      </w:pPr>
      <w:r>
        <w:rPr>
          <w:rFonts w:ascii="Garamond" w:hAnsi="Garamond" w:cs="Garamond"/>
          <w:b w:val="0"/>
          <w:i w:val="0"/>
          <w:sz w:val="24"/>
        </w:rPr>
        <w:t>Terra Sario caught up with his warriors at a junction where the trail became readable.</w:t>
      </w:r>
    </w:p>
    <w:p>
      <w:pPr>
        <w:spacing w:before="0" w:after="0"/>
        <w:ind w:firstLine="480"/>
        <w:jc w:val="left"/>
      </w:pPr>
      <w:r>
        <w:rPr>
          <w:rFonts w:ascii="Garamond" w:hAnsi="Garamond" w:cs="Garamond"/>
          <w:b w:val="0"/>
          <w:i w:val="0"/>
          <w:sz w:val="24"/>
        </w:rPr>
        <w:t>He took the lead and passed his orders quietly as he moved through the group. When they found the prisoners they were not to take unnecessary risks. Alive if possible. If not possible, they were not to escape. The men understood. They had understood before he said it, but orders were orders and Falsey had been specific.</w:t>
      </w:r>
    </w:p>
    <w:p>
      <w:pPr>
        <w:spacing w:before="0" w:after="0"/>
        <w:ind w:firstLine="480"/>
        <w:jc w:val="left"/>
      </w:pPr>
      <w:r>
        <w:rPr>
          <w:rFonts w:ascii="Garamond" w:hAnsi="Garamond" w:cs="Garamond"/>
          <w:b w:val="0"/>
          <w:i w:val="0"/>
          <w:sz w:val="24"/>
        </w:rPr>
        <w:t>Terra was glad to be past the muddled section near the cell and onto a trail he could actually read. He moved with his eyes down, piecing the story together from the dust. The prints were mixed, which was interesting. Every ten or twenty feet a clear human track appeared among the rest, sometimes the deep-heeled impression of the big man, sometimes the lighter print of the boy. But mostly what he was following were the boots of Elven warriors, and those he knew by the sole pattern as well as he knew his own, because he was wearing the same kind. Somewhere back near the junction a single set of female prints had broken west toward the city. He had sent two men after that trail but they came back empty. It had merged into a well-traveled passage and vanished.</w:t>
      </w:r>
    </w:p>
    <w:p>
      <w:pPr>
        <w:spacing w:before="0" w:after="0"/>
        <w:ind w:firstLine="480"/>
        <w:jc w:val="left"/>
      </w:pPr>
      <w:r>
        <w:rPr>
          <w:rFonts w:ascii="Garamond" w:hAnsi="Garamond" w:cs="Garamond"/>
          <w:b w:val="0"/>
          <w:i w:val="0"/>
          <w:sz w:val="24"/>
        </w:rPr>
        <w:t>It did not matter much. He had the main story. The Valorians had taken the prisoners, he was certain of it, and the trail they were following was the old refugee route his people had grown up calling the Paths of the Dead. It ran straight across the island. There was only one place it led.</w:t>
      </w:r>
    </w:p>
    <w:p>
      <w:pPr>
        <w:spacing w:before="0" w:after="0"/>
        <w:ind w:firstLine="480"/>
        <w:jc w:val="left"/>
      </w:pPr>
      <w:r>
        <w:rPr>
          <w:rFonts w:ascii="Garamond" w:hAnsi="Garamond" w:cs="Garamond"/>
          <w:b w:val="0"/>
          <w:i w:val="0"/>
          <w:sz w:val="24"/>
        </w:rPr>
        <w:t>He left a small group behind to check the side tunnels, of which there were many, branching in every direction through the old underground. Any one of them could carry part of the answer. But if he was going to catch the main party before it crossed into Valorian territory he needed speed more than thoroughness, and the trail ahead was clear enough that speed was possible.</w:t>
      </w:r>
    </w:p>
    <w:p>
      <w:pPr>
        <w:spacing w:before="0" w:after="0"/>
        <w:ind w:firstLine="480"/>
        <w:jc w:val="left"/>
      </w:pPr>
      <w:r>
        <w:rPr>
          <w:rFonts w:ascii="Garamond" w:hAnsi="Garamond" w:cs="Garamond"/>
          <w:b w:val="0"/>
          <w:i w:val="0"/>
          <w:sz w:val="24"/>
        </w:rPr>
        <w:t>He moved into the dark at a pace that would have been reckless for anyone without his eyes, reading the floor as he ran, the prints as legible to him as words on a page. He would have his prey before Otos had traveled the full length of the sky in the world above.</w:t>
      </w:r>
    </w:p>
    <w:p>
      <w:pPr>
        <w:spacing w:before="480" w:after="360"/>
        <w:ind w:firstLine="0"/>
        <w:jc w:val="center"/>
      </w:pPr>
      <w:r>
        <w:rPr>
          <w:rFonts w:ascii="Garamond" w:hAnsi="Garamond" w:cs="Garamond"/>
          <w:b/>
          <w:i w:val="0"/>
          <w:sz w:val="28"/>
        </w:rPr>
        <w:t>Chapter Forty</w:t>
      </w:r>
    </w:p>
    <w:p>
      <w:pPr>
        <w:spacing w:before="0" w:after="0"/>
        <w:ind w:firstLine="480"/>
        <w:jc w:val="left"/>
      </w:pPr>
      <w:r>
        <w:rPr>
          <w:rFonts w:ascii="Garamond" w:hAnsi="Garamond" w:cs="Garamond"/>
          <w:b w:val="0"/>
          <w:i w:val="0"/>
          <w:sz w:val="24"/>
        </w:rPr>
        <w:t>Kato left his clothing folded in the dark at the back of the cave.</w:t>
      </w:r>
    </w:p>
    <w:p>
      <w:pPr>
        <w:spacing w:before="0" w:after="0"/>
        <w:ind w:firstLine="480"/>
        <w:jc w:val="left"/>
      </w:pPr>
      <w:r>
        <w:rPr>
          <w:rFonts w:ascii="Garamond" w:hAnsi="Garamond" w:cs="Garamond"/>
          <w:b w:val="0"/>
          <w:i w:val="0"/>
          <w:sz w:val="24"/>
        </w:rPr>
        <w:t>The transformation came over him like a wave, the way it always had, total and immediate. His arms became four vines, long and quick and strong. His body shifted into the shape and texture of a dense shrub, flexible as a young root, anchored by nothing until his legs branched into thousands of smaller vines and rootlets that found the cracks in the cave floor and held him while the magic ran its course. His eyes multiplied and spread until he could see in every direction at once, a full circle of vision, and his other features withdrew and disappeared entirely.</w:t>
      </w:r>
    </w:p>
    <w:p>
      <w:pPr>
        <w:spacing w:before="0" w:after="0"/>
        <w:ind w:firstLine="480"/>
        <w:jc w:val="left"/>
      </w:pPr>
      <w:r>
        <w:rPr>
          <w:rFonts w:ascii="Garamond" w:hAnsi="Garamond" w:cs="Garamond"/>
          <w:b w:val="0"/>
          <w:i w:val="0"/>
          <w:sz w:val="24"/>
        </w:rPr>
        <w:t>He was the only warrior on the island who carried this power. He had been a boy, by elven measure, when Telecio first revealed it to him, and he had never fully understood why he had been chosen. His father had been the Warrior King before him, a great man, and his father had not had it. The title had always seemed more ceremonial than meaningful until nine days ago, when the power wave swept over Alteria and the Dragon Star began to fail and the storm came and stayed for three days. The morning after the storm broke he had felt something wrong in the air, something different about the island. That night the screams of the dragons came out of the west and he had known. The time of the prophecy had come.</w:t>
      </w:r>
    </w:p>
    <w:p>
      <w:pPr>
        <w:spacing w:before="0" w:after="0"/>
        <w:ind w:firstLine="480"/>
        <w:jc w:val="left"/>
      </w:pPr>
      <w:r>
        <w:rPr>
          <w:rFonts w:ascii="Garamond" w:hAnsi="Garamond" w:cs="Garamond"/>
          <w:b w:val="0"/>
          <w:i w:val="0"/>
          <w:sz w:val="24"/>
        </w:rPr>
        <w:t>He was not going to the surface to feed. He had gone that way before, when there was no energy in the ground and he needed to draw from a living source, but this was different. This time he was crossing dragon land, and he would have to count on speed rather than concealment. The distance between where he was leaving the underground and where he needed to re-enter it was several miles of open country. Otos was still in the sky and dragons hunted poorly in daylight, but their creatures had other ways of reporting what moved across the surface.</w:t>
      </w:r>
    </w:p>
    <w:p>
      <w:pPr>
        <w:spacing w:before="0" w:after="0"/>
        <w:ind w:firstLine="480"/>
        <w:jc w:val="left"/>
      </w:pPr>
      <w:r>
        <w:rPr>
          <w:rFonts w:ascii="Garamond" w:hAnsi="Garamond" w:cs="Garamond"/>
          <w:b w:val="0"/>
          <w:i w:val="0"/>
          <w:sz w:val="24"/>
        </w:rPr>
        <w:t>He moved to the mouth of the cave and let his eyes adjust to the filtered light coming through the trees. His people had run this same gauntlet for a thousand years during the exile, slipping out of the underground to hunt in dragon land because dragon land was all there was. They had learned the hard way that the dragons fed primarily at night but were dangerous in daylight too, that they could not see as well in full light but had other means of finding prey. The land on this side of the mound was rich despite all of it, large herds of animals the likes of which had not been seen on Estos since the end of the first age, preserved by isolation and the cold indifference of their guardians.</w:t>
      </w:r>
    </w:p>
    <w:p>
      <w:pPr>
        <w:spacing w:before="0" w:after="0"/>
        <w:ind w:firstLine="480"/>
        <w:jc w:val="left"/>
      </w:pPr>
      <w:r>
        <w:rPr>
          <w:rFonts w:ascii="Garamond" w:hAnsi="Garamond" w:cs="Garamond"/>
          <w:b w:val="0"/>
          <w:i w:val="0"/>
          <w:sz w:val="24"/>
        </w:rPr>
        <w:t>He was not going hunting.</w:t>
      </w:r>
    </w:p>
    <w:p>
      <w:pPr>
        <w:spacing w:before="0" w:after="0"/>
        <w:ind w:firstLine="480"/>
        <w:jc w:val="left"/>
      </w:pPr>
      <w:r>
        <w:rPr>
          <w:rFonts w:ascii="Garamond" w:hAnsi="Garamond" w:cs="Garamond"/>
          <w:b w:val="0"/>
          <w:i w:val="0"/>
          <w:sz w:val="24"/>
        </w:rPr>
        <w:t>He made his decision and left the cave.</w:t>
      </w:r>
    </w:p>
    <w:p>
      <w:pPr>
        <w:spacing w:before="0" w:after="0"/>
        <w:ind w:firstLine="480"/>
        <w:jc w:val="left"/>
      </w:pPr>
      <w:r>
        <w:rPr>
          <w:rFonts w:ascii="Garamond" w:hAnsi="Garamond" w:cs="Garamond"/>
          <w:b w:val="0"/>
          <w:i w:val="0"/>
          <w:sz w:val="24"/>
        </w:rPr>
        <w:t>His first steps showed the beauty of what he was. Thousands of rootlets spread beneath him and gave him a stable platform while his four vine-arms lifted his body and carried it forward like any other four-legged creature, faster and lower to the ground than anything that ran on two legs. He moved into the trees carefully at first, pausing to feel for vibrations and taste the wind. There were animals in the forest but none that posed a threat. He began to pick up speed, uncoiling his arms and lengthening his stride, weaving through the undergrowth with a grace that had nothing human in it. Smaller animals did not have time to clear his path before he was past them. He made almost no sound.</w:t>
      </w:r>
    </w:p>
    <w:p>
      <w:pPr>
        <w:spacing w:before="0" w:after="0"/>
        <w:ind w:firstLine="480"/>
        <w:jc w:val="left"/>
      </w:pPr>
      <w:r>
        <w:rPr>
          <w:rFonts w:ascii="Garamond" w:hAnsi="Garamond" w:cs="Garamond"/>
          <w:b w:val="0"/>
          <w:i w:val="0"/>
          <w:sz w:val="24"/>
        </w:rPr>
        <w:t>He was a creature of elven legend, made to protect the people, but in the moment of the run he was something more than that. Telecio had conceived of him as the perfect living thing, a being that could draw energy from the ground itself, that could move and see and act in ways that no single form of life could manage alone. In the transformation Kato was a small share of that vision made real, and for this brief crossing of dragon land under the eye of Otos, he ran with a joy that had no room in it for fear.</w:t>
      </w:r>
    </w:p>
    <w:p>
      <w:pPr>
        <w:spacing w:before="120" w:after="12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Feranthia and her warriors moved through the underground at a run, not looking back.</w:t>
      </w:r>
    </w:p>
    <w:p>
      <w:pPr>
        <w:spacing w:before="0" w:after="0"/>
        <w:ind w:firstLine="480"/>
        <w:jc w:val="left"/>
      </w:pPr>
      <w:r>
        <w:rPr>
          <w:rFonts w:ascii="Garamond" w:hAnsi="Garamond" w:cs="Garamond"/>
          <w:b w:val="0"/>
          <w:i w:val="0"/>
          <w:sz w:val="24"/>
        </w:rPr>
        <w:t>They were late. It had taken her longer than expected to return to the palace after freeing the humans, and now every minute mattered. The plan depended on timing she could no longer fully control.</w:t>
      </w:r>
    </w:p>
    <w:p>
      <w:pPr>
        <w:spacing w:before="0" w:after="0"/>
        <w:ind w:firstLine="480"/>
        <w:jc w:val="left"/>
      </w:pPr>
      <w:r>
        <w:rPr>
          <w:rFonts w:ascii="Garamond" w:hAnsi="Garamond" w:cs="Garamond"/>
          <w:b w:val="0"/>
          <w:i w:val="0"/>
          <w:sz w:val="24"/>
        </w:rPr>
        <w:t>Still, the deception seemed to be holding. The Alterian pursuit was centered entirely on the Valorian tunnel route, exactly as she had intended. Let them follow. The Paths of the Dead ran straight across the island and the Alterians knew it, and they would keep following because it was the obvious road home and they had no reason to think otherwise.</w:t>
      </w:r>
    </w:p>
    <w:p>
      <w:pPr>
        <w:spacing w:before="0" w:after="0"/>
        <w:ind w:firstLine="480"/>
        <w:jc w:val="left"/>
      </w:pPr>
      <w:r>
        <w:rPr>
          <w:rFonts w:ascii="Garamond" w:hAnsi="Garamond" w:cs="Garamond"/>
          <w:b w:val="0"/>
          <w:i w:val="0"/>
          <w:sz w:val="24"/>
        </w:rPr>
        <w:t>What they did not know was that Jolano had already turned off the main trail. If her brother had read the timing correctly, he and the humans were no longer heading for Valoria at all. They were heading for the Deep, the old passages that ran beneath the refugee tunnels, older than the exile and known to very few people on either side of the island. From there they would plan how to reach the dragons.</w:t>
      </w:r>
    </w:p>
    <w:p>
      <w:pPr>
        <w:spacing w:before="0" w:after="0"/>
        <w:ind w:firstLine="480"/>
        <w:jc w:val="left"/>
      </w:pPr>
      <w:r>
        <w:rPr>
          <w:rFonts w:ascii="Garamond" w:hAnsi="Garamond" w:cs="Garamond"/>
          <w:b w:val="0"/>
          <w:i w:val="0"/>
          <w:sz w:val="24"/>
        </w:rPr>
        <w:t>She ran and thought about her son somewhere ahead of her on the surface, moving through dragon land alone, and she did not slow down.</w:t>
      </w:r>
    </w:p>
    <w:p>
      <w:pPr>
        <w:spacing w:before="480" w:after="360"/>
        <w:ind w:firstLine="0"/>
        <w:jc w:val="center"/>
      </w:pPr>
      <w:r>
        <w:rPr>
          <w:rFonts w:ascii="Garamond" w:hAnsi="Garamond" w:cs="Garamond"/>
          <w:b/>
          <w:i w:val="0"/>
          <w:sz w:val="28"/>
        </w:rPr>
        <w:t>Chapter Forty-One</w:t>
      </w:r>
    </w:p>
    <w:p>
      <w:pPr>
        <w:spacing w:before="0" w:after="0"/>
        <w:ind w:firstLine="480"/>
        <w:jc w:val="left"/>
      </w:pPr>
      <w:r>
        <w:rPr>
          <w:rFonts w:ascii="Garamond" w:hAnsi="Garamond" w:cs="Garamond"/>
          <w:b w:val="0"/>
          <w:i w:val="0"/>
          <w:sz w:val="24"/>
        </w:rPr>
        <w:t>Pico sat in her chambers and wondered what her brother was doing.</w:t>
      </w:r>
    </w:p>
    <w:p>
      <w:pPr>
        <w:spacing w:before="0" w:after="0"/>
        <w:ind w:firstLine="480"/>
        <w:jc w:val="left"/>
      </w:pPr>
      <w:r>
        <w:rPr>
          <w:rFonts w:ascii="Garamond" w:hAnsi="Garamond" w:cs="Garamond"/>
          <w:b w:val="0"/>
          <w:i w:val="0"/>
          <w:sz w:val="24"/>
        </w:rPr>
        <w:t>Her father was in council with his advisors, trying to decide what to do about his son. She had been told to stay in her room until called for, which was the kind of instruction that told you exactly how angry the person giving it was. She turned it over, looking for the argument that would finally reach him, and kept arriving at the same obstacle. It was not her father she needed to convince. It was Falsey.</w:t>
      </w:r>
    </w:p>
    <w:p>
      <w:pPr>
        <w:spacing w:before="0" w:after="0"/>
        <w:ind w:firstLine="480"/>
        <w:jc w:val="left"/>
      </w:pPr>
      <w:r>
        <w:rPr>
          <w:rFonts w:ascii="Garamond" w:hAnsi="Garamond" w:cs="Garamond"/>
          <w:b w:val="0"/>
          <w:i w:val="0"/>
          <w:sz w:val="24"/>
        </w:rPr>
        <w:t>That realization had been growing in her for five years, since the day they found the prophecy, but it had taken until now to settle into certainty. Falsey had changed. Not in the small ways that people changed with age and responsibility, but in some deeper way she could not precisely name. When she and Kato were children he had been like a second family, always present, always warm, the kind of man who remembered your name day and asked after your studies. That man had been gone since his return from Valoria five years ago. What came back wore his face and his history but had a different quality behind the eyes, something colder, something that watched her and her brother with a wariness that had no innocent explanation. He had always been her father’s closest friend. Now he stood between the King and his own children like a wall, and she could not get past him.</w:t>
      </w:r>
    </w:p>
    <w:p>
      <w:pPr>
        <w:spacing w:before="0" w:after="0"/>
        <w:ind w:firstLine="480"/>
        <w:jc w:val="left"/>
      </w:pPr>
      <w:r>
        <w:rPr>
          <w:rFonts w:ascii="Garamond" w:hAnsi="Garamond" w:cs="Garamond"/>
          <w:b w:val="0"/>
          <w:i w:val="0"/>
          <w:sz w:val="24"/>
        </w:rPr>
        <w:t>She pressed her palm flat against the cool stone of the palace wall. These walls had always felt like protection. Now they felt like the other thing walls could be.</w:t>
      </w:r>
    </w:p>
    <w:p>
      <w:pPr>
        <w:spacing w:before="0" w:after="0"/>
        <w:ind w:firstLine="480"/>
        <w:jc w:val="left"/>
      </w:pPr>
      <w:r>
        <w:rPr>
          <w:rFonts w:ascii="Garamond" w:hAnsi="Garamond" w:cs="Garamond"/>
          <w:b w:val="0"/>
          <w:i w:val="0"/>
          <w:sz w:val="24"/>
        </w:rPr>
        <w:t>She and Kato had spoken of the outside world for five years, ever since the day the prophecy vault was found and everything changed at once. The world had expanded overnight from this island to something vast and old and full of consequences, and she had never been able to go back to the smaller version of it. Her people needed to return to Estos. She knew it with the same certainty she knew how to heal. The only question was how to make her father see it when the man closest to him was working against the possibility.</w:t>
      </w:r>
    </w:p>
    <w:p>
      <w:pPr>
        <w:spacing w:before="0" w:after="0"/>
        <w:ind w:firstLine="480"/>
        <w:jc w:val="left"/>
      </w:pPr>
      <w:r>
        <w:rPr>
          <w:rFonts w:ascii="Garamond" w:hAnsi="Garamond" w:cs="Garamond"/>
          <w:b w:val="0"/>
          <w:i w:val="0"/>
          <w:sz w:val="24"/>
        </w:rPr>
        <w:t>“Kato, where are you?” she said to the walls.</w:t>
      </w:r>
    </w:p>
    <w:p>
      <w:pPr>
        <w:spacing w:before="0" w:after="0"/>
        <w:ind w:firstLine="480"/>
        <w:jc w:val="left"/>
      </w:pPr>
      <w:r>
        <w:rPr>
          <w:rFonts w:ascii="Garamond" w:hAnsi="Garamond" w:cs="Garamond"/>
          <w:b w:val="0"/>
          <w:i w:val="0"/>
          <w:sz w:val="24"/>
        </w:rPr>
        <w:t>“That is the question we all want answered.”</w:t>
      </w:r>
    </w:p>
    <w:p>
      <w:pPr>
        <w:spacing w:before="0" w:after="0"/>
        <w:ind w:firstLine="480"/>
        <w:jc w:val="left"/>
      </w:pPr>
      <w:r>
        <w:rPr>
          <w:rFonts w:ascii="Garamond" w:hAnsi="Garamond" w:cs="Garamond"/>
          <w:b w:val="0"/>
          <w:i w:val="0"/>
          <w:sz w:val="24"/>
        </w:rPr>
        <w:t>Her father was in the doorway. He came in and closed the door behind him, and she noticed he had brought the staff. He was here officially then, not as her father but as the King. “Tell me where he is, Piancio. He may be in danger.”</w:t>
      </w:r>
    </w:p>
    <w:p>
      <w:pPr>
        <w:spacing w:before="0" w:after="0"/>
        <w:ind w:firstLine="480"/>
        <w:jc w:val="left"/>
      </w:pPr>
      <w:r>
        <w:rPr>
          <w:rFonts w:ascii="Garamond" w:hAnsi="Garamond" w:cs="Garamond"/>
          <w:b w:val="0"/>
          <w:i w:val="0"/>
          <w:sz w:val="24"/>
        </w:rPr>
        <w:t>“More danger than he is in here?” She held her ground. “I do not think so, Father. Not the kind of danger you mean.”</w:t>
      </w:r>
    </w:p>
    <w:p>
      <w:pPr>
        <w:spacing w:before="0" w:after="0"/>
        <w:ind w:firstLine="480"/>
        <w:jc w:val="left"/>
      </w:pPr>
      <w:r>
        <w:rPr>
          <w:rFonts w:ascii="Garamond" w:hAnsi="Garamond" w:cs="Garamond"/>
          <w:b w:val="0"/>
          <w:i w:val="0"/>
          <w:sz w:val="24"/>
        </w:rPr>
        <w:t>“Is he with your mother?” He moved toward her and she took one step back without meaning to. “Why have you turned against me? I expected it from her, perhaps. Not from my own children.” He stopped and she saw how tired he was. His shoulders had dropped and there was a pallor in his face she had not seen before. “Do you understand what you have done? The Dragon Star is failing. It grows weaker by the day. Now the dragons will know it. We have let their spies walk out of this city with that news. What do you think they will do with it?”</w:t>
      </w:r>
    </w:p>
    <w:p>
      <w:pPr>
        <w:spacing w:before="0" w:after="0"/>
        <w:ind w:firstLine="480"/>
        <w:jc w:val="left"/>
      </w:pPr>
      <w:r>
        <w:rPr>
          <w:rFonts w:ascii="Garamond" w:hAnsi="Garamond" w:cs="Garamond"/>
          <w:b w:val="0"/>
          <w:i w:val="0"/>
          <w:sz w:val="24"/>
        </w:rPr>
        <w:t>“If you had listened, you would know what we were trying to do. What you forced us to do.” She felt the tears coming and could not stop them, and she was angry at herself for that. “You have sent him out there alone. If Kato gets hurt it is your fault, not ours.”</w:t>
      </w:r>
    </w:p>
    <w:p>
      <w:pPr>
        <w:spacing w:before="0" w:after="0"/>
        <w:ind w:firstLine="480"/>
        <w:jc w:val="left"/>
      </w:pPr>
      <w:r>
        <w:rPr>
          <w:rFonts w:ascii="Garamond" w:hAnsi="Garamond" w:cs="Garamond"/>
          <w:b w:val="0"/>
          <w:i w:val="0"/>
          <w:sz w:val="24"/>
        </w:rPr>
        <w:t>“What do you mean, save us? Save us how?”</w:t>
      </w:r>
    </w:p>
    <w:p>
      <w:pPr>
        <w:spacing w:before="0" w:after="0"/>
        <w:ind w:firstLine="480"/>
        <w:jc w:val="left"/>
      </w:pPr>
      <w:r>
        <w:rPr>
          <w:rFonts w:ascii="Garamond" w:hAnsi="Garamond" w:cs="Garamond"/>
          <w:b w:val="0"/>
          <w:i w:val="0"/>
          <w:sz w:val="24"/>
        </w:rPr>
        <w:t>“Do you truly believe we could be fooled by the dragons?” She shook her head. “We are your children. We love you. We love our people. How can you think we would do anything to hurt them?”</w:t>
      </w:r>
    </w:p>
    <w:p>
      <w:pPr>
        <w:spacing w:before="0" w:after="0"/>
        <w:ind w:firstLine="480"/>
        <w:jc w:val="left"/>
      </w:pPr>
      <w:r>
        <w:rPr>
          <w:rFonts w:ascii="Garamond" w:hAnsi="Garamond" w:cs="Garamond"/>
          <w:b w:val="0"/>
          <w:i w:val="0"/>
          <w:sz w:val="24"/>
        </w:rPr>
        <w:t>“You released their servants. You betrayed the trust of your people.” The King straightened and she saw a ghost of the Warrior King he had been, the man she remembered from her childhood, shoulders back, full height, fire in his face. He was still angry and still not listening, which was the worst combination. “You are not acting like yourselves. Either of you. And I am afraid I cannot help you now.”</w:t>
      </w:r>
    </w:p>
    <w:p>
      <w:pPr>
        <w:spacing w:before="0" w:after="0"/>
        <w:ind w:firstLine="480"/>
        <w:jc w:val="left"/>
      </w:pPr>
      <w:r>
        <w:rPr>
          <w:rFonts w:ascii="Garamond" w:hAnsi="Garamond" w:cs="Garamond"/>
          <w:b w:val="0"/>
          <w:i w:val="0"/>
          <w:sz w:val="24"/>
        </w:rPr>
        <w:t>“Now, Father. Now.” She was past the point of managing her voice. “You have not helped us yet. You have not heard a word we have said in five years. The prophecy is real. What is happening around us is real. How much more proof do you need?” She was crying openly now, which she hated, but she was so frightened for Kato that her body had made the decision without her. “If he dies out there, that is on you. Because you would not listen to your own children.”</w:t>
      </w:r>
    </w:p>
    <w:p>
      <w:pPr>
        <w:spacing w:before="0" w:after="0"/>
        <w:ind w:firstLine="480"/>
        <w:jc w:val="left"/>
      </w:pPr>
      <w:r>
        <w:rPr>
          <w:rFonts w:ascii="Garamond" w:hAnsi="Garamond" w:cs="Garamond"/>
          <w:b w:val="0"/>
          <w:i w:val="0"/>
          <w:sz w:val="24"/>
        </w:rPr>
        <w:t>“These are the words of the dragons,” the King said, “and I will not be the one who lets them back into Alteria.” He lowered the staff toward her and she felt a chill that had nothing to do with the stone walls. He had never threatened her before. Not once in her life. “I will not be the cause of another thousand years underground.”</w:t>
      </w:r>
    </w:p>
    <w:p>
      <w:pPr>
        <w:spacing w:before="0" w:after="0"/>
        <w:ind w:firstLine="480"/>
        <w:jc w:val="left"/>
      </w:pPr>
      <w:r>
        <w:rPr>
          <w:rFonts w:ascii="Garamond" w:hAnsi="Garamond" w:cs="Garamond"/>
          <w:b w:val="0"/>
          <w:i w:val="0"/>
          <w:sz w:val="24"/>
        </w:rPr>
        <w:t>“That is exactly what you will be,” she said, “if you do not help your son find a Dragon Star.”</w:t>
      </w:r>
    </w:p>
    <w:p>
      <w:pPr>
        <w:spacing w:before="0" w:after="0"/>
        <w:ind w:firstLine="480"/>
        <w:jc w:val="left"/>
      </w:pPr>
      <w:r>
        <w:rPr>
          <w:rFonts w:ascii="Garamond" w:hAnsi="Garamond" w:cs="Garamond"/>
          <w:b w:val="0"/>
          <w:i w:val="0"/>
          <w:sz w:val="24"/>
        </w:rPr>
        <w:t>Something shifted in his face. “He has gone to find a Dragon Star? How does he think he can find one?”</w:t>
      </w:r>
    </w:p>
    <w:p>
      <w:pPr>
        <w:spacing w:before="0" w:after="0"/>
        <w:ind w:firstLine="480"/>
        <w:jc w:val="left"/>
      </w:pPr>
      <w:r>
        <w:rPr>
          <w:rFonts w:ascii="Garamond" w:hAnsi="Garamond" w:cs="Garamond"/>
          <w:b w:val="0"/>
          <w:i w:val="0"/>
          <w:sz w:val="24"/>
        </w:rPr>
        <w:t>“I do not know—” she started, and then a warrior knocked and stepped into the room without waiting.</w:t>
      </w:r>
    </w:p>
    <w:p>
      <w:pPr>
        <w:spacing w:before="0" w:after="0"/>
        <w:ind w:firstLine="480"/>
        <w:jc w:val="left"/>
      </w:pPr>
      <w:r>
        <w:rPr>
          <w:rFonts w:ascii="Garamond" w:hAnsi="Garamond" w:cs="Garamond"/>
          <w:b w:val="0"/>
          <w:i w:val="0"/>
          <w:sz w:val="24"/>
        </w:rPr>
        <w:t>“Your Majesty.” The man looked between the King and Pico with the expression of someone who has walked into a room he wishes he had not. “Reports from the upper valley. The Equis are moving in from the dragon lands. Something has stirred them. Terra Sario believes it may be connected to the Warrior King.” He paused. “They found his clothing in a surface cave on the far side of the mound. His trail ends there. He was alone.”</w:t>
      </w:r>
    </w:p>
    <w:p>
      <w:pPr>
        <w:spacing w:before="0" w:after="0"/>
        <w:ind w:firstLine="480"/>
        <w:jc w:val="left"/>
      </w:pPr>
      <w:r>
        <w:rPr>
          <w:rFonts w:ascii="Garamond" w:hAnsi="Garamond" w:cs="Garamond"/>
          <w:b w:val="0"/>
          <w:i w:val="0"/>
          <w:sz w:val="24"/>
        </w:rPr>
        <w:t>The King went still. “He went to the surface? In dragon lands? Without his clothing?”</w:t>
      </w:r>
    </w:p>
    <w:p>
      <w:pPr>
        <w:spacing w:before="0" w:after="0"/>
        <w:ind w:firstLine="480"/>
        <w:jc w:val="left"/>
      </w:pPr>
      <w:r>
        <w:rPr>
          <w:rFonts w:ascii="Garamond" w:hAnsi="Garamond" w:cs="Garamond"/>
          <w:b w:val="0"/>
          <w:i w:val="0"/>
          <w:sz w:val="24"/>
        </w:rPr>
        <w:t>“It appears he was not with the Valorians when they took the prisoners,” the warrior said, glancing at Pico. “We believe he was following them and then turned off. Two warriors went after his trail. They have not returned.”</w:t>
      </w:r>
    </w:p>
    <w:p>
      <w:pPr>
        <w:spacing w:before="0" w:after="0"/>
        <w:ind w:firstLine="480"/>
        <w:jc w:val="left"/>
      </w:pPr>
      <w:r>
        <w:rPr>
          <w:rFonts w:ascii="Garamond" w:hAnsi="Garamond" w:cs="Garamond"/>
          <w:b w:val="0"/>
          <w:i w:val="0"/>
          <w:sz w:val="24"/>
        </w:rPr>
        <w:t>Pico said nothing. She knew the two warriors would not return, not because anything had happened to them, but because nothing on the surface could follow where Kato had gone. And she knew why he had left his clothing, and she knew roughly where he was going, and none of it was something she could explain to her father right now.</w:t>
      </w:r>
    </w:p>
    <w:p>
      <w:pPr>
        <w:spacing w:before="0" w:after="0"/>
        <w:ind w:firstLine="480"/>
        <w:jc w:val="left"/>
      </w:pPr>
      <w:r>
        <w:rPr>
          <w:rFonts w:ascii="Garamond" w:hAnsi="Garamond" w:cs="Garamond"/>
          <w:b w:val="0"/>
          <w:i w:val="0"/>
          <w:sz w:val="24"/>
        </w:rPr>
        <w:t>“What do you know of this?” the King asked her.</w:t>
      </w:r>
    </w:p>
    <w:p>
      <w:pPr>
        <w:spacing w:before="0" w:after="0"/>
        <w:ind w:firstLine="480"/>
        <w:jc w:val="left"/>
      </w:pPr>
      <w:r>
        <w:rPr>
          <w:rFonts w:ascii="Garamond" w:hAnsi="Garamond" w:cs="Garamond"/>
          <w:b w:val="0"/>
          <w:i w:val="0"/>
          <w:sz w:val="24"/>
        </w:rPr>
        <w:t>“I know he is the only hope we have,” she said. “I know he is doing everything he can to fulfill the prophecy and save our people.”</w:t>
      </w:r>
    </w:p>
    <w:p>
      <w:pPr>
        <w:spacing w:before="0" w:after="0"/>
        <w:ind w:firstLine="480"/>
        <w:jc w:val="left"/>
      </w:pPr>
      <w:r>
        <w:rPr>
          <w:rFonts w:ascii="Garamond" w:hAnsi="Garamond" w:cs="Garamond"/>
          <w:b w:val="0"/>
          <w:i w:val="0"/>
          <w:sz w:val="24"/>
        </w:rPr>
        <w:t>“How does he survive out there without—” The King stopped himself. He knew dragon land. He had been to the surface there once, long ago, and once had been enough. “Why would he leave his clothes?”</w:t>
      </w:r>
    </w:p>
    <w:p>
      <w:pPr>
        <w:spacing w:before="0" w:after="0"/>
        <w:ind w:firstLine="480"/>
        <w:jc w:val="left"/>
      </w:pPr>
      <w:r>
        <w:rPr>
          <w:rFonts w:ascii="Garamond" w:hAnsi="Garamond" w:cs="Garamond"/>
          <w:b w:val="0"/>
          <w:i w:val="0"/>
          <w:sz w:val="24"/>
        </w:rPr>
        <w:t>“There is a reason,” she said. “But you will not hear it.” She had never spoken to him this way in her life and she felt the weight of it even as she said it. “Do what you will with me. I will not give up our last chance to be free of this.”</w:t>
      </w:r>
    </w:p>
    <w:p>
      <w:pPr>
        <w:spacing w:before="0" w:after="0"/>
        <w:ind w:firstLine="480"/>
        <w:jc w:val="left"/>
      </w:pPr>
      <w:r>
        <w:rPr>
          <w:rFonts w:ascii="Garamond" w:hAnsi="Garamond" w:cs="Garamond"/>
          <w:b w:val="0"/>
          <w:i w:val="0"/>
          <w:sz w:val="24"/>
        </w:rPr>
        <w:t>“You think I would not end this if I could?” He turned on her quickly and she saw the exhaustion underneath the anger, the years of it. “I cannot end it. What I can do is keep it from getting worse, and what you have done is make it worse. The dragons will come to test the boundaries of the Dragon Star and find it gone. The only thing holding them back has been the memory of its power. Now they will know. The spies will tell them.” His voice broke slightly on the last words. “And my son is the one leading them there. How am I supposed to bear that?”</w:t>
      </w:r>
    </w:p>
    <w:p>
      <w:pPr>
        <w:spacing w:before="0" w:after="0"/>
        <w:ind w:firstLine="480"/>
        <w:jc w:val="left"/>
      </w:pPr>
      <w:r>
        <w:rPr>
          <w:rFonts w:ascii="Garamond" w:hAnsi="Garamond" w:cs="Garamond"/>
          <w:b w:val="0"/>
          <w:i w:val="0"/>
          <w:sz w:val="24"/>
        </w:rPr>
        <w:t>“The Dragon Star is dead?” the first warrior said, forgetting himself entirely.</w:t>
      </w:r>
    </w:p>
    <w:p>
      <w:pPr>
        <w:spacing w:before="0" w:after="0"/>
        <w:ind w:firstLine="480"/>
        <w:jc w:val="left"/>
      </w:pPr>
      <w:r>
        <w:rPr>
          <w:rFonts w:ascii="Garamond" w:hAnsi="Garamond" w:cs="Garamond"/>
          <w:b w:val="0"/>
          <w:i w:val="0"/>
          <w:sz w:val="24"/>
        </w:rPr>
        <w:t>Before anyone could answer, another knock. Another guard at the door, this one visibly shaken.</w:t>
      </w:r>
    </w:p>
    <w:p>
      <w:pPr>
        <w:spacing w:before="0" w:after="0"/>
        <w:ind w:firstLine="480"/>
        <w:jc w:val="left"/>
      </w:pPr>
      <w:r>
        <w:rPr>
          <w:rFonts w:ascii="Garamond" w:hAnsi="Garamond" w:cs="Garamond"/>
          <w:b w:val="0"/>
          <w:i w:val="0"/>
          <w:sz w:val="24"/>
        </w:rPr>
        <w:t>“A dragon has been spotted, Your Majesty. Following the herd. Still over dragon land, but moving this way.”</w:t>
      </w:r>
    </w:p>
    <w:p>
      <w:pPr>
        <w:spacing w:before="0" w:after="0"/>
        <w:ind w:firstLine="480"/>
        <w:jc w:val="left"/>
      </w:pPr>
      <w:r>
        <w:rPr>
          <w:rFonts w:ascii="Garamond" w:hAnsi="Garamond" w:cs="Garamond"/>
          <w:b w:val="0"/>
          <w:i w:val="0"/>
          <w:sz w:val="24"/>
        </w:rPr>
        <w:t>The room went quiet in a way that was different from ordinary quiet. This was the first dragon seen from Alteria in years. The King looked at his daughter for a long moment, something moving in his face that she could not read, and then he turned to the first guard.</w:t>
      </w:r>
    </w:p>
    <w:p>
      <w:pPr>
        <w:spacing w:before="0" w:after="0"/>
        <w:ind w:firstLine="480"/>
        <w:jc w:val="left"/>
      </w:pPr>
      <w:r>
        <w:rPr>
          <w:rFonts w:ascii="Garamond" w:hAnsi="Garamond" w:cs="Garamond"/>
          <w:b w:val="0"/>
          <w:i w:val="0"/>
          <w:sz w:val="24"/>
        </w:rPr>
        <w:t>“Keep my daughter here.” He walked out without looking back.</w:t>
      </w:r>
    </w:p>
    <w:p>
      <w:pPr>
        <w:spacing w:before="0" w:after="0"/>
        <w:ind w:firstLine="480"/>
        <w:jc w:val="left"/>
      </w:pPr>
      <w:r>
        <w:rPr>
          <w:rFonts w:ascii="Garamond" w:hAnsi="Garamond" w:cs="Garamond"/>
          <w:b w:val="0"/>
          <w:i w:val="0"/>
          <w:sz w:val="24"/>
        </w:rPr>
        <w:t>Pico studied the guard left behind. Young, shorter than Kato by a little, a face she half recognized. Galio something. His father worked for one of the counselors. She had no idea how someone so young had come to be in the King’s guard; most of them were older, proven men. She turned away to think through her options and when she turned back he was at the door, checking the corridor. He closed it and came to her at the center of the room.</w:t>
      </w:r>
    </w:p>
    <w:p>
      <w:pPr>
        <w:spacing w:before="0" w:after="0"/>
        <w:ind w:firstLine="480"/>
        <w:jc w:val="left"/>
      </w:pPr>
      <w:r>
        <w:rPr>
          <w:rFonts w:ascii="Garamond" w:hAnsi="Garamond" w:cs="Garamond"/>
          <w:b w:val="0"/>
          <w:i w:val="0"/>
          <w:sz w:val="24"/>
        </w:rPr>
        <w:t>He bent his knee and bowed over her hand. “Princess. I am honored.” He straightened. “It is with a heavy heart that I must disobey your father.”</w:t>
      </w:r>
    </w:p>
    <w:p>
      <w:pPr>
        <w:spacing w:before="0" w:after="0"/>
        <w:ind w:firstLine="480"/>
        <w:jc w:val="left"/>
      </w:pPr>
      <w:r>
        <w:rPr>
          <w:rFonts w:ascii="Garamond" w:hAnsi="Garamond" w:cs="Garamond"/>
          <w:b w:val="0"/>
          <w:i w:val="0"/>
          <w:sz w:val="24"/>
        </w:rPr>
        <w:t>She waited.</w:t>
      </w:r>
    </w:p>
    <w:p>
      <w:pPr>
        <w:spacing w:before="0" w:after="0"/>
        <w:ind w:firstLine="480"/>
        <w:jc w:val="left"/>
      </w:pPr>
      <w:r>
        <w:rPr>
          <w:rFonts w:ascii="Garamond" w:hAnsi="Garamond" w:cs="Garamond"/>
          <w:b w:val="0"/>
          <w:i w:val="0"/>
          <w:sz w:val="24"/>
        </w:rPr>
        <w:t>“You are not alone in what you believe,” he said. “There are others. We are not certain the new world is a good thing, but we are certain it cannot be turned back, and we believe it must be faced rather than refused. We need you to come with us. There is something wrong in the King’s council, something you should know about.”</w:t>
      </w:r>
    </w:p>
    <w:p>
      <w:pPr>
        <w:spacing w:before="0" w:after="0"/>
        <w:ind w:firstLine="480"/>
        <w:jc w:val="left"/>
      </w:pPr>
      <w:r>
        <w:rPr>
          <w:rFonts w:ascii="Garamond" w:hAnsi="Garamond" w:cs="Garamond"/>
          <w:b w:val="0"/>
          <w:i w:val="0"/>
          <w:sz w:val="24"/>
        </w:rPr>
        <w:t>“You are not going to keep me here as my father ordered?”</w:t>
      </w:r>
    </w:p>
    <w:p>
      <w:pPr>
        <w:spacing w:before="0" w:after="0"/>
        <w:ind w:firstLine="480"/>
        <w:jc w:val="left"/>
      </w:pPr>
      <w:r>
        <w:rPr>
          <w:rFonts w:ascii="Garamond" w:hAnsi="Garamond" w:cs="Garamond"/>
          <w:b w:val="0"/>
          <w:i w:val="0"/>
          <w:sz w:val="24"/>
        </w:rPr>
        <w:t>“I am already in trouble for impersonating a member of the King’s guard,” he said, with the particular calm of someone who has already counted the cost and made his choice. “I do not think I can make it worse. Sometimes a person has to do what he believes rather than what he is told. If you believe in the prophecy, if you believe there is still a chance for our people, you must come now. It may be the last opportunity we have.”</w:t>
      </w:r>
    </w:p>
    <w:p>
      <w:pPr>
        <w:spacing w:before="0" w:after="0"/>
        <w:ind w:firstLine="480"/>
        <w:jc w:val="left"/>
      </w:pPr>
      <w:r>
        <w:rPr>
          <w:rFonts w:ascii="Garamond" w:hAnsi="Garamond" w:cs="Garamond"/>
          <w:b w:val="0"/>
          <w:i w:val="0"/>
          <w:sz w:val="24"/>
        </w:rPr>
        <w:t>Pico had already decided. She took her sword from the rack by the door and nodded for him to lead.</w:t>
      </w:r>
    </w:p>
    <w:p>
      <w:pPr>
        <w:spacing w:before="0" w:after="0"/>
        <w:ind w:firstLine="480"/>
        <w:jc w:val="left"/>
      </w:pPr>
      <w:r>
        <w:rPr>
          <w:rFonts w:ascii="Garamond" w:hAnsi="Garamond" w:cs="Garamond"/>
          <w:b w:val="0"/>
          <w:i w:val="0"/>
          <w:sz w:val="24"/>
        </w:rPr>
        <w:t>She looked back once at her bed, at the room she had slept in her whole life, at the walls that had always felt like safety and now felt like something else entirely. Then she followed Galio into the corridor and did not look back again.</w:t>
      </w:r>
    </w:p>
    <w:p>
      <w:pPr>
        <w:spacing w:before="480" w:after="360"/>
        <w:ind w:firstLine="0"/>
        <w:jc w:val="center"/>
      </w:pPr>
      <w:r>
        <w:rPr>
          <w:rFonts w:ascii="Garamond" w:hAnsi="Garamond" w:cs="Garamond"/>
          <w:b/>
          <w:i w:val="0"/>
          <w:sz w:val="28"/>
        </w:rPr>
        <w:t>Chapter Forty-Two</w:t>
      </w:r>
    </w:p>
    <w:p>
      <w:pPr>
        <w:spacing w:before="0" w:after="0"/>
        <w:ind w:firstLine="480"/>
        <w:jc w:val="left"/>
      </w:pPr>
      <w:r>
        <w:rPr>
          <w:rFonts w:ascii="Garamond" w:hAnsi="Garamond" w:cs="Garamond"/>
          <w:b w:val="0"/>
          <w:i w:val="0"/>
          <w:sz w:val="24"/>
        </w:rPr>
        <w:t>The King followed his guard through the palace and into a tunnel that ran toward the edge of the city.</w:t>
      </w:r>
    </w:p>
    <w:p>
      <w:pPr>
        <w:spacing w:before="0" w:after="0"/>
        <w:ind w:firstLine="480"/>
        <w:jc w:val="left"/>
      </w:pPr>
      <w:r>
        <w:rPr>
          <w:rFonts w:ascii="Garamond" w:hAnsi="Garamond" w:cs="Garamond"/>
          <w:b w:val="0"/>
          <w:i w:val="0"/>
          <w:sz w:val="24"/>
        </w:rPr>
        <w:t>This one was lit, which was unusual for the underground passages. A thin rope of glass ran the length of the wall, woven over with fiber that kept most of the light in, but where the covering had worn away the light came through bright and warm, carrying something of the sun that charged it. Two of his counselors caught up to him as he walked.</w:t>
      </w:r>
    </w:p>
    <w:p>
      <w:pPr>
        <w:spacing w:before="0" w:after="0"/>
        <w:ind w:firstLine="480"/>
        <w:jc w:val="left"/>
      </w:pPr>
      <w:r>
        <w:rPr>
          <w:rFonts w:ascii="Garamond" w:hAnsi="Garamond" w:cs="Garamond"/>
          <w:b w:val="0"/>
          <w:i w:val="0"/>
          <w:sz w:val="24"/>
        </w:rPr>
        <w:t>“What are we going to do, Your Majesty?” the first asked.</w:t>
      </w:r>
    </w:p>
    <w:p>
      <w:pPr>
        <w:spacing w:before="0" w:after="0"/>
        <w:ind w:firstLine="480"/>
        <w:jc w:val="left"/>
      </w:pPr>
      <w:r>
        <w:rPr>
          <w:rFonts w:ascii="Garamond" w:hAnsi="Garamond" w:cs="Garamond"/>
          <w:b w:val="0"/>
          <w:i w:val="0"/>
          <w:sz w:val="24"/>
        </w:rPr>
        <w:t>“Hope it goes away,” the King said.</w:t>
      </w:r>
    </w:p>
    <w:p>
      <w:pPr>
        <w:spacing w:before="0" w:after="0"/>
        <w:ind w:firstLine="480"/>
        <w:jc w:val="left"/>
      </w:pPr>
      <w:r>
        <w:rPr>
          <w:rFonts w:ascii="Garamond" w:hAnsi="Garamond" w:cs="Garamond"/>
          <w:b w:val="0"/>
          <w:i w:val="0"/>
          <w:sz w:val="24"/>
        </w:rPr>
        <w:t>“And if it does not?”</w:t>
      </w:r>
    </w:p>
    <w:p>
      <w:pPr>
        <w:spacing w:before="0" w:after="0"/>
        <w:ind w:firstLine="480"/>
        <w:jc w:val="left"/>
      </w:pPr>
      <w:r>
        <w:rPr>
          <w:rFonts w:ascii="Garamond" w:hAnsi="Garamond" w:cs="Garamond"/>
          <w:b w:val="0"/>
          <w:i w:val="0"/>
          <w:sz w:val="24"/>
        </w:rPr>
        <w:t>“We return to the underground.”</w:t>
      </w:r>
    </w:p>
    <w:p>
      <w:pPr>
        <w:spacing w:before="0" w:after="0"/>
        <w:ind w:firstLine="480"/>
        <w:jc w:val="left"/>
      </w:pPr>
      <w:r>
        <w:rPr>
          <w:rFonts w:ascii="Garamond" w:hAnsi="Garamond" w:cs="Garamond"/>
          <w:b w:val="0"/>
          <w:i w:val="0"/>
          <w:sz w:val="24"/>
        </w:rPr>
        <w:t>“It will not go back,” the first counselor said, more to himself than anyone. “Why would it go back? They will all come. They will all come back.”</w:t>
      </w:r>
    </w:p>
    <w:p>
      <w:pPr>
        <w:spacing w:before="0" w:after="0"/>
        <w:ind w:firstLine="480"/>
        <w:jc w:val="left"/>
      </w:pPr>
      <w:r>
        <w:rPr>
          <w:rFonts w:ascii="Garamond" w:hAnsi="Garamond" w:cs="Garamond"/>
          <w:b w:val="0"/>
          <w:i w:val="0"/>
          <w:sz w:val="24"/>
        </w:rPr>
        <w:t>“There is nothing to be done about that now. If the Dragon Star is truly gone we return underground until we can find another.” The King kept walking. “Get hold of yourself. Go back to the palace and begin the evacuation preparations.” The man turned and went. The King glanced at the junior counselor who remained. “What do you think will happen?”</w:t>
      </w:r>
    </w:p>
    <w:p>
      <w:pPr>
        <w:spacing w:before="0" w:after="0"/>
        <w:ind w:firstLine="480"/>
        <w:jc w:val="left"/>
      </w:pPr>
      <w:r>
        <w:rPr>
          <w:rFonts w:ascii="Garamond" w:hAnsi="Garamond" w:cs="Garamond"/>
          <w:b w:val="0"/>
          <w:i w:val="0"/>
          <w:sz w:val="24"/>
        </w:rPr>
        <w:t>“I think we will survive whatever comes, Your Majesty,” the young man said. “Returning underground will be hard. But we will survive.”</w:t>
      </w:r>
    </w:p>
    <w:p>
      <w:pPr>
        <w:spacing w:before="0" w:after="0"/>
        <w:ind w:firstLine="480"/>
        <w:jc w:val="left"/>
      </w:pPr>
      <w:r>
        <w:rPr>
          <w:rFonts w:ascii="Garamond" w:hAnsi="Garamond" w:cs="Garamond"/>
          <w:b w:val="0"/>
          <w:i w:val="0"/>
          <w:sz w:val="24"/>
        </w:rPr>
        <w:t>“Good answer. Optimistic, but good.”</w:t>
      </w:r>
    </w:p>
    <w:p>
      <w:pPr>
        <w:spacing w:before="0" w:after="0"/>
        <w:ind w:firstLine="480"/>
        <w:jc w:val="left"/>
      </w:pPr>
      <w:r>
        <w:rPr>
          <w:rFonts w:ascii="Garamond" w:hAnsi="Garamond" w:cs="Garamond"/>
          <w:b w:val="0"/>
          <w:i w:val="0"/>
          <w:sz w:val="24"/>
        </w:rPr>
        <w:t>They emerged into a small clearing at the surface after about fifteen minutes, where the glass rope gave way to open sky and the white buildings had thinned to a scatter of houses and one or two businesses. A group of warriors stood in a circle around two horses.</w:t>
      </w:r>
    </w:p>
    <w:p>
      <w:pPr>
        <w:spacing w:before="0" w:after="0"/>
        <w:ind w:firstLine="480"/>
        <w:jc w:val="left"/>
      </w:pPr>
      <w:r>
        <w:rPr>
          <w:rFonts w:ascii="Garamond" w:hAnsi="Garamond" w:cs="Garamond"/>
          <w:b w:val="0"/>
          <w:i w:val="0"/>
          <w:sz w:val="24"/>
        </w:rPr>
        <w:t>The King had not seen an Equis up close in years. As the warriors stepped back he found himself looking at a great gray standing as high as his shoulder, and something loosened in his chest that he had not known was tight. He had ridden far on the back of this animal’s predecessor when he was still the Warrior King in practice rather than title.</w:t>
      </w:r>
    </w:p>
    <w:p>
      <w:pPr>
        <w:spacing w:before="0" w:after="0"/>
        <w:ind w:firstLine="480"/>
        <w:jc w:val="left"/>
      </w:pPr>
      <w:r>
        <w:rPr>
          <w:rFonts w:ascii="Garamond" w:hAnsi="Garamond" w:cs="Garamond"/>
          <w:b w:val="0"/>
          <w:i w:val="0"/>
          <w:sz w:val="24"/>
        </w:rPr>
        <w:t>“Welcome,” he said, and bowed.</w:t>
      </w:r>
    </w:p>
    <w:p>
      <w:pPr>
        <w:spacing w:before="0" w:after="0"/>
        <w:ind w:firstLine="480"/>
        <w:jc w:val="left"/>
      </w:pPr>
      <w:r>
        <w:rPr>
          <w:rFonts w:ascii="Garamond" w:hAnsi="Garamond" w:cs="Garamond"/>
          <w:b w:val="0"/>
          <w:i w:val="0"/>
          <w:sz w:val="24"/>
        </w:rPr>
        <w:t>“I am Rothallan,” the gray said directly into his mind. “Mothias runs with the herd now. His wings have stiffened and his pace has slowed. I have won the honor of carrying you. My wings are sleek and strong. There is no dragon living that can catch me.”</w:t>
      </w:r>
    </w:p>
    <w:p>
      <w:pPr>
        <w:spacing w:before="0" w:after="0"/>
        <w:ind w:firstLine="480"/>
        <w:jc w:val="left"/>
      </w:pPr>
      <w:r>
        <w:rPr>
          <w:rFonts w:ascii="Garamond" w:hAnsi="Garamond" w:cs="Garamond"/>
          <w:b w:val="0"/>
          <w:i w:val="0"/>
          <w:sz w:val="24"/>
        </w:rPr>
        <w:t>“Your wings are the most magnificent I have ever seen,” the King replied, which was both true and the correct thing to say. The Equis were, as a rule, deeply proud, and a rider who forgot to acknowledge this tended to experience an unusually eventful flight.</w:t>
      </w:r>
    </w:p>
    <w:p>
      <w:pPr>
        <w:spacing w:before="0" w:after="0"/>
        <w:ind w:firstLine="480"/>
        <w:jc w:val="left"/>
      </w:pPr>
      <w:r>
        <w:rPr>
          <w:rFonts w:ascii="Garamond" w:hAnsi="Garamond" w:cs="Garamond"/>
          <w:b w:val="0"/>
          <w:i w:val="0"/>
          <w:sz w:val="24"/>
        </w:rPr>
        <w:t>The shorter roan standing nearby was introduced as Dardan, with the note from Rothallan that he was almost as fast. The roan’s wings bristled visibly at the qualifier. The King chose a warrior from his escort to ride Dardan, and the man mounted with the ease of someone trying hard to look as though he had done this before. He introduced himself, offered the appropriate compliments, and everybody was satisfied.</w:t>
      </w:r>
    </w:p>
    <w:p>
      <w:pPr>
        <w:spacing w:before="0" w:after="0"/>
        <w:ind w:firstLine="480"/>
        <w:jc w:val="left"/>
      </w:pPr>
      <w:r>
        <w:rPr>
          <w:rFonts w:ascii="Garamond" w:hAnsi="Garamond" w:cs="Garamond"/>
          <w:b w:val="0"/>
          <w:i w:val="0"/>
          <w:sz w:val="24"/>
        </w:rPr>
        <w:t>The horses moved out of the circle and their wings came open, filling with blood from the second heart, the same design the King had learned was common to more creatures on this island than he had once imagined. They took a short run and lifted easily into a westerly course, and within moments the city was behind them and the valley opened below.</w:t>
      </w:r>
    </w:p>
    <w:p>
      <w:pPr>
        <w:spacing w:before="0" w:after="0"/>
        <w:ind w:firstLine="480"/>
        <w:jc w:val="left"/>
      </w:pPr>
      <w:r>
        <w:rPr>
          <w:rFonts w:ascii="Garamond" w:hAnsi="Garamond" w:cs="Garamond"/>
          <w:b w:val="0"/>
          <w:i w:val="0"/>
          <w:sz w:val="24"/>
        </w:rPr>
        <w:t>The King felt the pleasure of the ride and let himself have it for a moment before his mind returned to where it had been all morning. The Dragon Star. The dragon spotted from the valley. His son alone in dragon land. His wife moving through the underground with his prisoners. Everything failing at once, and the question underneath all of it: what would he do when the dragons came? Because they would come. The Star had been weakening for years and Falsey had checked it every day and every day it was worse, and the King had kept that knowledge to himself because sharing it would have meant deciding what to do about it, and he had not known what to do.</w:t>
      </w:r>
    </w:p>
    <w:p>
      <w:pPr>
        <w:spacing w:before="0" w:after="0"/>
        <w:ind w:firstLine="480"/>
        <w:jc w:val="left"/>
      </w:pPr>
      <w:r>
        <w:rPr>
          <w:rFonts w:ascii="Garamond" w:hAnsi="Garamond" w:cs="Garamond"/>
          <w:b w:val="0"/>
          <w:i w:val="0"/>
          <w:sz w:val="24"/>
        </w:rPr>
        <w:t>He had not known that the Star needed living dragons to sustain it. He understood now, too late, that it fed on the energy of the creatures it captured, that locking it away in the tower had been a slow sentence for it as much as a protection for his people. It had been bleeding power for generations, twisting the guts of anyone who ventured too near, and he had left it alone because touching it invited madness, and now the umbrella it had spread over the city for three thousand years was gone and there was nothing between his people and the sky.</w:t>
      </w:r>
    </w:p>
    <w:p>
      <w:pPr>
        <w:spacing w:before="0" w:after="0"/>
        <w:ind w:firstLine="480"/>
        <w:jc w:val="left"/>
      </w:pPr>
      <w:r>
        <w:rPr>
          <w:rFonts w:ascii="Garamond" w:hAnsi="Garamond" w:cs="Garamond"/>
          <w:b w:val="0"/>
          <w:i w:val="0"/>
          <w:sz w:val="24"/>
        </w:rPr>
        <w:t>Rothallan began his descent into the upper valley. Below them the great herd moved east in a dark river, thousands of animals stretching for miles across the plain, fliers visible among them banking and circling as lookouts. The King and his escort circled the assembled scouts twice before landing.</w:t>
      </w:r>
    </w:p>
    <w:p>
      <w:pPr>
        <w:spacing w:before="0" w:after="0"/>
        <w:ind w:firstLine="480"/>
        <w:jc w:val="left"/>
      </w:pPr>
      <w:r>
        <w:rPr>
          <w:rFonts w:ascii="Garamond" w:hAnsi="Garamond" w:cs="Garamond"/>
          <w:b w:val="0"/>
          <w:i w:val="0"/>
          <w:sz w:val="24"/>
        </w:rPr>
        <w:t>“It was seen to the north, next to the mountains,” a scout reported. “About an hour ago, before the mist came in. We have not seen it since.”</w:t>
      </w:r>
    </w:p>
    <w:p>
      <w:pPr>
        <w:spacing w:before="0" w:after="0"/>
        <w:ind w:firstLine="480"/>
        <w:jc w:val="left"/>
      </w:pPr>
      <w:r>
        <w:rPr>
          <w:rFonts w:ascii="Garamond" w:hAnsi="Garamond" w:cs="Garamond"/>
          <w:b w:val="0"/>
          <w:i w:val="0"/>
          <w:sz w:val="24"/>
        </w:rPr>
        <w:t>The King looked down at the crystal on his staff. It glowed with a dull, steady light.</w:t>
      </w:r>
    </w:p>
    <w:p>
      <w:pPr>
        <w:spacing w:before="0" w:after="0"/>
        <w:ind w:firstLine="480"/>
        <w:jc w:val="left"/>
      </w:pPr>
      <w:r>
        <w:rPr>
          <w:rFonts w:ascii="Garamond" w:hAnsi="Garamond" w:cs="Garamond"/>
          <w:b w:val="0"/>
          <w:i w:val="0"/>
          <w:sz w:val="24"/>
        </w:rPr>
        <w:t>“It is still there,” he said.</w:t>
      </w:r>
    </w:p>
    <w:p>
      <w:pPr>
        <w:spacing w:before="0" w:after="0"/>
        <w:ind w:firstLine="480"/>
        <w:jc w:val="left"/>
      </w:pPr>
      <w:r>
        <w:rPr>
          <w:rFonts w:ascii="Garamond" w:hAnsi="Garamond" w:cs="Garamond"/>
          <w:b w:val="0"/>
          <w:i w:val="0"/>
          <w:sz w:val="24"/>
        </w:rPr>
        <w:t>“I will take you to it,” Rothallan said, for all nearby to hear. “I can show you where it is.”</w:t>
      </w:r>
    </w:p>
    <w:p>
      <w:pPr>
        <w:spacing w:before="0" w:after="0"/>
        <w:ind w:firstLine="480"/>
        <w:jc w:val="left"/>
      </w:pPr>
      <w:r>
        <w:rPr>
          <w:rFonts w:ascii="Garamond" w:hAnsi="Garamond" w:cs="Garamond"/>
          <w:b w:val="0"/>
          <w:i w:val="0"/>
          <w:sz w:val="24"/>
        </w:rPr>
        <w:t>“Dardan and I will rise above the mist,” the warrior on the roan said. “Take a look around.”</w:t>
      </w:r>
    </w:p>
    <w:p>
      <w:pPr>
        <w:spacing w:before="0" w:after="0"/>
        <w:ind w:firstLine="480"/>
        <w:jc w:val="left"/>
      </w:pPr>
      <w:r>
        <w:rPr>
          <w:rFonts w:ascii="Garamond" w:hAnsi="Garamond" w:cs="Garamond"/>
          <w:b w:val="0"/>
          <w:i w:val="0"/>
          <w:sz w:val="24"/>
        </w:rPr>
        <w:t>The King felt Rothallan go rigid beneath him. “Rothallan won the honor,” he said. “We will go.”</w:t>
      </w:r>
    </w:p>
    <w:p>
      <w:pPr>
        <w:spacing w:before="0" w:after="0"/>
        <w:ind w:firstLine="480"/>
        <w:jc w:val="left"/>
      </w:pPr>
      <w:r>
        <w:rPr>
          <w:rFonts w:ascii="Garamond" w:hAnsi="Garamond" w:cs="Garamond"/>
          <w:b w:val="0"/>
          <w:i w:val="0"/>
          <w:sz w:val="24"/>
        </w:rPr>
        <w:t>“Thank you,” the big gray said quietly, and launched straight up.</w:t>
      </w:r>
    </w:p>
    <w:p>
      <w:pPr>
        <w:spacing w:before="0" w:after="0"/>
        <w:ind w:firstLine="480"/>
        <w:jc w:val="left"/>
      </w:pPr>
      <w:r>
        <w:rPr>
          <w:rFonts w:ascii="Garamond" w:hAnsi="Garamond" w:cs="Garamond"/>
          <w:b w:val="0"/>
          <w:i w:val="0"/>
          <w:sz w:val="24"/>
        </w:rPr>
        <w:t>The wings drove a column of air downward that sent the scouts stumbling and set the mist swirling. The King held tight as Rothallan climbed steadily through the cloud, the ground disappearing beneath them, the mist closing in from all sides until there was nothing to see in any direction. Then two more strokes and they broke through into clear blue sky.</w:t>
      </w:r>
    </w:p>
    <w:p>
      <w:pPr>
        <w:spacing w:before="0" w:after="0"/>
        <w:ind w:firstLine="480"/>
        <w:jc w:val="left"/>
      </w:pPr>
      <w:r>
        <w:rPr>
          <w:rFonts w:ascii="Garamond" w:hAnsi="Garamond" w:cs="Garamond"/>
          <w:b w:val="0"/>
          <w:i w:val="0"/>
          <w:sz w:val="24"/>
        </w:rPr>
        <w:t>They scanned quickly. Several other fliers rode the currents above the mist but no dragon. Rothallan began moving north toward dragon lands and another flier banked and came to investigate, curious at the sight of one of her kind carrying a rider.</w:t>
      </w:r>
    </w:p>
    <w:p>
      <w:pPr>
        <w:spacing w:before="0" w:after="0"/>
        <w:ind w:firstLine="480"/>
        <w:jc w:val="left"/>
      </w:pPr>
      <w:r>
        <w:rPr>
          <w:rFonts w:ascii="Garamond" w:hAnsi="Garamond" w:cs="Garamond"/>
          <w:b w:val="0"/>
          <w:i w:val="0"/>
          <w:sz w:val="24"/>
        </w:rPr>
        <w:t>“Nothing but cloud,” she said as she drew alongside, hovering with an ease that made it look effortless. “We lost the dragon when it went below the mist. I am Galathia, fastest of Challo’s herd.” She looked at the King with frank assessment. “I wonder why you carry the extra weight. Surely it is a burden. I could relieve you of it if you like.”</w:t>
      </w:r>
    </w:p>
    <w:p>
      <w:pPr>
        <w:spacing w:before="0" w:after="0"/>
        <w:ind w:firstLine="480"/>
        <w:jc w:val="left"/>
      </w:pPr>
      <w:r>
        <w:rPr>
          <w:rFonts w:ascii="Garamond" w:hAnsi="Garamond" w:cs="Garamond"/>
          <w:b w:val="0"/>
          <w:i w:val="0"/>
          <w:sz w:val="24"/>
        </w:rPr>
        <w:t>Rothallan told the King privately that Galathia took nothing seriously and to pay her no mind. Challo’s herd lived high in the mountains, nearly alongside the dragons, and were the fastest of all the Equis for it.</w:t>
      </w:r>
    </w:p>
    <w:p>
      <w:pPr>
        <w:spacing w:before="0" w:after="0"/>
        <w:ind w:firstLine="480"/>
        <w:jc w:val="left"/>
      </w:pPr>
      <w:r>
        <w:rPr>
          <w:rFonts w:ascii="Garamond" w:hAnsi="Garamond" w:cs="Garamond"/>
          <w:b w:val="0"/>
          <w:i w:val="0"/>
          <w:sz w:val="24"/>
        </w:rPr>
        <w:t>“Perhaps he’d rather ride me,” she said to Rothallan. “Just to be sure, you understand.” She dove into the mist and reappeared behind them. “A better flier. For safety.”</w:t>
      </w:r>
    </w:p>
    <w:p>
      <w:pPr>
        <w:spacing w:before="0" w:after="0"/>
        <w:ind w:firstLine="480"/>
        <w:jc w:val="left"/>
      </w:pPr>
      <w:r>
        <w:rPr>
          <w:rFonts w:ascii="Garamond" w:hAnsi="Garamond" w:cs="Garamond"/>
          <w:b w:val="0"/>
          <w:i w:val="0"/>
          <w:sz w:val="24"/>
        </w:rPr>
        <w:t>“There are no better fliers than those of Rothallan’s herd,” the King said. “And you couldn’t carry something my size on that little back.”</w:t>
      </w:r>
    </w:p>
    <w:p>
      <w:pPr>
        <w:spacing w:before="0" w:after="0"/>
        <w:ind w:firstLine="480"/>
        <w:jc w:val="left"/>
      </w:pPr>
      <w:r>
        <w:rPr>
          <w:rFonts w:ascii="Garamond" w:hAnsi="Garamond" w:cs="Garamond"/>
          <w:b w:val="0"/>
          <w:i w:val="0"/>
          <w:sz w:val="24"/>
        </w:rPr>
        <w:t>“If I were a dragon,” she said, “you would never escape.”</w:t>
      </w:r>
    </w:p>
    <w:p>
      <w:pPr>
        <w:spacing w:before="0" w:after="0"/>
        <w:ind w:firstLine="480"/>
        <w:jc w:val="left"/>
      </w:pPr>
      <w:r>
        <w:rPr>
          <w:rFonts w:ascii="Garamond" w:hAnsi="Garamond" w:cs="Garamond"/>
          <w:b w:val="0"/>
          <w:i w:val="0"/>
          <w:sz w:val="24"/>
        </w:rPr>
        <w:t>“If you were a dragon,” Rothallan replied, drifting easily on the breeze, “I would never be frightened.”</w:t>
      </w:r>
    </w:p>
    <w:p>
      <w:pPr>
        <w:spacing w:before="0" w:after="0"/>
        <w:ind w:firstLine="480"/>
        <w:jc w:val="left"/>
      </w:pPr>
      <w:r>
        <w:rPr>
          <w:rFonts w:ascii="Garamond" w:hAnsi="Garamond" w:cs="Garamond"/>
          <w:b w:val="0"/>
          <w:i w:val="0"/>
          <w:sz w:val="24"/>
        </w:rPr>
        <w:t>She came up through the mist directly below them without warning, the tip of one wing brushing the King’s cheek as she shot past, startling Rothallan into a sharp pull-up. At that exact moment the mist opened below them.</w:t>
      </w:r>
    </w:p>
    <w:p>
      <w:pPr>
        <w:spacing w:before="0" w:after="0"/>
        <w:ind w:firstLine="480"/>
        <w:jc w:val="left"/>
      </w:pPr>
      <w:r>
        <w:rPr>
          <w:rFonts w:ascii="Garamond" w:hAnsi="Garamond" w:cs="Garamond"/>
          <w:b w:val="0"/>
          <w:i w:val="0"/>
          <w:sz w:val="24"/>
        </w:rPr>
        <w:t>The dragon was on the valley floor, cleaning one of its wings. It had settled into the mist to wait out the afternoon before picking off a horse or two and moving on. Most of them stayed well clear of the Dragon Star’s territory, or had until recently.</w:t>
      </w:r>
    </w:p>
    <w:p>
      <w:pPr>
        <w:spacing w:before="0" w:after="0"/>
        <w:ind w:firstLine="480"/>
        <w:jc w:val="left"/>
      </w:pPr>
      <w:r>
        <w:rPr>
          <w:rFonts w:ascii="Garamond" w:hAnsi="Garamond" w:cs="Garamond"/>
          <w:b w:val="0"/>
          <w:i w:val="0"/>
          <w:sz w:val="24"/>
        </w:rPr>
        <w:t>Galathia saw it the same instant it saw her. It heard her playing and now it knew exactly where they all were. It launched without hesitation.</w:t>
      </w:r>
    </w:p>
    <w:p>
      <w:pPr>
        <w:spacing w:before="0" w:after="0"/>
        <w:ind w:firstLine="480"/>
        <w:jc w:val="left"/>
      </w:pPr>
      <w:r>
        <w:rPr>
          <w:rFonts w:ascii="Garamond" w:hAnsi="Garamond" w:cs="Garamond"/>
          <w:b w:val="0"/>
          <w:i w:val="0"/>
          <w:sz w:val="24"/>
        </w:rPr>
        <w:t>Rothallan veered left and dropped into the mist, turning south for Alteria. The last thing the King saw clearly before the cloud took them was Galathia diving hard in the opposite direction.</w:t>
      </w:r>
    </w:p>
    <w:p>
      <w:pPr>
        <w:spacing w:before="0" w:after="0"/>
        <w:ind w:firstLine="480"/>
        <w:jc w:val="left"/>
      </w:pPr>
      <w:r>
        <w:rPr>
          <w:rFonts w:ascii="Garamond" w:hAnsi="Garamond" w:cs="Garamond"/>
          <w:b w:val="0"/>
          <w:i w:val="0"/>
          <w:sz w:val="24"/>
        </w:rPr>
        <w:t>There was nothing to do but hold on. Rothallan climbed to the top of the mist to check above them, broke the surface briefly, and found the dragon ahead rather than behind. Galathia was leading it south, flying just slow enough to keep the great head reaching and snapping, pulling it along by the pure insult of almost being caught.</w:t>
      </w:r>
    </w:p>
    <w:p>
      <w:pPr>
        <w:spacing w:before="0" w:after="0"/>
        <w:ind w:firstLine="480"/>
        <w:jc w:val="left"/>
      </w:pPr>
      <w:r>
        <w:rPr>
          <w:rFonts w:ascii="Garamond" w:hAnsi="Garamond" w:cs="Garamond"/>
          <w:b w:val="0"/>
          <w:i w:val="0"/>
          <w:sz w:val="24"/>
        </w:rPr>
        <w:t>“She is leading it straight to Alteria,” the King said.</w:t>
      </w:r>
    </w:p>
    <w:p>
      <w:pPr>
        <w:spacing w:before="0" w:after="0"/>
        <w:ind w:firstLine="480"/>
        <w:jc w:val="left"/>
      </w:pPr>
      <w:r>
        <w:rPr>
          <w:rFonts w:ascii="Garamond" w:hAnsi="Garamond" w:cs="Garamond"/>
          <w:b w:val="0"/>
          <w:i w:val="0"/>
          <w:sz w:val="24"/>
        </w:rPr>
        <w:t>“Hold on,” Rothallan said, and used a series of updrafts to slingshot them forward.</w:t>
      </w:r>
    </w:p>
    <w:p>
      <w:pPr>
        <w:spacing w:before="0" w:after="0"/>
        <w:ind w:firstLine="480"/>
        <w:jc w:val="left"/>
      </w:pPr>
      <w:r>
        <w:rPr>
          <w:rFonts w:ascii="Garamond" w:hAnsi="Garamond" w:cs="Garamond"/>
          <w:b w:val="0"/>
          <w:i w:val="0"/>
          <w:sz w:val="24"/>
        </w:rPr>
        <w:t>The King could feel both hearts working beneath him. His own was doing considerably more. He found himself looking at the back of the dragon as they came up behind it, at the vast and muscled architecture of the thing, the many-colored hide, the long tail cutting the air, and he understood in a way that no history or story had ever made him understand that these creatures had once ruled Estos and intended to do so again. Galathia danced just ahead of the snapping jaws, dropping and rising, impossibly quick, drawing it on.</w:t>
      </w:r>
    </w:p>
    <w:p>
      <w:pPr>
        <w:spacing w:before="0" w:after="0"/>
        <w:ind w:firstLine="480"/>
        <w:jc w:val="left"/>
      </w:pPr>
      <w:r>
        <w:rPr>
          <w:rFonts w:ascii="Garamond" w:hAnsi="Garamond" w:cs="Garamond"/>
          <w:b w:val="0"/>
          <w:i w:val="0"/>
          <w:sz w:val="24"/>
        </w:rPr>
        <w:t>The staff in his hand began to burn with white light. He had never felt it like this before, the power coming up through the wood and into his palm and forearm, filling him with something that was not courage exactly but was what courage was made of, something old and clean and entirely without doubt. The light of Telecio. He understood why his ancestors had ridden into battle with it.</w:t>
      </w:r>
    </w:p>
    <w:p>
      <w:pPr>
        <w:spacing w:before="0" w:after="0"/>
        <w:ind w:firstLine="480"/>
        <w:jc w:val="left"/>
      </w:pPr>
      <w:r>
        <w:rPr>
          <w:rFonts w:ascii="Garamond" w:hAnsi="Garamond" w:cs="Garamond"/>
          <w:b w:val="0"/>
          <w:i w:val="0"/>
          <w:sz w:val="24"/>
        </w:rPr>
        <w:t>Galathia dove through a break in the fog toward the ground and the dragon, realizing suddenly where it was, pulled up hard and turned on its own path. The King found himself eye to eye with it for one stopped moment, close enough to see the flat golden iris and the intelligence working behind it.</w:t>
      </w:r>
    </w:p>
    <w:p>
      <w:pPr>
        <w:spacing w:before="0" w:after="0"/>
        <w:ind w:firstLine="480"/>
        <w:jc w:val="left"/>
      </w:pPr>
      <w:r>
        <w:rPr>
          <w:rFonts w:ascii="Garamond" w:hAnsi="Garamond" w:cs="Garamond"/>
          <w:b w:val="0"/>
          <w:i w:val="0"/>
          <w:sz w:val="24"/>
        </w:rPr>
        <w:t>The dragon’s mouth came open.</w:t>
      </w:r>
    </w:p>
    <w:p>
      <w:pPr>
        <w:spacing w:before="0" w:after="0"/>
        <w:ind w:firstLine="480"/>
        <w:jc w:val="left"/>
      </w:pPr>
      <w:r>
        <w:rPr>
          <w:rFonts w:ascii="Garamond" w:hAnsi="Garamond" w:cs="Garamond"/>
          <w:b w:val="0"/>
          <w:i w:val="0"/>
          <w:sz w:val="24"/>
        </w:rPr>
        <w:t>The King raised the staff without thinking and the crystal sent a bolt of white light directly into the creature’s eyes. The great head snapped back and up and Rothallan dove under the closing jaws, the teeth snapping shut just behind the King’s head. He felt the hot breath on the back of his neck and the force of the displaced air as they dropped away beneath it, and then they were in the mist and falling and Rothallan folded his wings and rolled left and the speed built until the King was certain they could not recover and then the wings opened and they rolled left again and they were flying, fast and low and alive.</w:t>
      </w:r>
    </w:p>
    <w:p>
      <w:pPr>
        <w:spacing w:before="0" w:after="0"/>
        <w:ind w:firstLine="480"/>
        <w:jc w:val="left"/>
      </w:pPr>
      <w:r>
        <w:rPr>
          <w:rFonts w:ascii="Garamond" w:hAnsi="Garamond" w:cs="Garamond"/>
          <w:b w:val="0"/>
          <w:i w:val="0"/>
          <w:sz w:val="24"/>
        </w:rPr>
        <w:t>The King looked back. Nothing but fog.</w:t>
      </w:r>
    </w:p>
    <w:p>
      <w:pPr>
        <w:spacing w:before="0" w:after="0"/>
        <w:ind w:firstLine="480"/>
        <w:jc w:val="left"/>
      </w:pPr>
      <w:r>
        <w:rPr>
          <w:rFonts w:ascii="Garamond" w:hAnsi="Garamond" w:cs="Garamond"/>
          <w:b w:val="0"/>
          <w:i w:val="0"/>
          <w:sz w:val="24"/>
        </w:rPr>
        <w:t>“Did we lose it?” He was surprised by how steady his own voice sounded.</w:t>
      </w:r>
    </w:p>
    <w:p>
      <w:pPr>
        <w:spacing w:before="0" w:after="0"/>
        <w:ind w:firstLine="480"/>
        <w:jc w:val="left"/>
      </w:pPr>
      <w:r>
        <w:rPr>
          <w:rFonts w:ascii="Garamond" w:hAnsi="Garamond" w:cs="Garamond"/>
          <w:b w:val="0"/>
          <w:i w:val="0"/>
          <w:sz w:val="24"/>
        </w:rPr>
        <w:t>“The question is whether it lost us,” Rothallan said, and there was something in the horse’s mind-voice that was very close to delight. “I still know where it is. In all the years, none of them has ever turned like that. What it saw scared it.” A pause. “Hold on.”</w:t>
      </w:r>
    </w:p>
    <w:p>
      <w:pPr>
        <w:spacing w:before="0" w:after="0"/>
        <w:ind w:firstLine="480"/>
        <w:jc w:val="left"/>
      </w:pPr>
      <w:r>
        <w:rPr>
          <w:rFonts w:ascii="Garamond" w:hAnsi="Garamond" w:cs="Garamond"/>
          <w:b w:val="0"/>
          <w:i w:val="0"/>
          <w:sz w:val="24"/>
        </w:rPr>
        <w:t>He rolled right, pumped hard, arched his back and shot straight up through the mist into clear sky, rolled right again and dropped back into the cloud. Long enough for the King to see the dragon’s dark shape moving away to the north, back toward dragon land. Rothallan rolled under the belly of the beast without being seen and came up on the other side, and the dragon kept going.</w:t>
      </w:r>
    </w:p>
    <w:p>
      <w:pPr>
        <w:spacing w:before="0" w:after="0"/>
        <w:ind w:firstLine="480"/>
        <w:jc w:val="left"/>
      </w:pPr>
      <w:r>
        <w:rPr>
          <w:rFonts w:ascii="Garamond" w:hAnsi="Garamond" w:cs="Garamond"/>
          <w:b w:val="0"/>
          <w:i w:val="0"/>
          <w:sz w:val="24"/>
        </w:rPr>
        <w:t>Rothallan found a warm current and settled into it, following the dragon north at a distance that felt considerably safer.</w:t>
      </w:r>
    </w:p>
    <w:p>
      <w:pPr>
        <w:spacing w:before="0" w:after="0"/>
        <w:ind w:firstLine="480"/>
        <w:jc w:val="left"/>
      </w:pPr>
      <w:r>
        <w:rPr>
          <w:rFonts w:ascii="Garamond" w:hAnsi="Garamond" w:cs="Garamond"/>
          <w:b w:val="0"/>
          <w:i w:val="0"/>
          <w:sz w:val="24"/>
        </w:rPr>
        <w:t>“There it is, Your Majesty,” he said. “It’s leaving.”</w:t>
      </w:r>
    </w:p>
    <w:p>
      <w:pPr>
        <w:spacing w:before="0" w:after="0"/>
        <w:ind w:firstLine="480"/>
        <w:jc w:val="left"/>
      </w:pPr>
      <w:r>
        <w:rPr>
          <w:rFonts w:ascii="Garamond" w:hAnsi="Garamond" w:cs="Garamond"/>
          <w:b w:val="0"/>
          <w:i w:val="0"/>
          <w:sz w:val="24"/>
        </w:rPr>
        <w:t>The King watched it go and said nothing for a long moment. The staff was cooling in his hand, the light fading back to its ordinary dull glow. Somewhere below them in the city his daughter was under guard in her room and his son was running through dragon land alone and his wife was leading a party of humans through the oldest and most dangerous passages on the island, and one dragon had just looked him in the eye and turned away.</w:t>
      </w:r>
    </w:p>
    <w:p>
      <w:pPr>
        <w:spacing w:before="0" w:after="0"/>
        <w:ind w:firstLine="480"/>
        <w:jc w:val="left"/>
      </w:pPr>
      <w:r>
        <w:rPr>
          <w:rFonts w:ascii="Garamond" w:hAnsi="Garamond" w:cs="Garamond"/>
          <w:b w:val="0"/>
          <w:i w:val="0"/>
          <w:sz w:val="24"/>
        </w:rPr>
        <w:t>He was not sure if that was a victory or a warning.</w:t>
      </w:r>
    </w:p>
    <w:p>
      <w:pPr>
        <w:spacing w:before="480" w:after="360"/>
        <w:ind w:firstLine="0"/>
        <w:jc w:val="center"/>
      </w:pPr>
      <w:r>
        <w:rPr>
          <w:rFonts w:ascii="Garamond" w:hAnsi="Garamond" w:cs="Garamond"/>
          <w:b/>
          <w:i w:val="0"/>
          <w:sz w:val="28"/>
        </w:rPr>
        <w:t>Chapter Forty-Three</w:t>
      </w:r>
    </w:p>
    <w:p>
      <w:pPr>
        <w:spacing w:before="120" w:after="240"/>
        <w:ind w:firstLine="0"/>
        <w:jc w:val="center"/>
      </w:pPr>
      <w:r>
        <w:rPr>
          <w:rFonts w:ascii="Garamond" w:hAnsi="Garamond" w:cs="Garamond"/>
          <w:b w:val="0"/>
          <w:i/>
          <w:sz w:val="24"/>
        </w:rPr>
        <w:t>Day Eight</w:t>
      </w:r>
    </w:p>
    <w:p>
      <w:pPr>
        <w:spacing w:before="0" w:after="0"/>
        <w:ind w:firstLine="480"/>
        <w:jc w:val="left"/>
      </w:pPr>
      <w:r>
        <w:rPr>
          <w:rFonts w:ascii="Garamond" w:hAnsi="Garamond" w:cs="Garamond"/>
          <w:b w:val="0"/>
          <w:i w:val="0"/>
          <w:sz w:val="24"/>
        </w:rPr>
        <w:t>Petra leaned back against the warm rock and let himself feel the sun.</w:t>
      </w:r>
    </w:p>
    <w:p>
      <w:pPr>
        <w:spacing w:before="0" w:after="0"/>
        <w:ind w:firstLine="480"/>
        <w:jc w:val="left"/>
      </w:pPr>
      <w:r>
        <w:rPr>
          <w:rFonts w:ascii="Garamond" w:hAnsi="Garamond" w:cs="Garamond"/>
          <w:b w:val="0"/>
          <w:i w:val="0"/>
          <w:sz w:val="24"/>
        </w:rPr>
        <w:t>These people were born to the underground and seemed genuinely comfortable there, but he was not. He needed open sky and the weight of light on his face and the particular freedom of a valley with no ceiling. He was glad to be through with the Deep, and he intended to think about the Deep as little as possible for the rest of his life. It had been a different kind of fear than dragons. Dragons you could see and fight. The Deep was darkness so complete that his mind had filled it with every terrible thing it could invent, and the narrow paths over nothing, and the silence that swallowed every sound that fell into it, and Jolano taking them through one at a time because the paths were too narrow for two. He still thought he had felt the ledge move under him.</w:t>
      </w:r>
    </w:p>
    <w:p>
      <w:pPr>
        <w:spacing w:before="0" w:after="0"/>
        <w:ind w:firstLine="480"/>
        <w:jc w:val="left"/>
      </w:pPr>
      <w:r>
        <w:rPr>
          <w:rFonts w:ascii="Garamond" w:hAnsi="Garamond" w:cs="Garamond"/>
          <w:b w:val="0"/>
          <w:i w:val="0"/>
          <w:sz w:val="24"/>
        </w:rPr>
        <w:t>Jolano was in the trees, checking the perimeter of the rest site. He had told them the Queen would meet them here, at the alcove entrance to the underground at the edge of dragon land, and that they were not to move from it. They were in dragon territory now and everything that lived here served the dark in one way or another. They were not to be seen.</w:t>
      </w:r>
    </w:p>
    <w:p>
      <w:pPr>
        <w:spacing w:before="0" w:after="0"/>
        <w:ind w:firstLine="480"/>
        <w:jc w:val="left"/>
      </w:pPr>
      <w:r>
        <w:rPr>
          <w:rFonts w:ascii="Garamond" w:hAnsi="Garamond" w:cs="Garamond"/>
          <w:b w:val="0"/>
          <w:i w:val="0"/>
          <w:sz w:val="24"/>
        </w:rPr>
        <w:t>Brunow had taken this news with his eyes already closed, his back against one of the black rocks that pushed up through the cave floor, his feet stretched out in front of him. Verad lay between the two men and was asleep before Jolano finished speaking.</w:t>
      </w:r>
    </w:p>
    <w:p>
      <w:pPr>
        <w:spacing w:before="0" w:after="0"/>
        <w:ind w:firstLine="480"/>
        <w:jc w:val="left"/>
      </w:pPr>
      <w:r>
        <w:rPr>
          <w:rFonts w:ascii="Garamond" w:hAnsi="Garamond" w:cs="Garamond"/>
          <w:b w:val="0"/>
          <w:i w:val="0"/>
          <w:sz w:val="24"/>
        </w:rPr>
        <w:t>It was the Captain’s feet that woke them.</w:t>
      </w:r>
    </w:p>
    <w:p>
      <w:pPr>
        <w:spacing w:before="0" w:after="0"/>
        <w:ind w:firstLine="480"/>
        <w:jc w:val="left"/>
      </w:pPr>
      <w:r>
        <w:rPr>
          <w:rFonts w:ascii="Garamond" w:hAnsi="Garamond" w:cs="Garamond"/>
          <w:b w:val="0"/>
          <w:i w:val="0"/>
          <w:sz w:val="24"/>
        </w:rPr>
        <w:t>Petra had been sitting with his eyes open, watching the tree line, when he noticed Brunow had quietly removed his shoes. What he saw made him reach over and shake Verad awake without a word. The old man’s feet were bad. The scabs from days of hard travel had been pulled away with the leather and what remained was raw and weeping, the kind of damage that went septic if you left it and killed you if you were unlucky. Verad looked at them and looked at Petra.</w:t>
      </w:r>
    </w:p>
    <w:p>
      <w:pPr>
        <w:spacing w:before="0" w:after="0"/>
        <w:ind w:firstLine="480"/>
        <w:jc w:val="left"/>
      </w:pPr>
      <w:r>
        <w:rPr>
          <w:rFonts w:ascii="Garamond" w:hAnsi="Garamond" w:cs="Garamond"/>
          <w:b w:val="0"/>
          <w:i w:val="0"/>
          <w:sz w:val="24"/>
        </w:rPr>
        <w:t>“My father lost his foot,” the boy said quietly. “Frostbite, in the mountains. It starts like this. If the Captain can’t walk in this country he’ll die, or someone carries him.”</w:t>
      </w:r>
    </w:p>
    <w:p>
      <w:pPr>
        <w:spacing w:before="0" w:after="0"/>
        <w:ind w:firstLine="480"/>
        <w:jc w:val="left"/>
      </w:pPr>
      <w:r>
        <w:rPr>
          <w:rFonts w:ascii="Garamond" w:hAnsi="Garamond" w:cs="Garamond"/>
          <w:b w:val="0"/>
          <w:i w:val="0"/>
          <w:sz w:val="24"/>
        </w:rPr>
        <w:t>Jolano appeared at the tree line and motioned them to move.</w:t>
      </w:r>
    </w:p>
    <w:p>
      <w:pPr>
        <w:spacing w:before="0" w:after="0"/>
        <w:ind w:firstLine="480"/>
        <w:jc w:val="left"/>
      </w:pPr>
      <w:r>
        <w:rPr>
          <w:rFonts w:ascii="Garamond" w:hAnsi="Garamond" w:cs="Garamond"/>
          <w:b w:val="0"/>
          <w:i w:val="0"/>
          <w:sz w:val="24"/>
        </w:rPr>
        <w:t>“Captain.” Petra put his hand on the old man’s shoulder. Brunow came awake with a start and immediately tried to reach for his shoes. Verad held them back. “Sit still. I’m going to carry you.”</w:t>
      </w:r>
    </w:p>
    <w:p>
      <w:pPr>
        <w:spacing w:before="0" w:after="0"/>
        <w:ind w:firstLine="480"/>
        <w:jc w:val="left"/>
      </w:pPr>
      <w:r>
        <w:rPr>
          <w:rFonts w:ascii="Garamond" w:hAnsi="Garamond" w:cs="Garamond"/>
          <w:b w:val="0"/>
          <w:i w:val="0"/>
          <w:sz w:val="24"/>
        </w:rPr>
        <w:t>“Nonsense. Give me my shoes.”</w:t>
      </w:r>
    </w:p>
    <w:p>
      <w:pPr>
        <w:spacing w:before="0" w:after="0"/>
        <w:ind w:firstLine="480"/>
        <w:jc w:val="left"/>
      </w:pPr>
      <w:r>
        <w:rPr>
          <w:rFonts w:ascii="Garamond" w:hAnsi="Garamond" w:cs="Garamond"/>
          <w:b w:val="0"/>
          <w:i w:val="0"/>
          <w:sz w:val="24"/>
        </w:rPr>
        <w:t>“Captain, why didn’t you tell us?”</w:t>
      </w:r>
    </w:p>
    <w:p>
      <w:pPr>
        <w:spacing w:before="0" w:after="0"/>
        <w:ind w:firstLine="480"/>
        <w:jc w:val="left"/>
      </w:pPr>
      <w:r>
        <w:rPr>
          <w:rFonts w:ascii="Garamond" w:hAnsi="Garamond" w:cs="Garamond"/>
          <w:b w:val="0"/>
          <w:i w:val="0"/>
          <w:sz w:val="24"/>
        </w:rPr>
        <w:t>“Because I’m perfectly fine if you’ll give me my blasted shoes.” He tried to cover his feet with his hands and winced at the movement.</w:t>
      </w:r>
    </w:p>
    <w:p>
      <w:pPr>
        <w:spacing w:before="0" w:after="0"/>
        <w:ind w:firstLine="480"/>
        <w:jc w:val="left"/>
      </w:pPr>
      <w:r>
        <w:rPr>
          <w:rFonts w:ascii="Garamond" w:hAnsi="Garamond" w:cs="Garamond"/>
          <w:b w:val="0"/>
          <w:i w:val="0"/>
          <w:sz w:val="24"/>
        </w:rPr>
        <w:t>“You’re not fine. I’m still in charge of this mission and you’ll do what I tell you.” Petra softened it immediately. “I’m sorry. We’re worried, that’s all.”</w:t>
      </w:r>
    </w:p>
    <w:p>
      <w:pPr>
        <w:spacing w:before="0" w:after="0"/>
        <w:ind w:firstLine="480"/>
        <w:jc w:val="left"/>
      </w:pPr>
      <w:r>
        <w:rPr>
          <w:rFonts w:ascii="Garamond" w:hAnsi="Garamond" w:cs="Garamond"/>
          <w:b w:val="0"/>
          <w:i w:val="0"/>
          <w:sz w:val="24"/>
        </w:rPr>
        <w:t>“You’re right,” Brunow said, and the fight went out of him all at once. He looked at his own feet with something that was not quite embarrassment but was close to it. “I’ve been too stubborn. I’m slowing you up. Just leave—”</w:t>
      </w:r>
    </w:p>
    <w:p>
      <w:pPr>
        <w:spacing w:before="0" w:after="0"/>
        <w:ind w:firstLine="480"/>
        <w:jc w:val="left"/>
      </w:pPr>
      <w:r>
        <w:rPr>
          <w:rFonts w:ascii="Garamond" w:hAnsi="Garamond" w:cs="Garamond"/>
          <w:b w:val="0"/>
          <w:i w:val="0"/>
          <w:sz w:val="24"/>
        </w:rPr>
        <w:t>“Don’t finish that sentence. Get on my back. That’s an order.”</w:t>
      </w:r>
    </w:p>
    <w:p>
      <w:pPr>
        <w:spacing w:before="0" w:after="0"/>
        <w:ind w:firstLine="480"/>
        <w:jc w:val="left"/>
      </w:pPr>
      <w:r>
        <w:rPr>
          <w:rFonts w:ascii="Garamond" w:hAnsi="Garamond" w:cs="Garamond"/>
          <w:b w:val="0"/>
          <w:i w:val="0"/>
          <w:sz w:val="24"/>
        </w:rPr>
        <w:t>Something lit in the old man’s eyes. Verad helped him up and onto Petra’s back and they set off down the trail at a jog, following Jolano into the trees.</w:t>
      </w:r>
    </w:p>
    <w:p>
      <w:pPr>
        <w:spacing w:before="0" w:after="0"/>
        <w:ind w:firstLine="480"/>
        <w:jc w:val="left"/>
      </w:pPr>
      <w:r>
        <w:rPr>
          <w:rFonts w:ascii="Garamond" w:hAnsi="Garamond" w:cs="Garamond"/>
          <w:b w:val="0"/>
          <w:i w:val="0"/>
          <w:sz w:val="24"/>
        </w:rPr>
        <w:t>They ran for a few minutes before the trail opened into a clearing. The Queen was there with a group of her warriors, and standing among them were horses. Brunow began to shake so hard on Petra’s back that the warrior nearly lost him.</w:t>
      </w:r>
    </w:p>
    <w:p>
      <w:pPr>
        <w:spacing w:before="0" w:after="0"/>
        <w:ind w:firstLine="480"/>
        <w:jc w:val="left"/>
      </w:pPr>
      <w:r>
        <w:rPr>
          <w:rFonts w:ascii="Garamond" w:hAnsi="Garamond" w:cs="Garamond"/>
          <w:b w:val="0"/>
          <w:i w:val="0"/>
          <w:sz w:val="24"/>
        </w:rPr>
        <w:t>Feranthia came forward and motioned two of her people to take the Captain. She had blankets and clothing distributed without ceremony, and Petra’s speed in accepting the blanket was all the apology she needed from him and all the guilt she needed from herself. She had not brought clothing to the cell because she had not planned on doing what she did until she was already doing it.</w:t>
      </w:r>
    </w:p>
    <w:p>
      <w:pPr>
        <w:spacing w:before="0" w:after="0"/>
        <w:ind w:firstLine="480"/>
        <w:jc w:val="left"/>
      </w:pPr>
      <w:r>
        <w:rPr>
          <w:rFonts w:ascii="Garamond" w:hAnsi="Garamond" w:cs="Garamond"/>
          <w:b w:val="0"/>
          <w:i w:val="0"/>
          <w:sz w:val="24"/>
        </w:rPr>
        <w:t>She knelt at Brunow’s feet and studied them. The Captain was not looking at his feet. He was looking past her at the horses.</w:t>
      </w:r>
    </w:p>
    <w:p>
      <w:pPr>
        <w:spacing w:before="0" w:after="0"/>
        <w:ind w:firstLine="480"/>
        <w:jc w:val="left"/>
      </w:pPr>
      <w:r>
        <w:rPr>
          <w:rFonts w:ascii="Garamond" w:hAnsi="Garamond" w:cs="Garamond"/>
          <w:b w:val="0"/>
          <w:i w:val="0"/>
          <w:sz w:val="24"/>
        </w:rPr>
        <w:t>“They are beautiful, aren’t they?” she said without turning.</w:t>
      </w:r>
    </w:p>
    <w:p>
      <w:pPr>
        <w:spacing w:before="0" w:after="0"/>
        <w:ind w:firstLine="480"/>
        <w:jc w:val="left"/>
      </w:pPr>
      <w:r>
        <w:rPr>
          <w:rFonts w:ascii="Garamond" w:hAnsi="Garamond" w:cs="Garamond"/>
          <w:b w:val="0"/>
          <w:i w:val="0"/>
          <w:sz w:val="24"/>
        </w:rPr>
        <w:t>“Yes, ma’am,” he said. Then he looked at her for the first time since they entered the clearing, really looked at her, and said something that came from somewhere he had not planned to reach. “Beauty, found and lost, and found again.”</w:t>
      </w:r>
    </w:p>
    <w:p>
      <w:pPr>
        <w:spacing w:before="0" w:after="0"/>
        <w:ind w:firstLine="480"/>
        <w:jc w:val="left"/>
      </w:pPr>
      <w:r>
        <w:rPr>
          <w:rFonts w:ascii="Garamond" w:hAnsi="Garamond" w:cs="Garamond"/>
          <w:b w:val="0"/>
          <w:i w:val="0"/>
          <w:sz w:val="24"/>
        </w:rPr>
        <w:t>The Queen went very still.</w:t>
      </w:r>
    </w:p>
    <w:p>
      <w:pPr>
        <w:spacing w:before="0" w:after="0"/>
        <w:ind w:firstLine="480"/>
        <w:jc w:val="left"/>
      </w:pPr>
      <w:r>
        <w:rPr>
          <w:rFonts w:ascii="Garamond" w:hAnsi="Garamond" w:cs="Garamond"/>
          <w:b w:val="0"/>
          <w:i w:val="0"/>
          <w:sz w:val="24"/>
        </w:rPr>
        <w:t>She rose slowly and stepped back from him. “The prophecy.” Her voice was barely a sound. “I never understood that line. I thought it of no consequence.” She sat down on the ground, not gracefully, the weight of it taking her legs. “It is the proof. It is the standard we will carry when the children of the first age and the children of the third age stand together against the dark.”</w:t>
      </w:r>
    </w:p>
    <w:p>
      <w:pPr>
        <w:spacing w:before="0" w:after="0"/>
        <w:ind w:firstLine="480"/>
        <w:jc w:val="left"/>
      </w:pPr>
      <w:r>
        <w:rPr>
          <w:rFonts w:ascii="Garamond" w:hAnsi="Garamond" w:cs="Garamond"/>
          <w:b w:val="0"/>
          <w:i w:val="0"/>
          <w:sz w:val="24"/>
        </w:rPr>
        <w:t>Her warriors moved toward her and then stopped when they heard her laughing. It was a full, clean laugh, the kind that comes from relief so deep it has no other exit, and it moved through everyone in the clearing and left something warm behind it. She rose and walked to Petra.</w:t>
      </w:r>
    </w:p>
    <w:p>
      <w:pPr>
        <w:spacing w:before="0" w:after="0"/>
        <w:ind w:firstLine="480"/>
        <w:jc w:val="left"/>
      </w:pPr>
      <w:r>
        <w:rPr>
          <w:rFonts w:ascii="Garamond" w:hAnsi="Garamond" w:cs="Garamond"/>
          <w:b w:val="0"/>
          <w:i w:val="0"/>
          <w:sz w:val="24"/>
        </w:rPr>
        <w:t>“I am sorry you have suffered so much,” she said. “Be comforted. You are our salvation.” She returned to Brunow’s feet and the blue light came from her palm. “Rest while I work. I will tell you what I know when I am finished.”</w:t>
      </w:r>
    </w:p>
    <w:p>
      <w:pPr>
        <w:spacing w:before="0" w:after="0"/>
        <w:ind w:firstLine="480"/>
        <w:jc w:val="left"/>
      </w:pPr>
      <w:r>
        <w:rPr>
          <w:rFonts w:ascii="Garamond" w:hAnsi="Garamond" w:cs="Garamond"/>
          <w:b w:val="0"/>
          <w:i w:val="0"/>
          <w:sz w:val="24"/>
        </w:rPr>
        <w:t>Jolano led Petra and Verad away to the trees. Petra watched the Queen working across the clearing and pulled his blanket tighter and thought about what she had said. Salvation. He was not sure what to do with that word.</w:t>
      </w:r>
    </w:p>
    <w:p>
      <w:pPr>
        <w:spacing w:before="0" w:after="0"/>
        <w:ind w:firstLine="480"/>
        <w:jc w:val="left"/>
      </w:pPr>
      <w:r>
        <w:rPr>
          <w:rFonts w:ascii="Garamond" w:hAnsi="Garamond" w:cs="Garamond"/>
          <w:b w:val="0"/>
          <w:i w:val="0"/>
          <w:sz w:val="24"/>
        </w:rPr>
        <w:t>He felt Verad’s fingers dig into his arm.</w:t>
      </w:r>
    </w:p>
    <w:p>
      <w:pPr>
        <w:spacing w:before="0" w:after="0"/>
        <w:ind w:firstLine="480"/>
        <w:jc w:val="left"/>
      </w:pPr>
      <w:r>
        <w:rPr>
          <w:rFonts w:ascii="Garamond" w:hAnsi="Garamond" w:cs="Garamond"/>
          <w:b w:val="0"/>
          <w:i w:val="0"/>
          <w:sz w:val="24"/>
        </w:rPr>
        <w:t>A horse dropped out of the sky into the center of the clearing and landed on all four feet as though it had simply stepped down from a low ledge. It folded its wings back along its body and they disappeared into the white of its coat, visible only as a faint outline if you looked carefully. It bowed, and looked across the clearing directly at Petra.</w:t>
      </w:r>
    </w:p>
    <w:p>
      <w:pPr>
        <w:spacing w:before="0" w:after="0"/>
        <w:ind w:firstLine="480"/>
        <w:jc w:val="left"/>
      </w:pPr>
      <w:r>
        <w:rPr>
          <w:rFonts w:ascii="Garamond" w:hAnsi="Garamond" w:cs="Garamond"/>
          <w:b w:val="0"/>
          <w:i w:val="0"/>
          <w:sz w:val="24"/>
        </w:rPr>
        <w:t>“I am happy I please you,” it said into his mind. “You are interesting also. My name is Valor. I am the best flier on the island. There is no dragon with the wings to catch me.” It began to walk toward them.</w:t>
      </w:r>
    </w:p>
    <w:p>
      <w:pPr>
        <w:spacing w:before="0" w:after="0"/>
        <w:ind w:firstLine="480"/>
        <w:jc w:val="left"/>
      </w:pPr>
      <w:r>
        <w:rPr>
          <w:rFonts w:ascii="Garamond" w:hAnsi="Garamond" w:cs="Garamond"/>
          <w:b w:val="0"/>
          <w:i w:val="0"/>
          <w:sz w:val="24"/>
        </w:rPr>
        <w:t>“The Equis,” Verad said aloud. He thought toward the horse: “You speak in the way of the mind?”</w:t>
      </w:r>
    </w:p>
    <w:p>
      <w:pPr>
        <w:spacing w:before="0" w:after="0"/>
        <w:ind w:firstLine="480"/>
        <w:jc w:val="left"/>
      </w:pPr>
      <w:r>
        <w:rPr>
          <w:rFonts w:ascii="Garamond" w:hAnsi="Garamond" w:cs="Garamond"/>
          <w:b w:val="0"/>
          <w:i w:val="0"/>
          <w:sz w:val="24"/>
        </w:rPr>
        <w:t>“And you are lost in a world you do not understand,” Valor replied, and both of them heard it, though Petra had not heard the question.</w:t>
      </w:r>
    </w:p>
    <w:p>
      <w:pPr>
        <w:spacing w:before="0" w:after="0"/>
        <w:ind w:firstLine="480"/>
        <w:jc w:val="left"/>
      </w:pPr>
      <w:r>
        <w:rPr>
          <w:rFonts w:ascii="Garamond" w:hAnsi="Garamond" w:cs="Garamond"/>
          <w:b w:val="0"/>
          <w:i w:val="0"/>
          <w:sz w:val="24"/>
        </w:rPr>
        <w:t>Jolano stepped between them and Valor before the horse could continue. “Valor. You are still the most magnificent flier on the island.” He looked at Petra and Verad. “Do you not think so?”</w:t>
      </w:r>
    </w:p>
    <w:p>
      <w:pPr>
        <w:spacing w:before="0" w:after="0"/>
        <w:ind w:firstLine="480"/>
        <w:jc w:val="left"/>
      </w:pPr>
      <w:r>
        <w:rPr>
          <w:rFonts w:ascii="Garamond" w:hAnsi="Garamond" w:cs="Garamond"/>
          <w:b w:val="0"/>
          <w:i w:val="0"/>
          <w:sz w:val="24"/>
        </w:rPr>
        <w:t>“The most magnificent animal I have ever seen,” Petra said, and meant it entirely.</w:t>
      </w:r>
    </w:p>
    <w:p>
      <w:pPr>
        <w:spacing w:before="0" w:after="0"/>
        <w:ind w:firstLine="480"/>
        <w:jc w:val="left"/>
      </w:pPr>
      <w:r>
        <w:rPr>
          <w:rFonts w:ascii="Garamond" w:hAnsi="Garamond" w:cs="Garamond"/>
          <w:b w:val="0"/>
          <w:i w:val="0"/>
          <w:sz w:val="24"/>
        </w:rPr>
        <w:t>“I never imagined anything so beautiful,” Verad said.</w:t>
      </w:r>
    </w:p>
    <w:p>
      <w:pPr>
        <w:spacing w:before="0" w:after="0"/>
        <w:ind w:firstLine="480"/>
        <w:jc w:val="left"/>
      </w:pPr>
      <w:r>
        <w:rPr>
          <w:rFonts w:ascii="Garamond" w:hAnsi="Garamond" w:cs="Garamond"/>
          <w:b w:val="0"/>
          <w:i w:val="0"/>
          <w:sz w:val="24"/>
        </w:rPr>
        <w:t>A scream from across the clearing interrupted them. The Queen was holding Brunow down by the shoulders while the Captain fought to get up and get to the horse. She finished the second foot and stood, and they all came together in the center of the clearing.</w:t>
      </w:r>
    </w:p>
    <w:p>
      <w:pPr>
        <w:spacing w:before="0" w:after="0"/>
        <w:ind w:firstLine="480"/>
        <w:jc w:val="left"/>
      </w:pPr>
      <w:r>
        <w:rPr>
          <w:rFonts w:ascii="Garamond" w:hAnsi="Garamond" w:cs="Garamond"/>
          <w:b w:val="0"/>
          <w:i w:val="0"/>
          <w:sz w:val="24"/>
        </w:rPr>
        <w:t>Valor stepped back and opened his wings to their full span. Twenty feet of them, covered not in feathers but in a soft down held in place by long trailing hairs that caught the light and the breeze together. Brunow bounced on his heels like a child at a conjuring show. The other horses in the clearing, two grays, three red roans and a dappled brown, were each magnificent in their own right. None of them approached what Valor was.</w:t>
      </w:r>
    </w:p>
    <w:p>
      <w:pPr>
        <w:spacing w:before="0" w:after="0"/>
        <w:ind w:firstLine="480"/>
        <w:jc w:val="left"/>
      </w:pPr>
      <w:r>
        <w:rPr>
          <w:rFonts w:ascii="Garamond" w:hAnsi="Garamond" w:cs="Garamond"/>
          <w:b w:val="0"/>
          <w:i w:val="0"/>
          <w:sz w:val="24"/>
        </w:rPr>
        <w:t>“They are all from my father’s herd,” Valor said. “The best of us. They are not quite as good as I am, but they can all outfly a dragon.” The grays’ wings stirred at this.</w:t>
      </w:r>
    </w:p>
    <w:p>
      <w:pPr>
        <w:spacing w:before="0" w:after="0"/>
        <w:ind w:firstLine="480"/>
        <w:jc w:val="left"/>
      </w:pPr>
      <w:r>
        <w:rPr>
          <w:rFonts w:ascii="Garamond" w:hAnsi="Garamond" w:cs="Garamond"/>
          <w:b w:val="0"/>
          <w:i w:val="0"/>
          <w:sz w:val="24"/>
        </w:rPr>
        <w:t>Valor folded his wings and looked at Petra steadily. Petra held the look and felt something he had no ready name for, a recognition without prior meeting, the particular quality of looking at something that has always been yours.</w:t>
      </w:r>
    </w:p>
    <w:p>
      <w:pPr>
        <w:spacing w:before="0" w:after="0"/>
        <w:ind w:firstLine="480"/>
        <w:jc w:val="left"/>
      </w:pPr>
      <w:r>
        <w:rPr>
          <w:rFonts w:ascii="Garamond" w:hAnsi="Garamond" w:cs="Garamond"/>
          <w:b w:val="0"/>
          <w:i w:val="0"/>
          <w:sz w:val="24"/>
        </w:rPr>
        <w:t>“I have been waiting for you,” Valor said, for everyone present to hear. “You are Sabel-Tor, Wing Rider. I have known you since my birth.”</w:t>
      </w:r>
    </w:p>
    <w:p>
      <w:pPr>
        <w:spacing w:before="0" w:after="0"/>
        <w:ind w:firstLine="480"/>
        <w:jc w:val="left"/>
      </w:pPr>
      <w:r>
        <w:rPr>
          <w:rFonts w:ascii="Garamond" w:hAnsi="Garamond" w:cs="Garamond"/>
          <w:b w:val="0"/>
          <w:i w:val="0"/>
          <w:sz w:val="24"/>
        </w:rPr>
        <w:t>“Valor,” the Queen said, “I only told Far Wing a couple of hours ago.”</w:t>
      </w:r>
    </w:p>
    <w:p>
      <w:pPr>
        <w:spacing w:before="0" w:after="0"/>
        <w:ind w:firstLine="480"/>
        <w:jc w:val="left"/>
      </w:pPr>
      <w:r>
        <w:rPr>
          <w:rFonts w:ascii="Garamond" w:hAnsi="Garamond" w:cs="Garamond"/>
          <w:b w:val="0"/>
          <w:i w:val="0"/>
          <w:sz w:val="24"/>
        </w:rPr>
        <w:t>“My father waited before me, and his father before him. The story of Sabel-Tor has been passed down in our family since before time began.” Valor looked between the Queen and Petra. “This one comes with me.”</w:t>
      </w:r>
    </w:p>
    <w:p>
      <w:pPr>
        <w:spacing w:before="0" w:after="0"/>
        <w:ind w:firstLine="480"/>
        <w:jc w:val="left"/>
      </w:pPr>
      <w:r>
        <w:rPr>
          <w:rFonts w:ascii="Garamond" w:hAnsi="Garamond" w:cs="Garamond"/>
          <w:b w:val="0"/>
          <w:i w:val="0"/>
          <w:sz w:val="24"/>
        </w:rPr>
        <w:t>Petra did something he had done once before in his life, for his King. He went to one knee.</w:t>
      </w:r>
    </w:p>
    <w:p>
      <w:pPr>
        <w:spacing w:before="0" w:after="0"/>
        <w:ind w:firstLine="480"/>
        <w:jc w:val="left"/>
      </w:pPr>
      <w:r>
        <w:rPr>
          <w:rFonts w:ascii="Garamond" w:hAnsi="Garamond" w:cs="Garamond"/>
          <w:b w:val="0"/>
          <w:i w:val="0"/>
          <w:sz w:val="24"/>
        </w:rPr>
        <w:t>“I would ride with you through the dark side of Eros if that was where you chose to go,” he said.</w:t>
      </w:r>
    </w:p>
    <w:p>
      <w:pPr>
        <w:spacing w:before="0" w:after="0"/>
        <w:ind w:firstLine="480"/>
        <w:jc w:val="left"/>
      </w:pPr>
      <w:r>
        <w:rPr>
          <w:rFonts w:ascii="Garamond" w:hAnsi="Garamond" w:cs="Garamond"/>
          <w:b w:val="0"/>
          <w:i w:val="0"/>
          <w:sz w:val="24"/>
        </w:rPr>
        <w:t>Brunow watched it happen and felt the weight of it in his chest, the particular ache of witnessing a thing that is right and beautiful and not yours.</w:t>
      </w:r>
    </w:p>
    <w:p>
      <w:pPr>
        <w:spacing w:before="0" w:after="0"/>
        <w:ind w:firstLine="480"/>
        <w:jc w:val="left"/>
      </w:pPr>
      <w:r>
        <w:rPr>
          <w:rFonts w:ascii="Garamond" w:hAnsi="Garamond" w:cs="Garamond"/>
          <w:b w:val="0"/>
          <w:i w:val="0"/>
          <w:sz w:val="24"/>
        </w:rPr>
        <w:t>The Queen placed her hand gently on Valor’s side. “Your family is a proud one. But that was not the agreement I made with your father. I cannot give him to you yet. We need to understand the prophecy first. We need to know who goes with whom and why.”</w:t>
      </w:r>
    </w:p>
    <w:p>
      <w:pPr>
        <w:spacing w:before="0" w:after="0"/>
        <w:ind w:firstLine="480"/>
        <w:jc w:val="left"/>
      </w:pPr>
      <w:r>
        <w:rPr>
          <w:rFonts w:ascii="Garamond" w:hAnsi="Garamond" w:cs="Garamond"/>
          <w:b w:val="0"/>
          <w:i w:val="0"/>
          <w:sz w:val="24"/>
        </w:rPr>
        <w:t>Petra came to his feet with a look that Jolano recognized and moved his hand to his sword for.</w:t>
      </w:r>
    </w:p>
    <w:p>
      <w:pPr>
        <w:spacing w:before="0" w:after="0"/>
        <w:ind w:firstLine="480"/>
        <w:jc w:val="left"/>
      </w:pPr>
      <w:r>
        <w:rPr>
          <w:rFonts w:ascii="Garamond" w:hAnsi="Garamond" w:cs="Garamond"/>
          <w:b w:val="0"/>
          <w:i w:val="0"/>
          <w:sz w:val="24"/>
        </w:rPr>
        <w:t>“That agreement was made before my father knew it was Sabel-Tor,” Valor said, and his mind-voice carried to everyone in the clearing. “He would tell you himself if he were here.”</w:t>
      </w:r>
    </w:p>
    <w:p>
      <w:pPr>
        <w:spacing w:before="0" w:after="0"/>
        <w:ind w:firstLine="480"/>
        <w:jc w:val="left"/>
      </w:pPr>
      <w:r>
        <w:rPr>
          <w:rFonts w:ascii="Garamond" w:hAnsi="Garamond" w:cs="Garamond"/>
          <w:b w:val="0"/>
          <w:i w:val="0"/>
          <w:sz w:val="24"/>
        </w:rPr>
        <w:t>Before the Queen could answer, two more Equis dropped into the clearing. Two elven warriors slid from their necks and came to her at a run, bowing quickly before they spoke.</w:t>
      </w:r>
    </w:p>
    <w:p>
      <w:pPr>
        <w:spacing w:before="0" w:after="0"/>
        <w:ind w:firstLine="480"/>
        <w:jc w:val="left"/>
      </w:pPr>
      <w:r>
        <w:rPr>
          <w:rFonts w:ascii="Garamond" w:hAnsi="Garamond" w:cs="Garamond"/>
          <w:b w:val="0"/>
          <w:i w:val="0"/>
          <w:sz w:val="24"/>
        </w:rPr>
        <w:t>“We are trapped on the surface and the dragons are coming.” The first warrior caught his breath. “We split from Jolano’s group and went to the surface to lose the Alterians following us. We ran into a pack of club-tails. Nothing we couldn’t manage, but it took time, and the Alterians caught up while we were finishing them. We were forced to fight alongside each other against a second group of spawn. There were more coming after that. Which means the dragons themselves are not far behind.”</w:t>
      </w:r>
    </w:p>
    <w:p>
      <w:pPr>
        <w:spacing w:before="0" w:after="0"/>
        <w:ind w:firstLine="480"/>
        <w:jc w:val="left"/>
      </w:pPr>
      <w:r>
        <w:rPr>
          <w:rFonts w:ascii="Garamond" w:hAnsi="Garamond" w:cs="Garamond"/>
          <w:b w:val="0"/>
          <w:i w:val="0"/>
          <w:sz w:val="24"/>
        </w:rPr>
        <w:t>“Can we get there in time?” the Queen asked.</w:t>
      </w:r>
    </w:p>
    <w:p>
      <w:pPr>
        <w:spacing w:before="0" w:after="0"/>
        <w:ind w:firstLine="480"/>
        <w:jc w:val="left"/>
      </w:pPr>
      <w:r>
        <w:rPr>
          <w:rFonts w:ascii="Garamond" w:hAnsi="Garamond" w:cs="Garamond"/>
          <w:b w:val="0"/>
          <w:i w:val="0"/>
          <w:sz w:val="24"/>
        </w:rPr>
        <w:t>“With the Equis we can.”</w:t>
      </w:r>
    </w:p>
    <w:p>
      <w:pPr>
        <w:spacing w:before="0" w:after="0"/>
        <w:ind w:firstLine="480"/>
        <w:jc w:val="left"/>
      </w:pPr>
      <w:r>
        <w:rPr>
          <w:rFonts w:ascii="Garamond" w:hAnsi="Garamond" w:cs="Garamond"/>
          <w:b w:val="0"/>
          <w:i w:val="0"/>
          <w:sz w:val="24"/>
        </w:rPr>
        <w:t>“Valor, can you call more fliers?”</w:t>
      </w:r>
    </w:p>
    <w:p>
      <w:pPr>
        <w:spacing w:before="0" w:after="0"/>
        <w:ind w:firstLine="480"/>
        <w:jc w:val="left"/>
      </w:pPr>
      <w:r>
        <w:rPr>
          <w:rFonts w:ascii="Garamond" w:hAnsi="Garamond" w:cs="Garamond"/>
          <w:b w:val="0"/>
          <w:i w:val="0"/>
          <w:sz w:val="24"/>
        </w:rPr>
        <w:t>“Already done,” he said. “We go now.”</w:t>
      </w:r>
    </w:p>
    <w:p>
      <w:pPr>
        <w:spacing w:before="0" w:after="0"/>
        <w:ind w:firstLine="480"/>
        <w:jc w:val="left"/>
      </w:pPr>
      <w:r>
        <w:rPr>
          <w:rFonts w:ascii="Garamond" w:hAnsi="Garamond" w:cs="Garamond"/>
          <w:b w:val="0"/>
          <w:i w:val="0"/>
          <w:sz w:val="24"/>
        </w:rPr>
        <w:t>He backed up and looked at Petra, and Petra needed nothing more than that. He swung his leg over the bowed neck and Valor rose and the warrior settled into place just ahead of the wing joint and felt, with a certainty that surprised him, that he had been here before.</w:t>
      </w:r>
    </w:p>
    <w:p>
      <w:pPr>
        <w:spacing w:before="0" w:after="0"/>
        <w:ind w:firstLine="480"/>
        <w:jc w:val="left"/>
      </w:pPr>
      <w:r>
        <w:rPr>
          <w:rFonts w:ascii="Garamond" w:hAnsi="Garamond" w:cs="Garamond"/>
          <w:b w:val="0"/>
          <w:i w:val="0"/>
          <w:sz w:val="24"/>
        </w:rPr>
        <w:t>“Do not worry,” Valor said as the ground fell away. “I will not let you fall.”</w:t>
      </w:r>
    </w:p>
    <w:p>
      <w:pPr>
        <w:spacing w:before="0" w:after="0"/>
        <w:ind w:firstLine="480"/>
        <w:jc w:val="left"/>
      </w:pPr>
      <w:r>
        <w:rPr>
          <w:rFonts w:ascii="Garamond" w:hAnsi="Garamond" w:cs="Garamond"/>
          <w:b w:val="0"/>
          <w:i w:val="0"/>
          <w:sz w:val="24"/>
        </w:rPr>
        <w:t>Petra looked back expecting the others behind him. The clearing was already small below. He could just make out Verad pulling himself onto the roan. He turned forward and the valley opened beneath them, vast and green and lit by Otos, and for one moment the mission and the fear and the years of failure dropped away entirely and there was only this.</w:t>
      </w:r>
    </w:p>
    <w:p>
      <w:pPr>
        <w:spacing w:before="0" w:after="0"/>
        <w:ind w:firstLine="480"/>
        <w:jc w:val="left"/>
      </w:pPr>
      <w:r>
        <w:rPr>
          <w:rFonts w:ascii="Garamond" w:hAnsi="Garamond" w:cs="Garamond"/>
          <w:b w:val="0"/>
          <w:i w:val="0"/>
          <w:sz w:val="24"/>
        </w:rPr>
        <w:t>“How do we know where we’re going?”</w:t>
      </w:r>
    </w:p>
    <w:p>
      <w:pPr>
        <w:spacing w:before="0" w:after="0"/>
        <w:ind w:firstLine="480"/>
        <w:jc w:val="left"/>
      </w:pPr>
      <w:r>
        <w:rPr>
          <w:rFonts w:ascii="Garamond" w:hAnsi="Garamond" w:cs="Garamond"/>
          <w:b w:val="0"/>
          <w:i w:val="0"/>
          <w:sz w:val="24"/>
        </w:rPr>
        <w:t>“I asked,” Valor said. “Just over this ridge. And—” a pause that felt almost like humor, “do try not to cut me.”</w:t>
      </w:r>
    </w:p>
    <w:p>
      <w:pPr>
        <w:spacing w:before="0" w:after="0"/>
        <w:ind w:firstLine="480"/>
        <w:jc w:val="left"/>
      </w:pPr>
      <w:r>
        <w:rPr>
          <w:rFonts w:ascii="Garamond" w:hAnsi="Garamond" w:cs="Garamond"/>
          <w:b w:val="0"/>
          <w:i w:val="0"/>
          <w:sz w:val="24"/>
        </w:rPr>
        <w:t>They came in low over the ridge, trees rushing beneath them, and Petra opened his mouth and made no sound because there were no words adequate to the speed and the light and the drop into the valley beyond. This was what life was for. He knew it with the certainty of a man who has had very few such moments and recognizes them when they come.</w:t>
      </w:r>
    </w:p>
    <w:p>
      <w:pPr>
        <w:spacing w:before="0" w:after="0"/>
        <w:ind w:firstLine="480"/>
        <w:jc w:val="left"/>
      </w:pPr>
      <w:r>
        <w:rPr>
          <w:rFonts w:ascii="Garamond" w:hAnsi="Garamond" w:cs="Garamond"/>
          <w:b w:val="0"/>
          <w:i w:val="0"/>
          <w:sz w:val="24"/>
        </w:rPr>
        <w:t>Below them the fight was visible from above in a way no ground fighter ever saw a fight. A dark mass of creatures had encircled a knot of elven warriors on a hilltop, and the line was breaking from the direction Petra and Valor were coming. He had no more than registered it when Valor popped over the crest of the hill and drove his body into the horde at full speed, scattering them in every direction. By the time Petra had his sword out they were twenty feet up and turning for another pass.</w:t>
      </w:r>
    </w:p>
    <w:p>
      <w:pPr>
        <w:spacing w:before="0" w:after="0"/>
        <w:ind w:firstLine="480"/>
        <w:jc w:val="left"/>
      </w:pPr>
      <w:r>
        <w:rPr>
          <w:rFonts w:ascii="Garamond" w:hAnsi="Garamond" w:cs="Garamond"/>
          <w:b w:val="0"/>
          <w:i w:val="0"/>
          <w:sz w:val="24"/>
        </w:rPr>
        <w:t>“You will get the hang of it,” Valor said.</w:t>
      </w:r>
    </w:p>
    <w:p>
      <w:pPr>
        <w:spacing w:before="0" w:after="0"/>
        <w:ind w:firstLine="480"/>
        <w:jc w:val="left"/>
      </w:pPr>
      <w:r>
        <w:rPr>
          <w:rFonts w:ascii="Garamond" w:hAnsi="Garamond" w:cs="Garamond"/>
          <w:b w:val="0"/>
          <w:i w:val="0"/>
          <w:sz w:val="24"/>
        </w:rPr>
        <w:t>Ten other Equis were already working the meadow, the mounted elven warriors driving the scavengers back toward the tree line. What had been a surrounded position was breaking open. The creatures that did not run made the mistake of holding, and Valor put Petra down on the hilltop among them and was back in the air before the warrior had fully found his feet.</w:t>
      </w:r>
    </w:p>
    <w:p>
      <w:pPr>
        <w:spacing w:before="0" w:after="0"/>
        <w:ind w:firstLine="480"/>
        <w:jc w:val="left"/>
      </w:pPr>
      <w:r>
        <w:rPr>
          <w:rFonts w:ascii="Garamond" w:hAnsi="Garamond" w:cs="Garamond"/>
          <w:b w:val="0"/>
          <w:i w:val="0"/>
          <w:sz w:val="24"/>
        </w:rPr>
        <w:t>Petra understood this perfectly. He had his sword and he had solid ground and he had enemies he could see. He put two months of accumulated fear and frustration into the first swing and cleared everything within reach of it, and moved to the next group, and in two passes the fight on the hill was over and the scavengers were running for the woods with horses harassing them all the way.</w:t>
      </w:r>
    </w:p>
    <w:p>
      <w:pPr>
        <w:spacing w:before="0" w:after="0"/>
        <w:ind w:firstLine="480"/>
        <w:jc w:val="left"/>
      </w:pPr>
      <w:r>
        <w:rPr>
          <w:rFonts w:ascii="Garamond" w:hAnsi="Garamond" w:cs="Garamond"/>
          <w:b w:val="0"/>
          <w:i w:val="0"/>
          <w:sz w:val="24"/>
        </w:rPr>
        <w:t>When he turned, two Alterian warriors had their swords pointed at him. They held off on a word from Terra Sario, who had seen what the big man just did and was also aware that the sound of dragons on wing was not far away. Before either side could decide what to do about the other, several Valorians stepped in front of Petra. The lines formed without anyone giving an order.</w:t>
      </w:r>
    </w:p>
    <w:p>
      <w:pPr>
        <w:spacing w:before="0" w:after="0"/>
        <w:ind w:firstLine="480"/>
        <w:jc w:val="left"/>
      </w:pPr>
      <w:r>
        <w:rPr>
          <w:rFonts w:ascii="Garamond" w:hAnsi="Garamond" w:cs="Garamond"/>
          <w:b w:val="0"/>
          <w:i w:val="0"/>
          <w:sz w:val="24"/>
        </w:rPr>
        <w:t>The Queen landed and pushed through to the front.</w:t>
      </w:r>
    </w:p>
    <w:p>
      <w:pPr>
        <w:spacing w:before="0" w:after="0"/>
        <w:ind w:firstLine="480"/>
        <w:jc w:val="left"/>
      </w:pPr>
      <w:r>
        <w:rPr>
          <w:rFonts w:ascii="Garamond" w:hAnsi="Garamond" w:cs="Garamond"/>
          <w:b w:val="0"/>
          <w:i w:val="0"/>
          <w:sz w:val="24"/>
        </w:rPr>
        <w:t>“What are you doing?” She looked at both sides without favor. “The dragons are coming and you want to fight over a bone like starving club-tails.”</w:t>
      </w:r>
    </w:p>
    <w:p>
      <w:pPr>
        <w:spacing w:before="0" w:after="0"/>
        <w:ind w:firstLine="480"/>
        <w:jc w:val="left"/>
      </w:pPr>
      <w:r>
        <w:rPr>
          <w:rFonts w:ascii="Garamond" w:hAnsi="Garamond" w:cs="Garamond"/>
          <w:b w:val="0"/>
          <w:i w:val="0"/>
          <w:sz w:val="24"/>
        </w:rPr>
        <w:t>Terra Sario stepped forward. “You stole from us. I would not be surprised if you had something to do with our failing Dragon Star.”</w:t>
      </w:r>
    </w:p>
    <w:p>
      <w:pPr>
        <w:spacing w:before="0" w:after="0"/>
        <w:ind w:firstLine="480"/>
        <w:jc w:val="left"/>
      </w:pPr>
      <w:r>
        <w:rPr>
          <w:rFonts w:ascii="Garamond" w:hAnsi="Garamond" w:cs="Garamond"/>
          <w:b w:val="0"/>
          <w:i w:val="0"/>
          <w:sz w:val="24"/>
        </w:rPr>
        <w:t>Jolano moved to accept the challenge and the Queen held him back with one hand.</w:t>
      </w:r>
    </w:p>
    <w:p>
      <w:pPr>
        <w:spacing w:before="0" w:after="0"/>
        <w:ind w:firstLine="480"/>
        <w:jc w:val="left"/>
      </w:pPr>
      <w:r>
        <w:rPr>
          <w:rFonts w:ascii="Garamond" w:hAnsi="Garamond" w:cs="Garamond"/>
          <w:b w:val="0"/>
          <w:i w:val="0"/>
          <w:sz w:val="24"/>
        </w:rPr>
        <w:t>“I will not return what I took so your council can kill them.” She drew her sword. “If I must, I will hold them by force.”</w:t>
      </w:r>
    </w:p>
    <w:p>
      <w:pPr>
        <w:spacing w:before="0" w:after="0"/>
        <w:ind w:firstLine="480"/>
        <w:jc w:val="left"/>
      </w:pPr>
      <w:r>
        <w:rPr>
          <w:rFonts w:ascii="Garamond" w:hAnsi="Garamond" w:cs="Garamond"/>
          <w:b w:val="0"/>
          <w:i w:val="0"/>
          <w:sz w:val="24"/>
        </w:rPr>
        <w:t>Both sides went to their positions and the clearing went tight with it. In recorded history the two peoples had never fought each other outright, not once, and the fact that it had never happened did not make it feel less possible right now.</w:t>
      </w:r>
    </w:p>
    <w:p>
      <w:pPr>
        <w:spacing w:before="0" w:after="0"/>
        <w:ind w:firstLine="480"/>
        <w:jc w:val="left"/>
      </w:pPr>
      <w:r>
        <w:rPr>
          <w:rFonts w:ascii="Garamond" w:hAnsi="Garamond" w:cs="Garamond"/>
          <w:b w:val="0"/>
          <w:i w:val="0"/>
          <w:sz w:val="24"/>
        </w:rPr>
        <w:t>From his seat on the roan drifting above the clearing, Verad could see all of it and was watching Petra specifically when something in his peripheral vision made him look toward the tree line. Something was moving there that should not have been moving. A tree, or something shaped like a tree, coming fast on many legs, its many eyes scanning in every direction at once.</w:t>
      </w:r>
    </w:p>
    <w:p>
      <w:pPr>
        <w:spacing w:before="0" w:after="0"/>
        <w:ind w:firstLine="480"/>
        <w:jc w:val="left"/>
      </w:pPr>
      <w:r>
        <w:rPr>
          <w:rFonts w:ascii="Garamond" w:hAnsi="Garamond" w:cs="Garamond"/>
          <w:b w:val="0"/>
          <w:i w:val="0"/>
          <w:sz w:val="24"/>
        </w:rPr>
        <w:t>He had seen those eyes before.</w:t>
      </w:r>
    </w:p>
    <w:p>
      <w:pPr>
        <w:spacing w:before="0" w:after="0"/>
        <w:ind w:firstLine="480"/>
        <w:jc w:val="left"/>
      </w:pPr>
      <w:r>
        <w:rPr>
          <w:rFonts w:ascii="Garamond" w:hAnsi="Garamond" w:cs="Garamond"/>
          <w:b w:val="0"/>
          <w:i w:val="0"/>
          <w:sz w:val="24"/>
        </w:rPr>
        <w:t>“Back to the Queen,” he said aloud, and the roan turned and drove for the hilltop without being asked twice.</w:t>
      </w:r>
    </w:p>
    <w:p>
      <w:pPr>
        <w:spacing w:before="0" w:after="0"/>
        <w:ind w:firstLine="480"/>
        <w:jc w:val="left"/>
      </w:pPr>
      <w:r>
        <w:rPr>
          <w:rFonts w:ascii="Garamond" w:hAnsi="Garamond" w:cs="Garamond"/>
          <w:b w:val="0"/>
          <w:i w:val="0"/>
          <w:sz w:val="24"/>
        </w:rPr>
        <w:t>They topped the hill at the same moment the running tree did, startling everyone on both sides into stillness. Verad jumped from the roan’s neck before it landed, misjudged the distance, rolled, and came up on his feet between the two armed groups and the thing that had just arrived.</w:t>
      </w:r>
    </w:p>
    <w:p>
      <w:pPr>
        <w:spacing w:before="0" w:after="0"/>
        <w:ind w:firstLine="480"/>
        <w:jc w:val="left"/>
      </w:pPr>
      <w:r>
        <w:rPr>
          <w:rFonts w:ascii="Garamond" w:hAnsi="Garamond" w:cs="Garamond"/>
          <w:b w:val="0"/>
          <w:i w:val="0"/>
          <w:sz w:val="24"/>
        </w:rPr>
        <w:t>He looked at it. It looked at him, two of its many eyes finding his.</w:t>
      </w:r>
    </w:p>
    <w:p>
      <w:pPr>
        <w:spacing w:before="0" w:after="0"/>
        <w:ind w:firstLine="480"/>
        <w:jc w:val="left"/>
      </w:pPr>
      <w:r>
        <w:rPr>
          <w:rFonts w:ascii="Garamond" w:hAnsi="Garamond" w:cs="Garamond"/>
          <w:b w:val="0"/>
          <w:i w:val="0"/>
          <w:sz w:val="24"/>
        </w:rPr>
        <w:t>“It is you,” Verad said. “I know it.”</w:t>
      </w:r>
    </w:p>
    <w:p>
      <w:pPr>
        <w:spacing w:before="0" w:after="0"/>
        <w:ind w:firstLine="480"/>
        <w:jc w:val="left"/>
      </w:pPr>
      <w:r>
        <w:rPr>
          <w:rFonts w:ascii="Garamond" w:hAnsi="Garamond" w:cs="Garamond"/>
          <w:b w:val="0"/>
          <w:i w:val="0"/>
          <w:sz w:val="24"/>
        </w:rPr>
        <w:t>The Queen approached slowly. “Kathiasio?” She said nothing more aloud, but her face moved through a conversation that nobody else could hear.</w:t>
      </w:r>
    </w:p>
    <w:p>
      <w:pPr>
        <w:spacing w:before="0" w:after="0"/>
        <w:ind w:firstLine="480"/>
        <w:jc w:val="left"/>
      </w:pPr>
      <w:r>
        <w:rPr>
          <w:rFonts w:ascii="Garamond" w:hAnsi="Garamond" w:cs="Garamond"/>
          <w:b w:val="0"/>
          <w:i w:val="0"/>
          <w:sz w:val="24"/>
        </w:rPr>
        <w:t>Kato settled himself and his roots found the ground and a green light began to build around him. His form went soft within it. The elves on the hill moved back and watched, because they could see within the light what was happening there, the shape changing, the man returning.</w:t>
      </w:r>
    </w:p>
    <w:p>
      <w:pPr>
        <w:spacing w:before="0" w:after="0"/>
        <w:ind w:firstLine="480"/>
        <w:jc w:val="left"/>
      </w:pPr>
      <w:r>
        <w:rPr>
          <w:rFonts w:ascii="Garamond" w:hAnsi="Garamond" w:cs="Garamond"/>
          <w:b w:val="0"/>
          <w:i w:val="0"/>
          <w:sz w:val="24"/>
        </w:rPr>
        <w:t>“Dragons on wing,” the Queen said. Valor had told her. Minutes, perhaps less. “Everyone to the skies. Find a mount.” She turned to Terra Sario and walked straight to him despite the sword still in his hand. “Tell the King I will return with a Dragon Star. Tell him the prophecy is real and the time has come. Tell him not to lose faith. It is our destiny to leave this island.” She put her hand on his arm. “There will be darkness before the victory, but the victory will come. Keep my daughter safe. I charge you with that.” She looked at him until he nodded. “Take that mount. Go now. Tell the King everything. Tell him to look in the histories. The answer is in the past.”</w:t>
      </w:r>
    </w:p>
    <w:p>
      <w:pPr>
        <w:spacing w:before="0" w:after="0"/>
        <w:ind w:firstLine="480"/>
        <w:jc w:val="left"/>
      </w:pPr>
      <w:r>
        <w:rPr>
          <w:rFonts w:ascii="Garamond" w:hAnsi="Garamond" w:cs="Garamond"/>
          <w:b w:val="0"/>
          <w:i w:val="0"/>
          <w:sz w:val="24"/>
        </w:rPr>
        <w:t>Terra Sario mounted the nearest Equis and was gone before the echo of her voice faded. He had not accomplished his mission. He thought the King would understand.</w:t>
      </w:r>
    </w:p>
    <w:p>
      <w:pPr>
        <w:spacing w:before="480" w:after="360"/>
        <w:ind w:firstLine="0"/>
        <w:jc w:val="center"/>
      </w:pPr>
      <w:r>
        <w:rPr>
          <w:rFonts w:ascii="Garamond" w:hAnsi="Garamond" w:cs="Garamond"/>
          <w:b/>
          <w:i w:val="0"/>
          <w:sz w:val="28"/>
        </w:rPr>
        <w:t>Chapter Forty-Four</w:t>
      </w:r>
    </w:p>
    <w:p>
      <w:pPr>
        <w:spacing w:before="0" w:after="0"/>
        <w:ind w:firstLine="480"/>
        <w:jc w:val="left"/>
      </w:pPr>
      <w:r>
        <w:rPr>
          <w:rFonts w:ascii="Garamond" w:hAnsi="Garamond" w:cs="Garamond"/>
          <w:b w:val="0"/>
          <w:i w:val="0"/>
          <w:sz w:val="24"/>
        </w:rPr>
        <w:t>The room had once been a library. Now it was dark except for a single candle on a dust-covered table, and the councilor bent over six ancient books spread open in front of him, shifting from one to another as he read.</w:t>
      </w:r>
    </w:p>
    <w:p>
      <w:pPr>
        <w:spacing w:before="0" w:after="0"/>
        <w:ind w:firstLine="480"/>
        <w:jc w:val="left"/>
      </w:pPr>
      <w:r>
        <w:rPr>
          <w:rFonts w:ascii="Garamond" w:hAnsi="Garamond" w:cs="Garamond"/>
          <w:b w:val="0"/>
          <w:i w:val="0"/>
          <w:sz w:val="24"/>
        </w:rPr>
        <w:t>The leather covers were cracking from three thousand years of disuse. If the sealed alcove where they were found had been any less airtight they would have been dust. If Kato and Pico had not explored the passages beneath the palace they would never have been found at all. As it was, the ink was nearly too faded to follow in places, and Councilor Laranthio Nalbieth had to hold the candle close and squint to make out the words.</w:t>
      </w:r>
    </w:p>
    <w:p>
      <w:pPr>
        <w:spacing w:before="0" w:after="0"/>
        <w:ind w:firstLine="480"/>
        <w:jc w:val="left"/>
      </w:pPr>
      <w:r>
        <w:rPr>
          <w:rFonts w:ascii="Garamond" w:hAnsi="Garamond" w:cs="Garamond"/>
          <w:b w:val="0"/>
          <w:i w:val="0"/>
          <w:sz w:val="24"/>
        </w:rPr>
        <w:t>He had been a senior councilor for over fifty years and was approaching the age when elves typically stepped back from public life and took up a trade. Not rest, which was an anathema to his kind, but craft, something done with the hands, pursued until the age of two hundred and fifty or thereabouts, at which point you returned to the temple and to Telecio. He was shorter than the average Alterian, a throwback to Valorian blood from the generations before the exile, and he had the same complicated feelings about the Valorians that most of his people carried. Outwardly, at least. Inwardly he had wanted reconciliation for as long as he could remember, and had learned to keep that to himself.</w:t>
      </w:r>
    </w:p>
    <w:p>
      <w:pPr>
        <w:spacing w:before="0" w:after="0"/>
        <w:ind w:firstLine="480"/>
        <w:jc w:val="left"/>
      </w:pPr>
      <w:r>
        <w:rPr>
          <w:rFonts w:ascii="Garamond" w:hAnsi="Garamond" w:cs="Garamond"/>
          <w:b w:val="0"/>
          <w:i w:val="0"/>
          <w:sz w:val="24"/>
        </w:rPr>
        <w:t>He had not believed in the prophecy. Not until the Valorians came to the city for the gathering. He had used the hidden corridors in the guest quarters to listen to them talk among themselves after they returned from the arena, and what he heard had shaken something loose in him that had not resettled yet. They were certain the strangers were the children of the third age. They believed it the way you believed something you had been waiting for. And if they were right, then everything Nalbieth had thought for fifty years was wrong, and the King’s children had found something real in these dusty books.</w:t>
      </w:r>
    </w:p>
    <w:p>
      <w:pPr>
        <w:spacing w:before="0" w:after="0"/>
        <w:ind w:firstLine="480"/>
        <w:jc w:val="left"/>
      </w:pPr>
      <w:r>
        <w:rPr>
          <w:rFonts w:ascii="Garamond" w:hAnsi="Garamond" w:cs="Garamond"/>
          <w:b w:val="0"/>
          <w:i w:val="0"/>
          <w:sz w:val="24"/>
        </w:rPr>
        <w:t>A soft knock at the edge of the light made him turn. The Princess stood in the dark with his clerk’s son beside her.</w:t>
      </w:r>
    </w:p>
    <w:p>
      <w:pPr>
        <w:spacing w:before="0" w:after="0"/>
        <w:ind w:firstLine="480"/>
        <w:jc w:val="left"/>
      </w:pPr>
      <w:r>
        <w:rPr>
          <w:rFonts w:ascii="Garamond" w:hAnsi="Garamond" w:cs="Garamond"/>
          <w:b w:val="0"/>
          <w:i w:val="0"/>
          <w:sz w:val="24"/>
        </w:rPr>
        <w:t>He waved Galio off. Galio stayed.</w:t>
      </w:r>
    </w:p>
    <w:p>
      <w:pPr>
        <w:spacing w:before="0" w:after="0"/>
        <w:ind w:firstLine="480"/>
        <w:jc w:val="left"/>
      </w:pPr>
      <w:r>
        <w:rPr>
          <w:rFonts w:ascii="Garamond" w:hAnsi="Garamond" w:cs="Garamond"/>
          <w:b w:val="0"/>
          <w:i w:val="0"/>
          <w:sz w:val="24"/>
        </w:rPr>
        <w:t>“A dragon has been spotted near the upper valley,” Galio said. “The King has gone to investigate.”</w:t>
      </w:r>
    </w:p>
    <w:p>
      <w:pPr>
        <w:spacing w:before="0" w:after="0"/>
        <w:ind w:firstLine="480"/>
        <w:jc w:val="left"/>
      </w:pPr>
      <w:r>
        <w:rPr>
          <w:rFonts w:ascii="Garamond" w:hAnsi="Garamond" w:cs="Garamond"/>
          <w:b w:val="0"/>
          <w:i w:val="0"/>
          <w:sz w:val="24"/>
        </w:rPr>
        <w:t>Nalbieth looked at Pico. “This is true?”</w:t>
      </w:r>
    </w:p>
    <w:p>
      <w:pPr>
        <w:spacing w:before="0" w:after="0"/>
        <w:ind w:firstLine="480"/>
        <w:jc w:val="left"/>
      </w:pPr>
      <w:r>
        <w:rPr>
          <w:rFonts w:ascii="Garamond" w:hAnsi="Garamond" w:cs="Garamond"/>
          <w:b w:val="0"/>
          <w:i w:val="0"/>
          <w:sz w:val="24"/>
        </w:rPr>
        <w:t>“Yes. Another line of the prophecy coming to pass. My father will unintentionally let the dragons know how weak we are.”</w:t>
      </w:r>
    </w:p>
    <w:p>
      <w:pPr>
        <w:spacing w:before="0" w:after="0"/>
        <w:ind w:firstLine="480"/>
        <w:jc w:val="left"/>
      </w:pPr>
      <w:r>
        <w:rPr>
          <w:rFonts w:ascii="Garamond" w:hAnsi="Garamond" w:cs="Garamond"/>
          <w:b w:val="0"/>
          <w:i w:val="0"/>
          <w:sz w:val="24"/>
        </w:rPr>
        <w:t>“It is too soon.” He turned back to the table and the open books. “I have barely begun. There are at least twelve volumes I haven’t opened, and possibly more in other vaults scattered through the city. I must find the answer.”</w:t>
      </w:r>
    </w:p>
    <w:p>
      <w:pPr>
        <w:spacing w:before="0" w:after="0"/>
        <w:ind w:firstLine="480"/>
        <w:jc w:val="left"/>
      </w:pPr>
      <w:r>
        <w:rPr>
          <w:rFonts w:ascii="Garamond" w:hAnsi="Garamond" w:cs="Garamond"/>
          <w:b w:val="0"/>
          <w:i w:val="0"/>
          <w:sz w:val="24"/>
        </w:rPr>
        <w:t>“What answer? What do the histories have to do with what’s happening now?” Galio asked.</w:t>
      </w:r>
    </w:p>
    <w:p>
      <w:pPr>
        <w:spacing w:before="0" w:after="0"/>
        <w:ind w:firstLine="480"/>
        <w:jc w:val="left"/>
      </w:pPr>
      <w:r>
        <w:rPr>
          <w:rFonts w:ascii="Garamond" w:hAnsi="Garamond" w:cs="Garamond"/>
          <w:b w:val="0"/>
          <w:i w:val="0"/>
          <w:sz w:val="24"/>
        </w:rPr>
        <w:t>“Did I not dismiss you?”</w:t>
      </w:r>
    </w:p>
    <w:p>
      <w:pPr>
        <w:spacing w:before="0" w:after="0"/>
        <w:ind w:firstLine="480"/>
        <w:jc w:val="left"/>
      </w:pPr>
      <w:r>
        <w:rPr>
          <w:rFonts w:ascii="Garamond" w:hAnsi="Garamond" w:cs="Garamond"/>
          <w:b w:val="0"/>
          <w:i w:val="0"/>
          <w:sz w:val="24"/>
        </w:rPr>
        <w:t>“He stays,” Pico said. “The entire city should know about the prophecy by now. One of them might have had the answer already, but it is too late for that. We have to find it ourselves.” She studied the books on the table. “The first line speaks of the past. That is where I would start.”</w:t>
      </w:r>
    </w:p>
    <w:p>
      <w:pPr>
        <w:spacing w:before="0" w:after="0"/>
        <w:ind w:firstLine="480"/>
        <w:jc w:val="left"/>
      </w:pPr>
      <w:r>
        <w:rPr>
          <w:rFonts w:ascii="Garamond" w:hAnsi="Garamond" w:cs="Garamond"/>
          <w:b w:val="0"/>
          <w:i w:val="0"/>
          <w:sz w:val="24"/>
        </w:rPr>
        <w:t>“When your mother was here I overheard her speaking with your uncle about the histories.” Nalbieth heard himself say it and pressed on before the awkwardness of the admission could settle. “She seemed genuinely convinced the answer was in them. That was what made me start looking.”</w:t>
      </w:r>
    </w:p>
    <w:p>
      <w:pPr>
        <w:spacing w:before="0" w:after="0"/>
        <w:ind w:firstLine="480"/>
        <w:jc w:val="left"/>
      </w:pPr>
      <w:r>
        <w:rPr>
          <w:rFonts w:ascii="Garamond" w:hAnsi="Garamond" w:cs="Garamond"/>
          <w:b w:val="0"/>
          <w:i w:val="0"/>
          <w:sz w:val="24"/>
        </w:rPr>
        <w:t>Pico thought her mother had probably known they were listening and had wanted them to. “What exactly did she say?”</w:t>
      </w:r>
    </w:p>
    <w:p>
      <w:pPr>
        <w:spacing w:before="0" w:after="0"/>
        <w:ind w:firstLine="480"/>
        <w:jc w:val="left"/>
      </w:pPr>
      <w:r>
        <w:rPr>
          <w:rFonts w:ascii="Garamond" w:hAnsi="Garamond" w:cs="Garamond"/>
          <w:b w:val="0"/>
          <w:i w:val="0"/>
          <w:sz w:val="24"/>
        </w:rPr>
        <w:t>“That she had begun reading the histories again after the power wave, when she first noticed their Dragon Star failing. The dragons test their borders nearly every day on their side of the island. She had more warning than we did.”</w:t>
      </w:r>
    </w:p>
    <w:p>
      <w:pPr>
        <w:spacing w:before="0" w:after="0"/>
        <w:ind w:firstLine="480"/>
        <w:jc w:val="left"/>
      </w:pPr>
      <w:r>
        <w:rPr>
          <w:rFonts w:ascii="Garamond" w:hAnsi="Garamond" w:cs="Garamond"/>
          <w:b w:val="0"/>
          <w:i w:val="0"/>
          <w:sz w:val="24"/>
        </w:rPr>
        <w:t>“If she started them after the power wave she would have gotten through a great deal by now. Where are you?”</w:t>
      </w:r>
    </w:p>
    <w:p>
      <w:pPr>
        <w:spacing w:before="0" w:after="0"/>
        <w:ind w:firstLine="480"/>
        <w:jc w:val="left"/>
      </w:pPr>
      <w:r>
        <w:rPr>
          <w:rFonts w:ascii="Garamond" w:hAnsi="Garamond" w:cs="Garamond"/>
          <w:b w:val="0"/>
          <w:i w:val="0"/>
          <w:sz w:val="24"/>
        </w:rPr>
        <w:t>He gestured at the table. “Only just beginning.”</w:t>
      </w:r>
    </w:p>
    <w:p>
      <w:pPr>
        <w:spacing w:before="0" w:after="0"/>
        <w:ind w:firstLine="480"/>
        <w:jc w:val="left"/>
      </w:pPr>
      <w:r>
        <w:rPr>
          <w:rFonts w:ascii="Garamond" w:hAnsi="Garamond" w:cs="Garamond"/>
          <w:b w:val="0"/>
          <w:i w:val="0"/>
          <w:sz w:val="24"/>
        </w:rPr>
        <w:t>“Then let’s assume she has covered the early volumes,” Pico said. “I have read through most of them myself and found nothing beyond a description of events. I think we need the period when The Order sent the dragons here, or when our Dragon Star first came to the island. Where is the most recent volume?”</w:t>
      </w:r>
    </w:p>
    <w:p>
      <w:pPr>
        <w:spacing w:before="0" w:after="0"/>
        <w:ind w:firstLine="480"/>
        <w:jc w:val="left"/>
      </w:pPr>
      <w:r>
        <w:rPr>
          <w:rFonts w:ascii="Garamond" w:hAnsi="Garamond" w:cs="Garamond"/>
          <w:b w:val="0"/>
          <w:i w:val="0"/>
          <w:sz w:val="24"/>
        </w:rPr>
        <w:t>“This one.” He touched a book near the center of the spread. “It covers our arrival on the island. But nothing after.”</w:t>
      </w:r>
    </w:p>
    <w:p>
      <w:pPr>
        <w:spacing w:before="0" w:after="0"/>
        <w:ind w:firstLine="480"/>
        <w:jc w:val="left"/>
      </w:pPr>
      <w:r>
        <w:rPr>
          <w:rFonts w:ascii="Garamond" w:hAnsi="Garamond" w:cs="Garamond"/>
          <w:b w:val="0"/>
          <w:i w:val="0"/>
          <w:sz w:val="24"/>
        </w:rPr>
        <w:t>“There must be writings from the years since. The Valorians have kept their histories continuously. We kept ours until the underground.” She stopped. “The underground. There were scattered writings from those years. Father told Kato and me about them once, when we first started looking through the histories.”</w:t>
      </w:r>
    </w:p>
    <w:p>
      <w:pPr>
        <w:spacing w:before="0" w:after="0"/>
        <w:ind w:firstLine="480"/>
        <w:jc w:val="left"/>
      </w:pPr>
      <w:r>
        <w:rPr>
          <w:rFonts w:ascii="Garamond" w:hAnsi="Garamond" w:cs="Garamond"/>
          <w:b w:val="0"/>
          <w:i w:val="0"/>
          <w:sz w:val="24"/>
        </w:rPr>
        <w:t>“Where?” Galio asked.</w:t>
      </w:r>
    </w:p>
    <w:p>
      <w:pPr>
        <w:spacing w:before="0" w:after="0"/>
        <w:ind w:firstLine="480"/>
        <w:jc w:val="left"/>
      </w:pPr>
      <w:r>
        <w:rPr>
          <w:rFonts w:ascii="Garamond" w:hAnsi="Garamond" w:cs="Garamond"/>
          <w:b w:val="0"/>
          <w:i w:val="0"/>
          <w:sz w:val="24"/>
        </w:rPr>
        <w:t>“Locked in a box in his private study. One of our ancestors gathered everything written during those years and stored it. Father said he would look at it someday.” She paused. “I do not think he ever has.”</w:t>
      </w:r>
    </w:p>
    <w:p>
      <w:pPr>
        <w:spacing w:before="0" w:after="0"/>
        <w:ind w:firstLine="480"/>
        <w:jc w:val="left"/>
      </w:pPr>
      <w:r>
        <w:rPr>
          <w:rFonts w:ascii="Garamond" w:hAnsi="Garamond" w:cs="Garamond"/>
          <w:b w:val="0"/>
          <w:i w:val="0"/>
          <w:sz w:val="24"/>
        </w:rPr>
        <w:t>Nalbieth straightened. “I have never heard of this.” He sounded genuinely offended. “The council should know about something like that.”</w:t>
      </w:r>
    </w:p>
    <w:p>
      <w:pPr>
        <w:spacing w:before="0" w:after="0"/>
        <w:ind w:firstLine="480"/>
        <w:jc w:val="left"/>
      </w:pPr>
      <w:r>
        <w:rPr>
          <w:rFonts w:ascii="Garamond" w:hAnsi="Garamond" w:cs="Garamond"/>
          <w:b w:val="0"/>
          <w:i w:val="0"/>
          <w:sz w:val="24"/>
        </w:rPr>
        <w:t>“You know about it now.” She did not soften it. He had been spying on her mother. “Before we go, tell me what is happening on the council. Galio said there was a problem.”</w:t>
      </w:r>
    </w:p>
    <w:p>
      <w:pPr>
        <w:spacing w:before="0" w:after="0"/>
        <w:ind w:firstLine="480"/>
        <w:jc w:val="left"/>
      </w:pPr>
      <w:r>
        <w:rPr>
          <w:rFonts w:ascii="Garamond" w:hAnsi="Garamond" w:cs="Garamond"/>
          <w:b w:val="0"/>
          <w:i w:val="0"/>
          <w:sz w:val="24"/>
        </w:rPr>
        <w:t>The councilor looked at the boy.</w:t>
      </w:r>
    </w:p>
    <w:p>
      <w:pPr>
        <w:spacing w:before="0" w:after="0"/>
        <w:ind w:firstLine="480"/>
        <w:jc w:val="left"/>
      </w:pPr>
      <w:r>
        <w:rPr>
          <w:rFonts w:ascii="Garamond" w:hAnsi="Garamond" w:cs="Garamond"/>
          <w:b w:val="0"/>
          <w:i w:val="0"/>
          <w:sz w:val="24"/>
        </w:rPr>
        <w:t>“That is what he told me to tell her,” Galio said, spreading his hands.</w:t>
      </w:r>
    </w:p>
    <w:p>
      <w:pPr>
        <w:spacing w:before="0" w:after="0"/>
        <w:ind w:firstLine="480"/>
        <w:jc w:val="left"/>
      </w:pPr>
      <w:r>
        <w:rPr>
          <w:rFonts w:ascii="Garamond" w:hAnsi="Garamond" w:cs="Garamond"/>
          <w:b w:val="0"/>
          <w:i w:val="0"/>
          <w:sz w:val="24"/>
        </w:rPr>
        <w:t>“Is there a problem or not?” Pico said.</w:t>
      </w:r>
    </w:p>
    <w:p>
      <w:pPr>
        <w:spacing w:before="0" w:after="0"/>
        <w:ind w:firstLine="480"/>
        <w:jc w:val="left"/>
      </w:pPr>
      <w:r>
        <w:rPr>
          <w:rFonts w:ascii="Garamond" w:hAnsi="Garamond" w:cs="Garamond"/>
          <w:b w:val="0"/>
          <w:i w:val="0"/>
          <w:sz w:val="24"/>
        </w:rPr>
        <w:t>“A nagging feeling. Something I could not quite name.” Nalbieth looked at the table rather than at her. “I did not think it was something to trouble you with.”</w:t>
      </w:r>
    </w:p>
    <w:p>
      <w:pPr>
        <w:spacing w:before="0" w:after="0"/>
        <w:ind w:firstLine="480"/>
        <w:jc w:val="left"/>
      </w:pPr>
      <w:r>
        <w:rPr>
          <w:rFonts w:ascii="Garamond" w:hAnsi="Garamond" w:cs="Garamond"/>
          <w:b w:val="0"/>
          <w:i w:val="0"/>
          <w:sz w:val="24"/>
        </w:rPr>
        <w:t>“It troubles me now.” She let a beat pass and then drew herself up in the way that reminded people who she was. “Tell me what is happening. We do not have time for hesitation.” She slid her sword halfway from the scabbard.</w:t>
      </w:r>
    </w:p>
    <w:p>
      <w:pPr>
        <w:spacing w:before="0" w:after="0"/>
        <w:ind w:firstLine="480"/>
        <w:jc w:val="left"/>
      </w:pPr>
      <w:r>
        <w:rPr>
          <w:rFonts w:ascii="Garamond" w:hAnsi="Garamond" w:cs="Garamond"/>
          <w:b w:val="0"/>
          <w:i w:val="0"/>
          <w:sz w:val="24"/>
        </w:rPr>
        <w:t>“You would not dare,” he said, stepping back.</w:t>
      </w:r>
    </w:p>
    <w:p>
      <w:pPr>
        <w:spacing w:before="0" w:after="0"/>
        <w:ind w:firstLine="480"/>
        <w:jc w:val="left"/>
      </w:pPr>
      <w:r>
        <w:rPr>
          <w:rFonts w:ascii="Garamond" w:hAnsi="Garamond" w:cs="Garamond"/>
          <w:b w:val="0"/>
          <w:i w:val="0"/>
          <w:sz w:val="24"/>
        </w:rPr>
        <w:t>“My brother is out there alone trying to find us a Dragon Star.” She put the sword back. “If there is anything I can do to help him I am going to do it. Tell me what is bothering you about the council.”</w:t>
      </w:r>
    </w:p>
    <w:p>
      <w:pPr>
        <w:spacing w:before="0" w:after="0"/>
        <w:ind w:firstLine="480"/>
        <w:jc w:val="left"/>
      </w:pPr>
      <w:r>
        <w:rPr>
          <w:rFonts w:ascii="Garamond" w:hAnsi="Garamond" w:cs="Garamond"/>
          <w:b w:val="0"/>
          <w:i w:val="0"/>
          <w:sz w:val="24"/>
        </w:rPr>
        <w:t>He was quiet for a moment. “Since I began to question the prophecy I have noticed that one councilor is more determined than the others to prevent it from being investigated. He has been the primary reason it has not been properly examined since you and your brother found it.”</w:t>
      </w:r>
    </w:p>
    <w:p>
      <w:pPr>
        <w:spacing w:before="0" w:after="0"/>
        <w:ind w:firstLine="480"/>
        <w:jc w:val="left"/>
      </w:pPr>
      <w:r>
        <w:rPr>
          <w:rFonts w:ascii="Garamond" w:hAnsi="Garamond" w:cs="Garamond"/>
          <w:b w:val="0"/>
          <w:i w:val="0"/>
          <w:sz w:val="24"/>
        </w:rPr>
        <w:t>“Who?” she asked, already knowing.</w:t>
      </w:r>
    </w:p>
    <w:p>
      <w:pPr>
        <w:spacing w:before="0" w:after="0"/>
        <w:ind w:firstLine="480"/>
        <w:jc w:val="left"/>
      </w:pPr>
      <w:r>
        <w:rPr>
          <w:rFonts w:ascii="Garamond" w:hAnsi="Garamond" w:cs="Garamond"/>
          <w:b w:val="0"/>
          <w:i w:val="0"/>
          <w:sz w:val="24"/>
        </w:rPr>
        <w:t>“He is very powerful. Most of the council follows him without question. And…” He paused.</w:t>
      </w:r>
    </w:p>
    <w:p>
      <w:pPr>
        <w:spacing w:before="0" w:after="0"/>
        <w:ind w:firstLine="480"/>
        <w:jc w:val="left"/>
      </w:pPr>
      <w:r>
        <w:rPr>
          <w:rFonts w:ascii="Garamond" w:hAnsi="Garamond" w:cs="Garamond"/>
          <w:b w:val="0"/>
          <w:i w:val="0"/>
          <w:sz w:val="24"/>
        </w:rPr>
        <w:t>“And what.”</w:t>
      </w:r>
    </w:p>
    <w:p>
      <w:pPr>
        <w:spacing w:before="0" w:after="0"/>
        <w:ind w:firstLine="480"/>
        <w:jc w:val="left"/>
      </w:pPr>
      <w:r>
        <w:rPr>
          <w:rFonts w:ascii="Garamond" w:hAnsi="Garamond" w:cs="Garamond"/>
          <w:b w:val="0"/>
          <w:i w:val="0"/>
          <w:sz w:val="24"/>
        </w:rPr>
        <w:t>“Your father trusts everything he says.”</w:t>
      </w:r>
    </w:p>
    <w:p>
      <w:pPr>
        <w:spacing w:before="0" w:after="0"/>
        <w:ind w:firstLine="480"/>
        <w:jc w:val="left"/>
      </w:pPr>
      <w:r>
        <w:rPr>
          <w:rFonts w:ascii="Garamond" w:hAnsi="Garamond" w:cs="Garamond"/>
          <w:b w:val="0"/>
          <w:i w:val="0"/>
          <w:sz w:val="24"/>
        </w:rPr>
        <w:t>“Falsey,” she said.</w:t>
      </w:r>
    </w:p>
    <w:p>
      <w:pPr>
        <w:spacing w:before="0" w:after="0"/>
        <w:ind w:firstLine="480"/>
        <w:jc w:val="left"/>
      </w:pPr>
      <w:r>
        <w:rPr>
          <w:rFonts w:ascii="Garamond" w:hAnsi="Garamond" w:cs="Garamond"/>
          <w:b w:val="0"/>
          <w:i w:val="0"/>
          <w:sz w:val="24"/>
        </w:rPr>
        <w:t>“I did not say that.”</w:t>
      </w:r>
    </w:p>
    <w:p>
      <w:pPr>
        <w:spacing w:before="0" w:after="0"/>
        <w:ind w:firstLine="480"/>
        <w:jc w:val="left"/>
      </w:pPr>
      <w:r>
        <w:rPr>
          <w:rFonts w:ascii="Garamond" w:hAnsi="Garamond" w:cs="Garamond"/>
          <w:b w:val="0"/>
          <w:i w:val="0"/>
          <w:sz w:val="24"/>
        </w:rPr>
        <w:t>“You did not need to.” She had known it for years. The change after Valoria. The way he stood between her father and his own children. “What else?”</w:t>
      </w:r>
    </w:p>
    <w:p>
      <w:pPr>
        <w:spacing w:before="0" w:after="0"/>
        <w:ind w:firstLine="480"/>
        <w:jc w:val="left"/>
      </w:pPr>
      <w:r>
        <w:rPr>
          <w:rFonts w:ascii="Garamond" w:hAnsi="Garamond" w:cs="Garamond"/>
          <w:b w:val="0"/>
          <w:i w:val="0"/>
          <w:sz w:val="24"/>
        </w:rPr>
        <w:t>“He pushed hard to have the prisoners killed from the beginning. It was the King who kept them alive until the gathering.” Nalbieth looked at the table. “Today he tried to convince your father that you and your brother had been possessed by the dragons. He used the word traitor. The King would not go that far, but he was close.”</w:t>
      </w:r>
    </w:p>
    <w:p>
      <w:pPr>
        <w:spacing w:before="0" w:after="0"/>
        <w:ind w:firstLine="480"/>
        <w:jc w:val="left"/>
      </w:pPr>
      <w:r>
        <w:rPr>
          <w:rFonts w:ascii="Garamond" w:hAnsi="Garamond" w:cs="Garamond"/>
          <w:b w:val="0"/>
          <w:i w:val="0"/>
          <w:sz w:val="24"/>
        </w:rPr>
        <w:t>Pico knew what being labeled a servant of the dark meant. Immediate execution, no gathering, no appeal. They had disobeyed their father, they had stirred up the city, but they had done it for the people. Why would Falsey want them dead for that? Unless the prophecy was a threat to him specifically, unless there was something in it that named him, or something in the histories that would explain what had happened to him in Valoria five years ago.</w:t>
      </w:r>
    </w:p>
    <w:p>
      <w:pPr>
        <w:spacing w:before="0" w:after="0"/>
        <w:ind w:firstLine="480"/>
        <w:jc w:val="left"/>
      </w:pPr>
      <w:r>
        <w:rPr>
          <w:rFonts w:ascii="Garamond" w:hAnsi="Garamond" w:cs="Garamond"/>
          <w:b w:val="0"/>
          <w:i w:val="0"/>
          <w:sz w:val="24"/>
        </w:rPr>
        <w:t>That was a thought worth sitting with. Later.</w:t>
      </w:r>
    </w:p>
    <w:p>
      <w:pPr>
        <w:spacing w:before="0" w:after="0"/>
        <w:ind w:firstLine="480"/>
        <w:jc w:val="left"/>
      </w:pPr>
      <w:r>
        <w:rPr>
          <w:rFonts w:ascii="Garamond" w:hAnsi="Garamond" w:cs="Garamond"/>
          <w:b w:val="0"/>
          <w:i w:val="0"/>
          <w:sz w:val="24"/>
        </w:rPr>
        <w:t>“Stay here,” she told Nalbieth. “Look up everything you can find about when The Order sent the dragons to this island. There may be a clue in how it was done the first time.” She enjoyed the way his face fell at being left behind. “This is important work, Councilor. We will come back if we find anything.”</w:t>
      </w:r>
    </w:p>
    <w:p>
      <w:pPr>
        <w:spacing w:before="0" w:after="0"/>
        <w:ind w:firstLine="480"/>
        <w:jc w:val="left"/>
      </w:pPr>
      <w:r>
        <w:rPr>
          <w:rFonts w:ascii="Garamond" w:hAnsi="Garamond" w:cs="Garamond"/>
          <w:b w:val="0"/>
          <w:i w:val="0"/>
          <w:sz w:val="24"/>
        </w:rPr>
        <w:t>She took Galio by the arm and went out the door without looking back. In the tunnel she stopped and turned him to face her.</w:t>
      </w:r>
    </w:p>
    <w:p>
      <w:pPr>
        <w:spacing w:before="0" w:after="0"/>
        <w:ind w:firstLine="480"/>
        <w:jc w:val="left"/>
      </w:pPr>
      <w:r>
        <w:rPr>
          <w:rFonts w:ascii="Garamond" w:hAnsi="Garamond" w:cs="Garamond"/>
          <w:b w:val="0"/>
          <w:i w:val="0"/>
          <w:sz w:val="24"/>
        </w:rPr>
        <w:t>“I need to get into my father’s study,” she said. “I will need a distraction.”</w:t>
      </w:r>
    </w:p>
    <w:p>
      <w:pPr>
        <w:spacing w:before="0" w:after="0"/>
        <w:ind w:firstLine="480"/>
        <w:jc w:val="left"/>
      </w:pPr>
      <w:r>
        <w:rPr>
          <w:rFonts w:ascii="Garamond" w:hAnsi="Garamond" w:cs="Garamond"/>
          <w:b w:val="0"/>
          <w:i w:val="0"/>
          <w:sz w:val="24"/>
        </w:rPr>
        <w:t>He dropped to one knee, which she suspected was his idea of the correct response to a direct request from a Princess. “Command me. I will not fail you.”</w:t>
      </w:r>
    </w:p>
    <w:p>
      <w:pPr>
        <w:spacing w:before="0" w:after="0"/>
        <w:ind w:firstLine="480"/>
        <w:jc w:val="left"/>
      </w:pPr>
      <w:r>
        <w:rPr>
          <w:rFonts w:ascii="Garamond" w:hAnsi="Garamond" w:cs="Garamond"/>
          <w:b w:val="0"/>
          <w:i w:val="0"/>
          <w:sz w:val="24"/>
        </w:rPr>
        <w:t>“Thank you, Galio.” She pulled him back to his feet. “You have already done more than you know.” She started him down the tunnel. “I’ll think of something on the way.”</w:t>
      </w:r>
    </w:p>
    <w:p>
      <w:pPr>
        <w:spacing w:before="0" w:after="0"/>
        <w:ind w:firstLine="480"/>
        <w:jc w:val="left"/>
      </w:pPr>
      <w:r>
        <w:rPr>
          <w:rFonts w:ascii="Garamond" w:hAnsi="Garamond" w:cs="Garamond"/>
          <w:b w:val="0"/>
          <w:i w:val="0"/>
          <w:sz w:val="24"/>
        </w:rPr>
        <w:t>As they moved through the passages they passed people carrying bundles and boxes toward the underground. The evacuation had begun quietly, without announcement, the way a city starts to move when it knows something the official word has not yet admitted. At a large intersection they nearly walked into a group of warriors and a member of the King’s guard coming the other way. Pico pulled Galio to the wall and then thought better of it and pulled him back into the open.</w:t>
      </w:r>
    </w:p>
    <w:p>
      <w:pPr>
        <w:spacing w:before="0" w:after="0"/>
        <w:ind w:firstLine="480"/>
        <w:jc w:val="left"/>
      </w:pPr>
      <w:r>
        <w:rPr>
          <w:rFonts w:ascii="Garamond" w:hAnsi="Garamond" w:cs="Garamond"/>
          <w:b w:val="0"/>
          <w:i w:val="0"/>
          <w:sz w:val="24"/>
        </w:rPr>
        <w:t>Even in the dim passage the warriors could see who she was. They could not place the guard beside her, who was noticeably small for the role.</w:t>
      </w:r>
    </w:p>
    <w:p>
      <w:pPr>
        <w:spacing w:before="0" w:after="0"/>
        <w:ind w:firstLine="480"/>
        <w:jc w:val="left"/>
      </w:pPr>
      <w:r>
        <w:rPr>
          <w:rFonts w:ascii="Garamond" w:hAnsi="Garamond" w:cs="Garamond"/>
          <w:b w:val="0"/>
          <w:i w:val="0"/>
          <w:sz w:val="24"/>
        </w:rPr>
        <w:t>“Ho, Princess,” the real guard said, with the half-smile of a man who has spotted something irregular. “Who is this?”</w:t>
      </w:r>
    </w:p>
    <w:p>
      <w:pPr>
        <w:spacing w:before="0" w:after="0"/>
        <w:ind w:firstLine="480"/>
        <w:jc w:val="left"/>
      </w:pPr>
      <w:r>
        <w:rPr>
          <w:rFonts w:ascii="Garamond" w:hAnsi="Garamond" w:cs="Garamond"/>
          <w:b w:val="0"/>
          <w:i w:val="0"/>
          <w:sz w:val="24"/>
        </w:rPr>
        <w:t>“Father’s idea,” she said, with the particular lightness of someone who finds the situation mildly embarrassing. “Galio is in training. Sent because father does not want me wandering alone. As though I am in any danger with people like you in these tunnels.”</w:t>
      </w:r>
    </w:p>
    <w:p>
      <w:pPr>
        <w:spacing w:before="0" w:after="0"/>
        <w:ind w:firstLine="480"/>
        <w:jc w:val="left"/>
      </w:pPr>
      <w:r>
        <w:rPr>
          <w:rFonts w:ascii="Garamond" w:hAnsi="Garamond" w:cs="Garamond"/>
          <w:b w:val="0"/>
          <w:i w:val="0"/>
          <w:sz w:val="24"/>
        </w:rPr>
        <w:t>“If it’s protection the King wants, I’ll send Elyrock with you.” He motioned to one of the warriors.</w:t>
      </w:r>
    </w:p>
    <w:p>
      <w:pPr>
        <w:spacing w:before="0" w:after="0"/>
        <w:ind w:firstLine="480"/>
        <w:jc w:val="left"/>
      </w:pPr>
      <w:r>
        <w:rPr>
          <w:rFonts w:ascii="Garamond" w:hAnsi="Garamond" w:cs="Garamond"/>
          <w:b w:val="0"/>
          <w:i w:val="0"/>
          <w:sz w:val="24"/>
        </w:rPr>
        <w:t>“You will not,” she said before he finished the sentence. “One man trailing after me is already more than I want. Two would be unbearable.” She stepped close to the group and lowered her voice conspiratorially. “This one I can bully.”</w:t>
      </w:r>
    </w:p>
    <w:p>
      <w:pPr>
        <w:spacing w:before="0" w:after="0"/>
        <w:ind w:firstLine="480"/>
        <w:jc w:val="left"/>
      </w:pPr>
      <w:r>
        <w:rPr>
          <w:rFonts w:ascii="Garamond" w:hAnsi="Garamond" w:cs="Garamond"/>
          <w:b w:val="0"/>
          <w:i w:val="0"/>
          <w:sz w:val="24"/>
        </w:rPr>
        <w:t>The warriors laughed. The guard waved them through.</w:t>
      </w:r>
    </w:p>
    <w:p>
      <w:pPr>
        <w:spacing w:before="0" w:after="0"/>
        <w:ind w:firstLine="480"/>
        <w:jc w:val="left"/>
      </w:pPr>
      <w:r>
        <w:rPr>
          <w:rFonts w:ascii="Garamond" w:hAnsi="Garamond" w:cs="Garamond"/>
          <w:b w:val="0"/>
          <w:i w:val="0"/>
          <w:sz w:val="24"/>
        </w:rPr>
        <w:t>Pico did not look back.</w:t>
      </w:r>
    </w:p>
    <w:p>
      <w:pPr>
        <w:spacing w:before="480" w:after="360"/>
        <w:ind w:firstLine="0"/>
        <w:jc w:val="center"/>
      </w:pPr>
      <w:r>
        <w:rPr>
          <w:rFonts w:ascii="Garamond" w:hAnsi="Garamond" w:cs="Garamond"/>
          <w:b/>
          <w:i w:val="0"/>
          <w:sz w:val="28"/>
        </w:rPr>
        <w:t>Chapter Forty-Five</w:t>
      </w:r>
    </w:p>
    <w:p>
      <w:pPr>
        <w:spacing w:before="0" w:after="0"/>
        <w:ind w:firstLine="480"/>
        <w:jc w:val="left"/>
      </w:pPr>
      <w:r>
        <w:rPr>
          <w:rFonts w:ascii="Garamond" w:hAnsi="Garamond" w:cs="Garamond"/>
          <w:b w:val="0"/>
          <w:i w:val="0"/>
          <w:sz w:val="24"/>
        </w:rPr>
        <w:t>The Alterians held their ground after Terra Sario left, watching the Valorians load their injured onto the fliers whenever one landed. More horses were circling the hill, waiting for space to come down. Then the Alterian warriors looked at each other and at the hill covered in dead scavengers and at the dragons reported on the way, and they broke ranks and moved down to where the fliers were landing.</w:t>
      </w:r>
    </w:p>
    <w:p>
      <w:pPr>
        <w:spacing w:before="0" w:after="0"/>
        <w:ind w:firstLine="480"/>
        <w:jc w:val="left"/>
      </w:pPr>
      <w:r>
        <w:rPr>
          <w:rFonts w:ascii="Garamond" w:hAnsi="Garamond" w:cs="Garamond"/>
          <w:b w:val="0"/>
          <w:i w:val="0"/>
          <w:sz w:val="24"/>
        </w:rPr>
        <w:t>Petra was already on Valor and gone, heading northwest toward whatever was coming.</w:t>
      </w:r>
    </w:p>
    <w:p>
      <w:pPr>
        <w:spacing w:before="0" w:after="0"/>
        <w:ind w:firstLine="480"/>
        <w:jc w:val="left"/>
      </w:pPr>
      <w:r>
        <w:rPr>
          <w:rFonts w:ascii="Garamond" w:hAnsi="Garamond" w:cs="Garamond"/>
          <w:b w:val="0"/>
          <w:i w:val="0"/>
          <w:sz w:val="24"/>
        </w:rPr>
        <w:t>On the hill the Queen was watching her son. Kato’s form was still indistinct within the green light, no longer the half-elf half-tree shape that had startled everyone but not yet fully returned to himself. He had come back from across the valley to stop his own warriors from fighting the Valorians, and it had cost him time he did not have. The transformation would finish when it finished.</w:t>
      </w:r>
    </w:p>
    <w:p>
      <w:pPr>
        <w:spacing w:before="0" w:after="0"/>
        <w:ind w:firstLine="480"/>
        <w:jc w:val="left"/>
      </w:pPr>
      <w:r>
        <w:rPr>
          <w:rFonts w:ascii="Garamond" w:hAnsi="Garamond" w:cs="Garamond"/>
          <w:b w:val="0"/>
          <w:i w:val="0"/>
          <w:sz w:val="24"/>
        </w:rPr>
        <w:t>She sent Verad and Brunow with Jolano. Verad protested, wanting to stay until Kato was back. She told him they would follow as soon as they could, and that Jolano would take them to a safe place high in the mountains. She made it an order. The old Captain was already on his mount, holding the mane and grinning like a man who has received an unexpected gift at the end of a very long day. They went.</w:t>
      </w:r>
    </w:p>
    <w:p>
      <w:pPr>
        <w:spacing w:before="0" w:after="0"/>
        <w:ind w:firstLine="480"/>
        <w:jc w:val="left"/>
      </w:pPr>
      <w:r>
        <w:rPr>
          <w:rFonts w:ascii="Garamond" w:hAnsi="Garamond" w:cs="Garamond"/>
          <w:b w:val="0"/>
          <w:i w:val="0"/>
          <w:sz w:val="24"/>
        </w:rPr>
        <w:t>Jolano was well away from the hill when the first cry came down from the riders in the sky.</w:t>
      </w:r>
    </w:p>
    <w:p>
      <w:pPr>
        <w:spacing w:before="0" w:after="0"/>
        <w:ind w:firstLine="480"/>
        <w:jc w:val="left"/>
      </w:pPr>
      <w:r>
        <w:rPr>
          <w:rFonts w:ascii="Garamond" w:hAnsi="Garamond" w:cs="Garamond"/>
          <w:b w:val="0"/>
          <w:i w:val="0"/>
          <w:sz w:val="24"/>
        </w:rPr>
        <w:t>Dragons. Not a few. Waves of them, more than anyone present had seen moving together since before the First War of Balance. Seven waves sweeping south over the valley, and there was only one thing south of here worth that many.</w:t>
      </w:r>
    </w:p>
    <w:p>
      <w:pPr>
        <w:spacing w:before="0" w:after="0"/>
        <w:ind w:firstLine="480"/>
        <w:jc w:val="left"/>
      </w:pPr>
      <w:r>
        <w:rPr>
          <w:rFonts w:ascii="Garamond" w:hAnsi="Garamond" w:cs="Garamond"/>
          <w:b w:val="0"/>
          <w:i w:val="0"/>
          <w:sz w:val="24"/>
        </w:rPr>
        <w:t>The Queen looked at her son and waited.</w:t>
      </w:r>
    </w:p>
    <w:p>
      <w:pPr>
        <w:spacing w:before="0" w:after="0"/>
        <w:ind w:firstLine="480"/>
        <w:jc w:val="left"/>
      </w:pPr>
      <w:r>
        <w:rPr>
          <w:rFonts w:ascii="Garamond" w:hAnsi="Garamond" w:cs="Garamond"/>
          <w:b w:val="0"/>
          <w:i w:val="0"/>
          <w:sz w:val="24"/>
        </w:rPr>
        <w:t>Within the light Kato felt the transformation complete itself. His fingers came back to him first, tingling with new sensation, and then the rest, and the green haze began to clear from his eyes. The sky came into focus above him, deep blue and enormous. Beneath his feet the grass was bent and red, and the bodies of the scavengers lay scattered across the hill in the particular disorder of things that had not chosen where they fell. His shadow stretched long across the ground in the evening light, reaching east into the prairie.</w:t>
      </w:r>
    </w:p>
    <w:p>
      <w:pPr>
        <w:spacing w:before="0" w:after="0"/>
        <w:ind w:firstLine="480"/>
        <w:jc w:val="left"/>
      </w:pPr>
      <w:r>
        <w:rPr>
          <w:rFonts w:ascii="Garamond" w:hAnsi="Garamond" w:cs="Garamond"/>
          <w:b w:val="0"/>
          <w:i w:val="0"/>
          <w:sz w:val="24"/>
        </w:rPr>
        <w:t>He blinked the last of the haze away.</w:t>
      </w:r>
    </w:p>
    <w:p>
      <w:pPr>
        <w:spacing w:before="0" w:after="0"/>
        <w:ind w:firstLine="480"/>
        <w:jc w:val="left"/>
      </w:pPr>
      <w:r>
        <w:rPr>
          <w:rFonts w:ascii="Garamond" w:hAnsi="Garamond" w:cs="Garamond"/>
          <w:b w:val="0"/>
          <w:i w:val="0"/>
          <w:sz w:val="24"/>
        </w:rPr>
        <w:t>A massive shadow crossed the hill from the west and swallowed his own.</w:t>
      </w:r>
    </w:p>
    <w:p>
      <w:pPr>
        <w:spacing w:before="0" w:after="0"/>
        <w:ind w:firstLine="480"/>
        <w:jc w:val="left"/>
      </w:pPr>
      <w:r>
        <w:rPr>
          <w:rFonts w:ascii="Garamond" w:hAnsi="Garamond" w:cs="Garamond"/>
          <w:b w:val="0"/>
          <w:i w:val="0"/>
          <w:sz w:val="24"/>
        </w:rPr>
        <w:t>Kato turned. He did not need to look long. The first wave was already over the valley and one dragon from its leading edge had broken formation and was descending on a straight line toward the hill. He had nothing. No clothing, no weapon, no cover. He had revealed what he was to save his people and now he was standing naked on a hilltop in dragon land with a dragon coming down on him and he could not even run.</w:t>
      </w:r>
    </w:p>
    <w:p>
      <w:pPr>
        <w:spacing w:before="0" w:after="0"/>
        <w:ind w:firstLine="480"/>
        <w:jc w:val="left"/>
      </w:pPr>
      <w:r>
        <w:rPr>
          <w:rFonts w:ascii="Garamond" w:hAnsi="Garamond" w:cs="Garamond"/>
          <w:b w:val="0"/>
          <w:i w:val="0"/>
          <w:sz w:val="24"/>
        </w:rPr>
        <w:t>He heard it before he saw it. Not the dragon. Something else, coming fast from above and behind.</w:t>
      </w:r>
    </w:p>
    <w:p>
      <w:pPr>
        <w:spacing w:before="0" w:after="0"/>
        <w:ind w:firstLine="480"/>
        <w:jc w:val="left"/>
      </w:pPr>
      <w:r>
        <w:rPr>
          <w:rFonts w:ascii="Garamond" w:hAnsi="Garamond" w:cs="Garamond"/>
          <w:b w:val="0"/>
          <w:i w:val="0"/>
          <w:sz w:val="24"/>
        </w:rPr>
        <w:t>Valor came in hard and low, and Petra’s arm reached out and pulled Kato against the horse’s neck in a single motion that left no room for argument. Kato looked up and found the warrior’s eyes, and what he saw there was complete calm. No fear, no strain, just the steady attention of a man doing exactly what he came to do. Valor executed a touch-and-go, his hooves barely grazing the hilltop before the wings drove them skyward again, and the dragon’s scream of frustration reached them as they climbed.</w:t>
      </w:r>
    </w:p>
    <w:p>
      <w:pPr>
        <w:spacing w:before="0" w:after="0"/>
        <w:ind w:firstLine="480"/>
        <w:jc w:val="left"/>
      </w:pPr>
      <w:r>
        <w:rPr>
          <w:rFonts w:ascii="Garamond" w:hAnsi="Garamond" w:cs="Garamond"/>
          <w:b w:val="0"/>
          <w:i w:val="0"/>
          <w:sz w:val="24"/>
        </w:rPr>
        <w:t>“It’s going to be a bit cold up here,” Petra said, which was all he said about the nakedness.</w:t>
      </w:r>
    </w:p>
    <w:p>
      <w:pPr>
        <w:spacing w:before="0" w:after="0"/>
        <w:ind w:firstLine="480"/>
        <w:jc w:val="left"/>
      </w:pPr>
      <w:r>
        <w:rPr>
          <w:rFonts w:ascii="Garamond" w:hAnsi="Garamond" w:cs="Garamond"/>
          <w:b w:val="0"/>
          <w:i w:val="0"/>
          <w:sz w:val="24"/>
        </w:rPr>
        <w:t>Valor stayed low, skimming the ground, and Kato could feel the horse calculating. The dragon was behind them and faster on a straight line.</w:t>
      </w:r>
    </w:p>
    <w:p>
      <w:pPr>
        <w:spacing w:before="0" w:after="0"/>
        <w:ind w:firstLine="480"/>
        <w:jc w:val="left"/>
      </w:pPr>
      <w:r>
        <w:rPr>
          <w:rFonts w:ascii="Garamond" w:hAnsi="Garamond" w:cs="Garamond"/>
          <w:b w:val="0"/>
          <w:i w:val="0"/>
          <w:sz w:val="24"/>
        </w:rPr>
        <w:t>“He’s gaining,” Petra said.</w:t>
      </w:r>
    </w:p>
    <w:p>
      <w:pPr>
        <w:spacing w:before="0" w:after="0"/>
        <w:ind w:firstLine="480"/>
        <w:jc w:val="left"/>
      </w:pPr>
      <w:r>
        <w:rPr>
          <w:rFonts w:ascii="Garamond" w:hAnsi="Garamond" w:cs="Garamond"/>
          <w:b w:val="0"/>
          <w:i w:val="0"/>
          <w:sz w:val="24"/>
        </w:rPr>
        <w:t>“Patience, Wing Rider,” Valor replied. “Dragon dodging is a precise art.”</w:t>
      </w:r>
    </w:p>
    <w:p>
      <w:pPr>
        <w:spacing w:before="0" w:after="0"/>
        <w:ind w:firstLine="480"/>
        <w:jc w:val="left"/>
      </w:pPr>
      <w:r>
        <w:rPr>
          <w:rFonts w:ascii="Garamond" w:hAnsi="Garamond" w:cs="Garamond"/>
          <w:b w:val="0"/>
          <w:i w:val="0"/>
          <w:sz w:val="24"/>
        </w:rPr>
        <w:t>Kato looked back over his shoulder and Petra’s and immediately wished he had not. He faced forward and Petra watched the color leave his face and understood the feeling exactly, because he felt it too.</w:t>
      </w:r>
    </w:p>
    <w:p>
      <w:pPr>
        <w:spacing w:before="0" w:after="0"/>
        <w:ind w:firstLine="480"/>
        <w:jc w:val="left"/>
      </w:pPr>
      <w:r>
        <w:rPr>
          <w:rFonts w:ascii="Garamond" w:hAnsi="Garamond" w:cs="Garamond"/>
          <w:b w:val="0"/>
          <w:i w:val="0"/>
          <w:sz w:val="24"/>
        </w:rPr>
        <w:t>“Hold on,” Valor said.</w:t>
      </w:r>
    </w:p>
    <w:p>
      <w:pPr>
        <w:spacing w:before="0" w:after="0"/>
        <w:ind w:firstLine="480"/>
        <w:jc w:val="left"/>
      </w:pPr>
      <w:r>
        <w:rPr>
          <w:rFonts w:ascii="Garamond" w:hAnsi="Garamond" w:cs="Garamond"/>
          <w:b w:val="0"/>
          <w:i w:val="0"/>
          <w:sz w:val="24"/>
        </w:rPr>
        <w:t>Petra wrapped his arms around Kato and braced. Valor pulled up sharply, the dragon followed exactly, and for one suspended moment Petra could see the great head turning sideways, the mouth opening. Valor dove. The jaws snapped shut above them and the displaced air hit them like a wall and the foul breath came with it, and the neck bent and the head followed them down for a second attempt, the dragon folding its whole body over in its fury.</w:t>
      </w:r>
    </w:p>
    <w:p>
      <w:pPr>
        <w:spacing w:before="0" w:after="0"/>
        <w:ind w:firstLine="480"/>
        <w:jc w:val="left"/>
      </w:pPr>
      <w:r>
        <w:rPr>
          <w:rFonts w:ascii="Garamond" w:hAnsi="Garamond" w:cs="Garamond"/>
          <w:b w:val="0"/>
          <w:i w:val="0"/>
          <w:sz w:val="24"/>
        </w:rPr>
        <w:t>It had marked the man on the flier’s back. It had missed the feast on the beach and it had been holding that grievance ever since. The mouth came open again.</w:t>
      </w:r>
    </w:p>
    <w:p>
      <w:pPr>
        <w:spacing w:before="0" w:after="0"/>
        <w:ind w:firstLine="480"/>
        <w:jc w:val="left"/>
      </w:pPr>
      <w:r>
        <w:rPr>
          <w:rFonts w:ascii="Garamond" w:hAnsi="Garamond" w:cs="Garamond"/>
          <w:b w:val="0"/>
          <w:i w:val="0"/>
          <w:sz w:val="24"/>
        </w:rPr>
        <w:t>Valor pulled up short of the ground. The jaws closed on empty air.</w:t>
      </w:r>
    </w:p>
    <w:p>
      <w:pPr>
        <w:spacing w:before="0" w:after="0"/>
        <w:ind w:firstLine="480"/>
        <w:jc w:val="left"/>
      </w:pPr>
      <w:r>
        <w:rPr>
          <w:rFonts w:ascii="Garamond" w:hAnsi="Garamond" w:cs="Garamond"/>
          <w:b w:val="0"/>
          <w:i w:val="0"/>
          <w:sz w:val="24"/>
        </w:rPr>
        <w:t>The dragon had no room left. In its focus on what was in front of it, it had forgotten to account for what was beneath it, and the ground arrived before it could correct. It hit on its back with an impact that sent a tremor through the earth and nearly knocked Valor off his feet as he ran to build speed for takeoff. The neck was folded back on itself, wings spread wide and still. It did not move.</w:t>
      </w:r>
    </w:p>
    <w:p>
      <w:pPr>
        <w:spacing w:before="0" w:after="0"/>
        <w:ind w:firstLine="480"/>
        <w:jc w:val="left"/>
      </w:pPr>
      <w:r>
        <w:rPr>
          <w:rFonts w:ascii="Garamond" w:hAnsi="Garamond" w:cs="Garamond"/>
          <w:b w:val="0"/>
          <w:i w:val="0"/>
          <w:sz w:val="24"/>
        </w:rPr>
        <w:t>Valor pushed into the air, caught a gust, and rose above the valley. The remaining dragons in the formation flew past without breaking ranks. They glanced down at the one on the ground and continued south. In Valor’s experience this was entirely expected. More for the rest of them.</w:t>
      </w:r>
    </w:p>
    <w:p>
      <w:pPr>
        <w:spacing w:before="0" w:after="0"/>
        <w:ind w:firstLine="480"/>
        <w:jc w:val="left"/>
      </w:pPr>
      <w:r>
        <w:rPr>
          <w:rFonts w:ascii="Garamond" w:hAnsi="Garamond" w:cs="Garamond"/>
          <w:b w:val="0"/>
          <w:i w:val="0"/>
          <w:sz w:val="24"/>
        </w:rPr>
        <w:t>“This particular move has not been needed in some time,” Valor said, with what might have been satisfaction. “But it has not been forgotten.”</w:t>
      </w:r>
    </w:p>
    <w:p>
      <w:pPr>
        <w:spacing w:before="0" w:after="0"/>
        <w:ind w:firstLine="480"/>
        <w:jc w:val="left"/>
      </w:pPr>
      <w:r>
        <w:rPr>
          <w:rFonts w:ascii="Garamond" w:hAnsi="Garamond" w:cs="Garamond"/>
          <w:b w:val="0"/>
          <w:i w:val="0"/>
          <w:sz w:val="24"/>
        </w:rPr>
        <w:t>They all looked down at the dead dragon as Valor turned away from it.</w:t>
      </w:r>
    </w:p>
    <w:p>
      <w:pPr>
        <w:spacing w:before="0" w:after="0"/>
        <w:ind w:firstLine="480"/>
        <w:jc w:val="left"/>
      </w:pPr>
      <w:r>
        <w:rPr>
          <w:rFonts w:ascii="Garamond" w:hAnsi="Garamond" w:cs="Garamond"/>
          <w:b w:val="0"/>
          <w:i w:val="0"/>
          <w:sz w:val="24"/>
        </w:rPr>
        <w:t>“To Alteria,” Kato said. It was not a question but it had the weight of one.</w:t>
      </w:r>
    </w:p>
    <w:p>
      <w:pPr>
        <w:spacing w:before="0" w:after="0"/>
        <w:ind w:firstLine="480"/>
        <w:jc w:val="left"/>
      </w:pPr>
      <w:r>
        <w:rPr>
          <w:rFonts w:ascii="Garamond" w:hAnsi="Garamond" w:cs="Garamond"/>
          <w:b w:val="0"/>
          <w:i w:val="0"/>
          <w:sz w:val="24"/>
        </w:rPr>
        <w:t>“Yes, Prince. They go to the city. But we go north to the central mountains, to meet your mother and my father.” Valor banked and steadied on a northerly heading. “This is the time. There is nobody home to guard the nest.”</w:t>
      </w:r>
    </w:p>
    <w:p>
      <w:pPr>
        <w:spacing w:before="0" w:after="0"/>
        <w:ind w:firstLine="480"/>
        <w:jc w:val="left"/>
      </w:pPr>
      <w:r>
        <w:rPr>
          <w:rFonts w:ascii="Garamond" w:hAnsi="Garamond" w:cs="Garamond"/>
          <w:b w:val="0"/>
          <w:i w:val="0"/>
          <w:sz w:val="24"/>
        </w:rPr>
        <w:t>Kato felt the truth of it and the weight of it at the same time. His city was undefended and seven waves of dragons were flying toward it and there was nothing he could do about that from here. His people would go to the underground. They would survive. They had survived before. What he could do, what only he could do right now, was go north while the dragons went south.</w:t>
      </w:r>
    </w:p>
    <w:p>
      <w:pPr>
        <w:spacing w:before="0" w:after="0"/>
        <w:ind w:firstLine="480"/>
        <w:jc w:val="left"/>
      </w:pPr>
      <w:r>
        <w:rPr>
          <w:rFonts w:ascii="Garamond" w:hAnsi="Garamond" w:cs="Garamond"/>
          <w:b w:val="0"/>
          <w:i w:val="0"/>
          <w:sz w:val="24"/>
        </w:rPr>
        <w:t>He hoped his people were ready for what was coming. He hoped the Dragon Star had enough left in it to slow the descent, to give them time to get underground. He did not know if it did.</w:t>
      </w:r>
    </w:p>
    <w:p>
      <w:pPr>
        <w:spacing w:before="0" w:after="0"/>
        <w:ind w:firstLine="480"/>
        <w:jc w:val="left"/>
      </w:pPr>
      <w:r>
        <w:rPr>
          <w:rFonts w:ascii="Garamond" w:hAnsi="Garamond" w:cs="Garamond"/>
          <w:b w:val="0"/>
          <w:i w:val="0"/>
          <w:sz w:val="24"/>
        </w:rPr>
        <w:t>As Valor carried them north over the valley floor, the scavengers were moving below, following their masters south in a black mass that covered the ground like a shadow. One of them looked up and saw the horse and its riders, and Kato heard the curse of it rise toward them, thin and cold, and watched the creature turn from the mass and begin to follow.</w:t>
      </w:r>
    </w:p>
    <w:p>
      <w:pPr>
        <w:spacing w:before="0" w:after="0"/>
        <w:ind w:firstLine="480"/>
        <w:jc w:val="left"/>
      </w:pPr>
      <w:r>
        <w:rPr>
          <w:rFonts w:ascii="Garamond" w:hAnsi="Garamond" w:cs="Garamond"/>
          <w:b w:val="0"/>
          <w:i w:val="0"/>
          <w:sz w:val="24"/>
        </w:rPr>
        <w:t>He faced forward and said nothing. There was nothing to say. The mountains were ahead and the nest was empty and the time was now.</w:t>
      </w:r>
    </w:p>
    <w:p>
      <w:pPr>
        <w:spacing w:before="480" w:after="360"/>
        <w:ind w:firstLine="0"/>
        <w:jc w:val="center"/>
      </w:pPr>
      <w:r>
        <w:rPr>
          <w:rFonts w:ascii="Garamond" w:hAnsi="Garamond" w:cs="Garamond"/>
          <w:b/>
          <w:i w:val="0"/>
          <w:sz w:val="28"/>
        </w:rPr>
        <w:t>Chapter Forty-Six</w:t>
      </w:r>
    </w:p>
    <w:p>
      <w:pPr>
        <w:spacing w:before="0" w:after="0"/>
        <w:ind w:firstLine="480"/>
        <w:jc w:val="left"/>
      </w:pPr>
      <w:r>
        <w:rPr>
          <w:rFonts w:ascii="Garamond" w:hAnsi="Garamond" w:cs="Garamond"/>
          <w:b w:val="0"/>
          <w:i w:val="0"/>
          <w:sz w:val="24"/>
        </w:rPr>
        <w:t>The King sat on the hill and waited for the dragons to come, as he had known they would.</w:t>
      </w:r>
    </w:p>
    <w:p>
      <w:pPr>
        <w:spacing w:before="0" w:after="0"/>
        <w:ind w:firstLine="480"/>
        <w:jc w:val="left"/>
      </w:pPr>
      <w:r>
        <w:rPr>
          <w:rFonts w:ascii="Garamond" w:hAnsi="Garamond" w:cs="Garamond"/>
          <w:b w:val="0"/>
          <w:i w:val="0"/>
          <w:sz w:val="24"/>
        </w:rPr>
        <w:t>The first one had already gone back. It would carry what it had seen, and the rest would follow, and there would be no counting them. One was enough. One had always been enough.</w:t>
      </w:r>
    </w:p>
    <w:p>
      <w:pPr>
        <w:spacing w:before="0" w:after="0"/>
        <w:ind w:firstLine="480"/>
        <w:jc w:val="left"/>
      </w:pPr>
      <w:r>
        <w:rPr>
          <w:rFonts w:ascii="Garamond" w:hAnsi="Garamond" w:cs="Garamond"/>
          <w:b w:val="0"/>
          <w:i w:val="0"/>
          <w:sz w:val="24"/>
        </w:rPr>
        <w:t>Telansio Weymar had been dreading this day for longer than most of his people had been alive. He had known it was coming. Falsey had told him so on their first venture into the dragon lands together, two boys with swords doing what boys with swords did to prove they were becoming men. A night across the mound, alone, in the dark, with the sound of dragons somewhere in the distance. He remembered the cold, which was the cold of the underground transported to the open air, the particular cold of places where fear lives. He remembered the sword in his hand and the way his hand had shaken holding it. Mostly he remembered the waiting.</w:t>
      </w:r>
    </w:p>
    <w:p>
      <w:pPr>
        <w:spacing w:before="0" w:after="0"/>
        <w:ind w:firstLine="480"/>
        <w:jc w:val="left"/>
      </w:pPr>
      <w:r>
        <w:rPr>
          <w:rFonts w:ascii="Garamond" w:hAnsi="Garamond" w:cs="Garamond"/>
          <w:b w:val="0"/>
          <w:i w:val="0"/>
          <w:sz w:val="24"/>
        </w:rPr>
        <w:t>It was still the worst part.</w:t>
      </w:r>
    </w:p>
    <w:p>
      <w:pPr>
        <w:spacing w:before="0" w:after="0"/>
        <w:ind w:firstLine="480"/>
        <w:jc w:val="left"/>
      </w:pPr>
      <w:r>
        <w:rPr>
          <w:rFonts w:ascii="Garamond" w:hAnsi="Garamond" w:cs="Garamond"/>
          <w:b w:val="0"/>
          <w:i w:val="0"/>
          <w:sz w:val="24"/>
        </w:rPr>
        <w:t>He stood next to Rothallan and thought about his children. Perhaps they had been right all along. That was a thought that had been growing in him since the gathering and he had not known what to do with it. Prophecies were strange things. Even ones told by frightened boys on cold hillsides had a way of finding their fulfillment regardless of what anyone did to prevent it. What would happen was not in his hands. It had probably never been in his hands.</w:t>
      </w:r>
    </w:p>
    <w:p>
      <w:pPr>
        <w:spacing w:before="0" w:after="0"/>
        <w:ind w:firstLine="480"/>
        <w:jc w:val="left"/>
      </w:pPr>
      <w:r>
        <w:rPr>
          <w:rFonts w:ascii="Garamond" w:hAnsi="Garamond" w:cs="Garamond"/>
          <w:b w:val="0"/>
          <w:i w:val="0"/>
          <w:sz w:val="24"/>
        </w:rPr>
        <w:t>The scavengers were coming down from the mountains and across the valleys in black streams, converging on the city from every direction. His warriors stood ready and waited. The scavengers waited also, held back by the same signal everyone was waiting for.</w:t>
      </w:r>
    </w:p>
    <w:p>
      <w:pPr>
        <w:spacing w:before="0" w:after="0"/>
        <w:ind w:firstLine="480"/>
        <w:jc w:val="left"/>
      </w:pPr>
      <w:r>
        <w:rPr>
          <w:rFonts w:ascii="Garamond" w:hAnsi="Garamond" w:cs="Garamond"/>
          <w:b w:val="0"/>
          <w:i w:val="0"/>
          <w:sz w:val="24"/>
        </w:rPr>
        <w:t>“They wait for their masters,” Rothallan told him quietly.</w:t>
      </w:r>
    </w:p>
    <w:p>
      <w:pPr>
        <w:spacing w:before="0" w:after="0"/>
        <w:ind w:firstLine="480"/>
        <w:jc w:val="left"/>
      </w:pPr>
      <w:r>
        <w:rPr>
          <w:rFonts w:ascii="Garamond" w:hAnsi="Garamond" w:cs="Garamond"/>
          <w:b w:val="0"/>
          <w:i w:val="0"/>
          <w:sz w:val="24"/>
        </w:rPr>
        <w:t>“We need time. Everyone must be underground before the dragons arrive.” The word had gone out as soon as the first dragon was spotted, and the fliers had helped carry the warning to the outer districts. But there were always people who could not make it, or would not, and those would be on his conscience regardless of what happened next.</w:t>
      </w:r>
    </w:p>
    <w:p>
      <w:pPr>
        <w:spacing w:before="0" w:after="0"/>
        <w:ind w:firstLine="480"/>
        <w:jc w:val="left"/>
      </w:pPr>
      <w:r>
        <w:rPr>
          <w:rFonts w:ascii="Garamond" w:hAnsi="Garamond" w:cs="Garamond"/>
          <w:b w:val="0"/>
          <w:i w:val="0"/>
          <w:sz w:val="24"/>
        </w:rPr>
        <w:t>“There is no more time,” Rothallan said. “They come.”</w:t>
      </w:r>
    </w:p>
    <w:p>
      <w:pPr>
        <w:spacing w:before="0" w:after="0"/>
        <w:ind w:firstLine="480"/>
        <w:jc w:val="left"/>
      </w:pPr>
      <w:r>
        <w:rPr>
          <w:rFonts w:ascii="Garamond" w:hAnsi="Garamond" w:cs="Garamond"/>
          <w:b w:val="0"/>
          <w:i w:val="0"/>
          <w:sz w:val="24"/>
        </w:rPr>
        <w:t>The King saw it then, a darkness on the western horizon that grew as he watched. A spearhead formation, waves of them only winglengths apart, flying low through the western valley, clearing the tallest ridges easily and descending toward the plain. In seconds they were through the interior range and into the valley that bordered his country. The sight of it was, despite everything, remarkable. The precision of the formation. The scale of it. The unhurried certainty of creatures that had no reason to hurry.</w:t>
      </w:r>
    </w:p>
    <w:p>
      <w:pPr>
        <w:spacing w:before="0" w:after="0"/>
        <w:ind w:firstLine="480"/>
        <w:jc w:val="left"/>
      </w:pPr>
      <w:r>
        <w:rPr>
          <w:rFonts w:ascii="Garamond" w:hAnsi="Garamond" w:cs="Garamond"/>
          <w:b w:val="0"/>
          <w:i w:val="0"/>
          <w:sz w:val="24"/>
        </w:rPr>
        <w:t>He had at least one surprise for them. His father had begun it and he had continued it, a project the tradesmen had discovered almost by accident while working on ways to bring light into the deeper tunnels. If you focused the light of Otos tightly enough, it burned. The dragons would not be expecting fire from below. It would not stop them, but it would hurt them, and hurt was something they had not felt from this city in a very long time.</w:t>
      </w:r>
    </w:p>
    <w:p>
      <w:pPr>
        <w:spacing w:before="0" w:after="0"/>
        <w:ind w:firstLine="480"/>
        <w:jc w:val="left"/>
      </w:pPr>
      <w:r>
        <w:rPr>
          <w:rFonts w:ascii="Garamond" w:hAnsi="Garamond" w:cs="Garamond"/>
          <w:b w:val="0"/>
          <w:i w:val="0"/>
          <w:sz w:val="24"/>
        </w:rPr>
        <w:t>The underground would be different this time. His ancestors, after the first fall of Alteria, had turned from the old ways and toward the study of light, and what they had built since was not the city that had been destroyed four thousand years ago. New construction above and below ground. Barricades. Secondary defenses. Escape routes and supply caches. Tunnel systems set apart and disguised so they would have ways in and out that the dragons and their servants could not find. He would own the underground. The dragons could not protect their servants in the tunnels, and he knew these tunnels better than anything that had ever come against them.</w:t>
      </w:r>
    </w:p>
    <w:p>
      <w:pPr>
        <w:spacing w:before="0" w:after="0"/>
        <w:ind w:firstLine="480"/>
        <w:jc w:val="left"/>
      </w:pPr>
      <w:r>
        <w:rPr>
          <w:rFonts w:ascii="Garamond" w:hAnsi="Garamond" w:cs="Garamond"/>
          <w:b w:val="0"/>
          <w:i w:val="0"/>
          <w:sz w:val="24"/>
        </w:rPr>
        <w:t>He turned and mounted Rothallan and the horse lifted into the air. His warriors followed. They would surrender the fields and the homes and the towers. That was what they were surrendering, not the city itself, not the people, not the future. He would not let himself believe otherwise.</w:t>
      </w:r>
    </w:p>
    <w:p>
      <w:pPr>
        <w:spacing w:before="0" w:after="0"/>
        <w:ind w:firstLine="480"/>
        <w:jc w:val="left"/>
      </w:pPr>
      <w:r>
        <w:rPr>
          <w:rFonts w:ascii="Garamond" w:hAnsi="Garamond" w:cs="Garamond"/>
          <w:b w:val="0"/>
          <w:i w:val="0"/>
          <w:sz w:val="24"/>
        </w:rPr>
        <w:t>When his last warrior was airborne the King turned east toward the city. The spearhead had already broken apart, half the formation swinging his way and half going east over the valley. He let them come. Rothallan knew what to do.</w:t>
      </w:r>
    </w:p>
    <w:p>
      <w:pPr>
        <w:spacing w:before="0" w:after="0"/>
        <w:ind w:firstLine="480"/>
        <w:jc w:val="left"/>
      </w:pPr>
      <w:r>
        <w:rPr>
          <w:rFonts w:ascii="Garamond" w:hAnsi="Garamond" w:cs="Garamond"/>
          <w:b w:val="0"/>
          <w:i w:val="0"/>
          <w:sz w:val="24"/>
        </w:rPr>
        <w:t>They flew toward the city as the light of Otos fell at the horizon and the towers caught the last of it, gleaming orange against the darkening sky, the palace walls tinged red at their base and orange along the ramparts. The King looked at it and tried to hold the image. He did not know when he would see his city free again, and he wanted to carry this particular version of it with him, the way it looked in the last light before the fall.</w:t>
      </w:r>
    </w:p>
    <w:p>
      <w:pPr>
        <w:spacing w:before="0" w:after="0"/>
        <w:ind w:firstLine="480"/>
        <w:jc w:val="left"/>
      </w:pPr>
      <w:r>
        <w:rPr>
          <w:rFonts w:ascii="Garamond" w:hAnsi="Garamond" w:cs="Garamond"/>
          <w:b w:val="0"/>
          <w:i w:val="0"/>
          <w:sz w:val="24"/>
        </w:rPr>
        <w:t>A dragon was already hovering over the center of the city.</w:t>
      </w:r>
    </w:p>
    <w:p>
      <w:pPr>
        <w:spacing w:before="0" w:after="0"/>
        <w:ind w:firstLine="480"/>
        <w:jc w:val="left"/>
      </w:pPr>
      <w:r>
        <w:rPr>
          <w:rFonts w:ascii="Garamond" w:hAnsi="Garamond" w:cs="Garamond"/>
          <w:b w:val="0"/>
          <w:i w:val="0"/>
          <w:sz w:val="24"/>
        </w:rPr>
        <w:t>He had been premature in nothing. It had simply begun before he arrived.</w:t>
      </w:r>
    </w:p>
    <w:p>
      <w:pPr>
        <w:spacing w:before="480" w:after="360"/>
        <w:ind w:firstLine="0"/>
        <w:jc w:val="center"/>
      </w:pPr>
      <w:r>
        <w:rPr>
          <w:rFonts w:ascii="Garamond" w:hAnsi="Garamond" w:cs="Garamond"/>
          <w:b/>
          <w:i w:val="0"/>
          <w:sz w:val="28"/>
        </w:rPr>
        <w:t>Chapter Forty-Seven</w:t>
      </w:r>
    </w:p>
    <w:p>
      <w:pPr>
        <w:spacing w:before="0" w:after="0"/>
        <w:ind w:firstLine="480"/>
        <w:jc w:val="left"/>
      </w:pPr>
      <w:r>
        <w:rPr>
          <w:rFonts w:ascii="Garamond" w:hAnsi="Garamond" w:cs="Garamond"/>
          <w:b w:val="0"/>
          <w:i w:val="0"/>
          <w:sz w:val="24"/>
        </w:rPr>
        <w:t>She should have caught him when she had the chance.</w:t>
      </w:r>
    </w:p>
    <w:p>
      <w:pPr>
        <w:spacing w:before="0" w:after="0"/>
        <w:ind w:firstLine="480"/>
        <w:jc w:val="left"/>
      </w:pPr>
      <w:r>
        <w:rPr>
          <w:rFonts w:ascii="Garamond" w:hAnsi="Garamond" w:cs="Garamond"/>
          <w:b w:val="0"/>
          <w:i w:val="0"/>
          <w:sz w:val="24"/>
        </w:rPr>
        <w:t>Pico had found Falsey in her father's study, emptying the contents of the wooden box into a pouch at his belt. When she asked what he was doing he panicked and shouted for the guards. They came in to find the Princess with her sword drawn and the Councilor backing toward the door, and they made the wrong assumption. By the time she had convinced them otherwise Falsey was gone. She and Galio followed his trail through the tunnels with the guards behind them, and the word went out that a senior councilor was to be detained for questioning, which was a thing that had never happened in the history of the high council.</w:t>
      </w:r>
    </w:p>
    <w:p>
      <w:pPr>
        <w:spacing w:before="0" w:after="0"/>
        <w:ind w:firstLine="480"/>
        <w:jc w:val="left"/>
      </w:pPr>
      <w:r>
        <w:rPr>
          <w:rFonts w:ascii="Garamond" w:hAnsi="Garamond" w:cs="Garamond"/>
          <w:b w:val="0"/>
          <w:i w:val="0"/>
          <w:sz w:val="24"/>
        </w:rPr>
        <w:t>The guards themselves said it without being asked: he had changed since Valoria. Five years of something wrong behind the eyes, something cold and watchful. He had replaced most of the King's inner circle one by one, finding small faults, moving men out, until only himself remained between the King and everyone else. Now it was clear what he had been doing and why, and the why was the part Pico could not quite look at directly yet.</w:t>
      </w:r>
    </w:p>
    <w:p>
      <w:pPr>
        <w:spacing w:before="0" w:after="0"/>
        <w:ind w:firstLine="480"/>
        <w:jc w:val="left"/>
      </w:pPr>
      <w:r>
        <w:rPr>
          <w:rFonts w:ascii="Garamond" w:hAnsi="Garamond" w:cs="Garamond"/>
          <w:b w:val="0"/>
          <w:i w:val="0"/>
          <w:sz w:val="24"/>
        </w:rPr>
        <w:t>He had reached the tower before them and barred the door from the other side. One soldier could hold that position against an army for days. There was no way in except from the air.</w:t>
      </w:r>
    </w:p>
    <w:p>
      <w:pPr>
        <w:spacing w:before="0" w:after="0"/>
        <w:ind w:firstLine="480"/>
        <w:jc w:val="left"/>
      </w:pPr>
      <w:r>
        <w:rPr>
          <w:rFonts w:ascii="Garamond" w:hAnsi="Garamond" w:cs="Garamond"/>
          <w:b w:val="0"/>
          <w:i w:val="0"/>
          <w:sz w:val="24"/>
        </w:rPr>
        <w:t>She found him through the grate, standing in the small alcove just inside the tower top, his back to her, the Dragon Star beyond him. She had only been up here twice in her life and the stone looked much as she remembered, though the feeling was different. Where once she had felt its power moving through her like a current, now there was only a faint tingle, a ghost of what it had been.</w:t>
      </w:r>
    </w:p>
    <w:p>
      <w:pPr>
        <w:spacing w:before="0" w:after="0"/>
        <w:ind w:firstLine="480"/>
        <w:jc w:val="left"/>
      </w:pPr>
      <w:r>
        <w:rPr>
          <w:rFonts w:ascii="Garamond" w:hAnsi="Garamond" w:cs="Garamond"/>
          <w:b w:val="0"/>
          <w:i w:val="0"/>
          <w:sz w:val="24"/>
        </w:rPr>
        <w:t>“Councilor. Tell me what you are doing.”</w:t>
      </w:r>
    </w:p>
    <w:p>
      <w:pPr>
        <w:spacing w:before="0" w:after="0"/>
        <w:ind w:firstLine="480"/>
        <w:jc w:val="left"/>
      </w:pPr>
      <w:r>
        <w:rPr>
          <w:rFonts w:ascii="Garamond" w:hAnsi="Garamond" w:cs="Garamond"/>
          <w:b w:val="0"/>
          <w:i w:val="0"/>
          <w:sz w:val="24"/>
        </w:rPr>
        <w:t>He did not turn.</w:t>
      </w:r>
    </w:p>
    <w:p>
      <w:pPr>
        <w:spacing w:before="0" w:after="0"/>
        <w:ind w:firstLine="480"/>
        <w:jc w:val="left"/>
      </w:pPr>
      <w:r>
        <w:rPr>
          <w:rFonts w:ascii="Garamond" w:hAnsi="Garamond" w:cs="Garamond"/>
          <w:b w:val="0"/>
          <w:i w:val="0"/>
          <w:sz w:val="24"/>
        </w:rPr>
        <w:t>“Councilor, why have you betrayed us?” She heard her own voice go high and knew it was fear, not anger. “Answer me.”</w:t>
      </w:r>
    </w:p>
    <w:p>
      <w:pPr>
        <w:spacing w:before="0" w:after="0"/>
        <w:ind w:firstLine="480"/>
        <w:jc w:val="left"/>
      </w:pPr>
      <w:r>
        <w:rPr>
          <w:rFonts w:ascii="Garamond" w:hAnsi="Garamond" w:cs="Garamond"/>
          <w:b w:val="0"/>
          <w:i w:val="0"/>
          <w:sz w:val="24"/>
        </w:rPr>
        <w:t>She heard it before she saw it. The sound beginning somewhere in her mind and moving outward to her ears, a vast rhythmic displacement of air. Then the dragon came into her field of vision and stopped, hovering in front of the Dragon Star on wings that beat with slow, powerful strokes. The wind through the grate carried the smell of it.</w:t>
      </w:r>
    </w:p>
    <w:p>
      <w:pPr>
        <w:spacing w:before="0" w:after="0"/>
        <w:ind w:firstLine="480"/>
        <w:jc w:val="left"/>
      </w:pPr>
      <w:r>
        <w:rPr>
          <w:rFonts w:ascii="Garamond" w:hAnsi="Garamond" w:cs="Garamond"/>
          <w:b w:val="0"/>
          <w:i w:val="0"/>
          <w:sz w:val="24"/>
        </w:rPr>
        <w:t>But she saw something she had not expected. The dragon was afraid. Not of her, not of Falsey. Of the stone. The power the Dragon Star had once held was nearly gone, but nearly was not entirely, and what remained was still enough to register in the ancient instincts of the creature in front of it.</w:t>
      </w:r>
    </w:p>
    <w:p>
      <w:pPr>
        <w:spacing w:before="0" w:after="0"/>
        <w:ind w:firstLine="480"/>
        <w:jc w:val="left"/>
      </w:pPr>
      <w:r>
        <w:rPr>
          <w:rFonts w:ascii="Garamond" w:hAnsi="Garamond" w:cs="Garamond"/>
          <w:b w:val="0"/>
          <w:i w:val="0"/>
          <w:sz w:val="24"/>
        </w:rPr>
        <w:t>Then it looked at her.</w:t>
      </w:r>
    </w:p>
    <w:p>
      <w:pPr>
        <w:spacing w:before="0" w:after="0"/>
        <w:ind w:firstLine="480"/>
        <w:jc w:val="left"/>
      </w:pPr>
      <w:r>
        <w:rPr>
          <w:rFonts w:ascii="Garamond" w:hAnsi="Garamond" w:cs="Garamond"/>
          <w:b w:val="0"/>
          <w:i w:val="0"/>
          <w:sz w:val="24"/>
        </w:rPr>
        <w:t>She had been told nothing about dragons. There was no reason anyone had thought to tell her. She had never seen one before today and everyone who had seen one up close had been too busy surviving the encounter to discuss the finer points afterward. So she did not know, and she looked back, and the moment their eyes met she was locked.</w:t>
      </w:r>
    </w:p>
    <w:p>
      <w:pPr>
        <w:spacing w:before="0" w:after="0"/>
        <w:ind w:firstLine="480"/>
        <w:jc w:val="left"/>
      </w:pPr>
      <w:r>
        <w:rPr>
          <w:rFonts w:ascii="Garamond" w:hAnsi="Garamond" w:cs="Garamond"/>
          <w:b w:val="0"/>
          <w:i w:val="0"/>
          <w:sz w:val="24"/>
        </w:rPr>
        <w:t>The mind of the dragon came into hers like a hand closing. She could not look away, could not cry out, could not move. Beside her Galio watched as she began to draw her sword with the slow deliberateness of someone acting under instruction rather than will.</w:t>
      </w:r>
    </w:p>
    <w:p>
      <w:pPr>
        <w:spacing w:before="0" w:after="0"/>
        <w:ind w:firstLine="480"/>
        <w:jc w:val="left"/>
      </w:pPr>
      <w:r>
        <w:rPr>
          <w:rFonts w:ascii="Garamond" w:hAnsi="Garamond" w:cs="Garamond"/>
          <w:b w:val="0"/>
          <w:i w:val="0"/>
          <w:sz w:val="24"/>
        </w:rPr>
        <w:t>Then her own magic moved. The green light came up through her body the way it always did when she healed, but faster, instinctive, responding to the threat before her conscious mind could form a thought. It rose between her and the dragon's gaze and thickened until her vision went dark and she went down.</w:t>
      </w:r>
    </w:p>
    <w:p>
      <w:pPr>
        <w:spacing w:before="0" w:after="0"/>
        <w:ind w:firstLine="480"/>
        <w:jc w:val="left"/>
      </w:pPr>
      <w:r>
        <w:rPr>
          <w:rFonts w:ascii="Garamond" w:hAnsi="Garamond" w:cs="Garamond"/>
          <w:b w:val="0"/>
          <w:i w:val="0"/>
          <w:sz w:val="24"/>
        </w:rPr>
        <w:t>The dragon shifted its attention to Falsey.</w:t>
      </w:r>
    </w:p>
    <w:p>
      <w:pPr>
        <w:spacing w:before="0" w:after="0"/>
        <w:ind w:firstLine="480"/>
        <w:jc w:val="left"/>
      </w:pPr>
      <w:r>
        <w:rPr>
          <w:rFonts w:ascii="Garamond" w:hAnsi="Garamond" w:cs="Garamond"/>
          <w:b w:val="0"/>
          <w:i w:val="0"/>
          <w:sz w:val="24"/>
        </w:rPr>
        <w:t>Galio pressed his face to the grate. This was the first dragon he had seen and he was frightened enough to be honest about it, but he was also a young man who had never learned to look away from things that frightened him, which was either a virtue or a flaw depending on the circumstances. He studied it methodically. The underbelly was not armored as the stories said. It was scaled like a large lizard, which was what it was, and the scales over the soft tissue of the abdomen were thinner than the rest. Regular arrows would do nothing useful. A larger bolt, aimed correctly, would have a chance.</w:t>
      </w:r>
    </w:p>
    <w:p>
      <w:pPr>
        <w:spacing w:before="0" w:after="0"/>
        <w:ind w:firstLine="480"/>
        <w:jc w:val="left"/>
      </w:pPr>
      <w:r>
        <w:rPr>
          <w:rFonts w:ascii="Garamond" w:hAnsi="Garamond" w:cs="Garamond"/>
          <w:b w:val="0"/>
          <w:i w:val="0"/>
          <w:sz w:val="24"/>
        </w:rPr>
        <w:t>He watched Falsey cover the Dragon Star with a thick fold of leather, lift it above his head, and offer it up.</w:t>
      </w:r>
    </w:p>
    <w:p>
      <w:pPr>
        <w:spacing w:before="0" w:after="0"/>
        <w:ind w:firstLine="480"/>
        <w:jc w:val="left"/>
      </w:pPr>
      <w:r>
        <w:rPr>
          <w:rFonts w:ascii="Garamond" w:hAnsi="Garamond" w:cs="Garamond"/>
          <w:b w:val="0"/>
          <w:i w:val="0"/>
          <w:sz w:val="24"/>
        </w:rPr>
        <w:t>The dragon bent its neck and took the Councilor and the stone in a single bite. It raised its head. Galio watched Falsey slide down the long neck and disappear. The dragon swallowed, shuddered with what appeared to be satisfaction, and swung its tail in a wide arc that connected with the tower wall. The shock wave cracked the stone causeway. When the causeway fell it took the door frame and the alcove with it, and the rubble followed the stones down into the shadows far below.</w:t>
      </w:r>
    </w:p>
    <w:p>
      <w:pPr>
        <w:spacing w:before="0" w:after="0"/>
        <w:ind w:firstLine="480"/>
        <w:jc w:val="left"/>
      </w:pPr>
      <w:r>
        <w:rPr>
          <w:rFonts w:ascii="Garamond" w:hAnsi="Garamond" w:cs="Garamond"/>
          <w:b w:val="0"/>
          <w:i w:val="0"/>
          <w:sz w:val="24"/>
        </w:rPr>
        <w:t>Galio was standing fully exposed on the open tower top with the unconscious Princess behind him and a dragon directly in front of him. He had time to think that a moment ago he had considered this creature impressive, and that he would not be making that mistake again.</w:t>
      </w:r>
    </w:p>
    <w:p>
      <w:pPr>
        <w:spacing w:before="0" w:after="0"/>
        <w:ind w:firstLine="480"/>
        <w:jc w:val="left"/>
      </w:pPr>
      <w:r>
        <w:rPr>
          <w:rFonts w:ascii="Garamond" w:hAnsi="Garamond" w:cs="Garamond"/>
          <w:b w:val="0"/>
          <w:i w:val="0"/>
          <w:sz w:val="24"/>
        </w:rPr>
        <w:t>The dragon looked at the doorway and Galio thought, quite specifically, that it smiled.</w:t>
      </w:r>
    </w:p>
    <w:p>
      <w:pPr>
        <w:spacing w:before="0" w:after="0"/>
        <w:ind w:firstLine="480"/>
        <w:jc w:val="left"/>
      </w:pPr>
      <w:r>
        <w:rPr>
          <w:rFonts w:ascii="Garamond" w:hAnsi="Garamond" w:cs="Garamond"/>
          <w:b w:val="0"/>
          <w:i w:val="0"/>
          <w:sz w:val="24"/>
        </w:rPr>
        <w:t>Before it could lock its gaze on him something blazed along its back and left a smoking trail across the hide. The dragon swung its head left and received a bolt of white light directly in the eyes that knocked it back on its wings. Rothallan flew past the tower with the King on his back and the staff raised, and before the dragon could turn to follow, a second beam tore through the thin membrane of one wing. The dragon screamed. The sound compressed the air in Galio's chest. The wing would not hold. The dragon lost control of its flight and came down into the gathering hall, destroying the hardwood tables and half the wall on its way through.</w:t>
      </w:r>
    </w:p>
    <w:p>
      <w:pPr>
        <w:spacing w:before="0" w:after="0"/>
        <w:ind w:firstLine="480"/>
        <w:jc w:val="left"/>
      </w:pPr>
      <w:r>
        <w:rPr>
          <w:rFonts w:ascii="Garamond" w:hAnsi="Garamond" w:cs="Garamond"/>
          <w:b w:val="0"/>
          <w:i w:val="0"/>
          <w:sz w:val="24"/>
        </w:rPr>
        <w:t>The King brought Rothallan in close and the staff worked again and again, burning light into the downed dragon while other mounted warriors circled and harried it from above. The dragon was a mass of scorched wounds but would not die. When the last ray of Otos dropped behind the western mountains the burning light went out entirely. Without the sun to power it there was nothing. The dragon felt the change and raised its head.</w:t>
      </w:r>
    </w:p>
    <w:p>
      <w:pPr>
        <w:spacing w:before="0" w:after="0"/>
        <w:ind w:firstLine="480"/>
        <w:jc w:val="left"/>
      </w:pPr>
      <w:r>
        <w:rPr>
          <w:rFonts w:ascii="Garamond" w:hAnsi="Garamond" w:cs="Garamond"/>
          <w:b w:val="0"/>
          <w:i w:val="0"/>
          <w:sz w:val="24"/>
        </w:rPr>
        <w:t>It turned to follow Rothallan on his next pass and sprayed burning fluid from its throat, a defensive reflex rather than an attack. Rothallan dodged most of it but clipped a wing on a building corner and was forced down onto the wide street leading out of the city. The dragon charged out of the gathering hall on foot, moving sluggishly from its wounds but moving. Rothallan ran. The mounted warriors buzzed the dragon's head to slow it, and one of them set down directly in front of it, drawing the great head down.</w:t>
      </w:r>
    </w:p>
    <w:p>
      <w:pPr>
        <w:spacing w:before="0" w:after="0"/>
        <w:ind w:firstLine="480"/>
        <w:jc w:val="left"/>
      </w:pPr>
      <w:r>
        <w:rPr>
          <w:rFonts w:ascii="Garamond" w:hAnsi="Garamond" w:cs="Garamond"/>
          <w:b w:val="0"/>
          <w:i w:val="0"/>
          <w:sz w:val="24"/>
        </w:rPr>
        <w:t>In the last thin light of evening, Terra Sario dropped from his mount onto the dragon's back and climbed to the base of the skull before the animal could begin to thrash. As the head came up Terra drove his long sword under the back of the skull and into the brain.</w:t>
      </w:r>
    </w:p>
    <w:p>
      <w:pPr>
        <w:spacing w:before="0" w:after="0"/>
        <w:ind w:firstLine="480"/>
        <w:jc w:val="left"/>
      </w:pPr>
      <w:r>
        <w:rPr>
          <w:rFonts w:ascii="Garamond" w:hAnsi="Garamond" w:cs="Garamond"/>
          <w:b w:val="0"/>
          <w:i w:val="0"/>
          <w:sz w:val="24"/>
        </w:rPr>
        <w:t>The dragon threw its head back and Terra went with it, sliding off the neck and hitting the pavement hard. He rolled clear of the feet and into a side street and through the door of the nearest empty building. Behind him the dragon twisted its neck, rubbed the back of its head on the ground, swung it against a wall. The sword was too deep to dislodge. In its final frustration it swung its head against the corner of a building and drove the hilt flush with the scale, pushing the blade the rest of the way through its own skull.</w:t>
      </w:r>
    </w:p>
    <w:p>
      <w:pPr>
        <w:spacing w:before="0" w:after="0"/>
        <w:ind w:firstLine="480"/>
        <w:jc w:val="left"/>
      </w:pPr>
      <w:r>
        <w:rPr>
          <w:rFonts w:ascii="Garamond" w:hAnsi="Garamond" w:cs="Garamond"/>
          <w:b w:val="0"/>
          <w:i w:val="0"/>
          <w:sz w:val="24"/>
        </w:rPr>
        <w:t>Rothallan brought the King in close. The dragon's eyes rolled back and the head and neck went down together, and the body gave one long shudder and was still.</w:t>
      </w:r>
    </w:p>
    <w:p>
      <w:pPr>
        <w:spacing w:before="0" w:after="0"/>
        <w:ind w:firstLine="480"/>
        <w:jc w:val="left"/>
      </w:pPr>
      <w:r>
        <w:rPr>
          <w:rFonts w:ascii="Garamond" w:hAnsi="Garamond" w:cs="Garamond"/>
          <w:b w:val="0"/>
          <w:i w:val="0"/>
          <w:sz w:val="24"/>
        </w:rPr>
        <w:t>It was the first dragon the elves had ever heard of being killed by something other than the Dragon Star. The warriors dismounted and began to work on the neck with their swords.</w:t>
      </w:r>
    </w:p>
    <w:p>
      <w:pPr>
        <w:spacing w:before="0" w:after="0"/>
        <w:ind w:firstLine="480"/>
        <w:jc w:val="left"/>
      </w:pPr>
      <w:r>
        <w:rPr>
          <w:rFonts w:ascii="Garamond" w:hAnsi="Garamond" w:cs="Garamond"/>
          <w:b w:val="0"/>
          <w:i w:val="0"/>
          <w:sz w:val="24"/>
        </w:rPr>
        <w:t>“Where is the Councilor?” Pico asked. She was on her feet, her eyes clear.</w:t>
      </w:r>
    </w:p>
    <w:p>
      <w:pPr>
        <w:spacing w:before="0" w:after="0"/>
        <w:ind w:firstLine="480"/>
        <w:jc w:val="left"/>
      </w:pPr>
      <w:r>
        <w:rPr>
          <w:rFonts w:ascii="Garamond" w:hAnsi="Garamond" w:cs="Garamond"/>
          <w:b w:val="0"/>
          <w:i w:val="0"/>
          <w:sz w:val="24"/>
        </w:rPr>
        <w:t>Galio pointed.</w:t>
      </w:r>
    </w:p>
    <w:p>
      <w:pPr>
        <w:spacing w:before="0" w:after="0"/>
        <w:ind w:firstLine="480"/>
        <w:jc w:val="left"/>
      </w:pPr>
      <w:r>
        <w:rPr>
          <w:rFonts w:ascii="Garamond" w:hAnsi="Garamond" w:cs="Garamond"/>
          <w:b w:val="0"/>
          <w:i w:val="0"/>
          <w:sz w:val="24"/>
        </w:rPr>
        <w:t>“Where, Galio? Where is he?”</w:t>
      </w:r>
    </w:p>
    <w:p>
      <w:pPr>
        <w:spacing w:before="0" w:after="0"/>
        <w:ind w:firstLine="480"/>
        <w:jc w:val="left"/>
      </w:pPr>
      <w:r>
        <w:rPr>
          <w:rFonts w:ascii="Garamond" w:hAnsi="Garamond" w:cs="Garamond"/>
          <w:b w:val="0"/>
          <w:i w:val="0"/>
          <w:sz w:val="24"/>
        </w:rPr>
        <w:t>“In the dragon.” He found it difficult to say more simply than that. “It swallowed him whole.” He looked toward the tower top. “Almost whole.”</w:t>
      </w:r>
    </w:p>
    <w:p>
      <w:pPr>
        <w:spacing w:before="0" w:after="0"/>
        <w:ind w:firstLine="480"/>
        <w:jc w:val="left"/>
      </w:pPr>
      <w:r>
        <w:rPr>
          <w:rFonts w:ascii="Garamond" w:hAnsi="Garamond" w:cs="Garamond"/>
          <w:b w:val="0"/>
          <w:i w:val="0"/>
          <w:sz w:val="24"/>
        </w:rPr>
        <w:t>Near the pedestal where the Dragon Star had rested, two legs from the knees down remained.</w:t>
      </w:r>
    </w:p>
    <w:p>
      <w:pPr>
        <w:spacing w:before="0" w:after="0"/>
        <w:ind w:firstLine="480"/>
        <w:jc w:val="left"/>
      </w:pPr>
      <w:r>
        <w:rPr>
          <w:rFonts w:ascii="Garamond" w:hAnsi="Garamond" w:cs="Garamond"/>
          <w:b w:val="0"/>
          <w:i w:val="0"/>
          <w:sz w:val="24"/>
        </w:rPr>
        <w:t>Pico turned and ran for the stairs.</w:t>
      </w:r>
    </w:p>
    <w:p>
      <w:pPr>
        <w:spacing w:before="0" w:after="0"/>
        <w:ind w:firstLine="480"/>
        <w:jc w:val="left"/>
      </w:pPr>
      <w:r>
        <w:rPr>
          <w:rFonts w:ascii="Garamond" w:hAnsi="Garamond" w:cs="Garamond"/>
          <w:b w:val="0"/>
          <w:i w:val="0"/>
          <w:sz w:val="24"/>
        </w:rPr>
        <w:t>By the time she reached the street the warriors had nearly cut through the neck. Her father was on the ground with Terra Sario, and the mood among the assembled warriors was the particular lightness that follows a thing that should not have been survivable. Then a cry from the fliers in the sky: more dragons coming.</w:t>
      </w:r>
    </w:p>
    <w:p>
      <w:pPr>
        <w:spacing w:before="0" w:after="0"/>
        <w:ind w:firstLine="480"/>
        <w:jc w:val="left"/>
      </w:pPr>
      <w:r>
        <w:rPr>
          <w:rFonts w:ascii="Garamond" w:hAnsi="Garamond" w:cs="Garamond"/>
          <w:b w:val="0"/>
          <w:i w:val="0"/>
          <w:sz w:val="24"/>
        </w:rPr>
        <w:t>The King gathered his people. Before he could speak Pico pushed through and the King opened his arms and held her.</w:t>
      </w:r>
    </w:p>
    <w:p>
      <w:pPr>
        <w:spacing w:before="0" w:after="0"/>
        <w:ind w:firstLine="480"/>
        <w:jc w:val="left"/>
      </w:pPr>
      <w:r>
        <w:rPr>
          <w:rFonts w:ascii="Garamond" w:hAnsi="Garamond" w:cs="Garamond"/>
          <w:b w:val="0"/>
          <w:i w:val="0"/>
          <w:sz w:val="24"/>
        </w:rPr>
        <w:t>“I am sorry, my girl. I should have believed you. You were right all along.”</w:t>
      </w:r>
    </w:p>
    <w:p>
      <w:pPr>
        <w:spacing w:before="0" w:after="0"/>
        <w:ind w:firstLine="480"/>
        <w:jc w:val="left"/>
      </w:pPr>
      <w:r>
        <w:rPr>
          <w:rFonts w:ascii="Garamond" w:hAnsi="Garamond" w:cs="Garamond"/>
          <w:b w:val="0"/>
          <w:i w:val="0"/>
          <w:sz w:val="24"/>
        </w:rPr>
        <w:t>“Thank you, Father.” She pulled back. “But we need Falsey's body out of that dragon. Now.”</w:t>
      </w:r>
    </w:p>
    <w:p>
      <w:pPr>
        <w:spacing w:before="0" w:after="0"/>
        <w:ind w:firstLine="480"/>
        <w:jc w:val="left"/>
      </w:pPr>
      <w:r>
        <w:rPr>
          <w:rFonts w:ascii="Garamond" w:hAnsi="Garamond" w:cs="Garamond"/>
          <w:b w:val="0"/>
          <w:i w:val="0"/>
          <w:sz w:val="24"/>
        </w:rPr>
        <w:t>The warriors looked at each other and at the dragon and went to work. Swords to the hilt, long cuts through the hide, through the muscle beneath, until the belly opened. The stomach was easy to find. It was large but not wide, and it held only one occupant. They cut it open and the Councilor washed out onto the street on a wave of digestive fluid, still clutching the Dragon Star in both hands.</w:t>
      </w:r>
    </w:p>
    <w:p>
      <w:pPr>
        <w:spacing w:before="0" w:after="0"/>
        <w:ind w:firstLine="480"/>
        <w:jc w:val="left"/>
      </w:pPr>
      <w:r>
        <w:rPr>
          <w:rFonts w:ascii="Garamond" w:hAnsi="Garamond" w:cs="Garamond"/>
          <w:b w:val="0"/>
          <w:i w:val="0"/>
          <w:sz w:val="24"/>
        </w:rPr>
        <w:t>While a warrior pried the stone loose from the dead fingers, Pico cut the strap of the pouch at his side.</w:t>
      </w:r>
    </w:p>
    <w:p>
      <w:pPr>
        <w:spacing w:before="0" w:after="0"/>
        <w:ind w:firstLine="480"/>
        <w:jc w:val="left"/>
      </w:pPr>
      <w:r>
        <w:rPr>
          <w:rFonts w:ascii="Garamond" w:hAnsi="Garamond" w:cs="Garamond"/>
          <w:b w:val="0"/>
          <w:i w:val="0"/>
          <w:sz w:val="24"/>
        </w:rPr>
        <w:t>The King turned away from what remained of his oldest friend. He gave his orders quietly: hold off the other dragons as long as possible, do not sacrifice the mounts for it. He arranged to meet Rothallan at the western underground entrance every third day at the height of Otos, and the great gray stretched his wings, satisfied nothing was broken, and was gone over the rooftops.</w:t>
      </w:r>
    </w:p>
    <w:p>
      <w:pPr>
        <w:spacing w:before="0" w:after="0"/>
        <w:ind w:firstLine="480"/>
        <w:jc w:val="left"/>
      </w:pPr>
      <w:r>
        <w:rPr>
          <w:rFonts w:ascii="Garamond" w:hAnsi="Garamond" w:cs="Garamond"/>
          <w:b w:val="0"/>
          <w:i w:val="0"/>
          <w:sz w:val="24"/>
        </w:rPr>
        <w:t>“What is in those writings?” the King asked his daughter as they moved toward the underground.</w:t>
      </w:r>
    </w:p>
    <w:p>
      <w:pPr>
        <w:spacing w:before="0" w:after="0"/>
        <w:ind w:firstLine="480"/>
        <w:jc w:val="left"/>
      </w:pPr>
      <w:r>
        <w:rPr>
          <w:rFonts w:ascii="Garamond" w:hAnsi="Garamond" w:cs="Garamond"/>
          <w:b w:val="0"/>
          <w:i w:val="0"/>
          <w:sz w:val="24"/>
        </w:rPr>
        <w:t>“I am not certain yet,” she said. “Something connected to the prophecy. Something Falsey did not want us to find, which tells me it is exactly what we need.” She looked at her father and felt the relief of having him back. “Kato is out there. I have to do what I can to help him.” She felt the tears start and let them. “We have to help him, Father.”</w:t>
      </w:r>
    </w:p>
    <w:p>
      <w:pPr>
        <w:spacing w:before="0" w:after="0"/>
        <w:ind w:firstLine="480"/>
        <w:jc w:val="left"/>
      </w:pPr>
      <w:r>
        <w:rPr>
          <w:rFonts w:ascii="Garamond" w:hAnsi="Garamond" w:cs="Garamond"/>
          <w:b w:val="0"/>
          <w:i w:val="0"/>
          <w:sz w:val="24"/>
        </w:rPr>
        <w:t>“He is all right,” Terra Sario said from behind them. He was moving carefully but moving. “Your mother has him. They were heading for the central mountains when I left. She told me she would bring back a Dragon Star.”</w:t>
      </w:r>
    </w:p>
    <w:p>
      <w:pPr>
        <w:spacing w:before="0" w:after="0"/>
        <w:ind w:firstLine="480"/>
        <w:jc w:val="left"/>
      </w:pPr>
      <w:r>
        <w:rPr>
          <w:rFonts w:ascii="Garamond" w:hAnsi="Garamond" w:cs="Garamond"/>
          <w:b w:val="0"/>
          <w:i w:val="0"/>
          <w:sz w:val="24"/>
        </w:rPr>
        <w:t>Pico's questions came out in a rush and Terra held up a hand. “He was alive and well. That is enough for now. We have other things to settle first. Such as what to do with the Dragon Star.”</w:t>
      </w:r>
    </w:p>
    <w:p>
      <w:pPr>
        <w:spacing w:before="0" w:after="0"/>
        <w:ind w:firstLine="480"/>
        <w:jc w:val="left"/>
      </w:pPr>
      <w:r>
        <w:rPr>
          <w:rFonts w:ascii="Garamond" w:hAnsi="Garamond" w:cs="Garamond"/>
          <w:b w:val="0"/>
          <w:i w:val="0"/>
          <w:sz w:val="24"/>
        </w:rPr>
        <w:t>“The top of the palace,” the King said. “The highest point in the city now that the tower is gone.”</w:t>
      </w:r>
    </w:p>
    <w:p>
      <w:pPr>
        <w:spacing w:before="0" w:after="0"/>
        <w:ind w:firstLine="480"/>
        <w:jc w:val="left"/>
      </w:pPr>
      <w:r>
        <w:rPr>
          <w:rFonts w:ascii="Garamond" w:hAnsi="Garamond" w:cs="Garamond"/>
          <w:b w:val="0"/>
          <w:i w:val="0"/>
          <w:sz w:val="24"/>
        </w:rPr>
        <w:t>“Will it do anything?” Galio asked. “It is nearly dead, is it not?”</w:t>
      </w:r>
    </w:p>
    <w:p>
      <w:pPr>
        <w:spacing w:before="0" w:after="0"/>
        <w:ind w:firstLine="480"/>
        <w:jc w:val="left"/>
      </w:pPr>
      <w:r>
        <w:rPr>
          <w:rFonts w:ascii="Garamond" w:hAnsi="Garamond" w:cs="Garamond"/>
          <w:b w:val="0"/>
          <w:i w:val="0"/>
          <w:sz w:val="24"/>
        </w:rPr>
        <w:t>“It is not dead,” Pico said. “The dragon was still afraid of it. I saw that before it caught my eyes.” She paused. “I do not remember much after that until the causeway fell.”</w:t>
      </w:r>
    </w:p>
    <w:p>
      <w:pPr>
        <w:spacing w:before="0" w:after="0"/>
        <w:ind w:firstLine="480"/>
        <w:jc w:val="left"/>
      </w:pPr>
      <w:r>
        <w:rPr>
          <w:rFonts w:ascii="Garamond" w:hAnsi="Garamond" w:cs="Garamond"/>
          <w:b w:val="0"/>
          <w:i w:val="0"/>
          <w:sz w:val="24"/>
        </w:rPr>
        <w:t>Terra took the soggy leather-wrapped stone and led them up through the palace. The tunnels were full of people who had heard about the dragon and moved aside to let the small procession through, reading the urgency in the way they walked. They cheered, quietly, the way people cheer when they are still not certain the danger is over.</w:t>
      </w:r>
    </w:p>
    <w:p>
      <w:pPr>
        <w:spacing w:before="0" w:after="0"/>
        <w:ind w:firstLine="480"/>
        <w:jc w:val="left"/>
      </w:pPr>
      <w:r>
        <w:rPr>
          <w:rFonts w:ascii="Garamond" w:hAnsi="Garamond" w:cs="Garamond"/>
          <w:b w:val="0"/>
          <w:i w:val="0"/>
          <w:sz w:val="24"/>
        </w:rPr>
        <w:t>The roof door opened into night air and one of the guards went out first. He had time to shout before Terra hit the deck. The leather-wrapped stone slipped from his hands and bounced off a vent cover. The dragon that had been circling above swept down silently and knocked Terra flat with one wing.</w:t>
      </w:r>
    </w:p>
    <w:p>
      <w:pPr>
        <w:spacing w:before="0" w:after="0"/>
        <w:ind w:firstLine="480"/>
        <w:jc w:val="left"/>
      </w:pPr>
      <w:r>
        <w:rPr>
          <w:rFonts w:ascii="Garamond" w:hAnsi="Garamond" w:cs="Garamond"/>
          <w:b w:val="0"/>
          <w:i w:val="0"/>
          <w:sz w:val="24"/>
        </w:rPr>
        <w:t>Galio let go of the door.</w:t>
      </w:r>
    </w:p>
    <w:p>
      <w:pPr>
        <w:spacing w:before="0" w:after="0"/>
        <w:ind w:firstLine="480"/>
        <w:jc w:val="left"/>
      </w:pPr>
      <w:r>
        <w:rPr>
          <w:rFonts w:ascii="Garamond" w:hAnsi="Garamond" w:cs="Garamond"/>
          <w:b w:val="0"/>
          <w:i w:val="0"/>
          <w:sz w:val="24"/>
        </w:rPr>
        <w:t>He ran for the stone. The dragon was bending its neck toward the guard who had stepped in front of it with his sword raised, which was a brave and probably fatal thing to do. Galio reached the stone, peeled the leather away as he rolled, and came up with the Dragon Star in his bare hands.</w:t>
      </w:r>
    </w:p>
    <w:p>
      <w:pPr>
        <w:spacing w:before="0" w:after="0"/>
        <w:ind w:firstLine="480"/>
        <w:jc w:val="left"/>
      </w:pPr>
      <w:r>
        <w:rPr>
          <w:rFonts w:ascii="Garamond" w:hAnsi="Garamond" w:cs="Garamond"/>
          <w:b w:val="0"/>
          <w:i w:val="0"/>
          <w:sz w:val="24"/>
        </w:rPr>
        <w:t>He lifted it as the great head came down.</w:t>
      </w:r>
    </w:p>
    <w:p>
      <w:pPr>
        <w:spacing w:before="0" w:after="0"/>
        <w:ind w:firstLine="480"/>
        <w:jc w:val="left"/>
      </w:pPr>
      <w:r>
        <w:rPr>
          <w:rFonts w:ascii="Garamond" w:hAnsi="Garamond" w:cs="Garamond"/>
          <w:b w:val="0"/>
          <w:i w:val="0"/>
          <w:sz w:val="24"/>
        </w:rPr>
        <w:t>The dragon saw the stone and stopped. The Dragon Star was glowing, a deep purple light spreading across the roof and up into the night sky. The dragon reared back. Then its body came forward and should have crushed the boy, but instead it passed into the purple light and was gone. The glow pulsed once and faded.</w:t>
      </w:r>
    </w:p>
    <w:p>
      <w:pPr>
        <w:spacing w:before="0" w:after="0"/>
        <w:ind w:firstLine="480"/>
        <w:jc w:val="left"/>
      </w:pPr>
      <w:r>
        <w:rPr>
          <w:rFonts w:ascii="Garamond" w:hAnsi="Garamond" w:cs="Garamond"/>
          <w:b w:val="0"/>
          <w:i w:val="0"/>
          <w:sz w:val="24"/>
        </w:rPr>
        <w:t>Galio lay on his side on the stone roof, the Dragon Star rolling from his open hand.</w:t>
      </w:r>
    </w:p>
    <w:p>
      <w:pPr>
        <w:spacing w:before="0" w:after="0"/>
        <w:ind w:firstLine="480"/>
        <w:jc w:val="left"/>
      </w:pPr>
      <w:r>
        <w:rPr>
          <w:rFonts w:ascii="Garamond" w:hAnsi="Garamond" w:cs="Garamond"/>
          <w:b w:val="0"/>
          <w:i w:val="0"/>
          <w:sz w:val="24"/>
        </w:rPr>
        <w:t>The King thought it had died entirely. Then he heard it: dragons screaming, from every direction, the particular cry of creatures responding to something ancient and irresistible in their blood. They came from across the city and beyond, converging on the palace from every point of the compass, each driving for the star, and one by one they hit the purple light and disappeared into it. Dragon after dragon, the glow brightening with each one, until the power of it sent a shock wave outward that blew everyone at the doorway halfway down the stairs.</w:t>
      </w:r>
    </w:p>
    <w:p>
      <w:pPr>
        <w:spacing w:before="0" w:after="0"/>
        <w:ind w:firstLine="480"/>
        <w:jc w:val="left"/>
      </w:pPr>
      <w:r>
        <w:rPr>
          <w:rFonts w:ascii="Garamond" w:hAnsi="Garamond" w:cs="Garamond"/>
          <w:b w:val="0"/>
          <w:i w:val="0"/>
          <w:sz w:val="24"/>
        </w:rPr>
        <w:t>They fell. The building shook. When the shaking stopped the King ran back up and threw the door open.</w:t>
      </w:r>
    </w:p>
    <w:p>
      <w:pPr>
        <w:spacing w:before="0" w:after="0"/>
        <w:ind w:firstLine="480"/>
        <w:jc w:val="left"/>
      </w:pPr>
      <w:r>
        <w:rPr>
          <w:rFonts w:ascii="Garamond" w:hAnsi="Garamond" w:cs="Garamond"/>
          <w:b w:val="0"/>
          <w:i w:val="0"/>
          <w:sz w:val="24"/>
        </w:rPr>
        <w:t>The sky was empty. The city was standing.</w:t>
      </w:r>
    </w:p>
    <w:p>
      <w:pPr>
        <w:spacing w:before="0" w:after="0"/>
        <w:ind w:firstLine="480"/>
        <w:jc w:val="left"/>
      </w:pPr>
      <w:r>
        <w:rPr>
          <w:rFonts w:ascii="Garamond" w:hAnsi="Garamond" w:cs="Garamond"/>
          <w:b w:val="0"/>
          <w:i w:val="0"/>
          <w:sz w:val="24"/>
        </w:rPr>
        <w:t>Pico pushed past him and ran to Galio. The Dragon Star's power moved through her feet as she knelt beside him, stronger than it had been in years. The shock wave had pushed him twenty feet from where he had fallen. She rolled him over. His face was bloody on one side, his clothing torn. She put the green light to him and read what she found.</w:t>
      </w:r>
    </w:p>
    <w:p>
      <w:pPr>
        <w:spacing w:before="0" w:after="0"/>
        <w:ind w:firstLine="480"/>
        <w:jc w:val="left"/>
      </w:pPr>
      <w:r>
        <w:rPr>
          <w:rFonts w:ascii="Garamond" w:hAnsi="Garamond" w:cs="Garamond"/>
          <w:b w:val="0"/>
          <w:i w:val="0"/>
          <w:sz w:val="24"/>
        </w:rPr>
        <w:t>“He is alive,” she called to her father.</w:t>
      </w:r>
    </w:p>
    <w:p>
      <w:pPr>
        <w:spacing w:before="0" w:after="0"/>
        <w:ind w:firstLine="480"/>
        <w:jc w:val="left"/>
      </w:pPr>
      <w:r>
        <w:rPr>
          <w:rFonts w:ascii="Garamond" w:hAnsi="Garamond" w:cs="Garamond"/>
          <w:b w:val="0"/>
          <w:i w:val="0"/>
          <w:sz w:val="24"/>
        </w:rPr>
        <w:t>Two warriors carried Galio inside. Two others brought Terra Sario down and laid him on the floor of the room below. He had a deep gash along his back but was conscious and complaining, which Pico took as a good sign. She was less certain about Galio. She did not know what touching the Dragon Star with bare hands had done to him, only that it had done something, and that she did not yet know how to address it.</w:t>
      </w:r>
    </w:p>
    <w:p>
      <w:pPr>
        <w:spacing w:before="0" w:after="0"/>
        <w:ind w:firstLine="480"/>
        <w:jc w:val="left"/>
      </w:pPr>
      <w:r>
        <w:rPr>
          <w:rFonts w:ascii="Garamond" w:hAnsi="Garamond" w:cs="Garamond"/>
          <w:b w:val="0"/>
          <w:i w:val="0"/>
          <w:sz w:val="24"/>
        </w:rPr>
        <w:t>“The Dragon Star is back to full strength,” the King said. “We are saved. We do not need another one.”</w:t>
      </w:r>
    </w:p>
    <w:p>
      <w:pPr>
        <w:spacing w:before="0" w:after="0"/>
        <w:ind w:firstLine="480"/>
        <w:jc w:val="left"/>
      </w:pPr>
      <w:r>
        <w:rPr>
          <w:rFonts w:ascii="Garamond" w:hAnsi="Garamond" w:cs="Garamond"/>
          <w:b w:val="0"/>
          <w:i w:val="0"/>
          <w:sz w:val="24"/>
        </w:rPr>
        <w:t>“We need to tell Kato,” Pico said immediately. “He is still out there. He will keep looking if we do not reach him somehow.”</w:t>
      </w:r>
    </w:p>
    <w:p>
      <w:pPr>
        <w:spacing w:before="0" w:after="0"/>
        <w:ind w:firstLine="480"/>
        <w:jc w:val="left"/>
      </w:pPr>
      <w:r>
        <w:rPr>
          <w:rFonts w:ascii="Garamond" w:hAnsi="Garamond" w:cs="Garamond"/>
          <w:b w:val="0"/>
          <w:i w:val="0"/>
          <w:sz w:val="24"/>
        </w:rPr>
        <w:t>“Should be easier now that all the dragons are dead,” one of the guards offered.</w:t>
      </w:r>
    </w:p>
    <w:p>
      <w:pPr>
        <w:spacing w:before="0" w:after="0"/>
        <w:ind w:firstLine="480"/>
        <w:jc w:val="left"/>
      </w:pPr>
      <w:r>
        <w:rPr>
          <w:rFonts w:ascii="Garamond" w:hAnsi="Garamond" w:cs="Garamond"/>
          <w:b w:val="0"/>
          <w:i w:val="0"/>
          <w:sz w:val="24"/>
        </w:rPr>
        <w:t>“We should not assume those were all of them,” Pico said. “No one had seen a dragon in four thousand years and yet there were dozens here tonight. We do not know how many are left.”</w:t>
      </w:r>
    </w:p>
    <w:p>
      <w:pPr>
        <w:spacing w:before="0" w:after="0"/>
        <w:ind w:firstLine="480"/>
        <w:jc w:val="left"/>
      </w:pPr>
      <w:r>
        <w:rPr>
          <w:rFonts w:ascii="Garamond" w:hAnsi="Garamond" w:cs="Garamond"/>
          <w:b w:val="0"/>
          <w:i w:val="0"/>
          <w:sz w:val="24"/>
        </w:rPr>
        <w:t>The room was quiet with that.</w:t>
      </w:r>
    </w:p>
    <w:p>
      <w:pPr>
        <w:spacing w:before="0" w:after="0"/>
        <w:ind w:firstLine="480"/>
        <w:jc w:val="left"/>
      </w:pPr>
      <w:r>
        <w:rPr>
          <w:rFonts w:ascii="Garamond" w:hAnsi="Garamond" w:cs="Garamond"/>
          <w:b w:val="0"/>
          <w:i w:val="0"/>
          <w:sz w:val="24"/>
        </w:rPr>
        <w:t>Two warriors came down from the roof at speed. “Your Highness. The north window.”</w:t>
      </w:r>
    </w:p>
    <w:p>
      <w:pPr>
        <w:spacing w:before="0" w:after="0"/>
        <w:ind w:firstLine="480"/>
        <w:jc w:val="left"/>
      </w:pPr>
      <w:r>
        <w:rPr>
          <w:rFonts w:ascii="Garamond" w:hAnsi="Garamond" w:cs="Garamond"/>
          <w:b w:val="0"/>
          <w:i w:val="0"/>
          <w:sz w:val="24"/>
        </w:rPr>
        <w:t>A guard pulled back the long curtain covering the glass wall on the northern side of the room. It ran floor to ceiling for the entire length of the wall, divided every few yards by thick glass pillars. Everyone in the room looked north at the same moment and the sound they made was a single collective intake of breath.</w:t>
      </w:r>
    </w:p>
    <w:p>
      <w:pPr>
        <w:spacing w:before="0" w:after="0"/>
        <w:ind w:firstLine="480"/>
        <w:jc w:val="left"/>
      </w:pPr>
      <w:r>
        <w:rPr>
          <w:rFonts w:ascii="Garamond" w:hAnsi="Garamond" w:cs="Garamond"/>
          <w:b w:val="0"/>
          <w:i w:val="0"/>
          <w:sz w:val="24"/>
        </w:rPr>
        <w:t>The northern sky was the color of a second sunset, a deep reddish orange with a single massive column of cloud rising through the center of it, lit from within. The cloud was enormous, reaching higher than any storm cloud, and the particles inside it were still producing light of their own.</w:t>
      </w:r>
    </w:p>
    <w:p>
      <w:pPr>
        <w:spacing w:before="0" w:after="0"/>
        <w:ind w:firstLine="480"/>
        <w:jc w:val="left"/>
      </w:pPr>
      <w:r>
        <w:rPr>
          <w:rFonts w:ascii="Garamond" w:hAnsi="Garamond" w:cs="Garamond"/>
          <w:b w:val="0"/>
          <w:i w:val="0"/>
          <w:sz w:val="24"/>
        </w:rPr>
        <w:t>“What is it?” Pico asked.</w:t>
      </w:r>
    </w:p>
    <w:p>
      <w:pPr>
        <w:spacing w:before="0" w:after="0"/>
        <w:ind w:firstLine="480"/>
        <w:jc w:val="left"/>
      </w:pPr>
      <w:r>
        <w:rPr>
          <w:rFonts w:ascii="Garamond" w:hAnsi="Garamond" w:cs="Garamond"/>
          <w:b w:val="0"/>
          <w:i w:val="0"/>
          <w:sz w:val="24"/>
        </w:rPr>
        <w:t>“It looks like a fire in the central mountains,” the King said slowly. “But it also does not.”</w:t>
      </w:r>
    </w:p>
    <w:p>
      <w:pPr>
        <w:spacing w:before="0" w:after="0"/>
        <w:ind w:firstLine="480"/>
        <w:jc w:val="left"/>
      </w:pPr>
      <w:r>
        <w:rPr>
          <w:rFonts w:ascii="Garamond" w:hAnsi="Garamond" w:cs="Garamond"/>
          <w:b w:val="0"/>
          <w:i w:val="0"/>
          <w:sz w:val="24"/>
        </w:rPr>
        <w:t>Terra Sario spoke from his place on the floor. “The Prince is in the central mountains. That was where the Queen said they would meet.” He shifted carefully. “There is something I should tell you about your son, Your Majesty.”</w:t>
      </w:r>
    </w:p>
    <w:p>
      <w:pPr>
        <w:spacing w:before="0" w:after="0"/>
        <w:ind w:firstLine="480"/>
        <w:jc w:val="left"/>
      </w:pPr>
      <w:r>
        <w:rPr>
          <w:rFonts w:ascii="Garamond" w:hAnsi="Garamond" w:cs="Garamond"/>
          <w:b w:val="0"/>
          <w:i w:val="0"/>
          <w:sz w:val="24"/>
        </w:rPr>
        <w:t>“What is it?”</w:t>
      </w:r>
    </w:p>
    <w:p>
      <w:pPr>
        <w:spacing w:before="0" w:after="0"/>
        <w:ind w:firstLine="480"/>
        <w:jc w:val="left"/>
      </w:pPr>
      <w:r>
        <w:rPr>
          <w:rFonts w:ascii="Garamond" w:hAnsi="Garamond" w:cs="Garamond"/>
          <w:b w:val="0"/>
          <w:i w:val="0"/>
          <w:sz w:val="24"/>
        </w:rPr>
        <w:t>“When he came to us on the hill he was not as he usually is.” Terra paused. “He was some kind of tree.” He waited through the silence. “I could see his form inside the light. He was changing back. I know how that sounds.”</w:t>
      </w:r>
    </w:p>
    <w:p>
      <w:pPr>
        <w:spacing w:before="0" w:after="0"/>
        <w:ind w:firstLine="480"/>
        <w:jc w:val="left"/>
      </w:pPr>
      <w:r>
        <w:rPr>
          <w:rFonts w:ascii="Garamond" w:hAnsi="Garamond" w:cs="Garamond"/>
          <w:b w:val="0"/>
          <w:i w:val="0"/>
          <w:sz w:val="24"/>
        </w:rPr>
        <w:t>The King looked at Pico. She said nothing, which told him everything.</w:t>
      </w:r>
    </w:p>
    <w:p>
      <w:pPr>
        <w:spacing w:before="0" w:after="0"/>
        <w:ind w:firstLine="480"/>
        <w:jc w:val="left"/>
      </w:pPr>
      <w:r>
        <w:rPr>
          <w:rFonts w:ascii="Garamond" w:hAnsi="Garamond" w:cs="Garamond"/>
          <w:b w:val="0"/>
          <w:i w:val="0"/>
          <w:sz w:val="24"/>
        </w:rPr>
        <w:t>He decided not to press it. She had been right about the prophecy, she had been right about Falsey, and she had apparently been right about her brother as well. He thought about how close he had come to listening to Falsey's counsel about his own children, and felt something cold move through him. He would not take that road again. He looked at his daughter with her face intent on Terra's report and thought that he was, against all probability, a lucky man.</w:t>
      </w:r>
    </w:p>
    <w:p>
      <w:pPr>
        <w:spacing w:before="0" w:after="0"/>
        <w:ind w:firstLine="480"/>
        <w:jc w:val="left"/>
      </w:pPr>
      <w:r>
        <w:rPr>
          <w:rFonts w:ascii="Garamond" w:hAnsi="Garamond" w:cs="Garamond"/>
          <w:b w:val="0"/>
          <w:i w:val="0"/>
          <w:sz w:val="24"/>
        </w:rPr>
        <w:t>“Yes, Dragon Killer,” he said. “What else did the Queen have to say?”</w:t>
      </w:r>
    </w:p>
    <w:p>
      <w:pPr>
        <w:spacing w:before="480" w:after="360"/>
        <w:ind w:firstLine="0"/>
        <w:jc w:val="center"/>
      </w:pPr>
      <w:r>
        <w:rPr>
          <w:rFonts w:ascii="Garamond" w:hAnsi="Garamond" w:cs="Garamond"/>
          <w:b/>
          <w:i w:val="0"/>
          <w:sz w:val="28"/>
        </w:rPr>
        <w:t>Chapter Forty-Eight</w:t>
      </w:r>
    </w:p>
    <w:p>
      <w:pPr>
        <w:spacing w:before="0" w:after="0"/>
        <w:ind w:firstLine="480"/>
        <w:jc w:val="left"/>
      </w:pPr>
      <w:r>
        <w:rPr>
          <w:rFonts w:ascii="Garamond" w:hAnsi="Garamond" w:cs="Garamond"/>
          <w:b w:val="0"/>
          <w:i w:val="0"/>
          <w:sz w:val="24"/>
        </w:rPr>
        <w:t>A flash behind them was all the warning they had before the wind hit.</w:t>
      </w:r>
    </w:p>
    <w:p>
      <w:pPr>
        <w:spacing w:before="0" w:after="0"/>
        <w:ind w:firstLine="480"/>
        <w:jc w:val="left"/>
      </w:pPr>
      <w:r>
        <w:rPr>
          <w:rFonts w:ascii="Garamond" w:hAnsi="Garamond" w:cs="Garamond"/>
          <w:b w:val="0"/>
          <w:i w:val="0"/>
          <w:sz w:val="24"/>
        </w:rPr>
        <w:t>Seconds later the sky in front of them erupted, a wall of orange light and a rush of air that pushed against Valor's wings hard enough to force him down. He set them on a small hill to wait it out. The smoke rose in a column that climbed until it disappeared into its own cloud. Kato's eyes still ached from the initial flash.</w:t>
      </w:r>
    </w:p>
    <w:p>
      <w:pPr>
        <w:spacing w:before="0" w:after="0"/>
        <w:ind w:firstLine="480"/>
        <w:jc w:val="left"/>
      </w:pPr>
      <w:r>
        <w:rPr>
          <w:rFonts w:ascii="Garamond" w:hAnsi="Garamond" w:cs="Garamond"/>
          <w:b w:val="0"/>
          <w:i w:val="0"/>
          <w:sz w:val="24"/>
        </w:rPr>
        <w:t>“Forest fire?” he asked, coming to stand beside Petra.</w:t>
      </w:r>
    </w:p>
    <w:p>
      <w:pPr>
        <w:spacing w:before="0" w:after="0"/>
        <w:ind w:firstLine="480"/>
        <w:jc w:val="left"/>
      </w:pPr>
      <w:r>
        <w:rPr>
          <w:rFonts w:ascii="Garamond" w:hAnsi="Garamond" w:cs="Garamond"/>
          <w:b w:val="0"/>
          <w:i w:val="0"/>
          <w:sz w:val="24"/>
        </w:rPr>
        <w:t>“Volcano,” Petra said.</w:t>
      </w:r>
    </w:p>
    <w:p>
      <w:pPr>
        <w:spacing w:before="0" w:after="0"/>
        <w:ind w:firstLine="480"/>
        <w:jc w:val="left"/>
      </w:pPr>
      <w:r>
        <w:rPr>
          <w:rFonts w:ascii="Garamond" w:hAnsi="Garamond" w:cs="Garamond"/>
          <w:b w:val="0"/>
          <w:i w:val="0"/>
          <w:sz w:val="24"/>
        </w:rPr>
        <w:t>“A what?”</w:t>
      </w:r>
    </w:p>
    <w:p>
      <w:pPr>
        <w:spacing w:before="0" w:after="0"/>
        <w:ind w:firstLine="480"/>
        <w:jc w:val="left"/>
      </w:pPr>
      <w:r>
        <w:rPr>
          <w:rFonts w:ascii="Garamond" w:hAnsi="Garamond" w:cs="Garamond"/>
          <w:b w:val="0"/>
          <w:i w:val="0"/>
          <w:sz w:val="24"/>
        </w:rPr>
        <w:t>“A mountain that throws out melted rock.” Petra looked at him. “You’ve never seen one?”</w:t>
      </w:r>
    </w:p>
    <w:p>
      <w:pPr>
        <w:spacing w:before="0" w:after="0"/>
        <w:ind w:firstLine="480"/>
        <w:jc w:val="left"/>
      </w:pPr>
      <w:r>
        <w:rPr>
          <w:rFonts w:ascii="Garamond" w:hAnsi="Garamond" w:cs="Garamond"/>
          <w:b w:val="0"/>
          <w:i w:val="0"/>
          <w:sz w:val="24"/>
        </w:rPr>
        <w:t>Kato shook his head.</w:t>
      </w:r>
    </w:p>
    <w:p>
      <w:pPr>
        <w:spacing w:before="0" w:after="0"/>
        <w:ind w:firstLine="480"/>
        <w:jc w:val="left"/>
      </w:pPr>
      <w:r>
        <w:rPr>
          <w:rFonts w:ascii="Garamond" w:hAnsi="Garamond" w:cs="Garamond"/>
          <w:b w:val="0"/>
          <w:i w:val="0"/>
          <w:sz w:val="24"/>
        </w:rPr>
        <w:t>“I’m surprised. This whole island is made from the stuff.” Petra picked up a handful of rocks and held them to the light. “See how it catches the light? That’s volcanic glass. It flows like mud out of the mountain and hardens into this.”</w:t>
      </w:r>
    </w:p>
    <w:p>
      <w:pPr>
        <w:spacing w:before="0" w:after="0"/>
        <w:ind w:firstLine="480"/>
        <w:jc w:val="left"/>
      </w:pPr>
      <w:r>
        <w:rPr>
          <w:rFonts w:ascii="Garamond" w:hAnsi="Garamond" w:cs="Garamond"/>
          <w:b w:val="0"/>
          <w:i w:val="0"/>
          <w:sz w:val="24"/>
        </w:rPr>
        <w:t>“This rock comes from inside the mountain?”</w:t>
      </w:r>
    </w:p>
    <w:p>
      <w:pPr>
        <w:spacing w:before="0" w:after="0"/>
        <w:ind w:firstLine="480"/>
        <w:jc w:val="left"/>
      </w:pPr>
      <w:r>
        <w:rPr>
          <w:rFonts w:ascii="Garamond" w:hAnsi="Garamond" w:cs="Garamond"/>
          <w:b w:val="0"/>
          <w:i w:val="0"/>
          <w:sz w:val="24"/>
        </w:rPr>
        <w:t>“Yeah. I’ve seen them before but never this close.” Petra studied the orange glow. “Where would you say that is?”</w:t>
      </w:r>
    </w:p>
    <w:p>
      <w:pPr>
        <w:spacing w:before="0" w:after="0"/>
        <w:ind w:firstLine="480"/>
        <w:jc w:val="left"/>
      </w:pPr>
      <w:r>
        <w:rPr>
          <w:rFonts w:ascii="Garamond" w:hAnsi="Garamond" w:cs="Garamond"/>
          <w:b w:val="0"/>
          <w:i w:val="0"/>
          <w:sz w:val="24"/>
        </w:rPr>
        <w:t>“Valoria,” Kato said. “Other end of the island. How serious is this? Are the Valorians going to be all right?”</w:t>
      </w:r>
    </w:p>
    <w:p>
      <w:pPr>
        <w:spacing w:before="0" w:after="0"/>
        <w:ind w:firstLine="480"/>
        <w:jc w:val="left"/>
      </w:pPr>
      <w:r>
        <w:rPr>
          <w:rFonts w:ascii="Garamond" w:hAnsi="Garamond" w:cs="Garamond"/>
          <w:b w:val="0"/>
          <w:i w:val="0"/>
          <w:sz w:val="24"/>
        </w:rPr>
        <w:t>“Depends how close they live to the mountain.”</w:t>
      </w:r>
    </w:p>
    <w:p>
      <w:pPr>
        <w:spacing w:before="0" w:after="0"/>
        <w:ind w:firstLine="480"/>
        <w:jc w:val="left"/>
      </w:pPr>
      <w:r>
        <w:rPr>
          <w:rFonts w:ascii="Garamond" w:hAnsi="Garamond" w:cs="Garamond"/>
          <w:b w:val="0"/>
          <w:i w:val="0"/>
          <w:sz w:val="24"/>
        </w:rPr>
        <w:t>“There are a thousand mountains around their city.” Kato looked north at the glow. “We have to find my mother. She needs to know.”</w:t>
      </w:r>
    </w:p>
    <w:p>
      <w:pPr>
        <w:spacing w:before="0" w:after="0"/>
        <w:ind w:firstLine="480"/>
        <w:jc w:val="left"/>
      </w:pPr>
      <w:r>
        <w:rPr>
          <w:rFonts w:ascii="Garamond" w:hAnsi="Garamond" w:cs="Garamond"/>
          <w:b w:val="0"/>
          <w:i w:val="0"/>
          <w:sz w:val="24"/>
        </w:rPr>
        <w:t>“Do you think she didn’t feel that?” Petra asked.</w:t>
      </w:r>
    </w:p>
    <w:p>
      <w:pPr>
        <w:spacing w:before="0" w:after="0"/>
        <w:ind w:firstLine="480"/>
        <w:jc w:val="left"/>
      </w:pPr>
      <w:r>
        <w:rPr>
          <w:rFonts w:ascii="Garamond" w:hAnsi="Garamond" w:cs="Garamond"/>
          <w:b w:val="0"/>
          <w:i w:val="0"/>
          <w:sz w:val="24"/>
        </w:rPr>
        <w:t>“She had to.” Kato turned to look back toward Alteria. “What was that behind us? The flash we saw first.”</w:t>
      </w:r>
    </w:p>
    <w:p>
      <w:pPr>
        <w:spacing w:before="0" w:after="0"/>
        <w:ind w:firstLine="480"/>
        <w:jc w:val="left"/>
      </w:pPr>
      <w:r>
        <w:rPr>
          <w:rFonts w:ascii="Garamond" w:hAnsi="Garamond" w:cs="Garamond"/>
          <w:b w:val="0"/>
          <w:i w:val="0"/>
          <w:sz w:val="24"/>
        </w:rPr>
        <w:t>“I don’t know. I don’t like it either.”</w:t>
      </w:r>
    </w:p>
    <w:p>
      <w:pPr>
        <w:spacing w:before="0" w:after="0"/>
        <w:ind w:firstLine="480"/>
        <w:jc w:val="left"/>
      </w:pPr>
      <w:r>
        <w:rPr>
          <w:rFonts w:ascii="Garamond" w:hAnsi="Garamond" w:cs="Garamond"/>
          <w:b w:val="0"/>
          <w:i w:val="0"/>
          <w:sz w:val="24"/>
        </w:rPr>
        <w:t>“Wind is good enough,” Valor said. “It is not much further.”</w:t>
      </w:r>
    </w:p>
    <w:p>
      <w:pPr>
        <w:spacing w:before="0" w:after="0"/>
        <w:ind w:firstLine="480"/>
        <w:jc w:val="left"/>
      </w:pPr>
      <w:r>
        <w:rPr>
          <w:rFonts w:ascii="Garamond" w:hAnsi="Garamond" w:cs="Garamond"/>
          <w:b w:val="0"/>
          <w:i w:val="0"/>
          <w:sz w:val="24"/>
        </w:rPr>
        <w:t>Petra pulled the cloak the Queen had given him off his shoulders. “Here. It must be cold up there.” He handed it to Kato, remembering only as he did so that the Prince had been naked since the hilltop.</w:t>
      </w:r>
    </w:p>
    <w:p>
      <w:pPr>
        <w:spacing w:before="0" w:after="0"/>
        <w:ind w:firstLine="480"/>
        <w:jc w:val="left"/>
      </w:pPr>
      <w:r>
        <w:rPr>
          <w:rFonts w:ascii="Garamond" w:hAnsi="Garamond" w:cs="Garamond"/>
          <w:b w:val="0"/>
          <w:i w:val="0"/>
          <w:sz w:val="24"/>
        </w:rPr>
        <w:t>Kato took it and wrapped it around himself with the particular efficiency of someone who has been pretending not to notice the cold. “I have no need of clothing when I run with Telecio,” he said, tying the belt.</w:t>
      </w:r>
    </w:p>
    <w:p>
      <w:pPr>
        <w:spacing w:before="0" w:after="0"/>
        <w:ind w:firstLine="480"/>
        <w:jc w:val="left"/>
      </w:pPr>
      <w:r>
        <w:rPr>
          <w:rFonts w:ascii="Garamond" w:hAnsi="Garamond" w:cs="Garamond"/>
          <w:b w:val="0"/>
          <w:i w:val="0"/>
          <w:sz w:val="24"/>
        </w:rPr>
        <w:t>“I didn’t say anything,” Petra said.</w:t>
      </w:r>
    </w:p>
    <w:p>
      <w:pPr>
        <w:spacing w:before="0" w:after="0"/>
        <w:ind w:firstLine="480"/>
        <w:jc w:val="left"/>
      </w:pPr>
      <w:r>
        <w:rPr>
          <w:rFonts w:ascii="Garamond" w:hAnsi="Garamond" w:cs="Garamond"/>
          <w:b w:val="0"/>
          <w:i w:val="0"/>
          <w:sz w:val="24"/>
        </w:rPr>
        <w:t>“I can never remember to bring it back afterward. Pico usually carries it for me.”</w:t>
      </w:r>
    </w:p>
    <w:p>
      <w:pPr>
        <w:spacing w:before="0" w:after="0"/>
        <w:ind w:firstLine="480"/>
        <w:jc w:val="left"/>
      </w:pPr>
      <w:r>
        <w:rPr>
          <w:rFonts w:ascii="Garamond" w:hAnsi="Garamond" w:cs="Garamond"/>
          <w:b w:val="0"/>
          <w:i w:val="0"/>
          <w:sz w:val="24"/>
        </w:rPr>
        <w:t>“I still didn’t say anything.”</w:t>
      </w:r>
    </w:p>
    <w:p>
      <w:pPr>
        <w:spacing w:before="0" w:after="0"/>
        <w:ind w:firstLine="480"/>
        <w:jc w:val="left"/>
      </w:pPr>
      <w:r>
        <w:rPr>
          <w:rFonts w:ascii="Garamond" w:hAnsi="Garamond" w:cs="Garamond"/>
          <w:b w:val="0"/>
          <w:i w:val="0"/>
          <w:sz w:val="24"/>
        </w:rPr>
        <w:t>“Personally,” Valor said beside them, “I think you all look ridiculous. With or without the coverings.”</w:t>
      </w:r>
    </w:p>
    <w:p>
      <w:pPr>
        <w:spacing w:before="0" w:after="0"/>
        <w:ind w:firstLine="480"/>
        <w:jc w:val="left"/>
      </w:pPr>
      <w:r>
        <w:rPr>
          <w:rFonts w:ascii="Garamond" w:hAnsi="Garamond" w:cs="Garamond"/>
          <w:b w:val="0"/>
          <w:i w:val="0"/>
          <w:sz w:val="24"/>
        </w:rPr>
        <w:t>Kato had to smile at that. Petra laughed out loud. Valor was quietly proud of himself for finding the one thing that could cut through the weight of what surrounded them, even for a moment.</w:t>
      </w:r>
    </w:p>
    <w:p>
      <w:pPr>
        <w:spacing w:before="0" w:after="0"/>
        <w:ind w:firstLine="480"/>
        <w:jc w:val="left"/>
      </w:pPr>
      <w:r>
        <w:rPr>
          <w:rFonts w:ascii="Garamond" w:hAnsi="Garamond" w:cs="Garamond"/>
          <w:b w:val="0"/>
          <w:i w:val="0"/>
          <w:sz w:val="24"/>
        </w:rPr>
        <w:t>It didn’t last long. As soon as they were airborne again the darkness and the glow in the north and the fact of the dragons heading for the city reasserted themselves, and the three of them went quiet and got on with it.</w:t>
      </w:r>
    </w:p>
    <w:p>
      <w:pPr>
        <w:spacing w:before="0" w:after="0"/>
        <w:ind w:firstLine="480"/>
        <w:jc w:val="left"/>
      </w:pPr>
      <w:r>
        <w:rPr>
          <w:rFonts w:ascii="Garamond" w:hAnsi="Garamond" w:cs="Garamond"/>
          <w:b w:val="0"/>
          <w:i w:val="0"/>
          <w:sz w:val="24"/>
        </w:rPr>
        <w:t>The ride was disorienting for Petra. He could not see his hand in front of his face but he could see the volcanic glow in the sky, and he fixed on it to keep his bearings and trusted Valor for everything else.</w:t>
      </w:r>
    </w:p>
    <w:p>
      <w:pPr>
        <w:spacing w:before="0" w:after="0"/>
        <w:ind w:firstLine="480"/>
        <w:jc w:val="left"/>
      </w:pPr>
      <w:r>
        <w:rPr>
          <w:rFonts w:ascii="Garamond" w:hAnsi="Garamond" w:cs="Garamond"/>
          <w:b w:val="0"/>
          <w:i w:val="0"/>
          <w:sz w:val="24"/>
        </w:rPr>
        <w:t>“I will,” Valor said into his mind.</w:t>
      </w:r>
    </w:p>
    <w:p>
      <w:pPr>
        <w:spacing w:before="0" w:after="0"/>
        <w:ind w:firstLine="480"/>
        <w:jc w:val="left"/>
      </w:pPr>
      <w:r>
        <w:rPr>
          <w:rFonts w:ascii="Garamond" w:hAnsi="Garamond" w:cs="Garamond"/>
          <w:b w:val="0"/>
          <w:i w:val="0"/>
          <w:sz w:val="24"/>
        </w:rPr>
        <w:t>“You are almost as easy to read as Verad,” Kato said aloud. “You really should learn to block your thoughts.”</w:t>
      </w:r>
    </w:p>
    <w:p>
      <w:pPr>
        <w:spacing w:before="0" w:after="0"/>
        <w:ind w:firstLine="480"/>
        <w:jc w:val="left"/>
      </w:pPr>
      <w:r>
        <w:rPr>
          <w:rFonts w:ascii="Garamond" w:hAnsi="Garamond" w:cs="Garamond"/>
          <w:b w:val="0"/>
          <w:i w:val="0"/>
          <w:sz w:val="24"/>
        </w:rPr>
        <w:t>“You can hear everything I think?” Petra thought deliberately, watching Kato to see if it registered.</w:t>
      </w:r>
    </w:p>
    <w:p>
      <w:pPr>
        <w:spacing w:before="0" w:after="0"/>
        <w:ind w:firstLine="480"/>
        <w:jc w:val="left"/>
      </w:pPr>
      <w:r>
        <w:rPr>
          <w:rFonts w:ascii="Garamond" w:hAnsi="Garamond" w:cs="Garamond"/>
          <w:b w:val="0"/>
          <w:i w:val="0"/>
          <w:sz w:val="24"/>
        </w:rPr>
        <w:t>“Almost everything,” Kato replied. “It has more to do with emotion than language. The stronger the feeling, the louder the thought. Happy, worried, scared, angry, it makes no difference. More emotion, easier to hear.”</w:t>
      </w:r>
    </w:p>
    <w:p>
      <w:pPr>
        <w:spacing w:before="0" w:after="0"/>
        <w:ind w:firstLine="480"/>
        <w:jc w:val="left"/>
      </w:pPr>
      <w:r>
        <w:rPr>
          <w:rFonts w:ascii="Garamond" w:hAnsi="Garamond" w:cs="Garamond"/>
          <w:b w:val="0"/>
          <w:i w:val="0"/>
          <w:sz w:val="24"/>
        </w:rPr>
        <w:t>Petra tried to flatten his feelings out and thought: “If you can hear me, say something.” He kept watching Kato. Nothing.</w:t>
      </w:r>
    </w:p>
    <w:p>
      <w:pPr>
        <w:spacing w:before="0" w:after="0"/>
        <w:ind w:firstLine="480"/>
        <w:jc w:val="left"/>
      </w:pPr>
      <w:r>
        <w:rPr>
          <w:rFonts w:ascii="Garamond" w:hAnsi="Garamond" w:cs="Garamond"/>
          <w:b w:val="0"/>
          <w:i w:val="0"/>
          <w:sz w:val="24"/>
        </w:rPr>
        <w:t>“He did not hear you, Wing Rider,” Valor said.</w:t>
      </w:r>
    </w:p>
    <w:p>
      <w:pPr>
        <w:spacing w:before="0" w:after="0"/>
        <w:ind w:firstLine="480"/>
        <w:jc w:val="left"/>
      </w:pPr>
      <w:r>
        <w:rPr>
          <w:rFonts w:ascii="Garamond" w:hAnsi="Garamond" w:cs="Garamond"/>
          <w:b w:val="0"/>
          <w:i w:val="0"/>
          <w:sz w:val="24"/>
        </w:rPr>
        <w:t>“But you did. How?”</w:t>
      </w:r>
    </w:p>
    <w:p>
      <w:pPr>
        <w:spacing w:before="0" w:after="0"/>
        <w:ind w:firstLine="480"/>
        <w:jc w:val="left"/>
      </w:pPr>
      <w:r>
        <w:rPr>
          <w:rFonts w:ascii="Garamond" w:hAnsi="Garamond" w:cs="Garamond"/>
          <w:b w:val="0"/>
          <w:i w:val="0"/>
          <w:sz w:val="24"/>
        </w:rPr>
        <w:t>“We are linked,” Valor said, keeping it between the two of them. “My family has waited for this since we came to this island. It was said that Sabel-Tor would lead us back to the world. There we would prove our worth to the children of the third age. There we would live free.”</w:t>
      </w:r>
    </w:p>
    <w:p>
      <w:pPr>
        <w:spacing w:before="0" w:after="0"/>
        <w:ind w:firstLine="480"/>
        <w:jc w:val="left"/>
      </w:pPr>
      <w:r>
        <w:rPr>
          <w:rFonts w:ascii="Garamond" w:hAnsi="Garamond" w:cs="Garamond"/>
          <w:b w:val="0"/>
          <w:i w:val="0"/>
          <w:sz w:val="24"/>
        </w:rPr>
        <w:t>“Why me? Why am I the Wing Rider?”</w:t>
      </w:r>
    </w:p>
    <w:p>
      <w:pPr>
        <w:spacing w:before="0" w:after="0"/>
        <w:ind w:firstLine="480"/>
        <w:jc w:val="left"/>
      </w:pPr>
      <w:r>
        <w:rPr>
          <w:rFonts w:ascii="Garamond" w:hAnsi="Garamond" w:cs="Garamond"/>
          <w:b w:val="0"/>
          <w:i w:val="0"/>
          <w:sz w:val="24"/>
        </w:rPr>
        <w:t>“Wing Rider,” Kato said, catching the phrase if not the question. “That is what Valor calls you, yes? I have no idea why. I am sure he will tell you eventually.”</w:t>
      </w:r>
    </w:p>
    <w:p>
      <w:pPr>
        <w:spacing w:before="0" w:after="0"/>
        <w:ind w:firstLine="480"/>
        <w:jc w:val="left"/>
      </w:pPr>
      <w:r>
        <w:rPr>
          <w:rFonts w:ascii="Garamond" w:hAnsi="Garamond" w:cs="Garamond"/>
          <w:b w:val="0"/>
          <w:i w:val="0"/>
          <w:sz w:val="24"/>
        </w:rPr>
        <w:t>“Steady,” Valor reminded Petra, opening the conversation to Kato as well. “It is said that when Sabel-Tor came, we would be free to return to Estos. To go home. It is said he would have the answer, that he would know how to break the magic holding us here. I am here to keep you safe and assist you. I am yours to command.”</w:t>
      </w:r>
    </w:p>
    <w:p>
      <w:pPr>
        <w:spacing w:before="0" w:after="0"/>
        <w:ind w:firstLine="480"/>
        <w:jc w:val="left"/>
      </w:pPr>
      <w:r>
        <w:rPr>
          <w:rFonts w:ascii="Garamond" w:hAnsi="Garamond" w:cs="Garamond"/>
          <w:b w:val="0"/>
          <w:i w:val="0"/>
          <w:sz w:val="24"/>
        </w:rPr>
        <w:t>“How do you know I am the one?”</w:t>
      </w:r>
    </w:p>
    <w:p>
      <w:pPr>
        <w:spacing w:before="0" w:after="0"/>
        <w:ind w:firstLine="480"/>
        <w:jc w:val="left"/>
      </w:pPr>
      <w:r>
        <w:rPr>
          <w:rFonts w:ascii="Garamond" w:hAnsi="Garamond" w:cs="Garamond"/>
          <w:b w:val="0"/>
          <w:i w:val="0"/>
          <w:sz w:val="24"/>
        </w:rPr>
        <w:t>“Did you just ask him something?” Kato said. “I caught the end of it. You’re already getting better at this.”</w:t>
      </w:r>
    </w:p>
    <w:p>
      <w:pPr>
        <w:spacing w:before="0" w:after="0"/>
        <w:ind w:firstLine="480"/>
        <w:jc w:val="left"/>
      </w:pPr>
      <w:r>
        <w:rPr>
          <w:rFonts w:ascii="Garamond" w:hAnsi="Garamond" w:cs="Garamond"/>
          <w:b w:val="0"/>
          <w:i w:val="0"/>
          <w:sz w:val="24"/>
        </w:rPr>
        <w:t>“That is one way I knew,” Valor said. “In the clearing I heard you above everything else. We are linked. That is how.”</w:t>
      </w:r>
    </w:p>
    <w:p>
      <w:pPr>
        <w:spacing w:before="0" w:after="0"/>
        <w:ind w:firstLine="480"/>
        <w:jc w:val="left"/>
      </w:pPr>
      <w:r>
        <w:rPr>
          <w:rFonts w:ascii="Garamond" w:hAnsi="Garamond" w:cs="Garamond"/>
          <w:b w:val="0"/>
          <w:i w:val="0"/>
          <w:sz w:val="24"/>
        </w:rPr>
        <w:t>“Why can’t I hear you all the time?” Petra asked.</w:t>
      </w:r>
    </w:p>
    <w:p>
      <w:pPr>
        <w:spacing w:before="0" w:after="0"/>
        <w:ind w:firstLine="480"/>
        <w:jc w:val="left"/>
      </w:pPr>
      <w:r>
        <w:rPr>
          <w:rFonts w:ascii="Garamond" w:hAnsi="Garamond" w:cs="Garamond"/>
          <w:b w:val="0"/>
          <w:i w:val="0"/>
          <w:sz w:val="24"/>
        </w:rPr>
        <w:t>“Because I am considerably better at this than you,” Valor said, and there was warmth in it. “Do not worry. You will learn.”</w:t>
      </w:r>
    </w:p>
    <w:p>
      <w:pPr>
        <w:spacing w:before="0" w:after="0"/>
        <w:ind w:firstLine="480"/>
        <w:jc w:val="left"/>
      </w:pPr>
      <w:r>
        <w:rPr>
          <w:rFonts w:ascii="Garamond" w:hAnsi="Garamond" w:cs="Garamond"/>
          <w:b w:val="0"/>
          <w:i w:val="0"/>
          <w:sz w:val="24"/>
        </w:rPr>
        <w:t>Valor dropped in altitude and the volcanic glow disappeared behind a ridge and the stars came back above them. Then he landed on a dark knoll and lowered his neck, and before Petra and Kato were fully off they realized they were surrounded by elven warriors. The Queen came through the ring.</w:t>
      </w:r>
    </w:p>
    <w:p>
      <w:pPr>
        <w:spacing w:before="0" w:after="0"/>
        <w:ind w:firstLine="480"/>
        <w:jc w:val="left"/>
      </w:pPr>
      <w:r>
        <w:rPr>
          <w:rFonts w:ascii="Garamond" w:hAnsi="Garamond" w:cs="Garamond"/>
          <w:b w:val="0"/>
          <w:i w:val="0"/>
          <w:sz w:val="24"/>
        </w:rPr>
        <w:t>“Thank you, Valor.” She put her hand on the horse’s neck. “Thank you for saving my son.” She turned and embraced Petra. “And you, little brother. I cannot thank you enough for what you did.” She stepped back and looked at her son. “You picked a fine time to share your secret.”</w:t>
      </w:r>
    </w:p>
    <w:p>
      <w:pPr>
        <w:spacing w:before="0" w:after="0"/>
        <w:ind w:firstLine="480"/>
        <w:jc w:val="left"/>
      </w:pPr>
      <w:r>
        <w:rPr>
          <w:rFonts w:ascii="Garamond" w:hAnsi="Garamond" w:cs="Garamond"/>
          <w:b w:val="0"/>
          <w:i w:val="0"/>
          <w:sz w:val="24"/>
        </w:rPr>
        <w:t>“I wanted to. Pico would not let me.”</w:t>
      </w:r>
    </w:p>
    <w:p>
      <w:pPr>
        <w:spacing w:before="0" w:after="0"/>
        <w:ind w:firstLine="480"/>
        <w:jc w:val="left"/>
      </w:pPr>
      <w:r>
        <w:rPr>
          <w:rFonts w:ascii="Garamond" w:hAnsi="Garamond" w:cs="Garamond"/>
          <w:b w:val="0"/>
          <w:i w:val="0"/>
          <w:sz w:val="24"/>
        </w:rPr>
        <w:t>“Oh, dragon dung. You are standing here blaming your sister?” She lifted his chin when he bowed his head. “You scared me. If I had known we could have worked together.” She turned away. “It hurt that you didn’t trust me.”</w:t>
      </w:r>
    </w:p>
    <w:p>
      <w:pPr>
        <w:spacing w:before="0" w:after="0"/>
        <w:ind w:firstLine="480"/>
        <w:jc w:val="left"/>
      </w:pPr>
      <w:r>
        <w:rPr>
          <w:rFonts w:ascii="Garamond" w:hAnsi="Garamond" w:cs="Garamond"/>
          <w:b w:val="0"/>
          <w:i w:val="0"/>
          <w:sz w:val="24"/>
        </w:rPr>
        <w:t>“Mother, when it happened the first time I thought people would be afraid of me. Think I was some kind of spawn.” He glanced at her warriors, standing back at a careful distance. “And look. It’s happening now.”</w:t>
      </w:r>
    </w:p>
    <w:p>
      <w:pPr>
        <w:spacing w:before="0" w:after="0"/>
        <w:ind w:firstLine="480"/>
        <w:jc w:val="left"/>
      </w:pPr>
      <w:r>
        <w:rPr>
          <w:rFonts w:ascii="Garamond" w:hAnsi="Garamond" w:cs="Garamond"/>
          <w:b w:val="0"/>
          <w:i w:val="0"/>
          <w:sz w:val="24"/>
        </w:rPr>
        <w:t>Jolano stepped forward. “No, Kathiasio. We are not afraid of you. We are standing back in reverence.” He gestured to his warriors. “This power has been given to only a few of our people. Telecio’s hand has touched you for a reason. You are the one the prophecy names. You will lead us from this place.” He bent his knee. “I am yours to command.”</w:t>
      </w:r>
    </w:p>
    <w:p>
      <w:pPr>
        <w:spacing w:before="0" w:after="0"/>
        <w:ind w:firstLine="480"/>
        <w:jc w:val="left"/>
      </w:pPr>
      <w:r>
        <w:rPr>
          <w:rFonts w:ascii="Garamond" w:hAnsi="Garamond" w:cs="Garamond"/>
          <w:b w:val="0"/>
          <w:i w:val="0"/>
          <w:sz w:val="24"/>
        </w:rPr>
        <w:t>“You are the first sign,” the Queen said. “The son of Telecio shall stand before you to signal the time. You are that son. You were the sign we were supposed to look for, and you have been here all along, waiting for us to see it.”</w:t>
      </w:r>
    </w:p>
    <w:p>
      <w:pPr>
        <w:spacing w:before="0" w:after="0"/>
        <w:ind w:firstLine="480"/>
        <w:jc w:val="left"/>
      </w:pPr>
      <w:r>
        <w:rPr>
          <w:rFonts w:ascii="Garamond" w:hAnsi="Garamond" w:cs="Garamond"/>
          <w:b w:val="0"/>
          <w:i w:val="0"/>
          <w:sz w:val="24"/>
        </w:rPr>
        <w:t>Kato sat down on a stone and said nothing for a moment. He had read that line in the prophecy and not understood it meant him. The weight of it settled on him slowly. “If I had told you, we could have been ready. I have known for years. We could have been there to meet them at the beach. We could have saved them so much.” He looked toward Verad in the dark. “All I had to do was change at the gathering. That would have been proof enough. That would have convinced Father.”</w:t>
      </w:r>
    </w:p>
    <w:p>
      <w:pPr>
        <w:spacing w:before="0" w:after="0"/>
        <w:ind w:firstLine="480"/>
        <w:jc w:val="left"/>
      </w:pPr>
      <w:r>
        <w:rPr>
          <w:rFonts w:ascii="Garamond" w:hAnsi="Garamond" w:cs="Garamond"/>
          <w:b w:val="0"/>
          <w:i w:val="0"/>
          <w:sz w:val="24"/>
        </w:rPr>
        <w:t>“It is not your fault you did not know,” the Queen said beside him. “I should have told you about the son of Telecio. It is in the histories. If anyone is to blame it is me.”</w:t>
      </w:r>
    </w:p>
    <w:p>
      <w:pPr>
        <w:spacing w:before="0" w:after="0"/>
        <w:ind w:firstLine="480"/>
        <w:jc w:val="left"/>
      </w:pPr>
      <w:r>
        <w:rPr>
          <w:rFonts w:ascii="Garamond" w:hAnsi="Garamond" w:cs="Garamond"/>
          <w:b w:val="0"/>
          <w:i w:val="0"/>
          <w:sz w:val="24"/>
        </w:rPr>
        <w:t>“That is all water under the bow now,” Brunow said from somewhere in the circle. “The question is what we do now that we know.”</w:t>
      </w:r>
    </w:p>
    <w:p>
      <w:pPr>
        <w:spacing w:before="0" w:after="0"/>
        <w:ind w:firstLine="480"/>
        <w:jc w:val="left"/>
      </w:pPr>
      <w:r>
        <w:rPr>
          <w:rFonts w:ascii="Garamond" w:hAnsi="Garamond" w:cs="Garamond"/>
          <w:b w:val="0"/>
          <w:i w:val="0"/>
          <w:sz w:val="24"/>
        </w:rPr>
        <w:t>“Yes, Captain.” The Queen stood and addressed all of them on the windy knoll. “The prophecy has been unraveling at its own pace with us always one step behind it. We will have to keep trusting the timing of events and move when they move. We must go now. Our people are waiting.”</w:t>
      </w:r>
    </w:p>
    <w:p>
      <w:pPr>
        <w:spacing w:before="0" w:after="0"/>
        <w:ind w:firstLine="480"/>
        <w:jc w:val="left"/>
      </w:pPr>
      <w:r>
        <w:rPr>
          <w:rFonts w:ascii="Garamond" w:hAnsi="Garamond" w:cs="Garamond"/>
          <w:b w:val="0"/>
          <w:i w:val="0"/>
          <w:sz w:val="24"/>
        </w:rPr>
        <w:t>“The volcano,” Petra said. “You felt the eruption?”</w:t>
      </w:r>
    </w:p>
    <w:p>
      <w:pPr>
        <w:spacing w:before="0" w:after="0"/>
        <w:ind w:firstLine="480"/>
        <w:jc w:val="left"/>
      </w:pPr>
      <w:r>
        <w:rPr>
          <w:rFonts w:ascii="Garamond" w:hAnsi="Garamond" w:cs="Garamond"/>
          <w:b w:val="0"/>
          <w:i w:val="0"/>
          <w:sz w:val="24"/>
        </w:rPr>
        <w:t>“I have seen the fire.” Her voice changed. “Valoria burns. We have been repaid for our selfishness.” She looked at Kato. “We may need to bring our peoples together sooner than I planned. But we still need a Dragon Star. Ours has already failed. The dragons are in Valoria now. We can only hope there will be something left to save.”</w:t>
      </w:r>
    </w:p>
    <w:p>
      <w:pPr>
        <w:spacing w:before="0" w:after="0"/>
        <w:ind w:firstLine="480"/>
        <w:jc w:val="left"/>
      </w:pPr>
      <w:r>
        <w:rPr>
          <w:rFonts w:ascii="Garamond" w:hAnsi="Garamond" w:cs="Garamond"/>
          <w:b w:val="0"/>
          <w:i w:val="0"/>
          <w:sz w:val="24"/>
        </w:rPr>
        <w:t>“Your Dragon Star has failed? Since when?” Kato asked.</w:t>
      </w:r>
    </w:p>
    <w:p>
      <w:pPr>
        <w:spacing w:before="0" w:after="0"/>
        <w:ind w:firstLine="480"/>
        <w:jc w:val="left"/>
      </w:pPr>
      <w:r>
        <w:rPr>
          <w:rFonts w:ascii="Garamond" w:hAnsi="Garamond" w:cs="Garamond"/>
          <w:b w:val="0"/>
          <w:i w:val="0"/>
          <w:sz w:val="24"/>
        </w:rPr>
        <w:t>“Since the power wave swept the island. Our scouts confirmed it just before the mountain blew.”</w:t>
      </w:r>
    </w:p>
    <w:p>
      <w:pPr>
        <w:spacing w:before="0" w:after="0"/>
        <w:ind w:firstLine="480"/>
        <w:jc w:val="left"/>
      </w:pPr>
      <w:r>
        <w:rPr>
          <w:rFonts w:ascii="Garamond" w:hAnsi="Garamond" w:cs="Garamond"/>
          <w:b w:val="0"/>
          <w:i w:val="0"/>
          <w:sz w:val="24"/>
        </w:rPr>
        <w:t>“That long?” Jolano looked at his sister. “Why didn’t you tell me?”</w:t>
      </w:r>
    </w:p>
    <w:p>
      <w:pPr>
        <w:spacing w:before="0" w:after="0"/>
        <w:ind w:firstLine="480"/>
        <w:jc w:val="left"/>
      </w:pPr>
      <w:r>
        <w:rPr>
          <w:rFonts w:ascii="Garamond" w:hAnsi="Garamond" w:cs="Garamond"/>
          <w:b w:val="0"/>
          <w:i w:val="0"/>
          <w:sz w:val="24"/>
        </w:rPr>
        <w:t>“What would you have done?” she said, and then softened it. “I am sorry, brother. There was no point. It was already gone.”</w:t>
      </w:r>
    </w:p>
    <w:p>
      <w:pPr>
        <w:spacing w:before="0" w:after="0"/>
        <w:ind w:firstLine="480"/>
        <w:jc w:val="left"/>
      </w:pPr>
      <w:r>
        <w:rPr>
          <w:rFonts w:ascii="Garamond" w:hAnsi="Garamond" w:cs="Garamond"/>
          <w:b w:val="0"/>
          <w:i w:val="0"/>
          <w:sz w:val="24"/>
        </w:rPr>
        <w:t>“So what now?”</w:t>
      </w:r>
    </w:p>
    <w:p>
      <w:pPr>
        <w:spacing w:before="0" w:after="0"/>
        <w:ind w:firstLine="480"/>
        <w:jc w:val="left"/>
      </w:pPr>
      <w:r>
        <w:rPr>
          <w:rFonts w:ascii="Garamond" w:hAnsi="Garamond" w:cs="Garamond"/>
          <w:b w:val="0"/>
          <w:i w:val="0"/>
          <w:sz w:val="24"/>
        </w:rPr>
        <w:t>“We do what the Alterians did,” she said. “We survive the best we can. And we find the place where dragons go to die.”</w:t>
      </w:r>
    </w:p>
    <w:p>
      <w:pPr>
        <w:spacing w:before="0" w:after="0"/>
        <w:ind w:firstLine="480"/>
        <w:jc w:val="left"/>
      </w:pPr>
      <w:r>
        <w:rPr>
          <w:rFonts w:ascii="Garamond" w:hAnsi="Garamond" w:cs="Garamond"/>
          <w:b w:val="0"/>
          <w:i w:val="0"/>
          <w:sz w:val="24"/>
        </w:rPr>
        <w:t>“Wing Rider,” Valor said, for Petra alone. “We must go.”</w:t>
      </w:r>
    </w:p>
    <w:p>
      <w:pPr>
        <w:spacing w:before="0" w:after="0"/>
        <w:ind w:firstLine="480"/>
        <w:jc w:val="left"/>
      </w:pPr>
      <w:r>
        <w:rPr>
          <w:rFonts w:ascii="Garamond" w:hAnsi="Garamond" w:cs="Garamond"/>
          <w:b w:val="0"/>
          <w:i w:val="0"/>
          <w:sz w:val="24"/>
        </w:rPr>
        <w:t>Petra turned and started back toward the horse. The Queen noticed.</w:t>
      </w:r>
    </w:p>
    <w:p>
      <w:pPr>
        <w:spacing w:before="0" w:after="0"/>
        <w:ind w:firstLine="480"/>
        <w:jc w:val="left"/>
      </w:pPr>
      <w:r>
        <w:rPr>
          <w:rFonts w:ascii="Garamond" w:hAnsi="Garamond" w:cs="Garamond"/>
          <w:b w:val="0"/>
          <w:i w:val="0"/>
          <w:sz w:val="24"/>
        </w:rPr>
        <w:t>“We must find my father,” Valor said, opening it to everyone. “He must know about the arrival of Sabel-Tor.”</w:t>
      </w:r>
    </w:p>
    <w:p>
      <w:pPr>
        <w:spacing w:before="0" w:after="0"/>
        <w:ind w:firstLine="480"/>
        <w:jc w:val="left"/>
      </w:pPr>
      <w:r>
        <w:rPr>
          <w:rFonts w:ascii="Garamond" w:hAnsi="Garamond" w:cs="Garamond"/>
          <w:b w:val="0"/>
          <w:i w:val="0"/>
          <w:sz w:val="24"/>
        </w:rPr>
        <w:t>“Petra.” Verad’s voice came from the dark. “You’re not going without us?”</w:t>
      </w:r>
    </w:p>
    <w:p>
      <w:pPr>
        <w:spacing w:before="0" w:after="0"/>
        <w:ind w:firstLine="480"/>
        <w:jc w:val="left"/>
      </w:pPr>
      <w:r>
        <w:rPr>
          <w:rFonts w:ascii="Garamond" w:hAnsi="Garamond" w:cs="Garamond"/>
          <w:b w:val="0"/>
          <w:i w:val="0"/>
          <w:sz w:val="24"/>
        </w:rPr>
        <w:t>Petra stopped. He turned and looked toward the boy and the Captain, barely visible. Then he walked to them and put his arms around both of them and held on.</w:t>
      </w:r>
    </w:p>
    <w:p>
      <w:pPr>
        <w:spacing w:before="0" w:after="0"/>
        <w:ind w:firstLine="480"/>
        <w:jc w:val="left"/>
      </w:pPr>
      <w:r>
        <w:rPr>
          <w:rFonts w:ascii="Garamond" w:hAnsi="Garamond" w:cs="Garamond"/>
          <w:b w:val="0"/>
          <w:i w:val="0"/>
          <w:sz w:val="24"/>
        </w:rPr>
        <w:t>“I will be back,” he said. “This is something I have to do. I will find the Dragon Stars and get these people free. You two stay safe with the Queen and I will come back for you when it is done.” He held Verad close for a moment longer. “When this is over you will come home with me to Sartious. I owe you my life twice. There is not another person I can say that about. Stay with the Captain. Stay safe. I will come back.” He turned to Brunow. “I charge you with him.”</w:t>
      </w:r>
    </w:p>
    <w:p>
      <w:pPr>
        <w:spacing w:before="0" w:after="0"/>
        <w:ind w:firstLine="480"/>
        <w:jc w:val="left"/>
      </w:pPr>
      <w:r>
        <w:rPr>
          <w:rFonts w:ascii="Garamond" w:hAnsi="Garamond" w:cs="Garamond"/>
          <w:b w:val="0"/>
          <w:i w:val="0"/>
          <w:sz w:val="24"/>
        </w:rPr>
        <w:t>“That plan will not work,” Kato said from his stone. “Verad and I will be in the underground. You and Valor will be in the air. We will see each other when we get back to Alteria.”</w:t>
      </w:r>
    </w:p>
    <w:p>
      <w:pPr>
        <w:spacing w:before="0" w:after="0"/>
        <w:ind w:firstLine="480"/>
        <w:jc w:val="left"/>
      </w:pPr>
      <w:r>
        <w:rPr>
          <w:rFonts w:ascii="Garamond" w:hAnsi="Garamond" w:cs="Garamond"/>
          <w:b w:val="0"/>
          <w:i w:val="0"/>
          <w:sz w:val="24"/>
        </w:rPr>
        <w:t>“I’m going with you?” Verad said. “Do I get a say?”</w:t>
      </w:r>
    </w:p>
    <w:p>
      <w:pPr>
        <w:spacing w:before="0" w:after="0"/>
        <w:ind w:firstLine="480"/>
        <w:jc w:val="left"/>
      </w:pPr>
      <w:r>
        <w:rPr>
          <w:rFonts w:ascii="Garamond" w:hAnsi="Garamond" w:cs="Garamond"/>
          <w:b w:val="0"/>
          <w:i w:val="0"/>
          <w:sz w:val="24"/>
        </w:rPr>
        <w:t>“Of course. But decide quickly.” Kato paused. “Pico is back in the city with the dragons.”</w:t>
      </w:r>
    </w:p>
    <w:p>
      <w:pPr>
        <w:spacing w:before="0" w:after="0"/>
        <w:ind w:firstLine="480"/>
        <w:jc w:val="left"/>
      </w:pPr>
      <w:r>
        <w:rPr>
          <w:rFonts w:ascii="Garamond" w:hAnsi="Garamond" w:cs="Garamond"/>
          <w:b w:val="0"/>
          <w:i w:val="0"/>
          <w:sz w:val="24"/>
        </w:rPr>
        <w:t>Verad looked at the Queen, though it was Pico’s face he was seeing. He said nothing for a moment. “I’ll go,” he said, and everyone heard it, including Petra through Valor.</w:t>
      </w:r>
    </w:p>
    <w:p>
      <w:pPr>
        <w:spacing w:before="0" w:after="0"/>
        <w:ind w:firstLine="480"/>
        <w:jc w:val="left"/>
      </w:pPr>
      <w:r>
        <w:rPr>
          <w:rFonts w:ascii="Garamond" w:hAnsi="Garamond" w:cs="Garamond"/>
          <w:b w:val="0"/>
          <w:i w:val="0"/>
          <w:sz w:val="24"/>
        </w:rPr>
        <w:t>Some of the warriors smiled. Jolano walked to the boy and put a hand on his shoulder. “Love makes you do things you would not otherwise do. Be strong.” He moved off to his sister. Verad was blushing in the dark.</w:t>
      </w:r>
    </w:p>
    <w:p>
      <w:pPr>
        <w:spacing w:before="0" w:after="0"/>
        <w:ind w:firstLine="480"/>
        <w:jc w:val="left"/>
      </w:pPr>
      <w:r>
        <w:rPr>
          <w:rFonts w:ascii="Garamond" w:hAnsi="Garamond" w:cs="Garamond"/>
          <w:b w:val="0"/>
          <w:i w:val="0"/>
          <w:sz w:val="24"/>
        </w:rPr>
        <w:t>“I suppose everyone heard that?” he said to Kato.</w:t>
      </w:r>
    </w:p>
    <w:p>
      <w:pPr>
        <w:spacing w:before="0" w:after="0"/>
        <w:ind w:firstLine="480"/>
        <w:jc w:val="left"/>
      </w:pPr>
      <w:r>
        <w:rPr>
          <w:rFonts w:ascii="Garamond" w:hAnsi="Garamond" w:cs="Garamond"/>
          <w:b w:val="0"/>
          <w:i w:val="0"/>
          <w:sz w:val="24"/>
        </w:rPr>
        <w:t>“It was never a secret,” Kato said. “Don’t worry about it.”</w:t>
      </w:r>
    </w:p>
    <w:p>
      <w:pPr>
        <w:spacing w:before="0" w:after="0"/>
        <w:ind w:firstLine="480"/>
        <w:jc w:val="left"/>
      </w:pPr>
      <w:r>
        <w:rPr>
          <w:rFonts w:ascii="Garamond" w:hAnsi="Garamond" w:cs="Garamond"/>
          <w:b w:val="0"/>
          <w:i w:val="0"/>
          <w:sz w:val="24"/>
        </w:rPr>
        <w:t>“I would still like a private thought occasionally.” He sat down beside Kato. “Where are we going?”</w:t>
      </w:r>
    </w:p>
    <w:p>
      <w:pPr>
        <w:spacing w:before="0" w:after="0"/>
        <w:ind w:firstLine="480"/>
        <w:jc w:val="left"/>
      </w:pPr>
      <w:r>
        <w:rPr>
          <w:rFonts w:ascii="Garamond" w:hAnsi="Garamond" w:cs="Garamond"/>
          <w:b w:val="0"/>
          <w:i w:val="0"/>
          <w:sz w:val="24"/>
        </w:rPr>
        <w:t>“I’m not sure yet.”</w:t>
      </w:r>
    </w:p>
    <w:p>
      <w:pPr>
        <w:spacing w:before="0" w:after="0"/>
        <w:ind w:firstLine="480"/>
        <w:jc w:val="left"/>
      </w:pPr>
      <w:r>
        <w:rPr>
          <w:rFonts w:ascii="Garamond" w:hAnsi="Garamond" w:cs="Garamond"/>
          <w:b w:val="0"/>
          <w:i w:val="0"/>
          <w:sz w:val="24"/>
        </w:rPr>
        <w:t>“Wonderful. Let me know when you figure it out.”</w:t>
      </w:r>
    </w:p>
    <w:p>
      <w:pPr>
        <w:spacing w:before="0" w:after="0"/>
        <w:ind w:firstLine="480"/>
        <w:jc w:val="left"/>
      </w:pPr>
      <w:r>
        <w:rPr>
          <w:rFonts w:ascii="Garamond" w:hAnsi="Garamond" w:cs="Garamond"/>
          <w:b w:val="0"/>
          <w:i w:val="0"/>
          <w:sz w:val="24"/>
        </w:rPr>
        <w:t>The Queen moved to her son while Verad went to say something to Brunow. “You cannot just run around in the underground hoping to stumble on one.”</w:t>
      </w:r>
    </w:p>
    <w:p>
      <w:pPr>
        <w:spacing w:before="0" w:after="0"/>
        <w:ind w:firstLine="480"/>
        <w:jc w:val="left"/>
      </w:pPr>
      <w:r>
        <w:rPr>
          <w:rFonts w:ascii="Garamond" w:hAnsi="Garamond" w:cs="Garamond"/>
          <w:b w:val="0"/>
          <w:i w:val="0"/>
          <w:sz w:val="24"/>
        </w:rPr>
        <w:t>“There is someone who will know,” Kato said. “A servant of the dragons. He will know where to find one.”</w:t>
      </w:r>
    </w:p>
    <w:p>
      <w:pPr>
        <w:spacing w:before="0" w:after="0"/>
        <w:ind w:firstLine="480"/>
        <w:jc w:val="left"/>
      </w:pPr>
      <w:r>
        <w:rPr>
          <w:rFonts w:ascii="Garamond" w:hAnsi="Garamond" w:cs="Garamond"/>
          <w:b w:val="0"/>
          <w:i w:val="0"/>
          <w:sz w:val="24"/>
        </w:rPr>
        <w:t>“How can you trust a servant of the dragons?”</w:t>
      </w:r>
    </w:p>
    <w:p>
      <w:pPr>
        <w:spacing w:before="0" w:after="0"/>
        <w:ind w:firstLine="480"/>
        <w:jc w:val="left"/>
      </w:pPr>
      <w:r>
        <w:rPr>
          <w:rFonts w:ascii="Garamond" w:hAnsi="Garamond" w:cs="Garamond"/>
          <w:b w:val="0"/>
          <w:i w:val="0"/>
          <w:sz w:val="24"/>
        </w:rPr>
        <w:t>“I know him,” Kato said simply.</w:t>
      </w:r>
    </w:p>
    <w:p>
      <w:pPr>
        <w:spacing w:before="0" w:after="0"/>
        <w:ind w:firstLine="480"/>
        <w:jc w:val="left"/>
      </w:pPr>
      <w:r>
        <w:rPr>
          <w:rFonts w:ascii="Garamond" w:hAnsi="Garamond" w:cs="Garamond"/>
          <w:b w:val="0"/>
          <w:i w:val="0"/>
          <w:sz w:val="24"/>
        </w:rPr>
        <w:t>“Come with us first. Come see Far Wing. He may know the place we seek.”</w:t>
      </w:r>
    </w:p>
    <w:p>
      <w:pPr>
        <w:spacing w:before="0" w:after="0"/>
        <w:ind w:firstLine="480"/>
        <w:jc w:val="left"/>
      </w:pPr>
      <w:r>
        <w:rPr>
          <w:rFonts w:ascii="Garamond" w:hAnsi="Garamond" w:cs="Garamond"/>
          <w:b w:val="0"/>
          <w:i w:val="0"/>
          <w:sz w:val="24"/>
        </w:rPr>
        <w:t>“I can’t. This is something I have to do alone.” He held her. “If you want, I will meet you after. But this first.”</w:t>
      </w:r>
    </w:p>
    <w:p>
      <w:pPr>
        <w:spacing w:before="0" w:after="0"/>
        <w:ind w:firstLine="480"/>
        <w:jc w:val="left"/>
      </w:pPr>
      <w:r>
        <w:rPr>
          <w:rFonts w:ascii="Garamond" w:hAnsi="Garamond" w:cs="Garamond"/>
          <w:b w:val="0"/>
          <w:i w:val="0"/>
          <w:sz w:val="24"/>
        </w:rPr>
        <w:t>“Why alone?”</w:t>
      </w:r>
    </w:p>
    <w:p>
      <w:pPr>
        <w:spacing w:before="0" w:after="0"/>
        <w:ind w:firstLine="480"/>
        <w:jc w:val="left"/>
      </w:pPr>
      <w:r>
        <w:rPr>
          <w:rFonts w:ascii="Garamond" w:hAnsi="Garamond" w:cs="Garamond"/>
          <w:b w:val="0"/>
          <w:i w:val="0"/>
          <w:sz w:val="24"/>
        </w:rPr>
        <w:t>He looked at her steadily. “After what you saw today you still need to ask that?”</w:t>
      </w:r>
    </w:p>
    <w:p>
      <w:pPr>
        <w:spacing w:before="0" w:after="0"/>
        <w:ind w:firstLine="480"/>
        <w:jc w:val="left"/>
      </w:pPr>
      <w:r>
        <w:rPr>
          <w:rFonts w:ascii="Garamond" w:hAnsi="Garamond" w:cs="Garamond"/>
          <w:b w:val="0"/>
          <w:i w:val="0"/>
          <w:sz w:val="24"/>
        </w:rPr>
        <w:t>She held his arm. “You are right. I know you are right.” She pulled him close. “If you find one, go back to Alteria. Help your father.” She looked into his eyes for a long moment. “Find your way home, son. Find your way home.” She let him go and walked away.</w:t>
      </w:r>
    </w:p>
    <w:p>
      <w:pPr>
        <w:spacing w:before="0" w:after="0"/>
        <w:ind w:firstLine="480"/>
        <w:jc w:val="left"/>
      </w:pPr>
      <w:r>
        <w:rPr>
          <w:rFonts w:ascii="Garamond" w:hAnsi="Garamond" w:cs="Garamond"/>
          <w:b w:val="0"/>
          <w:i w:val="0"/>
          <w:sz w:val="24"/>
        </w:rPr>
        <w:t>Kato went down the hill to where Verad and Brunow were standing together. He had thought he would say goodbye to the Captain in the cell. Much had happened since then.</w:t>
      </w:r>
    </w:p>
    <w:p>
      <w:pPr>
        <w:spacing w:before="0" w:after="0"/>
        <w:ind w:firstLine="480"/>
        <w:jc w:val="left"/>
      </w:pPr>
      <w:r>
        <w:rPr>
          <w:rFonts w:ascii="Garamond" w:hAnsi="Garamond" w:cs="Garamond"/>
          <w:b w:val="0"/>
          <w:i w:val="0"/>
          <w:sz w:val="24"/>
        </w:rPr>
        <w:t>“So we all meet at the city when this is done?” Brunow was saying to Verad as Kato came within hearing.</w:t>
      </w:r>
    </w:p>
    <w:p>
      <w:pPr>
        <w:spacing w:before="0" w:after="0"/>
        <w:ind w:firstLine="480"/>
        <w:jc w:val="left"/>
      </w:pPr>
      <w:r>
        <w:rPr>
          <w:rFonts w:ascii="Garamond" w:hAnsi="Garamond" w:cs="Garamond"/>
          <w:b w:val="0"/>
          <w:i w:val="0"/>
          <w:sz w:val="24"/>
        </w:rPr>
        <w:t>“I suppose so,” Verad said.</w:t>
      </w:r>
    </w:p>
    <w:p>
      <w:pPr>
        <w:spacing w:before="0" w:after="0"/>
        <w:ind w:firstLine="480"/>
        <w:jc w:val="left"/>
      </w:pPr>
      <w:r>
        <w:rPr>
          <w:rFonts w:ascii="Garamond" w:hAnsi="Garamond" w:cs="Garamond"/>
          <w:b w:val="0"/>
          <w:i w:val="0"/>
          <w:sz w:val="24"/>
        </w:rPr>
        <w:t>“We still have a job to do when all this is over.”</w:t>
      </w:r>
    </w:p>
    <w:p>
      <w:pPr>
        <w:spacing w:before="0" w:after="0"/>
        <w:ind w:firstLine="480"/>
        <w:jc w:val="left"/>
      </w:pPr>
      <w:r>
        <w:rPr>
          <w:rFonts w:ascii="Garamond" w:hAnsi="Garamond" w:cs="Garamond"/>
          <w:b w:val="0"/>
          <w:i w:val="0"/>
          <w:sz w:val="24"/>
        </w:rPr>
        <w:t>“To find the Prince,” Verad said.</w:t>
      </w:r>
    </w:p>
    <w:p>
      <w:pPr>
        <w:spacing w:before="0" w:after="0"/>
        <w:ind w:firstLine="480"/>
        <w:jc w:val="left"/>
      </w:pPr>
      <w:r>
        <w:rPr>
          <w:rFonts w:ascii="Garamond" w:hAnsi="Garamond" w:cs="Garamond"/>
          <w:b w:val="0"/>
          <w:i w:val="0"/>
          <w:sz w:val="24"/>
        </w:rPr>
        <w:t>“To find the Prince,” Brunow said.</w:t>
      </w:r>
    </w:p>
    <w:p>
      <w:pPr>
        <w:spacing w:before="480" w:after="360"/>
        <w:ind w:firstLine="0"/>
        <w:jc w:val="center"/>
      </w:pPr>
      <w:r>
        <w:rPr>
          <w:rFonts w:ascii="Garamond" w:hAnsi="Garamond" w:cs="Garamond"/>
          <w:b/>
          <w:i w:val="0"/>
          <w:sz w:val="28"/>
        </w:rPr>
        <w:t>Chapter Forty-Nine</w:t>
      </w:r>
    </w:p>
    <w:p>
      <w:pPr>
        <w:spacing w:before="0" w:after="0"/>
        <w:ind w:firstLine="480"/>
        <w:jc w:val="left"/>
      </w:pPr>
      <w:r>
        <w:rPr>
          <w:rFonts w:ascii="Garamond" w:hAnsi="Garamond" w:cs="Garamond"/>
          <w:b w:val="0"/>
          <w:i w:val="0"/>
          <w:sz w:val="24"/>
        </w:rPr>
        <w:t>The Valorians had always thought of their land as a quiet place.</w:t>
      </w:r>
    </w:p>
    <w:p>
      <w:pPr>
        <w:spacing w:before="0" w:after="0"/>
        <w:ind w:firstLine="480"/>
        <w:jc w:val="left"/>
      </w:pPr>
      <w:r>
        <w:rPr>
          <w:rFonts w:ascii="Garamond" w:hAnsi="Garamond" w:cs="Garamond"/>
          <w:b w:val="0"/>
          <w:i w:val="0"/>
          <w:sz w:val="24"/>
        </w:rPr>
        <w:t>Smaller than the Alterian country to the north, more enclosed, nestled between a freshwater lake and mountains that rose from sea level straight into the clouds. Not much open pasture under the protection of their Dragon Star, a few high valleys where they ran small herds of oxen-like animals for meat and leather, but mostly they lived off hunting and fishing and the gardens they kept in the sheltered lowlands. They had depended on their Dragon Star for so long that most of the people had stopped thinking about it as a thing that could fail. It was simply there, the way the mountains were there, the way the lake was there.</w:t>
      </w:r>
    </w:p>
    <w:p>
      <w:pPr>
        <w:spacing w:before="0" w:after="0"/>
        <w:ind w:firstLine="480"/>
        <w:jc w:val="left"/>
      </w:pPr>
      <w:r>
        <w:rPr>
          <w:rFonts w:ascii="Garamond" w:hAnsi="Garamond" w:cs="Garamond"/>
          <w:b w:val="0"/>
          <w:i w:val="0"/>
          <w:sz w:val="24"/>
        </w:rPr>
        <w:t>While the Alterians had lost many of their religious practices in the underground, the Valorians had kept the old ways intact from the time of their arrival at the end of the First Age. They were proud of this. They considered it evidence that their choices had been correct, that staying out of the conflict four thousand years ago had preserved something the Alterians had lost. This was not a thought most of them examined too carefully.</w:t>
      </w:r>
    </w:p>
    <w:p>
      <w:pPr>
        <w:spacing w:before="0" w:after="0"/>
        <w:ind w:firstLine="480"/>
        <w:jc w:val="left"/>
      </w:pPr>
      <w:r>
        <w:rPr>
          <w:rFonts w:ascii="Garamond" w:hAnsi="Garamond" w:cs="Garamond"/>
          <w:b w:val="0"/>
          <w:i w:val="0"/>
          <w:sz w:val="24"/>
        </w:rPr>
        <w:t>By the time they understood their Dragon Star was weakening, it was already too late to do anything about it quietly. The King had sent his sister and brother to Alteria for the gathering, to discuss a mutual search for replacement stones. What he had not known was that strangers were already being held in Alteria, that the prophecy was already in motion, that events were moving faster than any message could travel. The people at home waited for the Princess to return with news. None came.</w:t>
      </w:r>
    </w:p>
    <w:p>
      <w:pPr>
        <w:spacing w:before="0" w:after="0"/>
        <w:ind w:firstLine="480"/>
        <w:jc w:val="left"/>
      </w:pPr>
      <w:r>
        <w:rPr>
          <w:rFonts w:ascii="Garamond" w:hAnsi="Garamond" w:cs="Garamond"/>
          <w:b w:val="0"/>
          <w:i w:val="0"/>
          <w:sz w:val="24"/>
        </w:rPr>
        <w:t>When the dragons were reported coming in, the Valorians did what their tunnels were designed for. They went underground. Their city below was a fortress, its entrances protected by warriors, its stores stocked with food and provisions. They had not intended to ask the Alterians for anything. They had intended to wait it out and prove, when it was over, that they had managed on their own.</w:t>
      </w:r>
    </w:p>
    <w:p>
      <w:pPr>
        <w:spacing w:before="0" w:after="0"/>
        <w:ind w:firstLine="480"/>
        <w:jc w:val="left"/>
      </w:pPr>
      <w:r>
        <w:rPr>
          <w:rFonts w:ascii="Garamond" w:hAnsi="Garamond" w:cs="Garamond"/>
          <w:b w:val="0"/>
          <w:i w:val="0"/>
          <w:sz w:val="24"/>
        </w:rPr>
        <w:t>Then the mountain blew.</w:t>
      </w:r>
    </w:p>
    <w:p>
      <w:pPr>
        <w:spacing w:before="0" w:after="0"/>
        <w:ind w:firstLine="480"/>
        <w:jc w:val="left"/>
      </w:pPr>
      <w:r>
        <w:rPr>
          <w:rFonts w:ascii="Garamond" w:hAnsi="Garamond" w:cs="Garamond"/>
          <w:b w:val="0"/>
          <w:i w:val="0"/>
          <w:sz w:val="24"/>
        </w:rPr>
        <w:t>The tunnels filled with smoke and hot gas first, then with something worse moving behind the gas, and the Valorians came up out of the ground into a world that was already on fire. Those who could move ran south, away from the lava and the falling stone and what remained of their homes. The dragons were above them and the scavengers were ahead of them and the mountain was behind them, and the Dragon Star was gone, and there was nothing between them and all of it.</w:t>
      </w:r>
    </w:p>
    <w:p>
      <w:pPr>
        <w:spacing w:before="0" w:after="0"/>
        <w:ind w:firstLine="480"/>
        <w:jc w:val="left"/>
      </w:pPr>
      <w:r>
        <w:rPr>
          <w:rFonts w:ascii="Garamond" w:hAnsi="Garamond" w:cs="Garamond"/>
          <w:b w:val="0"/>
          <w:i w:val="0"/>
          <w:sz w:val="24"/>
        </w:rPr>
        <w:t>Those fortunate enough to reach the far shore crossed onto the main island and found their way back underground. Even here they were not safe. They were too spread out by then, the groups too small to hold a defensive line, and the scavengers had been waiting at every narrowing of every tunnel. The warriors did what they could for the children and the elderly. They were cut off from their commanders and fighting on their own judgment, which was better than nothing but not enough.</w:t>
      </w:r>
    </w:p>
    <w:p>
      <w:pPr>
        <w:spacing w:before="0" w:after="0"/>
        <w:ind w:firstLine="480"/>
        <w:jc w:val="left"/>
      </w:pPr>
      <w:r>
        <w:rPr>
          <w:rFonts w:ascii="Garamond" w:hAnsi="Garamond" w:cs="Garamond"/>
          <w:b w:val="0"/>
          <w:i w:val="0"/>
          <w:sz w:val="24"/>
        </w:rPr>
        <w:t>As the smaller groups found each other the warriors began to organize. Hundreds of Valorians waited in the tunnels, a ragged assembly of the very young and the very old and those in between who could still lift a weapon. After an hour the smoke began reaching them from behind and they started moving south again. This time they did not stop.</w:t>
      </w:r>
    </w:p>
    <w:p>
      <w:pPr>
        <w:spacing w:before="0" w:after="0"/>
        <w:ind w:firstLine="480"/>
        <w:jc w:val="left"/>
      </w:pPr>
      <w:r>
        <w:rPr>
          <w:rFonts w:ascii="Garamond" w:hAnsi="Garamond" w:cs="Garamond"/>
          <w:b w:val="0"/>
          <w:i w:val="0"/>
          <w:sz w:val="24"/>
        </w:rPr>
        <w:t>They were days from Alteria. They were fighting off scavengers on the move, taking losses they could count but chose not to. Already there was talk, quiet and ashamed but present, about what they would do if the Alterians refused them entry. Even the youngest understood why their elders were having that conversation. Even they felt the weight of what their ancestors had done, four thousand years compressed into a single question: would the people they had abandoned abandon them in return?</w:t>
      </w:r>
    </w:p>
    <w:p>
      <w:pPr>
        <w:spacing w:before="0" w:after="0"/>
        <w:ind w:firstLine="480"/>
        <w:jc w:val="left"/>
      </w:pPr>
      <w:r>
        <w:rPr>
          <w:rFonts w:ascii="Garamond" w:hAnsi="Garamond" w:cs="Garamond"/>
          <w:b w:val="0"/>
          <w:i w:val="0"/>
          <w:sz w:val="24"/>
        </w:rPr>
        <w:t>There was nothing to go back to. The city was gone. The mountain had finished what the dragons started, and what the dragons had not reached the fire had taken, and what the fire had not taken the earth had swallowed when it shook. They had built their underground to resist scavengers from below. They had not built it to resist what the ground itself could do.</w:t>
      </w:r>
    </w:p>
    <w:p>
      <w:pPr>
        <w:spacing w:before="0" w:after="0"/>
        <w:ind w:firstLine="480"/>
        <w:jc w:val="left"/>
      </w:pPr>
      <w:r>
        <w:rPr>
          <w:rFonts w:ascii="Garamond" w:hAnsi="Garamond" w:cs="Garamond"/>
          <w:b w:val="0"/>
          <w:i w:val="0"/>
          <w:sz w:val="24"/>
        </w:rPr>
        <w:t>They moved south through the dark, carrying what they had, which was less with every hour, and they did not look back.</w:t>
      </w:r>
    </w:p>
    <w:p>
      <w:pPr>
        <w:spacing w:before="480" w:after="360"/>
        <w:ind w:firstLine="0"/>
        <w:jc w:val="center"/>
      </w:pPr>
      <w:r>
        <w:rPr>
          <w:rFonts w:ascii="Garamond" w:hAnsi="Garamond" w:cs="Garamond"/>
          <w:b/>
          <w:i w:val="0"/>
          <w:sz w:val="28"/>
        </w:rPr>
        <w:t>Chapter Fifty</w:t>
      </w:r>
    </w:p>
    <w:p>
      <w:pPr>
        <w:spacing w:before="0" w:after="0"/>
        <w:ind w:firstLine="480"/>
        <w:jc w:val="left"/>
      </w:pPr>
      <w:r>
        <w:rPr>
          <w:rFonts w:ascii="Garamond" w:hAnsi="Garamond" w:cs="Garamond"/>
          <w:b w:val="0"/>
          <w:i w:val="0"/>
          <w:sz w:val="24"/>
        </w:rPr>
        <w:t>It had been a long night of wonder and worse.</w:t>
      </w:r>
    </w:p>
    <w:p>
      <w:pPr>
        <w:spacing w:before="0" w:after="0"/>
        <w:ind w:firstLine="480"/>
        <w:jc w:val="left"/>
      </w:pPr>
      <w:r>
        <w:rPr>
          <w:rFonts w:ascii="Garamond" w:hAnsi="Garamond" w:cs="Garamond"/>
          <w:b w:val="0"/>
          <w:i w:val="0"/>
          <w:sz w:val="24"/>
        </w:rPr>
        <w:t>The dragons were gone and the Dragon Star was whole again, fed more than any stone in recorded history. The King could only guess that the power wave it had released was connected to the fire now burning in Valoria, that the shaking of the ground was the island feeling what the stone had done. Many of the walls had cracked. Tiles had shaken loose from the ceilings and scattered across the floors. But the city was standing.</w:t>
      </w:r>
    </w:p>
    <w:p>
      <w:pPr>
        <w:spacing w:before="0" w:after="0"/>
        <w:ind w:firstLine="480"/>
        <w:jc w:val="left"/>
      </w:pPr>
      <w:r>
        <w:rPr>
          <w:rFonts w:ascii="Garamond" w:hAnsi="Garamond" w:cs="Garamond"/>
          <w:b w:val="0"/>
          <w:i w:val="0"/>
          <w:sz w:val="24"/>
        </w:rPr>
        <w:t>He sent his men out to secure it. They found scattered damage, nothing like the histories of the first fall of Alteria, when the city had been reduced to rubble and the survivors had built this one from what remained. The warriors swept through the outer districts first and drove the scavengers out. Most of the dark creatures had understood what the disappearance of their masters meant and left on their own. Some had stayed, for reasons that were their own, and were waiting in the shadows. There was fighting, brief and one-sided once the warriors organized, and the city was clear before Eros had traveled far in the night sky. The merchants and residents came back up to find their homes largely undisturbed, though here and there the outer doors had been webbed over and something had laid eggs in the recesses, optimistic about a feast that had not arrived.</w:t>
      </w:r>
    </w:p>
    <w:p>
      <w:pPr>
        <w:spacing w:before="0" w:after="0"/>
        <w:ind w:firstLine="480"/>
        <w:jc w:val="left"/>
      </w:pPr>
      <w:r>
        <w:rPr>
          <w:rFonts w:ascii="Garamond" w:hAnsi="Garamond" w:cs="Garamond"/>
          <w:b w:val="0"/>
          <w:i w:val="0"/>
          <w:sz w:val="24"/>
        </w:rPr>
        <w:t>The Equis brought news of Valoria while the city was still being swept. Thirty refugees arrived on horseback, children and elderly mostly, each carried by a flier who had gone back for them. The Valorian men had stayed to help where they could. The horses said it had been a slaughter, and that those who had managed to cross onto the main island and find the tunnels were moving south, fighting through scavengers as they came. How many would make it was not yet known. They did not know the Alterian Dragon Star had held. They were coming for the only underground on the island that was not filling with smoke.</w:t>
      </w:r>
    </w:p>
    <w:p>
      <w:pPr>
        <w:spacing w:before="0" w:after="0"/>
        <w:ind w:firstLine="480"/>
        <w:jc w:val="left"/>
      </w:pPr>
      <w:r>
        <w:rPr>
          <w:rFonts w:ascii="Garamond" w:hAnsi="Garamond" w:cs="Garamond"/>
          <w:b w:val="0"/>
          <w:i w:val="0"/>
          <w:sz w:val="24"/>
        </w:rPr>
        <w:t>Pico watched her father's face when she told him what the horses had said.</w:t>
      </w:r>
    </w:p>
    <w:p>
      <w:pPr>
        <w:spacing w:before="0" w:after="0"/>
        <w:ind w:firstLine="480"/>
        <w:jc w:val="left"/>
      </w:pPr>
      <w:r>
        <w:rPr>
          <w:rFonts w:ascii="Garamond" w:hAnsi="Garamond" w:cs="Garamond"/>
          <w:b w:val="0"/>
          <w:i w:val="0"/>
          <w:sz w:val="24"/>
        </w:rPr>
        <w:t>“We have to send warriors to find them and bring them in,” she said.</w:t>
      </w:r>
    </w:p>
    <w:p>
      <w:pPr>
        <w:spacing w:before="0" w:after="0"/>
        <w:ind w:firstLine="480"/>
        <w:jc w:val="left"/>
      </w:pPr>
      <w:r>
        <w:rPr>
          <w:rFonts w:ascii="Garamond" w:hAnsi="Garamond" w:cs="Garamond"/>
          <w:b w:val="0"/>
          <w:i w:val="0"/>
          <w:sz w:val="24"/>
        </w:rPr>
        <w:t>His eyebrows moved in a way she recognized.</w:t>
      </w:r>
    </w:p>
    <w:p>
      <w:pPr>
        <w:spacing w:before="0" w:after="0"/>
        <w:ind w:firstLine="480"/>
        <w:jc w:val="left"/>
      </w:pPr>
      <w:r>
        <w:rPr>
          <w:rFonts w:ascii="Garamond" w:hAnsi="Garamond" w:cs="Garamond"/>
          <w:b w:val="0"/>
          <w:i w:val="0"/>
          <w:sz w:val="24"/>
        </w:rPr>
        <w:t>“Father. We are bigger than this. The past has to be forgotten by the people, but it has to be forgotten by you first.” She kept her voice even. “They have nothing to go back to.”</w:t>
      </w:r>
    </w:p>
    <w:p>
      <w:pPr>
        <w:spacing w:before="0" w:after="0"/>
        <w:ind w:firstLine="480"/>
        <w:jc w:val="left"/>
      </w:pPr>
      <w:r>
        <w:rPr>
          <w:rFonts w:ascii="Garamond" w:hAnsi="Garamond" w:cs="Garamond"/>
          <w:b w:val="0"/>
          <w:i w:val="0"/>
          <w:sz w:val="24"/>
        </w:rPr>
        <w:t>“Did our people?” he said. The anger in it was not at her. “Did they really? Some of them made it back to the underground, yes. How many didn’t? And for what?” He closed his hand slowly into a fist. He was angry at the Valorians for putting him in this position and angrier at himself for standing in it, for even considering meeting their need with the same answer they had given his ancestors. He knew what it made him if he did. He sat down heavily in a chair in the library and dust rose into the lamplight.</w:t>
      </w:r>
    </w:p>
    <w:p>
      <w:pPr>
        <w:spacing w:before="0" w:after="0"/>
        <w:ind w:firstLine="480"/>
        <w:jc w:val="left"/>
      </w:pPr>
      <w:r>
        <w:rPr>
          <w:rFonts w:ascii="Garamond" w:hAnsi="Garamond" w:cs="Garamond"/>
          <w:b w:val="0"/>
          <w:i w:val="0"/>
          <w:sz w:val="24"/>
        </w:rPr>
        <w:t>Pico knelt in front of him. Councilor Nalbieth moved slightly closer.</w:t>
      </w:r>
    </w:p>
    <w:p>
      <w:pPr>
        <w:spacing w:before="0" w:after="0"/>
        <w:ind w:firstLine="480"/>
        <w:jc w:val="left"/>
      </w:pPr>
      <w:r>
        <w:rPr>
          <w:rFonts w:ascii="Garamond" w:hAnsi="Garamond" w:cs="Garamond"/>
          <w:b w:val="0"/>
          <w:i w:val="0"/>
          <w:sz w:val="24"/>
        </w:rPr>
        <w:t>“We will send a force to secure their route,” the King said finally. “And we will find a place for them until a Dragon Star is found to replace theirs. That is the extent of what I can offer at the moment.” He waved two of his guard off to see it done.</w:t>
      </w:r>
    </w:p>
    <w:p>
      <w:pPr>
        <w:spacing w:before="0" w:after="0"/>
        <w:ind w:firstLine="480"/>
        <w:jc w:val="left"/>
      </w:pPr>
      <w:r>
        <w:rPr>
          <w:rFonts w:ascii="Garamond" w:hAnsi="Garamond" w:cs="Garamond"/>
          <w:b w:val="0"/>
          <w:i w:val="0"/>
          <w:sz w:val="24"/>
        </w:rPr>
        <w:t>“It is enough for now,” Pico said, and laid her head on his knee. “Thank you.”</w:t>
      </w:r>
    </w:p>
    <w:p>
      <w:pPr>
        <w:spacing w:before="0" w:after="0"/>
        <w:ind w:firstLine="480"/>
        <w:jc w:val="left"/>
      </w:pPr>
      <w:r>
        <w:rPr>
          <w:rFonts w:ascii="Garamond" w:hAnsi="Garamond" w:cs="Garamond"/>
          <w:b w:val="0"/>
          <w:i w:val="0"/>
          <w:sz w:val="24"/>
        </w:rPr>
        <w:t>Nalbieth had gone back to his table while this was happening. The histories were spread open in front of him with long red ribbons marking pages across three different books. He had been down here working through the night while everyone else was occupied above, and he was finding things. Pico could tell by the way he moved between the books, reading a passage in one and cross-referencing in another, pausing to write notes, shaking his head quietly at something only he could see yet.</w:t>
      </w:r>
    </w:p>
    <w:p>
      <w:pPr>
        <w:spacing w:before="0" w:after="0"/>
        <w:ind w:firstLine="480"/>
        <w:jc w:val="left"/>
      </w:pPr>
      <w:r>
        <w:rPr>
          <w:rFonts w:ascii="Garamond" w:hAnsi="Garamond" w:cs="Garamond"/>
          <w:b w:val="0"/>
          <w:i w:val="0"/>
          <w:sz w:val="24"/>
        </w:rPr>
        <w:t>She and the King moved to stand beside him.</w:t>
      </w:r>
    </w:p>
    <w:p>
      <w:pPr>
        <w:spacing w:before="0" w:after="0"/>
        <w:ind w:firstLine="480"/>
        <w:jc w:val="left"/>
      </w:pPr>
      <w:r>
        <w:rPr>
          <w:rFonts w:ascii="Garamond" w:hAnsi="Garamond" w:cs="Garamond"/>
          <w:b w:val="0"/>
          <w:i w:val="0"/>
          <w:sz w:val="24"/>
        </w:rPr>
        <w:t>“What did you find?” she asked.</w:t>
      </w:r>
    </w:p>
    <w:p>
      <w:pPr>
        <w:spacing w:before="0" w:after="0"/>
        <w:ind w:firstLine="480"/>
        <w:jc w:val="left"/>
      </w:pPr>
      <w:r>
        <w:rPr>
          <w:rFonts w:ascii="Garamond" w:hAnsi="Garamond" w:cs="Garamond"/>
          <w:b w:val="0"/>
          <w:i w:val="0"/>
          <w:sz w:val="24"/>
        </w:rPr>
        <w:t>“You were right,” he said, with the particular satisfaction of a man who has spent the night proving someone else correct and found the process worthwhile. “There is something here about the end of the First Age and the dragons’ fall. It concerns a member of the Order who turned to the dark after Atula’s final defeat. It speaks of her role in the meeting between the children of the first age and the children of the third age.” He turned to face Pico. “The prophecy mentions this meeting, does it not?”</w:t>
      </w:r>
    </w:p>
    <w:p>
      <w:pPr>
        <w:spacing w:before="0" w:after="0"/>
        <w:ind w:firstLine="480"/>
        <w:jc w:val="left"/>
      </w:pPr>
      <w:r>
        <w:rPr>
          <w:rFonts w:ascii="Garamond" w:hAnsi="Garamond" w:cs="Garamond"/>
          <w:b w:val="0"/>
          <w:i w:val="0"/>
          <w:sz w:val="24"/>
        </w:rPr>
        <w:t>“It does.” She cleared a space and laid the prophecy open. “Here.”</w:t>
      </w:r>
    </w:p>
    <w:p>
      <w:pPr>
        <w:spacing w:before="0" w:after="0"/>
        <w:ind w:firstLine="480"/>
        <w:jc w:val="left"/>
      </w:pPr>
      <w:r>
        <w:rPr>
          <w:rFonts w:ascii="Garamond" w:hAnsi="Garamond" w:cs="Garamond"/>
          <w:b w:val="0"/>
          <w:i w:val="0"/>
          <w:sz w:val="24"/>
        </w:rPr>
        <w:t>He read aloud. “The first age ends and Atula is set aside. The way is cleared for another, for there will always be another. When the time is right she will bring the two children together and they will be free. A life returned for a life given.” He looked up. “What does that mean?”</w:t>
      </w:r>
    </w:p>
    <w:p>
      <w:pPr>
        <w:spacing w:before="0" w:after="0"/>
        <w:ind w:firstLine="480"/>
        <w:jc w:val="left"/>
      </w:pPr>
      <w:r>
        <w:rPr>
          <w:rFonts w:ascii="Garamond" w:hAnsi="Garamond" w:cs="Garamond"/>
          <w:b w:val="0"/>
          <w:i w:val="0"/>
          <w:sz w:val="24"/>
        </w:rPr>
        <w:t>Pico glanced at her father. “We believe it means the third age children will help us return to Estos. We thought if we saved Verad’s life, he would in turn save ours, by helping us find a Dragon Star or find a way off the island.”</w:t>
      </w:r>
    </w:p>
    <w:p>
      <w:pPr>
        <w:spacing w:before="0" w:after="0"/>
        <w:ind w:firstLine="480"/>
        <w:jc w:val="left"/>
      </w:pPr>
      <w:r>
        <w:rPr>
          <w:rFonts w:ascii="Garamond" w:hAnsi="Garamond" w:cs="Garamond"/>
          <w:b w:val="0"/>
          <w:i w:val="0"/>
          <w:sz w:val="24"/>
        </w:rPr>
        <w:t>“Is that all of it?” the King asked.</w:t>
      </w:r>
    </w:p>
    <w:p>
      <w:pPr>
        <w:spacing w:before="0" w:after="0"/>
        <w:ind w:firstLine="480"/>
        <w:jc w:val="left"/>
      </w:pPr>
      <w:r>
        <w:rPr>
          <w:rFonts w:ascii="Garamond" w:hAnsi="Garamond" w:cs="Garamond"/>
          <w:b w:val="0"/>
          <w:i w:val="0"/>
          <w:sz w:val="24"/>
        </w:rPr>
        <w:t>“There is more,” Pico said. “Go on, Councilor.”</w:t>
      </w:r>
    </w:p>
    <w:p>
      <w:pPr>
        <w:spacing w:before="0" w:after="0"/>
        <w:ind w:firstLine="480"/>
        <w:jc w:val="left"/>
      </w:pPr>
      <w:r>
        <w:rPr>
          <w:rFonts w:ascii="Garamond" w:hAnsi="Garamond" w:cs="Garamond"/>
          <w:b w:val="0"/>
          <w:i w:val="0"/>
          <w:sz w:val="24"/>
        </w:rPr>
        <w:t>“There is more in the histories as well,” Nalbieth said. “About the woman. The one who would bring the two peoples together. She is named.” He paused. “Her name is Hessa.”</w:t>
      </w:r>
    </w:p>
    <w:p>
      <w:pPr>
        <w:spacing w:before="0" w:after="0"/>
        <w:ind w:firstLine="480"/>
        <w:jc w:val="left"/>
      </w:pPr>
      <w:r>
        <w:rPr>
          <w:rFonts w:ascii="Garamond" w:hAnsi="Garamond" w:cs="Garamond"/>
          <w:b w:val="0"/>
          <w:i w:val="0"/>
          <w:sz w:val="24"/>
        </w:rPr>
        <w:t>Pico went still. “Verad mentioned a woman named Hessa. He called her a witch. He was frightened of her.” She remembered the quality of that fear in his thoughts, the particular depth of it. “Very frightened.”</w:t>
      </w:r>
    </w:p>
    <w:p>
      <w:pPr>
        <w:spacing w:before="0" w:after="0"/>
        <w:ind w:firstLine="480"/>
        <w:jc w:val="left"/>
      </w:pPr>
      <w:r>
        <w:rPr>
          <w:rFonts w:ascii="Garamond" w:hAnsi="Garamond" w:cs="Garamond"/>
          <w:b w:val="0"/>
          <w:i w:val="0"/>
          <w:sz w:val="24"/>
        </w:rPr>
        <w:t>“It is no wonder,” Nalbieth said. “She is one of the original members of the Order. Her name runs through the histories from beginning to end. She was the one who brought about the binding of the dragons and their exile here, and she gave us our original Dragon Star. If she is present in what is happening now it is possible she planned all of this, or some significant portion of it, long before any of us were born.” He paused. “She would have the power to diminish a Dragon Star. To weaken it over time.”</w:t>
      </w:r>
    </w:p>
    <w:p>
      <w:pPr>
        <w:spacing w:before="0" w:after="0"/>
        <w:ind w:firstLine="480"/>
        <w:jc w:val="left"/>
      </w:pPr>
      <w:r>
        <w:rPr>
          <w:rFonts w:ascii="Garamond" w:hAnsi="Garamond" w:cs="Garamond"/>
          <w:b w:val="0"/>
          <w:i w:val="0"/>
          <w:sz w:val="24"/>
        </w:rPr>
        <w:t>The King looked at the table. “Are you saying she may have had something to do with Falsey?”</w:t>
      </w:r>
    </w:p>
    <w:p>
      <w:pPr>
        <w:spacing w:before="0" w:after="0"/>
        <w:ind w:firstLine="480"/>
        <w:jc w:val="left"/>
      </w:pPr>
      <w:r>
        <w:rPr>
          <w:rFonts w:ascii="Garamond" w:hAnsi="Garamond" w:cs="Garamond"/>
          <w:b w:val="0"/>
          <w:i w:val="0"/>
          <w:sz w:val="24"/>
        </w:rPr>
        <w:t>“It is possible. She would have needed access to him. She would have had to be here before, during his time in Valoria.”</w:t>
      </w:r>
    </w:p>
    <w:p>
      <w:pPr>
        <w:spacing w:before="0" w:after="0"/>
        <w:ind w:firstLine="480"/>
        <w:jc w:val="left"/>
      </w:pPr>
      <w:r>
        <w:rPr>
          <w:rFonts w:ascii="Garamond" w:hAnsi="Garamond" w:cs="Garamond"/>
          <w:b w:val="0"/>
          <w:i w:val="0"/>
          <w:sz w:val="24"/>
        </w:rPr>
        <w:t>“Or on the way,” Pico said. “Or on the way back.”</w:t>
      </w:r>
    </w:p>
    <w:p>
      <w:pPr>
        <w:spacing w:before="0" w:after="0"/>
        <w:ind w:firstLine="480"/>
        <w:jc w:val="left"/>
      </w:pPr>
      <w:r>
        <w:rPr>
          <w:rFonts w:ascii="Garamond" w:hAnsi="Garamond" w:cs="Garamond"/>
          <w:b w:val="0"/>
          <w:i w:val="0"/>
          <w:sz w:val="24"/>
        </w:rPr>
        <w:t>“Five years ago,” Nalbieth said.</w:t>
      </w:r>
    </w:p>
    <w:p>
      <w:pPr>
        <w:spacing w:before="0" w:after="0"/>
        <w:ind w:firstLine="480"/>
        <w:jc w:val="left"/>
      </w:pPr>
      <w:r>
        <w:rPr>
          <w:rFonts w:ascii="Garamond" w:hAnsi="Garamond" w:cs="Garamond"/>
          <w:b w:val="0"/>
          <w:i w:val="0"/>
          <w:sz w:val="24"/>
        </w:rPr>
        <w:t>“If she has been here once she has been here a hundred times,” the King said, and the anger in his voice had found its proper target now. “She has been playing with us since she brought us here. Watching us, testing us. Using us.”</w:t>
      </w:r>
    </w:p>
    <w:p>
      <w:pPr>
        <w:spacing w:before="0" w:after="0"/>
        <w:ind w:firstLine="480"/>
        <w:jc w:val="left"/>
      </w:pPr>
      <w:r>
        <w:rPr>
          <w:rFonts w:ascii="Garamond" w:hAnsi="Garamond" w:cs="Garamond"/>
          <w:b w:val="0"/>
          <w:i w:val="0"/>
          <w:sz w:val="24"/>
        </w:rPr>
        <w:t>“That is what I believe, Your Majesty. The histories suggest she filled this land with darkness before we arrived, after the dragons were bound. She intended to destroy us entirely. But the gods intervened and placed two elven peoples on the same island as the dragons, removing us from her reach.”</w:t>
      </w:r>
    </w:p>
    <w:p>
      <w:pPr>
        <w:spacing w:before="0" w:after="0"/>
        <w:ind w:firstLine="480"/>
        <w:jc w:val="left"/>
      </w:pPr>
      <w:r>
        <w:rPr>
          <w:rFonts w:ascii="Garamond" w:hAnsi="Garamond" w:cs="Garamond"/>
          <w:b w:val="0"/>
          <w:i w:val="0"/>
          <w:sz w:val="24"/>
        </w:rPr>
        <w:t>“The gods saved us by putting us here?” Pico said.</w:t>
      </w:r>
    </w:p>
    <w:p>
      <w:pPr>
        <w:spacing w:before="0" w:after="0"/>
        <w:ind w:firstLine="480"/>
        <w:jc w:val="left"/>
      </w:pPr>
      <w:r>
        <w:rPr>
          <w:rFonts w:ascii="Garamond" w:hAnsi="Garamond" w:cs="Garamond"/>
          <w:b w:val="0"/>
          <w:i w:val="0"/>
          <w:sz w:val="24"/>
        </w:rPr>
        <w:t>“It appears so. And but for her we would never have needed saving in the first place.”</w:t>
      </w:r>
    </w:p>
    <w:p>
      <w:pPr>
        <w:spacing w:before="0" w:after="0"/>
        <w:ind w:firstLine="480"/>
        <w:jc w:val="left"/>
      </w:pPr>
      <w:r>
        <w:rPr>
          <w:rFonts w:ascii="Garamond" w:hAnsi="Garamond" w:cs="Garamond"/>
          <w:b w:val="0"/>
          <w:i w:val="0"/>
          <w:sz w:val="24"/>
        </w:rPr>
        <w:t>The King stood. “And now? What does she want now? How many times has she been in this city, in my palace, walking my corridors?” He looked at Pico. “What does the prophecy say we should do about her?”</w:t>
      </w:r>
    </w:p>
    <w:p>
      <w:pPr>
        <w:spacing w:before="0" w:after="0"/>
        <w:ind w:firstLine="480"/>
        <w:jc w:val="left"/>
      </w:pPr>
      <w:r>
        <w:rPr>
          <w:rFonts w:ascii="Garamond" w:hAnsi="Garamond" w:cs="Garamond"/>
          <w:b w:val="0"/>
          <w:i w:val="0"/>
          <w:sz w:val="24"/>
        </w:rPr>
        <w:t>“I don’t know yet, Father. The prophecy is full of things that are obvious after they have happened and opaque before. We need time to read and understand all of it.”</w:t>
      </w:r>
    </w:p>
    <w:p>
      <w:pPr>
        <w:spacing w:before="0" w:after="0"/>
        <w:ind w:firstLine="480"/>
        <w:jc w:val="left"/>
      </w:pPr>
      <w:r>
        <w:rPr>
          <w:rFonts w:ascii="Garamond" w:hAnsi="Garamond" w:cs="Garamond"/>
          <w:b w:val="0"/>
          <w:i w:val="0"/>
          <w:sz w:val="24"/>
        </w:rPr>
        <w:t>“All of it if we can manage,” Nalbieth said, gesturing at the spread of books.</w:t>
      </w:r>
    </w:p>
    <w:p>
      <w:pPr>
        <w:spacing w:before="0" w:after="0"/>
        <w:ind w:firstLine="480"/>
        <w:jc w:val="left"/>
      </w:pPr>
      <w:r>
        <w:rPr>
          <w:rFonts w:ascii="Garamond" w:hAnsi="Garamond" w:cs="Garamond"/>
          <w:b w:val="0"/>
          <w:i w:val="0"/>
          <w:sz w:val="24"/>
        </w:rPr>
        <w:t>“We don’t have time for all of it,” the King said. “We need to understand enough to stop her before she does anything else.”</w:t>
      </w:r>
    </w:p>
    <w:p>
      <w:pPr>
        <w:spacing w:before="0" w:after="0"/>
        <w:ind w:firstLine="480"/>
        <w:jc w:val="left"/>
      </w:pPr>
      <w:r>
        <w:rPr>
          <w:rFonts w:ascii="Garamond" w:hAnsi="Garamond" w:cs="Garamond"/>
          <w:b w:val="0"/>
          <w:i w:val="0"/>
          <w:sz w:val="24"/>
        </w:rPr>
        <w:t>Pico remembered the pouch. She crossed to where she had set it on the table and unrolled the covering. It was still damp from the stomach of the dragon. She turned it over and shook the contents out onto the table, checked the inside, tossed it aside, and wiped her hands on her cloak.</w:t>
      </w:r>
    </w:p>
    <w:p>
      <w:pPr>
        <w:spacing w:before="480" w:after="360"/>
        <w:ind w:firstLine="0"/>
        <w:jc w:val="center"/>
      </w:pPr>
      <w:r>
        <w:rPr>
          <w:rFonts w:ascii="Garamond" w:hAnsi="Garamond" w:cs="Garamond"/>
          <w:b/>
          <w:i w:val="0"/>
          <w:sz w:val="28"/>
        </w:rPr>
        <w:t>Chapter Fifty-One</w:t>
      </w:r>
    </w:p>
    <w:p>
      <w:pPr>
        <w:spacing w:before="120" w:after="240"/>
        <w:ind w:firstLine="0"/>
        <w:jc w:val="center"/>
      </w:pPr>
      <w:r>
        <w:rPr>
          <w:rFonts w:ascii="Garamond" w:hAnsi="Garamond" w:cs="Garamond"/>
          <w:b w:val="0"/>
          <w:i/>
          <w:sz w:val="24"/>
        </w:rPr>
        <w:t>Day Nine</w:t>
      </w:r>
    </w:p>
    <w:p>
      <w:pPr>
        <w:spacing w:before="0" w:after="0"/>
        <w:ind w:firstLine="480"/>
        <w:jc w:val="left"/>
      </w:pPr>
      <w:r>
        <w:rPr>
          <w:rFonts w:ascii="Garamond" w:hAnsi="Garamond" w:cs="Garamond"/>
          <w:b w:val="0"/>
          <w:i w:val="0"/>
          <w:sz w:val="24"/>
        </w:rPr>
        <w:t>Kato stood at the center of the cave and the transformation began, the green light rising around him, and Verad watched.</w:t>
      </w:r>
    </w:p>
    <w:p>
      <w:pPr>
        <w:spacing w:before="0" w:after="0"/>
        <w:ind w:firstLine="480"/>
        <w:jc w:val="left"/>
      </w:pPr>
      <w:r>
        <w:rPr>
          <w:rFonts w:ascii="Garamond" w:hAnsi="Garamond" w:cs="Garamond"/>
          <w:b w:val="0"/>
          <w:i w:val="0"/>
          <w:sz w:val="24"/>
        </w:rPr>
        <w:t>He was holding Kato's clothing and sword. The interior of the cave filled with warm green light, the walls catching it and throwing it back, and Verad thought he had never seen anything quite like it and probably never would again. He knew where they were going. Another entrance to the underground, this time without Pico, and every time he thought of Pico the thing in his stomach that had no good name twisted and tightened. She was back in the city. With the dragons. It was up to Kato and him to find a Dragon Star and he needed to focus on that and nothing else, and instead he kept thinking about her.</w:t>
      </w:r>
    </w:p>
    <w:p>
      <w:pPr>
        <w:spacing w:before="0" w:after="0"/>
        <w:ind w:firstLine="480"/>
        <w:jc w:val="left"/>
      </w:pPr>
      <w:r>
        <w:rPr>
          <w:rFonts w:ascii="Garamond" w:hAnsi="Garamond" w:cs="Garamond"/>
          <w:b w:val="0"/>
          <w:i w:val="0"/>
          <w:sz w:val="24"/>
        </w:rPr>
        <w:t>A shadow moved across the tunnel mouth.</w:t>
      </w:r>
    </w:p>
    <w:p>
      <w:pPr>
        <w:spacing w:before="0" w:after="0"/>
        <w:ind w:firstLine="480"/>
        <w:jc w:val="left"/>
      </w:pPr>
      <w:r>
        <w:rPr>
          <w:rFonts w:ascii="Garamond" w:hAnsi="Garamond" w:cs="Garamond"/>
          <w:b w:val="0"/>
          <w:i w:val="0"/>
          <w:sz w:val="24"/>
        </w:rPr>
        <w:t>Verad set the clothing down carefully and brought the sword up with both hands. It was heavy, heavier than anything he had swung before, but fear does things to a person's strength and he did not drop it. He swung it twice to feel the air move. Another shadow crossed the entrance, then held. They were testing. They could see the small one by the light and they were not sure what the light itself was, and they were deciding.</w:t>
      </w:r>
    </w:p>
    <w:p>
      <w:pPr>
        <w:spacing w:before="0" w:after="0"/>
        <w:ind w:firstLine="480"/>
        <w:jc w:val="left"/>
      </w:pPr>
      <w:r>
        <w:rPr>
          <w:rFonts w:ascii="Garamond" w:hAnsi="Garamond" w:cs="Garamond"/>
          <w:b w:val="0"/>
          <w:i w:val="0"/>
          <w:sz w:val="24"/>
        </w:rPr>
        <w:t>He remembered watching Petra walk into the dark creatures on the hill and kill a dozen of them in two swings. Verad had never killed a man. The only things he had ever killed had become food. But he had watched Petra, and he knew it could be done.</w:t>
      </w:r>
    </w:p>
    <w:p>
      <w:pPr>
        <w:spacing w:before="0" w:after="0"/>
        <w:ind w:firstLine="480"/>
        <w:jc w:val="left"/>
      </w:pPr>
      <w:r>
        <w:rPr>
          <w:rFonts w:ascii="Garamond" w:hAnsi="Garamond" w:cs="Garamond"/>
          <w:b w:val="0"/>
          <w:i w:val="0"/>
          <w:sz w:val="24"/>
        </w:rPr>
        <w:t>More shadows at the tunnel mouth. He glanced back at the green shape that was becoming Kato's other self and then back to the entrance, and in the process lost his night vision for a few seconds. He heard them before he could see them again, the sound of movement across the cave floor, and then something hit him in the middle of the chest and drove him back into the wall.</w:t>
      </w:r>
    </w:p>
    <w:p>
      <w:pPr>
        <w:spacing w:before="0" w:after="0"/>
        <w:ind w:firstLine="480"/>
        <w:jc w:val="left"/>
      </w:pPr>
      <w:r>
        <w:rPr>
          <w:rFonts w:ascii="Garamond" w:hAnsi="Garamond" w:cs="Garamond"/>
          <w:b w:val="0"/>
          <w:i w:val="0"/>
          <w:sz w:val="24"/>
        </w:rPr>
        <w:t>He lost his breath entirely. He kept the sword out in front of him by instinct and fought against the darkness that moved in from the edges of his vision, pushing it back through sheer refusal to let go. His eyes came back slowly, a field of stars resolving into the cave, and he saw the cave full of shadows and two of them running straight at Kato.</w:t>
      </w:r>
    </w:p>
    <w:p>
      <w:pPr>
        <w:spacing w:before="0" w:after="0"/>
        <w:ind w:firstLine="480"/>
        <w:jc w:val="left"/>
      </w:pPr>
      <w:r>
        <w:rPr>
          <w:rFonts w:ascii="Garamond" w:hAnsi="Garamond" w:cs="Garamond"/>
          <w:b w:val="0"/>
          <w:i w:val="0"/>
          <w:sz w:val="24"/>
        </w:rPr>
        <w:t>Before he could move or shout they hit the green light and bounced back and lay still.</w:t>
      </w:r>
    </w:p>
    <w:p>
      <w:pPr>
        <w:spacing w:before="0" w:after="0"/>
        <w:ind w:firstLine="480"/>
        <w:jc w:val="left"/>
      </w:pPr>
      <w:r>
        <w:rPr>
          <w:rFonts w:ascii="Garamond" w:hAnsi="Garamond" w:cs="Garamond"/>
          <w:b w:val="0"/>
          <w:i w:val="0"/>
          <w:sz w:val="24"/>
        </w:rPr>
        <w:t>He was on his own. He swung the sword with everything he had and felt it connect, cutting through something that was not expecting resistance from something his size. He pulled it back and swung the other way and hit again. He got his feet under him and put both hands on the hilt and began to work, hacking and slashing at whatever was in front of him, feeling the sword land even when he could not see clearly, feeling the warm spray of it across his face and arms.</w:t>
      </w:r>
    </w:p>
    <w:p>
      <w:pPr>
        <w:spacing w:before="0" w:after="0"/>
        <w:ind w:firstLine="480"/>
        <w:jc w:val="left"/>
      </w:pPr>
      <w:r>
        <w:rPr>
          <w:rFonts w:ascii="Garamond" w:hAnsi="Garamond" w:cs="Garamond"/>
          <w:b w:val="0"/>
          <w:i w:val="0"/>
          <w:sz w:val="24"/>
        </w:rPr>
        <w:t>But there were too many. He could feel them at his legs, pulling, and the darkness at the edges of his vision was winning again no matter how hard he pushed back. He slid down the wall, still swinging, slower now. His last swing connected with something and he heard it fall.</w:t>
      </w:r>
    </w:p>
    <w:p>
      <w:pPr>
        <w:spacing w:before="0" w:after="0"/>
        <w:ind w:firstLine="480"/>
        <w:jc w:val="left"/>
      </w:pPr>
      <w:r>
        <w:rPr>
          <w:rFonts w:ascii="Garamond" w:hAnsi="Garamond" w:cs="Garamond"/>
          <w:b w:val="0"/>
          <w:i w:val="0"/>
          <w:sz w:val="24"/>
        </w:rPr>
        <w:t>Then the pulling stopped.</w:t>
      </w:r>
    </w:p>
    <w:p>
      <w:pPr>
        <w:spacing w:before="0" w:after="0"/>
        <w:ind w:firstLine="480"/>
        <w:jc w:val="left"/>
      </w:pPr>
      <w:r>
        <w:rPr>
          <w:rFonts w:ascii="Garamond" w:hAnsi="Garamond" w:cs="Garamond"/>
          <w:b w:val="0"/>
          <w:i w:val="0"/>
          <w:sz w:val="24"/>
        </w:rPr>
        <w:t>Something crashed in the dark and there were sounds he could not name, and then silence, and Verad let the darkness take him without ever having seen clearly what he had been fighting.</w:t>
      </w:r>
    </w:p>
    <w:p>
      <w:pPr>
        <w:spacing w:before="480" w:after="360"/>
        <w:ind w:firstLine="0"/>
        <w:jc w:val="center"/>
      </w:pPr>
      <w:r>
        <w:rPr>
          <w:rFonts w:ascii="Garamond" w:hAnsi="Garamond" w:cs="Garamond"/>
          <w:b/>
          <w:i w:val="0"/>
          <w:sz w:val="28"/>
        </w:rPr>
        <w:t>Chapter Fifty-Two</w:t>
      </w:r>
    </w:p>
    <w:p>
      <w:pPr>
        <w:spacing w:before="0" w:after="0"/>
        <w:ind w:firstLine="480"/>
        <w:jc w:val="left"/>
      </w:pPr>
      <w:r>
        <w:rPr>
          <w:rFonts w:ascii="Garamond" w:hAnsi="Garamond" w:cs="Garamond"/>
          <w:b w:val="0"/>
          <w:i w:val="0"/>
          <w:sz w:val="24"/>
        </w:rPr>
        <w:t>The Queen sat apart from the others at Far Wing's valley and thought about everything that could go wrong.</w:t>
      </w:r>
    </w:p>
    <w:p>
      <w:pPr>
        <w:spacing w:before="0" w:after="0"/>
        <w:ind w:firstLine="480"/>
        <w:jc w:val="left"/>
      </w:pPr>
      <w:r>
        <w:rPr>
          <w:rFonts w:ascii="Garamond" w:hAnsi="Garamond" w:cs="Garamond"/>
          <w:b w:val="0"/>
          <w:i w:val="0"/>
          <w:sz w:val="24"/>
        </w:rPr>
        <w:t>It was not a productive exercise but she could not stop it. Kato was in the underground with Verad looking for a dragon servant who might or might not lead them to a nest. She should not have let him go. He had too much of her blood in him, which meant he was exactly as stubborn as she was, and knowing that did not help.</w:t>
      </w:r>
    </w:p>
    <w:p>
      <w:pPr>
        <w:spacing w:before="0" w:after="0"/>
        <w:ind w:firstLine="480"/>
        <w:jc w:val="left"/>
      </w:pPr>
      <w:r>
        <w:rPr>
          <w:rFonts w:ascii="Garamond" w:hAnsi="Garamond" w:cs="Garamond"/>
          <w:b w:val="0"/>
          <w:i w:val="0"/>
          <w:sz w:val="24"/>
        </w:rPr>
        <w:t>Far Wing had given them what they needed. The location of the nearest nest, a place called Drakmar, where dragons went to die. He told them a dragon was there now, dying, and they would have to wait for the magic to run its course before they could retrieve the stone safely. One dying dragon becoming one new Dragon Star. It was enough, if they could get to it in time.</w:t>
      </w:r>
    </w:p>
    <w:p>
      <w:pPr>
        <w:spacing w:before="0" w:after="0"/>
        <w:ind w:firstLine="480"/>
        <w:jc w:val="left"/>
      </w:pPr>
      <w:r>
        <w:rPr>
          <w:rFonts w:ascii="Garamond" w:hAnsi="Garamond" w:cs="Garamond"/>
          <w:b w:val="0"/>
          <w:i w:val="0"/>
          <w:sz w:val="24"/>
        </w:rPr>
        <w:t>The reports from Valoria had reached her before they left. Her brother the King was dead. Her people were homeless and moving south through the underground, fighting scavengers on the way, not knowing whether Alteria would receive them or turn them away. She carried that. She had carried everything badly tonight and she knew it. If she had told Kato about the Son of Light years ago. If she had read the prophecy more carefully. If she had moved sooner. The list was long and she was tired of it and she could not put it down.</w:t>
      </w:r>
    </w:p>
    <w:p>
      <w:pPr>
        <w:spacing w:before="0" w:after="0"/>
        <w:ind w:firstLine="480"/>
        <w:jc w:val="left"/>
      </w:pPr>
      <w:r>
        <w:rPr>
          <w:rFonts w:ascii="Garamond" w:hAnsi="Garamond" w:cs="Garamond"/>
          <w:b w:val="0"/>
          <w:i w:val="0"/>
          <w:sz w:val="24"/>
        </w:rPr>
        <w:t>Jolano came and found her.</w:t>
      </w:r>
    </w:p>
    <w:p>
      <w:pPr>
        <w:spacing w:before="0" w:after="0"/>
        <w:ind w:firstLine="480"/>
        <w:jc w:val="left"/>
      </w:pPr>
      <w:r>
        <w:rPr>
          <w:rFonts w:ascii="Garamond" w:hAnsi="Garamond" w:cs="Garamond"/>
          <w:b w:val="0"/>
          <w:i w:val="0"/>
          <w:sz w:val="24"/>
        </w:rPr>
        <w:t>“What do we do now, my Queen?” He began to lower himself to one knee.</w:t>
      </w:r>
    </w:p>
    <w:p>
      <w:pPr>
        <w:spacing w:before="0" w:after="0"/>
        <w:ind w:firstLine="480"/>
        <w:jc w:val="left"/>
      </w:pPr>
      <w:r>
        <w:rPr>
          <w:rFonts w:ascii="Garamond" w:hAnsi="Garamond" w:cs="Garamond"/>
          <w:b w:val="0"/>
          <w:i w:val="0"/>
          <w:sz w:val="24"/>
        </w:rPr>
        <w:t>“Don’t you dare,” she said, and pulled him up and held him. “The people will decide who rules. I am not sure I am the right choice. I failed him.”</w:t>
      </w:r>
    </w:p>
    <w:p>
      <w:pPr>
        <w:spacing w:before="0" w:after="0"/>
        <w:ind w:firstLine="480"/>
        <w:jc w:val="left"/>
      </w:pPr>
      <w:r>
        <w:rPr>
          <w:rFonts w:ascii="Garamond" w:hAnsi="Garamond" w:cs="Garamond"/>
          <w:b w:val="0"/>
          <w:i w:val="0"/>
          <w:sz w:val="24"/>
        </w:rPr>
        <w:t>“You did not fail, Jess. This is not over.” He held her. The King had been their older brother, her twin, and now leadership would fall to one of the two people standing on this cold hillside. “We will find a Dragon Star and go home. We will not have to live under their protection for long.”</w:t>
      </w:r>
    </w:p>
    <w:p>
      <w:pPr>
        <w:spacing w:before="0" w:after="0"/>
        <w:ind w:firstLine="480"/>
        <w:jc w:val="left"/>
      </w:pPr>
      <w:r>
        <w:rPr>
          <w:rFonts w:ascii="Garamond" w:hAnsi="Garamond" w:cs="Garamond"/>
          <w:b w:val="0"/>
          <w:i w:val="0"/>
          <w:sz w:val="24"/>
        </w:rPr>
        <w:t>“I hope you are right.” She stepped back. “I am not sure they will let us in.”</w:t>
      </w:r>
    </w:p>
    <w:p>
      <w:pPr>
        <w:spacing w:before="0" w:after="0"/>
        <w:ind w:firstLine="480"/>
        <w:jc w:val="left"/>
      </w:pPr>
      <w:r>
        <w:rPr>
          <w:rFonts w:ascii="Garamond" w:hAnsi="Garamond" w:cs="Garamond"/>
          <w:b w:val="0"/>
          <w:i w:val="0"/>
          <w:sz w:val="24"/>
        </w:rPr>
        <w:t>“If they try to keep us out we will fight,” Jolano said. “It was not our fault they were turned back. It was not our ancestors’ fault they lost their Dragon Star. They gambled with the dragons.”</w:t>
      </w:r>
    </w:p>
    <w:p>
      <w:pPr>
        <w:spacing w:before="0" w:after="0"/>
        <w:ind w:firstLine="480"/>
        <w:jc w:val="left"/>
      </w:pPr>
      <w:r>
        <w:rPr>
          <w:rFonts w:ascii="Garamond" w:hAnsi="Garamond" w:cs="Garamond"/>
          <w:b w:val="0"/>
          <w:i w:val="0"/>
          <w:sz w:val="24"/>
        </w:rPr>
        <w:t>“They are our brothers and sisters.” She pushed away from him, needing the distance to say it plainly. “We should not have turned them away. I know how you feel. I feel it too. But we need to understand their anger. How would we have survived a thousand years in the underground?”</w:t>
      </w:r>
    </w:p>
    <w:p>
      <w:pPr>
        <w:spacing w:before="0" w:after="0"/>
        <w:ind w:firstLine="480"/>
        <w:jc w:val="left"/>
      </w:pPr>
      <w:r>
        <w:rPr>
          <w:rFonts w:ascii="Garamond" w:hAnsi="Garamond" w:cs="Garamond"/>
          <w:b w:val="0"/>
          <w:i w:val="0"/>
          <w:sz w:val="24"/>
        </w:rPr>
        <w:t>“Better than a thousand years with them,” Jolano said, without hesitation.</w:t>
      </w:r>
    </w:p>
    <w:p>
      <w:pPr>
        <w:spacing w:before="0" w:after="0"/>
        <w:ind w:firstLine="480"/>
        <w:jc w:val="left"/>
      </w:pPr>
      <w:r>
        <w:rPr>
          <w:rFonts w:ascii="Garamond" w:hAnsi="Garamond" w:cs="Garamond"/>
          <w:b w:val="0"/>
          <w:i w:val="0"/>
          <w:sz w:val="24"/>
        </w:rPr>
        <w:t>“And who would we fight them with?” she said. “Soldiers three days exhausted. Our old ones who survived. Our children.”</w:t>
      </w:r>
    </w:p>
    <w:p>
      <w:pPr>
        <w:spacing w:before="0" w:after="0"/>
        <w:ind w:firstLine="480"/>
        <w:jc w:val="left"/>
      </w:pPr>
      <w:r>
        <w:rPr>
          <w:rFonts w:ascii="Garamond" w:hAnsi="Garamond" w:cs="Garamond"/>
          <w:b w:val="0"/>
          <w:i w:val="0"/>
          <w:sz w:val="24"/>
        </w:rPr>
        <w:t>“Are we to accept it happily?”</w:t>
      </w:r>
    </w:p>
    <w:p>
      <w:pPr>
        <w:spacing w:before="0" w:after="0"/>
        <w:ind w:firstLine="480"/>
        <w:jc w:val="left"/>
      </w:pPr>
      <w:r>
        <w:rPr>
          <w:rFonts w:ascii="Garamond" w:hAnsi="Garamond" w:cs="Garamond"/>
          <w:b w:val="0"/>
          <w:i w:val="0"/>
          <w:sz w:val="24"/>
        </w:rPr>
        <w:t>“Of course not. But we may want to find our pride somewhere less expensive than the gate of Alteria.” She came back and touched his arm. “You and I have to be strong for them. Right now Telansio is the only shelter we have.”</w:t>
      </w:r>
    </w:p>
    <w:p>
      <w:pPr>
        <w:spacing w:before="0" w:after="0"/>
        <w:ind w:firstLine="480"/>
        <w:jc w:val="left"/>
      </w:pPr>
      <w:r>
        <w:rPr>
          <w:rFonts w:ascii="Garamond" w:hAnsi="Garamond" w:cs="Garamond"/>
          <w:b w:val="0"/>
          <w:i w:val="0"/>
          <w:sz w:val="24"/>
        </w:rPr>
        <w:t>“I know how he feels about us.” Jolano pulled back slightly. “I will not beg. If they will not let us in, we go through them and stay until we have our own star.”</w:t>
      </w:r>
    </w:p>
    <w:p>
      <w:pPr>
        <w:spacing w:before="0" w:after="0"/>
        <w:ind w:firstLine="480"/>
        <w:jc w:val="left"/>
      </w:pPr>
      <w:r>
        <w:rPr>
          <w:rFonts w:ascii="Garamond" w:hAnsi="Garamond" w:cs="Garamond"/>
          <w:b w:val="0"/>
          <w:i w:val="0"/>
          <w:sz w:val="24"/>
        </w:rPr>
        <w:t>“Then I will lead our people there myself,” she said, “and you can wait here.” She held his eyes until he looked away. “If you cannot control yourself you have no chance of controlling them.”</w:t>
      </w:r>
    </w:p>
    <w:p>
      <w:pPr>
        <w:spacing w:before="0" w:after="0"/>
        <w:ind w:firstLine="480"/>
        <w:jc w:val="left"/>
      </w:pPr>
      <w:r>
        <w:rPr>
          <w:rFonts w:ascii="Garamond" w:hAnsi="Garamond" w:cs="Garamond"/>
          <w:b w:val="0"/>
          <w:i w:val="0"/>
          <w:sz w:val="24"/>
        </w:rPr>
        <w:t>“I would go after the Dragon Star,” he said, the anger softening into something more honest. “You know I would. But I cannot. I do not have your knowledge of the prophecy or your power. I would fail, and this cannot fail.”</w:t>
      </w:r>
    </w:p>
    <w:p>
      <w:pPr>
        <w:spacing w:before="0" w:after="0"/>
        <w:ind w:firstLine="480"/>
        <w:jc w:val="left"/>
      </w:pPr>
      <w:r>
        <w:rPr>
          <w:rFonts w:ascii="Garamond" w:hAnsi="Garamond" w:cs="Garamond"/>
          <w:b w:val="0"/>
          <w:i w:val="0"/>
          <w:sz w:val="24"/>
        </w:rPr>
        <w:t>“Promise me you will not fight unless there is no other choice.” She took his hand. “Promise me you will do everything you can to keep our people safe. If they will not let you into the city, stay outside their borders and wait. I will come as soon as I can.”</w:t>
      </w:r>
    </w:p>
    <w:p>
      <w:pPr>
        <w:spacing w:before="0" w:after="0"/>
        <w:ind w:firstLine="480"/>
        <w:jc w:val="left"/>
      </w:pPr>
      <w:r>
        <w:rPr>
          <w:rFonts w:ascii="Garamond" w:hAnsi="Garamond" w:cs="Garamond"/>
          <w:b w:val="0"/>
          <w:i w:val="0"/>
          <w:sz w:val="24"/>
        </w:rPr>
        <w:t>He was quiet for a moment. “I will keep our people safe,” he said. “And I will try very hard not to fight. That is what I can give you.”</w:t>
      </w:r>
    </w:p>
    <w:p>
      <w:pPr>
        <w:spacing w:before="0" w:after="0"/>
        <w:ind w:firstLine="480"/>
        <w:jc w:val="left"/>
      </w:pPr>
      <w:r>
        <w:rPr>
          <w:rFonts w:ascii="Garamond" w:hAnsi="Garamond" w:cs="Garamond"/>
          <w:b w:val="0"/>
          <w:i w:val="0"/>
          <w:sz w:val="24"/>
        </w:rPr>
        <w:t>“I will take it.” She managed a small smile. “Go now. Find our people. Guide them to safety. I will meet you in Alteria.” She held him close one last time. “When this is over we will grieve for our brother. Until then, be strong.”</w:t>
      </w:r>
    </w:p>
    <w:p>
      <w:pPr>
        <w:spacing w:before="0" w:after="0"/>
        <w:ind w:firstLine="480"/>
        <w:jc w:val="left"/>
      </w:pPr>
      <w:r>
        <w:rPr>
          <w:rFonts w:ascii="Garamond" w:hAnsi="Garamond" w:cs="Garamond"/>
          <w:b w:val="0"/>
          <w:i w:val="0"/>
          <w:sz w:val="24"/>
        </w:rPr>
        <w:t>He turned and walked away to gather his warriors. They would take the underground south to find whoever remained.</w:t>
      </w:r>
    </w:p>
    <w:p>
      <w:pPr>
        <w:spacing w:before="0" w:after="0"/>
        <w:ind w:firstLine="480"/>
        <w:jc w:val="left"/>
      </w:pPr>
      <w:r>
        <w:rPr>
          <w:rFonts w:ascii="Garamond" w:hAnsi="Garamond" w:cs="Garamond"/>
          <w:b w:val="0"/>
          <w:i w:val="0"/>
          <w:sz w:val="24"/>
        </w:rPr>
        <w:t>The Queen walked back to where Petra was standing listening to Far Wing.</w:t>
      </w:r>
    </w:p>
    <w:p>
      <w:pPr>
        <w:spacing w:before="0" w:after="0"/>
        <w:ind w:firstLine="480"/>
        <w:jc w:val="left"/>
      </w:pPr>
      <w:r>
        <w:rPr>
          <w:rFonts w:ascii="Garamond" w:hAnsi="Garamond" w:cs="Garamond"/>
          <w:b w:val="0"/>
          <w:i w:val="0"/>
          <w:sz w:val="24"/>
        </w:rPr>
        <w:t>Far Wing was a beautiful animal, taller than Valor by a hand, broad through the chest, white as new snow, with the particular unhurried authority of a creature that has never needed to prove anything to anyone. He was telling Petra a story from when he was young and Petra was listening with the complete attention of a man who has recently discovered that horses have things worth saying.</w:t>
      </w:r>
    </w:p>
    <w:p>
      <w:pPr>
        <w:spacing w:before="0" w:after="0"/>
        <w:ind w:firstLine="480"/>
        <w:jc w:val="left"/>
      </w:pPr>
      <w:r>
        <w:rPr>
          <w:rFonts w:ascii="Garamond" w:hAnsi="Garamond" w:cs="Garamond"/>
          <w:b w:val="0"/>
          <w:i w:val="0"/>
          <w:sz w:val="24"/>
        </w:rPr>
        <w:t>Stories were moving through the herd like current through water. One of Valor’s younger brothers was recounting a chase in which a dragon had broken its teeth on rock face because it had followed the flier too close to a cliff. The herd responded with approval and then went quiet when they noticed Petra had not. He was too deep in his own thoughts to have heard the story end. Valor told his own story then, the escape from the hill, the dragon pursuit, the death. When he reached the end the herd went completely silent, and Petra felt the weight of that silence, thousands of horses gathered in the dark tuned to their leader’s words, and he felt how much the death of that dragon meant to all of them, the shared relief of it, and he felt the pride they felt for Valor as though it were his own.</w:t>
      </w:r>
    </w:p>
    <w:p>
      <w:pPr>
        <w:spacing w:before="0" w:after="0"/>
        <w:ind w:firstLine="480"/>
        <w:jc w:val="left"/>
      </w:pPr>
      <w:r>
        <w:rPr>
          <w:rFonts w:ascii="Garamond" w:hAnsi="Garamond" w:cs="Garamond"/>
          <w:b w:val="0"/>
          <w:i w:val="0"/>
          <w:sz w:val="24"/>
        </w:rPr>
        <w:t>When Valor finished, the minds of the herd opened all at once and filled the night with praise.</w:t>
      </w:r>
    </w:p>
    <w:p>
      <w:pPr>
        <w:spacing w:before="0" w:after="0"/>
        <w:ind w:firstLine="480"/>
        <w:jc w:val="left"/>
      </w:pPr>
      <w:r>
        <w:rPr>
          <w:rFonts w:ascii="Garamond" w:hAnsi="Garamond" w:cs="Garamond"/>
          <w:b w:val="0"/>
          <w:i w:val="0"/>
          <w:sz w:val="24"/>
        </w:rPr>
        <w:t>“Wing Rider,” Valor said quietly. “The story is over.”</w:t>
      </w:r>
    </w:p>
    <w:p>
      <w:pPr>
        <w:spacing w:before="0" w:after="0"/>
        <w:ind w:firstLine="480"/>
        <w:jc w:val="left"/>
      </w:pPr>
      <w:r>
        <w:rPr>
          <w:rFonts w:ascii="Garamond" w:hAnsi="Garamond" w:cs="Garamond"/>
          <w:b w:val="0"/>
          <w:i w:val="0"/>
          <w:sz w:val="24"/>
        </w:rPr>
        <w:t>Petra came back. He added his praise and the herd joined in again, and he was only just beginning to understand the scale of what he had stepped into, that every one of the thousands of horses gathered here was counting on him, not just to find a Dragon Star but to find the way home.</w:t>
      </w:r>
    </w:p>
    <w:p>
      <w:pPr>
        <w:spacing w:before="0" w:after="0"/>
        <w:ind w:firstLine="480"/>
        <w:jc w:val="left"/>
      </w:pPr>
      <w:r>
        <w:rPr>
          <w:rFonts w:ascii="Garamond" w:hAnsi="Garamond" w:cs="Garamond"/>
          <w:b w:val="0"/>
          <w:i w:val="0"/>
          <w:sz w:val="24"/>
        </w:rPr>
        <w:t>The Queen called it was time. She spoke to her warriors, told them this was the final confrontation beginning, that they were going into the heart of dragon land to take what was theirs, that the prophecy was coming full circle and the power was there to be claimed. The fliers began to filter out of the trees.</w:t>
      </w:r>
    </w:p>
    <w:p>
      <w:pPr>
        <w:spacing w:before="0" w:after="0"/>
        <w:ind w:firstLine="480"/>
        <w:jc w:val="left"/>
      </w:pPr>
      <w:r>
        <w:rPr>
          <w:rFonts w:ascii="Garamond" w:hAnsi="Garamond" w:cs="Garamond"/>
          <w:b w:val="0"/>
          <w:i w:val="0"/>
          <w:sz w:val="24"/>
        </w:rPr>
        <w:t>Petra was mounting Valor when the horse caught something incoming and went still.</w:t>
      </w:r>
    </w:p>
    <w:p>
      <w:pPr>
        <w:spacing w:before="0" w:after="0"/>
        <w:ind w:firstLine="480"/>
        <w:jc w:val="left"/>
      </w:pPr>
      <w:r>
        <w:rPr>
          <w:rFonts w:ascii="Garamond" w:hAnsi="Garamond" w:cs="Garamond"/>
          <w:b w:val="0"/>
          <w:i w:val="0"/>
          <w:sz w:val="24"/>
        </w:rPr>
        <w:t>Fliers were coming in hard over the southern ridge. Everyone looked. Two of them, with riders, moving fast through the cold night air. Valor’s thoughts shifted as he read what was coming.</w:t>
      </w:r>
    </w:p>
    <w:p>
      <w:pPr>
        <w:spacing w:before="0" w:after="0"/>
        <w:ind w:firstLine="480"/>
        <w:jc w:val="left"/>
      </w:pPr>
      <w:r>
        <w:rPr>
          <w:rFonts w:ascii="Garamond" w:hAnsi="Garamond" w:cs="Garamond"/>
          <w:b w:val="0"/>
          <w:i w:val="0"/>
          <w:sz w:val="24"/>
        </w:rPr>
        <w:t>“Rothallan,” he said to Petra. “From my mother’s herd. Good flier. Only my father and I are faster.” He stopped, and Petra could hear other voices threading through his mind, coming from the two approaching horses. They were arguing about who would announce them. “Rothallan is carrying Telansio Weymar. The other has his daughter.”</w:t>
      </w:r>
    </w:p>
    <w:p>
      <w:pPr>
        <w:spacing w:before="0" w:after="0"/>
        <w:ind w:firstLine="480"/>
        <w:jc w:val="left"/>
      </w:pPr>
      <w:r>
        <w:rPr>
          <w:rFonts w:ascii="Garamond" w:hAnsi="Garamond" w:cs="Garamond"/>
          <w:b w:val="0"/>
          <w:i w:val="0"/>
          <w:sz w:val="24"/>
        </w:rPr>
        <w:t>Valor shook his head hard and shouted something into the air that Petra could not translate, and then leapt without warning. Petra grabbed mane and righted himself as a dark shape rushed past on the right. Valor rolled and turned north and drove his wings hard. The other flier was keeping pace.</w:t>
      </w:r>
    </w:p>
    <w:p>
      <w:pPr>
        <w:spacing w:before="0" w:after="0"/>
        <w:ind w:firstLine="480"/>
        <w:jc w:val="left"/>
      </w:pPr>
      <w:r>
        <w:rPr>
          <w:rFonts w:ascii="Garamond" w:hAnsi="Garamond" w:cs="Garamond"/>
          <w:b w:val="0"/>
          <w:i w:val="0"/>
          <w:sz w:val="24"/>
        </w:rPr>
        <w:t>Petra wanted to ask what was happening but he could feel the effort coming off Valor in waves and said nothing. He leaned forward along the neck to reduce drag. The other flier drew alongside and Petra looked over and saw the rider lean forward also, and when the rider turned to look at him a pale green light came from her palm and lit her face.</w:t>
      </w:r>
    </w:p>
    <w:p>
      <w:pPr>
        <w:spacing w:before="0" w:after="0"/>
        <w:ind w:firstLine="480"/>
        <w:jc w:val="left"/>
      </w:pPr>
      <w:r>
        <w:rPr>
          <w:rFonts w:ascii="Garamond" w:hAnsi="Garamond" w:cs="Garamond"/>
          <w:b w:val="0"/>
          <w:i w:val="0"/>
          <w:sz w:val="24"/>
        </w:rPr>
        <w:t>Pico.</w:t>
      </w:r>
    </w:p>
    <w:p>
      <w:pPr>
        <w:spacing w:before="0" w:after="0"/>
        <w:ind w:firstLine="480"/>
        <w:jc w:val="left"/>
      </w:pPr>
      <w:r>
        <w:rPr>
          <w:rFonts w:ascii="Garamond" w:hAnsi="Garamond" w:cs="Garamond"/>
          <w:b w:val="0"/>
          <w:i w:val="0"/>
          <w:sz w:val="24"/>
        </w:rPr>
        <w:t>He would have known her by the light anyway. He had met her twice and he owed her his life. What he could not work out was why they were racing through the dark at full speed, dodging mountains, on what appeared to be a matter of urgent importance to both horses.</w:t>
      </w:r>
    </w:p>
    <w:p>
      <w:pPr>
        <w:spacing w:before="0" w:after="0"/>
        <w:ind w:firstLine="480"/>
        <w:jc w:val="left"/>
      </w:pPr>
      <w:r>
        <w:rPr>
          <w:rFonts w:ascii="Garamond" w:hAnsi="Garamond" w:cs="Garamond"/>
          <w:b w:val="0"/>
          <w:i w:val="0"/>
          <w:sz w:val="24"/>
        </w:rPr>
        <w:t>The wind made Valor’s thoughts impossible to read. Petra leaned and waited and watched the Princess holding on as her mount closed the gap whenever Valor flagged, and Valor found something extra every time it happened. This went on for a long time. After a turn that removed the volcanic glow from the sky entirely, Petra noticed he was tired in a way that went deeper than the ride, and realized Valor was drawing from him. He gave it freely. The image that kept surfacing in Valor’s mind was one Petra read clearly: Valor standing at a distance, watching Petra ride another horse. The anger in it was unmistakable.</w:t>
      </w:r>
    </w:p>
    <w:p>
      <w:pPr>
        <w:spacing w:before="0" w:after="0"/>
        <w:ind w:firstLine="480"/>
        <w:jc w:val="left"/>
      </w:pPr>
      <w:r>
        <w:rPr>
          <w:rFonts w:ascii="Garamond" w:hAnsi="Garamond" w:cs="Garamond"/>
          <w:b w:val="0"/>
          <w:i w:val="0"/>
          <w:sz w:val="24"/>
        </w:rPr>
        <w:t>They flew through dragons in the dark, twice, the frustrated sounds of pursuit fading behind them as the horses outpaced everything. Petra kept his eyes on the rump of the horse ahead and gave what he had to Valor and did not think about anything else.</w:t>
      </w:r>
    </w:p>
    <w:p>
      <w:pPr>
        <w:spacing w:before="0" w:after="0"/>
        <w:ind w:firstLine="480"/>
        <w:jc w:val="left"/>
      </w:pPr>
      <w:r>
        <w:rPr>
          <w:rFonts w:ascii="Garamond" w:hAnsi="Garamond" w:cs="Garamond"/>
          <w:b w:val="0"/>
          <w:i w:val="0"/>
          <w:sz w:val="24"/>
        </w:rPr>
        <w:t>Then the other horse began to lose ground. Slowly, then faster, and Valor surged past in the final stretch and landed in a clearing with the other horse touching down just behind him. Valor was spent but held his head up and would not let Petra dismount until he was ready, the weight uncomfortable but the principle non-negotiable.</w:t>
      </w:r>
    </w:p>
    <w:p>
      <w:pPr>
        <w:spacing w:before="0" w:after="0"/>
        <w:ind w:firstLine="480"/>
        <w:jc w:val="left"/>
      </w:pPr>
      <w:r>
        <w:rPr>
          <w:rFonts w:ascii="Garamond" w:hAnsi="Garamond" w:cs="Garamond"/>
          <w:b w:val="0"/>
          <w:i w:val="0"/>
          <w:sz w:val="24"/>
        </w:rPr>
        <w:t>They both watched as Pico slid from Galathia’s back.</w:t>
      </w:r>
    </w:p>
    <w:p>
      <w:pPr>
        <w:spacing w:before="0" w:after="0"/>
        <w:ind w:firstLine="480"/>
        <w:jc w:val="left"/>
      </w:pPr>
      <w:r>
        <w:rPr>
          <w:rFonts w:ascii="Garamond" w:hAnsi="Garamond" w:cs="Garamond"/>
          <w:b w:val="0"/>
          <w:i w:val="0"/>
          <w:sz w:val="24"/>
        </w:rPr>
        <w:t>“I am sorry I could not explain,” Valor said to Petra. “She challenged my right to carry you. The race is the answer to a challenge.”</w:t>
      </w:r>
    </w:p>
    <w:p>
      <w:pPr>
        <w:spacing w:before="0" w:after="0"/>
        <w:ind w:firstLine="480"/>
        <w:jc w:val="left"/>
      </w:pPr>
      <w:r>
        <w:rPr>
          <w:rFonts w:ascii="Garamond" w:hAnsi="Garamond" w:cs="Garamond"/>
          <w:b w:val="0"/>
          <w:i w:val="0"/>
          <w:sz w:val="24"/>
        </w:rPr>
        <w:t>“That was Galathia?”</w:t>
      </w:r>
    </w:p>
    <w:p>
      <w:pPr>
        <w:spacing w:before="0" w:after="0"/>
        <w:ind w:firstLine="480"/>
        <w:jc w:val="left"/>
      </w:pPr>
      <w:r>
        <w:rPr>
          <w:rFonts w:ascii="Garamond" w:hAnsi="Garamond" w:cs="Garamond"/>
          <w:b w:val="0"/>
          <w:i w:val="0"/>
          <w:sz w:val="24"/>
        </w:rPr>
        <w:t>“Yes. Reckless, as I told you before. And quick.”</w:t>
      </w:r>
    </w:p>
    <w:p>
      <w:pPr>
        <w:spacing w:before="0" w:after="0"/>
        <w:ind w:firstLine="480"/>
        <w:jc w:val="left"/>
      </w:pPr>
      <w:r>
        <w:rPr>
          <w:rFonts w:ascii="Garamond" w:hAnsi="Garamond" w:cs="Garamond"/>
          <w:b w:val="0"/>
          <w:i w:val="0"/>
          <w:sz w:val="24"/>
        </w:rPr>
        <w:t>“Very quick,” Petra said.</w:t>
      </w:r>
    </w:p>
    <w:p>
      <w:pPr>
        <w:spacing w:before="0" w:after="0"/>
        <w:ind w:firstLine="480"/>
        <w:jc w:val="left"/>
      </w:pPr>
      <w:r>
        <w:rPr>
          <w:rFonts w:ascii="Garamond" w:hAnsi="Garamond" w:cs="Garamond"/>
          <w:b w:val="0"/>
          <w:i w:val="0"/>
          <w:sz w:val="24"/>
        </w:rPr>
        <w:t>“If not for the strength you gave me we would have lost.”</w:t>
      </w:r>
    </w:p>
    <w:p>
      <w:pPr>
        <w:spacing w:before="0" w:after="0"/>
        <w:ind w:firstLine="480"/>
        <w:jc w:val="left"/>
      </w:pPr>
      <w:r>
        <w:rPr>
          <w:rFonts w:ascii="Garamond" w:hAnsi="Garamond" w:cs="Garamond"/>
          <w:b w:val="0"/>
          <w:i w:val="0"/>
          <w:sz w:val="24"/>
        </w:rPr>
        <w:t>Pico came to them and Valor lowered his head for Petra to dismount. The rest of the group was emerging from the trees, and with them the King and Queen, walking side by side.</w:t>
      </w:r>
    </w:p>
    <w:p>
      <w:pPr>
        <w:spacing w:before="0" w:after="0"/>
        <w:ind w:firstLine="480"/>
        <w:jc w:val="left"/>
      </w:pPr>
      <w:r>
        <w:rPr>
          <w:rFonts w:ascii="Garamond" w:hAnsi="Garamond" w:cs="Garamond"/>
          <w:b w:val="0"/>
          <w:i w:val="0"/>
          <w:sz w:val="24"/>
        </w:rPr>
        <w:t>“She almost had you,” Pico said, with the tone of someone who has been given an excellent story. “Galathia says she would have won if she hadn’t slowed to land.” She delivered this with perfect neutrality.</w:t>
      </w:r>
    </w:p>
    <w:p>
      <w:pPr>
        <w:spacing w:before="0" w:after="0"/>
        <w:ind w:firstLine="480"/>
        <w:jc w:val="left"/>
      </w:pPr>
      <w:r>
        <w:rPr>
          <w:rFonts w:ascii="Garamond" w:hAnsi="Garamond" w:cs="Garamond"/>
          <w:b w:val="0"/>
          <w:i w:val="0"/>
          <w:sz w:val="24"/>
        </w:rPr>
        <w:t>“Females are not eligible to carry Sabel-Tor,” Valor said. “The race was not necessary.”</w:t>
      </w:r>
    </w:p>
    <w:p>
      <w:pPr>
        <w:spacing w:before="0" w:after="0"/>
        <w:ind w:firstLine="480"/>
        <w:jc w:val="left"/>
      </w:pPr>
      <w:r>
        <w:rPr>
          <w:rFonts w:ascii="Garamond" w:hAnsi="Garamond" w:cs="Garamond"/>
          <w:b w:val="0"/>
          <w:i w:val="0"/>
          <w:sz w:val="24"/>
        </w:rPr>
        <w:t>“Is that why you were trying so hard?” Pico said. “I think you were worried. I think losing to Galathia in front of your father would have been difficult to explain.”</w:t>
      </w:r>
    </w:p>
    <w:p>
      <w:pPr>
        <w:spacing w:before="0" w:after="0"/>
        <w:ind w:firstLine="480"/>
        <w:jc w:val="left"/>
      </w:pPr>
      <w:r>
        <w:rPr>
          <w:rFonts w:ascii="Garamond" w:hAnsi="Garamond" w:cs="Garamond"/>
          <w:b w:val="0"/>
          <w:i w:val="0"/>
          <w:sz w:val="24"/>
        </w:rPr>
        <w:t>“The right was passed father to son in my family. The fastest would carry Wing Rider.” He paused. “I simply wanted to settle it.”</w:t>
      </w:r>
    </w:p>
    <w:p>
      <w:pPr>
        <w:spacing w:before="0" w:after="0"/>
        <w:ind w:firstLine="480"/>
        <w:jc w:val="left"/>
      </w:pPr>
      <w:r>
        <w:rPr>
          <w:rFonts w:ascii="Garamond" w:hAnsi="Garamond" w:cs="Garamond"/>
          <w:b w:val="0"/>
          <w:i w:val="0"/>
          <w:sz w:val="24"/>
        </w:rPr>
        <w:t>“Now we all know,” Pico said.</w:t>
      </w:r>
    </w:p>
    <w:p>
      <w:pPr>
        <w:spacing w:before="0" w:after="0"/>
        <w:ind w:firstLine="480"/>
        <w:jc w:val="left"/>
      </w:pPr>
      <w:r>
        <w:rPr>
          <w:rFonts w:ascii="Garamond" w:hAnsi="Garamond" w:cs="Garamond"/>
          <w:b w:val="0"/>
          <w:i w:val="0"/>
          <w:sz w:val="24"/>
        </w:rPr>
        <w:t>Valor raised his head and the herd responded. Petra added his voice and they responded again.</w:t>
      </w:r>
    </w:p>
    <w:p>
      <w:pPr>
        <w:spacing w:before="0" w:after="0"/>
        <w:ind w:firstLine="480"/>
        <w:jc w:val="left"/>
      </w:pPr>
      <w:r>
        <w:rPr>
          <w:rFonts w:ascii="Garamond" w:hAnsi="Garamond" w:cs="Garamond"/>
          <w:b w:val="0"/>
          <w:i w:val="0"/>
          <w:sz w:val="24"/>
        </w:rPr>
        <w:t>“Anytime she feels like settling it again,” Petra said, “you tell her we’re available.”</w:t>
      </w:r>
    </w:p>
    <w:p>
      <w:pPr>
        <w:spacing w:before="0" w:after="0"/>
        <w:ind w:firstLine="480"/>
        <w:jc w:val="left"/>
      </w:pPr>
      <w:r>
        <w:rPr>
          <w:rFonts w:ascii="Garamond" w:hAnsi="Garamond" w:cs="Garamond"/>
          <w:b w:val="0"/>
          <w:i w:val="0"/>
          <w:sz w:val="24"/>
        </w:rPr>
        <w:t>The Queen stepped forward and put her hand briefly on Valor’s neck, and when she removed it he stood straighter.</w:t>
      </w:r>
    </w:p>
    <w:p>
      <w:pPr>
        <w:spacing w:before="0" w:after="0"/>
        <w:ind w:firstLine="480"/>
        <w:jc w:val="left"/>
      </w:pPr>
      <w:r>
        <w:rPr>
          <w:rFonts w:ascii="Garamond" w:hAnsi="Garamond" w:cs="Garamond"/>
          <w:b w:val="0"/>
          <w:i w:val="0"/>
          <w:sz w:val="24"/>
        </w:rPr>
        <w:t>“It is settled,” she said. “Valor carries Petra.” She turned to the warrior. “It is time to go. There is news of another enemy on this island. Someone you know.”</w:t>
      </w:r>
    </w:p>
    <w:p>
      <w:pPr>
        <w:spacing w:before="0" w:after="0"/>
        <w:ind w:firstLine="480"/>
        <w:jc w:val="left"/>
      </w:pPr>
      <w:r>
        <w:rPr>
          <w:rFonts w:ascii="Garamond" w:hAnsi="Garamond" w:cs="Garamond"/>
          <w:b w:val="0"/>
          <w:i w:val="0"/>
          <w:sz w:val="24"/>
        </w:rPr>
        <w:t>“Hessa,” Petra said. It was not a question.</w:t>
      </w:r>
    </w:p>
    <w:p>
      <w:pPr>
        <w:spacing w:before="0" w:after="0"/>
        <w:ind w:firstLine="480"/>
        <w:jc w:val="left"/>
      </w:pPr>
      <w:r>
        <w:rPr>
          <w:rFonts w:ascii="Garamond" w:hAnsi="Garamond" w:cs="Garamond"/>
          <w:b w:val="0"/>
          <w:i w:val="0"/>
          <w:sz w:val="24"/>
        </w:rPr>
        <w:t>“Terrell told us she was here,” Brunow said from the dark.</w:t>
      </w:r>
    </w:p>
    <w:p>
      <w:pPr>
        <w:spacing w:before="0" w:after="0"/>
        <w:ind w:firstLine="480"/>
        <w:jc w:val="left"/>
      </w:pPr>
      <w:r>
        <w:rPr>
          <w:rFonts w:ascii="Garamond" w:hAnsi="Garamond" w:cs="Garamond"/>
          <w:b w:val="0"/>
          <w:i w:val="0"/>
          <w:sz w:val="24"/>
        </w:rPr>
        <w:t>“From what the histories say and what the boy’s memories show, she is behind most of what is happening here,” the King said, stepping forward. He extended his hand to Petra. “I am sorry for the welcome we gave you. She corrupted us and used us against each other. It is time to change that.”</w:t>
      </w:r>
    </w:p>
    <w:p>
      <w:pPr>
        <w:spacing w:before="0" w:after="0"/>
        <w:ind w:firstLine="480"/>
        <w:jc w:val="left"/>
      </w:pPr>
      <w:r>
        <w:rPr>
          <w:rFonts w:ascii="Garamond" w:hAnsi="Garamond" w:cs="Garamond"/>
          <w:b w:val="0"/>
          <w:i w:val="0"/>
          <w:sz w:val="24"/>
        </w:rPr>
        <w:t>“I guess this means you don’t want to kill us anymore,” Petra said.</w:t>
      </w:r>
    </w:p>
    <w:p>
      <w:pPr>
        <w:spacing w:before="0" w:after="0"/>
        <w:ind w:firstLine="480"/>
        <w:jc w:val="left"/>
      </w:pPr>
      <w:r>
        <w:rPr>
          <w:rFonts w:ascii="Garamond" w:hAnsi="Garamond" w:cs="Garamond"/>
          <w:b w:val="0"/>
          <w:i w:val="0"/>
          <w:sz w:val="24"/>
        </w:rPr>
        <w:t>“Not only that,” the King said, “we thought we would join your search. For a Dragon Star, and if we are fortunate, for Hessa herself.”</w:t>
      </w:r>
    </w:p>
    <w:p>
      <w:pPr>
        <w:spacing w:before="0" w:after="0"/>
        <w:ind w:firstLine="480"/>
        <w:jc w:val="left"/>
      </w:pPr>
      <w:r>
        <w:rPr>
          <w:rFonts w:ascii="Garamond" w:hAnsi="Garamond" w:cs="Garamond"/>
          <w:b w:val="0"/>
          <w:i w:val="0"/>
          <w:sz w:val="24"/>
        </w:rPr>
        <w:t>Petra took the hand. “If you are against Hessa you are with me. But if there is more to this, tell me now.”</w:t>
      </w:r>
    </w:p>
    <w:p>
      <w:pPr>
        <w:spacing w:before="0" w:after="0"/>
        <w:ind w:firstLine="480"/>
        <w:jc w:val="left"/>
      </w:pPr>
      <w:r>
        <w:rPr>
          <w:rFonts w:ascii="Garamond" w:hAnsi="Garamond" w:cs="Garamond"/>
          <w:b w:val="0"/>
          <w:i w:val="0"/>
          <w:sz w:val="24"/>
        </w:rPr>
        <w:t>“There is no time,” the Queen said. “Far Wing’s scouts say the dragon at the nest is dead. We must go before another one decides to die there.” The fliers were moving out of the trees. “I will explain everything on the way.”</w:t>
      </w:r>
    </w:p>
    <w:p>
      <w:pPr>
        <w:spacing w:before="0" w:after="0"/>
        <w:ind w:firstLine="480"/>
        <w:jc w:val="left"/>
      </w:pPr>
      <w:r>
        <w:rPr>
          <w:rFonts w:ascii="Garamond" w:hAnsi="Garamond" w:cs="Garamond"/>
          <w:b w:val="0"/>
          <w:i w:val="0"/>
          <w:sz w:val="24"/>
        </w:rPr>
        <w:t>“I will fill him in,” Pico said, already on Galathia’s back.</w:t>
      </w:r>
    </w:p>
    <w:p>
      <w:pPr>
        <w:spacing w:before="0" w:after="0"/>
        <w:ind w:firstLine="480"/>
        <w:jc w:val="left"/>
      </w:pPr>
      <w:r>
        <w:rPr>
          <w:rFonts w:ascii="Garamond" w:hAnsi="Garamond" w:cs="Garamond"/>
          <w:b w:val="0"/>
          <w:i w:val="0"/>
          <w:sz w:val="24"/>
        </w:rPr>
        <w:t>She was glad Kato and Verad were safe, even if they were already gone. She had heard the jokes about Verad’s feelings for her, delivered with the particular relish of people who have been waiting to say them, and she had taken them with better grace than she might have expected from herself. The truth was there was something about Verad that she had not yet found a way to dismiss. His fear and his courage and his anger and the particular quality of the way he looked at her. She had known for some time that he was falling in love, and she had not found it as easy to set aside as she had expected to.</w:t>
      </w:r>
    </w:p>
    <w:p>
      <w:pPr>
        <w:spacing w:before="0" w:after="0"/>
        <w:ind w:firstLine="480"/>
        <w:jc w:val="left"/>
      </w:pPr>
      <w:r>
        <w:rPr>
          <w:rFonts w:ascii="Garamond" w:hAnsi="Garamond" w:cs="Garamond"/>
          <w:b w:val="0"/>
          <w:i w:val="0"/>
          <w:sz w:val="24"/>
        </w:rPr>
        <w:t>She was sixty-five years old. He was under twenty. She would live two centuries more and he was already closer to the middle of his life than the beginning, if he was fortunate. There was no way to make the arithmetic work. She knew that.</w:t>
      </w:r>
    </w:p>
    <w:p>
      <w:pPr>
        <w:spacing w:before="0" w:after="0"/>
        <w:ind w:firstLine="480"/>
        <w:jc w:val="left"/>
      </w:pPr>
      <w:r>
        <w:rPr>
          <w:rFonts w:ascii="Garamond" w:hAnsi="Garamond" w:cs="Garamond"/>
          <w:b w:val="0"/>
          <w:i w:val="0"/>
          <w:sz w:val="24"/>
        </w:rPr>
        <w:t>She smiled to herself anyway, which was its own kind of answer, and urged Galathia forward into the dark.</w:t>
      </w:r>
    </w:p>
    <w:p>
      <w:pPr>
        <w:spacing w:before="480" w:after="360"/>
        <w:ind w:firstLine="0"/>
        <w:jc w:val="center"/>
      </w:pPr>
      <w:r>
        <w:rPr>
          <w:rFonts w:ascii="Garamond" w:hAnsi="Garamond" w:cs="Garamond"/>
          <w:b/>
          <w:i w:val="0"/>
          <w:sz w:val="28"/>
        </w:rPr>
        <w:t>Chapter Fifty-Three</w:t>
      </w:r>
    </w:p>
    <w:p>
      <w:pPr>
        <w:spacing w:before="0" w:after="0"/>
        <w:ind w:firstLine="480"/>
        <w:jc w:val="left"/>
      </w:pPr>
      <w:r>
        <w:rPr>
          <w:rFonts w:ascii="Garamond" w:hAnsi="Garamond" w:cs="Garamond"/>
          <w:b w:val="0"/>
          <w:i w:val="0"/>
          <w:sz w:val="24"/>
        </w:rPr>
        <w:t>Verad woke in the dark with the back of his head tender and the slow realization that he was being carried.</w:t>
      </w:r>
    </w:p>
    <w:p>
      <w:pPr>
        <w:spacing w:before="0" w:after="0"/>
        <w:ind w:firstLine="480"/>
        <w:jc w:val="left"/>
      </w:pPr>
      <w:r>
        <w:rPr>
          <w:rFonts w:ascii="Garamond" w:hAnsi="Garamond" w:cs="Garamond"/>
          <w:b w:val="0"/>
          <w:i w:val="0"/>
          <w:sz w:val="24"/>
        </w:rPr>
        <w:t>He was surprised to be alive.</w:t>
      </w:r>
    </w:p>
    <w:p>
      <w:pPr>
        <w:spacing w:before="0" w:after="0"/>
        <w:ind w:firstLine="480"/>
        <w:jc w:val="left"/>
      </w:pPr>
      <w:r>
        <w:rPr>
          <w:rFonts w:ascii="Garamond" w:hAnsi="Garamond" w:cs="Garamond"/>
          <w:b w:val="0"/>
          <w:i w:val="0"/>
          <w:sz w:val="24"/>
        </w:rPr>
        <w:t>“I am glad you are awake,” Kato’s voice came into his mind. “I was starting to worry. You passed out just as the transformation finished. You held them off well, but another second and they would have torn you apart.”</w:t>
      </w:r>
    </w:p>
    <w:p>
      <w:pPr>
        <w:spacing w:before="0" w:after="0"/>
        <w:ind w:firstLine="480"/>
        <w:jc w:val="left"/>
      </w:pPr>
      <w:r>
        <w:rPr>
          <w:rFonts w:ascii="Garamond" w:hAnsi="Garamond" w:cs="Garamond"/>
          <w:b w:val="0"/>
          <w:i w:val="0"/>
          <w:sz w:val="24"/>
        </w:rPr>
        <w:t>“Where are we?” He was trying not to think about how close that had been, which was difficult because his legs had several cuts on them that were making their presence known.</w:t>
      </w:r>
    </w:p>
    <w:p>
      <w:pPr>
        <w:spacing w:before="0" w:after="0"/>
        <w:ind w:firstLine="480"/>
        <w:jc w:val="left"/>
      </w:pPr>
      <w:r>
        <w:rPr>
          <w:rFonts w:ascii="Garamond" w:hAnsi="Garamond" w:cs="Garamond"/>
          <w:b w:val="0"/>
          <w:i w:val="0"/>
          <w:sz w:val="24"/>
        </w:rPr>
        <w:t>“Near the outer edge of his territory. They drew blood on you, which means they are following us now, but there is no real threat. In fact they may be useful.”</w:t>
      </w:r>
    </w:p>
    <w:p>
      <w:pPr>
        <w:spacing w:before="0" w:after="0"/>
        <w:ind w:firstLine="480"/>
        <w:jc w:val="left"/>
      </w:pPr>
      <w:r>
        <w:rPr>
          <w:rFonts w:ascii="Garamond" w:hAnsi="Garamond" w:cs="Garamond"/>
          <w:b w:val="0"/>
          <w:i w:val="0"/>
          <w:sz w:val="24"/>
        </w:rPr>
        <w:t>“Whose territory? And what do you mean not poisonous to us?” Verad added, because Kato had said something to that effect and he wanted to be clear on it.</w:t>
      </w:r>
    </w:p>
    <w:p>
      <w:pPr>
        <w:spacing w:before="0" w:after="0"/>
        <w:ind w:firstLine="480"/>
        <w:jc w:val="left"/>
      </w:pPr>
      <w:r>
        <w:rPr>
          <w:rFonts w:ascii="Garamond" w:hAnsi="Garamond" w:cs="Garamond"/>
          <w:b w:val="0"/>
          <w:i w:val="0"/>
          <w:sz w:val="24"/>
        </w:rPr>
        <w:t>“He is a servant of the dragons. He has no real name but you can call him the Watcher. And I mean they are not poisonous to those who have already been scratched or bitten. What we passed on the way in was one of his patrols. He is linked with them throughout his section of the underground. He sees through them without leaving his lair. Anything that trespasses is brought before him.”</w:t>
      </w:r>
    </w:p>
    <w:p>
      <w:pPr>
        <w:spacing w:before="0" w:after="0"/>
        <w:ind w:firstLine="480"/>
        <w:jc w:val="left"/>
      </w:pPr>
      <w:r>
        <w:rPr>
          <w:rFonts w:ascii="Garamond" w:hAnsi="Garamond" w:cs="Garamond"/>
          <w:b w:val="0"/>
          <w:i w:val="0"/>
          <w:sz w:val="24"/>
        </w:rPr>
        <w:t>“And what does he do with trespassers?”</w:t>
      </w:r>
    </w:p>
    <w:p>
      <w:pPr>
        <w:spacing w:before="0" w:after="0"/>
        <w:ind w:firstLine="480"/>
        <w:jc w:val="left"/>
      </w:pPr>
      <w:r>
        <w:rPr>
          <w:rFonts w:ascii="Garamond" w:hAnsi="Garamond" w:cs="Garamond"/>
          <w:b w:val="0"/>
          <w:i w:val="0"/>
          <w:sz w:val="24"/>
        </w:rPr>
        <w:t>“If he captures us,” Kato said, and paused in a way Verad did not like, “you would beg him to kill you.”</w:t>
      </w:r>
    </w:p>
    <w:p>
      <w:pPr>
        <w:spacing w:before="0" w:after="0"/>
        <w:ind w:firstLine="480"/>
        <w:jc w:val="left"/>
      </w:pPr>
      <w:r>
        <w:rPr>
          <w:rFonts w:ascii="Garamond" w:hAnsi="Garamond" w:cs="Garamond"/>
          <w:b w:val="0"/>
          <w:i w:val="0"/>
          <w:sz w:val="24"/>
        </w:rPr>
        <w:t>“Then why are we going to find him?”</w:t>
      </w:r>
    </w:p>
    <w:p>
      <w:pPr>
        <w:spacing w:before="0" w:after="0"/>
        <w:ind w:firstLine="480"/>
        <w:jc w:val="left"/>
      </w:pPr>
      <w:r>
        <w:rPr>
          <w:rFonts w:ascii="Garamond" w:hAnsi="Garamond" w:cs="Garamond"/>
          <w:b w:val="0"/>
          <w:i w:val="0"/>
          <w:sz w:val="24"/>
        </w:rPr>
        <w:t>“Because he and I have an understanding. But there is one thing.” Another pause. “When we get there, do not move, do not make a sound, and above all keep your emotions controlled. Your thoughts will not give us away. Your feelings will.”</w:t>
      </w:r>
    </w:p>
    <w:p>
      <w:pPr>
        <w:spacing w:before="0" w:after="0"/>
        <w:ind w:firstLine="480"/>
        <w:jc w:val="left"/>
      </w:pPr>
      <w:r>
        <w:rPr>
          <w:rFonts w:ascii="Garamond" w:hAnsi="Garamond" w:cs="Garamond"/>
          <w:b w:val="0"/>
          <w:i w:val="0"/>
          <w:sz w:val="24"/>
        </w:rPr>
        <w:t>“Of course,” Verad said. “Just keep calm while something that would make me beg to die is in the same room. Simple.”</w:t>
      </w:r>
    </w:p>
    <w:p>
      <w:pPr>
        <w:spacing w:before="0" w:after="0"/>
        <w:ind w:firstLine="480"/>
        <w:jc w:val="left"/>
      </w:pPr>
      <w:r>
        <w:rPr>
          <w:rFonts w:ascii="Garamond" w:hAnsi="Garamond" w:cs="Garamond"/>
          <w:b w:val="0"/>
          <w:i w:val="0"/>
          <w:sz w:val="24"/>
        </w:rPr>
        <w:t>“Petra has nearly mastered it already. It is in all of you to do.”</w:t>
      </w:r>
    </w:p>
    <w:p>
      <w:pPr>
        <w:spacing w:before="0" w:after="0"/>
        <w:ind w:firstLine="480"/>
        <w:jc w:val="left"/>
      </w:pPr>
      <w:r>
        <w:rPr>
          <w:rFonts w:ascii="Garamond" w:hAnsi="Garamond" w:cs="Garamond"/>
          <w:b w:val="0"/>
          <w:i w:val="0"/>
          <w:sz w:val="24"/>
        </w:rPr>
        <w:t>“Petra has been in terrible danger for eight days straight. I’ve been awake for most of them. How am I supposed to control something I don’t even know I’m feeling?”</w:t>
      </w:r>
    </w:p>
    <w:p>
      <w:pPr>
        <w:spacing w:before="0" w:after="0"/>
        <w:ind w:firstLine="480"/>
        <w:jc w:val="left"/>
      </w:pPr>
      <w:r>
        <w:rPr>
          <w:rFonts w:ascii="Garamond" w:hAnsi="Garamond" w:cs="Garamond"/>
          <w:b w:val="0"/>
          <w:i w:val="0"/>
          <w:sz w:val="24"/>
        </w:rPr>
        <w:t>“Think of it as rooms,” Kato said. “Each feeling has its own room inside you. When you need to be still, you put them back behind their doors and hold them there. It takes practice but it is possible.”</w:t>
      </w:r>
    </w:p>
    <w:p>
      <w:pPr>
        <w:spacing w:before="0" w:after="0"/>
        <w:ind w:firstLine="480"/>
        <w:jc w:val="left"/>
      </w:pPr>
      <w:r>
        <w:rPr>
          <w:rFonts w:ascii="Garamond" w:hAnsi="Garamond" w:cs="Garamond"/>
          <w:b w:val="0"/>
          <w:i w:val="0"/>
          <w:sz w:val="24"/>
        </w:rPr>
        <w:t>“Do I have a choice?”</w:t>
      </w:r>
    </w:p>
    <w:p>
      <w:pPr>
        <w:spacing w:before="0" w:after="0"/>
        <w:ind w:firstLine="480"/>
        <w:jc w:val="left"/>
      </w:pPr>
      <w:r>
        <w:rPr>
          <w:rFonts w:ascii="Garamond" w:hAnsi="Garamond" w:cs="Garamond"/>
          <w:b w:val="0"/>
          <w:i w:val="0"/>
          <w:sz w:val="24"/>
        </w:rPr>
        <w:t>“Not anymore,” Kato said. “He knows we are here.”</w:t>
      </w:r>
    </w:p>
    <w:p>
      <w:pPr>
        <w:spacing w:before="0" w:after="0"/>
        <w:ind w:firstLine="480"/>
        <w:jc w:val="left"/>
      </w:pPr>
      <w:r>
        <w:rPr>
          <w:rFonts w:ascii="Garamond" w:hAnsi="Garamond" w:cs="Garamond"/>
          <w:b w:val="0"/>
          <w:i w:val="0"/>
          <w:sz w:val="24"/>
        </w:rPr>
        <w:t>Verad decided the only useful response to that was silence.</w:t>
      </w:r>
    </w:p>
    <w:p>
      <w:pPr>
        <w:spacing w:before="0" w:after="0"/>
        <w:ind w:firstLine="480"/>
        <w:jc w:val="left"/>
      </w:pPr>
      <w:r>
        <w:rPr>
          <w:rFonts w:ascii="Garamond" w:hAnsi="Garamond" w:cs="Garamond"/>
          <w:b w:val="0"/>
          <w:i w:val="0"/>
          <w:sz w:val="24"/>
        </w:rPr>
        <w:t>“Patience,” Kato said. “Calm and quiet. You are about to find out.”</w:t>
      </w:r>
    </w:p>
    <w:p>
      <w:pPr>
        <w:spacing w:before="0" w:after="0"/>
        <w:ind w:firstLine="480"/>
        <w:jc w:val="left"/>
      </w:pPr>
      <w:r>
        <w:rPr>
          <w:rFonts w:ascii="Garamond" w:hAnsi="Garamond" w:cs="Garamond"/>
          <w:b w:val="0"/>
          <w:i w:val="0"/>
          <w:sz w:val="24"/>
        </w:rPr>
        <w:t>He turned a corner and light appeared, dim and greenish, coming from something in the rock itself. Verad’s eyes hurt to keep open but he kept them open. Kato moved into the chamber and stopped.</w:t>
      </w:r>
    </w:p>
    <w:p>
      <w:pPr>
        <w:spacing w:before="0" w:after="0"/>
        <w:ind w:firstLine="480"/>
        <w:jc w:val="left"/>
      </w:pPr>
      <w:r>
        <w:rPr>
          <w:rFonts w:ascii="Garamond" w:hAnsi="Garamond" w:cs="Garamond"/>
          <w:b w:val="0"/>
          <w:i w:val="0"/>
          <w:sz w:val="24"/>
        </w:rPr>
        <w:t>The shadows behind them began to fill the hall. The scavengers were coming, drawn by the blood on Verad’s legs, inching forward into the faint light. And then Kato did something Verad had not expected: he loosened the cage of roots that had been hiding Verad from their sight.</w:t>
      </w:r>
    </w:p>
    <w:p>
      <w:pPr>
        <w:spacing w:before="0" w:after="0"/>
        <w:ind w:firstLine="480"/>
        <w:jc w:val="left"/>
      </w:pPr>
      <w:r>
        <w:rPr>
          <w:rFonts w:ascii="Garamond" w:hAnsi="Garamond" w:cs="Garamond"/>
          <w:b w:val="0"/>
          <w:i w:val="0"/>
          <w:sz w:val="24"/>
        </w:rPr>
        <w:t>“What are you doing?” Verad said aloud.</w:t>
      </w:r>
    </w:p>
    <w:p>
      <w:pPr>
        <w:spacing w:before="0" w:after="0"/>
        <w:ind w:firstLine="480"/>
        <w:jc w:val="left"/>
      </w:pPr>
      <w:r>
        <w:rPr>
          <w:rFonts w:ascii="Garamond" w:hAnsi="Garamond" w:cs="Garamond"/>
          <w:b w:val="0"/>
          <w:i w:val="0"/>
          <w:sz w:val="24"/>
        </w:rPr>
        <w:t>The scavengers stopped at the sound. In the dim green light Verad got his first clear look at what had nearly killed him in the cave. Small black bodies covered in silver hair. Eyes running with fluid. Teeth catching the light. There were dozens of them, and the sight of him held them for a moment before hunger began to win over caution and they started forward again.</w:t>
      </w:r>
    </w:p>
    <w:p>
      <w:pPr>
        <w:spacing w:before="0" w:after="0"/>
        <w:ind w:firstLine="480"/>
        <w:jc w:val="left"/>
      </w:pPr>
      <w:r>
        <w:rPr>
          <w:rFonts w:ascii="Garamond" w:hAnsi="Garamond" w:cs="Garamond"/>
          <w:b w:val="0"/>
          <w:i w:val="0"/>
          <w:sz w:val="24"/>
        </w:rPr>
        <w:t>“I thought you wanted me hidden,” Verad said, with his body as much as his mind.</w:t>
      </w:r>
    </w:p>
    <w:p>
      <w:pPr>
        <w:spacing w:before="0" w:after="0"/>
        <w:ind w:firstLine="480"/>
        <w:jc w:val="left"/>
      </w:pPr>
      <w:r>
        <w:rPr>
          <w:rFonts w:ascii="Garamond" w:hAnsi="Garamond" w:cs="Garamond"/>
          <w:b w:val="0"/>
          <w:i w:val="0"/>
          <w:sz w:val="24"/>
        </w:rPr>
        <w:t>The roots snapped closed around him. In one motion Kato vaulted over the mass of black bodies, landed behind them, turned, and began to drive them forward. They forgot about Verad entirely. The vine-arms worked like whips, and the scavengers at the rear of the panicked group took the worst of it. The creatures tried to break away from the press and Kato cut them off and cut them down. He was herding them toward a small opening in the far wall, nearly invisible in the stone.</w:t>
      </w:r>
    </w:p>
    <w:p>
      <w:pPr>
        <w:spacing w:before="0" w:after="0"/>
        <w:ind w:firstLine="480"/>
        <w:jc w:val="left"/>
      </w:pPr>
      <w:r>
        <w:rPr>
          <w:rFonts w:ascii="Garamond" w:hAnsi="Garamond" w:cs="Garamond"/>
          <w:b w:val="0"/>
          <w:i w:val="0"/>
          <w:sz w:val="24"/>
        </w:rPr>
        <w:t>The scavengers panicked worse at the sight of it than they had at Kato. They clawed at each other trying not to reach it first, trampling the ones in front, pressing away from the certain death behind them. But the certain death behind them was worse, and one by one they went through. The last two tried to break sideways. Kato put them both down without slowing.</w:t>
      </w:r>
    </w:p>
    <w:p>
      <w:pPr>
        <w:spacing w:before="0" w:after="0"/>
        <w:ind w:firstLine="480"/>
        <w:jc w:val="left"/>
      </w:pPr>
      <w:r>
        <w:rPr>
          <w:rFonts w:ascii="Garamond" w:hAnsi="Garamond" w:cs="Garamond"/>
          <w:b w:val="0"/>
          <w:i w:val="0"/>
          <w:sz w:val="24"/>
        </w:rPr>
        <w:t>“Why?” Verad asked.</w:t>
      </w:r>
    </w:p>
    <w:p>
      <w:pPr>
        <w:spacing w:before="0" w:after="0"/>
        <w:ind w:firstLine="480"/>
        <w:jc w:val="left"/>
      </w:pPr>
      <w:r>
        <w:rPr>
          <w:rFonts w:ascii="Garamond" w:hAnsi="Garamond" w:cs="Garamond"/>
          <w:b w:val="0"/>
          <w:i w:val="0"/>
          <w:sz w:val="24"/>
        </w:rPr>
        <w:t>“You will see. This is where you need to start being quiet.”</w:t>
      </w:r>
    </w:p>
    <w:p>
      <w:pPr>
        <w:spacing w:before="0" w:after="0"/>
        <w:ind w:firstLine="480"/>
        <w:jc w:val="left"/>
      </w:pPr>
      <w:r>
        <w:rPr>
          <w:rFonts w:ascii="Garamond" w:hAnsi="Garamond" w:cs="Garamond"/>
          <w:b w:val="0"/>
          <w:i w:val="0"/>
          <w:sz w:val="24"/>
        </w:rPr>
        <w:t>The next chamber was larger, dark except for the same faint green glow. What held Verad’s attention was not the size of it but what was happening inside it. From the ceiling, on long silken lines, enormous spiders were dropping into the light, landing among the scavengers with absolute precision, seizing them and carrying them back up into the dark above. The scavengers had nowhere to go and the spiders were unhurried and methodical about it.</w:t>
      </w:r>
    </w:p>
    <w:p>
      <w:pPr>
        <w:spacing w:before="0" w:after="0"/>
        <w:ind w:firstLine="480"/>
        <w:jc w:val="left"/>
      </w:pPr>
      <w:r>
        <w:rPr>
          <w:rFonts w:ascii="Garamond" w:hAnsi="Garamond" w:cs="Garamond"/>
          <w:b w:val="0"/>
          <w:i w:val="0"/>
          <w:sz w:val="24"/>
        </w:rPr>
        <w:t>Kato moved through the middle of all this with Verad held in the roots, batting spiders aside before they could get close, barely breaking stride. The spiders tested him twice and then turned back to easier prey. Kato found the next opening in the wall and they slipped through it before anything in the chamber had fully registered what they were.</w:t>
      </w:r>
    </w:p>
    <w:p>
      <w:pPr>
        <w:spacing w:before="480" w:after="360"/>
        <w:ind w:firstLine="0"/>
        <w:jc w:val="center"/>
      </w:pPr>
      <w:r>
        <w:rPr>
          <w:rFonts w:ascii="Garamond" w:hAnsi="Garamond" w:cs="Garamond"/>
          <w:b/>
          <w:i w:val="0"/>
          <w:sz w:val="28"/>
        </w:rPr>
        <w:t>Chapter Fifty-Four</w:t>
      </w:r>
    </w:p>
    <w:p>
      <w:pPr>
        <w:spacing w:before="0" w:after="0"/>
        <w:ind w:firstLine="480"/>
        <w:jc w:val="left"/>
      </w:pPr>
      <w:r>
        <w:rPr>
          <w:rFonts w:ascii="Garamond" w:hAnsi="Garamond" w:cs="Garamond"/>
          <w:b w:val="0"/>
          <w:i w:val="0"/>
          <w:sz w:val="24"/>
        </w:rPr>
        <w:t>Jolano called a rest and his warriors dropped where they stood.</w:t>
      </w:r>
    </w:p>
    <w:p>
      <w:pPr>
        <w:spacing w:before="0" w:after="0"/>
        <w:ind w:firstLine="480"/>
        <w:jc w:val="left"/>
      </w:pPr>
      <w:r>
        <w:rPr>
          <w:rFonts w:ascii="Garamond" w:hAnsi="Garamond" w:cs="Garamond"/>
          <w:b w:val="0"/>
          <w:i w:val="0"/>
          <w:sz w:val="24"/>
        </w:rPr>
        <w:t>They had been running for nearly a full day. There was only one route that would give his people any chance of protecting themselves on the crossing, and it was the route that had the worst history. The Paths of the Dead. Named for the Alterians who had died on them four thousand years ago, died in part because his own ancestors had refused them shelter. He knew what it meant to be bringing his people through those tunnels now. He had spent the march trying not to think about it and had not succeeded.</w:t>
      </w:r>
    </w:p>
    <w:p>
      <w:pPr>
        <w:spacing w:before="0" w:after="0"/>
        <w:ind w:firstLine="480"/>
        <w:jc w:val="left"/>
      </w:pPr>
      <w:r>
        <w:rPr>
          <w:rFonts w:ascii="Garamond" w:hAnsi="Garamond" w:cs="Garamond"/>
          <w:b w:val="0"/>
          <w:i w:val="0"/>
          <w:sz w:val="24"/>
        </w:rPr>
        <w:t>The scavengers were on their trail but that was a manageable problem in a group this size. The front and rear guards could handle the black mindless mass. The real threat was the Watcher. Nobody truly understood what the Watcher was, only that he was, and that the underground in dragon land was his. He had pushed his forces into Valorian territory many times over the centuries and been turned back at the border each time. But this was not Valorian territory. This was his realm, and here he was the master, and the last time a mass of elves had moved through his tunnels the dead had numbered in the thousands.</w:t>
      </w:r>
    </w:p>
    <w:p>
      <w:pPr>
        <w:spacing w:before="0" w:after="0"/>
        <w:ind w:firstLine="480"/>
        <w:jc w:val="left"/>
      </w:pPr>
      <w:r>
        <w:rPr>
          <w:rFonts w:ascii="Garamond" w:hAnsi="Garamond" w:cs="Garamond"/>
          <w:b w:val="0"/>
          <w:i w:val="0"/>
          <w:sz w:val="24"/>
        </w:rPr>
        <w:t>There was no reason to think he would show more mercy this time.</w:t>
      </w:r>
    </w:p>
    <w:p>
      <w:pPr>
        <w:spacing w:before="0" w:after="0"/>
        <w:ind w:firstLine="480"/>
        <w:jc w:val="left"/>
      </w:pPr>
      <w:r>
        <w:rPr>
          <w:rFonts w:ascii="Garamond" w:hAnsi="Garamond" w:cs="Garamond"/>
          <w:b w:val="0"/>
          <w:i w:val="0"/>
          <w:sz w:val="24"/>
        </w:rPr>
        <w:t>The Paths had been a trade route once, before the Watcher came. The histories described them as a busy thoroughfare between the two elven countries, wide and well-maintained, caravans moving both directions. That ended when the underground became too dangerous to use, and when the underground closed the two peoples drifted apart, and when they drifted apart their grievances had room to grow. The Watcher had done more damage to the relationship between Valoria and Alteria than any single event except the exodus itself, and he had done it simply by existing.</w:t>
      </w:r>
    </w:p>
    <w:p>
      <w:pPr>
        <w:spacing w:before="0" w:after="0"/>
        <w:ind w:firstLine="480"/>
        <w:jc w:val="left"/>
      </w:pPr>
      <w:r>
        <w:rPr>
          <w:rFonts w:ascii="Garamond" w:hAnsi="Garamond" w:cs="Garamond"/>
          <w:b w:val="0"/>
          <w:i w:val="0"/>
          <w:sz w:val="24"/>
        </w:rPr>
        <w:t>Jolano thought about his promise to his sister. He had said he would try not to fight. He had meant it when he said it. He was less certain now, moving through the dark with tired people behind him and the Watcher's territory ahead and the knowledge that whatever waited at the end of this march might not want to receive them.</w:t>
      </w:r>
    </w:p>
    <w:p>
      <w:pPr>
        <w:spacing w:before="0" w:after="0"/>
        <w:ind w:firstLine="480"/>
        <w:jc w:val="left"/>
      </w:pPr>
      <w:r>
        <w:rPr>
          <w:rFonts w:ascii="Garamond" w:hAnsi="Garamond" w:cs="Garamond"/>
          <w:b w:val="0"/>
          <w:i w:val="0"/>
          <w:sz w:val="24"/>
        </w:rPr>
        <w:t>At least the Alterians had something to go back to. His people had nothing. The last word from the fliers was of the city sinking into the lake, the rest taken by landslide and fire. The underground had not saved them. The mountain had reached down into it with smoke and lava and taken whoever was left. What remained of Valoria was a small fighting force, the border warriors and the underground patrols, and a mass of survivors who were too young or too old to have been anywhere else. He had his twenty warriors. He had his people. He had his promise to his sister.</w:t>
      </w:r>
    </w:p>
    <w:p>
      <w:pPr>
        <w:spacing w:before="0" w:after="0"/>
        <w:ind w:firstLine="480"/>
        <w:jc w:val="left"/>
      </w:pPr>
      <w:r>
        <w:rPr>
          <w:rFonts w:ascii="Garamond" w:hAnsi="Garamond" w:cs="Garamond"/>
          <w:b w:val="0"/>
          <w:i w:val="0"/>
          <w:sz w:val="24"/>
        </w:rPr>
        <w:t>He motioned and they were moving again.</w:t>
      </w:r>
    </w:p>
    <w:p>
      <w:pPr>
        <w:spacing w:before="240" w:after="240"/>
        <w:ind w:firstLine="0"/>
        <w:jc w:val="center"/>
      </w:pPr>
      <w:r>
        <w:rPr>
          <w:rFonts w:ascii="Garamond" w:hAnsi="Garamond" w:cs="Garamond"/>
          <w:b w:val="0"/>
          <w:i w:val="0"/>
          <w:sz w:val="24"/>
        </w:rPr>
        <w:t>* * *</w:t>
      </w:r>
    </w:p>
    <w:p>
      <w:pPr>
        <w:spacing w:before="0" w:after="0"/>
        <w:ind w:firstLine="480"/>
        <w:jc w:val="left"/>
      </w:pPr>
      <w:r>
        <w:rPr>
          <w:rFonts w:ascii="Garamond" w:hAnsi="Garamond" w:cs="Garamond"/>
          <w:b w:val="0"/>
          <w:i w:val="0"/>
          <w:sz w:val="24"/>
        </w:rPr>
        <w:t>Terra Sario shifted his shirt away from the wound on his back and tried not to think about the itch.</w:t>
      </w:r>
    </w:p>
    <w:p>
      <w:pPr>
        <w:spacing w:before="0" w:after="0"/>
        <w:ind w:firstLine="480"/>
        <w:jc w:val="left"/>
      </w:pPr>
      <w:r>
        <w:rPr>
          <w:rFonts w:ascii="Garamond" w:hAnsi="Garamond" w:cs="Garamond"/>
          <w:b w:val="0"/>
          <w:i w:val="0"/>
          <w:sz w:val="24"/>
        </w:rPr>
        <w:t>He was still groggy from the blow the dragon had given him. He had asked the King anyway, and the King had given him the assignment: find the Valorians and bring them in. Three hundred warriors. The Paths of the Dead. Whatever time it took.</w:t>
      </w:r>
    </w:p>
    <w:p>
      <w:pPr>
        <w:spacing w:before="0" w:after="0"/>
        <w:ind w:firstLine="480"/>
        <w:jc w:val="left"/>
      </w:pPr>
      <w:r>
        <w:rPr>
          <w:rFonts w:ascii="Garamond" w:hAnsi="Garamond" w:cs="Garamond"/>
          <w:b w:val="0"/>
          <w:i w:val="0"/>
          <w:sz w:val="24"/>
        </w:rPr>
        <w:t>He had wanted this particular assignment. He wanted to be there when the Valorians asked for shelter. He wanted to see their faces when they had to ask for the thing their ancestors had refused his. There was not a warrior behind him who felt differently. They were moving faster than the situation strictly required, and there had been some grumbling about that, but every one of them would have volunteered for this march and every one of them would have taken his time finding the Valorians if the King had not specified otherwise.</w:t>
      </w:r>
    </w:p>
    <w:p>
      <w:pPr>
        <w:spacing w:before="0" w:after="0"/>
        <w:ind w:firstLine="480"/>
        <w:jc w:val="left"/>
      </w:pPr>
      <w:r>
        <w:rPr>
          <w:rFonts w:ascii="Garamond" w:hAnsi="Garamond" w:cs="Garamond"/>
          <w:b w:val="0"/>
          <w:i w:val="0"/>
          <w:sz w:val="24"/>
        </w:rPr>
        <w:t>Terra had his orders and he intended to carry them out. That was what it meant to be Dragon Killer, he had decided. Not just the killing part.</w:t>
      </w:r>
    </w:p>
    <w:p>
      <w:pPr>
        <w:spacing w:before="0" w:after="0"/>
        <w:ind w:firstLine="480"/>
        <w:jc w:val="left"/>
      </w:pPr>
      <w:r>
        <w:rPr>
          <w:rFonts w:ascii="Garamond" w:hAnsi="Garamond" w:cs="Garamond"/>
          <w:b w:val="0"/>
          <w:i w:val="0"/>
          <w:sz w:val="24"/>
        </w:rPr>
        <w:t>He thought about thirty thousand refugees coming through the Paths. About feeding them, housing them, the drain on stores that were already stretched from the dragon attack. These people were going to be a problem in every practical sense for a long time. He knew that and he was going anyway, at a trot, with three hundred warriors who hated the idea as much as he did.</w:t>
      </w:r>
    </w:p>
    <w:p>
      <w:pPr>
        <w:spacing w:before="0" w:after="0"/>
        <w:ind w:firstLine="480"/>
        <w:jc w:val="left"/>
      </w:pPr>
      <w:r>
        <w:rPr>
          <w:rFonts w:ascii="Garamond" w:hAnsi="Garamond" w:cs="Garamond"/>
          <w:b w:val="0"/>
          <w:i w:val="0"/>
          <w:sz w:val="24"/>
        </w:rPr>
        <w:t>The thing he kept coming back to, though, was the other side of it. Only once since the banishment had anything like this happened, and that time his people had been the ones asking. This time they were the ones answering. Whatever the Valorians had done four thousand years ago, whatever his warriors felt about them now, this was the moment that determined what kind of people the Alterians were. Terra had killed a dragon with his bare hands and a sword. He thought he could manage this.</w:t>
      </w:r>
    </w:p>
    <w:p>
      <w:pPr>
        <w:spacing w:before="0" w:after="0"/>
        <w:ind w:firstLine="480"/>
        <w:jc w:val="left"/>
      </w:pPr>
      <w:r>
        <w:rPr>
          <w:rFonts w:ascii="Garamond" w:hAnsi="Garamond" w:cs="Garamond"/>
          <w:b w:val="0"/>
          <w:i w:val="0"/>
          <w:sz w:val="24"/>
        </w:rPr>
        <w:t>He pushed the pace. His warriors cursed quietly and followed.</w:t>
      </w:r>
    </w:p>
    <w:p>
      <w:pPr>
        <w:spacing w:before="0" w:after="0"/>
        <w:ind w:firstLine="480"/>
        <w:jc w:val="left"/>
      </w:pPr>
      <w:r>
        <w:rPr>
          <w:rFonts w:ascii="Garamond" w:hAnsi="Garamond" w:cs="Garamond"/>
          <w:b w:val="0"/>
          <w:i w:val="0"/>
          <w:sz w:val="24"/>
        </w:rPr>
        <w:t>Somewhere ahead in the dark, two columns were moving toward each other through the same tunnels, one carrying everything it had left, the other carrying the answer to a question four thousand years old.</w:t>
      </w:r>
    </w:p>
    <w:p>
      <w:pPr>
        <w:spacing w:before="480" w:after="360"/>
        <w:ind w:firstLine="0"/>
        <w:jc w:val="center"/>
      </w:pPr>
      <w:r>
        <w:rPr>
          <w:rFonts w:ascii="Garamond" w:hAnsi="Garamond" w:cs="Garamond"/>
          <w:b/>
          <w:i w:val="0"/>
          <w:sz w:val="28"/>
        </w:rPr>
        <w:t>Chapter Fifty-Five</w:t>
      </w:r>
    </w:p>
    <w:p>
      <w:pPr>
        <w:spacing w:before="0" w:after="0"/>
        <w:ind w:firstLine="480"/>
        <w:jc w:val="left"/>
      </w:pPr>
      <w:r>
        <w:rPr>
          <w:rFonts w:ascii="Garamond" w:hAnsi="Garamond" w:cs="Garamond"/>
          <w:b w:val="0"/>
          <w:i w:val="0"/>
          <w:sz w:val="24"/>
        </w:rPr>
        <w:t>Pico rode on Galathia's back and watched the dark sky ahead and felt, despite everything, glad to be here.</w:t>
      </w:r>
    </w:p>
    <w:p>
      <w:pPr>
        <w:spacing w:before="0" w:after="0"/>
        <w:ind w:firstLine="480"/>
        <w:jc w:val="left"/>
      </w:pPr>
      <w:r>
        <w:rPr>
          <w:rFonts w:ascii="Garamond" w:hAnsi="Garamond" w:cs="Garamond"/>
          <w:b w:val="0"/>
          <w:i w:val="0"/>
          <w:sz w:val="24"/>
        </w:rPr>
        <w:t>Her parents had both urged her to stay with Far Wing's herd and wait. She had declined, and neither had insisted, which told her they understood. She and Kato had started this. It was right that she see it through.</w:t>
      </w:r>
    </w:p>
    <w:p>
      <w:pPr>
        <w:spacing w:before="0" w:after="0"/>
        <w:ind w:firstLine="480"/>
        <w:jc w:val="left"/>
      </w:pPr>
      <w:r>
        <w:rPr>
          <w:rFonts w:ascii="Garamond" w:hAnsi="Garamond" w:cs="Garamond"/>
          <w:b w:val="0"/>
          <w:i w:val="0"/>
          <w:sz w:val="24"/>
        </w:rPr>
        <w:t>She thought about Kato somewhere in the underground with Verad and wished they were here. She thought about Brunow, whose face had fallen when Petra told him he would have to stay behind. Both men had known it was necessary. Drakmar was too dangerous to bring anyone who did not have a specific role. Petra had given the Captain his orders quietly: if we do not return, find a way off this island and go back to the King. Tell him what happened. Tell my son the mission is his now. They had embraced and Brunow had walked into the trees to be among the herd, and Petra had mounted Valor and they had gone.</w:t>
      </w:r>
    </w:p>
    <w:p>
      <w:pPr>
        <w:spacing w:before="0" w:after="0"/>
        <w:ind w:firstLine="480"/>
        <w:jc w:val="left"/>
      </w:pPr>
      <w:r>
        <w:rPr>
          <w:rFonts w:ascii="Garamond" w:hAnsi="Garamond" w:cs="Garamond"/>
          <w:b w:val="0"/>
          <w:i w:val="0"/>
          <w:sz w:val="24"/>
        </w:rPr>
        <w:t>The ride out had been long and low and fast, Far Wing and the Queen leading, Valor and Petra just behind, the rest of the small party strung out at their wing tips. They kept below the treeline where they could, watching for dragons, taking cover twice when scouts signaled overhead movement. Eros was up and casting enough light to see by, which was not entirely welcome. The tree canopy moved beneath them like a dark river and the ridges came up fast and dropped away and Petra stayed loose on Valor's back and kept his eyes forward and his stomach where it belonged through sheer will.</w:t>
      </w:r>
    </w:p>
    <w:p>
      <w:pPr>
        <w:spacing w:before="0" w:after="0"/>
        <w:ind w:firstLine="480"/>
        <w:jc w:val="left"/>
      </w:pPr>
      <w:r>
        <w:rPr>
          <w:rFonts w:ascii="Garamond" w:hAnsi="Garamond" w:cs="Garamond"/>
          <w:b w:val="0"/>
          <w:i w:val="0"/>
          <w:sz w:val="24"/>
        </w:rPr>
        <w:t>When the trees ended and the sea opened ahead of them, Valor flew straight out over the water and Petra felt something loosen in his chest.</w:t>
      </w:r>
    </w:p>
    <w:p>
      <w:pPr>
        <w:spacing w:before="0" w:after="0"/>
        <w:ind w:firstLine="480"/>
        <w:jc w:val="left"/>
      </w:pPr>
      <w:r>
        <w:rPr>
          <w:rFonts w:ascii="Garamond" w:hAnsi="Garamond" w:cs="Garamond"/>
          <w:b w:val="0"/>
          <w:i w:val="0"/>
          <w:sz w:val="24"/>
        </w:rPr>
        <w:t>“The wall,” he said. “What does it feel like?”</w:t>
      </w:r>
    </w:p>
    <w:p>
      <w:pPr>
        <w:spacing w:before="0" w:after="0"/>
        <w:ind w:firstLine="480"/>
        <w:jc w:val="left"/>
      </w:pPr>
      <w:r>
        <w:rPr>
          <w:rFonts w:ascii="Garamond" w:hAnsi="Garamond" w:cs="Garamond"/>
          <w:b w:val="0"/>
          <w:i w:val="0"/>
          <w:sz w:val="24"/>
        </w:rPr>
        <w:t>“It is coming,” Valor said. “There, where the water breaks over the reef.”</w:t>
      </w:r>
    </w:p>
    <w:p>
      <w:pPr>
        <w:spacing w:before="0" w:after="0"/>
        <w:ind w:firstLine="480"/>
        <w:jc w:val="left"/>
      </w:pPr>
      <w:r>
        <w:rPr>
          <w:rFonts w:ascii="Garamond" w:hAnsi="Garamond" w:cs="Garamond"/>
          <w:b w:val="0"/>
          <w:i w:val="0"/>
          <w:sz w:val="24"/>
        </w:rPr>
        <w:t>Petra looked at the open ocean beyond the reef and thought about it. They could break for it right now. He felt the pull of it.</w:t>
      </w:r>
    </w:p>
    <w:p>
      <w:pPr>
        <w:spacing w:before="0" w:after="0"/>
        <w:ind w:firstLine="480"/>
        <w:jc w:val="left"/>
      </w:pPr>
      <w:r>
        <w:rPr>
          <w:rFonts w:ascii="Garamond" w:hAnsi="Garamond" w:cs="Garamond"/>
          <w:b w:val="0"/>
          <w:i w:val="0"/>
          <w:sz w:val="24"/>
        </w:rPr>
        <w:t>“It is not that kind of wall,” Valor said, reading him easily. “You cannot push through it. It is not a force you feel in your body. It is a fear that builds in the mind until you cannot fly. A simple but effective magic, and it holds horse and dragon alike.”</w:t>
      </w:r>
    </w:p>
    <w:p>
      <w:pPr>
        <w:spacing w:before="0" w:after="0"/>
        <w:ind w:firstLine="480"/>
        <w:jc w:val="left"/>
      </w:pPr>
      <w:r>
        <w:rPr>
          <w:rFonts w:ascii="Garamond" w:hAnsi="Garamond" w:cs="Garamond"/>
          <w:b w:val="0"/>
          <w:i w:val="0"/>
          <w:sz w:val="24"/>
        </w:rPr>
        <w:t>The group turned north and the island came back into view on the left and the open sea stayed on the right.</w:t>
      </w:r>
    </w:p>
    <w:p>
      <w:pPr>
        <w:spacing w:before="0" w:after="0"/>
        <w:ind w:firstLine="480"/>
        <w:jc w:val="left"/>
      </w:pPr>
      <w:r>
        <w:rPr>
          <w:rFonts w:ascii="Garamond" w:hAnsi="Garamond" w:cs="Garamond"/>
          <w:b w:val="0"/>
          <w:i w:val="0"/>
          <w:sz w:val="24"/>
        </w:rPr>
        <w:t>“Fear,” Petra said, thinking it through for the others to hear. “The elves fear the dragons. The Equis fear the ocean. The dragons fear the Dragon Stars.” He let that sit for a moment. “We have to break this circle. That is why I was brought here. I will carry the Dragon Star into the fight. Once the dragons are gone there is no reason to keep anyone on this island.”</w:t>
      </w:r>
    </w:p>
    <w:p>
      <w:pPr>
        <w:spacing w:before="0" w:after="0"/>
        <w:ind w:firstLine="480"/>
        <w:jc w:val="left"/>
      </w:pPr>
      <w:r>
        <w:rPr>
          <w:rFonts w:ascii="Garamond" w:hAnsi="Garamond" w:cs="Garamond"/>
          <w:b w:val="0"/>
          <w:i w:val="0"/>
          <w:sz w:val="24"/>
        </w:rPr>
        <w:t>“It is not the dragons that keep us here,” the King said from Rothallan’s back. “I have not finished telling you about the writings.”</w:t>
      </w:r>
    </w:p>
    <w:p>
      <w:pPr>
        <w:spacing w:before="0" w:after="0"/>
        <w:ind w:firstLine="480"/>
        <w:jc w:val="left"/>
      </w:pPr>
      <w:r>
        <w:rPr>
          <w:rFonts w:ascii="Garamond" w:hAnsi="Garamond" w:cs="Garamond"/>
          <w:b w:val="0"/>
          <w:i w:val="0"/>
          <w:sz w:val="24"/>
        </w:rPr>
        <w:t>“What writings?” the Queen asked.</w:t>
      </w:r>
    </w:p>
    <w:p>
      <w:pPr>
        <w:spacing w:before="0" w:after="0"/>
        <w:ind w:firstLine="480"/>
        <w:jc w:val="left"/>
      </w:pPr>
      <w:r>
        <w:rPr>
          <w:rFonts w:ascii="Garamond" w:hAnsi="Garamond" w:cs="Garamond"/>
          <w:b w:val="0"/>
          <w:i w:val="0"/>
          <w:sz w:val="24"/>
        </w:rPr>
        <w:t>The King told her. Writings from the first days after Tolanthis brought the Dragon Star back to Alteria, a period nobody had examined closely because the city had been destroyed and the histories lost and the copies made from memory were incomplete. A faction had formed in the desperation of those years, people who had begun to worship the dragons out of fear, who had been pushed to the edge by the Watcher’s pressure and a thousand years of silence from Valoria. They had plotted to give the Valorians to the dragons in exchange for Alterian safety, and they had been negotiating that arrangement with a representative of the dragons.</w:t>
      </w:r>
    </w:p>
    <w:p>
      <w:pPr>
        <w:spacing w:before="0" w:after="0"/>
        <w:ind w:firstLine="480"/>
        <w:jc w:val="left"/>
      </w:pPr>
      <w:r>
        <w:rPr>
          <w:rFonts w:ascii="Garamond" w:hAnsi="Garamond" w:cs="Garamond"/>
          <w:b w:val="0"/>
          <w:i w:val="0"/>
          <w:sz w:val="24"/>
        </w:rPr>
        <w:t>The Queen stiffened on Far Wing’s back. She knew, though the King did not yet, that there had been a mirror plot in Valoria, a plan to steal the Alterian Dragon Star. That both peoples had been willing to stoop to the same thing in the same desperate era made her feel ill in a way that had nothing to do with flying.</w:t>
      </w:r>
    </w:p>
    <w:p>
      <w:pPr>
        <w:spacing w:before="0" w:after="0"/>
        <w:ind w:firstLine="480"/>
        <w:jc w:val="left"/>
      </w:pPr>
      <w:r>
        <w:rPr>
          <w:rFonts w:ascii="Garamond" w:hAnsi="Garamond" w:cs="Garamond"/>
          <w:b w:val="0"/>
          <w:i w:val="0"/>
          <w:sz w:val="24"/>
        </w:rPr>
        <w:t>“The representative was Hessa,” Pico said into the silence. “She has been working against both our peoples for a very long time. She is the reason we are here. Not the gods. Her.”</w:t>
      </w:r>
    </w:p>
    <w:p>
      <w:pPr>
        <w:spacing w:before="0" w:after="0"/>
        <w:ind w:firstLine="480"/>
        <w:jc w:val="left"/>
      </w:pPr>
      <w:r>
        <w:rPr>
          <w:rFonts w:ascii="Garamond" w:hAnsi="Garamond" w:cs="Garamond"/>
          <w:b w:val="0"/>
          <w:i w:val="0"/>
          <w:sz w:val="24"/>
        </w:rPr>
        <w:t>“When Telecio saw what she was doing,” the King continued, “he sent one of his warriors to right it. That warrior was Tolanthis. He secured the Dragon Star and wrote down everything he had witnessed. His writings were what Falsey stole from my study. It was what Nalbieth found in the histories.”</w:t>
      </w:r>
    </w:p>
    <w:p>
      <w:pPr>
        <w:spacing w:before="0" w:after="0"/>
        <w:ind w:firstLine="480"/>
        <w:jc w:val="left"/>
      </w:pPr>
      <w:r>
        <w:rPr>
          <w:rFonts w:ascii="Garamond" w:hAnsi="Garamond" w:cs="Garamond"/>
          <w:b w:val="0"/>
          <w:i w:val="0"/>
          <w:sz w:val="24"/>
        </w:rPr>
        <w:t>“Tolanthis was given a quest and a prophecy,” Pico said. “He fulfilled the quest. The prophecy he never understood, because the histories had been lost and he had no knowledge of the children of the third age or what was coming. He wrote it down as best he could. I memorized it.”</w:t>
      </w:r>
    </w:p>
    <w:p>
      <w:pPr>
        <w:spacing w:before="0" w:after="0"/>
        <w:ind w:firstLine="480"/>
        <w:jc w:val="left"/>
      </w:pPr>
      <w:r>
        <w:rPr>
          <w:rFonts w:ascii="Garamond" w:hAnsi="Garamond" w:cs="Garamond"/>
          <w:b w:val="0"/>
          <w:i w:val="0"/>
          <w:sz w:val="24"/>
        </w:rPr>
        <w:t>“All of it?” her father asked.</w:t>
      </w:r>
    </w:p>
    <w:p>
      <w:pPr>
        <w:spacing w:before="0" w:after="0"/>
        <w:ind w:firstLine="480"/>
        <w:jc w:val="left"/>
      </w:pPr>
      <w:r>
        <w:rPr>
          <w:rFonts w:ascii="Garamond" w:hAnsi="Garamond" w:cs="Garamond"/>
          <w:b w:val="0"/>
          <w:i w:val="0"/>
          <w:sz w:val="24"/>
        </w:rPr>
        <w:t>“All of it,” she said.</w:t>
      </w:r>
    </w:p>
    <w:p>
      <w:pPr>
        <w:spacing w:before="0" w:after="0"/>
        <w:ind w:firstLine="480"/>
        <w:jc w:val="left"/>
      </w:pPr>
      <w:r>
        <w:rPr>
          <w:rFonts w:ascii="Garamond" w:hAnsi="Garamond" w:cs="Garamond"/>
          <w:b w:val="0"/>
          <w:i w:val="0"/>
          <w:sz w:val="24"/>
        </w:rPr>
        <w:t>She recited it into the night air, her voice steady, the words moving out across the water and the dark.</w:t>
      </w:r>
    </w:p>
    <w:p>
      <w:pPr>
        <w:jc w:val="left"/>
        <w:spacing w:before="120" w:after="120"/>
        <w:ind w:left="960"/>
      </w:pPr>
      <w:r>
        <w:rPr>
          <w:rFonts w:ascii="Garamond" w:hAnsi="Garamond"/>
          <w:sz w:val="24"/>
          <w:i/>
          <w:iCs/>
        </w:rPr>
        <w:t xml:space="preserve">When the scions land upon your shore,
And your salvation bring,
Light and dark they will be four,
And one shall be a king.</w:t>
      </w:r>
    </w:p>
    <w:p>
      <w:pPr>
        <w:jc w:val="left"/>
        <w:spacing w:before="120" w:after="120"/>
        <w:ind w:left="960"/>
      </w:pPr>
      <w:r>
        <w:rPr>
          <w:rFonts w:ascii="Garamond" w:hAnsi="Garamond"/>
          <w:sz w:val="24"/>
          <w:i/>
          <w:iCs/>
        </w:rPr>
        <w:t xml:space="preserve">Each will try to find the star,
That lives on danger's ground,
One will die, one will fly,
And two will hunt them down.</w:t>
      </w:r>
    </w:p>
    <w:p>
      <w:pPr>
        <w:jc w:val="left"/>
        <w:spacing w:before="120" w:after="120"/>
        <w:ind w:left="960"/>
      </w:pPr>
      <w:r>
        <w:rPr>
          <w:rFonts w:ascii="Garamond" w:hAnsi="Garamond"/>
          <w:sz w:val="24"/>
          <w:i/>
          <w:iCs/>
        </w:rPr>
        <w:t xml:space="preserve">Tell my son to spare the child,
By giving him the crown,
Only through his innocence,
Will he keep the darkness down.</w:t>
      </w:r>
    </w:p>
    <w:p>
      <w:pPr>
        <w:jc w:val="left"/>
        <w:spacing w:before="120" w:after="120"/>
        <w:ind w:left="960"/>
      </w:pPr>
      <w:r>
        <w:rPr>
          <w:rFonts w:ascii="Garamond" w:hAnsi="Garamond"/>
          <w:sz w:val="24"/>
          <w:i/>
          <w:iCs/>
        </w:rPr>
        <w:t xml:space="preserve">High atop the broken shore,
There lies a golden stone,
Find it first, use it last,
Or call the island home.</w:t>
      </w:r>
    </w:p>
    <w:p>
      <w:pPr>
        <w:jc w:val="left"/>
        <w:spacing w:before="120" w:after="120"/>
        <w:ind w:left="960"/>
      </w:pPr>
      <w:r>
        <w:rPr>
          <w:rFonts w:ascii="Garamond" w:hAnsi="Garamond"/>
          <w:sz w:val="24"/>
          <w:i/>
          <w:iCs/>
        </w:rPr>
        <w:t xml:space="preserve">There is a force that walks the land,
The laws by her are set,
The prison gates are by her hand,
The darkness is her pet.</w:t>
      </w:r>
    </w:p>
    <w:p>
      <w:pPr>
        <w:jc w:val="left"/>
        <w:spacing w:before="120" w:after="120"/>
        <w:ind w:left="960"/>
      </w:pPr>
      <w:r>
        <w:rPr>
          <w:rFonts w:ascii="Garamond" w:hAnsi="Garamond"/>
          <w:sz w:val="24"/>
          <w:i/>
          <w:iCs/>
        </w:rPr>
        <w:t xml:space="preserve">The star of orange is her Dar-Bal,
Baiting with a prize,
Lured to a lasting fall,
By a child’s darkened eyes.</w:t>
      </w:r>
    </w:p>
    <w:p>
      <w:pPr>
        <w:jc w:val="left"/>
        <w:spacing w:before="120" w:after="120"/>
        <w:ind w:left="960"/>
      </w:pPr>
      <w:r>
        <w:rPr>
          <w:rFonts w:ascii="Garamond" w:hAnsi="Garamond"/>
          <w:sz w:val="24"/>
          <w:i/>
          <w:iCs/>
        </w:rPr>
        <w:t xml:space="preserve">If the spell is set too fast,
And the prison is too weak,
All the magic will not last,
And you lose the one you seek.</w:t>
      </w:r>
    </w:p>
    <w:p>
      <w:pPr>
        <w:jc w:val="left"/>
        <w:spacing w:before="120" w:after="120"/>
        <w:ind w:left="960"/>
      </w:pPr>
      <w:r>
        <w:rPr>
          <w:rFonts w:ascii="Garamond" w:hAnsi="Garamond"/>
          <w:sz w:val="24"/>
          <w:i/>
          <w:iCs/>
        </w:rPr>
        <w:t xml:space="preserve">The dark winds she holds onto,
Will still be a splendid gown,
For her return to Estos,
To bring the Balance down.</w:t>
      </w:r>
    </w:p>
    <w:p>
      <w:pPr>
        <w:spacing w:before="0" w:after="0"/>
        <w:ind w:firstLine="480"/>
        <w:jc w:val="left"/>
      </w:pPr>
      <w:r>
        <w:rPr>
          <w:rFonts w:ascii="Garamond" w:hAnsi="Garamond" w:cs="Garamond"/>
          <w:b w:val="0"/>
          <w:i w:val="0"/>
          <w:sz w:val="24"/>
        </w:rPr>
        <w:t>“There are only three of us,” Petra said.</w:t>
      </w:r>
    </w:p>
    <w:p>
      <w:pPr>
        <w:spacing w:before="0" w:after="0"/>
        <w:ind w:firstLine="480"/>
        <w:jc w:val="left"/>
      </w:pPr>
      <w:r>
        <w:rPr>
          <w:rFonts w:ascii="Garamond" w:hAnsi="Garamond" w:cs="Garamond"/>
          <w:b w:val="0"/>
          <w:i w:val="0"/>
          <w:sz w:val="24"/>
        </w:rPr>
        <w:t>“Light and dark, they will be four,” the King said. “If the three of you represent the light, the fourth must represent the dark. It is possible someone else survived that first night on the beach.”</w:t>
      </w:r>
    </w:p>
    <w:p>
      <w:pPr>
        <w:spacing w:before="0" w:after="0"/>
        <w:ind w:firstLine="480"/>
        <w:jc w:val="left"/>
      </w:pPr>
      <w:r>
        <w:rPr>
          <w:rFonts w:ascii="Garamond" w:hAnsi="Garamond" w:cs="Garamond"/>
          <w:b w:val="0"/>
          <w:i w:val="0"/>
          <w:sz w:val="24"/>
        </w:rPr>
        <w:t>Petra said nothing. He had not checked for survivors the next day. He had not thought to.</w:t>
      </w:r>
    </w:p>
    <w:p>
      <w:pPr>
        <w:spacing w:before="0" w:after="0"/>
        <w:ind w:firstLine="480"/>
        <w:jc w:val="left"/>
      </w:pPr>
      <w:r>
        <w:rPr>
          <w:rFonts w:ascii="Garamond" w:hAnsi="Garamond" w:cs="Garamond"/>
          <w:b w:val="0"/>
          <w:i w:val="0"/>
          <w:sz w:val="24"/>
        </w:rPr>
        <w:t>“One dies, one flies, and two to hunt them down,” the Queen said quietly. “We know which one flies.”</w:t>
      </w:r>
    </w:p>
    <w:p>
      <w:pPr>
        <w:spacing w:before="0" w:after="0"/>
        <w:ind w:firstLine="480"/>
        <w:jc w:val="left"/>
      </w:pPr>
      <w:r>
        <w:rPr>
          <w:rFonts w:ascii="Garamond" w:hAnsi="Garamond" w:cs="Garamond"/>
          <w:b w:val="0"/>
          <w:i w:val="0"/>
          <w:sz w:val="24"/>
        </w:rPr>
        <w:t>“Your guess is as good as mine on the rest,” the King said. “But I read the prophecy one way. There is one chance to use the magic against Hessa. If we fail she rides the dark winds home and the Balance falls.”</w:t>
      </w:r>
    </w:p>
    <w:p>
      <w:pPr>
        <w:spacing w:before="0" w:after="0"/>
        <w:ind w:firstLine="480"/>
        <w:jc w:val="left"/>
      </w:pPr>
      <w:r>
        <w:rPr>
          <w:rFonts w:ascii="Garamond" w:hAnsi="Garamond" w:cs="Garamond"/>
          <w:b w:val="0"/>
          <w:i w:val="0"/>
          <w:sz w:val="24"/>
        </w:rPr>
        <w:t>“The prophecy says she returns to Estos,” Petra said. “That means we send her away. That is better than nothing.”</w:t>
      </w:r>
    </w:p>
    <w:p>
      <w:pPr>
        <w:spacing w:before="0" w:after="0"/>
        <w:ind w:firstLine="480"/>
        <w:jc w:val="left"/>
      </w:pPr>
      <w:r>
        <w:rPr>
          <w:rFonts w:ascii="Garamond" w:hAnsi="Garamond" w:cs="Garamond"/>
          <w:b w:val="0"/>
          <w:i w:val="0"/>
          <w:sz w:val="24"/>
        </w:rPr>
        <w:t>“Find the golden stone first and use it last,” Pico said, “or call the island home.” She had been thinking about this since she recited it. “What happens if Kato finds a nest first and uses the stone without knowing? He could trap us all here without meaning to.”</w:t>
      </w:r>
    </w:p>
    <w:p>
      <w:pPr>
        <w:spacing w:before="0" w:after="0"/>
        <w:ind w:firstLine="480"/>
        <w:jc w:val="left"/>
      </w:pPr>
      <w:r>
        <w:rPr>
          <w:rFonts w:ascii="Garamond" w:hAnsi="Garamond" w:cs="Garamond"/>
          <w:b w:val="0"/>
          <w:i w:val="0"/>
          <w:sz w:val="24"/>
        </w:rPr>
        <w:t>That landed on everyone at once.</w:t>
      </w:r>
    </w:p>
    <w:p>
      <w:pPr>
        <w:spacing w:before="0" w:after="0"/>
        <w:ind w:firstLine="480"/>
        <w:jc w:val="left"/>
      </w:pPr>
      <w:r>
        <w:rPr>
          <w:rFonts w:ascii="Garamond" w:hAnsi="Garamond" w:cs="Garamond"/>
          <w:b w:val="0"/>
          <w:i w:val="0"/>
          <w:sz w:val="24"/>
        </w:rPr>
        <w:t>“Far Wing,” the Queen said. “Are there other nests near the shore?”</w:t>
      </w:r>
    </w:p>
    <w:p>
      <w:pPr>
        <w:spacing w:before="0" w:after="0"/>
        <w:ind w:firstLine="480"/>
        <w:jc w:val="left"/>
      </w:pPr>
      <w:r>
        <w:rPr>
          <w:rFonts w:ascii="Garamond" w:hAnsi="Garamond" w:cs="Garamond"/>
          <w:b w:val="0"/>
          <w:i w:val="0"/>
          <w:sz w:val="24"/>
        </w:rPr>
        <w:t>“One, in the north near where Valoria stood. Too close to the fire mountain now. I know of no others on the coast.”</w:t>
      </w:r>
    </w:p>
    <w:p>
      <w:pPr>
        <w:spacing w:before="0" w:after="0"/>
        <w:ind w:firstLine="480"/>
        <w:jc w:val="left"/>
      </w:pPr>
      <w:r>
        <w:rPr>
          <w:rFonts w:ascii="Garamond" w:hAnsi="Garamond" w:cs="Garamond"/>
          <w:b w:val="0"/>
          <w:i w:val="0"/>
          <w:sz w:val="24"/>
        </w:rPr>
        <w:t>“Could Kato find the northern nest?”</w:t>
      </w:r>
    </w:p>
    <w:p>
      <w:pPr>
        <w:spacing w:before="0" w:after="0"/>
        <w:ind w:firstLine="480"/>
        <w:jc w:val="left"/>
      </w:pPr>
      <w:r>
        <w:rPr>
          <w:rFonts w:ascii="Garamond" w:hAnsi="Garamond" w:cs="Garamond"/>
          <w:b w:val="0"/>
          <w:i w:val="0"/>
          <w:sz w:val="24"/>
        </w:rPr>
        <w:t>“It is possible.”</w:t>
      </w:r>
    </w:p>
    <w:p>
      <w:pPr>
        <w:spacing w:before="0" w:after="0"/>
        <w:ind w:firstLine="480"/>
        <w:jc w:val="left"/>
      </w:pPr>
      <w:r>
        <w:rPr>
          <w:rFonts w:ascii="Garamond" w:hAnsi="Garamond" w:cs="Garamond"/>
          <w:b w:val="0"/>
          <w:i w:val="0"/>
          <w:sz w:val="24"/>
        </w:rPr>
        <w:t>“Send one of your sons to watch for him.”</w:t>
      </w:r>
    </w:p>
    <w:p>
      <w:pPr>
        <w:spacing w:before="0" w:after="0"/>
        <w:ind w:firstLine="480"/>
        <w:jc w:val="left"/>
      </w:pPr>
      <w:r>
        <w:rPr>
          <w:rFonts w:ascii="Garamond" w:hAnsi="Garamond" w:cs="Garamond"/>
          <w:b w:val="0"/>
          <w:i w:val="0"/>
          <w:sz w:val="24"/>
        </w:rPr>
        <w:t>“It is done,” Far Wing said, and Valor’s younger brother slid out of formation and turned west without a word, settling in for a long night’s flying.</w:t>
      </w:r>
    </w:p>
    <w:p>
      <w:pPr>
        <w:spacing w:before="0" w:after="0"/>
        <w:ind w:firstLine="480"/>
        <w:jc w:val="left"/>
      </w:pPr>
      <w:r>
        <w:rPr>
          <w:rFonts w:ascii="Garamond" w:hAnsi="Garamond" w:cs="Garamond"/>
          <w:b w:val="0"/>
          <w:i w:val="0"/>
          <w:sz w:val="24"/>
        </w:rPr>
        <w:t>The coast ahead rose into cliffs, black against the faint light of Eros on the water. Far Wing began to descend.</w:t>
      </w:r>
    </w:p>
    <w:p>
      <w:pPr>
        <w:spacing w:before="0" w:after="0"/>
        <w:ind w:firstLine="480"/>
        <w:jc w:val="left"/>
      </w:pPr>
      <w:r>
        <w:rPr>
          <w:rFonts w:ascii="Garamond" w:hAnsi="Garamond" w:cs="Garamond"/>
          <w:b w:val="0"/>
          <w:i w:val="0"/>
          <w:sz w:val="24"/>
        </w:rPr>
        <w:t>“We wait here,” he said. “Valor and I will scout with our riders. If the path is clear we go in fast and come out the same way. If not, we send the next pair.” He paused. “Not all of us will reach the nest. Speed is everything.”</w:t>
      </w:r>
    </w:p>
    <w:p>
      <w:pPr>
        <w:spacing w:before="0" w:after="0"/>
        <w:ind w:firstLine="480"/>
        <w:jc w:val="left"/>
      </w:pPr>
      <w:r>
        <w:rPr>
          <w:rFonts w:ascii="Garamond" w:hAnsi="Garamond" w:cs="Garamond"/>
          <w:b w:val="0"/>
          <w:i w:val="0"/>
          <w:sz w:val="24"/>
        </w:rPr>
        <w:t>The landing was uncomfortable, a narrow ledge of wind-scoured rock above the crashing surf, exposed and dark and too far into dragon land for anyone’s comfort. The riders dismounted to give the fliers a rest. Petra moved to the cliff face and sat with his back to the stone, facing away from the edge, because the surf far below had a pull to it he did not entirely trust himself around.</w:t>
      </w:r>
    </w:p>
    <w:p>
      <w:r>
        <w:rPr>
          <w:rFonts w:ascii="Garamond" w:hAnsi="Garamond"/>
          <w:sz w:val="24"/>
        </w:rPr>
        <w:br w:type="page"/>
      </w:r>
    </w:p>
    <w:p>
      <w:pPr>
        <w:jc w:val="center"/>
      </w:pPr>
      <w:r>
        <w:rPr>
          <w:rFonts w:ascii="Garamond" w:hAnsi="Garamond"/>
          <w:b/>
          <w:sz w:val="28"/>
        </w:rPr>
        <w:t>Chapter Fifty-Six</w:t>
      </w:r>
    </w:p>
    <w:p>
      <w:r>
        <w:rPr>
          <w:rFonts w:ascii="Garamond" w:hAnsi="Garamond"/>
          <w:b w:val="0"/>
          <w:sz w:val="24"/>
        </w:rPr>
        <w:t>Verad lay quietly in the web of vines and roots at what he presumed to be Kato’s feet. They were moving through another chamber, lit with the same cold green that had filled the tunnels since they entered the Watcher’s territory. He had thought at first it was like Pico’s light. It wasn’t. He understood that now. Pico’s light was warm. This light had something wrong at its center, a contradiction he could not name, as though darkness had been taught to glow.</w:t>
      </w:r>
    </w:p>
    <w:p>
      <w:r>
        <w:rPr>
          <w:rFonts w:ascii="Garamond" w:hAnsi="Garamond"/>
          <w:b w:val="0"/>
          <w:sz w:val="24"/>
        </w:rPr>
        <w:t>“Calm down, Verad,” Kato whispered. “You’re starting to scream.”</w:t>
      </w:r>
    </w:p>
    <w:p>
      <w:r>
        <w:rPr>
          <w:rFonts w:ascii="Garamond" w:hAnsi="Garamond"/>
          <w:b w:val="0"/>
          <w:sz w:val="24"/>
        </w:rPr>
        <w:t>“Sorry.” He pulled the feeling back in as best he could. “I’m scared.”</w:t>
      </w:r>
    </w:p>
    <w:p>
      <w:r>
        <w:rPr>
          <w:rFonts w:ascii="Garamond" w:hAnsi="Garamond"/>
          <w:b w:val="0"/>
          <w:sz w:val="24"/>
        </w:rPr>
        <w:t>“Close that door. Don’t let it get out.”</w:t>
      </w:r>
    </w:p>
    <w:p>
      <w:r>
        <w:rPr>
          <w:rFonts w:ascii="Garamond" w:hAnsi="Garamond"/>
          <w:b w:val="0"/>
          <w:sz w:val="24"/>
        </w:rPr>
        <w:t>“What door? Don’t let what out?”</w:t>
      </w:r>
    </w:p>
    <w:p>
      <w:r>
        <w:rPr>
          <w:rFonts w:ascii="Garamond" w:hAnsi="Garamond"/>
          <w:b w:val="0"/>
          <w:sz w:val="24"/>
        </w:rPr>
        <w:t>Kato paused, then answered more carefully. “Your emotions sit behind a door in your mind. Most of the time you don’t feel them build until they’re already spilling out. We learn to manage that door in childhood, over years. You don’t have years.”</w:t>
      </w:r>
    </w:p>
    <w:p>
      <w:r>
        <w:rPr>
          <w:rFonts w:ascii="Garamond" w:hAnsi="Garamond"/>
          <w:b w:val="0"/>
          <w:sz w:val="24"/>
        </w:rPr>
        <w:t>“That’s reassuring.”</w:t>
      </w:r>
    </w:p>
    <w:p>
      <w:r>
        <w:rPr>
          <w:rFonts w:ascii="Garamond" w:hAnsi="Garamond"/>
          <w:b w:val="0"/>
          <w:sz w:val="24"/>
        </w:rPr>
        <w:t>“I’m sorry. But you have to be here. It’s the only way I can protect you.”</w:t>
      </w:r>
    </w:p>
    <w:p>
      <w:r>
        <w:rPr>
          <w:rFonts w:ascii="Garamond" w:hAnsi="Garamond"/>
          <w:b w:val="0"/>
          <w:sz w:val="24"/>
        </w:rPr>
        <w:t>“And we all know how well that’s gone so far.”</w:t>
      </w:r>
    </w:p>
    <w:p>
      <w:r>
        <w:rPr>
          <w:rFonts w:ascii="Garamond" w:hAnsi="Garamond"/>
          <w:b w:val="0"/>
          <w:sz w:val="24"/>
        </w:rPr>
        <w:t>Kato’s amusement moved through the link like a warm current. “Said like a native. Not a flicker of feeling.” He shifted in the tunnel. “How are your legs?”</w:t>
      </w:r>
    </w:p>
    <w:p>
      <w:r>
        <w:rPr>
          <w:rFonts w:ascii="Garamond" w:hAnsi="Garamond"/>
          <w:b w:val="0"/>
          <w:sz w:val="24"/>
        </w:rPr>
        <w:t>Verad would have preferred not to think about his legs. The wounds weren’t deep, but his body remembered exactly how close things had come to being much worse. “I think they’ll hold. I’m scared, Kato. I’m not pretending otherwise.”</w:t>
      </w:r>
    </w:p>
    <w:p>
      <w:r>
        <w:rPr>
          <w:rFonts w:ascii="Garamond" w:hAnsi="Garamond"/>
          <w:b w:val="0"/>
          <w:sz w:val="24"/>
        </w:rPr>
        <w:t>“I know.” Kato stopped moving. “What we are doing is what we were always going to do. The prophecy is in every step we take.” Several of his many eyes turned toward the boy in the vines. “Maybe it was always meant that you be scared. But I think you were also meant to bring us through this. Either way, we have to continue.”</w:t>
      </w:r>
    </w:p>
    <w:p>
      <w:r>
        <w:rPr>
          <w:rFonts w:ascii="Garamond" w:hAnsi="Garamond"/>
          <w:b w:val="0"/>
          <w:sz w:val="24"/>
        </w:rPr>
        <w:t>“It would help if I stopped screaming while we did.”</w:t>
      </w:r>
    </w:p>
    <w:p>
      <w:r>
        <w:rPr>
          <w:rFonts w:ascii="Garamond" w:hAnsi="Garamond"/>
          <w:b w:val="0"/>
          <w:sz w:val="24"/>
        </w:rPr>
        <w:t>“Well.”</w:t>
      </w:r>
    </w:p>
    <w:p>
      <w:r>
        <w:rPr>
          <w:rFonts w:ascii="Garamond" w:hAnsi="Garamond"/>
          <w:b w:val="0"/>
          <w:sz w:val="24"/>
        </w:rPr>
        <w:t>“I get the picture.”</w:t>
      </w:r>
    </w:p>
    <w:p>
      <w:r>
        <w:rPr>
          <w:rFonts w:ascii="Garamond" w:hAnsi="Garamond"/>
          <w:b w:val="0"/>
          <w:sz w:val="24"/>
        </w:rPr>
        <w:t>“You can do this,” Kato said. “The strength is already in you.”</w:t>
      </w:r>
    </w:p>
    <w:p>
      <w:r>
        <w:rPr>
          <w:rFonts w:ascii="Garamond" w:hAnsi="Garamond"/>
          <w:b w:val="0"/>
          <w:sz w:val="24"/>
        </w:rPr>
        <w:t>Verad went quiet. Something in those words pulled him sideways in time, away from the cold tunnel and the wrong-colored light. “My father said something like that once.” His emotion had quieted without his trying. “First night I was supposed to stand watch over the flock alone. The dogs were with me, but I was convinced the wolves would come. I wasn’t worried about the sheep. I was scared for myself.”</w:t>
      </w:r>
    </w:p>
    <w:p>
      <w:r>
        <w:rPr>
          <w:rFonts w:ascii="Garamond" w:hAnsi="Garamond"/>
          <w:b w:val="0"/>
          <w:sz w:val="24"/>
        </w:rPr>
        <w:t>Kato held still and listened.</w:t>
      </w:r>
    </w:p>
    <w:p>
      <w:r>
        <w:rPr>
          <w:rFonts w:ascii="Garamond" w:hAnsi="Garamond"/>
          <w:b w:val="0"/>
          <w:sz w:val="24"/>
        </w:rPr>
        <w:t>“He told me the fear was only the outer layer. That underneath it, my real heart was already waiting. He said someday I would have to stand up for the people I loved, and that guarding sheep in the dark was good practice.”</w:t>
      </w:r>
    </w:p>
    <w:p>
      <w:r>
        <w:rPr>
          <w:rFonts w:ascii="Garamond" w:hAnsi="Garamond"/>
          <w:b w:val="0"/>
          <w:sz w:val="24"/>
        </w:rPr>
        <w:t>Kato felt it. The thought had gone steady and fierce, and beneath it something else, something Verad was not trying to contain at all because he had not yet learned to recognize it as dangerous.</w:t>
      </w:r>
    </w:p>
    <w:p>
      <w:r>
        <w:rPr>
          <w:rFonts w:ascii="Garamond" w:hAnsi="Garamond"/>
          <w:b w:val="0"/>
          <w:sz w:val="24"/>
        </w:rPr>
        <w:t>“It is all right to love her,” Kato said quietly. “I believe she feels it too.”</w:t>
      </w:r>
    </w:p>
    <w:p>
      <w:r>
        <w:rPr>
          <w:rFonts w:ascii="Garamond" w:hAnsi="Garamond"/>
          <w:b w:val="0"/>
          <w:sz w:val="24"/>
        </w:rPr>
        <w:t>That settled into Verad like a stone finding the bottom.</w:t>
      </w:r>
    </w:p>
    <w:p>
      <w:r>
        <w:rPr>
          <w:rFonts w:ascii="Garamond" w:hAnsi="Garamond"/>
          <w:b w:val="0"/>
          <w:sz w:val="24"/>
        </w:rPr>
        <w:t>Kato felt him change. “We go,” he said, and started down the corridor toward the thing he called the Watcher.</w:t>
      </w:r>
    </w:p>
    <w:p>
      <w:r>
        <w:rPr>
          <w:rFonts w:ascii="Garamond" w:hAnsi="Garamond"/>
          <w:b w:val="0"/>
          <w:sz w:val="24"/>
        </w:rPr>
        <w:t>They had not gone far enough for the moment to wear off before Kato slowed and spoke in a breath that barely moved the air. “We’re here. Stay still. Whatever happens.”</w:t>
      </w:r>
    </w:p>
    <w:p>
      <w:r>
        <w:rPr>
          <w:rFonts w:ascii="Garamond" w:hAnsi="Garamond"/>
          <w:b w:val="0"/>
          <w:sz w:val="24"/>
        </w:rPr>
        <w:t>He pressed through a gap in the tunnel wall that was nearly invisible until you were standing in it. The cavern beyond was smaller than the one they had just left, though Verad could not find the ceiling in the swirling light. The glow confined itself to the lower twenty feet of the chamber, leaving the upper walls in a darkness that seemed to shift. Verad could hear his own breathing and the soft rustle of vines, and then the rustle slowed, and slowed, and stopped.</w:t>
      </w:r>
    </w:p>
    <w:p>
      <w:r>
        <w:rPr>
          <w:rFonts w:ascii="Garamond" w:hAnsi="Garamond"/>
          <w:b w:val="0"/>
          <w:sz w:val="24"/>
        </w:rPr>
        <w:t>His breathing was all that was left.</w:t>
      </w:r>
    </w:p>
    <w:p>
      <w:r>
        <w:rPr>
          <w:rFonts w:ascii="Garamond" w:hAnsi="Garamond"/>
          <w:b w:val="0"/>
          <w:sz w:val="24"/>
        </w:rPr>
        <w:t>He turned his mind to Pico deliberately, the way you close a hand around something you don’t want to drop. He pictured her face the last time he had seen it, rigid with horror as her father struck her brother down. Then he moved back further to the first time, the warm green glow of her light surrounding her, and he had thought her the most beautiful thing he had ever seen, more beautiful than every daydream he had built alone on the hillside while the flock grazed in the valley below. He wanted to say it. He pushed it back. Even love he would keep behind a closed door. He felt it more than he felt the fear, and he would hold them both, because there was a Dragon Star to find and a Princess to bring home.</w:t>
      </w:r>
    </w:p>
    <w:p>
      <w:r>
        <w:rPr>
          <w:rFonts w:ascii="Garamond" w:hAnsi="Garamond"/>
          <w:b w:val="0"/>
          <w:sz w:val="24"/>
        </w:rPr>
        <w:t>The first probe swept through the chamber like a cold finger dragged across the inside of his skull. It was not Kato. He knew that immediately. There was malice in it, and something older, a patience that had been waiting in the dark for a very long time.</w:t>
      </w:r>
    </w:p>
    <w:p>
      <w:r>
        <w:rPr>
          <w:rFonts w:ascii="Garamond" w:hAnsi="Garamond"/>
          <w:b w:val="0"/>
          <w:sz w:val="24"/>
        </w:rPr>
        <w:t>He held. He gave it nothing.</w:t>
      </w:r>
    </w:p>
    <w:p>
      <w:r>
        <w:rPr>
          <w:rFonts w:ascii="Garamond" w:hAnsi="Garamond"/>
          <w:b w:val="0"/>
          <w:sz w:val="24"/>
        </w:rPr>
        <w:t>And then it was gone.</w:t>
      </w:r>
    </w:p>
    <w:p>
      <w:r>
        <w:rPr>
          <w:rFonts w:ascii="Garamond" w:hAnsi="Garamond"/>
          <w:b w:val="0"/>
          <w:sz w:val="24"/>
        </w:rPr>
        <w:t>The fear did not vanish with it, but something else rose up through the fear, something steadier. He had passed. He waited in the vines and the wrong-colored light and let the silence settle, and hoped there would be no more.</w:t>
      </w:r>
    </w:p>
    <w:p>
      <w:r>
        <w:rPr>
          <w:rFonts w:ascii="Garamond" w:hAnsi="Garamond"/>
          <w:sz w:val="24"/>
        </w:rPr>
        <w:br w:type="page"/>
      </w:r>
    </w:p>
    <w:p>
      <w:pPr>
        <w:jc w:val="center"/>
      </w:pPr>
      <w:r>
        <w:rPr>
          <w:rFonts w:ascii="Garamond" w:hAnsi="Garamond"/>
          <w:b/>
          <w:sz w:val="28"/>
        </w:rPr>
        <w:t>Chapter Fifty-Seven</w:t>
      </w:r>
    </w:p>
    <w:p>
      <w:r>
        <w:rPr>
          <w:rFonts w:ascii="Garamond" w:hAnsi="Garamond"/>
          <w:b w:val="0"/>
          <w:sz w:val="24"/>
        </w:rPr>
        <w:t>Far Wing’s son Sabel had just crossed the central mountain range. His wings ached and he was looking for a place to rest near the headwaters of the great river that ran south and east toward the bay below the Shining City. That was the name the Equis had given the Alterian city when it was nearing completion three thousand years ago, and the Alterians had liked it well enough to keep it. Seen from three thousand feet in the full light of Otos it was easy to understand why. The white marble caught the sun and threw it back from a hundred mirrors until the city blazed, painful to look at directly. In the cooler light of Eros it softened to a cold gleam, like something alive just beneath still water.</w:t>
      </w:r>
    </w:p>
    <w:p>
      <w:r>
        <w:rPr>
          <w:rFonts w:ascii="Garamond" w:hAnsi="Garamond"/>
          <w:b w:val="0"/>
          <w:sz w:val="24"/>
        </w:rPr>
        <w:t>Sabel scanned the land below him. Sharp eyes were a flier’s first defense, and he used them now without thinking, the way a trained warrior’s hand moves to his weapon before his mind has formed a thought. The valley floor offered no obvious danger. He was already turning into the wind for his descent when movement at the edge of the tree line caught him. A line of figures moving north, steady and purposeful, more than he could count at a glance.</w:t>
      </w:r>
    </w:p>
    <w:p>
      <w:r>
        <w:rPr>
          <w:rFonts w:ascii="Garamond" w:hAnsi="Garamond"/>
          <w:b w:val="0"/>
          <w:sz w:val="24"/>
        </w:rPr>
        <w:t>He held altitude and swung wide to look again. A flier learned early to protect the herd, and that instinct did not pause to ask whether a thing was his concern. He chose not to land. Whatever was moving through that valley, he wanted a better look first.</w:t>
      </w:r>
    </w:p>
    <w:p>
      <w:r>
        <w:rPr>
          <w:rFonts w:ascii="Garamond" w:hAnsi="Garamond"/>
          <w:sz w:val="24"/>
        </w:rPr>
        <w:br w:type="page"/>
      </w:r>
    </w:p>
    <w:p>
      <w:pPr>
        <w:jc w:val="center"/>
      </w:pPr>
      <w:r>
        <w:rPr>
          <w:rFonts w:ascii="Garamond" w:hAnsi="Garamond"/>
          <w:b/>
          <w:sz w:val="28"/>
        </w:rPr>
        <w:t>Chapter Fifty-Eight</w:t>
      </w:r>
    </w:p>
    <w:p>
      <w:r>
        <w:rPr>
          <w:rFonts w:ascii="Garamond" w:hAnsi="Garamond"/>
          <w:b w:val="0"/>
          <w:sz w:val="24"/>
        </w:rPr>
        <w:t>Terra Sario was still driving north along the Paths of the Dead, his warriors strung out behind him at a pace that had earned him a steady stream of quiet complaints since they left Alteria.</w:t>
      </w:r>
    </w:p>
    <w:p>
      <w:r>
        <w:rPr>
          <w:rFonts w:ascii="Garamond" w:hAnsi="Garamond"/>
          <w:b w:val="0"/>
          <w:sz w:val="24"/>
        </w:rPr>
        <w:t>Most of them didn’t understand what was pushing him. To their thinking, a few hours one way or the other changed nothing. The Valorians had waited a thousand years in the underground. They could wait a little longer. Some of the men would have been content to let them wait indefinitely. The history between the two peoples sat in the tunnels around them like a bad smell, and the Alterian warriors were not yet far enough from it to breathe easy.</w:t>
      </w:r>
    </w:p>
    <w:p>
      <w:r>
        <w:rPr>
          <w:rFonts w:ascii="Garamond" w:hAnsi="Garamond"/>
          <w:b w:val="0"/>
          <w:sz w:val="24"/>
        </w:rPr>
        <w:t>Though if Terra Sario was honest, most of his men knew the debt was real. They just didn’t like it. The Valorians had turned their backs on Alterian refugees and sealed themselves away, and a thousand years of silence was a long time to carry that. The King’s children had changed the political calculation, not the feeling underneath it.</w:t>
      </w:r>
    </w:p>
    <w:p>
      <w:r>
        <w:rPr>
          <w:rFonts w:ascii="Garamond" w:hAnsi="Garamond"/>
          <w:b w:val="0"/>
          <w:sz w:val="24"/>
        </w:rPr>
        <w:t>Terra Sario was not driven by feeling. He was driven by something quieter and harder to name. He wanted to be the one who brought them in. Not for the glory of it, though he did not pretend the history books meant nothing to him. What mattered was simpler than that. His people had a chance to be better than the worst thing their neighbors had done, and he was not going to let that chance slip past because of old wounds. Whatever his children thought of the Valorians, they would not grow up ashamed of how their people had acted when it counted.</w:t>
      </w:r>
    </w:p>
    <w:p>
      <w:r>
        <w:rPr>
          <w:rFonts w:ascii="Garamond" w:hAnsi="Garamond"/>
          <w:b w:val="0"/>
          <w:sz w:val="24"/>
        </w:rPr>
        <w:t>The resistance from the scavengers had been light so far. Most were fleeing ahead of the column rather than standing to fight, which suited him. He had sent a clearing party forward and left a rear guard to keep the black mass from pressing in behind them. It shouldn’t be long before they ran into Valorian scouts. When that happened he would need to keep the two groups of warriors well apart until cooler heads were in charge of the introductions. A tunnel brawl that only the scavengers survived was not the ending he had in mind.</w:t>
      </w:r>
    </w:p>
    <w:p>
      <w:r>
        <w:rPr>
          <w:rFonts w:ascii="Garamond" w:hAnsi="Garamond"/>
          <w:b w:val="0"/>
          <w:sz w:val="24"/>
        </w:rPr>
        <w:t>He slowed at a junction where a side passage opened to the west. Something about it pulled at him, the way a sound heard at the edge of sleep pulls you back before you can name it. He stood there a moment longer than he should have.</w:t>
      </w:r>
    </w:p>
    <w:p>
      <w:r>
        <w:rPr>
          <w:rFonts w:ascii="Garamond" w:hAnsi="Garamond"/>
          <w:b w:val="0"/>
          <w:sz w:val="24"/>
        </w:rPr>
        <w:t>The Valorians were on the Paths of the Dead. They had to be. There was no other route. He turned north and kept moving, but the feeling did not leave him.</w:t>
      </w:r>
    </w:p>
    <w:p>
      <w:r>
        <w:rPr>
          <w:rFonts w:ascii="Garamond" w:hAnsi="Garamond"/>
          <w:sz w:val="24"/>
        </w:rPr>
        <w:br w:type="page"/>
      </w:r>
    </w:p>
    <w:p>
      <w:pPr>
        <w:jc w:val="center"/>
      </w:pPr>
      <w:r>
        <w:rPr>
          <w:rFonts w:ascii="Garamond" w:hAnsi="Garamond"/>
          <w:b/>
          <w:sz w:val="28"/>
        </w:rPr>
        <w:t>Chapter Fifty-Nine</w:t>
      </w:r>
    </w:p>
    <w:p>
      <w:r>
        <w:rPr>
          <w:rFonts w:ascii="Garamond" w:hAnsi="Garamond"/>
          <w:b w:val="0"/>
          <w:sz w:val="24"/>
        </w:rPr>
        <w:t>Far Wing and the Queen were already airborne when Valor cleared the cliff, leaping out from the ledge with Petra on his back and catching the wind in a single clean motion. The gusts off the rock face were unpredictable and Valor had taken his time reading them, but years of practice had taught him the rhythm of it, and they joined Far Wing in a hover above the surf without incident.</w:t>
      </w:r>
    </w:p>
    <w:p>
      <w:r>
        <w:rPr>
          <w:rFonts w:ascii="Garamond" w:hAnsi="Garamond"/>
          <w:b w:val="0"/>
          <w:sz w:val="24"/>
        </w:rPr>
        <w:t>The plan was straightforward. Far Wing would take each rider and flier to the site separately, so every pair knew the route before they were asked to fly it alone and fast. There was an unspoken thought riding with all of them: if Petra could reach the stars on the first pass, the rest of them would never have to go in.</w:t>
      </w:r>
    </w:p>
    <w:p>
      <w:r>
        <w:rPr>
          <w:rFonts w:ascii="Garamond" w:hAnsi="Garamond"/>
          <w:b w:val="0"/>
          <w:sz w:val="24"/>
        </w:rPr>
        <w:t>Far Wing spoke as they flew, his mind-voice steady against the wind noise.</w:t>
      </w:r>
    </w:p>
    <w:p>
      <w:r>
        <w:rPr>
          <w:rFonts w:ascii="Garamond" w:hAnsi="Garamond"/>
          <w:b w:val="0"/>
          <w:sz w:val="24"/>
        </w:rPr>
        <w:t>The dragons protected this place, he told them, because it was one of perhaps five locations on the island where two dragons had died at the same moment, producing two stars together. A single star called to living dragons the way a fire called to moths, pulling them in, trapping them. But two stars calling at once canceled each other out. Neither could claim what crossed into their light. It meant a dragon could die here without being taken. The site was a sanctuary for them, which was why they guarded it so fiercely.</w:t>
      </w:r>
    </w:p>
    <w:p>
      <w:r>
        <w:rPr>
          <w:rFonts w:ascii="Garamond" w:hAnsi="Garamond"/>
          <w:b w:val="0"/>
          <w:sz w:val="24"/>
        </w:rPr>
        <w:t>This was new to the elves. They had always held one star at a time and assumed that more would simply mean more power. Far Wing set them straight. Two exposed at once was dangerous. One at a time, taken carefully, and they could carry out as many as the cavern held.</w:t>
      </w:r>
    </w:p>
    <w:p>
      <w:r>
        <w:rPr>
          <w:rFonts w:ascii="Garamond" w:hAnsi="Garamond"/>
          <w:b w:val="0"/>
          <w:sz w:val="24"/>
        </w:rPr>
        <w:t>The Queen absorbed this with the expression she wore when she was revising something she had believed for a long time. “Far Wing, we really should have talked about this sooner. We might have moved months ago.”</w:t>
      </w:r>
    </w:p>
    <w:p>
      <w:r>
        <w:rPr>
          <w:rFonts w:ascii="Garamond" w:hAnsi="Garamond"/>
          <w:b w:val="0"/>
          <w:sz w:val="24"/>
        </w:rPr>
        <w:t>“It would have done you no good, Your Majesty,” Far Wing replied, without any particular guilt. “The power inside that cavern is first age magic. It will be too much for any of you to bear. This is why we have waited for Sabel-Tor. Only he can reach the stars safely. Only he can handle them.”</w:t>
      </w:r>
    </w:p>
    <w:p>
      <w:r>
        <w:rPr>
          <w:rFonts w:ascii="Garamond" w:hAnsi="Garamond"/>
          <w:b w:val="0"/>
          <w:sz w:val="24"/>
        </w:rPr>
        <w:t>“So it is prophesied,” the Queen said, and left it there.</w:t>
      </w:r>
    </w:p>
    <w:p>
      <w:r>
        <w:rPr>
          <w:rFonts w:ascii="Garamond" w:hAnsi="Garamond"/>
          <w:b w:val="0"/>
          <w:sz w:val="24"/>
        </w:rPr>
        <w:t>Far Wing continued. The stars gave off no light of their own unless a living dragon was present; in the dark of the cavern they were invisible, just stones among stones. When a dragon entered, the stars nearest to it would begin to glow, and that was how you found the living ones. The dragons knew this and ventured into the cavern in short passes, watchful, never staying long, because the poison of the stars worked on them the same as on everything else of the first age. What they feared, they could not stop coming back to check.</w:t>
      </w:r>
    </w:p>
    <w:p>
      <w:r>
        <w:rPr>
          <w:rFonts w:ascii="Garamond" w:hAnsi="Garamond"/>
          <w:b w:val="0"/>
          <w:sz w:val="24"/>
        </w:rPr>
        <w:t>He told them about the night he had found the entrance. He had been a foal, pushing against the island’s boundary the way young Equis always did, testing the magic that held the herd, and a storm had come up fast off the water. Equis hated caves and the underground, but the storm left him no choice, and what he found in the shelter of the cliff face was the hidden entrance to the nest. He had been inside when a dragon came to die. The dragon felt his presence and could not let go, fighting the pull of the star for hours, suffering through the night and into the next day while others circled the mountain’s far entrance and called to it. Far Wing had learned stillness that night in a way nothing else had ever taught him. He had come back since, many times, and watched dragons pass quietly into the stones. He had not been detected again.</w:t>
      </w:r>
    </w:p>
    <w:p>
      <w:r>
        <w:rPr>
          <w:rFonts w:ascii="Garamond" w:hAnsi="Garamond"/>
          <w:b w:val="0"/>
          <w:sz w:val="24"/>
        </w:rPr>
        <w:t>He told Valor directly, his son listening with complete attention: do not let yourself be pushed between the dragons and the reef. If they sensed him near the magic they would try to drive him into it. The cavern would be dark until a dragon entered. Move quietly, touch nothing until Petra identified a living stone, and trust the Wing Rider to carry what neither of them could.</w:t>
      </w:r>
    </w:p>
    <w:p>
      <w:r>
        <w:rPr>
          <w:rFonts w:ascii="Garamond" w:hAnsi="Garamond"/>
          <w:b w:val="0"/>
          <w:sz w:val="24"/>
        </w:rPr>
        <w:t>“It is time, Wing Rider,” Valor said to Petra as the mountain resolved out of the dark ahead of them. “Do not be afraid. This is what we came for. You told me you would go with me anywhere, that you would lay down your life for mine.”</w:t>
      </w:r>
    </w:p>
    <w:p>
      <w:r>
        <w:rPr>
          <w:rFonts w:ascii="Garamond" w:hAnsi="Garamond"/>
          <w:b w:val="0"/>
          <w:sz w:val="24"/>
        </w:rPr>
        <w:t>“For your life I would face the dragons themselves,” Petra thought.</w:t>
      </w:r>
    </w:p>
    <w:p>
      <w:r>
        <w:rPr>
          <w:rFonts w:ascii="Garamond" w:hAnsi="Garamond"/>
          <w:b w:val="0"/>
          <w:sz w:val="24"/>
        </w:rPr>
        <w:t>“That may be exactly what you have to do,” Valor replied.</w:t>
      </w:r>
    </w:p>
    <w:p>
      <w:r>
        <w:rPr>
          <w:rFonts w:ascii="Garamond" w:hAnsi="Garamond"/>
          <w:b w:val="0"/>
          <w:sz w:val="24"/>
        </w:rPr>
        <w:t>Petra looked at the mountainside coming toward them and let the thought settle into his chest without fighting it. He had run covert operations before, always against human enemies whose strengths and limits he understood. He knew how men moved and what they feared and where they broke. He had no such map for what was waiting in that cavern.</w:t>
      </w:r>
    </w:p>
    <w:p>
      <w:r>
        <w:rPr>
          <w:rFonts w:ascii="Garamond" w:hAnsi="Garamond"/>
          <w:b w:val="0"/>
          <w:sz w:val="24"/>
        </w:rPr>
        <w:t>And beyond the cavern, beyond the island, the questions he had been keeping at a distance began to push forward. If they freed the elves, where would they go? Sartious was already stretched thin, already bleeding on its southern border where the Prince of Austerland had convinced his father of a grievance over Killigan’s Pass that the seven families had never recognized. There was no room in that fight for a displaced elven people, and men being what they were, the Equis would not stay free long once they crossed into the wider world. Someone would find a use for a flying horse, and Petra knew better than most what that use would look like.</w:t>
      </w:r>
    </w:p>
    <w:p>
      <w:r>
        <w:rPr>
          <w:rFonts w:ascii="Garamond" w:hAnsi="Garamond"/>
          <w:b w:val="0"/>
          <w:sz w:val="24"/>
        </w:rPr>
        <w:t>He had not thought any of this through. He wondered, briefly, when he had stopped being the kind of man who thought things through.</w:t>
      </w:r>
    </w:p>
    <w:p>
      <w:r>
        <w:rPr>
          <w:rFonts w:ascii="Garamond" w:hAnsi="Garamond"/>
          <w:b w:val="0"/>
          <w:sz w:val="24"/>
        </w:rPr>
        <w:t>Then the night sky shifted around him, and he felt Valor moving beneath him with that particular fluid power, and the mountain came closer, and he looked to the other pair flying beside them and understood, with the clarity that sometimes arrives just before the irreversible moment, that he could not leave this behind. If he could not bring them to safety then he could at least clear the path. He could free their land from what held it.</w:t>
      </w:r>
    </w:p>
    <w:p>
      <w:r>
        <w:rPr>
          <w:rFonts w:ascii="Garamond" w:hAnsi="Garamond"/>
          <w:b w:val="0"/>
          <w:sz w:val="24"/>
        </w:rPr>
        <w:t>He fixed his eyes on the dark face of the mountain and rode toward it.</w:t>
      </w:r>
    </w:p>
    <w:p>
      <w:r>
        <w:rPr>
          <w:rFonts w:ascii="Garamond" w:hAnsi="Garamond"/>
          <w:sz w:val="24"/>
        </w:rPr>
        <w:br w:type="page"/>
      </w:r>
    </w:p>
    <w:p>
      <w:pPr>
        <w:jc w:val="center"/>
      </w:pPr>
      <w:r>
        <w:rPr>
          <w:rFonts w:ascii="Garamond" w:hAnsi="Garamond"/>
          <w:b/>
          <w:sz w:val="28"/>
        </w:rPr>
        <w:t>Chapter Sixty</w:t>
      </w:r>
    </w:p>
    <w:p>
      <w:r>
        <w:rPr>
          <w:rFonts w:ascii="Garamond" w:hAnsi="Garamond"/>
          <w:b w:val="0"/>
          <w:sz w:val="24"/>
        </w:rPr>
        <w:t>Day Ten.</w:t>
      </w:r>
    </w:p>
    <w:p>
      <w:r>
        <w:rPr>
          <w:rFonts w:ascii="Garamond" w:hAnsi="Garamond"/>
          <w:b w:val="0"/>
          <w:sz w:val="24"/>
        </w:rPr>
        <w:t>Jolano Toldro jogged at the head of his column with his head down and his thoughts moving faster than his feet. He and his twenty warriors had been on the Paths of the Dead for hours. The Valorians should have been here. He had run the calculation a dozen times and it always came out the same: if they left when he expected, moving at the pace refugees move, they should have passed this point before now. But the tunnel ahead was empty, the floor undisturbed. No tracks. No sign of the Watcher’s army pressing in from the flanks. Nothing.</w:t>
      </w:r>
    </w:p>
    <w:p>
      <w:r>
        <w:rPr>
          <w:rFonts w:ascii="Garamond" w:hAnsi="Garamond"/>
          <w:b w:val="0"/>
          <w:sz w:val="24"/>
        </w:rPr>
        <w:t>He called a short rest in a cave off the main passage, let the men breathe, then got them moving again. The Valorian Prince was still steady, his faith in his people’s survival intact, but Jolano could read a tunnel, and what this one was telling him he did not like.</w:t>
      </w:r>
    </w:p>
    <w:p>
      <w:r>
        <w:rPr>
          <w:rFonts w:ascii="Garamond" w:hAnsi="Garamond"/>
          <w:b w:val="0"/>
          <w:sz w:val="24"/>
        </w:rPr>
        <w:t>Two warriors came up from the rear at a run. A mass of scavengers behind them, moving north. Not attacking. Moving, the same direction they were moving, as though something behind the scavengers was pushing them all forward together.</w:t>
      </w:r>
    </w:p>
    <w:p>
      <w:r>
        <w:rPr>
          <w:rFonts w:ascii="Garamond" w:hAnsi="Garamond"/>
          <w:b w:val="0"/>
          <w:sz w:val="24"/>
        </w:rPr>
        <w:t>Jolano filed that away and doubled the pace. Whatever was driving the black tide north, the Valorians were somewhere in the same direction. He was certain of it. He needed to find them before whatever was behind them did.</w:t>
      </w:r>
    </w:p>
    <w:p>
      <w:pPr>
        <w:spacing w:before="120" w:after="120"/>
        <w:jc w:val="center"/>
      </w:pPr>
      <w:r>
        <w:rPr>
          <w:rFonts w:ascii="Garamond" w:hAnsi="Garamond"/>
          <w:sz w:val="24"/>
        </w:rPr>
        <w:t>* * *</w:t>
      </w:r>
    </w:p>
    <w:p>
      <w:r>
        <w:rPr>
          <w:rFonts w:ascii="Garamond" w:hAnsi="Garamond"/>
          <w:b w:val="0"/>
          <w:sz w:val="24"/>
        </w:rPr>
        <w:t>Terra Sario was also pushing north, and also beginning to think something was wrong.</w:t>
      </w:r>
    </w:p>
    <w:p>
      <w:r>
        <w:rPr>
          <w:rFonts w:ascii="Garamond" w:hAnsi="Garamond"/>
          <w:b w:val="0"/>
          <w:sz w:val="24"/>
        </w:rPr>
        <w:t>His warriors had been driving scavengers ahead of them since they left Alteria, thousands of the creatures fleeing the advance in an angry rolling mass. He had expected that wave to wash over the Valorians and give them a bad few minutes before he arrived to pull them clear. What he had not expected was to come this far without finding anyone. The Valorians should have been well within reach by now.</w:t>
      </w:r>
    </w:p>
    <w:p>
      <w:r>
        <w:rPr>
          <w:rFonts w:ascii="Garamond" w:hAnsi="Garamond"/>
          <w:b w:val="0"/>
          <w:sz w:val="24"/>
        </w:rPr>
        <w:t>He kept the pace. His men were grumbling and obedient, which was the correct state for warriors who didn’t yet understand what their commander understood. He would explain it to them later, if there was a later worth explaining. For now they moved, and the empty tunnel stretched ahead of them, and Terra Sario kept the thing he was feeling locked behind his teeth where it belonged.</w:t>
      </w:r>
    </w:p>
    <w:p>
      <w:r>
        <w:rPr>
          <w:rFonts w:ascii="Garamond" w:hAnsi="Garamond"/>
          <w:b w:val="0"/>
          <w:sz w:val="24"/>
        </w:rPr>
        <w:t>They were somewhere to the west. He didn’t know how he knew it. He knew it the way you know a storm is coming before the sky changes, a pressure in the air that had no name. He passed another junction and felt the pull again, stronger this time.</w:t>
      </w:r>
    </w:p>
    <w:p>
      <w:r>
        <w:rPr>
          <w:rFonts w:ascii="Garamond" w:hAnsi="Garamond"/>
          <w:b w:val="0"/>
          <w:sz w:val="24"/>
        </w:rPr>
        <w:t>The Paths of the Dead ran straight to Valoria. There was no other road a column of six thousand people could take.</w:t>
      </w:r>
    </w:p>
    <w:p>
      <w:r>
        <w:rPr>
          <w:rFonts w:ascii="Garamond" w:hAnsi="Garamond"/>
          <w:b w:val="0"/>
          <w:sz w:val="24"/>
        </w:rPr>
        <w:t>He kept moving north.</w:t>
      </w:r>
    </w:p>
    <w:p>
      <w:pPr>
        <w:spacing w:before="120" w:after="120"/>
        <w:jc w:val="center"/>
      </w:pPr>
      <w:r>
        <w:rPr>
          <w:rFonts w:ascii="Garamond" w:hAnsi="Garamond"/>
          <w:sz w:val="24"/>
        </w:rPr>
        <w:t>* * *</w:t>
      </w:r>
    </w:p>
    <w:p>
      <w:r>
        <w:rPr>
          <w:rFonts w:ascii="Garamond" w:hAnsi="Garamond"/>
          <w:b w:val="0"/>
          <w:sz w:val="24"/>
        </w:rPr>
        <w:t>Taranto knew they were in trouble the way an old soldier always knows: not all at once, but in small pieces that added up before you could stop them.</w:t>
      </w:r>
    </w:p>
    <w:p>
      <w:r>
        <w:rPr>
          <w:rFonts w:ascii="Garamond" w:hAnsi="Garamond"/>
          <w:b w:val="0"/>
          <w:sz w:val="24"/>
        </w:rPr>
        <w:t>He had been pushed off the Paths of the Dead two days ago, diverted into a tunnel system he didn’t know, and from there into another, and now the passages were climbing and he could smell the difference in the air. They were heading up. Toward the surface. Toward dragon land.</w:t>
      </w:r>
    </w:p>
    <w:p>
      <w:r>
        <w:rPr>
          <w:rFonts w:ascii="Garamond" w:hAnsi="Garamond"/>
          <w:b w:val="0"/>
          <w:sz w:val="24"/>
        </w:rPr>
        <w:t>Six thousand people. He turned the number over in his mind the way you worry a loose tooth. Six thousand, and most of them not warriors, and all of them exhausted. The eruption had come on a day when the city was already busy, and the people who had survived were the ones on the outskirts, which meant the councilors were gone, the clergy were gone, and everyone in the palace who had not already left was gone. He had been deep underground when the mountain blew, meeting with officers about the border watch, and he had stayed down until the smoke forced them south. From there the only direction had been this one.</w:t>
      </w:r>
    </w:p>
    <w:p>
      <w:r>
        <w:rPr>
          <w:rFonts w:ascii="Garamond" w:hAnsi="Garamond"/>
          <w:b w:val="0"/>
          <w:sz w:val="24"/>
        </w:rPr>
        <w:t>The rear guard was reporting skirmishes again, the Watcher’s creatures pressing in from behind whenever the column slowed. He could not stop to fight. If he stopped, the pressure from the rear would build until it broke them. If he turned back, there was nowhere to go. So he moved, and the tunnel climbed, and he thought about retirement in the way that men think about impossible things when the immediate situation offers them nothing better.</w:t>
      </w:r>
    </w:p>
    <w:p>
      <w:r>
        <w:rPr>
          <w:rFonts w:ascii="Garamond" w:hAnsi="Garamond"/>
          <w:b w:val="0"/>
          <w:sz w:val="24"/>
        </w:rPr>
        <w:t>A century and a half of service. He had earned a boat and a quiet harbor and mornings without anything to defend. He supposed that was finished now.</w:t>
      </w:r>
    </w:p>
    <w:p>
      <w:r>
        <w:rPr>
          <w:rFonts w:ascii="Garamond" w:hAnsi="Garamond"/>
          <w:b w:val="0"/>
          <w:sz w:val="24"/>
        </w:rPr>
        <w:t>The air grew sharper. Somewhere ahead, not far, the tunnel would open. He did not know what would be waiting on the other side, but he knew the Watcher was not pushing them toward safety.</w:t>
      </w:r>
    </w:p>
    <w:p>
      <w:r>
        <w:rPr>
          <w:rFonts w:ascii="Garamond" w:hAnsi="Garamond"/>
          <w:b w:val="0"/>
          <w:sz w:val="24"/>
        </w:rPr>
        <w:t>He kept the old and the young moving and said nothing about what he smelled in the air.</w:t>
      </w:r>
    </w:p>
    <w:p>
      <w:r>
        <w:rPr>
          <w:rFonts w:ascii="Garamond" w:hAnsi="Garamond"/>
          <w:sz w:val="24"/>
        </w:rPr>
        <w:br w:type="page"/>
      </w:r>
    </w:p>
    <w:p>
      <w:pPr>
        <w:jc w:val="center"/>
      </w:pPr>
      <w:r>
        <w:rPr>
          <w:rFonts w:ascii="Garamond" w:hAnsi="Garamond"/>
          <w:b/>
          <w:sz w:val="28"/>
        </w:rPr>
        <w:t>Chapter Sixty-One</w:t>
      </w:r>
    </w:p>
    <w:p>
      <w:r>
        <w:rPr>
          <w:rFonts w:ascii="Garamond" w:hAnsi="Garamond"/>
          <w:b w:val="0"/>
          <w:sz w:val="24"/>
        </w:rPr>
        <w:t>Kato stood at the center of the cavern floor and waited.</w:t>
      </w:r>
    </w:p>
    <w:p>
      <w:r>
        <w:rPr>
          <w:rFonts w:ascii="Garamond" w:hAnsi="Garamond"/>
          <w:b w:val="0"/>
          <w:sz w:val="24"/>
        </w:rPr>
        <w:t>Verad, wrapped in the web of vines and held close, could see almost nothing through the single gap Kato had left him. What he could see was light, scattered and cold, bouncing off the walls in fragments that told him nothing about the shape of the space above. He could feel the other presence before he heard it, a weight in the air that pushed against the inside of his chest. He reached for the thought of Pico and held it between himself and his fear and tried not to imagine what was hanging in the dark above them.</w:t>
      </w:r>
    </w:p>
    <w:p>
      <w:r>
        <w:rPr>
          <w:rFonts w:ascii="Garamond" w:hAnsi="Garamond"/>
          <w:b w:val="0"/>
          <w:sz w:val="24"/>
        </w:rPr>
        <w:t>When the Watcher spoke, it came through the mind-link unfiltered, a sound that bypassed the ears entirely and struck somewhere deeper.</w:t>
      </w:r>
    </w:p>
    <w:p>
      <w:r>
        <w:rPr>
          <w:rFonts w:ascii="Garamond" w:hAnsi="Garamond"/>
          <w:b w:val="0"/>
          <w:sz w:val="24"/>
        </w:rPr>
        <w:t>“Thank you for the gift, Kathiasio. It is very kind of you to feed my pets.”</w:t>
      </w:r>
    </w:p>
    <w:p>
      <w:r>
        <w:rPr>
          <w:rFonts w:ascii="Garamond" w:hAnsi="Garamond"/>
          <w:b w:val="0"/>
          <w:sz w:val="24"/>
        </w:rPr>
        <w:t>Verad understood, with a cold lurch, that he was the gift being referenced. Then the voice continued and he understood he wasn’t, and the cold lurch did not entirely go away.</w:t>
      </w:r>
    </w:p>
    <w:p>
      <w:r>
        <w:rPr>
          <w:rFonts w:ascii="Garamond" w:hAnsi="Garamond"/>
          <w:b w:val="0"/>
          <w:sz w:val="24"/>
        </w:rPr>
        <w:t>“But something brought you here. What is it? The Valorians, perhaps? Or what is happening in your own country? Or” the voice settled lower, more deliberate, “something else? The same thing your mother seeks?”</w:t>
      </w:r>
    </w:p>
    <w:p>
      <w:r>
        <w:rPr>
          <w:rFonts w:ascii="Garamond" w:hAnsi="Garamond"/>
          <w:b w:val="0"/>
          <w:sz w:val="24"/>
        </w:rPr>
        <w:t>The darkness above the scattered lights shifted and resolved into something that was not a shape so much as an absence of everything else. The Watcher descended without touching the floor, without disturbing the air, a mass of blackness that swallowed the light at its edges and left nothing behind.</w:t>
      </w:r>
    </w:p>
    <w:p>
      <w:r>
        <w:rPr>
          <w:rFonts w:ascii="Garamond" w:hAnsi="Garamond"/>
          <w:b w:val="0"/>
          <w:sz w:val="24"/>
        </w:rPr>
        <w:t>“I see you find this amusing,” Kato said, and his mind-voice carried no more emotion than if he were discussing the weather.</w:t>
      </w:r>
    </w:p>
    <w:p>
      <w:r>
        <w:rPr>
          <w:rFonts w:ascii="Garamond" w:hAnsi="Garamond"/>
          <w:b w:val="0"/>
          <w:sz w:val="24"/>
        </w:rPr>
        <w:t>“If you only knew the whole story, Son of Telecio.” The darkness drifted closer. “If you only knew.”</w:t>
      </w:r>
    </w:p>
    <w:p>
      <w:r>
        <w:rPr>
          <w:rFonts w:ascii="Garamond" w:hAnsi="Garamond"/>
          <w:b w:val="0"/>
          <w:sz w:val="24"/>
        </w:rPr>
        <w:t>“Do you?” Kato asked. “Know the whole story?”</w:t>
      </w:r>
    </w:p>
    <w:p>
      <w:r>
        <w:rPr>
          <w:rFonts w:ascii="Garamond" w:hAnsi="Garamond"/>
          <w:b w:val="0"/>
          <w:sz w:val="24"/>
        </w:rPr>
        <w:t>The Watcher paused, savoring something. “I thought you might have something more urgent to ask. Your people, for instance. Would you like to know how they fare?”</w:t>
      </w:r>
    </w:p>
    <w:p>
      <w:r>
        <w:rPr>
          <w:rFonts w:ascii="Garamond" w:hAnsi="Garamond"/>
          <w:b w:val="0"/>
          <w:sz w:val="24"/>
        </w:rPr>
        <w:t>“It is my right to ask what I will.” Kato did not move, but something in his stillness changed. “And your obligation to answer.”</w:t>
      </w:r>
    </w:p>
    <w:p>
      <w:r>
        <w:rPr>
          <w:rFonts w:ascii="Garamond" w:hAnsi="Garamond"/>
          <w:b w:val="0"/>
          <w:sz w:val="24"/>
        </w:rPr>
        <w:t>“Obligation.” The word came back wrapped in contempt. “I have no obligations. I have only time.”</w:t>
      </w:r>
    </w:p>
    <w:p>
      <w:r>
        <w:rPr>
          <w:rFonts w:ascii="Garamond" w:hAnsi="Garamond"/>
          <w:b w:val="0"/>
          <w:sz w:val="24"/>
        </w:rPr>
        <w:t>“You have what my father gives you. Nothing more.” Verad understood, from the particular weight of the word, that Kato was not speaking of the King of Alteria. “Defy his word and you will have nothing at all.”</w:t>
      </w:r>
    </w:p>
    <w:p>
      <w:r>
        <w:rPr>
          <w:rFonts w:ascii="Garamond" w:hAnsi="Garamond"/>
          <w:b w:val="0"/>
          <w:sz w:val="24"/>
        </w:rPr>
        <w:t>The contempt shifted. Something else moved through the Watcher’s voice, older than anger, rawer than bitterness. “Speak to me of nothing. I have nothing now. Your father gave me over to the darkness. He abandoned me to this half life.”</w:t>
      </w:r>
    </w:p>
    <w:p>
      <w:r>
        <w:rPr>
          <w:rFonts w:ascii="Garamond" w:hAnsi="Garamond"/>
          <w:b w:val="0"/>
          <w:sz w:val="24"/>
        </w:rPr>
        <w:t>“My father gave you a second chance to prove your allegiance.” Kato took one step forward and the darkness pulled back from him the way smoke pulls back from a flame. “And now you have. Answer my questions or face his wrath.”</w:t>
      </w:r>
    </w:p>
    <w:p>
      <w:r>
        <w:rPr>
          <w:rFonts w:ascii="Garamond" w:hAnsi="Garamond"/>
          <w:b w:val="0"/>
          <w:sz w:val="24"/>
        </w:rPr>
        <w:t>“You are not your father. You have no power over me.” The darkness swelled, sudden and violent, and Verad felt the air compress against him, the breath driven from his lungs as though the cavern itself were closing its fist. “You are the son, not the father, and you will pay for his mistake.”</w:t>
      </w:r>
    </w:p>
    <w:p>
      <w:r>
        <w:rPr>
          <w:rFonts w:ascii="Garamond" w:hAnsi="Garamond"/>
          <w:b w:val="0"/>
          <w:sz w:val="24"/>
        </w:rPr>
        <w:t>The darkness filled the cavern.</w:t>
      </w:r>
    </w:p>
    <w:p>
      <w:r>
        <w:rPr>
          <w:rFonts w:ascii="Garamond" w:hAnsi="Garamond"/>
          <w:b w:val="0"/>
          <w:sz w:val="24"/>
        </w:rPr>
        <w:t>And then the ground shook.</w:t>
      </w:r>
    </w:p>
    <w:p>
      <w:r>
        <w:rPr>
          <w:rFonts w:ascii="Garamond" w:hAnsi="Garamond"/>
          <w:b w:val="0"/>
          <w:sz w:val="24"/>
        </w:rPr>
        <w:t>The wind came from nowhere, from everywhere at once, driving through the cave and striking the black mass with a light that was the deepest blue Verad had ever seen, cold and absolute and furious. The Watcher’s form was flung across the cavern and pinned against the far wall. The edges of the darkness burned. Smoke rose into the heights above them.</w:t>
      </w:r>
    </w:p>
    <w:p>
      <w:r>
        <w:rPr>
          <w:rFonts w:ascii="Garamond" w:hAnsi="Garamond"/>
          <w:b w:val="0"/>
          <w:sz w:val="24"/>
        </w:rPr>
        <w:t>Kato had not moved.</w:t>
      </w:r>
    </w:p>
    <w:p>
      <w:r>
        <w:rPr>
          <w:rFonts w:ascii="Garamond" w:hAnsi="Garamond"/>
          <w:b w:val="0"/>
          <w:sz w:val="24"/>
        </w:rPr>
        <w:t>“You are right,” he said. His voice had not changed. “I am not my father. But I am his chosen, and my silence has cost my people long enough. I will be silent no longer.” The ring of blue fire tightened. The Watcher screamed, a sound that carried in it the particular anguish of something that has just been reminded it was never truly free. “My father walks with me. His word will be followed. Do you have doubts?”</w:t>
      </w:r>
    </w:p>
    <w:p>
      <w:r>
        <w:rPr>
          <w:rFonts w:ascii="Garamond" w:hAnsi="Garamond"/>
          <w:b w:val="0"/>
          <w:sz w:val="24"/>
        </w:rPr>
        <w:t>“No.”</w:t>
      </w:r>
    </w:p>
    <w:p>
      <w:r>
        <w:rPr>
          <w:rFonts w:ascii="Garamond" w:hAnsi="Garamond"/>
          <w:b w:val="0"/>
          <w:sz w:val="24"/>
        </w:rPr>
        <w:t>The blue light eased. Not gone, but gentled, enough to breathe.</w:t>
      </w:r>
    </w:p>
    <w:p>
      <w:r>
        <w:rPr>
          <w:rFonts w:ascii="Garamond" w:hAnsi="Garamond"/>
          <w:b w:val="0"/>
          <w:sz w:val="24"/>
        </w:rPr>
        <w:t>“Then answer me.”</w:t>
      </w:r>
    </w:p>
    <w:p>
      <w:r>
        <w:rPr>
          <w:rFonts w:ascii="Garamond" w:hAnsi="Garamond"/>
          <w:b w:val="0"/>
          <w:sz w:val="24"/>
        </w:rPr>
        <w:t>The Watcher’s voice came back diminished, stripped of its theater. “I do not know the whole story.”</w:t>
      </w:r>
    </w:p>
    <w:p>
      <w:r>
        <w:rPr>
          <w:rFonts w:ascii="Garamond" w:hAnsi="Garamond"/>
          <w:b w:val="0"/>
          <w:sz w:val="24"/>
        </w:rPr>
        <w:t>“But you know what I seek.”</w:t>
      </w:r>
    </w:p>
    <w:p>
      <w:r>
        <w:rPr>
          <w:rFonts w:ascii="Garamond" w:hAnsi="Garamond"/>
          <w:b w:val="0"/>
          <w:sz w:val="24"/>
        </w:rPr>
        <w:t>A pause. The darkness gathered itself into something approaching dignity. “You seek the meaning of your own existence. You want to know what event your birth precedes. You are the fourth Son of Telecio, and the others all had their quests. You want to know yours.”</w:t>
      </w:r>
    </w:p>
    <w:p>
      <w:r>
        <w:rPr>
          <w:rFonts w:ascii="Garamond" w:hAnsi="Garamond"/>
          <w:b w:val="0"/>
          <w:sz w:val="24"/>
        </w:rPr>
        <w:t>It was more than Kato had intended to reveal, but he let it stand. He could feel Telecio with him, present and wordless, drawing on whatever reserve of strength the God kept for these moments. It was costing Kato more than anything else he had ever done. He would be exhausted when this was finished. He could be exhausted later.</w:t>
      </w:r>
    </w:p>
    <w:p>
      <w:r>
        <w:rPr>
          <w:rFonts w:ascii="Garamond" w:hAnsi="Garamond"/>
          <w:b w:val="0"/>
          <w:sz w:val="24"/>
        </w:rPr>
        <w:t>“Has your father told you nothing?” the Watcher asked.</w:t>
      </w:r>
    </w:p>
    <w:p>
      <w:r>
        <w:rPr>
          <w:rFonts w:ascii="Garamond" w:hAnsi="Garamond"/>
          <w:b w:val="0"/>
          <w:sz w:val="24"/>
        </w:rPr>
        <w:t>The blue light pulsed once.</w:t>
      </w:r>
    </w:p>
    <w:p>
      <w:r>
        <w:rPr>
          <w:rFonts w:ascii="Garamond" w:hAnsi="Garamond"/>
          <w:b w:val="0"/>
          <w:sz w:val="24"/>
        </w:rPr>
        <w:t>“That is what you are here for,” Kato said.</w:t>
      </w:r>
    </w:p>
    <w:p>
      <w:r>
        <w:rPr>
          <w:rFonts w:ascii="Garamond" w:hAnsi="Garamond"/>
          <w:b w:val="0"/>
          <w:sz w:val="24"/>
        </w:rPr>
        <w:t>The Watcher was quiet for a long moment. When he spoke again the mockery was gone entirely. “You are the King’s protector. You have been named in the halls of the next world. You will be tested, and if you pass, your people go free from the magic that holds them here. If the King falls and the star does not shine, the darkness rules. Not only this island. All of Estos.”</w:t>
      </w:r>
    </w:p>
    <w:p>
      <w:r>
        <w:rPr>
          <w:rFonts w:ascii="Garamond" w:hAnsi="Garamond"/>
          <w:b w:val="0"/>
          <w:sz w:val="24"/>
        </w:rPr>
        <w:t>“Where does the test take place?”</w:t>
      </w:r>
    </w:p>
    <w:p>
      <w:r>
        <w:rPr>
          <w:rFonts w:ascii="Garamond" w:hAnsi="Garamond"/>
          <w:b w:val="0"/>
          <w:sz w:val="24"/>
        </w:rPr>
        <w:t>Kato felt the strength beginning to ebb. Telecio was withdrawing. The Watcher felt it too.</w:t>
      </w:r>
    </w:p>
    <w:p>
      <w:r>
        <w:rPr>
          <w:rFonts w:ascii="Garamond" w:hAnsi="Garamond"/>
          <w:b w:val="0"/>
          <w:sz w:val="24"/>
        </w:rPr>
        <w:t>“You will not survive it,” the Watcher said, and there was nothing triumphant in the words. Just fact, delivered plainly. “And if you do, the King will not.”</w:t>
      </w:r>
    </w:p>
    <w:p>
      <w:r>
        <w:rPr>
          <w:rFonts w:ascii="Garamond" w:hAnsi="Garamond"/>
          <w:b w:val="0"/>
          <w:sz w:val="24"/>
        </w:rPr>
        <w:t>“Where?”</w:t>
      </w:r>
    </w:p>
    <w:p>
      <w:r>
        <w:rPr>
          <w:rFonts w:ascii="Garamond" w:hAnsi="Garamond"/>
          <w:b w:val="0"/>
          <w:sz w:val="24"/>
        </w:rPr>
        <w:t>The darkness shifted, and when it spoke again it sounded almost tired. “The nest of the five sisters, in the north. Outside the ruins of Valoria, above the entrance to the Paths of the Dead, there is a mountain by the shore. That is where you will find what you seek.”</w:t>
      </w:r>
    </w:p>
    <w:p>
      <w:r>
        <w:rPr>
          <w:rFonts w:ascii="Garamond" w:hAnsi="Garamond"/>
          <w:b w:val="0"/>
          <w:sz w:val="24"/>
        </w:rPr>
        <w:t>The blue light faded. The Watcher expanded slowly into the space it had left, careful, the way a creature moves when it has just been reminded what pain feels like.</w:t>
      </w:r>
    </w:p>
    <w:p>
      <w:r>
        <w:rPr>
          <w:rFonts w:ascii="Garamond" w:hAnsi="Garamond"/>
          <w:b w:val="0"/>
          <w:sz w:val="24"/>
        </w:rPr>
        <w:t>Kato stood in the center of the floor and let the silence settle, and said nothing about what the effort had cost him.</w:t>
      </w:r>
    </w:p>
    <w:p>
      <w:r>
        <w:rPr>
          <w:rFonts w:ascii="Garamond" w:hAnsi="Garamond"/>
          <w:sz w:val="24"/>
        </w:rPr>
        <w:br w:type="page"/>
      </w:r>
    </w:p>
    <w:p>
      <w:pPr>
        <w:jc w:val="center"/>
      </w:pPr>
      <w:r>
        <w:rPr>
          <w:rFonts w:ascii="Garamond" w:hAnsi="Garamond"/>
          <w:b/>
          <w:sz w:val="28"/>
        </w:rPr>
        <w:t>Chapter Sixty-Two</w:t>
      </w:r>
    </w:p>
    <w:p>
      <w:r>
        <w:rPr>
          <w:rFonts w:ascii="Garamond" w:hAnsi="Garamond"/>
          <w:b w:val="0"/>
          <w:sz w:val="24"/>
        </w:rPr>
        <w:t>Petra stood at the rear entrance to the nest and waited.</w:t>
      </w:r>
    </w:p>
    <w:p>
      <w:r>
        <w:rPr>
          <w:rFonts w:ascii="Garamond" w:hAnsi="Garamond"/>
          <w:b w:val="0"/>
          <w:sz w:val="24"/>
        </w:rPr>
        <w:t>Far Wing had asked him to hold until the scouts returned from the main entrance on the mountain’s far side. Petra had no argument with that. He was a general before he was anything else, and a general who moved without intelligence was just a man walking into the dark. He waited and watched the narrow ledge and thought.</w:t>
      </w:r>
    </w:p>
    <w:p>
      <w:r>
        <w:rPr>
          <w:rFonts w:ascii="Garamond" w:hAnsi="Garamond"/>
          <w:b w:val="0"/>
          <w:sz w:val="24"/>
        </w:rPr>
        <w:t>Valor stood close, not touching him, present in the particular way the Equis were present when they chose to be. He had been told since birth, he had once said, that Sabel-Tor would come. The old word meant Messenger God in the language that predated every tongue Petra knew, and Valor carried the weight of it the way certain men carried the weight of a thing they had been promised and never quite believed until the moment it arrived. His family line ran back to Equisata, the god who had first breathed life into their kind, and it was Equisata who had first spoken the name. The story had been passed down through generations until the island held so many descendants of that original bloodline that the claim meant almost nothing. Almost. Valor was the quickest. Valor had found him.</w:t>
      </w:r>
    </w:p>
    <w:p>
      <w:r>
        <w:rPr>
          <w:rFonts w:ascii="Garamond" w:hAnsi="Garamond"/>
          <w:b w:val="0"/>
          <w:sz w:val="24"/>
        </w:rPr>
        <w:t>Far Wing’s reports were taking time. Petra let his mind work the problem the way it always worked problems, forward and back at once, testing what he knew against what he didn’t.</w:t>
      </w:r>
    </w:p>
    <w:p>
      <w:r>
        <w:rPr>
          <w:rFonts w:ascii="Garamond" w:hAnsi="Garamond"/>
          <w:b w:val="0"/>
          <w:sz w:val="24"/>
        </w:rPr>
        <w:t>If he could take the stars quietly he would. If he couldn’t, he would take them by force. Far Wing had said detection meant losing their chance, and Petra understood the logic, but he also understood that sometimes the situation changed and you had to change with it. He would not leave this mountain without the stars. It might be the only opening he got before the island closed around him completely.</w:t>
      </w:r>
    </w:p>
    <w:p>
      <w:r>
        <w:rPr>
          <w:rFonts w:ascii="Garamond" w:hAnsi="Garamond"/>
          <w:b w:val="0"/>
          <w:sz w:val="24"/>
        </w:rPr>
        <w:t>And then the thought he had been holding at a distance came forward on its own, the way those thoughts always did when you lowered your guard for a moment. Prince Turrance. Kakollian. What Kakollian would do with the Prince once the delay became undeniable, once it was clear that the man sent to retrieve him was not coming back. That calculation ended in war. War between Sartious and Estolia pulled the rest of the new world in behind it, and six countries that had kept a difficult peace since Hessa’s banishment would not keep it through a war between the two largest.</w:t>
      </w:r>
    </w:p>
    <w:p>
      <w:r>
        <w:rPr>
          <w:rFonts w:ascii="Garamond" w:hAnsi="Garamond"/>
          <w:b w:val="0"/>
          <w:sz w:val="24"/>
        </w:rPr>
        <w:t>Hessa. There was the name again, at the center of everything, the way a bad tooth sat at the center of your mouth and made every bite its business. She was not simply the bane of his existence. She was the bane of everyone on this island, everyone caught in the ruin she had spent centuries constructing. Atula had lost one of the Order to the void, and the darkness had simply reached up and taken the one who made the void in the first place. Petra wondered, not for the first time, what you created when you destroyed something that evil. What filled the space.</w:t>
      </w:r>
    </w:p>
    <w:p>
      <w:r>
        <w:rPr>
          <w:rFonts w:ascii="Garamond" w:hAnsi="Garamond"/>
          <w:b w:val="0"/>
          <w:sz w:val="24"/>
        </w:rPr>
        <w:t>He was still thinking about it when he heard footsteps on the path below him.</w:t>
      </w:r>
    </w:p>
    <w:p>
      <w:r>
        <w:rPr>
          <w:rFonts w:ascii="Garamond" w:hAnsi="Garamond"/>
          <w:b w:val="0"/>
          <w:sz w:val="24"/>
        </w:rPr>
        <w:t>The Queen came around the large boulders at the trail’s bend, one hand pressed flat against the cliff face, her face carrying something he had not seen on it before. Pain, held carefully, the way you hold something you don’t want anyone else to see you holding.</w:t>
      </w:r>
    </w:p>
    <w:p>
      <w:r>
        <w:rPr>
          <w:rFonts w:ascii="Garamond" w:hAnsi="Garamond"/>
          <w:b w:val="0"/>
          <w:sz w:val="24"/>
        </w:rPr>
        <w:t>“Does the power of the stars bother you also, little brother?”</w:t>
      </w:r>
    </w:p>
    <w:p>
      <w:r>
        <w:rPr>
          <w:rFonts w:ascii="Garamond" w:hAnsi="Garamond"/>
          <w:b w:val="0"/>
          <w:sz w:val="24"/>
        </w:rPr>
        <w:t>Petra was not entirely sure how he felt about being called little brother by someone who looked the age she looked. He went down to her. She had put herself behind the boulders and the shrubs that grew out of the cracks in the rock, as far back from the entrance as the ledge allowed, and it still was not far enough. He could see it in the way she gripped the stone.</w:t>
      </w:r>
    </w:p>
    <w:p>
      <w:r>
        <w:rPr>
          <w:rFonts w:ascii="Garamond" w:hAnsi="Garamond"/>
          <w:b w:val="0"/>
          <w:sz w:val="24"/>
        </w:rPr>
        <w:t>“Your Majesty.” He reached her and took her hand and felt the change in her face immediately, the small release of a pain that had no visible source. “If it’s that strong, you should wait below with the others.”</w:t>
      </w:r>
    </w:p>
    <w:p>
      <w:r>
        <w:rPr>
          <w:rFonts w:ascii="Garamond" w:hAnsi="Garamond"/>
          <w:b w:val="0"/>
          <w:sz w:val="24"/>
        </w:rPr>
        <w:t>“You really don’t feel it.” It was not quite a question. “It’s better here, against the wall. I still cannot get any closer.” She met his eyes. Her face was pale in the mountain dark, her fear genuine and unguarded in a way he had not seen her allow before. “It seems there is nothing I can do for you now. You are the only hope we have.”</w:t>
      </w:r>
    </w:p>
    <w:p>
      <w:r>
        <w:rPr>
          <w:rFonts w:ascii="Garamond" w:hAnsi="Garamond"/>
          <w:b w:val="0"/>
          <w:sz w:val="24"/>
        </w:rPr>
        <w:t>“It is in my interest as well,” Petra said.</w:t>
      </w:r>
    </w:p>
    <w:p>
      <w:r>
        <w:rPr>
          <w:rFonts w:ascii="Garamond" w:hAnsi="Garamond"/>
          <w:b w:val="0"/>
          <w:sz w:val="24"/>
        </w:rPr>
        <w:t>“You risk your life for us.” He felt the warmth move through her hand into his, and watched the color in her face drop a shade as it went. She was giving him something. Strength she could not afford to spare. “I only hope there is something we can do for you in return.”</w:t>
      </w:r>
    </w:p>
    <w:p>
      <w:r>
        <w:rPr>
          <w:rFonts w:ascii="Garamond" w:hAnsi="Garamond"/>
          <w:b w:val="0"/>
          <w:sz w:val="24"/>
        </w:rPr>
        <w:t>“You and your daughter have each saved my life once. You owe me nothing.”</w:t>
      </w:r>
    </w:p>
    <w:p>
      <w:r>
        <w:rPr>
          <w:rFonts w:ascii="Garamond" w:hAnsi="Garamond"/>
          <w:b w:val="0"/>
          <w:sz w:val="24"/>
        </w:rPr>
        <w:t>“To your people we will owe everything,” she said.</w:t>
      </w:r>
    </w:p>
    <w:p>
      <w:r>
        <w:rPr>
          <w:rFonts w:ascii="Garamond" w:hAnsi="Garamond"/>
          <w:b w:val="0"/>
          <w:sz w:val="24"/>
        </w:rPr>
        <w:t>He looked at her and felt the weight of the thing he had not said to anyone settle harder in his chest. How could he tell her what he already knew, what he had known since before he understood the full shape of it: that when this was finished he would have to leave them here. He could free them from the dragons. He could not bring them home with him. His people would never accept the first age on their doorstep, and he would not be able to protect them from what his own world would do to them.</w:t>
      </w:r>
    </w:p>
    <w:p>
      <w:r>
        <w:rPr>
          <w:rFonts w:ascii="Garamond" w:hAnsi="Garamond"/>
          <w:b w:val="0"/>
          <w:sz w:val="24"/>
        </w:rPr>
        <w:t>“Petra.” Her voice was quiet. “You look troubled.”</w:t>
      </w:r>
    </w:p>
    <w:p>
      <w:r>
        <w:rPr>
          <w:rFonts w:ascii="Garamond" w:hAnsi="Garamond"/>
          <w:b w:val="0"/>
          <w:sz w:val="24"/>
        </w:rPr>
        <w:t>“It’s nothing, Your Majesty.”</w:t>
      </w:r>
    </w:p>
    <w:p>
      <w:r>
        <w:rPr>
          <w:rFonts w:ascii="Garamond" w:hAnsi="Garamond"/>
          <w:b w:val="0"/>
          <w:sz w:val="24"/>
        </w:rPr>
        <w:t>She studied him for a moment with eyes that had seen too much to be fooled by that. “Oh, Petra. We have placed so much on your shoulders. You were sent here to free us. We have no right to ask more than that.” She reached up and lifted his chin until he met her gaze. “You will not have to worry about us after this. I promise you that.”</w:t>
      </w:r>
    </w:p>
    <w:p>
      <w:r>
        <w:rPr>
          <w:rFonts w:ascii="Garamond" w:hAnsi="Garamond"/>
          <w:b w:val="0"/>
          <w:sz w:val="24"/>
        </w:rPr>
        <w:t>He went to his knees. He wasn’t sure why. It was not a soldier’s gesture. It was something older.</w:t>
      </w:r>
    </w:p>
    <w:p>
      <w:r>
        <w:rPr>
          <w:rFonts w:ascii="Garamond" w:hAnsi="Garamond"/>
          <w:b w:val="0"/>
          <w:sz w:val="24"/>
        </w:rPr>
        <w:t>“I cannot take you back,” he said. “I would not be trading one darkness for another if I could help it. My people have never known the first age. When they learn what you are, what you can do, they will be afraid. Fear makes people dangerous, and I would not be able to stand between you and all of them.”</w:t>
      </w:r>
    </w:p>
    <w:p>
      <w:r>
        <w:rPr>
          <w:rFonts w:ascii="Garamond" w:hAnsi="Garamond"/>
          <w:b w:val="0"/>
          <w:sz w:val="24"/>
        </w:rPr>
        <w:t>“Petra.” She took his hands and drew him back to his feet. “Stand up. Please.” He stood. “Do not carry the future on top of everything else. You have already accepted a burden no one had the right to give you. If you break our chains, we will find our way from there. That is not yours to carry.”</w:t>
      </w:r>
    </w:p>
    <w:p>
      <w:r>
        <w:rPr>
          <w:rFonts w:ascii="Garamond" w:hAnsi="Garamond"/>
          <w:b w:val="0"/>
          <w:sz w:val="24"/>
        </w:rPr>
        <w:t>“I will do what I can,” he said.</w:t>
      </w:r>
    </w:p>
    <w:p>
      <w:r>
        <w:rPr>
          <w:rFonts w:ascii="Garamond" w:hAnsi="Garamond"/>
          <w:b w:val="0"/>
          <w:sz w:val="24"/>
        </w:rPr>
        <w:t>“That is all we have ever asked.” She turned her head, listening to something he couldn’t hear. “Far Wing calls. You must go.”</w:t>
      </w:r>
    </w:p>
    <w:p>
      <w:r>
        <w:rPr>
          <w:rFonts w:ascii="Garamond" w:hAnsi="Garamond"/>
          <w:b w:val="0"/>
          <w:sz w:val="24"/>
        </w:rPr>
        <w:t>He turned up the path. She caught his arm and pulled him back and held him, briefly, the way family holds each other before something dangerous.</w:t>
      </w:r>
    </w:p>
    <w:p>
      <w:r>
        <w:rPr>
          <w:rFonts w:ascii="Garamond" w:hAnsi="Garamond"/>
          <w:b w:val="0"/>
          <w:sz w:val="24"/>
        </w:rPr>
        <w:t>“Be careful, little brother.”</w:t>
      </w:r>
    </w:p>
    <w:p>
      <w:r>
        <w:rPr>
          <w:rFonts w:ascii="Garamond" w:hAnsi="Garamond"/>
          <w:b w:val="0"/>
          <w:sz w:val="24"/>
        </w:rPr>
        <w:t>He went up the path toward the entrance. The word stayed with him, and the weight it had carried when she first used it was gone, replaced by something warmer and harder to name. He understood, by the time the entrance came into view, that he was glad to be her little brother.</w:t>
      </w:r>
    </w:p>
    <w:p>
      <w:r>
        <w:rPr>
          <w:rFonts w:ascii="Garamond" w:hAnsi="Garamond"/>
          <w:b w:val="0"/>
          <w:sz w:val="24"/>
        </w:rPr>
        <w:t>He had not expected that.</w:t>
      </w:r>
    </w:p>
    <w:p>
      <w:r>
        <w:rPr>
          <w:rFonts w:ascii="Garamond" w:hAnsi="Garamond"/>
          <w:sz w:val="24"/>
        </w:rPr>
        <w:br w:type="page"/>
      </w:r>
    </w:p>
    <w:p>
      <w:pPr>
        <w:jc w:val="center"/>
      </w:pPr>
      <w:r>
        <w:rPr>
          <w:rFonts w:ascii="Garamond" w:hAnsi="Garamond"/>
          <w:b/>
          <w:sz w:val="28"/>
        </w:rPr>
        <w:t>Chapter Sixty-Three</w:t>
      </w:r>
    </w:p>
    <w:p>
      <w:r>
        <w:rPr>
          <w:rFonts w:ascii="Garamond" w:hAnsi="Garamond"/>
          <w:b w:val="0"/>
          <w:sz w:val="24"/>
        </w:rPr>
        <w:t>The Valorian warriors had been reluctant at first to turn their backs on an Alterian King, even one sitting against a cliff face wrapped in a spider-silk blanket. Old habits ran deep, and the habit of assuming the worst about the people on the other side of the island ran deeper than most. But the King settled in without ceremony and Pico settled in beside him, and gradually the Valorians accepted that no one was watching them closely enough to take reprisals, and the cold was worse than the awkwardness, and they sat.</w:t>
      </w:r>
    </w:p>
    <w:p>
      <w:r>
        <w:rPr>
          <w:rFonts w:ascii="Garamond" w:hAnsi="Garamond"/>
          <w:b w:val="0"/>
          <w:sz w:val="24"/>
        </w:rPr>
        <w:t>Pico would not let them sit apart. She called them in on both sides, close enough that the shared warmth meant something, and they came because she was Feranthia Toldro’s daughter and someday she would be their Queen. The Valorian royal line had ended in the eruption. Princess Toldro was the natural choice to lead what remained of her people, which made Pico the generation after that. They knew it. The King, for his part, made room without being asked, which was either a good sign or a very cold night. Probably both.</w:t>
      </w:r>
    </w:p>
    <w:p>
      <w:r>
        <w:rPr>
          <w:rFonts w:ascii="Garamond" w:hAnsi="Garamond"/>
          <w:b w:val="0"/>
          <w:sz w:val="24"/>
        </w:rPr>
        <w:t>Pico’s reasons were two. She wanted her father to sit with these people and find out they were just people. And she was warm in the middle.</w:t>
      </w:r>
    </w:p>
    <w:p>
      <w:r>
        <w:rPr>
          <w:rFonts w:ascii="Garamond" w:hAnsi="Garamond"/>
          <w:b w:val="0"/>
          <w:sz w:val="24"/>
        </w:rPr>
        <w:t>While the fliers kept watch on either side of them, scanning the dark sky in shifts, Pico ran through the prophecy. First silently, then quietly aloud, the words moving through the cold air while her father and the warriors listened. She went through it four times before the King spoke.</w:t>
      </w:r>
    </w:p>
    <w:p>
      <w:r>
        <w:rPr>
          <w:rFonts w:ascii="Garamond" w:hAnsi="Garamond"/>
          <w:b w:val="0"/>
          <w:sz w:val="24"/>
        </w:rPr>
        <w:t>“We know now that ‘my son’ refers to Kathiasio.” The King glanced at her with an expression that had started as a reprimand and softened into something closer to a tease. He still felt the weight of the years he had spent not listening, and it had burned off most of his authority on the subject. Pico smiled at him in the way she had smiled at him since she was small, which meant she knew exactly what he was doing and forgave him for it. “And we must presume the child is Verad.” Another glance, this one carrying the information that he knew about that too, and she felt her face go warm despite the wind. “But what does ‘give him the crown’ mean? Kato is not King yet.”</w:t>
      </w:r>
    </w:p>
    <w:p>
      <w:r>
        <w:rPr>
          <w:rFonts w:ascii="Garamond" w:hAnsi="Garamond"/>
          <w:b w:val="0"/>
          <w:sz w:val="24"/>
        </w:rPr>
        <w:t>“And why spare Verad?” Pico turned it over. “Spare him from what?” The warriors listened without speaking, waiting to see if the shape of the thing would emerge before they risked an opinion. Pico went still.</w:t>
      </w:r>
    </w:p>
    <w:p>
      <w:r>
        <w:rPr>
          <w:rFonts w:ascii="Garamond" w:hAnsi="Garamond"/>
          <w:b w:val="0"/>
          <w:sz w:val="24"/>
        </w:rPr>
        <w:t>She looked at her father. He caught it from her face before she said it.</w:t>
      </w:r>
    </w:p>
    <w:p>
      <w:r>
        <w:rPr>
          <w:rFonts w:ascii="Garamond" w:hAnsi="Garamond"/>
          <w:b w:val="0"/>
          <w:sz w:val="24"/>
        </w:rPr>
        <w:t>“Father. That stanza sits directly above the one about the golden stone. They’re consecutive. Could that mean Kato and Verad are the ones who find it?”</w:t>
      </w:r>
    </w:p>
    <w:p>
      <w:r>
        <w:rPr>
          <w:rFonts w:ascii="Garamond" w:hAnsi="Garamond"/>
          <w:b w:val="0"/>
          <w:sz w:val="24"/>
        </w:rPr>
        <w:t>The King turned the thought over carefully. “It would seem to fit. Which would mean they are also the ones who face Hessa. Everything after that stanza speaks only of her.”</w:t>
      </w:r>
    </w:p>
    <w:p>
      <w:r>
        <w:rPr>
          <w:rFonts w:ascii="Garamond" w:hAnsi="Garamond"/>
          <w:b w:val="0"/>
          <w:sz w:val="24"/>
        </w:rPr>
        <w:t>“If they don’t use the stone correctly the prison will be weak and she escapes.” Pico heard her own voice go tight. “She returns to Estos and the Balance falls. Father, they don’t know this. We have to tell them. We have to go now.” She was already standing, and the blanket shifted, and the cold came in hard.</w:t>
      </w:r>
    </w:p>
    <w:p>
      <w:r>
        <w:rPr>
          <w:rFonts w:ascii="Garamond" w:hAnsi="Garamond"/>
          <w:b w:val="0"/>
          <w:sz w:val="24"/>
        </w:rPr>
        <w:t>The King stood. The warriors came to their feet around him out of reflex. He was still a King, even on a ledge in the dark. “I think you are right. This is too important to leave to chance.” He turned to the gray flier. “Rothallan. Far Wing spoke of another nest in the north. Do you know it?”</w:t>
      </w:r>
    </w:p>
    <w:p>
      <w:r>
        <w:rPr>
          <w:rFonts w:ascii="Garamond" w:hAnsi="Garamond"/>
          <w:b w:val="0"/>
          <w:sz w:val="24"/>
        </w:rPr>
        <w:t>“I have the picture of it,” Rothallan said. “Far Wing passed it through the scouts. I can get you there.”</w:t>
      </w:r>
    </w:p>
    <w:p>
      <w:r>
        <w:rPr>
          <w:rFonts w:ascii="Garamond" w:hAnsi="Garamond"/>
          <w:b w:val="0"/>
          <w:sz w:val="24"/>
        </w:rPr>
        <w:t>“Rothallan, you are wondrous.” The King moved toward him. Pico was already at Galathia’s side, the gray mare shifting her weight with barely contained impatience to be off this narrow ledge and back in open air.</w:t>
      </w:r>
    </w:p>
    <w:p>
      <w:r>
        <w:rPr>
          <w:rFonts w:ascii="Garamond" w:hAnsi="Garamond"/>
          <w:b w:val="0"/>
          <w:sz w:val="24"/>
        </w:rPr>
        <w:t>One of the Valorian warriors stepped forward. “Your Majesty. One of us should come with you. You may need protection.” It was a small act of courage, speaking out of turn to an Alterian King, and the warrior knew it.</w:t>
      </w:r>
    </w:p>
    <w:p>
      <w:r>
        <w:rPr>
          <w:rFonts w:ascii="Garamond" w:hAnsi="Garamond"/>
          <w:b w:val="0"/>
          <w:sz w:val="24"/>
        </w:rPr>
        <w:t>The King considered him. “If Far Wing is right about the power in that nest, there is little you could do against it. Only Petra can handle the stars.” He paused. “But if you want to come, come. The others stay and tell the Queen where we have gone.”</w:t>
      </w:r>
    </w:p>
    <w:p>
      <w:r>
        <w:rPr>
          <w:rFonts w:ascii="Garamond" w:hAnsi="Garamond"/>
          <w:b w:val="0"/>
          <w:sz w:val="24"/>
        </w:rPr>
        <w:t>Rothallan, pass word through the scouts to the Queen, the King added, thinking it through.</w:t>
      </w:r>
    </w:p>
    <w:p>
      <w:r>
        <w:rPr>
          <w:rFonts w:ascii="Garamond" w:hAnsi="Garamond"/>
          <w:b w:val="0"/>
          <w:sz w:val="24"/>
        </w:rPr>
        <w:t>The warrior who had spoken glanced at the others, who were very carefully not looking at him, and went to find a flier. The King and Pico mounted, and the small party leapt from the ledge and caught the dark air and turned north and west, the mountain falling away beneath them and the coast opening ahead.</w:t>
      </w:r>
    </w:p>
    <w:p>
      <w:r>
        <w:rPr>
          <w:rFonts w:ascii="Garamond" w:hAnsi="Garamond"/>
          <w:sz w:val="24"/>
        </w:rPr>
        <w:br w:type="page"/>
      </w:r>
    </w:p>
    <w:p>
      <w:pPr>
        <w:jc w:val="center"/>
      </w:pPr>
      <w:r>
        <w:rPr>
          <w:rFonts w:ascii="Garamond" w:hAnsi="Garamond"/>
          <w:b/>
          <w:sz w:val="28"/>
        </w:rPr>
        <w:t>Chapter Sixty-Four</w:t>
      </w:r>
    </w:p>
    <w:p>
      <w:r>
        <w:rPr>
          <w:rFonts w:ascii="Garamond" w:hAnsi="Garamond"/>
          <w:b w:val="0"/>
          <w:sz w:val="24"/>
        </w:rPr>
        <w:t>Kato needed to feed.</w:t>
      </w:r>
    </w:p>
    <w:p>
      <w:r>
        <w:rPr>
          <w:rFonts w:ascii="Garamond" w:hAnsi="Garamond"/>
          <w:b w:val="0"/>
          <w:sz w:val="24"/>
        </w:rPr>
        <w:t>He had left the Watcher’s chamber with what he hoped looked like dignity, and he had managed to hold it together long enough to put two bends in the tunnel between them and the darkness behind. Now he was moving on reserves he didn’t have, and Verad was noticing.</w:t>
      </w:r>
    </w:p>
    <w:p>
      <w:r>
        <w:rPr>
          <w:rFonts w:ascii="Garamond" w:hAnsi="Garamond"/>
          <w:b w:val="0"/>
          <w:sz w:val="24"/>
        </w:rPr>
        <w:t>“Kato, can you stop?” the boy said from somewhere below him. “You’re dragging my legs on the floor.”</w:t>
      </w:r>
    </w:p>
    <w:p>
      <w:r>
        <w:rPr>
          <w:rFonts w:ascii="Garamond" w:hAnsi="Garamond"/>
          <w:b w:val="0"/>
          <w:sz w:val="24"/>
        </w:rPr>
        <w:t>Kato lifted the vines. Then he considered the boy’s weight against his current state and decided it would be better for both of them if Verad walked. He opened the weave and Verad climbed out, landed, and looked up at the slumped mass of roots and trunk that was the Prince of Alteria.</w:t>
      </w:r>
    </w:p>
    <w:p>
      <w:r>
        <w:rPr>
          <w:rFonts w:ascii="Garamond" w:hAnsi="Garamond"/>
          <w:b w:val="0"/>
          <w:sz w:val="24"/>
        </w:rPr>
        <w:t>“What can I do?”</w:t>
      </w:r>
    </w:p>
    <w:p>
      <w:r>
        <w:rPr>
          <w:rFonts w:ascii="Garamond" w:hAnsi="Garamond"/>
          <w:b w:val="0"/>
          <w:sz w:val="24"/>
        </w:rPr>
        <w:t>“Walk for a while. You’re getting heavy.”</w:t>
      </w:r>
    </w:p>
    <w:p>
      <w:r>
        <w:rPr>
          <w:rFonts w:ascii="Garamond" w:hAnsi="Garamond"/>
          <w:b w:val="0"/>
          <w:sz w:val="24"/>
        </w:rPr>
        <w:t>“The great Kato, not as strong as he looks.” Verad kept his voice light and his fear out of it. “What’s actually wrong?”</w:t>
      </w:r>
    </w:p>
    <w:p>
      <w:r>
        <w:rPr>
          <w:rFonts w:ascii="Garamond" w:hAnsi="Garamond"/>
          <w:b w:val="0"/>
          <w:sz w:val="24"/>
        </w:rPr>
        <w:t>“I need energy.”</w:t>
      </w:r>
    </w:p>
    <w:p>
      <w:r>
        <w:rPr>
          <w:rFonts w:ascii="Garamond" w:hAnsi="Garamond"/>
          <w:b w:val="0"/>
          <w:sz w:val="24"/>
        </w:rPr>
        <w:t>“Take some from me,” Verad said, remembering how Pico had done it. “Go ahead.”</w:t>
      </w:r>
    </w:p>
    <w:p>
      <w:r>
        <w:rPr>
          <w:rFonts w:ascii="Garamond" w:hAnsi="Garamond"/>
          <w:b w:val="0"/>
          <w:sz w:val="24"/>
        </w:rPr>
        <w:t>One of Kato’s roots extended toward him with the slow patience of something that did not need to hurry. The end opened. The hollow tube inside was edged with small barbed hooks that caught the tunnel light in a way that made Verad’s stomach do something complicated.</w:t>
      </w:r>
    </w:p>
    <w:p>
      <w:r>
        <w:rPr>
          <w:rFonts w:ascii="Garamond" w:hAnsi="Garamond"/>
          <w:b w:val="0"/>
          <w:sz w:val="24"/>
        </w:rPr>
        <w:t>“I don’t quite do it the way Pico does,” Kato said.</w:t>
      </w:r>
    </w:p>
    <w:p>
      <w:r>
        <w:rPr>
          <w:rFonts w:ascii="Garamond" w:hAnsi="Garamond"/>
          <w:b w:val="0"/>
          <w:sz w:val="24"/>
        </w:rPr>
        <w:t>Verad was already backing up with both hands raised. “I take it back. All of it.”</w:t>
      </w:r>
    </w:p>
    <w:p>
      <w:r>
        <w:rPr>
          <w:rFonts w:ascii="Garamond" w:hAnsi="Garamond"/>
          <w:b w:val="0"/>
          <w:sz w:val="24"/>
        </w:rPr>
        <w:t>The root withdrew. Kato’s amusement moved through the link like a warm current.</w:t>
      </w:r>
    </w:p>
    <w:p>
      <w:r>
        <w:rPr>
          <w:rFonts w:ascii="Garamond" w:hAnsi="Garamond"/>
          <w:b w:val="0"/>
          <w:sz w:val="24"/>
        </w:rPr>
        <w:t>“Good choice. I just need to rest a moment.” One of his roots extended again, more slowly this time, and brushed lightly across Verad’s back.</w:t>
      </w:r>
    </w:p>
    <w:p>
      <w:r>
        <w:rPr>
          <w:rFonts w:ascii="Garamond" w:hAnsi="Garamond"/>
          <w:b w:val="0"/>
          <w:sz w:val="24"/>
        </w:rPr>
        <w:t>Verad went straight up. His feet found the ground and were moving before the rest of him had worked out what had happened, and he covered four yards before the tunnel wall stopped him. He stood there with both hands flat on the stone, breathing.</w:t>
      </w:r>
    </w:p>
    <w:p>
      <w:r>
        <w:rPr>
          <w:rFonts w:ascii="Garamond" w:hAnsi="Garamond"/>
          <w:b w:val="0"/>
          <w:sz w:val="24"/>
        </w:rPr>
        <w:t>Kato’s laughter filled the link, warm and helpless and entirely without apology.</w:t>
      </w:r>
    </w:p>
    <w:p>
      <w:r>
        <w:rPr>
          <w:rFonts w:ascii="Garamond" w:hAnsi="Garamond"/>
          <w:b w:val="0"/>
          <w:sz w:val="24"/>
        </w:rPr>
        <w:t>“Mother of Estos,” Verad said, when he had enough breath for it. He turned around. His own laughter came up before he could stop it, partly because of the look of a thing that had no face and was somehow still managing to look pleased with itself, and partly because the Watcher was behind them and they were alive, and that seemed worth something. “Okay. That’s probably enough.”</w:t>
      </w:r>
    </w:p>
    <w:p>
      <w:r>
        <w:rPr>
          <w:rFonts w:ascii="Garamond" w:hAnsi="Garamond"/>
          <w:b w:val="0"/>
          <w:sz w:val="24"/>
        </w:rPr>
        <w:t>Kato’s satisfaction radiated through the link. “I have to tell Pico that one.”</w:t>
      </w:r>
    </w:p>
    <w:p>
      <w:r>
        <w:rPr>
          <w:rFonts w:ascii="Garamond" w:hAnsi="Garamond"/>
          <w:b w:val="0"/>
          <w:sz w:val="24"/>
        </w:rPr>
        <w:t>They settled, both of them quieter, and Verad thought about what it meant that he was standing here laughing in a tunnel in dragon land after the thing they had just come through. Then a practical thought arrived.</w:t>
      </w:r>
    </w:p>
    <w:p>
      <w:r>
        <w:rPr>
          <w:rFonts w:ascii="Garamond" w:hAnsi="Garamond"/>
          <w:b w:val="0"/>
          <w:sz w:val="24"/>
        </w:rPr>
        <w:t>“What do you actually feed on?”</w:t>
      </w:r>
    </w:p>
    <w:p>
      <w:r>
        <w:rPr>
          <w:rFonts w:ascii="Garamond" w:hAnsi="Garamond"/>
          <w:b w:val="0"/>
          <w:sz w:val="24"/>
        </w:rPr>
        <w:t>A pause. “Mostly scavengers.”</w:t>
      </w:r>
    </w:p>
    <w:p>
      <w:r>
        <w:rPr>
          <w:rFonts w:ascii="Garamond" w:hAnsi="Garamond"/>
          <w:b w:val="0"/>
          <w:sz w:val="24"/>
        </w:rPr>
        <w:t>Verad looked back down the tunnel the way they had come. He could already hear the scratching in the dark, the sound the scavengers made when they moved in numbers. He turned back to Kato. “Wait here. Behind the corner. And don’t miss.”</w:t>
      </w:r>
    </w:p>
    <w:p>
      <w:r>
        <w:rPr>
          <w:rFonts w:ascii="Garamond" w:hAnsi="Garamond"/>
          <w:b w:val="0"/>
          <w:sz w:val="24"/>
        </w:rPr>
        <w:t>“Verad.”</w:t>
      </w:r>
    </w:p>
    <w:p>
      <w:r>
        <w:rPr>
          <w:rFonts w:ascii="Garamond" w:hAnsi="Garamond"/>
          <w:b w:val="0"/>
          <w:sz w:val="24"/>
        </w:rPr>
        <w:t>“I’m getting you lunch.” He was already moving.</w:t>
      </w:r>
    </w:p>
    <w:p>
      <w:r>
        <w:rPr>
          <w:rFonts w:ascii="Garamond" w:hAnsi="Garamond"/>
          <w:b w:val="0"/>
          <w:sz w:val="24"/>
        </w:rPr>
        <w:t>Kato’s concern came through clearly, but he moved behind the bend. The logic was sound enough: the scavengers could only come from ahead of the boy, the luminescent rock gave enough light to see by, and Verad was faster than he looked. It still felt reckless. Kato stayed behind the corner and waited.</w:t>
      </w:r>
    </w:p>
    <w:p>
      <w:r>
        <w:rPr>
          <w:rFonts w:ascii="Garamond" w:hAnsi="Garamond"/>
          <w:b w:val="0"/>
          <w:sz w:val="24"/>
        </w:rPr>
        <w:t>Verad’s whistling carried down the tunnel for a short time. Then it stopped, and the sound of running feet replaced it, and the boy came around the corner at full speed with five scavengers behind him. Kato stepped into the tunnel.</w:t>
      </w:r>
    </w:p>
    <w:p>
      <w:r>
        <w:rPr>
          <w:rFonts w:ascii="Garamond" w:hAnsi="Garamond"/>
          <w:b w:val="0"/>
          <w:sz w:val="24"/>
        </w:rPr>
        <w:t>Verad kept running. He heard a quick scream, then a sound he decided not to think too carefully about, and stopped at the far wall and waited, facing away, while Kato finished.</w:t>
      </w:r>
    </w:p>
    <w:p>
      <w:r>
        <w:rPr>
          <w:rFonts w:ascii="Garamond" w:hAnsi="Garamond"/>
          <w:b w:val="0"/>
          <w:sz w:val="24"/>
        </w:rPr>
        <w:t>It didn’t take long. Two of the five were primary scavengers, larger than the others, faster, genuinely dangerous. Verad had been lucky to stay ahead of them. The other three were smaller, more specialized, and barely worth the effort of the roots. Kato drained them all the same and told Verad it was scarcely enough but would hold until they found something better.</w:t>
      </w:r>
    </w:p>
    <w:p>
      <w:r>
        <w:rPr>
          <w:rFonts w:ascii="Garamond" w:hAnsi="Garamond"/>
          <w:b w:val="0"/>
          <w:sz w:val="24"/>
        </w:rPr>
        <w:t>Verad looked at the roots. He looked at the hammock he was going to have to climb back into.</w:t>
      </w:r>
    </w:p>
    <w:p>
      <w:r>
        <w:rPr>
          <w:rFonts w:ascii="Garamond" w:hAnsi="Garamond"/>
          <w:b w:val="0"/>
          <w:sz w:val="24"/>
        </w:rPr>
        <w:t>“You promise not to bite,” he said.</w:t>
      </w:r>
    </w:p>
    <w:p>
      <w:r>
        <w:rPr>
          <w:rFonts w:ascii="Garamond" w:hAnsi="Garamond"/>
          <w:b w:val="0"/>
          <w:sz w:val="24"/>
        </w:rPr>
        <w:t>Kato’s amusement was answer enough. Verad climbed in to the sound of it, and they moved on down the tunnel.</w:t>
      </w:r>
    </w:p>
    <w:p>
      <w:r>
        <w:rPr>
          <w:rFonts w:ascii="Garamond" w:hAnsi="Garamond"/>
          <w:sz w:val="24"/>
        </w:rPr>
        <w:br w:type="page"/>
      </w:r>
    </w:p>
    <w:p>
      <w:pPr>
        <w:jc w:val="center"/>
      </w:pPr>
      <w:r>
        <w:rPr>
          <w:rFonts w:ascii="Garamond" w:hAnsi="Garamond"/>
          <w:b/>
          <w:sz w:val="28"/>
        </w:rPr>
        <w:t>Chapter Sixty-Five</w:t>
      </w:r>
    </w:p>
    <w:p>
      <w:r>
        <w:rPr>
          <w:rFonts w:ascii="Garamond" w:hAnsi="Garamond"/>
          <w:b w:val="0"/>
          <w:sz w:val="24"/>
        </w:rPr>
        <w:t>Sabel had been following them for a while now, staying high enough to be invisible against the dark sky, low enough to keep the group in sight.</w:t>
      </w:r>
    </w:p>
    <w:p>
      <w:r>
        <w:rPr>
          <w:rFonts w:ascii="Garamond" w:hAnsi="Garamond"/>
          <w:b w:val="0"/>
          <w:sz w:val="24"/>
        </w:rPr>
        <w:t>Seven club-tails, moving with purpose through the valley below the tree line. That alone was worth watching. Club-tails moved with purpose when something was driving them or something was in front of them worth following, and what was in front of them now was a man.</w:t>
      </w:r>
    </w:p>
    <w:p>
      <w:r>
        <w:rPr>
          <w:rFonts w:ascii="Garamond" w:hAnsi="Garamond"/>
          <w:b w:val="0"/>
          <w:sz w:val="24"/>
        </w:rPr>
        <w:t>A bearded man. Third age, unmistakably, the same as Sabel-Tor. Sabel turned the thought over as he circled. The prophecy spoke of four. Light and dark, they will be four. He had seen three of them with his father’s party on the cliff. This one was moving alone through the valley with seven club-tails at his back and no idea, as far as Sabel could tell, what was behind him.</w:t>
      </w:r>
    </w:p>
    <w:p>
      <w:r>
        <w:rPr>
          <w:rFonts w:ascii="Garamond" w:hAnsi="Garamond"/>
          <w:b w:val="0"/>
          <w:sz w:val="24"/>
        </w:rPr>
        <w:t>The fourth one. It had to be.</w:t>
      </w:r>
    </w:p>
    <w:p>
      <w:r>
        <w:rPr>
          <w:rFonts w:ascii="Garamond" w:hAnsi="Garamond"/>
          <w:b w:val="0"/>
          <w:sz w:val="24"/>
        </w:rPr>
        <w:t>The question was where the club-tails were taking him, and whether the man understood he was being herded rather than chased. The distinction mattered. Chased meant they wanted to eat him. Herded meant something else was directing them, something that wanted the man delivered somewhere specific. Neither was good.</w:t>
      </w:r>
    </w:p>
    <w:p>
      <w:r>
        <w:rPr>
          <w:rFonts w:ascii="Garamond" w:hAnsi="Garamond"/>
          <w:b w:val="0"/>
          <w:sz w:val="24"/>
        </w:rPr>
        <w:t>Sabel worked through the options. He could sweep in low and scatter the club-tails. Stomp a few, send the rest fleeing. That would clear the man in seconds. But a man alone in dragon land, suddenly surrounded by a large Equis dropping out of the sky, was a man who might run in any direction, and Sabel had no way to speak to him the way his father could speak to Valor’s rider. The mind-link required a bond that took time.</w:t>
      </w:r>
    </w:p>
    <w:p>
      <w:r>
        <w:rPr>
          <w:rFonts w:ascii="Garamond" w:hAnsi="Garamond"/>
          <w:b w:val="0"/>
          <w:sz w:val="24"/>
        </w:rPr>
        <w:t>He would have to do it the other way. Stay close, wait for the right moment, and bring the man to ground carefully enough that he understood help when he saw it.</w:t>
      </w:r>
    </w:p>
    <w:p>
      <w:r>
        <w:rPr>
          <w:rFonts w:ascii="Garamond" w:hAnsi="Garamond"/>
          <w:b w:val="0"/>
          <w:sz w:val="24"/>
        </w:rPr>
        <w:t>Sabel adjusted his altitude and kept following, his shadow lost in the larger shadows of the valley below.</w:t>
      </w:r>
    </w:p>
    <w:p>
      <w:r>
        <w:rPr>
          <w:rFonts w:ascii="Garamond" w:hAnsi="Garamond"/>
          <w:sz w:val="24"/>
        </w:rPr>
        <w:br w:type="page"/>
      </w:r>
    </w:p>
    <w:p>
      <w:pPr>
        <w:jc w:val="center"/>
      </w:pPr>
      <w:r>
        <w:rPr>
          <w:rFonts w:ascii="Garamond" w:hAnsi="Garamond"/>
          <w:b/>
          <w:sz w:val="28"/>
        </w:rPr>
        <w:t>Chapter Sixty-Six</w:t>
      </w:r>
    </w:p>
    <w:p>
      <w:r>
        <w:rPr>
          <w:rFonts w:ascii="Garamond" w:hAnsi="Garamond"/>
          <w:b w:val="0"/>
          <w:sz w:val="24"/>
        </w:rPr>
        <w:t>The news of what the King and Pico had done reached the Queen through the scouts, and it was too much for her. The power radiating from the nest entrance had already reduced her to one hand on the cliff face and careful breathing. The news that her husband and daughter were flying north toward a second nest without her finished what the dragon stars had started.</w:t>
      </w:r>
    </w:p>
    <w:p>
      <w:r>
        <w:rPr>
          <w:rFonts w:ascii="Garamond" w:hAnsi="Garamond"/>
          <w:b w:val="0"/>
          <w:sz w:val="24"/>
        </w:rPr>
        <w:t>Far Wing took her back to the ledge where the Valorian warriors were waiting with the message the King had left for them. She was in no state to follow. That much was clear to everyone. What was also clear, though no one said it aloud, was that she had just demonstrated precisely why Far Wing had insisted on waiting for Sabel-Tor. The power of that many stars in one place would kill an elf given enough time. She was their proof of it, whether she wanted to be or not.</w:t>
      </w:r>
    </w:p>
    <w:p>
      <w:r>
        <w:rPr>
          <w:rFonts w:ascii="Garamond" w:hAnsi="Garamond"/>
          <w:b w:val="0"/>
          <w:sz w:val="24"/>
        </w:rPr>
        <w:t>Far Wing stayed. If the dragons came while Petra and Valor were inside, someone had to be able to move the Queen fast. That was the practical reason, and it was sufficient.</w:t>
      </w:r>
    </w:p>
    <w:p>
      <w:r>
        <w:rPr>
          <w:rFonts w:ascii="Garamond" w:hAnsi="Garamond"/>
          <w:b w:val="0"/>
          <w:sz w:val="24"/>
        </w:rPr>
        <w:t>He had already said what needed saying to Petra before they parted. The scouts had reported two dragons at the main entrance on the mountain’s far side, but a group of fliers from the herd was keeping them occupied, driving passes at the cliff face above the entrance, drawing attention and burning time. It would not hold indefinitely. Long enough, Far Wing judged, for two to go in quietly, find a stone, and come back out the way they had entered. Maybe.</w:t>
      </w:r>
    </w:p>
    <w:p>
      <w:r>
        <w:rPr>
          <w:rFonts w:ascii="Garamond" w:hAnsi="Garamond"/>
          <w:b w:val="0"/>
          <w:sz w:val="24"/>
        </w:rPr>
        <w:t>He turned away from the wind and watched the horizon.</w:t>
      </w:r>
    </w:p>
    <w:p>
      <w:r>
        <w:rPr>
          <w:rFonts w:ascii="Garamond" w:hAnsi="Garamond"/>
          <w:b w:val="0"/>
          <w:sz w:val="24"/>
        </w:rPr>
        <w:t>He had been watching horizons for a long time. He had watched them as a foal pushing against the boundary magic, as a young stallion learning what the island would and would not give, as a father watching his sons find their own limits. He had watched them through every season of a life that had been longer than most and harder than any of them should have had to be. He had told himself, through all of it, that Sabel-Tor would come.</w:t>
      </w:r>
    </w:p>
    <w:p>
      <w:r>
        <w:rPr>
          <w:rFonts w:ascii="Garamond" w:hAnsi="Garamond"/>
          <w:b w:val="0"/>
          <w:sz w:val="24"/>
        </w:rPr>
        <w:t>Valor was in that mountain now, carrying the one the prophecy named.</w:t>
      </w:r>
    </w:p>
    <w:p>
      <w:r>
        <w:rPr>
          <w:rFonts w:ascii="Garamond" w:hAnsi="Garamond"/>
          <w:b w:val="0"/>
          <w:sz w:val="24"/>
        </w:rPr>
        <w:t>Far Wing watched the horizon and waited, with the particular patience of a creature that has always known this moment was coming and has simply been living toward it.</w:t>
      </w:r>
    </w:p>
    <w:p>
      <w:r>
        <w:rPr>
          <w:rFonts w:ascii="Garamond" w:hAnsi="Garamond"/>
          <w:sz w:val="24"/>
        </w:rPr>
        <w:br w:type="page"/>
      </w:r>
    </w:p>
    <w:p>
      <w:pPr>
        <w:jc w:val="center"/>
      </w:pPr>
      <w:r>
        <w:rPr>
          <w:rFonts w:ascii="Garamond" w:hAnsi="Garamond"/>
          <w:b/>
          <w:sz w:val="28"/>
        </w:rPr>
        <w:t>Chapter Sixty-Seven</w:t>
      </w:r>
    </w:p>
    <w:p>
      <w:r>
        <w:rPr>
          <w:rFonts w:ascii="Garamond" w:hAnsi="Garamond"/>
          <w:b w:val="0"/>
          <w:sz w:val="24"/>
        </w:rPr>
        <w:t>Petra stood at the entrance and felt the familiar pull of pre-battle stillness. The jitters were there, the same ones that came before every action he had ever run, and he had learned long ago that they went away the moment he moved. The problem was making himself move.</w:t>
      </w:r>
    </w:p>
    <w:p>
      <w:r>
        <w:rPr>
          <w:rFonts w:ascii="Garamond" w:hAnsi="Garamond"/>
          <w:b w:val="0"/>
          <w:sz w:val="24"/>
        </w:rPr>
        <w:t>“What is it, Wing Rider?” Valor asked.</w:t>
      </w:r>
    </w:p>
    <w:p>
      <w:r>
        <w:rPr>
          <w:rFonts w:ascii="Garamond" w:hAnsi="Garamond"/>
          <w:b w:val="0"/>
          <w:sz w:val="24"/>
        </w:rPr>
        <w:t>“Just getting ready.” He pushed through the entrance.</w:t>
      </w:r>
    </w:p>
    <w:p>
      <w:r>
        <w:rPr>
          <w:rFonts w:ascii="Garamond" w:hAnsi="Garamond"/>
          <w:b w:val="0"/>
          <w:sz w:val="24"/>
        </w:rPr>
        <w:t>He looked back almost immediately. Valor had stopped at the threshold, his bulk filling the opening, every line of him communicating exactly what he thought of small dark underground spaces.</w:t>
      </w:r>
    </w:p>
    <w:p>
      <w:r>
        <w:rPr>
          <w:rFonts w:ascii="Garamond" w:hAnsi="Garamond"/>
          <w:b w:val="0"/>
          <w:sz w:val="24"/>
        </w:rPr>
        <w:t>“I hate this,” the horse said, and stepped inside.</w:t>
      </w:r>
    </w:p>
    <w:p>
      <w:r>
        <w:rPr>
          <w:rFonts w:ascii="Garamond" w:hAnsi="Garamond"/>
          <w:b w:val="0"/>
          <w:sz w:val="24"/>
        </w:rPr>
        <w:t>The tunnel was wide enough for them to move side by side, too narrow for Valor to spread his wings. Petra kept one hand on Valor's neck as they walked, feeling the tension there, and let Eros’s light carry them as far as it could before the first bend took it. After that he was blind and Valor became his eyes, guiding him quietly through the dark, another fifteen yards to where the passage narrowed and dropped toward a sharp right turn.</w:t>
      </w:r>
    </w:p>
    <w:p>
      <w:r>
        <w:rPr>
          <w:rFonts w:ascii="Garamond" w:hAnsi="Garamond"/>
          <w:b w:val="0"/>
          <w:sz w:val="24"/>
        </w:rPr>
        <w:t>Valor told him to slide behind, hold the tail, stay low. Petra did. At one point Valor had to fold himself nearly to the floor to clear the ceiling, and then the passage opened and Petra felt the change in air pressure that meant a large space ahead.</w:t>
      </w:r>
    </w:p>
    <w:p>
      <w:r>
        <w:rPr>
          <w:rFonts w:ascii="Garamond" w:hAnsi="Garamond"/>
          <w:b w:val="0"/>
          <w:sz w:val="24"/>
        </w:rPr>
        <w:t>“What do you see?” Petra asked.</w:t>
      </w:r>
    </w:p>
    <w:p>
      <w:r>
        <w:rPr>
          <w:rFonts w:ascii="Garamond" w:hAnsi="Garamond"/>
          <w:b w:val="0"/>
          <w:sz w:val="24"/>
        </w:rPr>
        <w:t>Valor was quiet for a moment. “I thought I saw something move. We are there. The cavern is just ahead.” A pause. “Stay close.”</w:t>
      </w:r>
    </w:p>
    <w:p>
      <w:r>
        <w:rPr>
          <w:rFonts w:ascii="Garamond" w:hAnsi="Garamond"/>
          <w:b w:val="0"/>
          <w:sz w:val="24"/>
        </w:rPr>
        <w:t>They came through into the cavern and the scale of it hit Petra in the chest even in the dark. A small breeze moved against his face, carrying their scent back down the tunnel behind them.</w:t>
      </w:r>
    </w:p>
    <w:p>
      <w:r>
        <w:rPr>
          <w:rFonts w:ascii="Garamond" w:hAnsi="Garamond"/>
          <w:b w:val="0"/>
          <w:sz w:val="24"/>
        </w:rPr>
        <w:t>“No dragons,” Valor said, “but move carefully. The dragon entrance is on the wall to our left, shielded by large rocks. The floor drops ahead of us. The stars are roughly thirty of my wing-lengths in from the drop, in the direction we’re facing. Ride from here. Less time.”</w:t>
      </w:r>
    </w:p>
    <w:p>
      <w:r>
        <w:rPr>
          <w:rFonts w:ascii="Garamond" w:hAnsi="Garamond"/>
          <w:b w:val="0"/>
          <w:sz w:val="24"/>
        </w:rPr>
        <w:t>Petra swung up onto Valor’s neck before the horse had finished speaking. Valor turned right, stepped off the ledge, and opened his wings into a silent glide.</w:t>
      </w:r>
    </w:p>
    <w:p>
      <w:r>
        <w:rPr>
          <w:rFonts w:ascii="Garamond" w:hAnsi="Garamond"/>
          <w:b w:val="0"/>
          <w:sz w:val="24"/>
        </w:rPr>
        <w:t>“Hold tight,” Valor said. “The air swirls.”</w:t>
      </w:r>
    </w:p>
    <w:p>
      <w:r>
        <w:rPr>
          <w:rFonts w:ascii="Garamond" w:hAnsi="Garamond"/>
          <w:b w:val="0"/>
          <w:sz w:val="24"/>
        </w:rPr>
        <w:t>If Petra could have seen the cavern floor he would have understood something about the length of the dragons’ exile. The mound of stars was thirty of Valor’s wing-lengths across and twice the horse’s height, a mass of fist-sized stones that had been accumulating for longer than the elves had been on the island. Valor stayed low, glided past the edge of the mound to put it between them and the main entrance, and looked for a place to set down.</w:t>
      </w:r>
    </w:p>
    <w:p>
      <w:r>
        <w:rPr>
          <w:rFonts w:ascii="Garamond" w:hAnsi="Garamond"/>
          <w:b w:val="0"/>
          <w:sz w:val="24"/>
        </w:rPr>
        <w:t>The mound was not a mound. It was a crater, a depression in the cavern floor, its walls built up from centuries of accumulation. Valor looked down into it and saw the shape at the bottom.</w:t>
      </w:r>
    </w:p>
    <w:p>
      <w:r>
        <w:rPr>
          <w:rFonts w:ascii="Garamond" w:hAnsi="Garamond"/>
          <w:b w:val="0"/>
          <w:sz w:val="24"/>
        </w:rPr>
        <w:t>A young dragon. Small, one wing crippled, curled at the center of the crater. It looked up at the same moment Valor did.</w:t>
      </w:r>
    </w:p>
    <w:p>
      <w:r>
        <w:rPr>
          <w:rFonts w:ascii="Garamond" w:hAnsi="Garamond"/>
          <w:b w:val="0"/>
          <w:sz w:val="24"/>
        </w:rPr>
        <w:t>It screamed.</w:t>
      </w:r>
    </w:p>
    <w:p>
      <w:r>
        <w:rPr>
          <w:rFonts w:ascii="Garamond" w:hAnsi="Garamond"/>
          <w:b w:val="0"/>
          <w:sz w:val="24"/>
        </w:rPr>
        <w:t>The sound was high and wrong, more distress than fury, the cry of something very young calling for something much larger. Valor flew past the opening in the crater wall and landed. Petra felt the horror before he understood it, a cold wash of it through the link, and then Valor’s voice, stripped of everything except the facts.</w:t>
      </w:r>
    </w:p>
    <w:p>
      <w:r>
        <w:rPr>
          <w:rFonts w:ascii="Garamond" w:hAnsi="Garamond"/>
          <w:b w:val="0"/>
          <w:sz w:val="24"/>
        </w:rPr>
        <w:t>“We have been seen. Young dragon. It must be dying, that is why it is here. We have to move now.” He lowered his neck and Petra dismounted.</w:t>
      </w:r>
    </w:p>
    <w:p>
      <w:r>
        <w:rPr>
          <w:rFonts w:ascii="Garamond" w:hAnsi="Garamond"/>
          <w:b w:val="0"/>
          <w:sz w:val="24"/>
        </w:rPr>
        <w:t>Petra stood at the crater wall with his hands out and found the stones. Fist-sized, rough, cold, no glow, no warmth, no difference he could feel between any of them. He moved several, held them, weighed them. Nothing. He pulled the leather bag from his belt, filled it with four stones from the top of the pile, drew it closed, and mounted.</w:t>
      </w:r>
    </w:p>
    <w:p>
      <w:r>
        <w:rPr>
          <w:rFonts w:ascii="Garamond" w:hAnsi="Garamond"/>
          <w:b w:val="0"/>
          <w:sz w:val="24"/>
        </w:rPr>
        <w:t>“I’m not sure these are the right ones,” he said as Valor lifted into the air.</w:t>
      </w:r>
    </w:p>
    <w:p>
      <w:r>
        <w:rPr>
          <w:rFonts w:ascii="Garamond" w:hAnsi="Garamond"/>
          <w:b w:val="0"/>
          <w:sz w:val="24"/>
        </w:rPr>
        <w:t>“They must be,” Valor said, and glided back toward the break in the crater wall.</w:t>
      </w:r>
    </w:p>
    <w:p>
      <w:r>
        <w:rPr>
          <w:rFonts w:ascii="Garamond" w:hAnsi="Garamond"/>
          <w:b w:val="0"/>
          <w:sz w:val="24"/>
        </w:rPr>
        <w:t>He checked the corner carefully, edging his head around to see where the young dragon was looking. It had turned away, facing the main entrance, still crying. Then the cavern turned white.</w:t>
      </w:r>
    </w:p>
    <w:p>
      <w:r>
        <w:rPr>
          <w:rFonts w:ascii="Garamond" w:hAnsi="Garamond"/>
          <w:b w:val="0"/>
          <w:sz w:val="24"/>
        </w:rPr>
        <w:t>The light came without warning, red-white and absolute, burning through Petra’s closed eyelids as though they were paper. He felt it as pressure against his skull, a pounding that came from everywhere at once. Valor shut his eyes and held position by feel alone.</w:t>
      </w:r>
    </w:p>
    <w:p>
      <w:r>
        <w:rPr>
          <w:rFonts w:ascii="Garamond" w:hAnsi="Garamond"/>
          <w:b w:val="0"/>
          <w:sz w:val="24"/>
        </w:rPr>
        <w:t>When it faded Petra opened his eyes and looked out across the cavern. He understood the crater now in a way he hadn’t before. The scale of the mound, the depth of the depression, the weight of centuries in the stones. He looked down into the crater and saw the last of it: the dragon form shimmering, collapsing inward, resolving into a single stone that still held a faint interior light. The young dragon was gone.</w:t>
      </w:r>
    </w:p>
    <w:p>
      <w:r>
        <w:rPr>
          <w:rFonts w:ascii="Garamond" w:hAnsi="Garamond"/>
          <w:b w:val="0"/>
          <w:sz w:val="24"/>
        </w:rPr>
        <w:t>Valor glided down into the crater without being asked.</w:t>
      </w:r>
    </w:p>
    <w:p>
      <w:r>
        <w:rPr>
          <w:rFonts w:ascii="Garamond" w:hAnsi="Garamond"/>
          <w:b w:val="0"/>
          <w:sz w:val="24"/>
        </w:rPr>
        <w:t>“We have to,” Petra said.</w:t>
      </w:r>
    </w:p>
    <w:p>
      <w:r>
        <w:rPr>
          <w:rFonts w:ascii="Garamond" w:hAnsi="Garamond"/>
          <w:b w:val="0"/>
          <w:sz w:val="24"/>
        </w:rPr>
        <w:t>Valor tried to land but felt his hooves sinking into the deep pile the moment he touched it. He beat his wings hard to free himself, hovering above the glowing stone as the light continued to fade. Petra swung off his neck and dropped into the pile to his waist. He reached out and closed his hand around the stone as the last light died in it and the cavern went dark.</w:t>
      </w:r>
    </w:p>
    <w:p>
      <w:r>
        <w:rPr>
          <w:rFonts w:ascii="Garamond" w:hAnsi="Garamond"/>
          <w:b w:val="0"/>
          <w:sz w:val="24"/>
        </w:rPr>
        <w:t>He was sinking.</w:t>
      </w:r>
    </w:p>
    <w:p>
      <w:r>
        <w:rPr>
          <w:rFonts w:ascii="Garamond" w:hAnsi="Garamond"/>
          <w:b w:val="0"/>
          <w:sz w:val="24"/>
        </w:rPr>
        <w:t>The stones shifted around him with every movement, and every attempt to stop sinking made it worse. He was chest-deep before he understood that struggling was the wrong answer. He was chin-deep before he stopped struggling. The stones closed over his head.</w:t>
      </w:r>
    </w:p>
    <w:p>
      <w:r>
        <w:rPr>
          <w:rFonts w:ascii="Garamond" w:hAnsi="Garamond"/>
          <w:b w:val="0"/>
          <w:sz w:val="24"/>
        </w:rPr>
        <w:t>“Valor, I’m going under.”</w:t>
      </w:r>
    </w:p>
    <w:p>
      <w:r>
        <w:rPr>
          <w:rFonts w:ascii="Garamond" w:hAnsi="Garamond"/>
          <w:b w:val="0"/>
          <w:sz w:val="24"/>
        </w:rPr>
        <w:t>“Reach up. I am above you.”</w:t>
      </w:r>
    </w:p>
    <w:p>
      <w:r>
        <w:rPr>
          <w:rFonts w:ascii="Garamond" w:hAnsi="Garamond"/>
          <w:b w:val="0"/>
          <w:sz w:val="24"/>
        </w:rPr>
        <w:t>Petra threw both arms above his head, the stone in one fist, the other hand sweeping through the dark above the pile. He could feel himself still dropping. His hands went below the surface. Then something brushed against his arm and he closed his hand on Valor’s leg just above the hoof and held on.</w:t>
      </w:r>
    </w:p>
    <w:p>
      <w:r>
        <w:rPr>
          <w:rFonts w:ascii="Garamond" w:hAnsi="Garamond"/>
          <w:b w:val="0"/>
          <w:sz w:val="24"/>
        </w:rPr>
        <w:t>Valor drove his wings down hard. Once, twice. The stones resisted, then gave. Petra came up through the pile slowly, then faster, and when his head cleared the surface he heard the dragon in the tunnel.</w:t>
      </w:r>
    </w:p>
    <w:p>
      <w:r>
        <w:rPr>
          <w:rFonts w:ascii="Garamond" w:hAnsi="Garamond"/>
          <w:b w:val="0"/>
          <w:sz w:val="24"/>
        </w:rPr>
        <w:t>Not the young one. Something much larger, coming fast.</w:t>
      </w:r>
    </w:p>
    <w:p>
      <w:r>
        <w:rPr>
          <w:rFonts w:ascii="Garamond" w:hAnsi="Garamond"/>
          <w:b w:val="0"/>
          <w:sz w:val="24"/>
        </w:rPr>
        <w:t>Valor kept pulling. Petra felt his sword catch in the stones and nearly lost his grip. He held on. The sword tore free and Valor was suddenly airborne, Petra dangling from his leg, and they cleared the top of the pile just as the dragon’s head came through the tunnel entrance into the cavern.</w:t>
      </w:r>
    </w:p>
    <w:p>
      <w:r>
        <w:rPr>
          <w:rFonts w:ascii="Garamond" w:hAnsi="Garamond"/>
          <w:b w:val="0"/>
          <w:sz w:val="24"/>
        </w:rPr>
        <w:t>Valor dropped back below the crater rim and flew hard for the break in the wall. The dragon had seen them. It didn’t scream. It moved, fast and direct, unfolding its wings as it dropped off the entrance ledge onto the cavern floor, and the impact shook the stone under the pile.</w:t>
      </w:r>
    </w:p>
    <w:p>
      <w:r>
        <w:rPr>
          <w:rFonts w:ascii="Garamond" w:hAnsi="Garamond"/>
          <w:b w:val="0"/>
          <w:sz w:val="24"/>
        </w:rPr>
        <w:t>Valor set Petra down at the base of the crater wall. Petra found Valor’s neck by touch and mounted. His wrist burned where the stones had caught it. No time.</w:t>
      </w:r>
    </w:p>
    <w:p>
      <w:r>
        <w:rPr>
          <w:rFonts w:ascii="Garamond" w:hAnsi="Garamond"/>
          <w:b w:val="0"/>
          <w:sz w:val="24"/>
        </w:rPr>
        <w:t>Valor lifted off and flew away from the hidden entrance, keeping the crater between them and the dragon. The dragon knew they were there. It could raise its head above the crater wall and look, but it could not see the other side. Valor used that, staying low, circling, listening.</w:t>
      </w:r>
    </w:p>
    <w:p>
      <w:r>
        <w:rPr>
          <w:rFonts w:ascii="Garamond" w:hAnsi="Garamond"/>
          <w:b w:val="0"/>
          <w:sz w:val="24"/>
        </w:rPr>
        <w:t>A second dragon entered the tunnel.</w:t>
      </w:r>
    </w:p>
    <w:p>
      <w:r>
        <w:rPr>
          <w:rFonts w:ascii="Garamond" w:hAnsi="Garamond"/>
          <w:b w:val="0"/>
          <w:sz w:val="24"/>
        </w:rPr>
        <w:t>“We cannot stay,” Valor said. He turned toward the main entrance. If he used the hidden route the dragon behind them would find it and it would be gone. He would have to go out the front and lead them away, then double back.</w:t>
      </w:r>
    </w:p>
    <w:p>
      <w:r>
        <w:rPr>
          <w:rFonts w:ascii="Garamond" w:hAnsi="Garamond"/>
          <w:b w:val="0"/>
          <w:sz w:val="24"/>
        </w:rPr>
        <w:t>He misjudged the pillar.</w:t>
      </w:r>
    </w:p>
    <w:p>
      <w:r>
        <w:rPr>
          <w:rFonts w:ascii="Garamond" w:hAnsi="Garamond"/>
          <w:b w:val="0"/>
          <w:sz w:val="24"/>
        </w:rPr>
        <w:t>It was a single column of stone reaching floor to ceiling, and in the dark and the urgency he miscalculated the gap between it and the crater wall. His wing clipped the wall of stars. He went down, rolling, scattering stones across the cavern floor, and Petra came off his neck and landed in the pile.</w:t>
      </w:r>
    </w:p>
    <w:p>
      <w:r>
        <w:rPr>
          <w:rFonts w:ascii="Garamond" w:hAnsi="Garamond"/>
          <w:b w:val="0"/>
          <w:sz w:val="24"/>
        </w:rPr>
        <w:t>Valor found his feet. His wing joint screamed. He looked toward Petra, who was trying to stand and making it worse with every move, stones cascading and ringing off the floor around him. The first dragon was already changing direction toward the sound.</w:t>
      </w:r>
    </w:p>
    <w:p>
      <w:r>
        <w:rPr>
          <w:rFonts w:ascii="Garamond" w:hAnsi="Garamond"/>
          <w:b w:val="0"/>
          <w:sz w:val="24"/>
        </w:rPr>
        <w:t>“Valor, go,” Petra said. “Get out through the main entrance. Come back for me.”</w:t>
      </w:r>
    </w:p>
    <w:p>
      <w:r>
        <w:rPr>
          <w:rFonts w:ascii="Garamond" w:hAnsi="Garamond"/>
          <w:b w:val="0"/>
          <w:sz w:val="24"/>
        </w:rPr>
        <w:t>“Wing Rider—”</w:t>
      </w:r>
    </w:p>
    <w:p>
      <w:r>
        <w:rPr>
          <w:rFonts w:ascii="Garamond" w:hAnsi="Garamond"/>
          <w:b w:val="0"/>
          <w:sz w:val="24"/>
        </w:rPr>
        <w:t>“Go. I will be here.”</w:t>
      </w:r>
    </w:p>
    <w:p>
      <w:r>
        <w:rPr>
          <w:rFonts w:ascii="Garamond" w:hAnsi="Garamond"/>
          <w:b w:val="0"/>
          <w:sz w:val="24"/>
        </w:rPr>
        <w:t>Valor looked up the slope and saw Petra pressing himself down into the pile, pulling stones over himself, going still. Sabel-Tor had given the order. There was no argument left.</w:t>
      </w:r>
    </w:p>
    <w:p>
      <w:r>
        <w:rPr>
          <w:rFonts w:ascii="Garamond" w:hAnsi="Garamond"/>
          <w:b w:val="0"/>
          <w:sz w:val="24"/>
        </w:rPr>
        <w:t>“I will be back,” Valor said, and launched himself toward the approaching dragon.</w:t>
      </w:r>
    </w:p>
    <w:p>
      <w:r>
        <w:rPr>
          <w:rFonts w:ascii="Garamond" w:hAnsi="Garamond"/>
          <w:b w:val="0"/>
          <w:sz w:val="24"/>
        </w:rPr>
        <w:t>He rose above the crater wall and crossed directly in front of the first dragon’s path. The head snapped. The jaws closed on a fistful of Valor’s tail hairs and tore them free, and the loss of speed sent him diving for the floor. He hit running, leapt back into the air, turned hard. The dragon struck twice more and missed both times. Enraged, it spun to follow, and Valor was already back over the crater, drawing it away from Petra, buying time for the second dragon to clear the entrance tunnel.</w:t>
      </w:r>
    </w:p>
    <w:p>
      <w:r>
        <w:rPr>
          <w:rFonts w:ascii="Garamond" w:hAnsi="Garamond"/>
          <w:b w:val="0"/>
          <w:sz w:val="24"/>
        </w:rPr>
        <w:t>He turned at the far wall and ran along it for a wing-length before diving, then shot upward as the second dragon entered the cavern. The second dragon saw him immediately and lunged. Valor dove. The dragon’s jaws missed the horse and nearly closed on the first dragon completing its turn. The tail of the second lashed out as Valor banked sideways and slid between the dragon’s flank and the cavern wall, and the tail missed him by the length of a hand.</w:t>
      </w:r>
    </w:p>
    <w:p>
      <w:r>
        <w:rPr>
          <w:rFonts w:ascii="Garamond" w:hAnsi="Garamond"/>
          <w:b w:val="0"/>
          <w:sz w:val="24"/>
        </w:rPr>
        <w:t>He turned into the tunnel and flew.</w:t>
      </w:r>
    </w:p>
    <w:p>
      <w:r>
        <w:rPr>
          <w:rFonts w:ascii="Garamond" w:hAnsi="Garamond"/>
          <w:b w:val="0"/>
          <w:sz w:val="24"/>
        </w:rPr>
        <w:t>The passage was tight and dark and he could not see what was ahead. He flew by memory and by feel, keeping his wings at minimum spread, watching for the bend. When Eros’s light appeared around the curve he was already at full speed.</w:t>
      </w:r>
    </w:p>
    <w:p>
      <w:r>
        <w:rPr>
          <w:rFonts w:ascii="Garamond" w:hAnsi="Garamond"/>
          <w:b w:val="0"/>
          <w:sz w:val="24"/>
        </w:rPr>
        <w:t>A dragon was coming in.</w:t>
      </w:r>
    </w:p>
    <w:p>
      <w:r>
        <w:rPr>
          <w:rFonts w:ascii="Garamond" w:hAnsi="Garamond"/>
          <w:b w:val="0"/>
          <w:sz w:val="24"/>
        </w:rPr>
        <w:t>It filled most of the tunnel. Valor folded his wings and ran along the top of its back, felt the creature register his weight and begin to react, leapt off the rear leg and spread his wings to catch enough air to clear the tail. He came out of the tunnel into the night and banked hard.</w:t>
      </w:r>
    </w:p>
    <w:p>
      <w:r>
        <w:rPr>
          <w:rFonts w:ascii="Garamond" w:hAnsi="Garamond"/>
          <w:b w:val="0"/>
          <w:sz w:val="24"/>
        </w:rPr>
        <w:t>The fourth dragon was waiting above the entrance.</w:t>
      </w:r>
    </w:p>
    <w:p>
      <w:r>
        <w:rPr>
          <w:rFonts w:ascii="Garamond" w:hAnsi="Garamond"/>
          <w:b w:val="0"/>
          <w:sz w:val="24"/>
        </w:rPr>
        <w:t>It struck with the patient precision of something that has been doing this for a very long time, and it missed because Valor was no longer where it expected. Valor was under the tail of the dragon stuck in the entrance, diving for the cliff face below. The fourth dragon’s jaws closed on its brother’s tail instead.</w:t>
      </w:r>
    </w:p>
    <w:p>
      <w:r>
        <w:rPr>
          <w:rFonts w:ascii="Garamond" w:hAnsi="Garamond"/>
          <w:b w:val="0"/>
          <w:sz w:val="24"/>
        </w:rPr>
        <w:t>The dragon in the entrance thrashed. The fourth dragon, thrown off balance by the impact, clawed at the cliff face and could not hold. It fell onto its brother. The combined weight shifted the rock above the entrance. Valor was already clear when the cliff face came down.</w:t>
      </w:r>
    </w:p>
    <w:p>
      <w:r>
        <w:rPr>
          <w:rFonts w:ascii="Garamond" w:hAnsi="Garamond"/>
          <w:b w:val="0"/>
          <w:sz w:val="24"/>
        </w:rPr>
        <w:t>He turned and watched from a safe distance as the mountainside closed over the entrance. The third dragon’s tail twitched twice and went still. When the dust settled there was only rock where the opening had been.</w:t>
      </w:r>
    </w:p>
    <w:p>
      <w:r>
        <w:rPr>
          <w:rFonts w:ascii="Garamond" w:hAnsi="Garamond"/>
          <w:b w:val="0"/>
          <w:sz w:val="24"/>
        </w:rPr>
        <w:t>Valor hung in the air above the water and understood what he had done.</w:t>
      </w:r>
    </w:p>
    <w:p>
      <w:r>
        <w:rPr>
          <w:rFonts w:ascii="Garamond" w:hAnsi="Garamond"/>
          <w:b w:val="0"/>
          <w:sz w:val="24"/>
        </w:rPr>
        <w:t>Petra was inside. The entrance was gone. Two dragons were in there with him, and they were not getting out.</w:t>
      </w:r>
    </w:p>
    <w:p>
      <w:r>
        <w:rPr>
          <w:rFonts w:ascii="Garamond" w:hAnsi="Garamond"/>
          <w:b w:val="0"/>
          <w:sz w:val="24"/>
        </w:rPr>
        <w:t>Neither was he.</w:t>
      </w:r>
    </w:p>
    <w:p>
      <w:r>
        <w:rPr>
          <w:rFonts w:ascii="Garamond" w:hAnsi="Garamond"/>
          <w:sz w:val="24"/>
        </w:rPr>
        <w:br w:type="page"/>
      </w:r>
    </w:p>
    <w:p>
      <w:pPr>
        <w:jc w:val="center"/>
      </w:pPr>
      <w:r>
        <w:rPr>
          <w:rFonts w:ascii="Garamond" w:hAnsi="Garamond"/>
          <w:b/>
          <w:sz w:val="28"/>
        </w:rPr>
        <w:t>Chapter Sixty-Eight</w:t>
      </w:r>
    </w:p>
    <w:p>
      <w:r>
        <w:rPr>
          <w:rFonts w:ascii="Garamond" w:hAnsi="Garamond"/>
          <w:b w:val="0"/>
          <w:sz w:val="24"/>
        </w:rPr>
        <w:t>The first night of searching was ending and Jolano had nothing to show for it.</w:t>
      </w:r>
    </w:p>
    <w:p>
      <w:r>
        <w:rPr>
          <w:rFonts w:ascii="Garamond" w:hAnsi="Garamond"/>
          <w:b w:val="0"/>
          <w:sz w:val="24"/>
        </w:rPr>
        <w:t>He called the halt and his twenty warriors dropped where they stood. They were all tired, and the tunnels ahead were getting stranger. The scavengers pushing up from behind had thinned to scattered stragglers, which should have been reassuring. It wasn’t. It meant whatever had been driving the black tide north had either stopped or found something else to concern itself with. The resistance in front of them had been light throughout, nothing organized, only the usual underground hazards and the webs.</w:t>
      </w:r>
    </w:p>
    <w:p>
      <w:r>
        <w:rPr>
          <w:rFonts w:ascii="Garamond" w:hAnsi="Garamond"/>
          <w:b w:val="0"/>
          <w:sz w:val="24"/>
        </w:rPr>
        <w:t>The webs had cost them time. This section of tunnel was threaded with them from floor to ceiling, a catalog of every method a spider could devise to catch something moving through the dark. Ceiling webs for the small flying scavengers. Heavy-fibered barrier webs for the larger ones. Nets hanging on trip lines. And clinging to the walls in matted colonies, the small ones, which were the worst. Too small for a sword, too numerous to fight, enough poison in a full swarm to put a warrior on the floor in seconds. Jolano had been forced to backtrack twice to find scavengers to drive ahead of his column, feeding the wall nests before his people crossed. It was slow and it was degrading and it worked, and he had kept moving.</w:t>
      </w:r>
    </w:p>
    <w:p>
      <w:r>
        <w:rPr>
          <w:rFonts w:ascii="Garamond" w:hAnsi="Garamond"/>
          <w:b w:val="0"/>
          <w:sz w:val="24"/>
        </w:rPr>
        <w:t>But there was no one to find.</w:t>
      </w:r>
    </w:p>
    <w:p>
      <w:r>
        <w:rPr>
          <w:rFonts w:ascii="Garamond" w:hAnsi="Garamond"/>
          <w:b w:val="0"/>
          <w:sz w:val="24"/>
        </w:rPr>
        <w:t>The Paths of the Dead ran straight across the island. This was the only passage wide enough for a mass of people to move through together without getting strung out in single file, which was how you died in the underground. The histories were explicit about that. Six thousand people in a narrow tunnel became six thousand individual targets. His people should have known this. Whoever was leading them should have known this.</w:t>
      </w:r>
    </w:p>
    <w:p>
      <w:r>
        <w:rPr>
          <w:rFonts w:ascii="Garamond" w:hAnsi="Garamond"/>
          <w:b w:val="0"/>
          <w:sz w:val="24"/>
        </w:rPr>
        <w:t>He turned it over in his mind and found no comfort in any direction. If the leader had known and still ended up off the main route, something had forced the deviation. If the leader hadn’t known, then his people were being guided by someone who didn’t understand the ground, and the Watcher would have found that out before Jolano did.</w:t>
      </w:r>
    </w:p>
    <w:p>
      <w:r>
        <w:rPr>
          <w:rFonts w:ascii="Garamond" w:hAnsi="Garamond"/>
          <w:b w:val="0"/>
          <w:sz w:val="24"/>
        </w:rPr>
        <w:t>He thought about his sister. They had not planned for this. They had planned for delays, for resistance, for the old hostilities flaring at the Alterian border. They had not planned for the possibility that the people would simply not be where they were supposed to be.</w:t>
      </w:r>
    </w:p>
    <w:p>
      <w:r>
        <w:rPr>
          <w:rFonts w:ascii="Garamond" w:hAnsi="Garamond"/>
          <w:b w:val="0"/>
          <w:sz w:val="24"/>
        </w:rPr>
        <w:t>He shook his head. There was no point spending energy on what they hadn’t planned for. The question had already answered itself: he would keep going until he found which direction they had gone, and then he would go that direction. The only alternative was to stop, and stopping was not an option he was willing to consider.</w:t>
      </w:r>
    </w:p>
    <w:p>
      <w:r>
        <w:rPr>
          <w:rFonts w:ascii="Garamond" w:hAnsi="Garamond"/>
          <w:b w:val="0"/>
          <w:sz w:val="24"/>
        </w:rPr>
        <w:t>He looked at his warriors resting in the passage around him, and past them at the darkness ahead, and thought about how tired his people must be if his warriors looked like this.</w:t>
      </w:r>
    </w:p>
    <w:p>
      <w:r>
        <w:rPr>
          <w:rFonts w:ascii="Garamond" w:hAnsi="Garamond"/>
          <w:b w:val="0"/>
          <w:sz w:val="24"/>
        </w:rPr>
        <w:t>He let them rest a few minutes more. Then he got them moving again.</w:t>
      </w:r>
    </w:p>
    <w:p>
      <w:r>
        <w:rPr>
          <w:rFonts w:ascii="Garamond" w:hAnsi="Garamond"/>
          <w:sz w:val="24"/>
        </w:rPr>
        <w:br w:type="page"/>
      </w:r>
    </w:p>
    <w:p>
      <w:pPr>
        <w:jc w:val="center"/>
      </w:pPr>
      <w:r>
        <w:rPr>
          <w:rFonts w:ascii="Garamond" w:hAnsi="Garamond"/>
          <w:b/>
          <w:sz w:val="28"/>
        </w:rPr>
        <w:t>Chapter Sixty-Nine</w:t>
      </w:r>
    </w:p>
    <w:p>
      <w:r>
        <w:rPr>
          <w:rFonts w:ascii="Garamond" w:hAnsi="Garamond"/>
          <w:b w:val="0"/>
          <w:sz w:val="24"/>
        </w:rPr>
        <w:t>Sabel had to move before the sun got any higher.</w:t>
      </w:r>
    </w:p>
    <w:p>
      <w:r>
        <w:rPr>
          <w:rFonts w:ascii="Garamond" w:hAnsi="Garamond"/>
          <w:b w:val="0"/>
          <w:sz w:val="24"/>
        </w:rPr>
        <w:t>Club-tails were creatures of the dark and the cool. Otos’s light slowed them, made them sluggish, dulled the particular mean edge that made them dangerous. The next underground entrance was at the far end of the valley, and once they reached it the man would be gone and Sabel would lose him. He had perhaps a quarter hour before that happened.</w:t>
      </w:r>
    </w:p>
    <w:p>
      <w:r>
        <w:rPr>
          <w:rFonts w:ascii="Garamond" w:hAnsi="Garamond"/>
          <w:b w:val="0"/>
          <w:sz w:val="24"/>
        </w:rPr>
        <w:t>He banked and began his run, staying low behind the line of hills that ran along the valley’s southern edge. The club-tails were stupid creatures by any measure, the remnants of one of Atula’s less inspired efforts, built to mock Telecio’s children without quite achieving the intelligence that would have made the mockery sting. The elves laughed at them. They were right to, in most circumstances. In a confined tunnel at close range they were something else, but out here in open ground they were seven against a flier who had been raised to pull foals from dragon attacks, and Sabel had done that since he was two years old.</w:t>
      </w:r>
    </w:p>
    <w:p>
      <w:r>
        <w:rPr>
          <w:rFonts w:ascii="Garamond" w:hAnsi="Garamond"/>
          <w:b w:val="0"/>
          <w:sz w:val="24"/>
        </w:rPr>
        <w:t>He thought about what this rescue would mean as he built speed. Valor had Sabel-Tor. The prophecy was his brother’s to fulfill, the history his brother’s to carry. Sabel had been sent as a messenger and a watchman, a role he had accepted because Far Wing asked it of him and because there was no argument against it. He was three years from being able to challenge Valor for the right to carry his namesake, and three years was a long time.</w:t>
      </w:r>
    </w:p>
    <w:p>
      <w:r>
        <w:rPr>
          <w:rFonts w:ascii="Garamond" w:hAnsi="Garamond"/>
          <w:b w:val="0"/>
          <w:sz w:val="24"/>
        </w:rPr>
        <w:t>But a flier who brought in the fourth Secondborn was not a messenger. That was something else entirely.</w:t>
      </w:r>
    </w:p>
    <w:p>
      <w:r>
        <w:rPr>
          <w:rFonts w:ascii="Garamond" w:hAnsi="Garamond"/>
          <w:b w:val="0"/>
          <w:sz w:val="24"/>
        </w:rPr>
        <w:t>He came over the hill fast and low and hit the rear of the group before they registered the shadow. Three club-tails went down under his hooves. He turned hard, set down, put his head between the bearded man’s legs, and lifted.</w:t>
      </w:r>
    </w:p>
    <w:p>
      <w:r>
        <w:rPr>
          <w:rFonts w:ascii="Garamond" w:hAnsi="Garamond"/>
          <w:b w:val="0"/>
          <w:sz w:val="24"/>
        </w:rPr>
        <w:t>The man came off the ground with a sound that was mostly surprise. Sabel had his knees under the wing joints before the front of the group had finished turning. He was airborne before they reached where he had landed.</w:t>
      </w:r>
    </w:p>
    <w:p>
      <w:r>
        <w:rPr>
          <w:rFonts w:ascii="Garamond" w:hAnsi="Garamond"/>
          <w:b w:val="0"/>
          <w:sz w:val="24"/>
        </w:rPr>
        <w:t>“Do not fear,” Sabel said, climbing fast. “I am here to help. It was destined that we meet. I am Sabel, and I am yours to command.”</w:t>
      </w:r>
    </w:p>
    <w:p>
      <w:r>
        <w:rPr>
          <w:rFonts w:ascii="Garamond" w:hAnsi="Garamond"/>
          <w:b w:val="0"/>
          <w:sz w:val="24"/>
        </w:rPr>
        <w:t>Captain Andius Terrell of the Estolian Navy locked his knees under the wing joints by pure instinct, sat up on the horse’s neck, and looked down at the valley dropping away beneath him. The club-tails were already small. His hands found the mane and held.</w:t>
      </w:r>
    </w:p>
    <w:p>
      <w:r>
        <w:rPr>
          <w:rFonts w:ascii="Garamond" w:hAnsi="Garamond"/>
          <w:b w:val="0"/>
          <w:sz w:val="24"/>
        </w:rPr>
        <w:t>He had been on this island for nine days. Seven of them alone on the beach, surviving on whatever the tide left and whatever his stomach could accept from what the first night had left behind. He had not allowed himself to think too carefully about some of those meals. Two days after that in the grip of the club-tails, marching through tunnels he did not understand toward a destination that had not been explained to him, which was not in itself unusual in his experience of being captured, but was unsettling in combination with everything else.</w:t>
      </w:r>
    </w:p>
    <w:p>
      <w:r>
        <w:rPr>
          <w:rFonts w:ascii="Garamond" w:hAnsi="Garamond"/>
          <w:b w:val="0"/>
          <w:sz w:val="24"/>
        </w:rPr>
        <w:t>And now a winged horse. Speaking in his mind.</w:t>
      </w:r>
    </w:p>
    <w:p>
      <w:r>
        <w:rPr>
          <w:rFonts w:ascii="Garamond" w:hAnsi="Garamond"/>
          <w:b w:val="0"/>
          <w:sz w:val="24"/>
        </w:rPr>
        <w:t>He rolled his head to the left and looked forward along the neck at the ears and the sky beyond them and the island falling away below.</w:t>
      </w:r>
    </w:p>
    <w:p>
      <w:r>
        <w:rPr>
          <w:rFonts w:ascii="Garamond" w:hAnsi="Garamond"/>
          <w:b w:val="0"/>
          <w:sz w:val="24"/>
        </w:rPr>
        <w:t>He had survived this long by making quick assessments and acting on them before his nerve caught up with his judgment. His assessment right now was that he was in the air on a flying horse that had just rescued him, and that this was better than the alternative.</w:t>
      </w:r>
    </w:p>
    <w:p>
      <w:r>
        <w:rPr>
          <w:rFonts w:ascii="Garamond" w:hAnsi="Garamond"/>
          <w:b w:val="0"/>
          <w:sz w:val="24"/>
        </w:rPr>
        <w:t>“All right,” Terrell said, into the wind and the mind-link both. “Where are we going?”</w:t>
      </w:r>
    </w:p>
    <w:p>
      <w:r>
        <w:rPr>
          <w:rFonts w:ascii="Garamond" w:hAnsi="Garamond"/>
          <w:sz w:val="24"/>
        </w:rPr>
        <w:br w:type="page"/>
      </w:r>
    </w:p>
    <w:p>
      <w:pPr>
        <w:jc w:val="center"/>
      </w:pPr>
      <w:r>
        <w:rPr>
          <w:rFonts w:ascii="Garamond" w:hAnsi="Garamond"/>
          <w:b/>
          <w:sz w:val="28"/>
        </w:rPr>
        <w:t>Chapter Seventy</w:t>
      </w:r>
    </w:p>
    <w:p>
      <w:r>
        <w:rPr>
          <w:rFonts w:ascii="Garamond" w:hAnsi="Garamond"/>
          <w:b w:val="0"/>
          <w:sz w:val="24"/>
        </w:rPr>
        <w:t>Terra Sario had finally done what he should have done at that junction two hours ago.</w:t>
      </w:r>
    </w:p>
    <w:p>
      <w:r>
        <w:rPr>
          <w:rFonts w:ascii="Garamond" w:hAnsi="Garamond"/>
          <w:b w:val="0"/>
          <w:sz w:val="24"/>
        </w:rPr>
        <w:t>He took his warriors off the Paths of the Dead and turned west.</w:t>
      </w:r>
    </w:p>
    <w:p>
      <w:r>
        <w:rPr>
          <w:rFonts w:ascii="Garamond" w:hAnsi="Garamond"/>
          <w:b w:val="0"/>
          <w:sz w:val="24"/>
        </w:rPr>
        <w:t>The pull he had been ignoring since the first junction had not gone away. It had gotten stronger with every mile of empty tunnel behind them, every junction where nothing moved the way it should if thirty thousand people had come through recently. The Paths ran straight to Valoria. The Valorians should have been on them. They weren’t. The conclusion he had been refusing to draw for hours was the only one left standing.</w:t>
      </w:r>
    </w:p>
    <w:p>
      <w:r>
        <w:rPr>
          <w:rFonts w:ascii="Garamond" w:hAnsi="Garamond"/>
          <w:b w:val="0"/>
          <w:sz w:val="24"/>
        </w:rPr>
        <w:t>Taking three hundred warriors into an unfamiliar system was not a decision made lightly. The underground punished the overconfident and the careless in equal measure, and the Watcher’s territory offered hazards that had nothing to do with scavengers. A wrong turn could put a column over the Deep with no warning. Getting lost was the least of the dangers. Getting separated was worse.</w:t>
      </w:r>
    </w:p>
    <w:p>
      <w:r>
        <w:rPr>
          <w:rFonts w:ascii="Garamond" w:hAnsi="Garamond"/>
          <w:b w:val="0"/>
          <w:sz w:val="24"/>
        </w:rPr>
        <w:t>But Terra Sario knew this system. He had been through it before, never with so many, but he knew the ground. He knew where the Deep ran and how to route around it. Past that it was a navigable path northwest, and northwest was where his instinct had been pointing him since they started.</w:t>
      </w:r>
    </w:p>
    <w:p>
      <w:r>
        <w:rPr>
          <w:rFonts w:ascii="Garamond" w:hAnsi="Garamond"/>
          <w:b w:val="0"/>
          <w:sz w:val="24"/>
        </w:rPr>
        <w:t>He kept them moving at a trot and kept his own sense of direction locked down tight, the way he had trained himself to do since his first years in the underground. Direction was the thing. Lose direction and everything else followed. He had seen good warriors walk in circles for hours and never know it. He had never done it himself, and he did not intend to start now.</w:t>
      </w:r>
    </w:p>
    <w:p>
      <w:r>
        <w:rPr>
          <w:rFonts w:ascii="Garamond" w:hAnsi="Garamond"/>
          <w:b w:val="0"/>
          <w:sz w:val="24"/>
        </w:rPr>
        <w:t>The Watcher’s presence was heavier here. More of his army in the side passages, better organized than the scavengers on the main route, some of them armed. Terra brought his warriors through the junctions at speed, checking both directions before crossing, not giving anything time to set. They pushed through two skirmishes without stopping and left the dead where they fell.</w:t>
      </w:r>
    </w:p>
    <w:p>
      <w:r>
        <w:rPr>
          <w:rFonts w:ascii="Garamond" w:hAnsi="Garamond"/>
          <w:b w:val="0"/>
          <w:sz w:val="24"/>
        </w:rPr>
        <w:t>He was tired. His back wound had settled into a dull burn that spiked when he moved wrong, which was often at this pace. He kept that information to himself.</w:t>
      </w:r>
    </w:p>
    <w:p>
      <w:r>
        <w:rPr>
          <w:rFonts w:ascii="Garamond" w:hAnsi="Garamond"/>
          <w:b w:val="0"/>
          <w:sz w:val="24"/>
        </w:rPr>
        <w:t>Somewhere in the tunnels ahead, six thousand people were moving through ground that wanted to kill them, led by whoever had been left in charge when the mountain blew. Terra hoped that person was competent. He hoped they were still alive. He hoped he was right about the direction.</w:t>
      </w:r>
    </w:p>
    <w:p>
      <w:r>
        <w:rPr>
          <w:rFonts w:ascii="Garamond" w:hAnsi="Garamond"/>
          <w:b w:val="0"/>
          <w:sz w:val="24"/>
        </w:rPr>
        <w:t>He kept the trot and followed the thing he could not name.</w:t>
      </w:r>
    </w:p>
    <w:p>
      <w:r>
        <w:rPr>
          <w:rFonts w:ascii="Garamond" w:hAnsi="Garamond"/>
          <w:sz w:val="24"/>
        </w:rPr>
        <w:br w:type="page"/>
      </w:r>
    </w:p>
    <w:p>
      <w:pPr>
        <w:jc w:val="center"/>
      </w:pPr>
      <w:r>
        <w:rPr>
          <w:rFonts w:ascii="Garamond" w:hAnsi="Garamond"/>
          <w:b/>
          <w:sz w:val="28"/>
        </w:rPr>
        <w:t>Chapter Seventy-One</w:t>
      </w:r>
    </w:p>
    <w:p>
      <w:r>
        <w:rPr>
          <w:rFonts w:ascii="Garamond" w:hAnsi="Garamond"/>
          <w:b w:val="0"/>
          <w:sz w:val="24"/>
        </w:rPr>
        <w:t>Petra woke inside the pile.</w:t>
      </w:r>
    </w:p>
    <w:p>
      <w:r>
        <w:rPr>
          <w:rFonts w:ascii="Garamond" w:hAnsi="Garamond"/>
          <w:b w:val="0"/>
          <w:sz w:val="24"/>
        </w:rPr>
        <w:t>He remembered it in pieces as the fog cleared. The fear had gotten out. He had felt it happen, felt the control slip in the dark after Valor left, and the dragons had felt it too. He had heard them moving toward him across the cavern floor, felt the vibrations in the stones around him, and then the mountain had answered for him. The ceiling had come down.</w:t>
      </w:r>
    </w:p>
    <w:p>
      <w:r>
        <w:rPr>
          <w:rFonts w:ascii="Garamond" w:hAnsi="Garamond"/>
          <w:b w:val="0"/>
          <w:sz w:val="24"/>
        </w:rPr>
        <w:t>The pile had moved the way water moves, all at once, the whole mass of it flowing toward the wall with Petra caught inside it. He remembered the wall arriving. He did not remember anything after that.</w:t>
      </w:r>
    </w:p>
    <w:p>
      <w:r>
        <w:rPr>
          <w:rFonts w:ascii="Garamond" w:hAnsi="Garamond"/>
          <w:b w:val="0"/>
          <w:sz w:val="24"/>
        </w:rPr>
        <w:t>He wriggled carefully. The stones shifted and he worked toward where the pressure felt thinner, using small movements, the way you moved when you were not sure what had changed while you were unconscious. His head found open air. He kept moving until he could get his arms free.</w:t>
      </w:r>
    </w:p>
    <w:p>
      <w:r>
        <w:rPr>
          <w:rFonts w:ascii="Garamond" w:hAnsi="Garamond"/>
          <w:b w:val="0"/>
          <w:sz w:val="24"/>
        </w:rPr>
        <w:t>The voice came into his mind before he had fully broken the surface.</w:t>
      </w:r>
    </w:p>
    <w:p>
      <w:r>
        <w:rPr>
          <w:rFonts w:ascii="Garamond" w:hAnsi="Garamond"/>
          <w:b w:val="0"/>
          <w:sz w:val="24"/>
        </w:rPr>
        <w:t>“Thank you, my child.”</w:t>
      </w:r>
    </w:p>
    <w:p>
      <w:r>
        <w:rPr>
          <w:rFonts w:ascii="Garamond" w:hAnsi="Garamond"/>
          <w:b w:val="0"/>
          <w:sz w:val="24"/>
        </w:rPr>
        <w:t>Petra went still. The voice was immense, layered with something that was not quite amusement and not quite contempt but carried both. He knew what it was before the thought had finished forming.</w:t>
      </w:r>
    </w:p>
    <w:p>
      <w:r>
        <w:rPr>
          <w:rFonts w:ascii="Garamond" w:hAnsi="Garamond"/>
          <w:b w:val="0"/>
          <w:sz w:val="24"/>
        </w:rPr>
        <w:t>“Yes,” the voice said. “That is what they call us.” Then, with the particular pleasure of something delivering a punchline it has been waiting to deliver for a long time: “She said you would come. She said you would be the one to free us. I did not believe her. I believe her now.”</w:t>
      </w:r>
    </w:p>
    <w:p>
      <w:r>
        <w:rPr>
          <w:rFonts w:ascii="Garamond" w:hAnsi="Garamond"/>
          <w:b w:val="0"/>
          <w:sz w:val="24"/>
        </w:rPr>
        <w:t>Petra pushed through the surface of the pile and found the wall. His right arm was wrong from shoulder to elbow and he kept it against his body. He used his left hand on the stone and worked his way upright, the pain clearing his head faster than he wanted it to.</w:t>
      </w:r>
    </w:p>
    <w:p>
      <w:r>
        <w:rPr>
          <w:rFonts w:ascii="Garamond" w:hAnsi="Garamond"/>
          <w:b w:val="0"/>
          <w:sz w:val="24"/>
        </w:rPr>
        <w:t>“Hessa.” He said it aloud into the dust-thick air of the ruined cavern.</w:t>
      </w:r>
    </w:p>
    <w:p>
      <w:r>
        <w:rPr>
          <w:rFonts w:ascii="Garamond" w:hAnsi="Garamond"/>
          <w:b w:val="0"/>
          <w:sz w:val="24"/>
        </w:rPr>
        <w:t>“She came to us in the bowl,” the voice said, and it was weaker now, the vastness of it thinning at the edges. “She told us the marked ones must live. She said one of them would carry our star off this island and break our bond to it. We did not have to like it. We only had to wait.” A pause. “You are clumsy for a liberator.”</w:t>
      </w:r>
    </w:p>
    <w:p>
      <w:r>
        <w:rPr>
          <w:rFonts w:ascii="Garamond" w:hAnsi="Garamond"/>
          <w:b w:val="0"/>
          <w:sz w:val="24"/>
        </w:rPr>
        <w:t>Petra pulled his sword left-handed and used it to lever himself to his feet. For the first time he looked across the cavern.</w:t>
      </w:r>
    </w:p>
    <w:p>
      <w:r>
        <w:rPr>
          <w:rFonts w:ascii="Garamond" w:hAnsi="Garamond"/>
          <w:b w:val="0"/>
          <w:sz w:val="24"/>
        </w:rPr>
        <w:t>The ceiling had come down across nearly the whole floor. Through the gap torn in the mountain’s roof, Eros sent a single column of pale light into the dark, and in that light, on the far side of the rubble, the dragon lay pinned. Its wings were gone, buried under the fall. The tail moved in and out of the light with the slow rhythm of something still waiting for the message to arrive. The head was deeper in the collapse, out of sight, but the link was still there.</w:t>
      </w:r>
    </w:p>
    <w:p>
      <w:r>
        <w:rPr>
          <w:rFonts w:ascii="Garamond" w:hAnsi="Garamond"/>
          <w:b w:val="0"/>
          <w:sz w:val="24"/>
        </w:rPr>
        <w:t>“We will return to Estos,” the voice said, quieter still. “You will carry the star out of this place and the bond will break and we will return. That is what she promised us. That is what Gargalo was told, in the beginning.” The link frayed and caught again. “She used us. We knew she was using us. It did not matter. The promise was the promise.”</w:t>
      </w:r>
    </w:p>
    <w:p>
      <w:r>
        <w:rPr>
          <w:rFonts w:ascii="Garamond" w:hAnsi="Garamond"/>
          <w:b w:val="0"/>
          <w:sz w:val="24"/>
        </w:rPr>
        <w:t>Petra said nothing. He understood, in the way you understand a thing that is too large to argue with, that the dragon was not talking to him. It was talking to everything that had brought it to this moment. He was simply the one present.</w:t>
      </w:r>
    </w:p>
    <w:p>
      <w:r>
        <w:rPr>
          <w:rFonts w:ascii="Garamond" w:hAnsi="Garamond"/>
          <w:b w:val="0"/>
          <w:sz w:val="24"/>
        </w:rPr>
        <w:t>The light came without warning.</w:t>
      </w:r>
    </w:p>
    <w:p>
      <w:r>
        <w:rPr>
          <w:rFonts w:ascii="Garamond" w:hAnsi="Garamond"/>
          <w:b w:val="0"/>
          <w:sz w:val="24"/>
        </w:rPr>
        <w:t>Red-white and total, flooding from beneath the rubble on the far side of the cavern, gone in the same second it arrived. Petra had his eyes closed and still saw it. When it faded he opened them. A red glow pulsed under the rocks where the dragon had been, softening as he watched, the way coals soften when the fire leaves them.</w:t>
      </w:r>
    </w:p>
    <w:p>
      <w:r>
        <w:rPr>
          <w:rFonts w:ascii="Garamond" w:hAnsi="Garamond"/>
          <w:b w:val="0"/>
          <w:sz w:val="24"/>
        </w:rPr>
        <w:t>The second dragon was dead in the rubble beside it. A ceiling stone the size of a cart had come across its neck. It had not suffered.</w:t>
      </w:r>
    </w:p>
    <w:p>
      <w:r>
        <w:rPr>
          <w:rFonts w:ascii="Garamond" w:hAnsi="Garamond"/>
          <w:b w:val="0"/>
          <w:sz w:val="24"/>
        </w:rPr>
        <w:t>Petra crossed the cavern with his sword dragging and his right arm held close and his chin bleeding where it had met the floor. He knelt at the edge of the rockfall and worked stones free one-handed, following the glow as it faded, until he cleared enough rubble to see the gem lying in the moonlight.</w:t>
      </w:r>
    </w:p>
    <w:p>
      <w:r>
        <w:rPr>
          <w:rFonts w:ascii="Garamond" w:hAnsi="Garamond"/>
          <w:b w:val="0"/>
          <w:sz w:val="24"/>
        </w:rPr>
        <w:t>He reached out and took it.</w:t>
      </w:r>
    </w:p>
    <w:p>
      <w:r>
        <w:rPr>
          <w:rFonts w:ascii="Garamond" w:hAnsi="Garamond"/>
          <w:b w:val="0"/>
          <w:sz w:val="24"/>
        </w:rPr>
        <w:t>He understood, holding it in his palm in the dust and the dark, what the dragon had been telling him. Hessa had promised them return. She had used that promise to keep them patient, to keep the marked ones alive long enough to play their parts. And now here he was, doing exactly what she had said he would do, taking the star that would break the bond, completing the circle she had drawn around all of them before any of them had arrived on this island.</w:t>
      </w:r>
    </w:p>
    <w:p>
      <w:r>
        <w:rPr>
          <w:rFonts w:ascii="Garamond" w:hAnsi="Garamond"/>
          <w:b w:val="0"/>
          <w:sz w:val="24"/>
        </w:rPr>
        <w:t>She had been right about everything. That was the thing he could not sit with.</w:t>
      </w:r>
    </w:p>
    <w:p>
      <w:r>
        <w:rPr>
          <w:rFonts w:ascii="Garamond" w:hAnsi="Garamond"/>
          <w:b w:val="0"/>
          <w:sz w:val="24"/>
        </w:rPr>
        <w:t>The darkness came back for him before he had finished the thought, and he went down against the floor with the star in his fist and the moonlight on his face, and did not move.</w:t>
      </w:r>
    </w:p>
    <w:p>
      <w:r>
        <w:rPr>
          <w:rFonts w:ascii="Garamond" w:hAnsi="Garamond"/>
          <w:sz w:val="24"/>
        </w:rPr>
        <w:br w:type="page"/>
      </w:r>
    </w:p>
    <w:p>
      <w:pPr>
        <w:jc w:val="center"/>
      </w:pPr>
      <w:r>
        <w:rPr>
          <w:rFonts w:ascii="Garamond" w:hAnsi="Garamond"/>
          <w:b/>
          <w:sz w:val="28"/>
        </w:rPr>
        <w:t>Chapter Seventy-Two</w:t>
      </w:r>
    </w:p>
    <w:p>
      <w:r>
        <w:rPr>
          <w:rFonts w:ascii="Garamond" w:hAnsi="Garamond"/>
          <w:b w:val="0"/>
          <w:sz w:val="24"/>
        </w:rPr>
        <w:t>Three days in the dark, and now this.</w:t>
      </w:r>
    </w:p>
    <w:p>
      <w:r>
        <w:rPr>
          <w:rFonts w:ascii="Garamond" w:hAnsi="Garamond"/>
          <w:b w:val="0"/>
          <w:sz w:val="24"/>
        </w:rPr>
        <w:t>Taranto Galaway stopped at the junction and let the breeze find him. It came from the left branch, cool and clean, carrying the smell of open air and wet stone and everything that was not this tunnel. Three days of smoke and fear and the particular exhaustion of moving old people and children through passages that wanted to kill them, and here was a door, and it was open, and the wind coming through it smelled like the world.</w:t>
      </w:r>
    </w:p>
    <w:p>
      <w:r>
        <w:rPr>
          <w:rFonts w:ascii="Garamond" w:hAnsi="Garamond"/>
          <w:b w:val="0"/>
          <w:sz w:val="24"/>
        </w:rPr>
        <w:t>He stood there for a moment and let himself feel it. Then he thought about what was on the other side of it.</w:t>
      </w:r>
    </w:p>
    <w:p>
      <w:r>
        <w:rPr>
          <w:rFonts w:ascii="Garamond" w:hAnsi="Garamond"/>
          <w:b w:val="0"/>
          <w:sz w:val="24"/>
        </w:rPr>
        <w:t>Surface. Open ground. Dragons.</w:t>
      </w:r>
    </w:p>
    <w:p>
      <w:r>
        <w:rPr>
          <w:rFonts w:ascii="Garamond" w:hAnsi="Garamond"/>
          <w:b w:val="0"/>
          <w:sz w:val="24"/>
        </w:rPr>
        <w:t>The people would want to go. He knew that without asking. They were hungry, they were exhausted, some of the elderly had gone past the point where the dark was simply difficult and into the place where it started to take something from you that did not come back easily. Their silence over the last few hours had been harder to bear than the sounds they had made earlier. Silence meant they had stopped expecting things to get better.</w:t>
      </w:r>
    </w:p>
    <w:p>
      <w:r>
        <w:rPr>
          <w:rFonts w:ascii="Garamond" w:hAnsi="Garamond"/>
          <w:b w:val="0"/>
          <w:sz w:val="24"/>
        </w:rPr>
        <w:t>He could not take them up. And he could not go back. The Watcher’s creatures were a sword-length behind them and had been since before he stopped counting. Whatever was driving them had not tired and had not been discouraged by the losses they had taken. The only direction left was forward, deeper into the mountain, higher into a system he did not know, toward whatever was at the end of it.</w:t>
      </w:r>
    </w:p>
    <w:p>
      <w:r>
        <w:rPr>
          <w:rFonts w:ascii="Garamond" w:hAnsi="Garamond"/>
          <w:b w:val="0"/>
          <w:sz w:val="24"/>
        </w:rPr>
        <w:t>He had stopped pretending three days ago that he knew where they were going. Now he simply chose the direction that kept them alive the longest and trusted that the longest would be long enough.</w:t>
      </w:r>
    </w:p>
    <w:p>
      <w:r>
        <w:rPr>
          <w:rFonts w:ascii="Garamond" w:hAnsi="Garamond"/>
          <w:b w:val="0"/>
          <w:sz w:val="24"/>
        </w:rPr>
        <w:t>He posted warriors at the junction to hold the rear, took one last breath of the wind from the left branch, and gave the order to continue climbing.</w:t>
      </w:r>
    </w:p>
    <w:p>
      <w:r>
        <w:rPr>
          <w:rFonts w:ascii="Garamond" w:hAnsi="Garamond"/>
          <w:b w:val="0"/>
          <w:sz w:val="24"/>
        </w:rPr>
        <w:t>The breeze faded behind him as the tunnel turned, and the dark closed in again, and six thousand people followed him into the mountain.</w:t>
      </w:r>
    </w:p>
    <w:p>
      <w:r>
        <w:rPr>
          <w:rFonts w:ascii="Garamond" w:hAnsi="Garamond"/>
          <w:sz w:val="24"/>
        </w:rPr>
        <w:br w:type="page"/>
      </w:r>
    </w:p>
    <w:p>
      <w:pPr>
        <w:jc w:val="center"/>
      </w:pPr>
      <w:r>
        <w:rPr>
          <w:rFonts w:ascii="Garamond" w:hAnsi="Garamond"/>
          <w:b/>
          <w:sz w:val="28"/>
        </w:rPr>
        <w:t>Chapter Seventy-Three</w:t>
      </w:r>
    </w:p>
    <w:p>
      <w:r>
        <w:rPr>
          <w:rFonts w:ascii="Garamond" w:hAnsi="Garamond"/>
          <w:b w:val="0"/>
          <w:sz w:val="24"/>
        </w:rPr>
        <w:t>Day Eleven.</w:t>
      </w:r>
    </w:p>
    <w:p>
      <w:r>
        <w:rPr>
          <w:rFonts w:ascii="Garamond" w:hAnsi="Garamond"/>
          <w:b w:val="0"/>
          <w:sz w:val="24"/>
        </w:rPr>
        <w:t>Otos was just clearing the eastern mountains when Pico and her father stopped to rest by the stream. Rothallan and Galathia grazed nearby, unhurried, making the most of the pause. The night flying had been long and the most dangerous hours were these, the transition times when the sky moved from one master to another and the dragons used the confusion of light and shadow to approach from the east with the sun behind them. She kept half her attention on the sky without deciding to. It had become habit.</w:t>
      </w:r>
    </w:p>
    <w:p>
      <w:r>
        <w:rPr>
          <w:rFonts w:ascii="Garamond" w:hAnsi="Garamond"/>
          <w:b w:val="0"/>
          <w:sz w:val="24"/>
        </w:rPr>
        <w:t>They would reach the northern nest by nightfall. Whether Kato and Verad would be there yet was a question she could not answer, which meant the more urgent question, how to warn them about the prophecy before Kato used the star at the wrong moment, also had no answer. She told her father what she knew about the Watcher and where Kato had gone to find his information. Her father listened without interrupting, which was new, and she understood it as his way of telling her that the years of not listening were finished.</w:t>
      </w:r>
    </w:p>
    <w:p>
      <w:r>
        <w:rPr>
          <w:rFonts w:ascii="Garamond" w:hAnsi="Garamond"/>
          <w:b w:val="0"/>
          <w:sz w:val="24"/>
        </w:rPr>
        <w:t>She thought about Kato in that confrontation and felt the complicated mix of emotions she always felt when she thought about her brother going somewhere dangerous without her. Pride, because she knew what he was capable of. Envy, because the power of the Son of Light was his and not hers, and she had spent her whole life next to it without being able to touch it. And something else she was still working out the name for, something that had to do with Verad being there with him instead of her.</w:t>
      </w:r>
    </w:p>
    <w:p>
      <w:r>
        <w:rPr>
          <w:rFonts w:ascii="Garamond" w:hAnsi="Garamond"/>
          <w:b w:val="0"/>
          <w:sz w:val="24"/>
        </w:rPr>
        <w:t>She had been thinking about Verad since before she had admitted to herself that she was thinking about Verad.</w:t>
      </w:r>
    </w:p>
    <w:p>
      <w:r>
        <w:rPr>
          <w:rFonts w:ascii="Garamond" w:hAnsi="Garamond"/>
          <w:b w:val="0"/>
          <w:sz w:val="24"/>
        </w:rPr>
        <w:t>It had started in the tunnels, the moment their eyes met. His thoughts were not difficult to read. He had not been trying to hide them, had perhaps not even known he was broadcasting them, and what she had read there had been so unguarded and so complete that it had stayed with her the way very honest things stay with you. He had looked at her and she had known precisely what he felt. She had felt it herself.</w:t>
      </w:r>
    </w:p>
    <w:p>
      <w:r>
        <w:rPr>
          <w:rFonts w:ascii="Garamond" w:hAnsi="Garamond"/>
          <w:b w:val="0"/>
          <w:sz w:val="24"/>
        </w:rPr>
        <w:t>That was the problem. She had felt it herself, and she had been turning the fact of it over in her mind like a stone she could not put down.</w:t>
      </w:r>
    </w:p>
    <w:p>
      <w:r>
        <w:rPr>
          <w:rFonts w:ascii="Garamond" w:hAnsi="Garamond"/>
          <w:b w:val="0"/>
          <w:sz w:val="24"/>
        </w:rPr>
        <w:t>The math was what she kept returning to. By the time she was ready to take a mate, Verad would be the age Petra was now. By the time she entered her prime he would be an old man, and then he would be gone, and she would be a young woman by the measure of her people for decades after that, carrying something she could not put down and could not share with anyone who would understand what she was talking about. The commitment her people made when they committed lasted a century and a half. Verad’s entire life would not reach that.</w:t>
      </w:r>
    </w:p>
    <w:p>
      <w:r>
        <w:rPr>
          <w:rFonts w:ascii="Garamond" w:hAnsi="Garamond"/>
          <w:b w:val="0"/>
          <w:sz w:val="24"/>
        </w:rPr>
        <w:t>And when he died he would not return to the light of Otos, where her people went. He would return to Estos, to the deep power from which the third age had been made. They would not find each other there. The distance was not the years between now and the end. The distance was everything after.</w:t>
      </w:r>
    </w:p>
    <w:p>
      <w:r>
        <w:rPr>
          <w:rFonts w:ascii="Garamond" w:hAnsi="Garamond"/>
          <w:b w:val="0"/>
          <w:sz w:val="24"/>
        </w:rPr>
        <w:t>She sat by the stream and listened to the water and knew all of this and could not make it matter the way it should.</w:t>
      </w:r>
    </w:p>
    <w:p>
      <w:r>
        <w:rPr>
          <w:rFonts w:ascii="Garamond" w:hAnsi="Garamond"/>
          <w:b w:val="0"/>
          <w:sz w:val="24"/>
        </w:rPr>
        <w:t>The elfin boys who had shown interest in her were not difficult to understand. They were like her, moving at the same speed, shaped by the same light. She had never felt the urgency in them that she felt the first time she sat near Verad. The humans lived so fast, burned through their days with an intensity her people never quite achieved because they had so many more of them. She had caught it from him like a temperature, that urgency, and she was still running a little warm from it.</w:t>
      </w:r>
    </w:p>
    <w:p>
      <w:r>
        <w:rPr>
          <w:rFonts w:ascii="Garamond" w:hAnsi="Garamond"/>
          <w:b w:val="0"/>
          <w:sz w:val="24"/>
        </w:rPr>
        <w:t>She looked at her father resting beside the stream with his eyes closed, the gray showing more in his hair than she remembered from before all of this began.</w:t>
      </w:r>
    </w:p>
    <w:p>
      <w:r>
        <w:rPr>
          <w:rFonts w:ascii="Garamond" w:hAnsi="Garamond"/>
          <w:b w:val="0"/>
          <w:sz w:val="24"/>
        </w:rPr>
        <w:t>She had no idea how she was going to tell him.</w:t>
      </w:r>
    </w:p>
    <w:p>
      <w:r>
        <w:rPr>
          <w:rFonts w:ascii="Garamond" w:hAnsi="Garamond"/>
          <w:sz w:val="24"/>
        </w:rPr>
        <w:br w:type="page"/>
      </w:r>
    </w:p>
    <w:p>
      <w:pPr>
        <w:jc w:val="center"/>
      </w:pPr>
      <w:r>
        <w:rPr>
          <w:rFonts w:ascii="Garamond" w:hAnsi="Garamond"/>
          <w:b/>
          <w:sz w:val="28"/>
        </w:rPr>
        <w:t>Chapter Seventy-Four</w:t>
      </w:r>
    </w:p>
    <w:p>
      <w:r>
        <w:rPr>
          <w:rFonts w:ascii="Garamond" w:hAnsi="Garamond"/>
          <w:b w:val="0"/>
          <w:sz w:val="24"/>
        </w:rPr>
        <w:t>Valor came in slow and low, favoring his left side, and everyone on the ledge understood before he landed that something had gone wrong.</w:t>
      </w:r>
    </w:p>
    <w:p>
      <w:r>
        <w:rPr>
          <w:rFonts w:ascii="Garamond" w:hAnsi="Garamond"/>
          <w:b w:val="0"/>
          <w:sz w:val="24"/>
        </w:rPr>
        <w:t>He told his father first, the words moving through the link in a rapid stream that the others could hear if they chose to. The cavern. The young dragon. The collapse. Petra buried in the pile, alive when Valor last saw him, ordering him out. The entrance sealed under a mountainside of rock.</w:t>
      </w:r>
    </w:p>
    <w:p>
      <w:r>
        <w:rPr>
          <w:rFonts w:ascii="Garamond" w:hAnsi="Garamond"/>
          <w:b w:val="0"/>
          <w:sz w:val="24"/>
        </w:rPr>
        <w:t>Far Wing listened without interrupting. When Valor finished, Far Wing was already moving.</w:t>
      </w:r>
    </w:p>
    <w:p>
      <w:r>
        <w:rPr>
          <w:rFonts w:ascii="Garamond" w:hAnsi="Garamond"/>
          <w:b w:val="0"/>
          <w:sz w:val="24"/>
        </w:rPr>
        <w:t>“Stay,” he told his son.</w:t>
      </w:r>
    </w:p>
    <w:p>
      <w:r>
        <w:rPr>
          <w:rFonts w:ascii="Garamond" w:hAnsi="Garamond"/>
          <w:b w:val="0"/>
          <w:sz w:val="24"/>
        </w:rPr>
        <w:t>Valor moved to follow. The Queen stepped into his path and took hold of the damaged wing, not roughly, just firmly enough that Valor felt the wrongness of it under her hands and understood that flying on it again was not a decision he got to make.</w:t>
      </w:r>
    </w:p>
    <w:p>
      <w:r>
        <w:rPr>
          <w:rFonts w:ascii="Garamond" w:hAnsi="Garamond"/>
          <w:b w:val="0"/>
          <w:sz w:val="24"/>
        </w:rPr>
        <w:t>“Your father will go,” she said. “You will let me look at this.”</w:t>
      </w:r>
    </w:p>
    <w:p>
      <w:r>
        <w:rPr>
          <w:rFonts w:ascii="Garamond" w:hAnsi="Garamond"/>
          <w:b w:val="0"/>
          <w:sz w:val="24"/>
        </w:rPr>
        <w:t>“I should be there.”</w:t>
      </w:r>
    </w:p>
    <w:p>
      <w:r>
        <w:rPr>
          <w:rFonts w:ascii="Garamond" w:hAnsi="Garamond"/>
          <w:b w:val="0"/>
          <w:sz w:val="24"/>
        </w:rPr>
        <w:t>“You should be whole.” She did not release the wing. “You and Petra are the only ones who can do what needs doing. If your wing heals wrong you are no use to him at all.”</w:t>
      </w:r>
    </w:p>
    <w:p>
      <w:r>
        <w:rPr>
          <w:rFonts w:ascii="Garamond" w:hAnsi="Garamond"/>
          <w:b w:val="0"/>
          <w:sz w:val="24"/>
        </w:rPr>
        <w:t>Valor stood still under her hands and said nothing, which was the closest he could come to agreeing.</w:t>
      </w:r>
    </w:p>
    <w:p>
      <w:r>
        <w:rPr>
          <w:rFonts w:ascii="Garamond" w:hAnsi="Garamond"/>
          <w:b w:val="0"/>
          <w:sz w:val="24"/>
        </w:rPr>
        <w:t>The Queen worked quickly, the light moving through her palms and into the damaged joint, reading what was there. “This will take time to mend properly. But I can give you enough to fly.” She looked up at Far Wing preparing to launch. “Go. Bring him back.”</w:t>
      </w:r>
    </w:p>
    <w:p>
      <w:r>
        <w:rPr>
          <w:rFonts w:ascii="Garamond" w:hAnsi="Garamond"/>
          <w:b w:val="0"/>
          <w:sz w:val="24"/>
        </w:rPr>
        <w:t>“Work fast,” Valor said to her, his eyes on his father’s wings opening against the morning sky. “Mend what you can. I need to be there.”</w:t>
      </w:r>
    </w:p>
    <w:p>
      <w:r>
        <w:rPr>
          <w:rFonts w:ascii="Garamond" w:hAnsi="Garamond"/>
          <w:b w:val="0"/>
          <w:sz w:val="24"/>
        </w:rPr>
        <w:t>Far Wing dropped off the ledge and was gone.</w:t>
      </w:r>
    </w:p>
    <w:p>
      <w:r>
        <w:rPr>
          <w:rFonts w:ascii="Garamond" w:hAnsi="Garamond"/>
          <w:sz w:val="24"/>
        </w:rPr>
        <w:br w:type="page"/>
      </w:r>
    </w:p>
    <w:p>
      <w:pPr>
        <w:jc w:val="center"/>
      </w:pPr>
      <w:r>
        <w:rPr>
          <w:rFonts w:ascii="Garamond" w:hAnsi="Garamond"/>
          <w:b/>
          <w:sz w:val="28"/>
        </w:rPr>
        <w:t>Chapter Seventy-Five</w:t>
      </w:r>
    </w:p>
    <w:p>
      <w:r>
        <w:rPr>
          <w:rFonts w:ascii="Garamond" w:hAnsi="Garamond"/>
          <w:b w:val="0"/>
          <w:sz w:val="24"/>
        </w:rPr>
        <w:t>They had been moving for hours since the scavengers, and Kato was feeling the difference.</w:t>
      </w:r>
    </w:p>
    <w:p>
      <w:r>
        <w:rPr>
          <w:rFonts w:ascii="Garamond" w:hAnsi="Garamond"/>
          <w:b w:val="0"/>
          <w:sz w:val="24"/>
        </w:rPr>
        <w:t>Not full strength, not yet, but enough. The five scraggly kills had been barely worth the roots, but they had held him until the tunnels started producing better prey. He had fed twice more since then and said nothing about it to Verad, who was riding in the hammock at his feet and still slightly uncomfortable about being carried by the things that had the hollow tubes in them. Kato found this reasonable and did not tease him about it more than once per hour.</w:t>
      </w:r>
    </w:p>
    <w:p>
      <w:r>
        <w:rPr>
          <w:rFonts w:ascii="Garamond" w:hAnsi="Garamond"/>
          <w:b w:val="0"/>
          <w:sz w:val="24"/>
        </w:rPr>
        <w:t>They had talked through the afternoon in the way people talk when they have been through something together and survived it and need to let that fact settle. Kato had explained what he understood about Telecio’s presence in the Watcher’s chamber. Verad had described his experience from inside it, the cool wind passing over him, the Watcher’s power pulling back, the stillness that had followed and not entirely left.</w:t>
      </w:r>
    </w:p>
    <w:p>
      <w:r>
        <w:rPr>
          <w:rFonts w:ascii="Garamond" w:hAnsi="Garamond"/>
          <w:b w:val="0"/>
          <w:sz w:val="24"/>
        </w:rPr>
        <w:t>“Something changed,” Verad said. “I don’t know what exactly. But something.”</w:t>
      </w:r>
    </w:p>
    <w:p>
      <w:r>
        <w:rPr>
          <w:rFonts w:ascii="Garamond" w:hAnsi="Garamond"/>
          <w:b w:val="0"/>
          <w:sz w:val="24"/>
        </w:rPr>
        <w:t>“He left you something,” Kato said. He was not certain what, but the evidence was there. The boy was moving through the dark without the fear that had been with him since the beach, and that was not nothing. “He has never done that when I am in my changed state with anyone else present. I have no way to know what it means for you.”</w:t>
      </w:r>
    </w:p>
    <w:p>
      <w:r>
        <w:rPr>
          <w:rFonts w:ascii="Garamond" w:hAnsi="Garamond"/>
          <w:b w:val="0"/>
          <w:sz w:val="24"/>
        </w:rPr>
        <w:t>What it appeared to mean, practically, was that Verad’s thoughts had started staying where he put them. He had been broadcasting everything since the first tunnel, the way all untrained minds did, and Kato had been reading him as easily as a fire reads the dark. Now, for stretches at a time, there was nothing. The boy was learning to close the door without trying.</w:t>
      </w:r>
    </w:p>
    <w:p>
      <w:r>
        <w:rPr>
          <w:rFonts w:ascii="Garamond" w:hAnsi="Garamond"/>
          <w:b w:val="0"/>
          <w:sz w:val="24"/>
        </w:rPr>
        <w:t>Kato had also opened a partial link so Verad could see through his eyes in the stretches where the walls gave no light. Verad had found it unsettling at first, the way Kato’s vision moved in wide sweeping arcs rather than the fixed forward gaze of a human. But he had adapted. He was watching now as Kato tracked a knot of scavengers ahead, gray shapes bunching in the passage, and he understood without being told that they were going to scatter rather than fight.</w:t>
      </w:r>
    </w:p>
    <w:p>
      <w:r>
        <w:rPr>
          <w:rFonts w:ascii="Garamond" w:hAnsi="Garamond"/>
          <w:b w:val="0"/>
          <w:sz w:val="24"/>
        </w:rPr>
        <w:t>They scattered. Kato moved through without breaking stride.</w:t>
      </w:r>
    </w:p>
    <w:p>
      <w:r>
        <w:rPr>
          <w:rFonts w:ascii="Garamond" w:hAnsi="Garamond"/>
          <w:b w:val="0"/>
          <w:sz w:val="24"/>
        </w:rPr>
        <w:t>“They’re not so frightening now that I can see them properly,” Verad said.</w:t>
      </w:r>
    </w:p>
    <w:p>
      <w:r>
        <w:rPr>
          <w:rFonts w:ascii="Garamond" w:hAnsi="Garamond"/>
          <w:b w:val="0"/>
          <w:sz w:val="24"/>
        </w:rPr>
        <w:t>“Most things aren’t.”</w:t>
      </w:r>
    </w:p>
    <w:p>
      <w:r>
        <w:rPr>
          <w:rFonts w:ascii="Garamond" w:hAnsi="Garamond"/>
          <w:b w:val="0"/>
          <w:sz w:val="24"/>
        </w:rPr>
        <w:t>They moved in comfortable silence for a while. Then Verad said, without particularly intending to: “She’s alive.”</w:t>
      </w:r>
    </w:p>
    <w:p>
      <w:r>
        <w:rPr>
          <w:rFonts w:ascii="Garamond" w:hAnsi="Garamond"/>
          <w:b w:val="0"/>
          <w:sz w:val="24"/>
        </w:rPr>
        <w:t>“About what?” Kato said.</w:t>
      </w:r>
    </w:p>
    <w:p>
      <w:r>
        <w:rPr>
          <w:rFonts w:ascii="Garamond" w:hAnsi="Garamond"/>
          <w:b w:val="0"/>
          <w:sz w:val="24"/>
        </w:rPr>
        <w:t>“Pico. She’s alive. I can feel it.” A pause. “Did you hear me thinking that?”</w:t>
      </w:r>
    </w:p>
    <w:p>
      <w:r>
        <w:rPr>
          <w:rFonts w:ascii="Garamond" w:hAnsi="Garamond"/>
          <w:b w:val="0"/>
          <w:sz w:val="24"/>
        </w:rPr>
        <w:t>“No,” Kato said. “You must be getting better.”</w:t>
      </w:r>
    </w:p>
    <w:p>
      <w:r>
        <w:rPr>
          <w:rFonts w:ascii="Garamond" w:hAnsi="Garamond"/>
          <w:b w:val="0"/>
          <w:sz w:val="24"/>
        </w:rPr>
        <w:t>“Are you serious?”</w:t>
      </w:r>
    </w:p>
    <w:p>
      <w:r>
        <w:rPr>
          <w:rFonts w:ascii="Garamond" w:hAnsi="Garamond"/>
          <w:b w:val="0"/>
          <w:sz w:val="24"/>
        </w:rPr>
        <w:t>“Completely. And you were thinking about Pico, which tells me you are not getting that much better.”</w:t>
      </w:r>
    </w:p>
    <w:p>
      <w:r>
        <w:rPr>
          <w:rFonts w:ascii="Garamond" w:hAnsi="Garamond"/>
          <w:b w:val="0"/>
          <w:sz w:val="24"/>
        </w:rPr>
        <w:t>Verad laughed, and Kato let it move through the link the way amusement did. “She is alive,” Kato said, more seriously. “I would know otherwise. Twins share something the rest of us don’t have words for.”</w:t>
      </w:r>
    </w:p>
    <w:p>
      <w:r>
        <w:rPr>
          <w:rFonts w:ascii="Garamond" w:hAnsi="Garamond"/>
          <w:b w:val="0"/>
          <w:sz w:val="24"/>
        </w:rPr>
        <w:t>“I think I can feel it too. Whatever it is.”</w:t>
      </w:r>
    </w:p>
    <w:p>
      <w:r>
        <w:rPr>
          <w:rFonts w:ascii="Garamond" w:hAnsi="Garamond"/>
          <w:b w:val="0"/>
          <w:sz w:val="24"/>
        </w:rPr>
        <w:t>Kato said nothing to that. He did not think Verad was wrong, and that was a thing worth considering later when there was time for it.</w:t>
      </w:r>
    </w:p>
    <w:p>
      <w:r>
        <w:rPr>
          <w:rFonts w:ascii="Garamond" w:hAnsi="Garamond"/>
          <w:b w:val="0"/>
          <w:sz w:val="24"/>
        </w:rPr>
        <w:t>They moved on. After a while the boy’s thoughts went quiet in a different way, the rhythm of someone drifting toward sleep. Kato caught a wave of simple happiness from him before the connection softened, the kind of happiness that has no object, that is just the warmth of being alive and not alone.</w:t>
      </w:r>
    </w:p>
    <w:p>
      <w:r>
        <w:rPr>
          <w:rFonts w:ascii="Garamond" w:hAnsi="Garamond"/>
          <w:b w:val="0"/>
          <w:sz w:val="24"/>
        </w:rPr>
        <w:t>“Kato,” Verad said, half in and half out of sleep.</w:t>
      </w:r>
    </w:p>
    <w:p>
      <w:r>
        <w:rPr>
          <w:rFonts w:ascii="Garamond" w:hAnsi="Garamond"/>
          <w:b w:val="0"/>
          <w:sz w:val="24"/>
        </w:rPr>
        <w:t>“What.”</w:t>
      </w:r>
    </w:p>
    <w:p>
      <w:r>
        <w:rPr>
          <w:rFonts w:ascii="Garamond" w:hAnsi="Garamond"/>
          <w:b w:val="0"/>
          <w:sz w:val="24"/>
        </w:rPr>
        <w:t>“If I don’t come back from this. Tell her.” He did not finish the sentence. He did not need to.</w:t>
      </w:r>
    </w:p>
    <w:p>
      <w:r>
        <w:rPr>
          <w:rFonts w:ascii="Garamond" w:hAnsi="Garamond"/>
          <w:b w:val="0"/>
          <w:sz w:val="24"/>
        </w:rPr>
        <w:t>Kato kept walking. “I think she already knows. She told me not to let you get hurt or she would hurt me.” He kept to himself the part about the court obligations and the age and the gulf between what Verad was imagining and what the world would allow. This was not the moment for it, and the boy was nearly asleep, and there was a long way still to go. “You’ll tell her yourself. We’re both coming back. The prophecy needs us to.”</w:t>
      </w:r>
    </w:p>
    <w:p>
      <w:r>
        <w:rPr>
          <w:rFonts w:ascii="Garamond" w:hAnsi="Garamond"/>
          <w:b w:val="0"/>
          <w:sz w:val="24"/>
        </w:rPr>
        <w:t>There was no answer. Verad was asleep.</w:t>
      </w:r>
    </w:p>
    <w:p>
      <w:r>
        <w:rPr>
          <w:rFonts w:ascii="Garamond" w:hAnsi="Garamond"/>
          <w:b w:val="0"/>
          <w:sz w:val="24"/>
        </w:rPr>
        <w:t>Kato moved through the dark toward the Paths of the Dead and let the boy rest. They would reach them in a few hours. After that they would need everything they had.</w:t>
      </w:r>
    </w:p>
    <w:p>
      <w:r>
        <w:rPr>
          <w:rFonts w:ascii="Garamond" w:hAnsi="Garamond"/>
          <w:sz w:val="24"/>
        </w:rPr>
        <w:br w:type="page"/>
      </w:r>
    </w:p>
    <w:p>
      <w:pPr>
        <w:jc w:val="center"/>
      </w:pPr>
      <w:r>
        <w:rPr>
          <w:rFonts w:ascii="Garamond" w:hAnsi="Garamond"/>
          <w:b/>
          <w:sz w:val="28"/>
        </w:rPr>
        <w:t>Chapter Seventy-Six</w:t>
      </w:r>
    </w:p>
    <w:p>
      <w:r>
        <w:rPr>
          <w:rFonts w:ascii="Garamond" w:hAnsi="Garamond"/>
          <w:b w:val="0"/>
          <w:sz w:val="24"/>
        </w:rPr>
        <w:t>Terrell had not so much dismounted as fallen off.</w:t>
      </w:r>
    </w:p>
    <w:p>
      <w:r>
        <w:rPr>
          <w:rFonts w:ascii="Garamond" w:hAnsi="Garamond"/>
          <w:b w:val="0"/>
          <w:sz w:val="24"/>
        </w:rPr>
        <w:t>Sabel had managed the landing carefully, coming down slow and flat on a stretch of open ground, and the man had still slid sideways off his neck and hit the earth like something that had given up on the process midway through. He had not moved for a long time after that. Sabel had stood over him and watched and waited, reading what he could from proximity. The man was sweating but his skin was cool. His face carried the particular flush that meant something was wrong underneath it, not injury, something else. Nine days on the island eating what the beach provided and then two days in the grip of the club-tails. Sabel did not know what was wrong. He knew it was getting worse.</w:t>
      </w:r>
    </w:p>
    <w:p>
      <w:r>
        <w:rPr>
          <w:rFonts w:ascii="Garamond" w:hAnsi="Garamond"/>
          <w:b w:val="0"/>
          <w:sz w:val="24"/>
        </w:rPr>
        <w:t>He nosed the man, then jostled him with more insistence. Eventually Terrell rolled to his knees and then, slowly and with visible argument from his body, to his feet. Sabel did not give him time to reconsider. He dropped low, moved under him, and lifted. Terrell went forward onto the neck and lay there.</w:t>
      </w:r>
    </w:p>
    <w:p>
      <w:r>
        <w:rPr>
          <w:rFonts w:ascii="Garamond" w:hAnsi="Garamond"/>
          <w:b w:val="0"/>
          <w:sz w:val="24"/>
        </w:rPr>
        <w:t>“Hold the mane,” Sabel told him. “At least until we are in the air.”</w:t>
      </w:r>
    </w:p>
    <w:p>
      <w:r>
        <w:rPr>
          <w:rFonts w:ascii="Garamond" w:hAnsi="Garamond"/>
          <w:b w:val="0"/>
          <w:sz w:val="24"/>
        </w:rPr>
        <w:t>A hand found the mane and gripped it. Sabel took his run, cleared the ground, and climbed into the morning thermals with long careful turns that kept the man from sliding. Once the air was under them and the ground was far enough below to matter, Terrell’s grip loosened and he lay still against Sabel’s neck.</w:t>
      </w:r>
    </w:p>
    <w:p>
      <w:r>
        <w:rPr>
          <w:rFonts w:ascii="Garamond" w:hAnsi="Garamond"/>
          <w:b w:val="0"/>
          <w:sz w:val="24"/>
        </w:rPr>
        <w:t>Sabel leveled off and turned north.</w:t>
      </w:r>
    </w:p>
    <w:p>
      <w:r>
        <w:rPr>
          <w:rFonts w:ascii="Garamond" w:hAnsi="Garamond"/>
          <w:b w:val="0"/>
          <w:sz w:val="24"/>
        </w:rPr>
        <w:t>The sun was moving west. In a few hours they would reach the northern coast. He would find the others there, or he would find the nest, and either way the man on his back would have his part to play. Sabel hoped he would be in a condition to play it.</w:t>
      </w:r>
    </w:p>
    <w:p>
      <w:r>
        <w:rPr>
          <w:rFonts w:ascii="Garamond" w:hAnsi="Garamond"/>
          <w:b w:val="0"/>
          <w:sz w:val="24"/>
        </w:rPr>
        <w:t>He flew on and let the man sleep and kept the thermals smooth beneath them.</w:t>
      </w:r>
    </w:p>
    <w:p>
      <w:r>
        <w:rPr>
          <w:rFonts w:ascii="Garamond" w:hAnsi="Garamond"/>
          <w:sz w:val="24"/>
        </w:rPr>
        <w:br w:type="page"/>
      </w:r>
    </w:p>
    <w:p>
      <w:pPr>
        <w:jc w:val="center"/>
      </w:pPr>
      <w:r>
        <w:rPr>
          <w:rFonts w:ascii="Garamond" w:hAnsi="Garamond"/>
          <w:b/>
          <w:sz w:val="28"/>
        </w:rPr>
        <w:t>Chapter Seventy-Seven</w:t>
      </w:r>
    </w:p>
    <w:p>
      <w:r>
        <w:rPr>
          <w:rFonts w:ascii="Garamond" w:hAnsi="Garamond"/>
          <w:b w:val="0"/>
          <w:sz w:val="24"/>
        </w:rPr>
        <w:t>By midday the Equis were rested enough to fly and Pico and her father were back in the air.</w:t>
      </w:r>
    </w:p>
    <w:p>
      <w:r>
        <w:rPr>
          <w:rFonts w:ascii="Garamond" w:hAnsi="Garamond"/>
          <w:b w:val="0"/>
          <w:sz w:val="24"/>
        </w:rPr>
        <w:t>Galathia had been in good spirits since before dawn, which Rothallan bore with the patience of long familiarity. She banked into the approach to the northern range and narrated as she went, pointing out valley mouths and ridge lines with the proprietary confidence of a creature who had spent her life at altitude near the dragons and considered it an advantage rather than a liability.</w:t>
      </w:r>
    </w:p>
    <w:p>
      <w:r>
        <w:rPr>
          <w:rFonts w:ascii="Garamond" w:hAnsi="Garamond"/>
          <w:b w:val="0"/>
          <w:sz w:val="24"/>
        </w:rPr>
        <w:t>“These mountains are theirs,” she told the King and the Princess together. “Hunting grounds, nesting grounds, all of it. We will take the valley Challo calls his. When I return, the herd will follow me north and Challo can go back to his easy life in the south.”</w:t>
      </w:r>
    </w:p>
    <w:p>
      <w:r>
        <w:rPr>
          <w:rFonts w:ascii="Garamond" w:hAnsi="Garamond"/>
          <w:b w:val="0"/>
          <w:sz w:val="24"/>
        </w:rPr>
        <w:t>Rothallan said nothing. Pico felt him go slightly rigid under the King, which she had come to recognize as his version of strong feeling held in check.</w:t>
      </w:r>
    </w:p>
    <w:p>
      <w:r>
        <w:rPr>
          <w:rFonts w:ascii="Garamond" w:hAnsi="Garamond"/>
          <w:b w:val="0"/>
          <w:sz w:val="24"/>
        </w:rPr>
        <w:t>As the northern peaks rose ahead of them, a lone flier slipped over the next ridge and dropped into one of the valleys below, there and gone in an instant. Galathia watched it without comment and turned into a different valley than the one it had taken.</w:t>
      </w:r>
    </w:p>
    <w:p>
      <w:r>
        <w:rPr>
          <w:rFonts w:ascii="Garamond" w:hAnsi="Garamond"/>
          <w:b w:val="0"/>
          <w:sz w:val="24"/>
        </w:rPr>
        <w:t>Pico watched the empty ridge for a moment, then turned her attention forward. She had decided during the rest that she would not tell her father about Verad yet. She was not sure enough herself to explain it to anyone else, and her father had enough to carry without adding something he would have no way to respond to. She kept it where it was and watched the mountain walls rise on either side and thought about what they were flying toward.</w:t>
      </w:r>
    </w:p>
    <w:p>
      <w:pPr>
        <w:jc w:val="center"/>
        <w:spacing w:before="120" w:after="120"/>
      </w:pPr>
      <w:r>
        <w:rPr>
          <w:rFonts w:ascii="Garamond" w:hAnsi="Garamond"/>
          <w:sz w:val="24"/>
        </w:rPr>
        <w:t>* * *</w:t>
      </w:r>
    </w:p>
    <w:p>
      <w:r>
        <w:rPr>
          <w:rFonts w:ascii="Garamond" w:hAnsi="Garamond"/>
          <w:b w:val="0"/>
          <w:sz w:val="24"/>
        </w:rPr>
        <w:t>The resistance was heavier now and Jolano did not think that was good news.</w:t>
      </w:r>
    </w:p>
    <w:p>
      <w:r>
        <w:rPr>
          <w:rFonts w:ascii="Garamond" w:hAnsi="Garamond"/>
          <w:b w:val="0"/>
          <w:sz w:val="24"/>
        </w:rPr>
        <w:t>They had been pushing through scattered skirmishes for the last few hours, scavengers crazed past their usual caution, throwing themselves at the column in ones and twos and dying for it. Before, the scavengers had been manageable. Now they were desperate, which meant something behind them was applying pressure Jolano could not see. He kept his warriors moving and his concerns to himself.</w:t>
      </w:r>
    </w:p>
    <w:p>
      <w:r>
        <w:rPr>
          <w:rFonts w:ascii="Garamond" w:hAnsi="Garamond"/>
          <w:b w:val="0"/>
          <w:sz w:val="24"/>
        </w:rPr>
        <w:t>The spider section had cost them time but no lives, which he counted as luck. The technique of driving scavengers ahead into the nests worked until it didn’t, and today it had worked. He had gotten his twenty through without losing one.</w:t>
      </w:r>
    </w:p>
    <w:p>
      <w:r>
        <w:rPr>
          <w:rFonts w:ascii="Garamond" w:hAnsi="Garamond"/>
          <w:b w:val="0"/>
          <w:sz w:val="24"/>
        </w:rPr>
        <w:t>The tunnel fish was something else entirely.</w:t>
      </w:r>
    </w:p>
    <w:p>
      <w:r>
        <w:rPr>
          <w:rFonts w:ascii="Garamond" w:hAnsi="Garamond"/>
          <w:b w:val="0"/>
          <w:sz w:val="24"/>
        </w:rPr>
        <w:t>They heard it before they saw it, a wet dragging sound from ahead that resolved into twenty feet of many-legged horror moving up the passage with the unhurried confidence of something that had no natural enemies in these tunnels. They pressed into a crack in the wall and held still and let it pass, and it passed without registering them, its mandibles still working over whatever it had taken somewhere farther up the route. Where one tunnel fish moved, more would follow. And where tunnel fish moved, burrow rats moved behind them, cleaning what the fish left, eating what they could reach, not selective about it.</w:t>
      </w:r>
    </w:p>
    <w:p>
      <w:r>
        <w:rPr>
          <w:rFonts w:ascii="Garamond" w:hAnsi="Garamond"/>
          <w:b w:val="0"/>
          <w:sz w:val="24"/>
        </w:rPr>
        <w:t>Jolano got his people moving again as soon as the sound faded.</w:t>
      </w:r>
    </w:p>
    <w:p>
      <w:r>
        <w:rPr>
          <w:rFonts w:ascii="Garamond" w:hAnsi="Garamond"/>
          <w:b w:val="0"/>
          <w:sz w:val="24"/>
        </w:rPr>
        <w:t>A few hours to the Paths of the Dead. A few hours after that to Valoria. His people had to be somewhere in between and he was going to find them. He had promised his sister.</w:t>
      </w:r>
    </w:p>
    <w:p>
      <w:r>
        <w:rPr>
          <w:rFonts w:ascii="Garamond" w:hAnsi="Garamond"/>
          <w:sz w:val="24"/>
        </w:rPr>
        <w:br w:type="page"/>
      </w:r>
    </w:p>
    <w:p>
      <w:pPr>
        <w:jc w:val="center"/>
      </w:pPr>
      <w:r>
        <w:rPr>
          <w:rFonts w:ascii="Garamond" w:hAnsi="Garamond"/>
          <w:b/>
          <w:sz w:val="28"/>
        </w:rPr>
        <w:t>Chapter Seventy-Eight</w:t>
      </w:r>
    </w:p>
    <w:p>
      <w:r>
        <w:rPr>
          <w:rFonts w:ascii="Garamond" w:hAnsi="Garamond"/>
          <w:b w:val="0"/>
          <w:sz w:val="24"/>
        </w:rPr>
        <w:t>The Eleventh and Final Night.</w:t>
      </w:r>
    </w:p>
    <w:p>
      <w:r>
        <w:rPr>
          <w:rFonts w:ascii="Garamond" w:hAnsi="Garamond"/>
          <w:b w:val="0"/>
          <w:sz w:val="24"/>
        </w:rPr>
        <w:t>Taranto had found his ground.</w:t>
      </w:r>
    </w:p>
    <w:p>
      <w:r>
        <w:rPr>
          <w:rFonts w:ascii="Garamond" w:hAnsi="Garamond"/>
          <w:b w:val="0"/>
          <w:sz w:val="24"/>
        </w:rPr>
        <w:t>The tunnel opened into a large cavern at the mountain’s flank, the far wall giving way to open sky through a gap wide enough for a dragon to use. He had no good options but this was the least bad one: a single chokepoint where his warriors could hold the line and the people behind them had somewhere to stand. He stationed his fighters at the tunnel mouth and told them plainly that their lives and six thousand others depended on what happened in the next few hours. No one argued.</w:t>
      </w:r>
    </w:p>
    <w:p>
      <w:r>
        <w:rPr>
          <w:rFonts w:ascii="Garamond" w:hAnsi="Garamond"/>
          <w:b w:val="0"/>
          <w:sz w:val="24"/>
        </w:rPr>
        <w:t>The sounds started almost immediately. He had expected savagery and he got it, the clash of bodies in the tunnel, the howls and snarls of things that did not understand the concept of retreat, the particular cries of the wounded being passed back through the line. His warriors rotated in and out as the ground allowed, the ones coming off the line gasping and blood-streaked, the ones going in setting their faces and moving forward. The injured were treated and held in reserve. Everyone who could hold a weapon held one.</w:t>
      </w:r>
    </w:p>
    <w:p>
      <w:r>
        <w:rPr>
          <w:rFonts w:ascii="Garamond" w:hAnsi="Garamond"/>
          <w:b w:val="0"/>
          <w:sz w:val="24"/>
        </w:rPr>
        <w:t>The floor in front of the tunnel was getting slick. He knew they would have to give ground as the bodies mounted, step back to fresh footing, and keep stepping back. He tried not to calculate how much tunnel was behind them.</w:t>
      </w:r>
    </w:p>
    <w:p>
      <w:r>
        <w:rPr>
          <w:rFonts w:ascii="Garamond" w:hAnsi="Garamond"/>
          <w:b w:val="0"/>
          <w:sz w:val="24"/>
        </w:rPr>
        <w:t>The scouts reported the cavern floor clear but hadn’t yet reached the walls above the first ledge. There appeared to be a plateau somewhere in the upper dark. Taranto sent them back up with orders to reach it and assess it fast. A high position with one approach might be more defensible than the floor. Or it might trap them worse. He needed to know which before he needed to use it.</w:t>
      </w:r>
    </w:p>
    <w:p>
      <w:r>
        <w:rPr>
          <w:rFonts w:ascii="Garamond" w:hAnsi="Garamond"/>
          <w:b w:val="0"/>
          <w:sz w:val="24"/>
        </w:rPr>
        <w:t>He had already accepted the larger failure. He had missed the Paths of the Dead. Whatever help Alteria might have sent was looking for them somewhere else, and finding it now would require a messenger to reach the surface, find a flier in dragon territory, and pray the rest held long enough for the message to matter. He identified his two fastest warriors and told them what he needed. They understood. He watched them slip out through the gap in the cavern wall into the dark outside and turned back to the fight.</w:t>
      </w:r>
    </w:p>
    <w:p>
      <w:pPr>
        <w:jc w:val="center"/>
        <w:spacing w:before="120" w:after="120"/>
      </w:pPr>
      <w:r>
        <w:rPr>
          <w:rFonts w:ascii="Garamond" w:hAnsi="Garamond"/>
          <w:sz w:val="24"/>
        </w:rPr>
        <w:t>* * *</w:t>
      </w:r>
    </w:p>
    <w:p>
      <w:r>
        <w:rPr>
          <w:rFonts w:ascii="Garamond" w:hAnsi="Garamond"/>
          <w:b w:val="0"/>
          <w:sz w:val="24"/>
        </w:rPr>
        <w:t>It had chosen this cavern for the quiet.</w:t>
      </w:r>
    </w:p>
    <w:p>
      <w:r>
        <w:rPr>
          <w:rFonts w:ascii="Garamond" w:hAnsi="Garamond"/>
          <w:b w:val="0"/>
          <w:sz w:val="24"/>
        </w:rPr>
        <w:t>Having fed on the other side of the mountain, it wanted stillness and a high ceiling to hang from while the meal settled. It had not anticipated the sudden appearance of thousands of elves below it. It clung to the ceiling by its talons and observed, and recalculated.</w:t>
      </w:r>
    </w:p>
    <w:p>
      <w:r>
        <w:rPr>
          <w:rFonts w:ascii="Garamond" w:hAnsi="Garamond"/>
          <w:b w:val="0"/>
          <w:sz w:val="24"/>
        </w:rPr>
        <w:t>It was neither mammal nor reptile nor anything the third age had a name for. It fed on spirit as much as flesh, and the wounded below it were rich with both. In its forelegs it held an elf girl, nearly gone, the spirit almost entirely consumed. The flesh would keep. The question was whether to descend for more before the flesh became too cold to matter.</w:t>
      </w:r>
    </w:p>
    <w:p>
      <w:r>
        <w:rPr>
          <w:rFonts w:ascii="Garamond" w:hAnsi="Garamond"/>
          <w:b w:val="0"/>
          <w:sz w:val="24"/>
        </w:rPr>
        <w:t>The lure was too great. It scanned the cavern below for its next selection, taking its time, and found what it wanted: a small girl who had stepped away from the group and leaned against a ledge ten feet above the floor, alone, light enough to carry.</w:t>
      </w:r>
    </w:p>
    <w:p>
      <w:r>
        <w:rPr>
          <w:rFonts w:ascii="Garamond" w:hAnsi="Garamond"/>
          <w:b w:val="0"/>
          <w:sz w:val="24"/>
        </w:rPr>
        <w:t>It released the ceiling and dropped silently into the air, shifting the nearly dead girl to one arm, extending the other toward the child on the ledge.</w:t>
      </w:r>
    </w:p>
    <w:p>
      <w:r>
        <w:rPr>
          <w:rFonts w:ascii="Garamond" w:hAnsi="Garamond"/>
          <w:b w:val="0"/>
          <w:sz w:val="24"/>
        </w:rPr>
        <w:t>The archer saw it at the same moment it reached her.</w:t>
      </w:r>
    </w:p>
    <w:p>
      <w:r>
        <w:rPr>
          <w:rFonts w:ascii="Garamond" w:hAnsi="Garamond"/>
          <w:b w:val="0"/>
          <w:sz w:val="24"/>
        </w:rPr>
        <w:t>The warning came too late for the shot to stop the talons from closing. The girl screamed as the grip tightened, convulsive around the arrow that had already entered the creature’s forearm and pierced the lung behind it. The first girl fell from the slackening grip and hit the cavern floor. The creature turned for the gap in the wall with the second girl still locked in its remaining talons, more bows calling out behind it, arrows finding it twice more before it reached the opening.</w:t>
      </w:r>
    </w:p>
    <w:p>
      <w:r>
        <w:rPr>
          <w:rFonts w:ascii="Garamond" w:hAnsi="Garamond"/>
          <w:b w:val="0"/>
          <w:sz w:val="24"/>
        </w:rPr>
        <w:t>A final shot passed through its belly as it cleared the wall. The spine gave. The creature and the girl fell together into the dark of the mountainside below.</w:t>
      </w:r>
    </w:p>
    <w:p>
      <w:r>
        <w:rPr>
          <w:rFonts w:ascii="Garamond" w:hAnsi="Garamond"/>
          <w:sz w:val="24"/>
        </w:rPr>
        <w:br w:type="page"/>
      </w:r>
    </w:p>
    <w:p>
      <w:pPr>
        <w:jc w:val="center"/>
      </w:pPr>
      <w:r>
        <w:rPr>
          <w:rFonts w:ascii="Garamond" w:hAnsi="Garamond"/>
          <w:b/>
          <w:sz w:val="28"/>
        </w:rPr>
        <w:t>Chapter Seventy-Nine</w:t>
      </w:r>
    </w:p>
    <w:p>
      <w:r>
        <w:rPr>
          <w:rFonts w:ascii="Garamond" w:hAnsi="Garamond"/>
          <w:b w:val="0"/>
          <w:sz w:val="24"/>
        </w:rPr>
        <w:t>Petra was standing, which surprised him.</w:t>
      </w:r>
    </w:p>
    <w:p>
      <w:r>
        <w:rPr>
          <w:rFonts w:ascii="Garamond" w:hAnsi="Garamond"/>
          <w:b w:val="0"/>
          <w:sz w:val="24"/>
        </w:rPr>
        <w:t>He had been unconscious long enough for the dust to settle and the light through the hole in the roof to shift from Eros to Otos. That meant most of a night. His head still ached in a way that suggested the wall had won, and his right arm was limited but functional. Not broken. He tested it carefully and gave quiet thanks to whoever was responsible for that particular outcome.</w:t>
      </w:r>
    </w:p>
    <w:p>
      <w:r>
        <w:rPr>
          <w:rFonts w:ascii="Garamond" w:hAnsi="Garamond"/>
          <w:b w:val="0"/>
          <w:sz w:val="24"/>
        </w:rPr>
        <w:t>The cavern looked different in daylight. Better and worse at the same time. Better because he could see. Worse because he could see.</w:t>
      </w:r>
    </w:p>
    <w:p>
      <w:r>
        <w:rPr>
          <w:rFonts w:ascii="Garamond" w:hAnsi="Garamond"/>
          <w:b w:val="0"/>
          <w:sz w:val="24"/>
        </w:rPr>
        <w:t>The collapsed ceiling had remade the room entirely. The star pile was gone, spread across the floor in a deep drift of stones that reached the walls and buried the base of the crater. The dead dragon lay in the full light, its skin catching Otos’s rays and throwing them back in fractured color across the dust still drifting through the air. The second dragon was where it had fallen. The stone that had come down across its neck had been decisive.</w:t>
      </w:r>
    </w:p>
    <w:p>
      <w:r>
        <w:rPr>
          <w:rFonts w:ascii="Garamond" w:hAnsi="Garamond"/>
          <w:b w:val="0"/>
          <w:sz w:val="24"/>
        </w:rPr>
        <w:t>Petra stood in the middle of it and thought about what the dying voice had told him. That he was the sign. That they would return. He turned the idea over and could not find a comfortable place for it to land. He had left port on a dark morning to chase a kidnapped Prince and somewhere between there and here he had become the instrument of something he did not fully understand, moving the pieces of a plan that had been in motion since before he was born.</w:t>
      </w:r>
    </w:p>
    <w:p>
      <w:r>
        <w:rPr>
          <w:rFonts w:ascii="Garamond" w:hAnsi="Garamond"/>
          <w:b w:val="0"/>
          <w:sz w:val="24"/>
        </w:rPr>
        <w:t>He decided to eat something and think about it later.</w:t>
      </w:r>
    </w:p>
    <w:p>
      <w:r>
        <w:rPr>
          <w:rFonts w:ascii="Garamond" w:hAnsi="Garamond"/>
          <w:b w:val="0"/>
          <w:sz w:val="24"/>
        </w:rPr>
        <w:t>He worked the dead dragon methodically, starting with the teeth. Eight inches, dense, impervious to the pressure that would have broken a horse’s tooth. He pried several loose with his blade and tucked them in his pouch with the stars. Then the wing. He had expected membrane, the kind of thin skin that would tear. What he found was something closer to layered silk over steel cable, fibers running in every direction, nearly impossible to cut with one hand and a belt knife. He worked at it until he had a piece large enough to fold into a rough cloak and wore it under his chain mail.</w:t>
      </w:r>
    </w:p>
    <w:p>
      <w:r>
        <w:rPr>
          <w:rFonts w:ascii="Garamond" w:hAnsi="Garamond"/>
          <w:b w:val="0"/>
          <w:sz w:val="24"/>
        </w:rPr>
        <w:t>The tail had the best meat. He carved himself a section, cleaned the blade, and walked back to the column of light coming through the roof. He sat down and ate. It was good, or close enough to good for a man who had been underwater in a star pile overnight and had not eaten since the ledge.</w:t>
      </w:r>
    </w:p>
    <w:p>
      <w:r>
        <w:rPr>
          <w:rFonts w:ascii="Garamond" w:hAnsi="Garamond"/>
          <w:b w:val="0"/>
          <w:sz w:val="24"/>
        </w:rPr>
        <w:t>He was working through the second bite when the shadow crossed the light.</w:t>
      </w:r>
    </w:p>
    <w:p>
      <w:r>
        <w:rPr>
          <w:rFonts w:ascii="Garamond" w:hAnsi="Garamond"/>
          <w:b w:val="0"/>
          <w:sz w:val="24"/>
        </w:rPr>
        <w:t>It stopped. Nearly filling the gap, not moving. Petra set down the meat, drew his sword left-handed, and stood.</w:t>
      </w:r>
    </w:p>
    <w:p>
      <w:r>
        <w:rPr>
          <w:rFonts w:ascii="Garamond" w:hAnsi="Garamond"/>
          <w:b w:val="0"/>
          <w:sz w:val="24"/>
        </w:rPr>
        <w:t>The shadow came through the hole and dropped into the darkness of the cavern. Petra held the sword and waited, his eyes adjusting, tracking the movement. The shape resolved just before it landed.</w:t>
      </w:r>
    </w:p>
    <w:p>
      <w:r>
        <w:rPr>
          <w:rFonts w:ascii="Garamond" w:hAnsi="Garamond"/>
          <w:b w:val="0"/>
          <w:sz w:val="24"/>
        </w:rPr>
        <w:t>“Valor.” He said it aloud.</w:t>
      </w:r>
    </w:p>
    <w:p>
      <w:r>
        <w:rPr>
          <w:rFonts w:ascii="Garamond" w:hAnsi="Garamond"/>
          <w:b w:val="0"/>
          <w:sz w:val="24"/>
        </w:rPr>
        <w:t>Valor landed and looked at him. Then he looked at the dragon. He walked over and sniffed the tail section Petra had carved and considered it for a moment.</w:t>
      </w:r>
    </w:p>
    <w:p>
      <w:r>
        <w:rPr>
          <w:rFonts w:ascii="Garamond" w:hAnsi="Garamond"/>
          <w:b w:val="0"/>
          <w:sz w:val="24"/>
        </w:rPr>
        <w:t>“You have blood on your face, Wing Rider,” he said. “You realize you are eating my relatives.” He paused. “How does it taste?”</w:t>
      </w:r>
    </w:p>
    <w:p>
      <w:r>
        <w:rPr>
          <w:rFonts w:ascii="Garamond" w:hAnsi="Garamond"/>
          <w:b w:val="0"/>
          <w:sz w:val="24"/>
        </w:rPr>
        <w:t>Petra laughed, which hurt his head, and did not care. “It is very good to see you.” He retrieved the meat and wiped his hand on the wing leather. “I was beginning to wonder.”</w:t>
      </w:r>
    </w:p>
    <w:p>
      <w:r>
        <w:rPr>
          <w:rFonts w:ascii="Garamond" w:hAnsi="Garamond"/>
          <w:b w:val="0"/>
          <w:sz w:val="24"/>
        </w:rPr>
        <w:t>“I will not leave you again,” Valor said, and moved to stand beside him. The statement was simple and not negotiable.</w:t>
      </w:r>
    </w:p>
    <w:p>
      <w:r>
        <w:rPr>
          <w:rFonts w:ascii="Garamond" w:hAnsi="Garamond"/>
          <w:b w:val="0"/>
          <w:sz w:val="24"/>
        </w:rPr>
        <w:t>Petra tried to gesture at the room with his right arm and felt the shoulder object. “Somehow the whole pile moved. I ended up at the wall. There was a dragon still alive when I woke up.” He stopped there. The rest of it, the voice, the mocking, what Hessa had told them, could wait until they were somewhere other than here. “I was lucky.”</w:t>
      </w:r>
    </w:p>
    <w:p>
      <w:r>
        <w:rPr>
          <w:rFonts w:ascii="Garamond" w:hAnsi="Garamond"/>
          <w:b w:val="0"/>
          <w:sz w:val="24"/>
        </w:rPr>
        <w:t>Valor surveyed the cavern without comment. Two dragons. One dead from the ceiling, one dead from the transformation. The star pile redistributed across the floor. Sabel-Tor sitting in the middle of it eating a tail roast.</w:t>
      </w:r>
    </w:p>
    <w:p>
      <w:r>
        <w:rPr>
          <w:rFonts w:ascii="Garamond" w:hAnsi="Garamond"/>
          <w:b w:val="0"/>
          <w:sz w:val="24"/>
        </w:rPr>
        <w:t>“How do we get out?” Petra asked.</w:t>
      </w:r>
    </w:p>
    <w:p>
      <w:r>
        <w:rPr>
          <w:rFonts w:ascii="Garamond" w:hAnsi="Garamond"/>
          <w:b w:val="0"/>
          <w:sz w:val="24"/>
        </w:rPr>
        <w:t>“My father found the hidden entrance. It is damaged but passable. The main entrance is gone.” Valor looked at the hole in the roof. “I came through there. It is too small for you to climb, too high to reach. We go out the way I came in.”</w:t>
      </w:r>
    </w:p>
    <w:p>
      <w:r>
        <w:rPr>
          <w:rFonts w:ascii="Garamond" w:hAnsi="Garamond"/>
          <w:b w:val="0"/>
          <w:sz w:val="24"/>
        </w:rPr>
        <w:t>“Through the tunnel.”</w:t>
      </w:r>
    </w:p>
    <w:p>
      <w:r>
        <w:rPr>
          <w:rFonts w:ascii="Garamond" w:hAnsi="Garamond"/>
          <w:b w:val="0"/>
          <w:sz w:val="24"/>
        </w:rPr>
        <w:t>“Through the tunnel.” Valor lowered his neck. “Bring the meat if you want it. It is a long flight to the others.”</w:t>
      </w:r>
    </w:p>
    <w:p>
      <w:r>
        <w:rPr>
          <w:rFonts w:ascii="Garamond" w:hAnsi="Garamond"/>
          <w:b w:val="0"/>
          <w:sz w:val="24"/>
        </w:rPr>
        <w:t>Petra picked up the roast and mounted. Valor moved toward the passage and did not comment on the tooth marks in the dragon’s tail, though he had counted them, and the number was going to make an excellent story.</w:t>
      </w:r>
    </w:p>
    <w:p>
      <w:r>
        <w:rPr>
          <w:rFonts w:ascii="Garamond" w:hAnsi="Garamond"/>
          <w:sz w:val="24"/>
        </w:rPr>
        <w:br w:type="page"/>
      </w:r>
    </w:p>
    <w:p>
      <w:pPr>
        <w:jc w:val="center"/>
      </w:pPr>
      <w:r>
        <w:rPr>
          <w:rFonts w:ascii="Garamond" w:hAnsi="Garamond"/>
          <w:b/>
          <w:sz w:val="28"/>
        </w:rPr>
        <w:t>Chapter Eighty</w:t>
      </w:r>
    </w:p>
    <w:p>
      <w:r>
        <w:rPr>
          <w:rFonts w:ascii="Garamond" w:hAnsi="Garamond"/>
          <w:b w:val="0"/>
          <w:sz w:val="24"/>
        </w:rPr>
        <w:t>The Queen sat on the ledge wrapped in two spider-silk blankets and shook.</w:t>
      </w:r>
    </w:p>
    <w:p>
      <w:r>
        <w:rPr>
          <w:rFonts w:ascii="Garamond" w:hAnsi="Garamond"/>
          <w:b w:val="0"/>
          <w:sz w:val="24"/>
        </w:rPr>
        <w:t>She had given too much to Valor’s wing. She had known it while she was doing it and had done it anyway, because the alternative was Petra unreachable in a sealed mountain with no one coming for him. The power had moved through her palms the way it always did, but thinner than usual, pulled from reserves that the stars had already depleted. When Valor had flown, she had sat down carefully and tried not to show the warrior beside her how much the effort had cost.</w:t>
      </w:r>
    </w:p>
    <w:p>
      <w:r>
        <w:rPr>
          <w:rFonts w:ascii="Garamond" w:hAnsi="Garamond"/>
          <w:b w:val="0"/>
          <w:sz w:val="24"/>
        </w:rPr>
        <w:t>Far Wing waited at the ledge edge, his report delivered, his patience absolute. He wanted to be out there. She could read it in the set of his wings. But he would not leave her unguarded and she would not go back to Alteria until Valor returned with Petra, so they waited together in the particular companionship of two beings with nothing to do but endure.</w:t>
      </w:r>
    </w:p>
    <w:p>
      <w:r>
        <w:rPr>
          <w:rFonts w:ascii="Garamond" w:hAnsi="Garamond"/>
          <w:b w:val="0"/>
          <w:sz w:val="24"/>
        </w:rPr>
        <w:t>She thought about Kato.</w:t>
      </w:r>
    </w:p>
    <w:p>
      <w:r>
        <w:rPr>
          <w:rFonts w:ascii="Garamond" w:hAnsi="Garamond"/>
          <w:b w:val="0"/>
          <w:sz w:val="24"/>
        </w:rPr>
        <w:t>He had denied the power his whole life, even to her. She had suspected it for years, watching the way he moved through his transformed state with an ease that went beyond training, the way certain situations resolved around him in ways that felt deliberate rather than fortunate. She had let him keep the secret because some things belong to the person carrying them and not to their mother. But she wished now she understood it better. If the other nest was as dark as this one, how would he guide the boy once they were inside? His tree form gave him senses a human did not have. Whether it gave him what Verad would need in that place she could not say.</w:t>
      </w:r>
    </w:p>
    <w:p>
      <w:r>
        <w:rPr>
          <w:rFonts w:ascii="Garamond" w:hAnsi="Garamond"/>
          <w:b w:val="0"/>
          <w:sz w:val="24"/>
        </w:rPr>
        <w:t>She thought about Pico’s power and its origins. The healing ran through the women of her line, passed mother to daughter most often, but it could move through sons to granddaughters, could skip generations, could arrive in unexpected forms. Her own mother had told her the gift followed need more than bloodline, that it appeared where it was required rather than where it was expected.</w:t>
      </w:r>
    </w:p>
    <w:p>
      <w:r>
        <w:rPr>
          <w:rFonts w:ascii="Garamond" w:hAnsi="Garamond"/>
          <w:b w:val="0"/>
          <w:sz w:val="24"/>
        </w:rPr>
        <w:t>She and her brother had both carried it. That was rare. Twins were rare among their people to begin with, and twins who both bore the gift were rarer still. He had healed differently than she did, not the body but something beneath it, the fear and despair that kept wounds from closing, the grief that made people stop trying. She had worked alongside him for decades before the sickness took him. She still felt the absence of it, the place where his particular kind of help used to be.</w:t>
      </w:r>
    </w:p>
    <w:p>
      <w:r>
        <w:rPr>
          <w:rFonts w:ascii="Garamond" w:hAnsi="Garamond"/>
          <w:b w:val="0"/>
          <w:sz w:val="24"/>
        </w:rPr>
        <w:t>She had not let herself think about Telansio for days. There was no room for it in what they were doing. But sitting on the ledge in the cold with her power running low, she found she missed him with a simplicity that had nothing to do with politics or duty or the long complicated history of two peoples trying to coexist. She just missed him. She wanted to tell him what she had seen and heard and felt on this island. She wanted to sit next to him in the quiet.</w:t>
      </w:r>
    </w:p>
    <w:p>
      <w:r>
        <w:rPr>
          <w:rFonts w:ascii="Garamond" w:hAnsi="Garamond"/>
          <w:b w:val="0"/>
          <w:sz w:val="24"/>
        </w:rPr>
        <w:t>There was nothing to do but wait.</w:t>
      </w:r>
    </w:p>
    <w:p>
      <w:r>
        <w:rPr>
          <w:rFonts w:ascii="Garamond" w:hAnsi="Garamond"/>
          <w:b w:val="0"/>
          <w:sz w:val="24"/>
        </w:rPr>
        <w:t>She pulled the blankets closer and watched the sky for Valor’s shape against it, and thought about how many signs she had missed along the way, and decided that was a thought for another time. Right now she needed to be warm enough to be useful when they came back.</w:t>
      </w:r>
    </w:p>
    <w:p>
      <w:r>
        <w:rPr>
          <w:rFonts w:ascii="Garamond" w:hAnsi="Garamond"/>
          <w:sz w:val="24"/>
        </w:rPr>
        <w:br w:type="page"/>
      </w:r>
    </w:p>
    <w:p>
      <w:pPr>
        <w:jc w:val="center"/>
      </w:pPr>
      <w:r>
        <w:rPr>
          <w:rFonts w:ascii="Garamond" w:hAnsi="Garamond"/>
          <w:b/>
          <w:sz w:val="28"/>
        </w:rPr>
        <w:t>Chapter Eighty-One</w:t>
      </w:r>
    </w:p>
    <w:p>
      <w:r>
        <w:rPr>
          <w:rFonts w:ascii="Garamond" w:hAnsi="Garamond"/>
          <w:b w:val="0"/>
          <w:sz w:val="24"/>
        </w:rPr>
        <w:t>Two elves went down the rockslide to bring the girl back. They would not leave her for the scavengers. A third went down and kept going, into the forest below, carrying the slim hope that he might find a flier and get word to Alteria before it was too late.</w:t>
      </w:r>
    </w:p>
    <w:p>
      <w:r>
        <w:rPr>
          <w:rFonts w:ascii="Garamond" w:hAnsi="Garamond"/>
          <w:b w:val="0"/>
          <w:sz w:val="24"/>
        </w:rPr>
        <w:t>Taranto did not watch them go. He was already moving the old and the young to the balcony.</w:t>
      </w:r>
    </w:p>
    <w:p>
      <w:r>
        <w:rPr>
          <w:rFonts w:ascii="Garamond" w:hAnsi="Garamond"/>
          <w:b w:val="0"/>
          <w:sz w:val="24"/>
        </w:rPr>
        <w:t>The climb was not easy. Twenty feet of rough rock face with no real handholds, the oldest and smallest having to be hauled up on a rope improvised from warriors' undershirts knotted together. It was undignified and slow and necessary. Once they were up, they were safe from the floor. The scavengers could not easily reach the overhang. They could not easily leave it either, but that was a problem for later.</w:t>
      </w:r>
    </w:p>
    <w:p>
      <w:r>
        <w:rPr>
          <w:rFonts w:ascii="Garamond" w:hAnsi="Garamond"/>
          <w:b w:val="0"/>
          <w:sz w:val="24"/>
        </w:rPr>
        <w:t>The sounds from the tunnel were closer. His warriors were giving ground, step by step, the way you gave ground when the footing in front of you was running with fluid and the bodies were piling faster than either side could clear them. He had seen this before. The scavengers built on their dead the way water finds its level, patient and without strategy, and eventually they filled whatever space was in front of them. His warriors were three abreast across the tunnel width, swords moving in the rhythm that came from training rather than thought, and they were being pushed back.</w:t>
      </w:r>
    </w:p>
    <w:p>
      <w:r>
        <w:rPr>
          <w:rFonts w:ascii="Garamond" w:hAnsi="Garamond"/>
          <w:b w:val="0"/>
          <w:sz w:val="24"/>
        </w:rPr>
        <w:t>The smell arrived before the scavengers did. It rolled out of the tunnel in a wave that hit the waiting warriors full in the face and doubled several of them over before they had taken a step toward the front. Underground air, rancid with the breath of thousands of packed bodies, the particular stench of the dark army at close quarters. Taranto had smelled worse. He kept his face neutral and kept moving people to the rope.</w:t>
      </w:r>
    </w:p>
    <w:p>
      <w:r>
        <w:rPr>
          <w:rFonts w:ascii="Garamond" w:hAnsi="Garamond"/>
          <w:b w:val="0"/>
          <w:sz w:val="24"/>
        </w:rPr>
        <w:t>The plan was simple. When he chose the moment, not when the tunnel did. His fighting warriors would break from the tunnel mouth while a second group put fire into it behind them. Fire was a last measure, the kind of thing that drew attention and cost you concealment, and the smoke going out through the cave entrance would signal their position to anything in the sky above the mountain. He had weighed that against the alternative and used it anyway.</w:t>
      </w:r>
    </w:p>
    <w:p>
      <w:r>
        <w:rPr>
          <w:rFonts w:ascii="Garamond" w:hAnsi="Garamond"/>
          <w:b w:val="0"/>
          <w:sz w:val="24"/>
        </w:rPr>
        <w:t>The signal went back. The three warriors in the tunnel turned and ran. Two archers stepped into the gap and held long enough for the others to get clear, then the fire went in, shredded cloth soaked in what oil they had left, tossed into the tunnel mouth in flaming balls that lit the passage orange and sent the smoke rolling back through the cave toward the sky.</w:t>
      </w:r>
    </w:p>
    <w:p>
      <w:r>
        <w:rPr>
          <w:rFonts w:ascii="Garamond" w:hAnsi="Garamond"/>
          <w:b w:val="0"/>
          <w:sz w:val="24"/>
        </w:rPr>
        <w:t>The torches had one cost he had not fully accounted for. The warriors coming off the front line ran through the light half-blind, their night vision gone, stumbling for the rope ladders in the sudden dark after the brightness. A moment of blindness in a tunnel fight was enough to kill you. Here it was enough to slow you, and slow was survivable.</w:t>
      </w:r>
    </w:p>
    <w:p>
      <w:r>
        <w:rPr>
          <w:rFonts w:ascii="Garamond" w:hAnsi="Garamond"/>
          <w:b w:val="0"/>
          <w:sz w:val="24"/>
        </w:rPr>
        <w:t>The scavengers hesitated at the fire. Then they came through it.</w:t>
      </w:r>
    </w:p>
    <w:p>
      <w:r>
        <w:rPr>
          <w:rFonts w:ascii="Garamond" w:hAnsi="Garamond"/>
          <w:b w:val="0"/>
          <w:sz w:val="24"/>
        </w:rPr>
        <w:t>They emerged from the tunnel coughing and pushing the bodies of the ones who had not made it through the flames, and they kept coming, filling the cave floor the way the old warrior had feared they would, more of them than he had estimated, the black mass spreading toward the balcony walls.</w:t>
      </w:r>
    </w:p>
    <w:p>
      <w:r>
        <w:rPr>
          <w:rFonts w:ascii="Garamond" w:hAnsi="Garamond"/>
          <w:b w:val="0"/>
          <w:sz w:val="24"/>
        </w:rPr>
        <w:t>Taranto looked down at them from the overhang and did the arithmetic and found it did not work in their favor. They had height and they had weapons and they had fire if they needed more of it, and the scavengers could not easily scale the rock face. What they had in return was numbers and time, and they did not need to be intelligent to use either.</w:t>
      </w:r>
    </w:p>
    <w:p>
      <w:r>
        <w:rPr>
          <w:rFonts w:ascii="Garamond" w:hAnsi="Garamond"/>
          <w:b w:val="0"/>
          <w:sz w:val="24"/>
        </w:rPr>
        <w:t>He had done the right thing. He was nearly certain of it. He had gotten six thousand people to a defensible position and he had a warrior in the forest below looking for a flier. The fire smoke was visible from the air to anything that might be looking.</w:t>
      </w:r>
    </w:p>
    <w:p>
      <w:r>
        <w:rPr>
          <w:rFonts w:ascii="Garamond" w:hAnsi="Garamond"/>
          <w:b w:val="0"/>
          <w:sz w:val="24"/>
        </w:rPr>
        <w:t>He told himself these things and watched the cave floor fill and held the doubt where it was, because doubt was not useful right now and he had other things to do.</w:t>
      </w:r>
    </w:p>
    <w:p>
      <w:r>
        <w:rPr>
          <w:rFonts w:ascii="Garamond" w:hAnsi="Garamond"/>
          <w:sz w:val="24"/>
        </w:rPr>
        <w:br w:type="page"/>
      </w:r>
    </w:p>
    <w:p>
      <w:pPr>
        <w:jc w:val="center"/>
      </w:pPr>
      <w:r>
        <w:rPr>
          <w:rFonts w:ascii="Garamond" w:hAnsi="Garamond"/>
          <w:b/>
          <w:sz w:val="28"/>
        </w:rPr>
        <w:t>Chapter Eighty-Two</w:t>
      </w:r>
    </w:p>
    <w:p>
      <w:r>
        <w:rPr>
          <w:rFonts w:ascii="Garamond" w:hAnsi="Garamond"/>
          <w:b w:val="0"/>
          <w:sz w:val="24"/>
        </w:rPr>
        <w:t>Verad woke from the dream into total dark.</w:t>
      </w:r>
    </w:p>
    <w:p>
      <w:r>
        <w:rPr>
          <w:rFonts w:ascii="Garamond" w:hAnsi="Garamond"/>
          <w:b w:val="0"/>
          <w:sz w:val="24"/>
        </w:rPr>
        <w:t>He reached for the link and found it closed, which meant Kato needed quiet. He held still in the hammock and waited, and that was when he felt it. Something behind them in the tunnel. Not close, but not far. He could not have explained how he knew it was there. There was no sound, no vibration, nothing his body was registering in any ordinary way. It was more like recognizing a weight in the air, a presence that had shape and direction and, strangely, a quality he almost knew.</w:t>
      </w:r>
    </w:p>
    <w:p>
      <w:r>
        <w:rPr>
          <w:rFonts w:ascii="Garamond" w:hAnsi="Garamond"/>
          <w:b w:val="0"/>
          <w:sz w:val="24"/>
        </w:rPr>
        <w:t>Not a stranger. Not quite a friend. Something in between.</w:t>
      </w:r>
    </w:p>
    <w:p>
      <w:r>
        <w:rPr>
          <w:rFonts w:ascii="Garamond" w:hAnsi="Garamond"/>
          <w:b w:val="0"/>
          <w:sz w:val="24"/>
        </w:rPr>
        <w:t>The hair on his neck came up, and then he noticed it was not fear doing it. It was something closer to the feeling before a thing you have been waiting for finally arrives.</w:t>
      </w:r>
    </w:p>
    <w:p>
      <w:r>
        <w:rPr>
          <w:rFonts w:ascii="Garamond" w:hAnsi="Garamond"/>
          <w:b w:val="0"/>
          <w:sz w:val="24"/>
        </w:rPr>
        <w:t>“What is it?” Kato asked, low and fast.</w:t>
      </w:r>
    </w:p>
    <w:p>
      <w:r>
        <w:rPr>
          <w:rFonts w:ascii="Garamond" w:hAnsi="Garamond"/>
          <w:b w:val="0"/>
          <w:sz w:val="24"/>
        </w:rPr>
        <w:t>“I don’t know,” Verad said. “But it feels like something I’ve felt before.”</w:t>
      </w:r>
    </w:p>
    <w:p>
      <w:r>
        <w:rPr>
          <w:rFonts w:ascii="Garamond" w:hAnsi="Garamond"/>
          <w:b w:val="0"/>
          <w:sz w:val="24"/>
        </w:rPr>
        <w:t>Kato went still. When he spoke again it was quieter. “It has been behind us for a while. I am not certain how long. I cannot identify it.” A pause. “We are below the nest.”</w:t>
      </w:r>
    </w:p>
    <w:p>
      <w:r>
        <w:rPr>
          <w:rFonts w:ascii="Garamond" w:hAnsi="Garamond"/>
          <w:b w:val="0"/>
          <w:sz w:val="24"/>
        </w:rPr>
        <w:t>Verad felt the weight of that settle. The nest. Whatever came next was going to happen whether they were ready or not. “We keep going,” he said. “Whatever is behind us, we can’t control it. We can only finish what we came to do.”</w:t>
      </w:r>
    </w:p>
    <w:p>
      <w:r>
        <w:rPr>
          <w:rFonts w:ascii="Garamond" w:hAnsi="Garamond"/>
          <w:b w:val="0"/>
          <w:sz w:val="24"/>
        </w:rPr>
        <w:t>Kato was quiet for a moment. Then he turned into a smaller branch tunnel and began to climb.</w:t>
      </w:r>
    </w:p>
    <w:p>
      <w:r>
        <w:rPr>
          <w:rFonts w:ascii="Garamond" w:hAnsi="Garamond"/>
          <w:b w:val="0"/>
          <w:sz w:val="24"/>
        </w:rPr>
        <w:t>The hammock rode close to the floor as the passage steepened. Verad kept his awareness on what was behind them, that familiar-strange presence moving through the dark at the same pace they were, neither closing nor falling back. He could not name it. He was certain, in the way he had learned to trust certainty that came without explanation, that he would know what it was when the time came.</w:t>
      </w:r>
    </w:p>
    <w:p>
      <w:r>
        <w:rPr>
          <w:rFonts w:ascii="Garamond" w:hAnsi="Garamond"/>
          <w:b w:val="0"/>
          <w:sz w:val="24"/>
        </w:rPr>
        <w:t>He held that and kept climbing toward whatever waited above.</w:t>
      </w:r>
    </w:p>
    <w:p>
      <w:r>
        <w:rPr>
          <w:rFonts w:ascii="Garamond" w:hAnsi="Garamond"/>
          <w:sz w:val="24"/>
        </w:rPr>
        <w:br w:type="page"/>
      </w:r>
    </w:p>
    <w:p>
      <w:pPr>
        <w:jc w:val="center"/>
      </w:pPr>
      <w:r>
        <w:rPr>
          <w:rFonts w:ascii="Garamond" w:hAnsi="Garamond"/>
          <w:b/>
          <w:sz w:val="28"/>
        </w:rPr>
        <w:t>Chapter Eighty-Three</w:t>
      </w:r>
    </w:p>
    <w:p>
      <w:r>
        <w:rPr>
          <w:rFonts w:ascii="Garamond" w:hAnsi="Garamond"/>
          <w:b w:val="0"/>
          <w:sz w:val="24"/>
        </w:rPr>
        <w:t>Brunow was awake before the herd finished registering the flier’s arrival.</w:t>
      </w:r>
    </w:p>
    <w:p>
      <w:r>
        <w:rPr>
          <w:rFonts w:ascii="Garamond" w:hAnsi="Garamond"/>
          <w:b w:val="0"/>
          <w:sz w:val="24"/>
        </w:rPr>
        <w:t>A day and a night among the Equis had taught him to read their patterns. The shift in the herd’s attention was as clear as a shout once you knew what to listen for. He was at the tree line before the flier landed, the three elves a few steps behind him.</w:t>
      </w:r>
    </w:p>
    <w:p>
      <w:r>
        <w:rPr>
          <w:rFonts w:ascii="Garamond" w:hAnsi="Garamond"/>
          <w:b w:val="0"/>
          <w:sz w:val="24"/>
        </w:rPr>
        <w:t>The message was brief. Valor had returned to the ledge with an injured wing. Petra was still inside the mountain, alive when Valor left him, with two dragons and a sealed entrance for company. The Queen had worked on the wing and Valor had gone back in. Far Wing said they would fly north to the Valorian nest as soon as Valor returned with Petra.</w:t>
      </w:r>
    </w:p>
    <w:p>
      <w:r>
        <w:rPr>
          <w:rFonts w:ascii="Garamond" w:hAnsi="Garamond"/>
          <w:b w:val="0"/>
          <w:sz w:val="24"/>
        </w:rPr>
        <w:t>Brunow stood at the tree line and watched the flier go and thought about what he’d just been told.</w:t>
      </w:r>
    </w:p>
    <w:p>
      <w:r>
        <w:rPr>
          <w:rFonts w:ascii="Garamond" w:hAnsi="Garamond"/>
          <w:b w:val="0"/>
          <w:sz w:val="24"/>
        </w:rPr>
        <w:t>Earlier that morning he had watched two of the runner males die. They had come out of the trees too soon, too confident in their speed, and two dragons had taken them with the patient efficiency of animals that had been doing this for a very long time. Clean kills, minimal effort. The dragons had not lingered. The rest of the herd had pulled back into the canopy and waited, and after a while the valley was quiet again. It was a brutal arithmetic, the runners thinned by what they refused to avoid, and Brunow had understood watching it that the herd survived because of exactly that culling, the fliers protected while the expendable ones drew the danger away.</w:t>
      </w:r>
    </w:p>
    <w:p>
      <w:r>
        <w:rPr>
          <w:rFonts w:ascii="Garamond" w:hAnsi="Garamond"/>
          <w:b w:val="0"/>
          <w:sz w:val="24"/>
        </w:rPr>
        <w:t>He did not like thinking of people in those terms. He thought about it anyway.</w:t>
      </w:r>
    </w:p>
    <w:p>
      <w:r>
        <w:rPr>
          <w:rFonts w:ascii="Garamond" w:hAnsi="Garamond"/>
          <w:b w:val="0"/>
          <w:sz w:val="24"/>
        </w:rPr>
        <w:t>Petra had given him clear orders. If they did not return, get off the island and report to the King. He had accepted those orders and meant to follow them. What Petra had not accounted for was the possibility that some of them would return and some would not, and the ones who returned would be going north, and Brunow’s orders would pull him in the opposite direction from every person he knew on this island.</w:t>
      </w:r>
    </w:p>
    <w:p>
      <w:r>
        <w:rPr>
          <w:rFonts w:ascii="Garamond" w:hAnsi="Garamond"/>
          <w:b w:val="0"/>
          <w:sz w:val="24"/>
        </w:rPr>
        <w:t>He was not going south.</w:t>
      </w:r>
    </w:p>
    <w:p>
      <w:r>
        <w:rPr>
          <w:rFonts w:ascii="Garamond" w:hAnsi="Garamond"/>
          <w:b w:val="0"/>
          <w:sz w:val="24"/>
        </w:rPr>
        <w:t>Whatever the prophecy needed from the third age, it needed it in the north, and if Brunow had a part in it he was not going to find out what it was by waiting in a valley with the horses. He turned to the three elves.</w:t>
      </w:r>
    </w:p>
    <w:p>
      <w:r>
        <w:rPr>
          <w:rFonts w:ascii="Garamond" w:hAnsi="Garamond"/>
          <w:b w:val="0"/>
          <w:sz w:val="24"/>
        </w:rPr>
        <w:t>“We need a ride,” he said. “How do you feel about asking?”</w:t>
      </w:r>
    </w:p>
    <w:p>
      <w:r>
        <w:rPr>
          <w:rFonts w:ascii="Garamond" w:hAnsi="Garamond"/>
          <w:sz w:val="24"/>
        </w:rPr>
        <w:br w:type="page"/>
      </w:r>
    </w:p>
    <w:p>
      <w:pPr>
        <w:jc w:val="center"/>
      </w:pPr>
      <w:r>
        <w:rPr>
          <w:rFonts w:ascii="Garamond" w:hAnsi="Garamond"/>
          <w:b/>
          <w:sz w:val="28"/>
        </w:rPr>
        <w:t>Chapter Eighty-Four</w:t>
      </w:r>
    </w:p>
    <w:p>
      <w:r>
        <w:rPr>
          <w:rFonts w:ascii="Garamond" w:hAnsi="Garamond"/>
          <w:b w:val="0"/>
          <w:sz w:val="24"/>
        </w:rPr>
        <w:t>Terra Sario had rested his warriors long enough.</w:t>
      </w:r>
    </w:p>
    <w:p>
      <w:r>
        <w:rPr>
          <w:rFonts w:ascii="Garamond" w:hAnsi="Garamond"/>
          <w:b w:val="0"/>
          <w:sz w:val="24"/>
        </w:rPr>
        <w:t>The resistance this far from the main tunnels was thin, scattered encounters with nothing organized behind them. They had made it around the most treacherous section of the Deep, the place where the underground simply stopped and the void below had no bottom anyone had confirmed. From here the plan was simple: surface, cross the valley, go back underground on the western side. The western tunnel system was smaller in individual passages but vastly more extensive, and it ran north to Valoria without the interruptions that made the eastern side unpredictable.</w:t>
      </w:r>
    </w:p>
    <w:p>
      <w:r>
        <w:rPr>
          <w:rFonts w:ascii="Garamond" w:hAnsi="Garamond"/>
          <w:b w:val="0"/>
          <w:sz w:val="24"/>
        </w:rPr>
        <w:t>He had been this way before. That was the point. Three years ago he had taken a small squad through the western route as an exploration, a project he had given himself because the eastern approaches were well known and the western ones were not. That crossing had taken them all the way to Valoria. His squad leaders on this march were mostly from that group, which was the reason three hundred warriors were still moving in the right direction after days in the dark.</w:t>
      </w:r>
    </w:p>
    <w:p>
      <w:r>
        <w:rPr>
          <w:rFonts w:ascii="Garamond" w:hAnsi="Garamond"/>
          <w:b w:val="0"/>
          <w:sz w:val="24"/>
        </w:rPr>
        <w:t>The valley crossing would be the exposed moment. With three hundred people it would not be quiet or invisible. The goal was speed, not concealment. He took a small squad to check the exit point and left the rest just inside the tunnel mouth, close enough to the surface to smell the wind off the valley.</w:t>
      </w:r>
    </w:p>
    <w:p>
      <w:r>
        <w:rPr>
          <w:rFonts w:ascii="Garamond" w:hAnsi="Garamond"/>
          <w:b w:val="0"/>
          <w:sz w:val="24"/>
        </w:rPr>
        <w:t>Several scavengers had been sheltering in the alcove at the entrance. They saw the elves coming and fled into the trees. Terra moved to the opening and scanned the valley floor, the treeline, the peaks on both sides, the skyline above. Clear. He stepped out twenty feet from the cliff face and looked up the slope above him.</w:t>
      </w:r>
    </w:p>
    <w:p>
      <w:r>
        <w:rPr>
          <w:rFonts w:ascii="Garamond" w:hAnsi="Garamond"/>
          <w:b w:val="0"/>
          <w:sz w:val="24"/>
        </w:rPr>
        <w:t>The Valorian warrior was coming down the mountainside at a run, and he was not alone. A pack of scavengers had him, ground pursuers mostly, with a few fliers harassing his head and shoulders. He was protecting himself well enough to keep moving, but he was not going to reach the entrance on his own.</w:t>
      </w:r>
    </w:p>
    <w:p>
      <w:r>
        <w:rPr>
          <w:rFonts w:ascii="Garamond" w:hAnsi="Garamond"/>
          <w:b w:val="0"/>
          <w:sz w:val="24"/>
        </w:rPr>
        <w:t>Terra called his squad and went up the slope.</w:t>
      </w:r>
    </w:p>
    <w:p>
      <w:r>
        <w:rPr>
          <w:rFonts w:ascii="Garamond" w:hAnsi="Garamond"/>
          <w:b w:val="0"/>
          <w:sz w:val="24"/>
        </w:rPr>
        <w:t>He wanted the scavengers to see them coming. They did. The pack split, most of them pulling up at the sight of seven Alterian warriors moving fast uphill, a few of the more committed ones holding the chase. When the Valorian saw the Alterians he found another gear and the gap closed. The fliers peeled off when the elves reached throwing distance. The ground pursuers held another few seconds and then turned and watched from a safe distance as the warrior stumbled the last yards into cover.</w:t>
      </w:r>
    </w:p>
    <w:p>
      <w:r>
        <w:rPr>
          <w:rFonts w:ascii="Garamond" w:hAnsi="Garamond"/>
          <w:b w:val="0"/>
          <w:sz w:val="24"/>
        </w:rPr>
        <w:t>Terra looked at the man, catching his breath against the rock face, and waited.</w:t>
      </w:r>
    </w:p>
    <w:p>
      <w:r>
        <w:rPr>
          <w:rFonts w:ascii="Garamond" w:hAnsi="Garamond"/>
          <w:sz w:val="24"/>
        </w:rPr>
        <w:br w:type="page"/>
      </w:r>
    </w:p>
    <w:p>
      <w:pPr>
        <w:jc w:val="center"/>
      </w:pPr>
      <w:r>
        <w:rPr>
          <w:rFonts w:ascii="Garamond" w:hAnsi="Garamond"/>
          <w:b/>
          <w:sz w:val="28"/>
        </w:rPr>
        <w:t>Chapter Eighty-Five</w:t>
      </w:r>
    </w:p>
    <w:p>
      <w:r>
        <w:rPr>
          <w:rFonts w:ascii="Garamond" w:hAnsi="Garamond"/>
          <w:b w:val="0"/>
          <w:sz w:val="24"/>
        </w:rPr>
        <w:t>Sabel waited in the trees while the dragons passed.</w:t>
      </w:r>
    </w:p>
    <w:p>
      <w:r>
        <w:rPr>
          <w:rFonts w:ascii="Garamond" w:hAnsi="Garamond"/>
          <w:b w:val="0"/>
          <w:sz w:val="24"/>
        </w:rPr>
        <w:t>They came in groups, all heading north, more than he had seen moving together since the night of the wreck. He watched them go and tried to work out what would draw that many in the same direction. The Valorian city was gone, he knew that much from his father’s scouts. Rubble and smoke. There was not enough left in it to hold that many dragons for long. Something else was pulling them north, and whatever it was, Sabel did not want to be between them and it.</w:t>
      </w:r>
    </w:p>
    <w:p>
      <w:r>
        <w:rPr>
          <w:rFonts w:ascii="Garamond" w:hAnsi="Garamond"/>
          <w:b w:val="0"/>
          <w:sz w:val="24"/>
        </w:rPr>
        <w:t>He also noticed the absence of scavengers in the trees around him. The dark creatures moved with the dragons the way smaller animals moved with larger predators, following the disturbance, feeding on what was left. Their absence here meant they were already ahead of him, already north. The whole dark army was converging on the same place.</w:t>
      </w:r>
    </w:p>
    <w:p>
      <w:r>
        <w:rPr>
          <w:rFonts w:ascii="Garamond" w:hAnsi="Garamond"/>
          <w:b w:val="0"/>
          <w:sz w:val="24"/>
        </w:rPr>
        <w:t>He turned his attention to the man on the ground.</w:t>
      </w:r>
    </w:p>
    <w:p>
      <w:r>
        <w:rPr>
          <w:rFonts w:ascii="Garamond" w:hAnsi="Garamond"/>
          <w:b w:val="0"/>
          <w:sz w:val="24"/>
        </w:rPr>
        <w:t>Terrell had been talking since before they landed. Not to Sabel, not to anyone present. He called for water in a voice that had no strength behind it, called a name Sabel did not recognize over and over, begged something invisible to stop. His skin was hot where it should have been cool and cool where it should have been warm. The fever had him somewhere Sabel could not reach.</w:t>
      </w:r>
    </w:p>
    <w:p>
      <w:r>
        <w:rPr>
          <w:rFonts w:ascii="Garamond" w:hAnsi="Garamond"/>
          <w:b w:val="0"/>
          <w:sz w:val="24"/>
        </w:rPr>
        <w:t>Sabel dragged him to the stream. The water helped nothing. Terrell drank and kept burning, kept bargaining with whatever had its grip on him, promising things in a voice too low and broken for Sabel to follow.</w:t>
      </w:r>
    </w:p>
    <w:p>
      <w:r>
        <w:rPr>
          <w:rFonts w:ascii="Garamond" w:hAnsi="Garamond"/>
          <w:b w:val="0"/>
          <w:sz w:val="24"/>
        </w:rPr>
        <w:t>Then, between one breath and the next, it stopped.</w:t>
      </w:r>
    </w:p>
    <w:p>
      <w:r>
        <w:rPr>
          <w:rFonts w:ascii="Garamond" w:hAnsi="Garamond"/>
          <w:b w:val="0"/>
          <w:sz w:val="24"/>
        </w:rPr>
        <w:t>The man sat up. He wiped his face with the back of his hand. The contortion left his features all at once, like something releasing its hold, and what remained was a man exhausted to his foundations but present, eyes focused, registering the world around him for the first time in hours. He looked at Sabel. His eyes widened.</w:t>
      </w:r>
    </w:p>
    <w:p>
      <w:r>
        <w:rPr>
          <w:rFonts w:ascii="Garamond" w:hAnsi="Garamond"/>
          <w:b w:val="0"/>
          <w:sz w:val="24"/>
        </w:rPr>
        <w:t>He lay still for a moment, gathering the pieces of himself. The wreck. The beach. Petra and the others. Hessa’s people finding him in the dark. He remembered all of it coming back in order, none of the memories comfortable.</w:t>
      </w:r>
    </w:p>
    <w:p>
      <w:r>
        <w:rPr>
          <w:rFonts w:ascii="Garamond" w:hAnsi="Garamond"/>
          <w:b w:val="0"/>
          <w:sz w:val="24"/>
        </w:rPr>
        <w:t>There was a voice in his mind. Not Hessa’s voice, which he knew and which felt like a hand closing around something. This was different. Quieter. Further away, as though speaking across a great distance to reach him. It was telling him what to say.</w:t>
      </w:r>
    </w:p>
    <w:p>
      <w:r>
        <w:rPr>
          <w:rFonts w:ascii="Garamond" w:hAnsi="Garamond"/>
          <w:b w:val="0"/>
          <w:sz w:val="24"/>
        </w:rPr>
        <w:t>He looked at the horse standing over him in the filtered light of the trees, and said what the voice told him to say.</w:t>
      </w:r>
    </w:p>
    <w:p>
      <w:r>
        <w:rPr>
          <w:rFonts w:ascii="Garamond" w:hAnsi="Garamond"/>
          <w:b w:val="0"/>
          <w:sz w:val="24"/>
        </w:rPr>
        <w:t>“You are Sabel, son of Far Wing, family of Dovon, carrier of Equisata, god of the flying horse?”</w:t>
      </w:r>
    </w:p>
    <w:p>
      <w:r>
        <w:rPr>
          <w:rFonts w:ascii="Garamond" w:hAnsi="Garamond"/>
          <w:sz w:val="24"/>
        </w:rPr>
        <w:br w:type="page"/>
      </w:r>
    </w:p>
    <w:p>
      <w:pPr>
        <w:jc w:val="center"/>
      </w:pPr>
      <w:r>
        <w:rPr>
          <w:rFonts w:ascii="Garamond" w:hAnsi="Garamond"/>
          <w:b/>
          <w:sz w:val="28"/>
        </w:rPr>
        <w:t>Chapter Eighty-Six</w:t>
      </w:r>
    </w:p>
    <w:p>
      <w:r>
        <w:rPr>
          <w:rFonts w:ascii="Garamond" w:hAnsi="Garamond"/>
          <w:b w:val="0"/>
          <w:sz w:val="24"/>
        </w:rPr>
        <w:t>Hessa moved through the tunnel just behind them, keeping to the dark.</w:t>
      </w:r>
    </w:p>
    <w:p>
      <w:r>
        <w:rPr>
          <w:rFonts w:ascii="Garamond" w:hAnsi="Garamond"/>
          <w:b w:val="0"/>
          <w:sz w:val="24"/>
        </w:rPr>
        <w:t>The Son of Telecio ahead of her was stronger than she had estimated, which was mildly interesting. She had not expected him to hold the Watcher the way he had. She had not expected the Watcher to tell him anything useful. She filed both observations away and kept moving. Estimates were revised. Plans adjusted. Six thousand years of practice had made her very good at adjustment.</w:t>
      </w:r>
    </w:p>
    <w:p>
      <w:r>
        <w:rPr>
          <w:rFonts w:ascii="Garamond" w:hAnsi="Garamond"/>
          <w:b w:val="0"/>
          <w:sz w:val="24"/>
        </w:rPr>
        <w:t>She had set this in motion eleven days ago, though the preparation had taken considerably longer. The power wave she had needed required the end of Palanthor's line. Palanthor himself was long dead, his seeds soured, his line narrowed to a single heir she had delivered to Kakollian with the suggestion that the boy’s death would settle old debts. Kakollian had always been easy to use. He believed himself to be the clever one, which was the most reliable kind of fool.</w:t>
      </w:r>
    </w:p>
    <w:p>
      <w:r>
        <w:rPr>
          <w:rFonts w:ascii="Garamond" w:hAnsi="Garamond"/>
          <w:b w:val="0"/>
          <w:sz w:val="24"/>
        </w:rPr>
        <w:t>When the Prince died the wave spread across Estos exactly as she had calculated, weakening the existing magic, dissolving the barriers she needed dissolved. She had ridden the currents it opened to bring Petra’s ship and Terrell’s to the island the gods had hidden. Getting men to this island had required decades of careful preparation. Getting the right men here had required her to understand the prophecy better than the gods who wrote it.</w:t>
      </w:r>
    </w:p>
    <w:p>
      <w:r>
        <w:rPr>
          <w:rFonts w:ascii="Garamond" w:hAnsi="Garamond"/>
          <w:b w:val="0"/>
          <w:sz w:val="24"/>
        </w:rPr>
        <w:t>That was the part she found genuinely satisfying. They had written the prophecy to trap her. She had read it more carefully than they had.</w:t>
      </w:r>
    </w:p>
    <w:p>
      <w:r>
        <w:rPr>
          <w:rFonts w:ascii="Garamond" w:hAnsi="Garamond"/>
          <w:b w:val="0"/>
          <w:sz w:val="24"/>
        </w:rPr>
        <w:t>The golden stone was not a dragon star. It was something older, placed here by a member of the Order who had given his life to become it, designed as a lure and a prison. If the right person used it at the right moment in the right way, it would take her and hold her. The gods had been very thorough. They had hidden it in the nest, surrounded it with dragon stars to mask its signature, built the entire prophecy around the sequence of events that would bring her within its reach.</w:t>
      </w:r>
    </w:p>
    <w:p>
      <w:r>
        <w:rPr>
          <w:rFonts w:ascii="Garamond" w:hAnsi="Garamond"/>
          <w:b w:val="0"/>
          <w:sz w:val="24"/>
        </w:rPr>
        <w:t>They had not considered that she would be the one reading the prophecy to its subjects.</w:t>
      </w:r>
    </w:p>
    <w:p>
      <w:r>
        <w:rPr>
          <w:rFonts w:ascii="Garamond" w:hAnsi="Garamond"/>
          <w:b w:val="0"/>
          <w:sz w:val="24"/>
        </w:rPr>
        <w:t>The boy would find the stone. The Son of Telecio would be forced from the chamber by the accumulated power of the stars before he could stop it. He was first age, and the stars were first age, and the concentration of that much old magic in one place would drive him out regardless of how strong his father had made him. The boy would be alone with the stone, and she would be there to guide his hand.</w:t>
      </w:r>
    </w:p>
    <w:p>
      <w:r>
        <w:rPr>
          <w:rFonts w:ascii="Garamond" w:hAnsi="Garamond"/>
          <w:b w:val="0"/>
          <w:sz w:val="24"/>
        </w:rPr>
        <w:t>The trap the gods had set for her would close around Kakollian instead. She had chosen him carefully for this role. He had gloated when they exiled her. He had stood beside Palanthor and called it justice. Now he would spend eternity in a stone on a dragon island, and she would use the power his imprisonment released to step back through the barrier and reclaim what six thousand years of exile had not changed: her place in the hierarchy, her dominion over the Balance, everything the third age had been given in her absence.</w:t>
      </w:r>
    </w:p>
    <w:p>
      <w:r>
        <w:rPr>
          <w:rFonts w:ascii="Garamond" w:hAnsi="Garamond"/>
          <w:b w:val="0"/>
          <w:sz w:val="24"/>
        </w:rPr>
        <w:t>Terrell was the only loose thread. She had used too much power clearing the fever she had also given him, which was an inefficiency she disliked. The club-tails had been too rough with him and nearly ruined his usefulness. Still, he would arrive in time. The flier was fast and the fates, as they had throughout this plan, were moving in her direction.</w:t>
      </w:r>
    </w:p>
    <w:p>
      <w:r>
        <w:rPr>
          <w:rFonts w:ascii="Garamond" w:hAnsi="Garamond"/>
          <w:b w:val="0"/>
          <w:sz w:val="24"/>
        </w:rPr>
        <w:t>She kept her distance from the Son of Telecio and followed him up through the dark toward the nest.</w:t>
      </w:r>
    </w:p>
    <w:p>
      <w:r>
        <w:rPr>
          <w:rFonts w:ascii="Garamond" w:hAnsi="Garamond"/>
          <w:sz w:val="24"/>
        </w:rPr>
        <w:br w:type="page"/>
      </w:r>
    </w:p>
    <w:p>
      <w:pPr>
        <w:jc w:val="center"/>
      </w:pPr>
      <w:r>
        <w:rPr>
          <w:rFonts w:ascii="Garamond" w:hAnsi="Garamond"/>
          <w:b/>
          <w:sz w:val="28"/>
        </w:rPr>
        <w:t>Chapter Eighty-Seven</w:t>
      </w:r>
    </w:p>
    <w:p>
      <w:pPr>
        <w:jc w:val="center"/>
      </w:pPr>
      <w:r>
        <w:rPr>
          <w:rFonts w:ascii="Garamond" w:hAnsi="Garamond"/>
          <w:b w:val="0"/>
          <w:i/>
          <w:sz w:val="24"/>
        </w:rPr>
        <w:t>Kakollian's Palace, Omar</w:t>
      </w:r>
    </w:p>
    <w:p>
      <w:r>
        <w:rPr>
          <w:rFonts w:ascii="Garamond" w:hAnsi="Garamond"/>
          <w:b w:val="0"/>
          <w:sz w:val="24"/>
        </w:rPr>
        <w:t>The infant was rejecting the bond.</w:t>
      </w:r>
    </w:p>
    <w:p>
      <w:r>
        <w:rPr>
          <w:rFonts w:ascii="Garamond" w:hAnsi="Garamond"/>
          <w:b w:val="0"/>
          <w:sz w:val="24"/>
        </w:rPr>
        <w:t>Kakollian stood in the doorway of the inner chamber and watched the infant and the wolf cub and made his assessment with the detachment he had spent centuries developing. The infant lay on the low bed, his color wrong, his breathing shallow in the way of something too young to understand it was fighting. The wolf cub was pressed against him, its own breathing too fast, its eyes tracking nothing.</w:t>
      </w:r>
    </w:p>
    <w:p>
      <w:r>
        <w:rPr>
          <w:rFonts w:ascii="Garamond" w:hAnsi="Garamond"/>
          <w:b w:val="0"/>
          <w:sz w:val="24"/>
        </w:rPr>
        <w:t>He had seen failed pairings before. The signs were unmistakable. When a bonded pair began to separate, the deterioration moved in both directions simultaneously, each one feeding the other’s decline. Palanthor himself had been strong enough to survive a failed pairing in his youth. His line had thinned considerably in the generations since.</w:t>
      </w:r>
    </w:p>
    <w:p>
      <w:r>
        <w:rPr>
          <w:rFonts w:ascii="Garamond" w:hAnsi="Garamond"/>
          <w:b w:val="0"/>
          <w:sz w:val="24"/>
        </w:rPr>
        <w:t>He could say one word and the bond would release. The male child might recover. The wolf would recover. Both of them would spend the rest of their lives diminished by the loss, the particular hollowness of a pairing interrupted, and within a few years that hollowness would finish what the separation started. He had seen that too.</w:t>
      </w:r>
    </w:p>
    <w:p>
      <w:r>
        <w:rPr>
          <w:rFonts w:ascii="Garamond" w:hAnsi="Garamond"/>
          <w:b w:val="0"/>
          <w:sz w:val="24"/>
        </w:rPr>
        <w:t>Or he could say nothing.</w:t>
      </w:r>
    </w:p>
    <w:p>
      <w:r>
        <w:rPr>
          <w:rFonts w:ascii="Garamond" w:hAnsi="Garamond"/>
          <w:b w:val="0"/>
          <w:sz w:val="24"/>
        </w:rPr>
        <w:t>If the infant died, the plan survived. The child was a useful piece, the most ironic piece he had ever arranged: the last of Palanthor’s line, to be raised as Kakollian’s son, to grow into a general who would one day march against his own grandfather’s kingdom and not know it. But useful pieces could be replaced. The Confederacy would fall regardless. It would simply fall without the particular satisfaction of Palanthor’s blood doing it.</w:t>
      </w:r>
    </w:p>
    <w:p>
      <w:r>
        <w:rPr>
          <w:rFonts w:ascii="Garamond" w:hAnsi="Garamond"/>
          <w:b w:val="0"/>
          <w:sz w:val="24"/>
        </w:rPr>
        <w:t>Kakollian was honest enough with himself to acknowledge that satisfaction mattered to him. He had spent five hundred years doing Palanthor’s share of the work as well as his own, and he had done it while watching his brother choose mortality and love and the small warm life of a man who dies beside his family. He had grieved it and honored it and carried it. He deserved the satisfaction.</w:t>
      </w:r>
    </w:p>
    <w:p>
      <w:r>
        <w:rPr>
          <w:rFonts w:ascii="Garamond" w:hAnsi="Garamond"/>
          <w:b w:val="0"/>
          <w:sz w:val="24"/>
        </w:rPr>
        <w:t>There were only seven members of the Order still on Estos. He had not heard from the others in centuries, but he knew they were alive, the same way he knew anything that had been true long enough to stop requiring proof. When he had what he sought, he would find them. The question of what he sought had been narrowing for decades toward a single answer.</w:t>
      </w:r>
    </w:p>
    <w:p>
      <w:r>
        <w:rPr>
          <w:rFonts w:ascii="Garamond" w:hAnsi="Garamond"/>
          <w:b w:val="0"/>
          <w:sz w:val="24"/>
        </w:rPr>
        <w:t>He looked at the infant on the bed. The wolf cub’s ribs moved too fast. Neither of them had long.</w:t>
      </w:r>
    </w:p>
    <w:p>
      <w:r>
        <w:rPr>
          <w:rFonts w:ascii="Garamond" w:hAnsi="Garamond"/>
          <w:b w:val="0"/>
          <w:sz w:val="24"/>
        </w:rPr>
        <w:t>Kakollian said nothing, and stepped back from the doorway, and left the outcome to the bond.</w:t>
      </w:r>
    </w:p>
    <w:p>
      <w:r>
        <w:rPr>
          <w:rFonts w:ascii="Garamond" w:hAnsi="Garamond"/>
          <w:sz w:val="24"/>
        </w:rPr>
        <w:br w:type="page"/>
      </w:r>
    </w:p>
    <w:p>
      <w:pPr>
        <w:jc w:val="center"/>
      </w:pPr>
      <w:r>
        <w:rPr>
          <w:rFonts w:ascii="Garamond" w:hAnsi="Garamond"/>
          <w:b/>
          <w:sz w:val="28"/>
        </w:rPr>
        <w:t>Chapter Eighty-Eight</w:t>
      </w:r>
    </w:p>
    <w:p>
      <w:pPr>
        <w:jc w:val="center"/>
      </w:pPr>
      <w:r>
        <w:rPr>
          <w:rFonts w:ascii="Garamond" w:hAnsi="Garamond"/>
          <w:b w:val="0"/>
          <w:i/>
          <w:sz w:val="24"/>
        </w:rPr>
        <w:t>The Island of Jakall, Eleventh Evening</w:t>
      </w:r>
    </w:p>
    <w:p>
      <w:r>
        <w:rPr>
          <w:rFonts w:ascii="Garamond" w:hAnsi="Garamond"/>
          <w:b w:val="0"/>
          <w:sz w:val="24"/>
        </w:rPr>
        <w:t>The dragons were everywhere and showed no sign of thinning.</w:t>
      </w:r>
    </w:p>
    <w:p>
      <w:r>
        <w:rPr>
          <w:rFonts w:ascii="Garamond" w:hAnsi="Garamond"/>
          <w:b w:val="0"/>
          <w:sz w:val="24"/>
        </w:rPr>
        <w:t>Pico sat with her back to the rock face and watched them cross and recross the sky in patterns that made no sense to her. Not hunting, not traveling. Waiting. Rothallan had told them it was unusual for a dragon to circle anything for long, and yet here they were, stacked above the northern ridge in numbers she had not seen since the night the fire mountain woke. Whatever they were waiting for, it was close.</w:t>
      </w:r>
    </w:p>
    <w:p>
      <w:r>
        <w:rPr>
          <w:rFonts w:ascii="Garamond" w:hAnsi="Garamond"/>
          <w:b w:val="0"/>
          <w:sz w:val="24"/>
        </w:rPr>
        <w:t>The shore was just over the next ridge. She could smell it on the wind, salt and cold water and the particular sharpness of open ocean. Neither she nor her father had been to this part of the island’s coast. It was not a place elves came willingly. The dragons were the obvious reason, but they were not the only one.</w:t>
      </w:r>
    </w:p>
    <w:p>
      <w:r>
        <w:rPr>
          <w:rFonts w:ascii="Garamond" w:hAnsi="Garamond"/>
          <w:b w:val="0"/>
          <w:sz w:val="24"/>
        </w:rPr>
        <w:t>The island held other dangers that were harder to account for. The scavengers were predictable enough, and the animals of the first age that differed from their third age counterparts in the ways that mattered: stronger, sharper-eyed, built for conditions that no longer existed anywhere but here. Those you could plan around.</w:t>
      </w:r>
    </w:p>
    <w:p>
      <w:r>
        <w:rPr>
          <w:rFonts w:ascii="Garamond" w:hAnsi="Garamond"/>
          <w:b w:val="0"/>
          <w:sz w:val="24"/>
        </w:rPr>
        <w:t>The Kayotts you could not.</w:t>
      </w:r>
    </w:p>
    <w:p>
      <w:r>
        <w:rPr>
          <w:rFonts w:ascii="Garamond" w:hAnsi="Garamond"/>
          <w:b w:val="0"/>
          <w:sz w:val="24"/>
        </w:rPr>
        <w:t>They were spoken of to unruly children as the thing that would come for them in the night, and Pico had understood from a young age that this was not entirely invented. Fallen members of the Order, transformed by whatever had corrupted them beyond recovery, they possessed speed and power that made conventional weapons nearly irrelevant. They did not serve the dragons. They did not appear to serve anyone. They were simply what they had become, operating on whatever logic remained to them after the fall.</w:t>
      </w:r>
    </w:p>
    <w:p>
      <w:r>
        <w:rPr>
          <w:rFonts w:ascii="Garamond" w:hAnsi="Garamond"/>
          <w:b w:val="0"/>
          <w:sz w:val="24"/>
        </w:rPr>
        <w:t>Their counterparts were almost never seen, and for the opposite reason. The Faree had fallen the other direction entirely, transformed into something so far toward the light that they were spoken of the way people spoke of gods. Beautiful, solitary, moving through the woods and mountains and deep water, healing things that should not be healable, never seeking out living creatures, leaving behind them only the absence of whatever darkness had been present before. Their power had never been turned against anything. No one knew its limits.</w:t>
      </w:r>
    </w:p>
    <w:p>
      <w:r>
        <w:rPr>
          <w:rFonts w:ascii="Garamond" w:hAnsi="Garamond"/>
          <w:b w:val="0"/>
          <w:sz w:val="24"/>
        </w:rPr>
        <w:t>Pico had never encountered either kind. She was hoping tonight would not change that.</w:t>
      </w:r>
    </w:p>
    <w:p>
      <w:r>
        <w:rPr>
          <w:rFonts w:ascii="Garamond" w:hAnsi="Garamond"/>
          <w:b w:val="0"/>
          <w:sz w:val="24"/>
        </w:rPr>
        <w:t>Rothallan had noted the absence of the usual predators, which he found more unsettling than their presence would have been. The King agreed. The whole surface was too quiet in the wrong way, everything cleared out or held still by whatever was drawing the dragons north.</w:t>
      </w:r>
    </w:p>
    <w:p>
      <w:r>
        <w:rPr>
          <w:rFonts w:ascii="Garamond" w:hAnsi="Garamond"/>
          <w:b w:val="0"/>
          <w:sz w:val="24"/>
        </w:rPr>
        <w:t>“We cannot wait much longer,” the King said.</w:t>
      </w:r>
    </w:p>
    <w:p>
      <w:r>
        <w:rPr>
          <w:rFonts w:ascii="Garamond" w:hAnsi="Garamond"/>
          <w:b w:val="0"/>
          <w:sz w:val="24"/>
        </w:rPr>
        <w:t>“I know,” Pico said. Kato and Verad were somewhere ahead of them, moving toward a nest full of dragon stars and a golden stone whose prophecy they had not been warned about. One chance to use it. Use it wrong and it was over. “We have to reach them before they use the stone.”</w:t>
      </w:r>
    </w:p>
    <w:p>
      <w:r>
        <w:rPr>
          <w:rFonts w:ascii="Garamond" w:hAnsi="Garamond"/>
          <w:b w:val="0"/>
          <w:sz w:val="24"/>
        </w:rPr>
        <w:t>Above them, the dragons continued their patient circling, and waited for something none of the elves on the ground could see yet.</w:t>
      </w:r>
    </w:p>
    <w:p>
      <w:r>
        <w:rPr>
          <w:rFonts w:ascii="Garamond" w:hAnsi="Garamond"/>
          <w:sz w:val="24"/>
        </w:rPr>
        <w:br w:type="page"/>
      </w:r>
    </w:p>
    <w:p>
      <w:pPr>
        <w:jc w:val="center"/>
      </w:pPr>
      <w:r>
        <w:rPr>
          <w:rFonts w:ascii="Garamond" w:hAnsi="Garamond"/>
          <w:b/>
          <w:sz w:val="28"/>
        </w:rPr>
        <w:t>Chapter Eighty-Nine</w:t>
      </w:r>
    </w:p>
    <w:p>
      <w:r>
        <w:rPr>
          <w:rFonts w:ascii="Garamond" w:hAnsi="Garamond"/>
          <w:b w:val="0"/>
          <w:sz w:val="24"/>
        </w:rPr>
        <w:t>“We are there,” Kato said, and opened the link.</w:t>
      </w:r>
    </w:p>
    <w:p>
      <w:r>
        <w:rPr>
          <w:rFonts w:ascii="Garamond" w:hAnsi="Garamond"/>
          <w:b w:val="0"/>
          <w:sz w:val="24"/>
        </w:rPr>
        <w:t>Verad was lying back in the root hammock, which he had made his peace with over the last several hours, and the tunnel walls resolved around him in Kato’s vision, all the grays and cold colors that elf eyes found in the dark. He did not have to move to see. He was getting used to that.</w:t>
      </w:r>
    </w:p>
    <w:p>
      <w:r>
        <w:rPr>
          <w:rFonts w:ascii="Garamond" w:hAnsi="Garamond"/>
          <w:b w:val="0"/>
          <w:sz w:val="24"/>
        </w:rPr>
        <w:t>“Just around the next corner,” Kato said. A pause that carried weight. “I can already feel it.”</w:t>
      </w:r>
    </w:p>
    <w:p>
      <w:r>
        <w:rPr>
          <w:rFonts w:ascii="Garamond" w:hAnsi="Garamond"/>
          <w:b w:val="0"/>
          <w:sz w:val="24"/>
        </w:rPr>
        <w:t>Verad felt it too, or felt the absence of it in himself, which was the same thing from the other side. Whatever was pressing at Kato through the link, Verad felt nothing of it. “I feel nothing,” he said.</w:t>
      </w:r>
    </w:p>
    <w:p>
      <w:r>
        <w:rPr>
          <w:rFonts w:ascii="Garamond" w:hAnsi="Garamond"/>
          <w:b w:val="0"/>
          <w:sz w:val="24"/>
        </w:rPr>
        <w:t>“That is why you are here.” Kato’s voice was controlled in the way of someone managing something carefully. “You can handle the star safely. Once you have one we can leave. A dragon star on the surface and the dragons will not touch us, and I can handle everything else. There must be a way up if the dragons use this den.”</w:t>
      </w:r>
    </w:p>
    <w:p>
      <w:r>
        <w:rPr>
          <w:rFonts w:ascii="Garamond" w:hAnsi="Garamond"/>
          <w:b w:val="0"/>
          <w:sz w:val="24"/>
        </w:rPr>
        <w:t>“Maybe you shouldn’t go in,” Verad started.</w:t>
      </w:r>
    </w:p>
    <w:p>
      <w:r>
        <w:rPr>
          <w:rFonts w:ascii="Garamond" w:hAnsi="Garamond"/>
          <w:b w:val="0"/>
          <w:sz w:val="24"/>
        </w:rPr>
        <w:t>“How would you see?” Kato said, sharper than he intended. Then: “Sorry. I need to do this quickly. Are you ready?”</w:t>
      </w:r>
    </w:p>
    <w:p>
      <w:r>
        <w:rPr>
          <w:rFonts w:ascii="Garamond" w:hAnsi="Garamond"/>
          <w:b w:val="0"/>
          <w:sz w:val="24"/>
        </w:rPr>
        <w:t>“Ready,” Verad said.</w:t>
      </w:r>
    </w:p>
    <w:p>
      <w:r>
        <w:rPr>
          <w:rFonts w:ascii="Garamond" w:hAnsi="Garamond"/>
          <w:b w:val="0"/>
          <w:sz w:val="24"/>
        </w:rPr>
        <w:t>Kato moved toward the corner and Verad felt the change come through the link before they reached it. A tremor first, deep in whatever connected them, and then the link itself began to hurt. Not Verad’s pain. Kato’s, moving through the connection in both directions because Kato could not close it. The first age magic of the den was holding him open the same way it was holding him in place, his own power locked down by something older and larger, and he could not move and could not break free and could not stop what was coming through to the boy.</w:t>
      </w:r>
    </w:p>
    <w:p>
      <w:r>
        <w:rPr>
          <w:rFonts w:ascii="Garamond" w:hAnsi="Garamond"/>
          <w:b w:val="0"/>
          <w:sz w:val="24"/>
        </w:rPr>
        <w:t>Verad screamed. He heard himself doing it and could not stop. Above his own voice he could hear Kato’s thoughts, not words exactly, the shape of a son calling to his father in the way that had no language, and then the roots fell away from him all at once and he pushed them aside and got to his feet.</w:t>
      </w:r>
    </w:p>
    <w:p>
      <w:r>
        <w:rPr>
          <w:rFonts w:ascii="Garamond" w:hAnsi="Garamond"/>
          <w:b w:val="0"/>
          <w:sz w:val="24"/>
        </w:rPr>
        <w:t>The great form of Kato’s other self stood rigid in the tunnel for one moment and then went down.</w:t>
      </w:r>
    </w:p>
    <w:p>
      <w:r>
        <w:rPr>
          <w:rFonts w:ascii="Garamond" w:hAnsi="Garamond"/>
          <w:b w:val="0"/>
          <w:sz w:val="24"/>
        </w:rPr>
        <w:t>The silence after was total.</w:t>
      </w:r>
    </w:p>
    <w:p>
      <w:r>
        <w:rPr>
          <w:rFonts w:ascii="Garamond" w:hAnsi="Garamond"/>
          <w:b w:val="0"/>
          <w:sz w:val="24"/>
        </w:rPr>
        <w:t>Verad stood in it and looked at what was around him. The cavern beyond the corner was enormous, large enough to hold Wicker’s inn four times over with room left. Across the dark opening the far wall was visible, and in it the wide mouth of the dragon entrance, a long bow shot away. Between him and it, the pile of stars covered the floor, rising higher than his head, centuries of accumulation glowing faintly with their own cold light.</w:t>
      </w:r>
    </w:p>
    <w:p>
      <w:r>
        <w:rPr>
          <w:rFonts w:ascii="Garamond" w:hAnsi="Garamond"/>
          <w:b w:val="0"/>
          <w:sz w:val="24"/>
        </w:rPr>
        <w:t>He looked at them and then looked at his hands and understood what he was seeing with.</w:t>
      </w:r>
    </w:p>
    <w:p>
      <w:r>
        <w:rPr>
          <w:rFonts w:ascii="Garamond" w:hAnsi="Garamond"/>
          <w:b w:val="0"/>
          <w:sz w:val="24"/>
        </w:rPr>
        <w:t>The link with Kato was gone. He was standing alone in the dark of a dragon den, and he could see.</w:t>
      </w:r>
    </w:p>
    <w:p>
      <w:r>
        <w:rPr>
          <w:rFonts w:ascii="Garamond" w:hAnsi="Garamond"/>
          <w:sz w:val="24"/>
        </w:rPr>
        <w:br w:type="page"/>
      </w:r>
    </w:p>
    <w:p>
      <w:pPr>
        <w:jc w:val="center"/>
      </w:pPr>
      <w:r>
        <w:rPr>
          <w:rFonts w:ascii="Garamond" w:hAnsi="Garamond"/>
          <w:b/>
          <w:sz w:val="28"/>
        </w:rPr>
        <w:t>Chapter Ninety</w:t>
      </w:r>
    </w:p>
    <w:p>
      <w:r>
        <w:rPr>
          <w:rFonts w:ascii="Garamond" w:hAnsi="Garamond"/>
          <w:b w:val="0"/>
          <w:sz w:val="24"/>
        </w:rPr>
        <w:t>Petra stood at the edge of the hole and waited.</w:t>
      </w:r>
    </w:p>
    <w:p>
      <w:r>
        <w:rPr>
          <w:rFonts w:ascii="Garamond" w:hAnsi="Garamond"/>
          <w:b w:val="0"/>
          <w:sz w:val="24"/>
        </w:rPr>
        <w:t>Getting out had required both of them working together, Valor crouched low with Petra standing on his back, pushing him up toward the gap until he could get his good arm over the edge and haul himself through. The hole was not large enough for a flier with wings, so they had done it in turns. Now Petra stood on the cold stone of the mountaintop in the last light of Otos fading in the west, and Valor was still inside.</w:t>
      </w:r>
    </w:p>
    <w:p>
      <w:r>
        <w:rPr>
          <w:rFonts w:ascii="Garamond" w:hAnsi="Garamond"/>
          <w:b w:val="0"/>
          <w:sz w:val="24"/>
        </w:rPr>
        <w:t>Eros was rising in the east, her orange light coming through the clouds and catching the outline of the hole below his feet. From where he stood it did not look large enough. He told himself it was the angle.</w:t>
      </w:r>
    </w:p>
    <w:p>
      <w:r>
        <w:rPr>
          <w:rFonts w:ascii="Garamond" w:hAnsi="Garamond"/>
          <w:b w:val="0"/>
          <w:sz w:val="24"/>
        </w:rPr>
        <w:t>He could hear the wing beats. Valor building speed in the biggest circle the cavern allowed, lap after lap, faster with each one. Petra lay flat at the edge and put his arm into the dark and waited.</w:t>
      </w:r>
    </w:p>
    <w:p>
      <w:r>
        <w:rPr>
          <w:rFonts w:ascii="Garamond" w:hAnsi="Garamond"/>
          <w:b w:val="0"/>
          <w:sz w:val="24"/>
        </w:rPr>
        <w:t>The sound dropped low and then came hard and straight, a run at the hole with everything the confined space could give him. Valor came through folded, wings back, momentum carrying him up and out into the air above the mountain, and for one clean moment he was free of it.</w:t>
      </w:r>
    </w:p>
    <w:p>
      <w:r>
        <w:rPr>
          <w:rFonts w:ascii="Garamond" w:hAnsi="Garamond"/>
          <w:b w:val="0"/>
          <w:sz w:val="24"/>
        </w:rPr>
        <w:t>Then gravity found him. His front hooves hit the stone at the edge of the hole and held. His hindquarters dropped back toward the opening.</w:t>
      </w:r>
    </w:p>
    <w:p>
      <w:r>
        <w:rPr>
          <w:rFonts w:ascii="Garamond" w:hAnsi="Garamond"/>
          <w:b w:val="0"/>
          <w:sz w:val="24"/>
        </w:rPr>
        <w:t>“Dragons in the air,” Valor said, scrabbling at the rock. “Use the star, Wing Rider. Use it before it is too late.”</w:t>
      </w:r>
    </w:p>
    <w:p>
      <w:r>
        <w:rPr>
          <w:rFonts w:ascii="Garamond" w:hAnsi="Garamond"/>
          <w:b w:val="0"/>
          <w:sz w:val="24"/>
        </w:rPr>
        <w:t>Petra grabbed the mane with his good arm and pulled. Valor’s wings spread and caught and he lurched forward, hindquarters clearing the hole, and stood trembling on the surface of the mountain.</w:t>
      </w:r>
    </w:p>
    <w:p>
      <w:r>
        <w:rPr>
          <w:rFonts w:ascii="Garamond" w:hAnsi="Garamond"/>
          <w:b w:val="0"/>
          <w:sz w:val="24"/>
        </w:rPr>
        <w:t>Petra looked at the dragons coming toward them across the sky and then looked at the stars in his pouch and then looked at Valor.</w:t>
      </w:r>
    </w:p>
    <w:p>
      <w:r>
        <w:rPr>
          <w:rFonts w:ascii="Garamond" w:hAnsi="Garamond"/>
          <w:b w:val="0"/>
          <w:sz w:val="24"/>
        </w:rPr>
        <w:t>“Get on,” Valor said.</w:t>
      </w:r>
    </w:p>
    <w:p>
      <w:r>
        <w:rPr>
          <w:rFonts w:ascii="Garamond" w:hAnsi="Garamond"/>
          <w:b w:val="0"/>
          <w:sz w:val="24"/>
        </w:rPr>
        <w:t>Petra was already moving.</w:t>
      </w:r>
    </w:p>
    <w:p>
      <w:r>
        <w:rPr>
          <w:rFonts w:ascii="Garamond" w:hAnsi="Garamond"/>
          <w:sz w:val="24"/>
        </w:rPr>
        <w:br w:type="page"/>
      </w:r>
    </w:p>
    <w:p>
      <w:pPr>
        <w:jc w:val="center"/>
      </w:pPr>
      <w:r>
        <w:rPr>
          <w:rFonts w:ascii="Garamond" w:hAnsi="Garamond"/>
          <w:b/>
          <w:sz w:val="28"/>
        </w:rPr>
        <w:t>Chapter Ninety-One</w:t>
      </w:r>
    </w:p>
    <w:p>
      <w:r>
        <w:rPr>
          <w:rFonts w:ascii="Garamond" w:hAnsi="Garamond"/>
          <w:b w:val="0"/>
          <w:sz w:val="24"/>
        </w:rPr>
        <w:t>The tide was turning.</w:t>
      </w:r>
    </w:p>
    <w:p>
      <w:r>
        <w:rPr>
          <w:rFonts w:ascii="Garamond" w:hAnsi="Garamond"/>
          <w:b w:val="0"/>
          <w:sz w:val="24"/>
        </w:rPr>
        <w:t>Taranto could feel it in the rhythm of the assault, the way the scavengers pressed harder each time his warriors pushed them back, the bodies mounting on both sides of the balcony edge. The old and the young were passing rocks forward now, anything that could be thrown down into the darkness climbing below. Twenty warriors were working at a large boulder near the edge, a remnant of the cavern roof that had come down at some point in the mountain's long history. It was the last substantial weapon they had. They could not move it.</w:t>
      </w:r>
    </w:p>
    <w:p>
      <w:r>
        <w:rPr>
          <w:rFonts w:ascii="Garamond" w:hAnsi="Garamond"/>
          <w:b w:val="0"/>
          <w:sz w:val="24"/>
        </w:rPr>
        <w:t>He was forming the order to attempt a breakout toward the surface when the scavengers pulled back.</w:t>
      </w:r>
    </w:p>
    <w:p>
      <w:r>
        <w:rPr>
          <w:rFonts w:ascii="Garamond" w:hAnsi="Garamond"/>
          <w:b w:val="0"/>
          <w:sz w:val="24"/>
        </w:rPr>
        <w:t>Not retreating. Making room.</w:t>
      </w:r>
    </w:p>
    <w:p>
      <w:r>
        <w:rPr>
          <w:rFonts w:ascii="Garamond" w:hAnsi="Garamond"/>
          <w:b w:val="0"/>
          <w:sz w:val="24"/>
        </w:rPr>
        <w:t>He had been watching the tunnel mouth and missed the moment it entered. He saw it now, crossing the cavern floor toward the balcony with the unhurried pace of something that had never needed to hurry. The Kayott. The scavengers that had not cleared its path in time were gone. The rest waited at the edges of the cave, content to let the fallen thing do the work and leave them whatever remained.</w:t>
      </w:r>
    </w:p>
    <w:p>
      <w:r>
        <w:rPr>
          <w:rFonts w:ascii="Garamond" w:hAnsi="Garamond"/>
          <w:b w:val="0"/>
          <w:sz w:val="24"/>
        </w:rPr>
        <w:t>The warriors saw it and the sound on the balcony changed. Weapons dropped. People pressed back into the shadows. The fear was immediate and total, the kind that bypassed thinking and went straight to the body, and Taranto felt it move through his people like a wave and leave him standing alone at the front of the gallery.</w:t>
      </w:r>
    </w:p>
    <w:p>
      <w:r>
        <w:rPr>
          <w:rFonts w:ascii="Garamond" w:hAnsi="Garamond"/>
          <w:b w:val="0"/>
          <w:sz w:val="24"/>
        </w:rPr>
        <w:t>His own fear was there. He was not going to pretend otherwise. It rose in his throat and sat there as he brought his sword up and looked at the thing crossing the floor toward him.</w:t>
      </w:r>
    </w:p>
    <w:p>
      <w:r>
        <w:rPr>
          <w:rFonts w:ascii="Garamond" w:hAnsi="Garamond"/>
          <w:b w:val="0"/>
          <w:sz w:val="24"/>
        </w:rPr>
        <w:t>Its face was wrong in ways that were hard to specify and impossible to stop seeing. The eyes above the scaled skull held the particular disdain of something that has never encountered adequate opposition and does not expect to start now. It held one of the larger scavenger bodies overhead in one clawed hand, carrying it the way a man might carry a bundle of kindling, and it did not slow as it reached the base of the balcony wall.</w:t>
      </w:r>
    </w:p>
    <w:p>
      <w:r>
        <w:rPr>
          <w:rFonts w:ascii="Garamond" w:hAnsi="Garamond"/>
          <w:b w:val="0"/>
          <w:sz w:val="24"/>
        </w:rPr>
        <w:t>When its eyes found Taranto its cry hit the balcony like a physical thing.</w:t>
      </w:r>
    </w:p>
    <w:p>
      <w:r>
        <w:rPr>
          <w:rFonts w:ascii="Garamond" w:hAnsi="Garamond"/>
          <w:b w:val="0"/>
          <w:sz w:val="24"/>
        </w:rPr>
        <w:t>The old warrior went to his knees. He stayed there for one breath, two, his sword still in his hand, and then he put one foot under him and pushed himself back up.</w:t>
      </w:r>
    </w:p>
    <w:p>
      <w:r>
        <w:rPr>
          <w:rFonts w:ascii="Garamond" w:hAnsi="Garamond"/>
          <w:sz w:val="24"/>
        </w:rPr>
        <w:br w:type="page"/>
      </w:r>
    </w:p>
    <w:p>
      <w:pPr>
        <w:jc w:val="center"/>
      </w:pPr>
      <w:r>
        <w:rPr>
          <w:rFonts w:ascii="Garamond" w:hAnsi="Garamond"/>
          <w:b/>
          <w:sz w:val="28"/>
        </w:rPr>
        <w:t>Chapter Ninety-Two</w:t>
      </w:r>
    </w:p>
    <w:p>
      <w:pPr>
        <w:jc w:val="center"/>
        <w:spacing w:before="120" w:after="120"/>
      </w:pPr>
      <w:r>
        <w:rPr>
          <w:rFonts w:ascii="Garamond" w:hAnsi="Garamond"/>
          <w:sz w:val="24"/>
        </w:rPr>
        <w:t>* * *</w:t>
      </w:r>
    </w:p>
    <w:p>
      <w:pPr>
        <w:jc w:val="center"/>
        <w:spacing w:before="120" w:after="120"/>
      </w:pPr>
      <w:r>
        <w:rPr>
          <w:rFonts w:ascii="Garamond" w:hAnsi="Garamond"/>
          <w:sz w:val="24"/>
        </w:rPr>
        <w:t>* * *</w:t>
      </w:r>
    </w:p>
    <w:p>
      <w:r>
        <w:rPr>
          <w:rFonts w:ascii="Garamond" w:hAnsi="Garamond"/>
          <w:b w:val="0"/>
          <w:sz w:val="24"/>
        </w:rPr>
        <w:t>The Queen could feel the prophecy moving without her and she was done waiting.</w:t>
      </w:r>
    </w:p>
    <w:p>
      <w:r>
        <w:rPr>
          <w:rFonts w:ascii="Garamond" w:hAnsi="Garamond"/>
          <w:b w:val="0"/>
          <w:sz w:val="24"/>
        </w:rPr>
        <w:t>The star poisoning had taken more than she wanted to admit. She was not recovered and would not be recovered by sitting on a ledge. Whatever strength she had would have to be enough. Far Wing launched without ceremony and the warriors fell in behind him, and she bent low against the wind and let the cold air wake her up. They would check the cavern for Petra and Valor. If they were gone she would proceed north and find her son.</w:t>
      </w:r>
    </w:p>
    <w:p>
      <w:r>
        <w:rPr>
          <w:rFonts w:ascii="Garamond" w:hAnsi="Garamond"/>
          <w:b w:val="0"/>
          <w:sz w:val="24"/>
        </w:rPr>
        <w:t>She was done being anywhere but where she was needed.</w:t>
      </w:r>
    </w:p>
    <w:p>
      <w:r>
        <w:rPr>
          <w:rFonts w:ascii="Garamond" w:hAnsi="Garamond"/>
          <w:b w:val="0"/>
          <w:sz w:val="24"/>
        </w:rPr>
        <w:t>Jolano followed the air.</w:t>
      </w:r>
    </w:p>
    <w:p>
      <w:r>
        <w:rPr>
          <w:rFonts w:ascii="Garamond" w:hAnsi="Garamond"/>
          <w:b w:val="0"/>
          <w:sz w:val="24"/>
        </w:rPr>
        <w:t>It moved around him like a current in a clear river, carrying nothing but the scent of his own warriors and, beneath that, the faint promise of the surface. He had stopped trying to find his people. He understood now that he had failed that mission and he had made what peace he could with it on his feet while he kept moving. What he could still do was find a way out, and Eros was calling him toward it in the only way available to her, through the direction the air moved.</w:t>
      </w:r>
    </w:p>
    <w:p>
      <w:r>
        <w:rPr>
          <w:rFonts w:ascii="Garamond" w:hAnsi="Garamond"/>
          <w:b w:val="0"/>
          <w:sz w:val="24"/>
        </w:rPr>
        <w:t>It was the fourth night since he had left his sister. He moved toward the surface and prayed she had done better than he had.</w:t>
      </w:r>
    </w:p>
    <w:p>
      <w:r>
        <w:rPr>
          <w:rFonts w:ascii="Garamond" w:hAnsi="Garamond"/>
          <w:b w:val="0"/>
          <w:sz w:val="24"/>
        </w:rPr>
        <w:t>Galathia recognized him first.</w:t>
      </w:r>
    </w:p>
    <w:p>
      <w:r>
        <w:rPr>
          <w:rFonts w:ascii="Garamond" w:hAnsi="Garamond"/>
          <w:b w:val="0"/>
          <w:sz w:val="24"/>
        </w:rPr>
        <w:t>A lone flier coming out of the western valley, moving low and fast. Sabel. Far Wing’s son, sent to warn Kato and Verad, returning without having reached them.</w:t>
      </w:r>
    </w:p>
    <w:p>
      <w:r>
        <w:rPr>
          <w:rFonts w:ascii="Garamond" w:hAnsi="Garamond"/>
          <w:b w:val="0"/>
          <w:sz w:val="24"/>
        </w:rPr>
        <w:t>Pico heard this and felt the fear move through her and did not try to stop it. She let it settle into something simpler: she was done waiting on this ridge while her brother and Verad were somewhere ahead of her in dragon country. Whatever the prophecy needed, it needed them alive to fulfill it.</w:t>
      </w:r>
    </w:p>
    <w:p>
      <w:r>
        <w:rPr>
          <w:rFonts w:ascii="Garamond" w:hAnsi="Garamond"/>
          <w:b w:val="0"/>
          <w:sz w:val="24"/>
        </w:rPr>
        <w:t>“It is time,” she told Galathia.</w:t>
      </w:r>
    </w:p>
    <w:p>
      <w:r>
        <w:rPr>
          <w:rFonts w:ascii="Garamond" w:hAnsi="Garamond"/>
          <w:b w:val="0"/>
          <w:sz w:val="24"/>
        </w:rPr>
        <w:t>The young flier did not argue. She spread her wings and they followed Sabel into the dark.</w:t>
      </w:r>
    </w:p>
    <w:p>
      <w:r>
        <w:rPr>
          <w:rFonts w:ascii="Garamond" w:hAnsi="Garamond"/>
          <w:sz w:val="24"/>
        </w:rPr>
        <w:br w:type="page"/>
      </w:r>
    </w:p>
    <w:p>
      <w:pPr>
        <w:jc w:val="center"/>
      </w:pPr>
      <w:r>
        <w:rPr>
          <w:rFonts w:ascii="Garamond" w:hAnsi="Garamond"/>
          <w:b/>
          <w:sz w:val="28"/>
        </w:rPr>
        <w:t>Chapter Ninety-Three</w:t>
      </w:r>
    </w:p>
    <w:p>
      <w:r>
        <w:rPr>
          <w:rFonts w:ascii="Garamond" w:hAnsi="Garamond"/>
          <w:b w:val="0"/>
          <w:sz w:val="24"/>
        </w:rPr>
        <w:t>Verad stumbled into the cavern and saw Kato on the floor and understood.</w:t>
      </w:r>
    </w:p>
    <w:p>
      <w:r>
        <w:rPr>
          <w:rFonts w:ascii="Garamond" w:hAnsi="Garamond"/>
          <w:b w:val="0"/>
          <w:sz w:val="24"/>
        </w:rPr>
        <w:t>Not slowly, not piece by piece. All at once, the way you understand something you have been shown a hundred times before and never seen. He knew why he could still see. He knew why his parents had died. He knew why he had been taken from his father’s camp and carried across the sea to an island he had never heard of, and he knew what that meant about the kind of universe he was living in, and the knowledge crashed through him and drove him to his knees on the cavern floor.</w:t>
      </w:r>
    </w:p>
    <w:p>
      <w:r>
        <w:rPr>
          <w:rFonts w:ascii="Garamond" w:hAnsi="Garamond"/>
          <w:b w:val="0"/>
          <w:sz w:val="24"/>
        </w:rPr>
        <w:t>“Kato.” He said it in his mind and in the room at the same time, loud enough that it didn’t matter if there were dragons. “No.”</w:t>
      </w:r>
    </w:p>
    <w:p>
      <w:r>
        <w:rPr>
          <w:rFonts w:ascii="Garamond" w:hAnsi="Garamond"/>
          <w:b w:val="0"/>
          <w:sz w:val="24"/>
        </w:rPr>
        <w:t>He raised his arms to the ceiling and the sky beyond it and asked the only question that mattered. Why him. Why any of them. Why a god who claimed to love his children used them the way a farmer used seed corn, grateful for every kernel and unable to save them all, the ones kept for next year and the ones ground into flour indistinguishable until the moment of the choosing.</w:t>
      </w:r>
    </w:p>
    <w:p>
      <w:r>
        <w:rPr>
          <w:rFonts w:ascii="Garamond" w:hAnsi="Garamond"/>
          <w:b w:val="0"/>
          <w:sz w:val="24"/>
        </w:rPr>
        <w:t>He knew Kato had felt this. He could see it now, looking back across everything the Prince had done and said, the particular loneliness of someone who knew the god was with him and received no acknowledgment of the fact, no explanation, no gratitude. Just the presence and the silence and the next thing that needed doing.</w:t>
      </w:r>
    </w:p>
    <w:p>
      <w:r>
        <w:rPr>
          <w:rFonts w:ascii="Garamond" w:hAnsi="Garamond"/>
          <w:b w:val="0"/>
          <w:sz w:val="24"/>
        </w:rPr>
        <w:t>Verad found it enraging. He let it be enraging. The tears were on his face and he did not wipe them away.</w:t>
      </w:r>
    </w:p>
    <w:p>
      <w:r>
        <w:rPr>
          <w:rFonts w:ascii="Garamond" w:hAnsi="Garamond"/>
          <w:b w:val="0"/>
          <w:sz w:val="24"/>
        </w:rPr>
        <w:t>He had been chosen long ago. He understood that now. His parents had not died because of bad luck or bad men. They had died because a god needed a boy on a particular island at a particular moment and this was the path that got him there. He sat in the dragon graveyard and stared at a ceiling he should not have been able to see and thought about what it meant to be loved by something that operated on that scale.</w:t>
      </w:r>
    </w:p>
    <w:p>
      <w:r>
        <w:rPr>
          <w:rFonts w:ascii="Garamond" w:hAnsi="Garamond"/>
          <w:b w:val="0"/>
          <w:sz w:val="24"/>
        </w:rPr>
        <w:t>Then Telecio’s presence filled the cavern and the anger shifted into something else.</w:t>
      </w:r>
    </w:p>
    <w:p>
      <w:r>
        <w:rPr>
          <w:rFonts w:ascii="Garamond" w:hAnsi="Garamond"/>
          <w:b w:val="0"/>
          <w:sz w:val="24"/>
        </w:rPr>
        <w:t>It was not comfort. It was knowledge, direct and complete, the way Telecio communicated when there was no time for anything gradual. Verad saw Hessa’s plan, saw the Balance and what would happen to it, saw everything he was standing inside and understood his role in it clearly for the first time. Not a piece moved by a player. A person chosen because of what he already was.</w:t>
      </w:r>
    </w:p>
    <w:p>
      <w:r>
        <w:rPr>
          <w:rFonts w:ascii="Garamond" w:hAnsi="Garamond"/>
          <w:b w:val="0"/>
          <w:sz w:val="24"/>
        </w:rPr>
        <w:t>He sat with it. And then from somewhere behind him, barely there, Kato’s voice through a connection that was almost gone.</w:t>
      </w:r>
    </w:p>
    <w:p>
      <w:r>
        <w:rPr>
          <w:rFonts w:ascii="Garamond" w:hAnsi="Garamond"/>
          <w:b w:val="0"/>
          <w:sz w:val="24"/>
        </w:rPr>
        <w:t>“Father. Help me.”</w:t>
      </w:r>
    </w:p>
    <w:p>
      <w:r>
        <w:rPr>
          <w:rFonts w:ascii="Garamond" w:hAnsi="Garamond"/>
          <w:b w:val="0"/>
          <w:sz w:val="24"/>
        </w:rPr>
        <w:t>Verad was on his feet before he finished hearing it.</w:t>
      </w:r>
    </w:p>
    <w:p>
      <w:r>
        <w:rPr>
          <w:rFonts w:ascii="Garamond" w:hAnsi="Garamond"/>
          <w:b w:val="0"/>
          <w:sz w:val="24"/>
        </w:rPr>
        <w:t>“You have to help him,” he said to the presence in the room. “You must.”</w:t>
      </w:r>
    </w:p>
    <w:p>
      <w:r>
        <w:rPr>
          <w:rFonts w:ascii="Garamond" w:hAnsi="Garamond"/>
          <w:b w:val="0"/>
          <w:sz w:val="24"/>
        </w:rPr>
        <w:t>“His time is past.” The voice was the most beautiful thing he had ever heard, which made it harder to argue with, not easier. “He has played his part in the Balance.”</w:t>
      </w:r>
    </w:p>
    <w:p>
      <w:r>
        <w:rPr>
          <w:rFonts w:ascii="Garamond" w:hAnsi="Garamond"/>
          <w:b w:val="0"/>
          <w:sz w:val="24"/>
        </w:rPr>
        <w:t>“He is your son.”</w:t>
      </w:r>
    </w:p>
    <w:p>
      <w:r>
        <w:rPr>
          <w:rFonts w:ascii="Garamond" w:hAnsi="Garamond"/>
          <w:b w:val="0"/>
          <w:sz w:val="24"/>
        </w:rPr>
        <w:t>“And you are my brother. My father’s child.” A pause that was not empty. “Would you have me sacrifice so many for the life of one?”</w:t>
      </w:r>
    </w:p>
    <w:p>
      <w:r>
        <w:rPr>
          <w:rFonts w:ascii="Garamond" w:hAnsi="Garamond"/>
          <w:b w:val="0"/>
          <w:sz w:val="24"/>
        </w:rPr>
        <w:t>“Yes,” Verad said without hesitation. “I would give my life for his.”</w:t>
      </w:r>
    </w:p>
    <w:p>
      <w:r>
        <w:rPr>
          <w:rFonts w:ascii="Garamond" w:hAnsi="Garamond"/>
          <w:b w:val="0"/>
          <w:sz w:val="24"/>
        </w:rPr>
        <w:t>“But it is you who must finish this. He has done what he came to do.”</w:t>
      </w:r>
    </w:p>
    <w:p>
      <w:r>
        <w:rPr>
          <w:rFonts w:ascii="Garamond" w:hAnsi="Garamond"/>
          <w:b w:val="0"/>
          <w:sz w:val="24"/>
        </w:rPr>
        <w:t>“We are not pieces on a board.” He felt Telecio’s own power moving through him as he said it, the gift turned back on the giver. “If this role is truly mine, let me play it my way. I am not asking you to rewrite anything. I am asking you to move him out of the stars and leave the rest to me. That is all.”</w:t>
      </w:r>
    </w:p>
    <w:p>
      <w:r>
        <w:rPr>
          <w:rFonts w:ascii="Garamond" w:hAnsi="Garamond"/>
          <w:b w:val="0"/>
          <w:sz w:val="24"/>
        </w:rPr>
        <w:t>The presence held him in silence.</w:t>
      </w:r>
    </w:p>
    <w:p>
      <w:r>
        <w:rPr>
          <w:rFonts w:ascii="Garamond" w:hAnsi="Garamond"/>
          <w:b w:val="0"/>
          <w:sz w:val="24"/>
        </w:rPr>
        <w:t>“You would have me leave when the moment draws so close?”</w:t>
      </w:r>
    </w:p>
    <w:p>
      <w:r>
        <w:rPr>
          <w:rFonts w:ascii="Garamond" w:hAnsi="Garamond"/>
          <w:b w:val="0"/>
          <w:sz w:val="24"/>
        </w:rPr>
        <w:t>“You brought me here,” Verad said. “You took my parents. You took my brother into the woods. If you take my friend as well and expect me to stand here and finish your work, then you have badly misjudged what I am.”</w:t>
      </w:r>
    </w:p>
    <w:p>
      <w:r>
        <w:rPr>
          <w:rFonts w:ascii="Garamond" w:hAnsi="Garamond"/>
          <w:b w:val="0"/>
          <w:sz w:val="24"/>
        </w:rPr>
        <w:t>He meant it. He felt the truth of it in his chest, solid and immovable. Whatever Telecio decided next, Verad had said the true thing.</w:t>
      </w:r>
    </w:p>
    <w:p>
      <w:r>
        <w:rPr>
          <w:rFonts w:ascii="Garamond" w:hAnsi="Garamond"/>
          <w:b w:val="0"/>
          <w:sz w:val="24"/>
        </w:rPr>
        <w:t>The silence stretched. Then: “I cannot.”</w:t>
      </w:r>
    </w:p>
    <w:p>
      <w:r>
        <w:rPr>
          <w:rFonts w:ascii="Garamond" w:hAnsi="Garamond"/>
          <w:b w:val="0"/>
          <w:sz w:val="24"/>
        </w:rPr>
        <w:t>“Then I cannot help you,” Verad said quietly. “Not knowing he is lying here dying. I will not be able to do what you need me to do.”</w:t>
      </w:r>
    </w:p>
    <w:p>
      <w:r>
        <w:rPr>
          <w:rFonts w:ascii="Garamond" w:hAnsi="Garamond"/>
          <w:b w:val="0"/>
          <w:sz w:val="24"/>
        </w:rPr>
        <w:t>He waited. The cavern was very still.</w:t>
      </w:r>
    </w:p>
    <w:p>
      <w:r>
        <w:rPr>
          <w:rFonts w:ascii="Garamond" w:hAnsi="Garamond"/>
          <w:sz w:val="24"/>
        </w:rPr>
        <w:br w:type="page"/>
      </w:r>
    </w:p>
    <w:p>
      <w:pPr>
        <w:jc w:val="center"/>
      </w:pPr>
      <w:r>
        <w:rPr>
          <w:rFonts w:ascii="Garamond" w:hAnsi="Garamond"/>
          <w:b/>
          <w:sz w:val="28"/>
        </w:rPr>
        <w:t>Chapter Ninety-Four</w:t>
      </w:r>
    </w:p>
    <w:p>
      <w:r>
        <w:rPr>
          <w:rFonts w:ascii="Garamond" w:hAnsi="Garamond"/>
          <w:b w:val="0"/>
          <w:sz w:val="24"/>
        </w:rPr>
        <w:t>The roan flier’s name was Ambar, and he flew like he had something to prove.</w:t>
      </w:r>
    </w:p>
    <w:p>
      <w:r>
        <w:rPr>
          <w:rFonts w:ascii="Garamond" w:hAnsi="Garamond"/>
          <w:b w:val="0"/>
          <w:sz w:val="24"/>
        </w:rPr>
        <w:t>They were across the central range already, the spine of the island falling away below them, the glaciers catching Eros’s light on the northern faces of the peaks. Brunow had not expected to be here. He had expected to be in a valley with the herd, following Petra’s orders, waiting for news that never came. Instead he was above the mountains with two Valorian warriors on either side and the northern coast somewhere ahead in the dark, and he found, to his mild surprise, that the fear he had been carrying since the dung pit had gone quiet.</w:t>
      </w:r>
    </w:p>
    <w:p>
      <w:r>
        <w:rPr>
          <w:rFonts w:ascii="Garamond" w:hAnsi="Garamond"/>
          <w:b w:val="0"/>
          <w:sz w:val="24"/>
        </w:rPr>
        <w:t>Not gone. Quiet. There was a difference.</w:t>
      </w:r>
    </w:p>
    <w:p>
      <w:r>
        <w:rPr>
          <w:rFonts w:ascii="Garamond" w:hAnsi="Garamond"/>
          <w:b w:val="0"/>
          <w:sz w:val="24"/>
        </w:rPr>
        <w:t>The warriors had talked for a while when they first took to the air, telling him about Valoria, the gray marble, the way the city sat against the mountain. They told him it was older than the Alterian city, smaller but no less skilled in the building of it. They said this with the particular pride of people describing something they love, and then they looked north and the pride drained out of them and they went quiet and did not speak again.</w:t>
      </w:r>
    </w:p>
    <w:p>
      <w:r>
        <w:rPr>
          <w:rFonts w:ascii="Garamond" w:hAnsi="Garamond"/>
          <w:b w:val="0"/>
          <w:sz w:val="24"/>
        </w:rPr>
        <w:t>Brunow understood. He did not press.</w:t>
      </w:r>
    </w:p>
    <w:p>
      <w:r>
        <w:rPr>
          <w:rFonts w:ascii="Garamond" w:hAnsi="Garamond"/>
          <w:b w:val="0"/>
          <w:sz w:val="24"/>
        </w:rPr>
        <w:t>He could see the Alterian city to the southeast when he squinted against the wind, a faint shimmer of white that might have been light on stone or might have been hope. He was glad it was still there. He looked north and saw nothing where Valoria should have been.</w:t>
      </w:r>
    </w:p>
    <w:p>
      <w:r>
        <w:rPr>
          <w:rFonts w:ascii="Garamond" w:hAnsi="Garamond"/>
          <w:b w:val="0"/>
          <w:sz w:val="24"/>
        </w:rPr>
        <w:t>“Dragons in the sky,” Ambar said beneath him.</w:t>
      </w:r>
    </w:p>
    <w:p>
      <w:r>
        <w:rPr>
          <w:rFonts w:ascii="Garamond" w:hAnsi="Garamond"/>
          <w:b w:val="0"/>
          <w:sz w:val="24"/>
        </w:rPr>
        <w:t>It was a warning, not an alarm. The horses did not slow. Brunow looked north and found the dark shapes stacked above the ridge, more than he had seen together since the night everything started. They were not moving randomly. They were circling, patient, waiting for something.</w:t>
      </w:r>
    </w:p>
    <w:p>
      <w:r>
        <w:rPr>
          <w:rFonts w:ascii="Garamond" w:hAnsi="Garamond"/>
          <w:b w:val="0"/>
          <w:sz w:val="24"/>
        </w:rPr>
        <w:t>“There are many of them,” Ambar said. “And we have to get past them.”</w:t>
      </w:r>
    </w:p>
    <w:p>
      <w:r>
        <w:rPr>
          <w:rFonts w:ascii="Garamond" w:hAnsi="Garamond"/>
          <w:b w:val="0"/>
          <w:sz w:val="24"/>
        </w:rPr>
        <w:t>Brunow looked at the dragons and then at the stars in the sky above them and decided that he had come too far to stop now.</w:t>
      </w:r>
    </w:p>
    <w:p>
      <w:r>
        <w:rPr>
          <w:rFonts w:ascii="Garamond" w:hAnsi="Garamond"/>
          <w:b w:val="0"/>
          <w:sz w:val="24"/>
        </w:rPr>
        <w:t>“Then let’s not slow down,” he said.</w:t>
      </w:r>
    </w:p>
    <w:p>
      <w:r>
        <w:rPr>
          <w:rFonts w:ascii="Garamond" w:hAnsi="Garamond"/>
          <w:sz w:val="24"/>
        </w:rPr>
        <w:br w:type="page"/>
      </w:r>
    </w:p>
    <w:p>
      <w:pPr>
        <w:jc w:val="center"/>
      </w:pPr>
      <w:r>
        <w:rPr>
          <w:rFonts w:ascii="Garamond" w:hAnsi="Garamond"/>
          <w:b/>
          <w:sz w:val="28"/>
        </w:rPr>
        <w:t>Chapter Ninety-Five</w:t>
      </w:r>
    </w:p>
    <w:p>
      <w:r>
        <w:rPr>
          <w:rFonts w:ascii="Garamond" w:hAnsi="Garamond"/>
          <w:b w:val="0"/>
          <w:sz w:val="24"/>
        </w:rPr>
        <w:t>Terra Sario heard the cry before he reached the entrance and felt every warrior behind him go still for a single beat.</w:t>
      </w:r>
    </w:p>
    <w:p>
      <w:r>
        <w:rPr>
          <w:rFonts w:ascii="Garamond" w:hAnsi="Garamond"/>
          <w:b w:val="0"/>
          <w:sz w:val="24"/>
        </w:rPr>
        <w:t>A Kayott. Inside the cave. He had never heard one and had no doubt what it was.</w:t>
      </w:r>
    </w:p>
    <w:p>
      <w:r>
        <w:rPr>
          <w:rFonts w:ascii="Garamond" w:hAnsi="Garamond"/>
          <w:b w:val="0"/>
          <w:sz w:val="24"/>
        </w:rPr>
        <w:t>He went in anyway, and his warriors came with him.</w:t>
      </w:r>
    </w:p>
    <w:p>
      <w:r>
        <w:rPr>
          <w:rFonts w:ascii="Garamond" w:hAnsi="Garamond"/>
          <w:b w:val="0"/>
          <w:sz w:val="24"/>
        </w:rPr>
        <w:t>They came over the lip of the entrance into the back of the scavenger horde, which was standing transfixed on whatever was happening at the far end of the cavern. The Alterians hit them before most had turned around. Terra drove his column straight through the middle of the horde, splitting it, opening the floor between the entrance and the balcony. The scavengers at the edges had nowhere useful to go and no interest in fighting three hundred elves when the night outside was available. They went for the night.</w:t>
      </w:r>
    </w:p>
    <w:p>
      <w:r>
        <w:rPr>
          <w:rFonts w:ascii="Garamond" w:hAnsi="Garamond"/>
          <w:b w:val="0"/>
          <w:sz w:val="24"/>
        </w:rPr>
        <w:t>The Kayott had hesitated at the sound of the battle cries. That single hesitation was enough for the old warrior on the balcony. Terra saw him find something left in himself and bring his sword around, the tip biting into the Kayott’s shoulder hard enough to break its grip on the wall. It slid. It was angry when it stopped sliding, and it began to climb again faster than before.</w:t>
      </w:r>
    </w:p>
    <w:p>
      <w:r>
        <w:rPr>
          <w:rFonts w:ascii="Garamond" w:hAnsi="Garamond"/>
          <w:b w:val="0"/>
          <w:sz w:val="24"/>
        </w:rPr>
        <w:t>Terra put three flaming arrows into its back as it crested the balcony edge.</w:t>
      </w:r>
    </w:p>
    <w:p>
      <w:r>
        <w:rPr>
          <w:rFonts w:ascii="Garamond" w:hAnsi="Garamond"/>
          <w:b w:val="0"/>
          <w:sz w:val="24"/>
        </w:rPr>
        <w:t>The Kayott turned from the old warrior and looked at him instead. The flesh around the arrows smoldered and it rose to its full height and the cave went quiet, every living thing holding still to see what it would do next. Then it was moving, directly at him, and Terra raised his sword for the one shot he was going to get.</w:t>
      </w:r>
    </w:p>
    <w:p>
      <w:r>
        <w:rPr>
          <w:rFonts w:ascii="Garamond" w:hAnsi="Garamond"/>
          <w:b w:val="0"/>
          <w:sz w:val="24"/>
        </w:rPr>
        <w:t>The dragon came through the entrance.</w:t>
      </w:r>
    </w:p>
    <w:p>
      <w:r>
        <w:rPr>
          <w:rFonts w:ascii="Garamond" w:hAnsi="Garamond"/>
          <w:b w:val="0"/>
          <w:sz w:val="24"/>
        </w:rPr>
        <w:t>It moved past the scattering warriors with the patient efficiency of something following a scent, its neck swinging toward the brightest thing in the cave. It took the Kayott in its mouth without slowing. The sound was brief and final. The dragon swallowed and looked at the balcony.</w:t>
      </w:r>
    </w:p>
    <w:p>
      <w:r>
        <w:rPr>
          <w:rFonts w:ascii="Garamond" w:hAnsi="Garamond"/>
          <w:b w:val="0"/>
          <w:sz w:val="24"/>
        </w:rPr>
        <w:t>Terra was already moving, pulling arrows from a quiver as he ran the length of the cave alongside the dragon’s flank. The first shot bounced off the hide around the eye socket. The angle on the second was wrong and he missed. He kept running, pushing through his own warriors to find the line he needed, and the dragon reached the balcony edge and stopped and turned its head slightly to look at the single elf running beside it.</w:t>
      </w:r>
    </w:p>
    <w:p>
      <w:r>
        <w:rPr>
          <w:rFonts w:ascii="Garamond" w:hAnsi="Garamond"/>
          <w:b w:val="0"/>
          <w:sz w:val="24"/>
        </w:rPr>
        <w:t>Terra loosed the third arrow.</w:t>
      </w:r>
    </w:p>
    <w:p>
      <w:r>
        <w:rPr>
          <w:rFonts w:ascii="Garamond" w:hAnsi="Garamond"/>
          <w:b w:val="0"/>
          <w:sz w:val="24"/>
        </w:rPr>
        <w:t>It went into the eye. The dragon threw its head up and screamed and swung back to find the creature that had stung it, neck arcing over the balcony edge, the good eye searching.</w:t>
      </w:r>
    </w:p>
    <w:p>
      <w:r>
        <w:rPr>
          <w:rFonts w:ascii="Garamond" w:hAnsi="Garamond"/>
          <w:b w:val="0"/>
          <w:sz w:val="24"/>
        </w:rPr>
        <w:t>It did not see Taranto.</w:t>
      </w:r>
    </w:p>
    <w:p>
      <w:r>
        <w:rPr>
          <w:rFonts w:ascii="Garamond" w:hAnsi="Garamond"/>
          <w:b w:val="0"/>
          <w:sz w:val="24"/>
        </w:rPr>
        <w:t>The old warrior stepped out from behind the boulder and put his sword into the dragon’s neck in one clean motion. The dragon’s swing caught him full in the chest before he could release the hilt and threw him into the people at the back wall. The neck continued its arc into the boulder, scattering rock across the balcony and down onto the cave floor. A second dragon entered and took three elves from the floor in a single bite before the rest could reach the walls.</w:t>
      </w:r>
    </w:p>
    <w:p>
      <w:r>
        <w:rPr>
          <w:rFonts w:ascii="Garamond" w:hAnsi="Garamond"/>
          <w:b w:val="0"/>
          <w:sz w:val="24"/>
        </w:rPr>
        <w:t>Among the debris knocked loose by the first dragon’s thrash, a small blue stone skipped across the balcony floor and came to rest in the open. Just a faint glow to it, barely visible.</w:t>
      </w:r>
    </w:p>
    <w:p>
      <w:r>
        <w:rPr>
          <w:rFonts w:ascii="Garamond" w:hAnsi="Garamond"/>
          <w:b w:val="0"/>
          <w:sz w:val="24"/>
        </w:rPr>
        <w:t>Both dragons cried out at the same moment.</w:t>
      </w:r>
    </w:p>
    <w:p>
      <w:r>
        <w:rPr>
          <w:rFonts w:ascii="Garamond" w:hAnsi="Garamond"/>
          <w:b w:val="0"/>
          <w:sz w:val="24"/>
        </w:rPr>
        <w:t>Then the blue flash, sharp as lightning, and a sound like a door closing, and they were gone. The cave was dark and quiet. When eyes adjusted there were only elves, and the last few scavengers pushing past each other to get out of the entrance, and the small blue stone still glowing on the balcony floor.</w:t>
      </w:r>
    </w:p>
    <w:p>
      <w:r>
        <w:rPr>
          <w:rFonts w:ascii="Garamond" w:hAnsi="Garamond"/>
          <w:b w:val="0"/>
          <w:sz w:val="24"/>
        </w:rPr>
        <w:t>Terra knelt on the stone and said the words his mother had taught him. There had been a dragon star buried in the rubble all along. He did not know how long he knelt there. Long enough.</w:t>
      </w:r>
    </w:p>
    <w:p>
      <w:r>
        <w:rPr>
          <w:rFonts w:ascii="Garamond" w:hAnsi="Garamond"/>
          <w:sz w:val="24"/>
        </w:rPr>
        <w:br w:type="page"/>
      </w:r>
    </w:p>
    <w:p>
      <w:pPr>
        <w:jc w:val="center"/>
      </w:pPr>
      <w:r>
        <w:rPr>
          <w:rFonts w:ascii="Garamond" w:hAnsi="Garamond"/>
          <w:b/>
          <w:sz w:val="28"/>
        </w:rPr>
        <w:t>Chapter Ninety-Six</w:t>
      </w:r>
    </w:p>
    <w:p>
      <w:r>
        <w:rPr>
          <w:rFonts w:ascii="Garamond" w:hAnsi="Garamond"/>
          <w:b w:val="0"/>
          <w:sz w:val="24"/>
        </w:rPr>
        <w:t>Petra did not use the star. He grabbed the mane instead.</w:t>
      </w:r>
    </w:p>
    <w:p>
      <w:r>
        <w:rPr>
          <w:rFonts w:ascii="Garamond" w:hAnsi="Garamond"/>
          <w:b w:val="0"/>
          <w:sz w:val="24"/>
        </w:rPr>
        <w:t>Valor was holding himself up on his wings alone, hindquarters still over the hole, front hooves on the stone but not yet solid. The dragons were close enough now that Petra could hear them without trying. He heard them and kept his hands on Valor and pulled, and Valor’s wings drove down and found purchase in the air and he lurched forward, hooves catching the rock, and they were both on the surface.</w:t>
      </w:r>
    </w:p>
    <w:p>
      <w:r>
        <w:rPr>
          <w:rFonts w:ascii="Garamond" w:hAnsi="Garamond"/>
          <w:b w:val="0"/>
          <w:sz w:val="24"/>
        </w:rPr>
        <w:t>“Get on,” Valor said, already moving.</w:t>
      </w:r>
    </w:p>
    <w:p>
      <w:r>
        <w:rPr>
          <w:rFonts w:ascii="Garamond" w:hAnsi="Garamond"/>
          <w:b w:val="0"/>
          <w:sz w:val="24"/>
        </w:rPr>
        <w:t>Petra swung up as Valor went over the far edge of the peak and dropped, tucking his wings and letting the cliff fall away beneath them. The dragon came over the ridge behind them with its neck already bent in pursuit. It was not far back. Petra told Valor and Valor said nothing and kept diving.</w:t>
      </w:r>
    </w:p>
    <w:p>
      <w:r>
        <w:rPr>
          <w:rFonts w:ascii="Garamond" w:hAnsi="Garamond"/>
          <w:b w:val="0"/>
          <w:sz w:val="24"/>
        </w:rPr>
        <w:t>He pulled out low over the beach, skimming the black sand, Eros lighting the surf white to their left. The injured wing was burning again, the cold and the speed undoing what the Queen had mended, and Petra could feel the change in Valor’s rhythm, the slight compensation on the damaged side. The dragon read it. It came down the cliff face in a controlled drop instead of following their line, cutting the angle, and when Valor spread his wings to run the beach the dragon was already correcting its course to cut him off.</w:t>
      </w:r>
    </w:p>
    <w:p>
      <w:r>
        <w:rPr>
          <w:rFonts w:ascii="Garamond" w:hAnsi="Garamond"/>
          <w:b w:val="0"/>
          <w:sz w:val="24"/>
        </w:rPr>
        <w:t>“He’s gaining,” Petra said. “Valor. Do something.”</w:t>
      </w:r>
    </w:p>
    <w:p>
      <w:r>
        <w:rPr>
          <w:rFonts w:ascii="Garamond" w:hAnsi="Garamond"/>
          <w:b w:val="0"/>
          <w:sz w:val="24"/>
        </w:rPr>
        <w:t>Valor turned out to sea.</w:t>
      </w:r>
    </w:p>
    <w:p>
      <w:r>
        <w:rPr>
          <w:rFonts w:ascii="Garamond" w:hAnsi="Garamond"/>
          <w:b w:val="0"/>
          <w:sz w:val="24"/>
        </w:rPr>
        <w:t>It was the last option. The cliffs on their left were too high to climb on a damaged wing and the dragon behind them was faster on a straight line. The open water was the only direction left, and Valor took it, flying straight out past the reef with the dragon paralleling him to the south, not following, not needing to. It was pinning them against the barrier. The magic of the island on one side, the dragon on the other, and Valor’s wing burning with every stroke.</w:t>
      </w:r>
    </w:p>
    <w:p>
      <w:r>
        <w:rPr>
          <w:rFonts w:ascii="Garamond" w:hAnsi="Garamond"/>
          <w:b w:val="0"/>
          <w:sz w:val="24"/>
        </w:rPr>
        <w:t>Petra had the stars in his pouch. He knew he had them. He kept his hands on the mane and watched the dragon and did not reach for them, because the stars would take the dragon and the stars might take Valor also, and he was not ready to find out which.</w:t>
      </w:r>
    </w:p>
    <w:p>
      <w:r>
        <w:rPr>
          <w:rFonts w:ascii="Garamond" w:hAnsi="Garamond"/>
          <w:b w:val="0"/>
          <w:sz w:val="24"/>
        </w:rPr>
        <w:t>The water below them was black and very far down.</w:t>
      </w:r>
    </w:p>
    <w:p>
      <w:r>
        <w:rPr>
          <w:rFonts w:ascii="Garamond" w:hAnsi="Garamond"/>
          <w:sz w:val="24"/>
        </w:rPr>
        <w:br w:type="page"/>
      </w:r>
    </w:p>
    <w:p>
      <w:pPr>
        <w:jc w:val="center"/>
      </w:pPr>
      <w:r>
        <w:rPr>
          <w:rFonts w:ascii="Garamond" w:hAnsi="Garamond"/>
          <w:b/>
          <w:sz w:val="28"/>
        </w:rPr>
        <w:t>Chapter Ninety-Seven</w:t>
      </w:r>
    </w:p>
    <w:p>
      <w:r>
        <w:rPr>
          <w:rFonts w:ascii="Garamond" w:hAnsi="Garamond"/>
          <w:b w:val="0"/>
          <w:sz w:val="24"/>
        </w:rPr>
        <w:t>Telecio made his decision and left.</w:t>
      </w:r>
    </w:p>
    <w:p>
      <w:r>
        <w:rPr>
          <w:rFonts w:ascii="Garamond" w:hAnsi="Garamond"/>
          <w:b w:val="0"/>
          <w:sz w:val="24"/>
        </w:rPr>
        <w:t>Verad felt the god’s presence withdraw from him and cross the cavern floor toward Kato, and in the same moment the sight went with it. The green glow of Kato’s changed form began to move, slow and uncertain, dragging itself toward the dragon entrance. Verad watched it go and felt both things at once: grateful, and completely alone in the dark.</w:t>
      </w:r>
    </w:p>
    <w:p>
      <w:r>
        <w:rPr>
          <w:rFonts w:ascii="Garamond" w:hAnsi="Garamond"/>
          <w:b w:val="0"/>
          <w:sz w:val="24"/>
        </w:rPr>
        <w:t>He turned toward the pile and moved by memory.</w:t>
      </w:r>
    </w:p>
    <w:p>
      <w:r>
        <w:rPr>
          <w:rFonts w:ascii="Garamond" w:hAnsi="Garamond"/>
          <w:b w:val="0"/>
          <w:sz w:val="24"/>
        </w:rPr>
        <w:t>He remembered the distance as roughly twenty feet. With Kato’s light gone it felt longer. He stumbled twice and put his hands out and lost skin from both palms on the cave floor, and his knees found every raised edge the stone had to offer. The green glow disappeared into the entrance tunnel. The last of Telecio’s presence went with it, and the last of whatever had been steadying Verad from the inside.</w:t>
      </w:r>
    </w:p>
    <w:p>
      <w:r>
        <w:rPr>
          <w:rFonts w:ascii="Garamond" w:hAnsi="Garamond"/>
          <w:b w:val="0"/>
          <w:sz w:val="24"/>
        </w:rPr>
        <w:t>His hands found the pile.</w:t>
      </w:r>
    </w:p>
    <w:p>
      <w:r>
        <w:rPr>
          <w:rFonts w:ascii="Garamond" w:hAnsi="Garamond"/>
          <w:b w:val="0"/>
          <w:sz w:val="24"/>
        </w:rPr>
        <w:t>The stones were warm. Not the cool of old rock in a dark place, but warm, and each one differently, the temperature shifting as he moved his fingers across them. The pile rose far above his reach, as wide around as his father’s spring camp. He worked his fingers through the outer layer until he found the warmest one and closed his hand around it. Fist-sized, rough, heavier than it looked.</w:t>
      </w:r>
    </w:p>
    <w:p>
      <w:r>
        <w:rPr>
          <w:rFonts w:ascii="Garamond" w:hAnsi="Garamond"/>
          <w:b w:val="0"/>
          <w:sz w:val="24"/>
        </w:rPr>
        <w:t>Then the presence arrived.</w:t>
      </w:r>
    </w:p>
    <w:p>
      <w:r>
        <w:rPr>
          <w:rFonts w:ascii="Garamond" w:hAnsi="Garamond"/>
          <w:b w:val="0"/>
          <w:sz w:val="24"/>
        </w:rPr>
        <w:t>The one he and Kato had felt in the tunnel. Not Telecio. Not the Watcher. Something as old as either of them but with a different quality, a weight that pressed at the edges of awareness rather than moving through the center. Dark and deliberate, and growing stronger.</w:t>
      </w:r>
    </w:p>
    <w:p>
      <w:r>
        <w:rPr>
          <w:rFonts w:ascii="Garamond" w:hAnsi="Garamond"/>
          <w:b w:val="0"/>
          <w:sz w:val="24"/>
        </w:rPr>
        <w:t>The stone in his hand responded to it. The warmth became heat, spreading from his palm up his arm and through his chest, not burning, consuming, and then he was not alone in his own mind. The dragon in the stone found him at the same moment he found the dragon, and the link was total and immediate, everything the creature had ever known pouring into the boy and everything he knew pouring back. A thousand years of sky and fire and memory, and at the far end of it a sleeping thing beginning to wake, curious about the strange new creature calling to it from across the boundary between worlds.</w:t>
      </w:r>
    </w:p>
    <w:p>
      <w:r>
        <w:rPr>
          <w:rFonts w:ascii="Garamond" w:hAnsi="Garamond"/>
          <w:b w:val="0"/>
          <w:sz w:val="24"/>
        </w:rPr>
        <w:t>Then a blast of golden light hit the dragon star and broke the connection.</w:t>
      </w:r>
    </w:p>
    <w:p>
      <w:r>
        <w:rPr>
          <w:rFonts w:ascii="Garamond" w:hAnsi="Garamond"/>
          <w:b w:val="0"/>
          <w:sz w:val="24"/>
        </w:rPr>
        <w:t>Verad’s hand dropped. He stood in the dark with a scar running the length of his palm that had not been there a moment ago, and the stone already in his pouch before he had decided to put it there.</w:t>
      </w:r>
    </w:p>
    <w:p>
      <w:r>
        <w:rPr>
          <w:rFonts w:ascii="Garamond" w:hAnsi="Garamond"/>
          <w:b w:val="0"/>
          <w:sz w:val="24"/>
        </w:rPr>
        <w:t>The cave was lit gold.</w:t>
      </w:r>
    </w:p>
    <w:p>
      <w:r>
        <w:rPr>
          <w:rFonts w:ascii="Garamond" w:hAnsi="Garamond"/>
          <w:b w:val="0"/>
          <w:sz w:val="24"/>
        </w:rPr>
        <w:t>Not the pile. The pile was dark, the dragon stars cold and quiet. The light was coming from the wall to his left, a small nook at chest height where a stone sat on a natural ledge, glowing with a steady warmth that had nothing of the dragon stars’ cold red about it. Different in kind, not just color. He stood in its light and let the images from the dragon’s memories settle through him, older worlds and ancient battles and the name Hessa moving through all of it like a bruise, a name that was a curse among the dragons as much as among the elves.</w:t>
      </w:r>
    </w:p>
    <w:p>
      <w:r>
        <w:rPr>
          <w:rFonts w:ascii="Garamond" w:hAnsi="Garamond"/>
          <w:b w:val="0"/>
          <w:sz w:val="24"/>
        </w:rPr>
        <w:t>The golden stone waited on its ledge.</w:t>
      </w:r>
    </w:p>
    <w:p>
      <w:r>
        <w:rPr>
          <w:rFonts w:ascii="Garamond" w:hAnsi="Garamond"/>
          <w:b w:val="0"/>
          <w:sz w:val="24"/>
        </w:rPr>
        <w:t>The dark presence was gone. Whatever had triggered both stones had withdrawn before the golden light could find it. Verad looked at the stone and understood, without yet knowing why he understood, that this was what he had actually come for.</w:t>
      </w:r>
    </w:p>
    <w:p>
      <w:pPr>
        <w:jc w:val="center"/>
        <w:spacing w:before="120" w:after="120"/>
      </w:pPr>
      <w:r>
        <w:rPr>
          <w:rFonts w:ascii="Garamond" w:hAnsi="Garamond"/>
          <w:sz w:val="24"/>
        </w:rPr>
        <w:t>* * *</w:t>
      </w:r>
    </w:p>
    <w:p>
      <w:r>
        <w:rPr>
          <w:rFonts w:ascii="Garamond" w:hAnsi="Garamond"/>
          <w:b w:val="0"/>
          <w:sz w:val="24"/>
        </w:rPr>
        <w:t>Hessa had not planned for Telecio to take a personal interest.</w:t>
      </w:r>
    </w:p>
    <w:p>
      <w:r>
        <w:rPr>
          <w:rFonts w:ascii="Garamond" w:hAnsi="Garamond"/>
          <w:b w:val="0"/>
          <w:sz w:val="24"/>
        </w:rPr>
        <w:t>She had accounted for his children. She had not accounted for him directly, and there was a difference. She was not prepared to battle the god outright, so she had waited in the tunnel while he worked, knowing her chance would come. It had.</w:t>
      </w:r>
    </w:p>
    <w:p>
      <w:r>
        <w:rPr>
          <w:rFonts w:ascii="Garamond" w:hAnsi="Garamond"/>
          <w:b w:val="0"/>
          <w:sz w:val="24"/>
        </w:rPr>
        <w:t>The boy’s loyalty was the opening. Petra would have sacrificed his friend and completed the mission. She had watched enough of that warrior to know it. He had done it on battlefields before and he would have done it here. But the boy was not Petra, and Telecio had not been able to refuse him, and the moment the god left the cavern with his son she had moved.</w:t>
      </w:r>
    </w:p>
    <w:p>
      <w:r>
        <w:rPr>
          <w:rFonts w:ascii="Garamond" w:hAnsi="Garamond"/>
          <w:b w:val="0"/>
          <w:sz w:val="24"/>
        </w:rPr>
        <w:t>Waking the dragon in the star had been the easy part. She had known the presence of her power would also rouse the Star of the Order, which was the risk, but she had withdrawn fast enough. The golden stone needed the boy to find it himself. She could not hand it to him. So she had planted the trigger and pulled back before it could locate her, and now he had found it exactly as she intended.</w:t>
      </w:r>
    </w:p>
    <w:p>
      <w:r>
        <w:rPr>
          <w:rFonts w:ascii="Garamond" w:hAnsi="Garamond"/>
          <w:b w:val="0"/>
          <w:sz w:val="24"/>
        </w:rPr>
        <w:t>Once he had the star covered it would lose its reach. A dragon star left untended still did its work. This one was different. Without the prophesied hand holding it, it was inert. She needed only to convince the boy to put it away, and then it would be easy to draw him to her and bind him.</w:t>
      </w:r>
    </w:p>
    <w:p>
      <w:r>
        <w:rPr>
          <w:rFonts w:ascii="Garamond" w:hAnsi="Garamond"/>
          <w:b w:val="0"/>
          <w:sz w:val="24"/>
        </w:rPr>
        <w:t>He would be her servant until she was ready to use him. And then she would use the star, and him, and close the account that had been open for six thousand years.</w:t>
      </w:r>
    </w:p>
    <w:p>
      <w:r>
        <w:rPr>
          <w:rFonts w:ascii="Garamond" w:hAnsi="Garamond"/>
          <w:b w:val="0"/>
          <w:sz w:val="24"/>
        </w:rPr>
        <w:t>She watched him standing in the golden light and felt the patience of someone who has already won settle over her like a familiar coat.</w:t>
      </w:r>
    </w:p>
    <w:p>
      <w:r>
        <w:rPr>
          <w:rFonts w:ascii="Garamond" w:hAnsi="Garamond"/>
          <w:sz w:val="24"/>
        </w:rPr>
        <w:br w:type="page"/>
      </w:r>
    </w:p>
    <w:p>
      <w:pPr>
        <w:jc w:val="center"/>
      </w:pPr>
      <w:r>
        <w:rPr>
          <w:rFonts w:ascii="Garamond" w:hAnsi="Garamond"/>
          <w:b/>
          <w:sz w:val="28"/>
        </w:rPr>
        <w:t>Chapter Ninety-Eight</w:t>
      </w:r>
    </w:p>
    <w:p>
      <w:r>
        <w:rPr>
          <w:rFonts w:ascii="Garamond" w:hAnsi="Garamond"/>
          <w:b w:val="0"/>
          <w:sz w:val="24"/>
        </w:rPr>
        <w:t>Valor was running out of wing.</w:t>
      </w:r>
    </w:p>
    <w:p>
      <w:r>
        <w:rPr>
          <w:rFonts w:ascii="Garamond" w:hAnsi="Garamond"/>
          <w:b w:val="0"/>
          <w:sz w:val="24"/>
        </w:rPr>
        <w:t>The injured side was burning to the tip now and the straight line over the water was costing him more than he had. Every stroke was a calculation, compensating for what the damaged wing could not give, and it was taking everything he had just to stay level. The dragon behind him was patient. It did not need to hurry. It simply narrowed the distance a little at a time and waited for the moment when the flier had nothing left.</w:t>
      </w:r>
    </w:p>
    <w:p>
      <w:r>
        <w:rPr>
          <w:rFonts w:ascii="Garamond" w:hAnsi="Garamond"/>
          <w:b w:val="0"/>
          <w:sz w:val="24"/>
        </w:rPr>
        <w:t>Valor turned his head just enough to check and found the dragon almost within reach. He turned back to watch the reef and the magic barrier beyond it and tried to think of a third option, because the two he had were the open water ahead and the dragon behind, and neither of them ended well.</w:t>
      </w:r>
    </w:p>
    <w:p>
      <w:r>
        <w:rPr>
          <w:rFonts w:ascii="Garamond" w:hAnsi="Garamond"/>
          <w:b w:val="0"/>
          <w:sz w:val="24"/>
        </w:rPr>
        <w:t>Movement from the rear. Fast, coming in at an angle.</w:t>
      </w:r>
    </w:p>
    <w:p>
      <w:r>
        <w:rPr>
          <w:rFonts w:ascii="Garamond" w:hAnsi="Garamond"/>
          <w:b w:val="0"/>
          <w:sz w:val="24"/>
        </w:rPr>
        <w:t>He knew before he saw it. The particular speed and the angle of approach, the way it came in without hesitation. Far Wing hit the dragon across the snout with all four hooves and glanced off, diverting its attention for the two seconds it took a second white flier and his warrior to slide in over Valor and Petra and take their position in the dragon’s sight.</w:t>
      </w:r>
    </w:p>
    <w:p>
      <w:r>
        <w:rPr>
          <w:rFonts w:ascii="Garamond" w:hAnsi="Garamond"/>
          <w:b w:val="0"/>
          <w:sz w:val="24"/>
        </w:rPr>
        <w:t>Valor pulled up and slowed. The dragon looked back at Far Wing, angry, then found the new white flier and committed to it. In the moment it turned, the third flier repeated Far Wing’s pass from a different angle, and the dragon lost the thread entirely.</w:t>
      </w:r>
    </w:p>
    <w:p>
      <w:r>
        <w:rPr>
          <w:rFonts w:ascii="Garamond" w:hAnsi="Garamond"/>
          <w:b w:val="0"/>
          <w:sz w:val="24"/>
        </w:rPr>
        <w:t>The replacement flier dove south and the dragon followed, and the sound of the pursuit faded, and Valor dropped to the beach and the tree line and stood with his head low and his sides heaving.</w:t>
      </w:r>
    </w:p>
    <w:p>
      <w:r>
        <w:rPr>
          <w:rFonts w:ascii="Garamond" w:hAnsi="Garamond"/>
          <w:b w:val="0"/>
          <w:sz w:val="24"/>
        </w:rPr>
        <w:t>Petra sat on his back and did not speak for a long moment. Then he leaned forward and put a hand on Valor’s neck.</w:t>
      </w:r>
    </w:p>
    <w:p>
      <w:r>
        <w:rPr>
          <w:rFonts w:ascii="Garamond" w:hAnsi="Garamond"/>
          <w:b w:val="0"/>
          <w:sz w:val="24"/>
        </w:rPr>
        <w:t>“I had the stars the whole time,” he said.</w:t>
      </w:r>
    </w:p>
    <w:p>
      <w:r>
        <w:rPr>
          <w:rFonts w:ascii="Garamond" w:hAnsi="Garamond"/>
          <w:b w:val="0"/>
          <w:sz w:val="24"/>
        </w:rPr>
        <w:t>“You did,” Valor said.</w:t>
      </w:r>
    </w:p>
    <w:p>
      <w:r>
        <w:rPr>
          <w:rFonts w:ascii="Garamond" w:hAnsi="Garamond"/>
          <w:b w:val="0"/>
          <w:sz w:val="24"/>
        </w:rPr>
        <w:t>“I froze.”</w:t>
      </w:r>
    </w:p>
    <w:p>
      <w:r>
        <w:rPr>
          <w:rFonts w:ascii="Garamond" w:hAnsi="Garamond"/>
          <w:b w:val="0"/>
          <w:sz w:val="24"/>
        </w:rPr>
        <w:t>“You pulled me through the hole,” Valor said. “We will call it even.” He lifted his head and looked at the sky. “But the time is coming when you will need to use them. When it arrives, I trust you will remember where they are.”</w:t>
      </w:r>
    </w:p>
    <w:p>
      <w:r>
        <w:rPr>
          <w:rFonts w:ascii="Garamond" w:hAnsi="Garamond"/>
          <w:b w:val="0"/>
          <w:sz w:val="24"/>
        </w:rPr>
        <w:t>Petra heard what was beneath it and did not argue. “I won’t leave you again,” he said. “I promise you that.”</w:t>
      </w:r>
    </w:p>
    <w:p>
      <w:r>
        <w:rPr>
          <w:rFonts w:ascii="Garamond" w:hAnsi="Garamond"/>
          <w:b w:val="0"/>
          <w:sz w:val="24"/>
        </w:rPr>
        <w:t>“I know,” Valor said simply, and meant it.</w:t>
      </w:r>
    </w:p>
    <w:p>
      <w:r>
        <w:rPr>
          <w:rFonts w:ascii="Garamond" w:hAnsi="Garamond"/>
          <w:sz w:val="24"/>
        </w:rPr>
        <w:br w:type="page"/>
      </w:r>
    </w:p>
    <w:p>
      <w:pPr>
        <w:jc w:val="center"/>
      </w:pPr>
      <w:r>
        <w:rPr>
          <w:rFonts w:ascii="Garamond" w:hAnsi="Garamond"/>
          <w:b/>
          <w:sz w:val="28"/>
        </w:rPr>
        <w:t>Chapter Ninety-Nine</w:t>
      </w:r>
    </w:p>
    <w:p>
      <w:r>
        <w:rPr>
          <w:rFonts w:ascii="Garamond" w:hAnsi="Garamond"/>
          <w:b w:val="0"/>
          <w:sz w:val="24"/>
        </w:rPr>
        <w:t>He took the golden stone from its ledge and held it in both hands.</w:t>
      </w:r>
    </w:p>
    <w:p>
      <w:r>
        <w:rPr>
          <w:rFonts w:ascii="Garamond" w:hAnsi="Garamond"/>
          <w:b w:val="0"/>
          <w:sz w:val="24"/>
        </w:rPr>
        <w:t>Thornbul came into him the way light comes into a room when a shutter is opened, complete and immediate. A life given deliberately, every memory and intention preserved in the giving, and through those memories the shape of what Verad was standing inside resolved with a clarity nothing else in the last weeks had matched.</w:t>
      </w:r>
    </w:p>
    <w:p>
      <w:r>
        <w:rPr>
          <w:rFonts w:ascii="Garamond" w:hAnsi="Garamond"/>
          <w:b w:val="0"/>
          <w:sz w:val="24"/>
        </w:rPr>
        <w:t>His role. The trap. The margin between too soon and too late, and how thin it was.</w:t>
      </w:r>
    </w:p>
    <w:p>
      <w:r>
        <w:rPr>
          <w:rFonts w:ascii="Garamond" w:hAnsi="Garamond"/>
          <w:b w:val="0"/>
          <w:sz w:val="24"/>
        </w:rPr>
        <w:t>Thornbul did not explain why Verad had been chosen. There was no apology for what had been taken from him to get him here, no accounting of costs. Only the task, laid out with the precision of someone who had spent their remaining time making sure the instructions would survive them. Hold the star. Wait for Hessa to expose herself. Do not cover it, do not set it down, do not let her voice convince him that saving Kato is worth breaking his grip for even a moment. The stone could not reach her if it was not in the prophesied hand. His hand.</w:t>
      </w:r>
    </w:p>
    <w:p>
      <w:r>
        <w:rPr>
          <w:rFonts w:ascii="Garamond" w:hAnsi="Garamond"/>
          <w:b w:val="0"/>
          <w:sz w:val="24"/>
        </w:rPr>
        <w:t>If he used it too soon he would lose her. If he waited too long she would have him.</w:t>
      </w:r>
    </w:p>
    <w:p>
      <w:r>
        <w:rPr>
          <w:rFonts w:ascii="Garamond" w:hAnsi="Garamond"/>
          <w:b w:val="0"/>
          <w:sz w:val="24"/>
        </w:rPr>
        <w:t>He understood. He turned toward the dragon entrance and the night beyond it, the golden stone warm against his palms, and walked.</w:t>
      </w:r>
    </w:p>
    <w:p>
      <w:r>
        <w:rPr>
          <w:rFonts w:ascii="Garamond" w:hAnsi="Garamond"/>
          <w:sz w:val="24"/>
        </w:rPr>
        <w:br w:type="page"/>
      </w:r>
    </w:p>
    <w:p>
      <w:pPr>
        <w:jc w:val="center"/>
      </w:pPr>
      <w:r>
        <w:rPr>
          <w:rFonts w:ascii="Garamond" w:hAnsi="Garamond"/>
          <w:b/>
          <w:sz w:val="28"/>
        </w:rPr>
        <w:t>Chapter One Hundred</w:t>
      </w:r>
    </w:p>
    <w:p>
      <w:r>
        <w:rPr>
          <w:rFonts w:ascii="Garamond" w:hAnsi="Garamond"/>
          <w:b w:val="0"/>
          <w:sz w:val="24"/>
        </w:rPr>
        <w:t>Sabel was almost impossible to follow.</w:t>
      </w:r>
    </w:p>
    <w:p>
      <w:r>
        <w:rPr>
          <w:rFonts w:ascii="Garamond" w:hAnsi="Garamond"/>
          <w:b w:val="0"/>
          <w:sz w:val="24"/>
        </w:rPr>
        <w:t>His defense was speed and he used it without mercy, threading through gaps between dragons that Galathia had to slow down to navigate and Rothallan had to pick his angles for. The man on Sabel’s back had come to his senses enough to understand he needed to hold on, which helped. Pico watched Sabel pull ahead again and felt Galathia push to close the gap and said nothing. The young flier was already giving everything she had.</w:t>
      </w:r>
    </w:p>
    <w:p>
      <w:r>
        <w:rPr>
          <w:rFonts w:ascii="Garamond" w:hAnsi="Garamond"/>
          <w:b w:val="0"/>
          <w:sz w:val="24"/>
        </w:rPr>
        <w:t>The dragons were not hunting them. Some turned to look as the three fliers passed below, a few even gave brief chase, but they pulled up each time after only a short distance, drawn back to whatever they were waiting for. That patience was the only reason they were still alive. Pico understood it and did not trust it to last.</w:t>
      </w:r>
    </w:p>
    <w:p>
      <w:r>
        <w:rPr>
          <w:rFonts w:ascii="Garamond" w:hAnsi="Garamond"/>
          <w:b w:val="0"/>
          <w:sz w:val="24"/>
        </w:rPr>
        <w:t>The most dangerous moment had been the ridge above the den. The air there was thick with dragons stacked in slow circles, and they had gone through it low and fast, hugging the tree line, Rothallan picking the route and the others following without question. Pico had not looked up. She had kept her eyes on Sabel’s tail and her hands on Galathia’s mane and let Rothallan navigate.</w:t>
      </w:r>
    </w:p>
    <w:p>
      <w:r>
        <w:rPr>
          <w:rFonts w:ascii="Garamond" w:hAnsi="Garamond"/>
          <w:b w:val="0"/>
          <w:sz w:val="24"/>
        </w:rPr>
        <w:t>They were through it now. Rothallan turned them west, toward the mountain where the dragons went to die, and Pico felt the shape of what was ahead of them begin to settle into something real. Kato and Verad were somewhere in that mountain. Whatever was drawing every dragon on the island to the same place was centered there.</w:t>
      </w:r>
    </w:p>
    <w:p>
      <w:r>
        <w:rPr>
          <w:rFonts w:ascii="Garamond" w:hAnsi="Garamond"/>
          <w:b w:val="0"/>
          <w:sz w:val="24"/>
        </w:rPr>
        <w:t>She kept her eyes on Sabel and flew.</w:t>
      </w:r>
    </w:p>
    <w:p>
      <w:r>
        <w:rPr>
          <w:rFonts w:ascii="Garamond" w:hAnsi="Garamond"/>
          <w:sz w:val="24"/>
        </w:rPr>
        <w:br w:type="page"/>
      </w:r>
    </w:p>
    <w:p>
      <w:pPr>
        <w:jc w:val="center"/>
      </w:pPr>
      <w:r>
        <w:rPr>
          <w:rFonts w:ascii="Garamond" w:hAnsi="Garamond"/>
          <w:b/>
          <w:sz w:val="28"/>
        </w:rPr>
        <w:t>Chapter One Hundred One</w:t>
      </w:r>
    </w:p>
    <w:p>
      <w:r>
        <w:rPr>
          <w:rFonts w:ascii="Garamond" w:hAnsi="Garamond"/>
          <w:b w:val="0"/>
          <w:sz w:val="24"/>
        </w:rPr>
        <w:t>The Queen went to work on Valor’s wing the moment Far Wing landed.</w:t>
      </w:r>
    </w:p>
    <w:p>
      <w:r>
        <w:rPr>
          <w:rFonts w:ascii="Garamond" w:hAnsi="Garamond"/>
          <w:b w:val="0"/>
          <w:sz w:val="24"/>
        </w:rPr>
        <w:t>She had missed a small tear on her first pass, and it had grown. She was angry with herself in the clean, focused way of someone who does not have time for anything else right now but will return to it later. A little more thoroughness would have cost her nothing. Instead it had nearly cost Valor everything, and she worked carefully this time, her hands moving over every inch of the damaged membrane while the flier stood still and bore it.</w:t>
      </w:r>
    </w:p>
    <w:p>
      <w:r>
        <w:rPr>
          <w:rFonts w:ascii="Garamond" w:hAnsi="Garamond"/>
          <w:b w:val="0"/>
          <w:sz w:val="24"/>
        </w:rPr>
        <w:t>Petra came back from the trees. He had explained, when he left, that he was going to check the perimeter. No one had believed him. The big redhead took his place next to Far Wing and looked at the sky and said nothing, which suited everyone.</w:t>
      </w:r>
    </w:p>
    <w:p>
      <w:r>
        <w:rPr>
          <w:rFonts w:ascii="Garamond" w:hAnsi="Garamond"/>
          <w:b w:val="0"/>
          <w:sz w:val="24"/>
        </w:rPr>
        <w:t>“You were lucky there was only one,” Far Wing said. He was not looking at Petra. His eyes were on the sky and had been since he landed, and Petra had seen him shaking when he touched down, a fine tremor he was now controlling. Not fear for himself. Fear for his son, and maybe for everything that depended on what his son and Petra were supposed to do together. “Had the second one followed, we could not have saved you.”</w:t>
      </w:r>
    </w:p>
    <w:p>
      <w:r>
        <w:rPr>
          <w:rFonts w:ascii="Garamond" w:hAnsi="Garamond"/>
          <w:b w:val="0"/>
          <w:sz w:val="24"/>
        </w:rPr>
        <w:t>“I know,” Petra said.</w:t>
      </w:r>
    </w:p>
    <w:p>
      <w:r>
        <w:rPr>
          <w:rFonts w:ascii="Garamond" w:hAnsi="Garamond"/>
          <w:b w:val="0"/>
          <w:sz w:val="24"/>
        </w:rPr>
        <w:t>“Did you get what you went for?”</w:t>
      </w:r>
    </w:p>
    <w:p>
      <w:r>
        <w:rPr>
          <w:rFonts w:ascii="Garamond" w:hAnsi="Garamond"/>
          <w:b w:val="0"/>
          <w:sz w:val="24"/>
        </w:rPr>
        <w:t>The Queen’s hands slowed on Valor’s wing.</w:t>
      </w:r>
    </w:p>
    <w:p>
      <w:r>
        <w:rPr>
          <w:rFonts w:ascii="Garamond" w:hAnsi="Garamond"/>
          <w:b w:val="0"/>
          <w:sz w:val="24"/>
        </w:rPr>
        <w:t>Petra reached into the pouch and felt the stones at the bottom of it and thought about how he had not used them. He had been afraid. He had been more afraid of losing Valor than of the dragon, and the stars had simply ceased to exist in his mind until they were in the trees and it was over. He pulled one out and held it up without thinking.</w:t>
      </w:r>
    </w:p>
    <w:p>
      <w:r>
        <w:rPr>
          <w:rFonts w:ascii="Garamond" w:hAnsi="Garamond"/>
          <w:b w:val="0"/>
          <w:sz w:val="24"/>
        </w:rPr>
        <w:t>The screams came from every direction at once, distant but unanimous, the combined voice of dragons that had felt something new in the air.</w:t>
      </w:r>
    </w:p>
    <w:p>
      <w:r>
        <w:rPr>
          <w:rFonts w:ascii="Garamond" w:hAnsi="Garamond"/>
          <w:b w:val="0"/>
          <w:sz w:val="24"/>
        </w:rPr>
        <w:t>Petra put the stone back in the pouch.</w:t>
      </w:r>
    </w:p>
    <w:p>
      <w:r>
        <w:rPr>
          <w:rFonts w:ascii="Garamond" w:hAnsi="Garamond"/>
          <w:b w:val="0"/>
          <w:sz w:val="24"/>
        </w:rPr>
        <w:t>“That is probably wise for now,” the Queen said, returning to the wing. “They felt it. We should be in the air before they start looking.”</w:t>
      </w:r>
    </w:p>
    <w:p>
      <w:r>
        <w:rPr>
          <w:rFonts w:ascii="Garamond" w:hAnsi="Garamond"/>
          <w:b w:val="0"/>
          <w:sz w:val="24"/>
        </w:rPr>
        <w:t>Petra looked at the pouch and then at the trees around them and then at the sky. The fear that had emptied his mind over the water was gone. What replaced it was simpler and colder and considerably more useful.</w:t>
      </w:r>
    </w:p>
    <w:p>
      <w:r>
        <w:rPr>
          <w:rFonts w:ascii="Garamond" w:hAnsi="Garamond"/>
          <w:b w:val="0"/>
          <w:sz w:val="24"/>
        </w:rPr>
        <w:t>“Why not use it now?” he said. “If it works the way the one in Alteria worked, they are not the hunters here. We are.”</w:t>
      </w:r>
    </w:p>
    <w:p>
      <w:r>
        <w:rPr>
          <w:rFonts w:ascii="Garamond" w:hAnsi="Garamond"/>
          <w:sz w:val="24"/>
        </w:rPr>
        <w:br w:type="page"/>
      </w:r>
    </w:p>
    <w:p>
      <w:pPr>
        <w:jc w:val="center"/>
      </w:pPr>
      <w:r>
        <w:rPr>
          <w:rFonts w:ascii="Garamond" w:hAnsi="Garamond"/>
          <w:b/>
          <w:sz w:val="28"/>
        </w:rPr>
        <w:t>Chapter One Hundred Two</w:t>
      </w:r>
    </w:p>
    <w:p>
      <w:r>
        <w:rPr>
          <w:rFonts w:ascii="Garamond" w:hAnsi="Garamond"/>
          <w:b w:val="0"/>
          <w:sz w:val="24"/>
        </w:rPr>
        <w:t>They were three thousand, roughly.</w:t>
      </w:r>
    </w:p>
    <w:p>
      <w:r>
        <w:rPr>
          <w:rFonts w:ascii="Garamond" w:hAnsi="Garamond"/>
          <w:b w:val="0"/>
          <w:sz w:val="24"/>
        </w:rPr>
        <w:t>Terra walked among them while his warriors helped them down from the balcony and tried not to let his face show what he was counting. Valoria had held thirty thousand before the fire mountain woke. He had known the numbers were bad. Seeing the people attached to those numbers was a different thing entirely. They were in terrible condition, hollow-faced and slow-moving, their food having run out days ago. Not one of them had believed it would come to this. They had thought they would outlast the dragons with acceptable losses, and then the fire and smoke had come and they had run with whatever they could carry, and what they could carry was almost nothing.</w:t>
      </w:r>
    </w:p>
    <w:p>
      <w:r>
        <w:rPr>
          <w:rFonts w:ascii="Garamond" w:hAnsi="Garamond"/>
          <w:b w:val="0"/>
          <w:sz w:val="24"/>
        </w:rPr>
        <w:t>His warriors were quiet in a way he had not heard from them since they left Alteria. He noticed it and said nothing. There was nothing useful to say.</w:t>
      </w:r>
    </w:p>
    <w:p>
      <w:r>
        <w:rPr>
          <w:rFonts w:ascii="Garamond" w:hAnsi="Garamond"/>
          <w:b w:val="0"/>
          <w:sz w:val="24"/>
        </w:rPr>
        <w:t>Six Valorian warriors lifted Taranto’s body with the care owed to someone who had done what he had done, carried it to the balcony edge and passed it to six more below, who conveyed it to the wall by the entrance. Terra watched them lay him down and straighten him and stand back. The old warrior would not have wanted a different ending if he’d had the choosing of it. That was the only comfort available and Terra took it.</w:t>
      </w:r>
    </w:p>
    <w:p>
      <w:r>
        <w:rPr>
          <w:rFonts w:ascii="Garamond" w:hAnsi="Garamond"/>
          <w:b w:val="0"/>
          <w:sz w:val="24"/>
        </w:rPr>
        <w:t>The blue star was poisoning all of them. He could feel it working at the edges of his strength, a slow drain that would become lethal given enough time, and the old and the young would reach that point before the warriors did. He needed to move them back underground. The tunnel they had come through was not good, slick and spent, but the western approaches Terra’s squad had scouted were cleaner. He was working through the order of it when the dragons shifted.</w:t>
      </w:r>
    </w:p>
    <w:p>
      <w:r>
        <w:rPr>
          <w:rFonts w:ascii="Garamond" w:hAnsi="Garamond"/>
          <w:b w:val="0"/>
          <w:sz w:val="24"/>
        </w:rPr>
        <w:t>They were moving south. All of them, pulling away from the entrance, the sky above beginning to clear.</w:t>
      </w:r>
    </w:p>
    <w:p>
      <w:r>
        <w:rPr>
          <w:rFonts w:ascii="Garamond" w:hAnsi="Garamond"/>
          <w:b w:val="0"/>
          <w:sz w:val="24"/>
        </w:rPr>
        <w:t>Terra sent scouts up the ridge and a squad to secure the tunnel entrance below. He stood at the cave mouth and watched the dragons go and thought about timing, and then looked deeper into the night where they were headed and felt the hairs on his neck rise.</w:t>
      </w:r>
    </w:p>
    <w:p>
      <w:r>
        <w:rPr>
          <w:rFonts w:ascii="Garamond" w:hAnsi="Garamond"/>
          <w:b w:val="0"/>
          <w:sz w:val="24"/>
        </w:rPr>
        <w:t>He called the squad back.</w:t>
      </w:r>
    </w:p>
    <w:p>
      <w:r>
        <w:rPr>
          <w:rFonts w:ascii="Garamond" w:hAnsi="Garamond"/>
          <w:b w:val="0"/>
          <w:sz w:val="24"/>
        </w:rPr>
        <w:t>Several of them slipped on the loose rock going down and had to be helped. The others on the slope stopped to watch the scavengers at the tree line and make sure none of them got ideas. Terra kept his eyes on the sky and his mouth moving, urging them up, and then the shadow passed over the entrance and the warriors on the slope looked up expecting a dragon and found three fliers instead, banking hard through the entrance and into the cave.</w:t>
      </w:r>
    </w:p>
    <w:p>
      <w:r>
        <w:rPr>
          <w:rFonts w:ascii="Garamond" w:hAnsi="Garamond"/>
          <w:b w:val="0"/>
          <w:sz w:val="24"/>
        </w:rPr>
        <w:t>The dragons had returned to the mouth but pulled up short, kept back by the star’s reach.</w:t>
      </w:r>
    </w:p>
    <w:p>
      <w:r>
        <w:rPr>
          <w:rFonts w:ascii="Garamond" w:hAnsi="Garamond"/>
          <w:b w:val="0"/>
          <w:sz w:val="24"/>
        </w:rPr>
        <w:t>Terra’s warriors scrambled over the lip and inside. The cave reorganized itself around the new arrivals: two Valorian warriors with their fliers, and beyond them on the balcony a third flier and its rider, a human male, one of the prisoners who had gotten free days ago before any of this had started.</w:t>
      </w:r>
    </w:p>
    <w:p>
      <w:r>
        <w:rPr>
          <w:rFonts w:ascii="Garamond" w:hAnsi="Garamond"/>
          <w:b w:val="0"/>
          <w:sz w:val="24"/>
        </w:rPr>
        <w:t>The arrow was drawn before Terra could move.</w:t>
      </w:r>
    </w:p>
    <w:p>
      <w:r>
        <w:rPr>
          <w:rFonts w:ascii="Garamond" w:hAnsi="Garamond"/>
          <w:b w:val="0"/>
          <w:sz w:val="24"/>
        </w:rPr>
        <w:t>“Dragon spawn,” the warrior said. “They are the cause of all of this.”</w:t>
      </w:r>
    </w:p>
    <w:p>
      <w:r>
        <w:rPr>
          <w:rFonts w:ascii="Garamond" w:hAnsi="Garamond"/>
          <w:sz w:val="24"/>
        </w:rPr>
        <w:br w:type="page"/>
      </w:r>
    </w:p>
    <w:p>
      <w:pPr>
        <w:jc w:val="center"/>
      </w:pPr>
      <w:r>
        <w:rPr>
          <w:rFonts w:ascii="Garamond" w:hAnsi="Garamond"/>
          <w:b/>
          <w:sz w:val="28"/>
        </w:rPr>
        <w:t>Chapter One Hundred Three</w:t>
      </w:r>
    </w:p>
    <w:p>
      <w:r>
        <w:rPr>
          <w:rFonts w:ascii="Garamond" w:hAnsi="Garamond"/>
          <w:b w:val="0"/>
          <w:sz w:val="24"/>
        </w:rPr>
        <w:t>Verad walked the tunnel with the golden stone in both hands and thought of nothing else.</w:t>
      </w:r>
    </w:p>
    <w:p>
      <w:r>
        <w:rPr>
          <w:rFonts w:ascii="Garamond" w:hAnsi="Garamond"/>
          <w:b w:val="0"/>
          <w:sz w:val="24"/>
        </w:rPr>
        <w:t>The star lit the way, its warm gold reaching into the dark ahead of him, and he moved through it with the two dragon stars in his pouch and Thornbul’s instructions settled into him like ballast. He was not afraid. That surprised him faintly, the way you notice weather from inside a warm room. The den was behind him, the wide dragon entrance ahead, and beyond it the open night and whatever Hessa had prepared for him.</w:t>
      </w:r>
    </w:p>
    <w:p>
      <w:r>
        <w:rPr>
          <w:rFonts w:ascii="Garamond" w:hAnsi="Garamond"/>
          <w:b w:val="0"/>
          <w:sz w:val="24"/>
        </w:rPr>
        <w:t>He kept the stone uncovered. Thornbul had been clear on that. The moment it left his hands or was covered, its reach suspended. It needed him, and he needed it, and the space between too soon and too late was narrow enough that he could not afford to think about anything except holding on and waiting for her to show herself.</w:t>
      </w:r>
    </w:p>
    <w:p>
      <w:r>
        <w:rPr>
          <w:rFonts w:ascii="Garamond" w:hAnsi="Garamond"/>
          <w:b w:val="0"/>
          <w:sz w:val="24"/>
        </w:rPr>
        <w:t>He entered the wide tunnel and followed the stone’s light toward the surface.</w:t>
      </w:r>
    </w:p>
    <w:p>
      <w:r>
        <w:rPr>
          <w:rFonts w:ascii="Garamond" w:hAnsi="Garamond"/>
          <w:sz w:val="24"/>
        </w:rPr>
        <w:br w:type="page"/>
      </w:r>
    </w:p>
    <w:p>
      <w:pPr>
        <w:jc w:val="center"/>
      </w:pPr>
      <w:r>
        <w:rPr>
          <w:rFonts w:ascii="Garamond" w:hAnsi="Garamond"/>
          <w:b/>
          <w:sz w:val="28"/>
        </w:rPr>
        <w:t>Chapter One Hundred Three</w:t>
      </w:r>
    </w:p>
    <w:p>
      <w:r>
        <w:rPr>
          <w:rFonts w:ascii="Garamond" w:hAnsi="Garamond"/>
          <w:b w:val="0"/>
          <w:sz w:val="24"/>
        </w:rPr>
        <w:t>The golden stone lit the way and Verad followed it.</w:t>
      </w:r>
    </w:p>
    <w:p>
      <w:r>
        <w:rPr>
          <w:rFonts w:ascii="Garamond" w:hAnsi="Garamond"/>
          <w:b w:val="0"/>
          <w:sz w:val="24"/>
        </w:rPr>
        <w:t>He walked past the pile without looking at it, two dragon stars in the pouch at his waist and the Star of the Order warm in his open hands. Thornbul was steady in him, patient, a presence without urgency but without any give in it either. Six thousand years of waiting distilled into a single clear instruction: keep the stone uncovered, keep moving, do not let anything pull your hands down.</w:t>
      </w:r>
    </w:p>
    <w:p>
      <w:r>
        <w:rPr>
          <w:rFonts w:ascii="Garamond" w:hAnsi="Garamond"/>
          <w:b w:val="0"/>
          <w:sz w:val="24"/>
        </w:rPr>
        <w:t>Verad had no argument with any of that. He entered the wide tunnel that led to the dragon entrance and kept walking, the gold light moving ahead of him on the stone walls, and did not look back.</w:t>
      </w:r>
    </w:p>
    <w:p>
      <w:r>
        <w:rPr>
          <w:rFonts w:ascii="Garamond" w:hAnsi="Garamond"/>
          <w:sz w:val="24"/>
        </w:rPr>
        <w:br w:type="page"/>
      </w:r>
    </w:p>
    <w:p>
      <w:pPr>
        <w:jc w:val="center"/>
      </w:pPr>
      <w:r>
        <w:rPr>
          <w:rFonts w:ascii="Garamond" w:hAnsi="Garamond"/>
          <w:b/>
          <w:sz w:val="28"/>
        </w:rPr>
        <w:t>Chapter One Hundred Four</w:t>
      </w:r>
    </w:p>
    <w:p>
      <w:r>
        <w:rPr>
          <w:rFonts w:ascii="Garamond" w:hAnsi="Garamond"/>
          <w:b w:val="0"/>
          <w:sz w:val="24"/>
        </w:rPr>
        <w:t>Sabel set down on the black sand of the Valorian bay and looked north at what remained of the city.</w:t>
      </w:r>
    </w:p>
    <w:p>
      <w:r>
        <w:rPr>
          <w:rFonts w:ascii="Garamond" w:hAnsi="Garamond"/>
          <w:b w:val="0"/>
          <w:sz w:val="24"/>
        </w:rPr>
        <w:t>Nothing remained. Ash over everything, gray and thick where the waves did not reach, the mountain’s flank broken away and carried into the bay along with an entire section of what had been built there. A wave had stripped the trees from the far shore and left the hillside bare. Smoke still rose from the ruin but it was thin now, more habit than fire. He had known before landing. Seeing it was different from knowing it.</w:t>
      </w:r>
    </w:p>
    <w:p>
      <w:r>
        <w:rPr>
          <w:rFonts w:ascii="Garamond" w:hAnsi="Garamond"/>
          <w:b w:val="0"/>
          <w:sz w:val="24"/>
        </w:rPr>
        <w:t>The dragons were ignoring him. Every one he could track was moving west, converging on a point he could not yet see, drawn by whatever had been pulling them all night. He scanned the sky in every direction and found the fliers coming up behind him and held his position.</w:t>
      </w:r>
    </w:p>
    <w:p>
      <w:r>
        <w:rPr>
          <w:rFonts w:ascii="Garamond" w:hAnsi="Garamond"/>
          <w:b w:val="0"/>
          <w:sz w:val="24"/>
        </w:rPr>
        <w:t>Pico did not wait for Galathia to stop moving. She was off and running across the sand before the hooves had fully settled, and she had her sword out before she reached Sabel.</w:t>
      </w:r>
    </w:p>
    <w:p>
      <w:r>
        <w:rPr>
          <w:rFonts w:ascii="Garamond" w:hAnsi="Garamond"/>
          <w:b w:val="0"/>
          <w:sz w:val="24"/>
        </w:rPr>
        <w:t>She pulled Terrell from his place on the flier’s neck and dropped him on the beach and put the blade to his throat in one motion.</w:t>
      </w:r>
    </w:p>
    <w:p>
      <w:r>
        <w:rPr>
          <w:rFonts w:ascii="Garamond" w:hAnsi="Garamond"/>
          <w:b w:val="0"/>
          <w:sz w:val="24"/>
        </w:rPr>
        <w:t>“This is the man from Verad’s memories,” she said. Her voice was steady, which was worse than if it hadn’t been. “This is the one who hurt him.”</w:t>
      </w:r>
    </w:p>
    <w:p>
      <w:r>
        <w:rPr>
          <w:rFonts w:ascii="Garamond" w:hAnsi="Garamond"/>
          <w:b w:val="0"/>
          <w:sz w:val="24"/>
        </w:rPr>
        <w:t>“Piancio.” The King was down from Rothallan, moving toward her. “Sabel, where did you find him?”</w:t>
      </w:r>
    </w:p>
    <w:p>
      <w:r>
        <w:rPr>
          <w:rFonts w:ascii="Garamond" w:hAnsi="Garamond"/>
          <w:b w:val="0"/>
          <w:sz w:val="24"/>
        </w:rPr>
        <w:t>The sword drew blood before Sabel could answer. Terrell lay flat on his back with his arms out and said nothing about it.</w:t>
      </w:r>
    </w:p>
    <w:p>
      <w:r>
        <w:rPr>
          <w:rFonts w:ascii="Garamond" w:hAnsi="Garamond"/>
          <w:b w:val="0"/>
          <w:sz w:val="24"/>
        </w:rPr>
        <w:t>“That is not important,” Pico said. “I will not give him another chance at Verad.”</w:t>
      </w:r>
    </w:p>
    <w:p>
      <w:r>
        <w:rPr>
          <w:rFonts w:ascii="Garamond" w:hAnsi="Garamond"/>
          <w:b w:val="0"/>
          <w:sz w:val="24"/>
        </w:rPr>
        <w:t>“She calls me,” Terrell said to the sky. “She calls me.”</w:t>
      </w:r>
    </w:p>
    <w:p>
      <w:r>
        <w:rPr>
          <w:rFonts w:ascii="Garamond" w:hAnsi="Garamond"/>
          <w:b w:val="0"/>
          <w:sz w:val="24"/>
        </w:rPr>
        <w:t>“He is not in his right mind,” Sabel said. “I found him being driven north by club-tails. He must be the fourth the prophecy mentions.”</w:t>
      </w:r>
    </w:p>
    <w:p>
      <w:r>
        <w:rPr>
          <w:rFonts w:ascii="Garamond" w:hAnsi="Garamond"/>
          <w:b w:val="0"/>
          <w:sz w:val="24"/>
        </w:rPr>
        <w:t>The King put his hand over Pico’s. “For five years you asked me to listen to the prophecy. Now I am asking you. If this one has a role and you end it here, what happens to Kato? What happens to Verad?”</w:t>
      </w:r>
    </w:p>
    <w:p>
      <w:r>
        <w:rPr>
          <w:rFonts w:ascii="Garamond" w:hAnsi="Garamond"/>
          <w:b w:val="0"/>
          <w:sz w:val="24"/>
        </w:rPr>
        <w:t>“It should not be allowed,” she said. But she already knew. She had known before he finished the sentence.</w:t>
      </w:r>
    </w:p>
    <w:p>
      <w:r>
        <w:rPr>
          <w:rFonts w:ascii="Garamond" w:hAnsi="Garamond"/>
          <w:b w:val="0"/>
          <w:sz w:val="24"/>
        </w:rPr>
        <w:t>“She calls me to her,” Terrell continued, his eyes on the clouds.</w:t>
      </w:r>
    </w:p>
    <w:p>
      <w:r>
        <w:rPr>
          <w:rFonts w:ascii="Garamond" w:hAnsi="Garamond"/>
          <w:b w:val="0"/>
          <w:sz w:val="24"/>
        </w:rPr>
        <w:t>“Hessa,” the King said. The name came out hard and flat. “It has to be her calling him.”</w:t>
      </w:r>
    </w:p>
    <w:p>
      <w:r>
        <w:rPr>
          <w:rFonts w:ascii="Garamond" w:hAnsi="Garamond"/>
          <w:b w:val="0"/>
          <w:sz w:val="24"/>
        </w:rPr>
        <w:t>“Then we should not give her what she wants,” Pico said, raising her sword again.</w:t>
      </w:r>
    </w:p>
    <w:p>
      <w:r>
        <w:rPr>
          <w:rFonts w:ascii="Garamond" w:hAnsi="Garamond"/>
          <w:b w:val="0"/>
          <w:sz w:val="24"/>
        </w:rPr>
        <w:t>“What she wants is for you to kill him before he plays his role,” her father said. “We do not know what that role is. We do not know what happens if he is not there when it is needed.” His hand stayed on hers. “If you take his life, you may put your brother and Verad in danger. Is that a chance you are willing to take?”</w:t>
      </w:r>
    </w:p>
    <w:p>
      <w:r>
        <w:rPr>
          <w:rFonts w:ascii="Garamond" w:hAnsi="Garamond"/>
          <w:b w:val="0"/>
          <w:sz w:val="24"/>
        </w:rPr>
        <w:t>A long moment. The breeze off the ocean moved her hair across her face.</w:t>
      </w:r>
    </w:p>
    <w:p>
      <w:r>
        <w:rPr>
          <w:rFonts w:ascii="Garamond" w:hAnsi="Garamond"/>
          <w:b w:val="0"/>
          <w:sz w:val="24"/>
        </w:rPr>
        <w:t>Pico sheathed her sword. She reached down and pulled Terrell to his feet, not gently, and held him upright. He came without resistance and kept talking to something none of them could see.</w:t>
      </w:r>
    </w:p>
    <w:p>
      <w:r>
        <w:rPr>
          <w:rFonts w:ascii="Garamond" w:hAnsi="Garamond"/>
          <w:b w:val="0"/>
          <w:sz w:val="24"/>
        </w:rPr>
        <w:t>“We need to leave this beach,” Rothallan said. “More dragons coming from the east.”</w:t>
      </w:r>
    </w:p>
    <w:p>
      <w:r>
        <w:rPr>
          <w:rFonts w:ascii="Garamond" w:hAnsi="Garamond"/>
          <w:b w:val="0"/>
          <w:sz w:val="24"/>
        </w:rPr>
        <w:t>Pico put Terrell back on Sabel’s neck and did not look at him again.</w:t>
      </w:r>
    </w:p>
    <w:p>
      <w:r>
        <w:rPr>
          <w:rFonts w:ascii="Garamond" w:hAnsi="Garamond"/>
          <w:sz w:val="24"/>
        </w:rPr>
        <w:br w:type="page"/>
      </w:r>
    </w:p>
    <w:p>
      <w:pPr>
        <w:jc w:val="center"/>
      </w:pPr>
      <w:r>
        <w:rPr>
          <w:rFonts w:ascii="Garamond" w:hAnsi="Garamond"/>
          <w:b/>
          <w:sz w:val="28"/>
        </w:rPr>
        <w:t>Chapter One Hundred Five</w:t>
      </w:r>
    </w:p>
    <w:p>
      <w:pPr>
        <w:jc w:val="center"/>
        <w:spacing w:before="120" w:after="120"/>
      </w:pPr>
      <w:r>
        <w:rPr>
          <w:rFonts w:ascii="Garamond" w:hAnsi="Garamond"/>
          <w:sz w:val="24"/>
        </w:rPr>
        <w:t>* * *</w:t>
      </w:r>
    </w:p>
    <w:p>
      <w:r>
        <w:rPr>
          <w:rFonts w:ascii="Garamond" w:hAnsi="Garamond"/>
          <w:b w:val="0"/>
          <w:sz w:val="24"/>
        </w:rPr>
        <w:t>Verad emerged from the dragon entrance into the light of Eros and did not look up.</w:t>
      </w:r>
    </w:p>
    <w:p>
      <w:r>
        <w:rPr>
          <w:rFonts w:ascii="Garamond" w:hAnsi="Garamond"/>
          <w:b w:val="0"/>
          <w:sz w:val="24"/>
        </w:rPr>
        <w:t>He knew the dragons were there. He could feel them in the sky above the saddle the way you feel a crowd in a dark room, the displaced air, the weight of attention. He did not need to see them. The golden stone in his hands held everything he had, and Thornbul held the rest, and between them there was no room for anything else.</w:t>
      </w:r>
    </w:p>
    <w:p>
      <w:r>
        <w:rPr>
          <w:rFonts w:ascii="Garamond" w:hAnsi="Garamond"/>
          <w:b w:val="0"/>
          <w:sz w:val="24"/>
        </w:rPr>
        <w:t>The saddle between the two peaks was small and grassy, the kind of place that would have been worth stopping for on any other night. Kato was lying a few feet from the entrance by the cliff edge. Verad did not see him.</w:t>
      </w:r>
    </w:p>
    <w:p>
      <w:r>
        <w:rPr>
          <w:rFonts w:ascii="Garamond" w:hAnsi="Garamond"/>
          <w:b w:val="0"/>
          <w:sz w:val="24"/>
        </w:rPr>
        <w:t>He stood in the light of Eros with the stone warm in his open hands and waited for Hessa to make her mistake.</w:t>
      </w:r>
    </w:p>
    <w:p>
      <w:r>
        <w:rPr>
          <w:rFonts w:ascii="Garamond" w:hAnsi="Garamond"/>
          <w:b w:val="0"/>
          <w:sz w:val="24"/>
        </w:rPr>
        <w:t>The dragons kept their silence and waited.</w:t>
      </w:r>
    </w:p>
    <w:p>
      <w:r>
        <w:rPr>
          <w:rFonts w:ascii="Garamond" w:hAnsi="Garamond"/>
          <w:b w:val="0"/>
          <w:sz w:val="24"/>
        </w:rPr>
        <w:t>Hessa had made a promise: wait for her signal, and she would set them free to return to Estos. It had cost them to hold to it. The elf and then the human had come within reach and they had let both pass, which went against everything they were. But they had waited this long. They could wait a little longer.</w:t>
      </w:r>
    </w:p>
    <w:p>
      <w:r>
        <w:rPr>
          <w:rFonts w:ascii="Garamond" w:hAnsi="Garamond"/>
          <w:b w:val="0"/>
          <w:sz w:val="24"/>
        </w:rPr>
        <w:t>Their own god had given them something to wait with. Atula’s prophecy had been passed down through memory and blood since the exile began, a small slice of the future he could see from where he sat, added to the mix the way all the gods had added theirs. It was not detailed. It did not need to be.</w:t>
      </w:r>
    </w:p>
    <w:p>
      <w:r>
        <w:rPr>
          <w:rFonts w:ascii="Garamond" w:hAnsi="Garamond"/>
          <w:b w:val="0"/>
          <w:sz w:val="24"/>
        </w:rPr>
        <w:t>He had told them: the witch would free them if she gained control of the future that held the star, and lost control of the future that did not. Through the concentration of her power and the innocence of a child, the dragons would find their way back to Estos. They had never shared this with Hessa. They understood what she was. What mattered was Estos, and if trusting her was the path, they would walk it as far as it went.</w:t>
      </w:r>
    </w:p>
    <w:p>
      <w:r>
        <w:rPr>
          <w:rFonts w:ascii="Garamond" w:hAnsi="Garamond"/>
          <w:b w:val="0"/>
          <w:sz w:val="24"/>
        </w:rPr>
        <w:t>They circled above the saddle in their thousands and watched the boy below them and said nothing and waited for the signal.</w:t>
      </w:r>
    </w:p>
    <w:p>
      <w:r>
        <w:rPr>
          <w:rFonts w:ascii="Garamond" w:hAnsi="Garamond"/>
          <w:b w:val="0"/>
          <w:sz w:val="24"/>
        </w:rPr>
        <w:t>They were still waiting when he walked out of the mountain with the golden stone in his hands.</w:t>
      </w:r>
    </w:p>
    <w:p>
      <w:r>
        <w:rPr>
          <w:rFonts w:ascii="Garamond" w:hAnsi="Garamond"/>
          <w:sz w:val="24"/>
        </w:rPr>
        <w:br w:type="page"/>
      </w:r>
    </w:p>
    <w:p>
      <w:pPr>
        <w:jc w:val="center"/>
      </w:pPr>
      <w:r>
        <w:rPr>
          <w:rFonts w:ascii="Garamond" w:hAnsi="Garamond"/>
          <w:b/>
          <w:sz w:val="28"/>
        </w:rPr>
        <w:t>Chapter One Hundred Six</w:t>
      </w:r>
    </w:p>
    <w:p>
      <w:r>
        <w:rPr>
          <w:rFonts w:ascii="Garamond" w:hAnsi="Garamond"/>
          <w:b w:val="0"/>
          <w:sz w:val="24"/>
        </w:rPr>
        <w:t>Terra used his sword to knock the arrow aside as it left the bow.</w:t>
      </w:r>
    </w:p>
    <w:p>
      <w:r>
        <w:rPr>
          <w:rFonts w:ascii="Garamond" w:hAnsi="Garamond"/>
          <w:b w:val="0"/>
          <w:sz w:val="24"/>
        </w:rPr>
        <w:t>Brunow remained standing. The shot bounced off the wall below him and clattered to the floor and he did not appear to notice.</w:t>
      </w:r>
    </w:p>
    <w:p>
      <w:r>
        <w:rPr>
          <w:rFonts w:ascii="Garamond" w:hAnsi="Garamond"/>
          <w:b w:val="0"/>
          <w:sz w:val="24"/>
        </w:rPr>
        <w:t>“They are not dragon spawn,” Terra said, and walked forward to stand beside the two Valorian warriors and their fliers.</w:t>
      </w:r>
    </w:p>
    <w:p>
      <w:r>
        <w:rPr>
          <w:rFonts w:ascii="Garamond" w:hAnsi="Garamond"/>
          <w:b w:val="0"/>
          <w:sz w:val="24"/>
        </w:rPr>
        <w:t>One of the Valorians spoke without looking at him. “We saw the flash from the north and he would not let us pass without investigating. We were headed for the den above the Paths of the Dead.”</w:t>
      </w:r>
    </w:p>
    <w:p>
      <w:r>
        <w:rPr>
          <w:rFonts w:ascii="Garamond" w:hAnsi="Garamond"/>
          <w:b w:val="0"/>
          <w:sz w:val="24"/>
        </w:rPr>
        <w:t>“Princess Feranthia said they are the only ones who can handle the stars without the poison killing them,” the second warrior said. “The children of the third age. She said they were sent here to bring us home.”</w:t>
      </w:r>
    </w:p>
    <w:p>
      <w:r>
        <w:rPr>
          <w:rFonts w:ascii="Garamond" w:hAnsi="Garamond"/>
          <w:b w:val="0"/>
          <w:sz w:val="24"/>
        </w:rPr>
        <w:t>As the warrior spoke, Brunow crouched and picked up the blue star from the cave floor.</w:t>
      </w:r>
    </w:p>
    <w:p>
      <w:r>
        <w:rPr>
          <w:rFonts w:ascii="Garamond" w:hAnsi="Garamond"/>
          <w:b w:val="0"/>
          <w:sz w:val="24"/>
        </w:rPr>
        <w:t>The sound that went through the room was not quite a gasp. It was the sound of three thousand people who had been watching for death in one form or another for days suddenly encountering something they had no category for. Every elf in the cave knew what touching that stone meant. They had been pressing themselves against the far walls to get distance from it. The human held it in one hand and turned it over and looked at it the way a man examines an interesting rock he found on a path.</w:t>
      </w:r>
    </w:p>
    <w:p>
      <w:r>
        <w:rPr>
          <w:rFonts w:ascii="Garamond" w:hAnsi="Garamond"/>
          <w:b w:val="0"/>
          <w:sz w:val="24"/>
        </w:rPr>
        <w:t>Terra looked at Brunow, and then at the stone, and then at the people watching.</w:t>
      </w:r>
    </w:p>
    <w:p>
      <w:r>
        <w:rPr>
          <w:rFonts w:ascii="Garamond" w:hAnsi="Garamond"/>
          <w:b w:val="0"/>
          <w:sz w:val="24"/>
        </w:rPr>
        <w:t>“The prophecy is real,” he said. Not loudly. He did not need to. “It is real.”</w:t>
      </w:r>
    </w:p>
    <w:p>
      <w:r>
        <w:rPr>
          <w:rFonts w:ascii="Garamond" w:hAnsi="Garamond"/>
          <w:sz w:val="24"/>
        </w:rPr>
        <w:br w:type="page"/>
      </w:r>
    </w:p>
    <w:p>
      <w:pPr>
        <w:jc w:val="center"/>
      </w:pPr>
      <w:r>
        <w:rPr>
          <w:rFonts w:ascii="Garamond" w:hAnsi="Garamond"/>
          <w:b/>
          <w:sz w:val="28"/>
        </w:rPr>
        <w:t>Chapter One Hundred Seven</w:t>
      </w:r>
    </w:p>
    <w:p>
      <w:r>
        <w:rPr>
          <w:rFonts w:ascii="Garamond" w:hAnsi="Garamond"/>
          <w:b w:val="0"/>
          <w:sz w:val="24"/>
        </w:rPr>
        <w:t>Pico kept Galathia close to Sabel and did not take her eyes off Terrell.</w:t>
      </w:r>
    </w:p>
    <w:p>
      <w:r>
        <w:rPr>
          <w:rFonts w:ascii="Garamond" w:hAnsi="Garamond"/>
          <w:b w:val="0"/>
          <w:sz w:val="24"/>
        </w:rPr>
        <w:t>She told herself it was tactical. If he did anything, she would be there. The truth was simpler and less comfortable: she did not trust herself to look away from the man who had hurt Verad and find her way back to calm. Keeping her eyes on him was the only thing standing between her and a decision she would not be able to take back.</w:t>
      </w:r>
    </w:p>
    <w:p>
      <w:r>
        <w:rPr>
          <w:rFonts w:ascii="Garamond" w:hAnsi="Garamond"/>
          <w:b w:val="0"/>
          <w:sz w:val="24"/>
        </w:rPr>
        <w:t>She found herself struggling with something that should not have been complicated. She did not want to think of Verad as a boy. She knew he was one. That was exactly the problem. Among elves, children were everything, the center around which every other obligation arranged itself. The idea of an adult deliberately harming one was not something their society had much architecture for, because it almost never happened. And yet here was the man who had done it, riding on Sabel’s neck and muttering to the sky, and she was being asked to keep him alive.</w:t>
      </w:r>
    </w:p>
    <w:p>
      <w:r>
        <w:rPr>
          <w:rFonts w:ascii="Garamond" w:hAnsi="Garamond"/>
          <w:b w:val="0"/>
          <w:sz w:val="24"/>
        </w:rPr>
        <w:t>She understood the difference between Verad and this man. One walked with the light by his own choosing. The other had been bent toward the dark by something outside himself, used as a tool the way Hessa used everything. That distinction was real and it did not help.</w:t>
      </w:r>
    </w:p>
    <w:p>
      <w:r>
        <w:rPr>
          <w:rFonts w:ascii="Garamond" w:hAnsi="Garamond"/>
          <w:b w:val="0"/>
          <w:sz w:val="24"/>
        </w:rPr>
        <w:t>She loved Verad. She had stopped pretending otherwise somewhere in the tunnels, and what she felt had nothing cautious or tentative about it. It was complete and it had chosen her as much as she had chosen it. That was the other reason she could not look away from Terrell. Every time she did she thought about Verad and then she thought about what this man had done to him, and the sword wanted to come out again.</w:t>
      </w:r>
    </w:p>
    <w:p>
      <w:r>
        <w:rPr>
          <w:rFonts w:ascii="Garamond" w:hAnsi="Garamond"/>
          <w:b w:val="0"/>
          <w:sz w:val="24"/>
        </w:rPr>
        <w:t>The den was ahead of them now. She could see the dragons stacked above it in the night sky, circling in thousands, patient and waiting. The sight of it should have frightened her. It did not. It only told her where Kato and Verad were, and that was where she needed to be.</w:t>
      </w:r>
    </w:p>
    <w:p>
      <w:r>
        <w:rPr>
          <w:rFonts w:ascii="Garamond" w:hAnsi="Garamond"/>
          <w:b w:val="0"/>
          <w:sz w:val="24"/>
        </w:rPr>
        <w:t>She kept her eyes forward and flew toward the storm.</w:t>
      </w:r>
    </w:p>
    <w:p>
      <w:r>
        <w:rPr>
          <w:rFonts w:ascii="Garamond" w:hAnsi="Garamond"/>
          <w:sz w:val="24"/>
        </w:rPr>
        <w:br w:type="page"/>
      </w:r>
    </w:p>
    <w:p>
      <w:pPr>
        <w:jc w:val="center"/>
      </w:pPr>
      <w:r>
        <w:rPr>
          <w:rFonts w:ascii="Garamond" w:hAnsi="Garamond"/>
          <w:b/>
          <w:sz w:val="28"/>
        </w:rPr>
        <w:t>Chapter One Hundred Eight</w:t>
      </w:r>
    </w:p>
    <w:p>
      <w:pPr>
        <w:jc w:val="center"/>
        <w:spacing w:before="120" w:after="120"/>
      </w:pPr>
      <w:r>
        <w:rPr>
          <w:rFonts w:ascii="Garamond" w:hAnsi="Garamond"/>
          <w:sz w:val="24"/>
        </w:rPr>
        <w:t>* * *</w:t>
      </w:r>
    </w:p>
    <w:p>
      <w:r>
        <w:rPr>
          <w:rFonts w:ascii="Garamond" w:hAnsi="Garamond"/>
          <w:b w:val="0"/>
          <w:sz w:val="24"/>
        </w:rPr>
        <w:t>Hessa waited just inside the cavern and calculated.</w:t>
      </w:r>
    </w:p>
    <w:p>
      <w:r>
        <w:rPr>
          <w:rFonts w:ascii="Garamond" w:hAnsi="Garamond"/>
          <w:b w:val="0"/>
          <w:sz w:val="24"/>
        </w:rPr>
        <w:t>The dragons outside were growing impatient. She had promised them freedom and they had held to the bargain longer than she had expected, which told her how badly they wanted what she had offered. She had no intention of giving it to them, not in the numbers they imagined. A handful, perhaps, enough to serve her purposes when she returned to Estos. The rest could remain here until the island fell into the sea.</w:t>
      </w:r>
    </w:p>
    <w:p>
      <w:r>
        <w:rPr>
          <w:rFonts w:ascii="Garamond" w:hAnsi="Garamond"/>
          <w:b w:val="0"/>
          <w:sz w:val="24"/>
        </w:rPr>
        <w:t>The trap Thornbul had built was elegant. She could feel it in the stone the boy was holding, the reach of it, the way it probed the air around her whenever her power came too close. Her ancient brother had known her well. He had made something specifically designed to find her and hold her, and he had placed it where the prophecy would deliver her to it.</w:t>
      </w:r>
    </w:p>
    <w:p>
      <w:r>
        <w:rPr>
          <w:rFonts w:ascii="Garamond" w:hAnsi="Garamond"/>
          <w:b w:val="0"/>
          <w:sz w:val="24"/>
        </w:rPr>
        <w:t>What he had not accounted for was that she would be the one explaining the prophecy to its participants.</w:t>
      </w:r>
    </w:p>
    <w:p>
      <w:r>
        <w:rPr>
          <w:rFonts w:ascii="Garamond" w:hAnsi="Garamond"/>
          <w:b w:val="0"/>
          <w:sz w:val="24"/>
        </w:rPr>
        <w:t>The boy was the problem. Thornbul had his grip on the link, and the boy had proven more resilient than she had planned for. Direct approach had failed. The star found her every time she pressed too close. She needed him to cover it himself, willingly, and for that she needed leverage.</w:t>
      </w:r>
    </w:p>
    <w:p>
      <w:r>
        <w:rPr>
          <w:rFonts w:ascii="Garamond" w:hAnsi="Garamond"/>
          <w:b w:val="0"/>
          <w:sz w:val="24"/>
        </w:rPr>
        <w:t>She needed something he loved more than the mission.</w:t>
      </w:r>
    </w:p>
    <w:p>
      <w:r>
        <w:rPr>
          <w:rFonts w:ascii="Garamond" w:hAnsi="Garamond"/>
          <w:b w:val="0"/>
          <w:sz w:val="24"/>
        </w:rPr>
        <w:t>She called in one of the dragons.</w:t>
      </w:r>
    </w:p>
    <w:p>
      <w:r>
        <w:rPr>
          <w:rFonts w:ascii="Garamond" w:hAnsi="Garamond"/>
          <w:b w:val="0"/>
          <w:sz w:val="24"/>
        </w:rPr>
        <w:t>The dragon walked toward Verad across the saddle and he did not see it.</w:t>
      </w:r>
    </w:p>
    <w:p>
      <w:r>
        <w:rPr>
          <w:rFonts w:ascii="Garamond" w:hAnsi="Garamond"/>
          <w:b w:val="0"/>
          <w:sz w:val="24"/>
        </w:rPr>
        <w:t>The golden stone held everything he had. It cast his shadow large against the cliff behind him, flickering as the light shifted, and the thousands of dragons above continued their slow circles and waited for Hessa’s signal. One of them was on the ground now, moving without hurry toward the boy who stood with his eyes on the stone in his hands.</w:t>
      </w:r>
    </w:p>
    <w:p>
      <w:r>
        <w:rPr>
          <w:rFonts w:ascii="Garamond" w:hAnsi="Garamond"/>
          <w:b w:val="0"/>
          <w:sz w:val="24"/>
        </w:rPr>
        <w:t>Hessa reached into the link.</w:t>
      </w:r>
    </w:p>
    <w:p>
      <w:r>
        <w:rPr>
          <w:rFonts w:ascii="Garamond" w:hAnsi="Garamond"/>
          <w:b w:val="0"/>
          <w:sz w:val="24"/>
        </w:rPr>
        <w:t>The star flared the instant she touched it, reaching for her, and she pulled back to the edge of its range before it could find her. Just close enough to speak.</w:t>
      </w:r>
    </w:p>
    <w:p>
      <w:r>
        <w:rPr>
          <w:rFonts w:ascii="Garamond" w:hAnsi="Garamond"/>
          <w:b w:val="0"/>
          <w:sz w:val="24"/>
        </w:rPr>
        <w:t>“The dragon is behind you,” the voice said, crowding against Thornbul’s presence. “It has your friend. Cover the stone and I will help you save him. You know that I can.”</w:t>
      </w:r>
    </w:p>
    <w:p>
      <w:r>
        <w:rPr>
          <w:rFonts w:ascii="Garamond" w:hAnsi="Garamond"/>
          <w:b w:val="0"/>
          <w:sz w:val="24"/>
        </w:rPr>
        <w:t>For one moment the link broke open and Verad saw. The dragon had Kato by the roots of his changed form, holding him aloft with his four main vines dangling, careful as a man carrying something he does not want to damage. Kato was limp. The dragon looked at Verad and waited.</w:t>
      </w:r>
    </w:p>
    <w:p>
      <w:r>
        <w:rPr>
          <w:rFonts w:ascii="Garamond" w:hAnsi="Garamond"/>
          <w:b w:val="0"/>
          <w:sz w:val="24"/>
        </w:rPr>
        <w:t>Then the stone burned into his palm and snapped his attention back.</w:t>
      </w:r>
    </w:p>
    <w:p>
      <w:r>
        <w:rPr>
          <w:rFonts w:ascii="Garamond" w:hAnsi="Garamond"/>
          <w:b w:val="0"/>
          <w:sz w:val="24"/>
        </w:rPr>
        <w:t>Hessa broke contact before the star could lock onto her. She retreated to the tunnel mouth and thought about what she had seen in the boy’s mind in that fraction of a second. His love for the Prince. His fear. Everything she needed.</w:t>
      </w:r>
    </w:p>
    <w:p>
      <w:r>
        <w:rPr>
          <w:rFonts w:ascii="Garamond" w:hAnsi="Garamond"/>
          <w:b w:val="0"/>
          <w:sz w:val="24"/>
        </w:rPr>
        <w:t>On the saddle, Verad stood still with the stone in his hands and did not cover it.</w:t>
      </w:r>
    </w:p>
    <w:p>
      <w:r>
        <w:rPr>
          <w:rFonts w:ascii="Garamond" w:hAnsi="Garamond"/>
          <w:b w:val="0"/>
          <w:sz w:val="24"/>
        </w:rPr>
        <w:t>He knew what she was doing. Thornbul had shown him the shape of it clearly: this was the play, the dragon, the voice, the offer to save Kato in exchange for the one thing she needed him to give up. He understood it completely and he felt it pulling at him anyway, because Kato was hanging in a dragon’s grip and the offer was real. She could save him. That was the worst part. The voice was not lying about that.</w:t>
      </w:r>
    </w:p>
    <w:p>
      <w:r>
        <w:rPr>
          <w:rFonts w:ascii="Garamond" w:hAnsi="Garamond"/>
          <w:b w:val="0"/>
          <w:sz w:val="24"/>
        </w:rPr>
        <w:t>He thought about his father’s words on the last night he had heard them. Stand up for what you love. Not just the people. The things that make the people worth loving. The light in the world that Hessa would extinguish if she got what she wanted.</w:t>
      </w:r>
    </w:p>
    <w:p>
      <w:r>
        <w:rPr>
          <w:rFonts w:ascii="Garamond" w:hAnsi="Garamond"/>
          <w:b w:val="0"/>
          <w:sz w:val="24"/>
        </w:rPr>
        <w:t>He held the stone and waited and did not look away from it, and the dragon held Kato, and the night held its breath.</w:t>
      </w:r>
    </w:p>
    <w:p>
      <w:r>
        <w:rPr>
          <w:rFonts w:ascii="Garamond" w:hAnsi="Garamond"/>
          <w:sz w:val="24"/>
        </w:rPr>
        <w:br w:type="page"/>
      </w:r>
    </w:p>
    <w:p>
      <w:pPr>
        <w:jc w:val="center"/>
      </w:pPr>
      <w:r>
        <w:rPr>
          <w:rFonts w:ascii="Garamond" w:hAnsi="Garamond"/>
          <w:b/>
          <w:sz w:val="28"/>
        </w:rPr>
        <w:t>Chapter One Hundred Nine</w:t>
      </w:r>
    </w:p>
    <w:p>
      <w:r>
        <w:rPr>
          <w:rFonts w:ascii="Garamond" w:hAnsi="Garamond"/>
          <w:b w:val="0"/>
          <w:sz w:val="24"/>
        </w:rPr>
        <w:t>They flew high and straight, above the dragons, above the weather, above everything happening on the island below.</w:t>
      </w:r>
    </w:p>
    <w:p>
      <w:r>
        <w:rPr>
          <w:rFonts w:ascii="Garamond" w:hAnsi="Garamond"/>
          <w:b w:val="0"/>
          <w:sz w:val="24"/>
        </w:rPr>
        <w:t>Valor’s wing was holding. The cold at altitude was not helping it but he flew without complaint, the injured side making its small compensations, and the Queen clung to Far Wing’s mane and stayed bent low against the wind to conserve what she had left. The healing had taken more than she could spare. Petra watched her and said nothing.</w:t>
      </w:r>
    </w:p>
    <w:p>
      <w:r>
        <w:rPr>
          <w:rFonts w:ascii="Garamond" w:hAnsi="Garamond"/>
          <w:b w:val="0"/>
          <w:sz w:val="24"/>
        </w:rPr>
        <w:t>Below them, dragons moved in the same direction they were moving, group after group, more than either Valor or Far Wing had seen together in all their years on the island. Whatever was drawing them northwest was drawing everything.</w:t>
      </w:r>
    </w:p>
    <w:p>
      <w:r>
        <w:rPr>
          <w:rFonts w:ascii="Garamond" w:hAnsi="Garamond"/>
          <w:b w:val="0"/>
          <w:sz w:val="24"/>
        </w:rPr>
        <w:t>Eros was full and cold in the eastern sky, her borrowed light laying blue shadows across the glaciers of the central range as it came into view ahead of them.</w:t>
      </w:r>
    </w:p>
    <w:p>
      <w:r>
        <w:rPr>
          <w:rFonts w:ascii="Garamond" w:hAnsi="Garamond"/>
          <w:b w:val="0"/>
          <w:sz w:val="24"/>
        </w:rPr>
        <w:t>“She is a thief,” Valor said, following Petra’s gaze. “From the moment she was cast out she has stolen the light of her lover rather than accept it as a gift. Though it is said Otos would give it willingly, she takes it because taking is the only form that doesn’t require her to forgive him.”</w:t>
      </w:r>
    </w:p>
    <w:p>
      <w:r>
        <w:rPr>
          <w:rFonts w:ascii="Garamond" w:hAnsi="Garamond"/>
          <w:b w:val="0"/>
          <w:sz w:val="24"/>
        </w:rPr>
        <w:t>“She changes it,” Petra said. “Makes it her own.”</w:t>
      </w:r>
    </w:p>
    <w:p>
      <w:r>
        <w:rPr>
          <w:rFonts w:ascii="Garamond" w:hAnsi="Garamond"/>
          <w:b w:val="0"/>
          <w:sz w:val="24"/>
        </w:rPr>
        <w:t>“Strength, emotion, and sanctuary,” the Queen said from Far Wing’s back, quietly enough that Petra almost missed it.</w:t>
      </w:r>
    </w:p>
    <w:p>
      <w:r>
        <w:rPr>
          <w:rFonts w:ascii="Garamond" w:hAnsi="Garamond"/>
          <w:b w:val="0"/>
          <w:sz w:val="24"/>
        </w:rPr>
        <w:t>“What’s that?”</w:t>
      </w:r>
    </w:p>
    <w:p>
      <w:r>
        <w:rPr>
          <w:rFonts w:ascii="Garamond" w:hAnsi="Garamond"/>
          <w:b w:val="0"/>
          <w:sz w:val="24"/>
        </w:rPr>
        <w:t>She sat up slightly against the wind. “Otos is the strength of all living things. Eros is the emotion. Estos is the sanctuary, the home the Creator made for his children.” She paused. “When Otos left this world to become the light that guides it, Eros was forced to follow. She never forgave him for making her leave. She steals his light because she cannot stop wanting what she lost, and those of the light feel her love while those of the dark feel the hate she turns it into when she cannot bear it.”</w:t>
      </w:r>
    </w:p>
    <w:p>
      <w:r>
        <w:rPr>
          <w:rFonts w:ascii="Garamond" w:hAnsi="Garamond"/>
          <w:b w:val="0"/>
          <w:sz w:val="24"/>
        </w:rPr>
        <w:t>“She is beautiful tonight,” Petra said, looking at her full face.</w:t>
      </w:r>
    </w:p>
    <w:p>
      <w:r>
        <w:rPr>
          <w:rFonts w:ascii="Garamond" w:hAnsi="Garamond"/>
          <w:b w:val="0"/>
          <w:sz w:val="24"/>
        </w:rPr>
        <w:t>“Beautiful, yes,” the Queen said. “And dangerous for it. Her love is only equaled by her hate, and Atula knows how to use both.”</w:t>
      </w:r>
    </w:p>
    <w:p>
      <w:r>
        <w:rPr>
          <w:rFonts w:ascii="Garamond" w:hAnsi="Garamond"/>
          <w:b w:val="0"/>
          <w:sz w:val="24"/>
        </w:rPr>
        <w:t>Petra looked at Eros and found what he had not looked for before: the sadness written in the scars of her surface, the grief of something that has been carrying the same wound for longer than memory reaches. He had always thought her beautiful and mysterious. He had not thought her lonely.</w:t>
      </w:r>
    </w:p>
    <w:p>
      <w:r>
        <w:rPr>
          <w:rFonts w:ascii="Garamond" w:hAnsi="Garamond"/>
          <w:b w:val="0"/>
          <w:sz w:val="24"/>
        </w:rPr>
        <w:t>His people had their own stories about her. The power to move oceans. The power to bind hearts together past the point of reason. Those stories were true as far as they went, but they left out the cost of that much feeling with nowhere to put it.</w:t>
      </w:r>
    </w:p>
    <w:p>
      <w:r>
        <w:rPr>
          <w:rFonts w:ascii="Garamond" w:hAnsi="Garamond"/>
          <w:b w:val="0"/>
          <w:sz w:val="24"/>
        </w:rPr>
        <w:t>He thought about Verad and the elf girl. He thought about Valor beside him, and Far Wing ahead, and the Queen bending into the wind on a body that had given more than it had.</w:t>
      </w:r>
    </w:p>
    <w:p>
      <w:r>
        <w:rPr>
          <w:rFonts w:ascii="Garamond" w:hAnsi="Garamond"/>
          <w:b w:val="0"/>
          <w:sz w:val="24"/>
        </w:rPr>
        <w:t>“We will find him,” Valor said, reading the silence. “I promise you that.”</w:t>
      </w:r>
    </w:p>
    <w:p>
      <w:r>
        <w:rPr>
          <w:rFonts w:ascii="Garamond" w:hAnsi="Garamond"/>
          <w:b w:val="0"/>
          <w:sz w:val="24"/>
        </w:rPr>
        <w:t>“I know,” Petra said. He stroked the neck beneath him. “You are part of me. I could not do any of this without you.”</w:t>
      </w:r>
    </w:p>
    <w:p>
      <w:r>
        <w:rPr>
          <w:rFonts w:ascii="Garamond" w:hAnsi="Garamond"/>
          <w:b w:val="0"/>
          <w:sz w:val="24"/>
        </w:rPr>
        <w:t>“As you demonstrated at the den,” Valor said, “when you left the stars in your pouch and pulled me through a hole with one arm.”</w:t>
      </w:r>
    </w:p>
    <w:p>
      <w:r>
        <w:rPr>
          <w:rFonts w:ascii="Garamond" w:hAnsi="Garamond"/>
          <w:b w:val="0"/>
          <w:sz w:val="24"/>
        </w:rPr>
        <w:t>“I froze,” Petra said.</w:t>
      </w:r>
    </w:p>
    <w:p>
      <w:r>
        <w:rPr>
          <w:rFonts w:ascii="Garamond" w:hAnsi="Garamond"/>
          <w:b w:val="0"/>
          <w:sz w:val="24"/>
        </w:rPr>
        <w:t>“You did,” Valor agreed. “I only mention it so that when the moment comes again, you will remember where they are.”</w:t>
      </w:r>
    </w:p>
    <w:p>
      <w:r>
        <w:rPr>
          <w:rFonts w:ascii="Garamond" w:hAnsi="Garamond"/>
          <w:b w:val="0"/>
          <w:sz w:val="24"/>
        </w:rPr>
        <w:t>“If it comes down to you or the prophecy,” Petra said, “I don’t know that I could do it.”</w:t>
      </w:r>
    </w:p>
    <w:p>
      <w:r>
        <w:rPr>
          <w:rFonts w:ascii="Garamond" w:hAnsi="Garamond"/>
          <w:b w:val="0"/>
          <w:sz w:val="24"/>
        </w:rPr>
        <w:t>“You are Sabel-Tor,” Valor said. “When the time comes you will know it. And you will do what needs doing.” The certainty in it was not performance. It was simply what Valor believed. “I trust you. I have always trusted you.”</w:t>
      </w:r>
    </w:p>
    <w:p>
      <w:r>
        <w:rPr>
          <w:rFonts w:ascii="Garamond" w:hAnsi="Garamond"/>
          <w:b w:val="0"/>
          <w:sz w:val="24"/>
        </w:rPr>
        <w:t>“I won’t let you down,” Petra said. “Not this time.”</w:t>
      </w:r>
    </w:p>
    <w:p>
      <w:r>
        <w:rPr>
          <w:rFonts w:ascii="Garamond" w:hAnsi="Garamond"/>
          <w:b w:val="0"/>
          <w:sz w:val="24"/>
        </w:rPr>
        <w:t>The mountains grew ahead of them and the dragons below grew thicker and the night moved toward whatever it was moving toward, and they flew on.</w:t>
      </w:r>
    </w:p>
    <w:p>
      <w:r>
        <w:rPr>
          <w:rFonts w:ascii="Garamond" w:hAnsi="Garamond"/>
          <w:sz w:val="24"/>
        </w:rPr>
        <w:br w:type="page"/>
      </w:r>
    </w:p>
    <w:p>
      <w:pPr>
        <w:jc w:val="center"/>
      </w:pPr>
      <w:r>
        <w:rPr>
          <w:rFonts w:ascii="Garamond" w:hAnsi="Garamond"/>
          <w:b/>
          <w:sz w:val="28"/>
        </w:rPr>
        <w:t>Chapter One Hundred Ten</w:t>
      </w:r>
    </w:p>
    <w:p>
      <w:r>
        <w:rPr>
          <w:rFonts w:ascii="Garamond" w:hAnsi="Garamond"/>
          <w:b w:val="0"/>
          <w:sz w:val="24"/>
        </w:rPr>
        <w:t>They came around the last bend and Pico saw the light.</w:t>
      </w:r>
    </w:p>
    <w:p>
      <w:r>
        <w:rPr>
          <w:rFonts w:ascii="Garamond" w:hAnsi="Garamond"/>
          <w:b w:val="0"/>
          <w:sz w:val="24"/>
        </w:rPr>
        <w:t>Gold, not the cold blue of a dragon star. Coming from the southern face of the mountain, steady enough to cast shadows. The dragons between them and it were not interested in three fliers. They had somewhere to be and something to wait for and the small creatures moving through their midst were beneath notice. Pico kept close to Sabel and let Rothallan pick the route and did not think about what it meant to be flying through ten thousand dragons toward a light she could not yet explain.</w:t>
      </w:r>
    </w:p>
    <w:p>
      <w:r>
        <w:rPr>
          <w:rFonts w:ascii="Garamond" w:hAnsi="Garamond"/>
          <w:b w:val="0"/>
          <w:sz w:val="24"/>
        </w:rPr>
        <w:t>Then they cleared the last ridge and she could see the saddle.</w:t>
      </w:r>
    </w:p>
    <w:p>
      <w:r>
        <w:rPr>
          <w:rFonts w:ascii="Garamond" w:hAnsi="Garamond"/>
          <w:b w:val="0"/>
          <w:sz w:val="24"/>
        </w:rPr>
        <w:t>The dragon had Kato by the roots of his changed form, holding him aloft with the four main vines hanging loose, and Verad stood twenty feet away with the golden stone burning in his open hands and did not seem to see any of it.</w:t>
      </w:r>
    </w:p>
    <w:p>
      <w:r>
        <w:rPr>
          <w:rFonts w:ascii="Garamond" w:hAnsi="Garamond"/>
          <w:b w:val="0"/>
          <w:sz w:val="24"/>
        </w:rPr>
        <w:t>She cried out before she could stop herself.</w:t>
      </w:r>
    </w:p>
    <w:p>
      <w:r>
        <w:rPr>
          <w:rFonts w:ascii="Garamond" w:hAnsi="Garamond"/>
          <w:b w:val="0"/>
          <w:sz w:val="24"/>
        </w:rPr>
        <w:t>“Verad! Kato!”</w:t>
      </w:r>
    </w:p>
    <w:p>
      <w:r>
        <w:rPr>
          <w:rFonts w:ascii="Garamond" w:hAnsi="Garamond"/>
          <w:sz w:val="24"/>
        </w:rPr>
        <w:br w:type="page"/>
      </w:r>
    </w:p>
    <w:p>
      <w:pPr>
        <w:jc w:val="center"/>
      </w:pPr>
      <w:r>
        <w:rPr>
          <w:rFonts w:ascii="Garamond" w:hAnsi="Garamond"/>
          <w:b/>
          <w:sz w:val="28"/>
        </w:rPr>
        <w:t>Chapter One Hundred Eleven</w:t>
      </w:r>
    </w:p>
    <w:p>
      <w:r>
        <w:rPr>
          <w:rFonts w:ascii="Garamond" w:hAnsi="Garamond"/>
          <w:b w:val="0"/>
          <w:sz w:val="24"/>
        </w:rPr>
        <w:t>Her voice broke him open.</w:t>
      </w:r>
    </w:p>
    <w:p>
      <w:r>
        <w:rPr>
          <w:rFonts w:ascii="Garamond" w:hAnsi="Garamond"/>
          <w:b w:val="0"/>
          <w:sz w:val="24"/>
        </w:rPr>
        <w:t>Not the words. Just her voice, real and close and alive, where he had not dared to believe she would be. Everything he had been holding back since the tunnels came through at once, every door he had built to keep himself functional crashing down together, and what poured through them was not fear or grief but love, enormous and uncontrolled and completely visible to anyone with the ability to feel it.</w:t>
      </w:r>
    </w:p>
    <w:p>
      <w:r>
        <w:rPr>
          <w:rFonts w:ascii="Garamond" w:hAnsi="Garamond"/>
          <w:b w:val="0"/>
          <w:sz w:val="24"/>
        </w:rPr>
        <w:t>The stone dropped slightly. The sleeve of the Queen’s cloak fell across its face.</w:t>
      </w:r>
    </w:p>
    <w:p>
      <w:r>
        <w:rPr>
          <w:rFonts w:ascii="Garamond" w:hAnsi="Garamond"/>
          <w:b w:val="0"/>
          <w:sz w:val="24"/>
        </w:rPr>
        <w:t>“Pico,” he said aloud, still unable to see her. “Where are you?”</w:t>
      </w:r>
    </w:p>
    <w:p>
      <w:r>
        <w:rPr>
          <w:rFonts w:ascii="Garamond" w:hAnsi="Garamond"/>
          <w:b w:val="0"/>
          <w:sz w:val="24"/>
        </w:rPr>
        <w:t>“Use the dragon star,” she called back, her voice carrying the particular quality it had when she pushed strength through it. “I am here. Use the star to save Kato.” She either could not see what he was holding or could not stop to think about it. Kato was in the dragon’s grip and the dragon star was the only tool she knew.</w:t>
      </w:r>
    </w:p>
    <w:p>
      <w:r>
        <w:rPr>
          <w:rFonts w:ascii="Garamond" w:hAnsi="Garamond"/>
          <w:b w:val="0"/>
          <w:sz w:val="24"/>
        </w:rPr>
        <w:t>Her own control broke in the same moment his did. It came back the other direction through the air between them, Pico’s emotions answering his with the same totality, and there was nothing measured or cautious about any of it.</w:t>
      </w:r>
    </w:p>
    <w:p>
      <w:r>
        <w:rPr>
          <w:rFonts w:ascii="Garamond" w:hAnsi="Garamond"/>
          <w:b w:val="0"/>
          <w:sz w:val="24"/>
        </w:rPr>
        <w:t>The King felt it from Galathia’s back and went very still.</w:t>
      </w:r>
    </w:p>
    <w:p>
      <w:r>
        <w:rPr>
          <w:rFonts w:ascii="Garamond" w:hAnsi="Garamond"/>
          <w:b w:val="0"/>
          <w:sz w:val="24"/>
        </w:rPr>
        <w:t>He had not seen this coming. He had worried about many things on this island, catalogued many dangers, turned over many contingencies in his mind during the long hours of waiting and flying. He had not considered this one. His daughter was in love with the human boy, completely and without reservation, and the boy was in love with her the same way, and the feeling of it moving through the night air between them was not small or tentative or something that could be managed later.</w:t>
      </w:r>
    </w:p>
    <w:p>
      <w:r>
        <w:rPr>
          <w:rFonts w:ascii="Garamond" w:hAnsi="Garamond"/>
          <w:b w:val="0"/>
          <w:sz w:val="24"/>
        </w:rPr>
        <w:t>He did not know how it could happen. He knew that it had.</w:t>
      </w:r>
    </w:p>
    <w:p>
      <w:r>
        <w:rPr>
          <w:rFonts w:ascii="Garamond" w:hAnsi="Garamond"/>
          <w:sz w:val="24"/>
        </w:rPr>
        <w:br w:type="page"/>
      </w:r>
    </w:p>
    <w:p>
      <w:pPr>
        <w:jc w:val="center"/>
      </w:pPr>
      <w:r>
        <w:rPr>
          <w:rFonts w:ascii="Garamond" w:hAnsi="Garamond"/>
          <w:b/>
          <w:sz w:val="28"/>
        </w:rPr>
        <w:t>Chapter One Hundred Twelve</w:t>
      </w:r>
    </w:p>
    <w:p>
      <w:pPr>
        <w:jc w:val="center"/>
        <w:spacing w:before="120" w:after="120"/>
      </w:pPr>
      <w:r>
        <w:rPr>
          <w:rFonts w:ascii="Garamond" w:hAnsi="Garamond"/>
          <w:sz w:val="24"/>
        </w:rPr>
        <w:t>* * *</w:t>
      </w:r>
    </w:p>
    <w:p>
      <w:pPr>
        <w:jc w:val="center"/>
        <w:spacing w:before="120" w:after="120"/>
      </w:pPr>
      <w:r>
        <w:rPr>
          <w:rFonts w:ascii="Garamond" w:hAnsi="Garamond"/>
          <w:sz w:val="24"/>
        </w:rPr>
        <w:t>* * *</w:t>
      </w:r>
    </w:p>
    <w:p>
      <w:r>
        <w:rPr>
          <w:rFonts w:ascii="Garamond" w:hAnsi="Garamond"/>
          <w:b w:val="0"/>
          <w:sz w:val="24"/>
        </w:rPr>
        <w:t>The link with Thornbul was weakened and Hessa moved.</w:t>
      </w:r>
    </w:p>
    <w:p>
      <w:r>
        <w:rPr>
          <w:rFonts w:ascii="Garamond" w:hAnsi="Garamond"/>
          <w:b w:val="0"/>
          <w:sz w:val="24"/>
        </w:rPr>
        <w:t>The boy was in love with an elf. The Princess of Alteria. She had seen stranger things in six thousand years but not many, and right now it did not matter because it had given her exactly what she needed. She seized the weakened link and pushed through before Thornbul could close it.</w:t>
      </w:r>
    </w:p>
    <w:p>
      <w:r>
        <w:rPr>
          <w:rFonts w:ascii="Garamond" w:hAnsi="Garamond"/>
          <w:b w:val="0"/>
          <w:sz w:val="24"/>
        </w:rPr>
        <w:t>“Yes, Verad. Use the dragon star. Put this one away and use the dragon stars to save the Prince. Quickly, while you still can.”</w:t>
      </w:r>
    </w:p>
    <w:p>
      <w:r>
        <w:rPr>
          <w:rFonts w:ascii="Garamond" w:hAnsi="Garamond"/>
          <w:b w:val="0"/>
          <w:sz w:val="24"/>
        </w:rPr>
        <w:t>His hand dropped toward the pouch.</w:t>
      </w:r>
    </w:p>
    <w:p>
      <w:r>
        <w:rPr>
          <w:rFonts w:ascii="Garamond" w:hAnsi="Garamond"/>
          <w:b w:val="0"/>
          <w:sz w:val="24"/>
        </w:rPr>
        <w:t>The dragons understood what she was doing in the same instant. She had never intended to free them, not in the numbers they imagined, and they had just watched her prove it. The cry that broke from them was not aimed at the boy. It was aimed at her, and it carried six thousand years of waiting and the particular fury of creatures who have just realized they have been used.</w:t>
      </w:r>
    </w:p>
    <w:p>
      <w:r>
        <w:rPr>
          <w:rFonts w:ascii="Garamond" w:hAnsi="Garamond"/>
          <w:b w:val="0"/>
          <w:sz w:val="24"/>
        </w:rPr>
        <w:t>Hessa stepped out of the den in a flash of blue and crossed the saddle toward Verad. She would let him take whatever dragons the star captured. She had never needed all of them. She needed him, and love had delivered him to her more cleanly than anything she could have planned.</w:t>
      </w:r>
    </w:p>
    <w:p>
      <w:r>
        <w:rPr>
          <w:rFonts w:ascii="Garamond" w:hAnsi="Garamond"/>
          <w:b w:val="0"/>
          <w:sz w:val="24"/>
        </w:rPr>
        <w:t>She stopped in front of him as his hand reached the pouch.</w:t>
      </w:r>
    </w:p>
    <w:p>
      <w:r>
        <w:rPr>
          <w:rFonts w:ascii="Garamond" w:hAnsi="Garamond"/>
          <w:b w:val="0"/>
          <w:sz w:val="24"/>
        </w:rPr>
        <w:t>Jolano heard the cry from the antechamber and felt the floor shake beneath him.</w:t>
      </w:r>
    </w:p>
    <w:p>
      <w:r>
        <w:rPr>
          <w:rFonts w:ascii="Garamond" w:hAnsi="Garamond"/>
          <w:b w:val="0"/>
          <w:sz w:val="24"/>
        </w:rPr>
        <w:t>His warriors dropped flat. He stayed on his feet and moved to the opening and looked across the saddle as a flash of blue light resolved into a human-shaped figure, and in the same moment the dragon holding the Prince opened its jaws and threw Kato aside and struck at the boy.</w:t>
      </w:r>
    </w:p>
    <w:p>
      <w:r>
        <w:rPr>
          <w:rFonts w:ascii="Garamond" w:hAnsi="Garamond"/>
          <w:b w:val="0"/>
          <w:sz w:val="24"/>
        </w:rPr>
        <w:t>Sabel dropped without slowing.</w:t>
      </w:r>
    </w:p>
    <w:p>
      <w:r>
        <w:rPr>
          <w:rFonts w:ascii="Garamond" w:hAnsi="Garamond"/>
          <w:b w:val="0"/>
          <w:sz w:val="24"/>
        </w:rPr>
        <w:t>The dragon’s cry meant nothing to him. He had one thought and it had nothing to do with dragons. He came down fast onto the saddle between the dragon’s front feet and the boy, and before the hooves had touched grass Terrell was already off his back.</w:t>
      </w:r>
    </w:p>
    <w:p>
      <w:r>
        <w:rPr>
          <w:rFonts w:ascii="Garamond" w:hAnsi="Garamond"/>
          <w:b w:val="0"/>
          <w:sz w:val="24"/>
        </w:rPr>
        <w:t>The Captain moved like a man who had made his decision somewhere in the air. He hit Verad full in the ribs with a tackle that had no hesitation in it, taking both of them sideways and down, and the dragon’s jaws closed on the space where the boy had been a half-second before. The golden stone flew from Verad’s hand as his arms went wide.</w:t>
      </w:r>
    </w:p>
    <w:p>
      <w:r>
        <w:rPr>
          <w:rFonts w:ascii="Garamond" w:hAnsi="Garamond"/>
          <w:b w:val="0"/>
          <w:sz w:val="24"/>
        </w:rPr>
        <w:t>It rolled free across the grass and came to rest in the open.</w:t>
      </w:r>
    </w:p>
    <w:p>
      <w:r>
        <w:rPr>
          <w:rFonts w:ascii="Garamond" w:hAnsi="Garamond"/>
          <w:b w:val="0"/>
          <w:sz w:val="24"/>
        </w:rPr>
        <w:t>Hessa froze.</w:t>
      </w:r>
    </w:p>
    <w:p>
      <w:r>
        <w:rPr>
          <w:rFonts w:ascii="Garamond" w:hAnsi="Garamond"/>
          <w:b w:val="0"/>
          <w:sz w:val="24"/>
        </w:rPr>
        <w:t>She had forgotten about Terrell. Her focus on the boy had pushed the Captain entirely from her mind. She had cleared his fever and set him moving and then stopped thinking about him, and she had not released him from the compulsion she had given him months ago on the ship: find the star and bring it to her. He had done exactly that. He had done it by accident, running on old instructions she had forgotten to cancel, and the stone was lying uncovered in the grass in front of her and Terrell was already rolling toward it.</w:t>
      </w:r>
    </w:p>
    <w:p>
      <w:r>
        <w:rPr>
          <w:rFonts w:ascii="Garamond" w:hAnsi="Garamond"/>
          <w:sz w:val="24"/>
        </w:rPr>
        <w:br w:type="page"/>
      </w:r>
    </w:p>
    <w:p>
      <w:pPr>
        <w:jc w:val="center"/>
      </w:pPr>
      <w:r>
        <w:rPr>
          <w:rFonts w:ascii="Garamond" w:hAnsi="Garamond"/>
          <w:b/>
          <w:sz w:val="28"/>
        </w:rPr>
        <w:t>Chapter One Hundred Thirteen</w:t>
      </w:r>
    </w:p>
    <w:p>
      <w:r>
        <w:rPr>
          <w:rFonts w:ascii="Garamond" w:hAnsi="Garamond"/>
          <w:b w:val="0"/>
          <w:sz w:val="24"/>
        </w:rPr>
        <w:t>Terrell finished his roll on his knees in front of Hessa and held the golden stone up in both hands.</w:t>
      </w:r>
    </w:p>
    <w:p>
      <w:r>
        <w:rPr>
          <w:rFonts w:ascii="Garamond" w:hAnsi="Garamond"/>
          <w:b w:val="0"/>
          <w:sz w:val="24"/>
        </w:rPr>
        <w:t>“For you, my Queen,” he said.</w:t>
      </w:r>
    </w:p>
    <w:p>
      <w:r>
        <w:rPr>
          <w:rFonts w:ascii="Garamond" w:hAnsi="Garamond"/>
          <w:b w:val="0"/>
          <w:sz w:val="24"/>
        </w:rPr>
        <w:t>The stone blazed.</w:t>
      </w:r>
    </w:p>
    <w:p>
      <w:r>
        <w:rPr>
          <w:rFonts w:ascii="Garamond" w:hAnsi="Garamond"/>
          <w:b w:val="0"/>
          <w:sz w:val="24"/>
        </w:rPr>
        <w:t>Not at Terrell. Through him, past him, directly at Hessa, the light finding her the way it had been made to find her, crossing the distance between them in the same instant it ignited. The blue fire she had carried for six thousand years rose around her in answer and the two lights pressed against each other, gold and blue, and neither gave ground.</w:t>
      </w:r>
    </w:p>
    <w:p>
      <w:r>
        <w:rPr>
          <w:rFonts w:ascii="Garamond" w:hAnsi="Garamond"/>
          <w:b w:val="0"/>
          <w:sz w:val="24"/>
        </w:rPr>
        <w:t>Verad scrambled across the grass to Kato.</w:t>
      </w:r>
    </w:p>
    <w:p>
      <w:r>
        <w:rPr>
          <w:rFonts w:ascii="Garamond" w:hAnsi="Garamond"/>
          <w:b w:val="0"/>
          <w:sz w:val="24"/>
        </w:rPr>
        <w:t>His friend was down, the changed form collapsed and pale, the roots still. Verad got his hands on him and looked back at the column of light where Hessa stood, and understood that it was working, that Thornbul had found her, that the trap was doing what Thornbul had given his life for it to do.</w:t>
      </w:r>
    </w:p>
    <w:p>
      <w:r>
        <w:rPr>
          <w:rFonts w:ascii="Garamond" w:hAnsi="Garamond"/>
          <w:b w:val="0"/>
          <w:sz w:val="24"/>
        </w:rPr>
        <w:t>“The dragon stars.” Kato’s thought came through barely, a thread along a connection almost gone. “Verad. Use them. Now.”</w:t>
      </w:r>
    </w:p>
    <w:p>
      <w:r>
        <w:rPr>
          <w:rFonts w:ascii="Garamond" w:hAnsi="Garamond"/>
          <w:b w:val="0"/>
          <w:sz w:val="24"/>
        </w:rPr>
        <w:t>Verad reached into the pouch and pulled both stones at once and raised them toward the sky.</w:t>
      </w:r>
    </w:p>
    <w:p>
      <w:r>
        <w:rPr>
          <w:rFonts w:ascii="Garamond" w:hAnsi="Garamond"/>
          <w:b w:val="0"/>
          <w:sz w:val="24"/>
        </w:rPr>
        <w:t>Nothing happened.</w:t>
      </w:r>
    </w:p>
    <w:p>
      <w:r>
        <w:rPr>
          <w:rFonts w:ascii="Garamond" w:hAnsi="Garamond"/>
          <w:b w:val="0"/>
          <w:sz w:val="24"/>
        </w:rPr>
        <w:t>One stone canceling the other. He stood there with both arms up and the dragons above him turning from their scattered chases, reacquiring him, the nearest one already bending its neck, and he could not think what he was doing wrong.</w:t>
      </w:r>
    </w:p>
    <w:p>
      <w:r>
        <w:rPr>
          <w:rFonts w:ascii="Garamond" w:hAnsi="Garamond"/>
          <w:sz w:val="24"/>
        </w:rPr>
        <w:br w:type="page"/>
      </w:r>
    </w:p>
    <w:p>
      <w:pPr>
        <w:jc w:val="center"/>
      </w:pPr>
      <w:r>
        <w:rPr>
          <w:rFonts w:ascii="Garamond" w:hAnsi="Garamond"/>
          <w:b/>
          <w:sz w:val="28"/>
        </w:rPr>
        <w:t>Chapter One Hundred Fourteen</w:t>
      </w:r>
    </w:p>
    <w:p>
      <w:r>
        <w:rPr>
          <w:rFonts w:ascii="Garamond" w:hAnsi="Garamond"/>
          <w:b w:val="0"/>
          <w:sz w:val="24"/>
        </w:rPr>
        <w:t>Jolano watched from the tunnel mouth fifty feet away and could do nothing.</w:t>
      </w:r>
    </w:p>
    <w:p>
      <w:r>
        <w:rPr>
          <w:rFonts w:ascii="Garamond" w:hAnsi="Garamond"/>
          <w:b w:val="0"/>
          <w:sz w:val="24"/>
        </w:rPr>
        <w:t>The golden light was winning against the blue. He could see it from here, the slow compression of Hessa’s fire as Thornbul’s stone pressed in on it. And he could see Verad standing over the Prince with both arms raised and both dragon stars in his hands and nothing happening, the stones canceling each other, and the nearest dragon already turning back from its chase of the fliers with its neck beginning to bend toward the boy.</w:t>
      </w:r>
    </w:p>
    <w:p>
      <w:r>
        <w:rPr>
          <w:rFonts w:ascii="Garamond" w:hAnsi="Garamond"/>
          <w:b w:val="0"/>
          <w:sz w:val="24"/>
        </w:rPr>
        <w:t>Kato was near death. Jolano could see that too. The changed form on the grass had gone very still, the light in it almost gone, and yet something was moving. A single vine, the last deliberate act of someone spending what little remained with complete intention, reaching up from the ground toward Verad’s raised hand.</w:t>
      </w:r>
    </w:p>
    <w:p>
      <w:r>
        <w:rPr>
          <w:rFonts w:ascii="Garamond" w:hAnsi="Garamond"/>
          <w:b w:val="0"/>
          <w:sz w:val="24"/>
        </w:rPr>
        <w:t>Kato pulled one of Verad’s hands down to his trunk.</w:t>
      </w:r>
    </w:p>
    <w:p>
      <w:r>
        <w:rPr>
          <w:rFonts w:ascii="Garamond" w:hAnsi="Garamond"/>
          <w:b w:val="0"/>
          <w:sz w:val="24"/>
        </w:rPr>
        <w:t>Verad let it go. The stone touched Kato’s bark and the sleeve of the Queen’s cloak fell across it, and the dragon above them vanished.</w:t>
      </w:r>
    </w:p>
    <w:p>
      <w:r>
        <w:rPr>
          <w:rFonts w:ascii="Garamond" w:hAnsi="Garamond"/>
          <w:b w:val="0"/>
          <w:sz w:val="24"/>
        </w:rPr>
        <w:t>Not fled. Gone. Between one breath and the next, taken into the stone Verad held, and Verad felt the passing of it, the gate opening and closing, the world on the other side of the gate glimpsed for a fraction of a second before the stone sealed itself and reached for the next one.</w:t>
      </w:r>
    </w:p>
    <w:p>
      <w:r>
        <w:rPr>
          <w:rFonts w:ascii="Garamond" w:hAnsi="Garamond"/>
          <w:b w:val="0"/>
          <w:sz w:val="24"/>
        </w:rPr>
        <w:t>It did not wait for him after that. The star took over, reaching out across the saddle and into the sky with the particular hunger of something that has been waiting a very long time to do what it was made to do. The dragons felt it and turned toward it, and Jolano watched them come down out of the sky in streams, diving toward the boy and the light he held, and disappearing one by one into it.</w:t>
      </w:r>
    </w:p>
    <w:p>
      <w:r>
        <w:rPr>
          <w:rFonts w:ascii="Garamond" w:hAnsi="Garamond"/>
          <w:b w:val="0"/>
          <w:sz w:val="24"/>
        </w:rPr>
        <w:t>The sky above the saddle began to open.</w:t>
      </w:r>
    </w:p>
    <w:p>
      <w:r>
        <w:rPr>
          <w:rFonts w:ascii="Garamond" w:hAnsi="Garamond"/>
          <w:sz w:val="24"/>
        </w:rPr>
        <w:br w:type="page"/>
      </w:r>
    </w:p>
    <w:p>
      <w:pPr>
        <w:jc w:val="center"/>
      </w:pPr>
      <w:r>
        <w:rPr>
          <w:rFonts w:ascii="Garamond" w:hAnsi="Garamond"/>
          <w:b/>
          <w:sz w:val="28"/>
        </w:rPr>
        <w:t>Chapter One Hundred Fifteen</w:t>
      </w:r>
    </w:p>
    <w:p>
      <w:pPr>
        <w:jc w:val="center"/>
        <w:spacing w:before="120" w:after="120"/>
      </w:pPr>
      <w:r>
        <w:rPr>
          <w:rFonts w:ascii="Garamond" w:hAnsi="Garamond"/>
          <w:sz w:val="24"/>
        </w:rPr>
        <w:t>* * *</w:t>
      </w:r>
    </w:p>
    <w:p>
      <w:r>
        <w:rPr>
          <w:rFonts w:ascii="Garamond" w:hAnsi="Garamond"/>
          <w:b w:val="0"/>
          <w:sz w:val="24"/>
        </w:rPr>
        <w:t>Pico watched the dragon that had been chasing her stop in midair and plunge toward the boy.</w:t>
      </w:r>
    </w:p>
    <w:p>
      <w:r>
        <w:rPr>
          <w:rFonts w:ascii="Garamond" w:hAnsi="Garamond"/>
          <w:b w:val="0"/>
          <w:sz w:val="24"/>
        </w:rPr>
        <w:t>It did not reach him. It disappeared into the light he held before its jaws could close, and then the next one came, and the next, and the sky above the saddle began emptying from the bottom up as thousands of dragons dove toward the stone and vanished into it one by one. The cries they made were not of anger. They were of compulsion, the sound of something being pulled against its will toward something it cannot resist.</w:t>
      </w:r>
    </w:p>
    <w:p>
      <w:r>
        <w:rPr>
          <w:rFonts w:ascii="Garamond" w:hAnsi="Garamond"/>
          <w:b w:val="0"/>
          <w:sz w:val="24"/>
        </w:rPr>
        <w:t>Galathia was climbing hard through diving bodies, weaving between dragons that had no interest in her anymore, and from up here the view was extraordinary. The sky clearing. The saddle below lit gold. The boy at the center of it, still and small, holding the light that was taking everything.</w:t>
      </w:r>
    </w:p>
    <w:p>
      <w:r>
        <w:rPr>
          <w:rFonts w:ascii="Garamond" w:hAnsi="Garamond"/>
          <w:b w:val="0"/>
          <w:sz w:val="24"/>
        </w:rPr>
        <w:t>“It worked,” Pico said, to no one in particular. “It worked.”</w:t>
      </w:r>
    </w:p>
    <w:p>
      <w:r>
        <w:rPr>
          <w:rFonts w:ascii="Garamond" w:hAnsi="Garamond"/>
          <w:b w:val="0"/>
          <w:sz w:val="24"/>
        </w:rPr>
        <w:t>Brunow stepped onto the ledge outside the cave entrance as the blue light flared to the north.</w:t>
      </w:r>
    </w:p>
    <w:p>
      <w:r>
        <w:rPr>
          <w:rFonts w:ascii="Garamond" w:hAnsi="Garamond"/>
          <w:b w:val="0"/>
          <w:sz w:val="24"/>
        </w:rPr>
        <w:t>The thunder came a moment later, rolling across the mountains and down into the valley, and he stood on the ledge with the blue star in his hand and looked at the sky and understood what was happening. He raised the star above his head.</w:t>
      </w:r>
    </w:p>
    <w:p>
      <w:r>
        <w:rPr>
          <w:rFonts w:ascii="Garamond" w:hAnsi="Garamond"/>
          <w:b w:val="0"/>
          <w:sz w:val="24"/>
        </w:rPr>
        <w:t>The dragons within its range answered immediately. He stood there in the dark on the side of the mountain and let them come, and the blue light took them, and the sound of the island changed again.</w:t>
      </w:r>
    </w:p>
    <w:p>
      <w:r>
        <w:rPr>
          <w:rFonts w:ascii="Garamond" w:hAnsi="Garamond"/>
          <w:sz w:val="24"/>
        </w:rPr>
        <w:br w:type="page"/>
      </w:r>
    </w:p>
    <w:p>
      <w:pPr>
        <w:jc w:val="center"/>
      </w:pPr>
      <w:r>
        <w:rPr>
          <w:rFonts w:ascii="Garamond" w:hAnsi="Garamond"/>
          <w:b/>
          <w:sz w:val="28"/>
        </w:rPr>
        <w:t>Chapter One Hundred Sixteen</w:t>
      </w:r>
    </w:p>
    <w:p>
      <w:r>
        <w:rPr>
          <w:rFonts w:ascii="Garamond" w:hAnsi="Garamond"/>
          <w:b w:val="0"/>
          <w:sz w:val="24"/>
        </w:rPr>
        <w:t>Petra saw the first flash from the mountains ahead and understood they were too late.</w:t>
      </w:r>
    </w:p>
    <w:p>
      <w:r>
        <w:rPr>
          <w:rFonts w:ascii="Garamond" w:hAnsi="Garamond"/>
          <w:b w:val="0"/>
          <w:sz w:val="24"/>
        </w:rPr>
        <w:t>Not to help. Too late to be there before it happened. The red light rose from the northern peaks and the Queen sat up straight on Far Wing’s back and said “It is them” before he could speak, and the certainty in her voice settled it.</w:t>
      </w:r>
    </w:p>
    <w:p>
      <w:r>
        <w:rPr>
          <w:rFonts w:ascii="Garamond" w:hAnsi="Garamond"/>
          <w:b w:val="0"/>
          <w:sz w:val="24"/>
        </w:rPr>
        <w:t>Then the blue flash to the southwest.</w:t>
      </w:r>
    </w:p>
    <w:p>
      <w:r>
        <w:rPr>
          <w:rFonts w:ascii="Garamond" w:hAnsi="Garamond"/>
          <w:b w:val="0"/>
          <w:sz w:val="24"/>
        </w:rPr>
        <w:t>“What was that?” Petra said, and the sound from the first explosion reached them before she could answer. It came as wind first, a wall of it hitting the fliers broadside, and Valor and Far Wing both turned instinctively to take it on their tails rather than their wings. The wind carried them east, away from where they needed to be, and before they had corrected the second wave arrived from the southwest and pushed them further.</w:t>
      </w:r>
    </w:p>
    <w:p>
      <w:r>
        <w:rPr>
          <w:rFonts w:ascii="Garamond" w:hAnsi="Garamond"/>
          <w:b w:val="0"/>
          <w:sz w:val="24"/>
        </w:rPr>
        <w:t>Below them, the remaining dragons were doing the same thing, tails into the wind, riding it out. Even the great beasts had no choice about the direction they were going.</w:t>
      </w:r>
    </w:p>
    <w:p>
      <w:r>
        <w:rPr>
          <w:rFonts w:ascii="Garamond" w:hAnsi="Garamond"/>
          <w:b w:val="0"/>
          <w:sz w:val="24"/>
        </w:rPr>
        <w:t>“They are alive,” the Queen said, fighting to stay upright on Far Wing’s back. “Both of those came from the stars. The red is Verad’s. The blue is the cave.”</w:t>
      </w:r>
    </w:p>
    <w:p>
      <w:r>
        <w:rPr>
          <w:rFonts w:ascii="Garamond" w:hAnsi="Garamond"/>
          <w:b w:val="0"/>
          <w:sz w:val="24"/>
        </w:rPr>
        <w:t>Petra looked at the stars in his pouch and then at the mountains ahead, still lit faintly from the afterglow of both explosions, and felt the weight of arriving after the fact pressing against the urgency of still needing to be there.</w:t>
      </w:r>
    </w:p>
    <w:p>
      <w:r>
        <w:rPr>
          <w:rFonts w:ascii="Garamond" w:hAnsi="Garamond"/>
          <w:b w:val="0"/>
          <w:sz w:val="24"/>
        </w:rPr>
        <w:t>“Then we keep going,” he said.</w:t>
      </w:r>
    </w:p>
    <w:p>
      <w:r>
        <w:rPr>
          <w:rFonts w:ascii="Garamond" w:hAnsi="Garamond"/>
          <w:b w:val="0"/>
          <w:sz w:val="24"/>
        </w:rPr>
        <w:t>“We keep going,” Valor agreed, and leaned into the dying wind.</w:t>
      </w:r>
    </w:p>
    <w:p>
      <w:r>
        <w:rPr>
          <w:rFonts w:ascii="Garamond" w:hAnsi="Garamond"/>
          <w:sz w:val="24"/>
        </w:rPr>
        <w:br w:type="page"/>
      </w:r>
    </w:p>
    <w:p>
      <w:pPr>
        <w:jc w:val="center"/>
      </w:pPr>
      <w:r>
        <w:rPr>
          <w:rFonts w:ascii="Garamond" w:hAnsi="Garamond"/>
          <w:b/>
          <w:sz w:val="28"/>
        </w:rPr>
        <w:t>Chapter One Hundred Seventeen</w:t>
      </w:r>
    </w:p>
    <w:p>
      <w:r>
        <w:rPr>
          <w:rFonts w:ascii="Garamond" w:hAnsi="Garamond"/>
          <w:b w:val="0"/>
          <w:sz w:val="24"/>
        </w:rPr>
        <w:t>Verad stood at the center of everything and felt nothing of the wind.</w:t>
      </w:r>
    </w:p>
    <w:p>
      <w:r>
        <w:rPr>
          <w:rFonts w:ascii="Garamond" w:hAnsi="Garamond"/>
          <w:b w:val="0"/>
          <w:sz w:val="24"/>
        </w:rPr>
        <w:t>The power moving through him was too large for anything as small as weather. Every dragon that entered the stone opened a gate, and through each gate he could see past it, into the past and into the future simultaneously, both present at once, not sequential but layered, and the images moved too fast to hold but left something behind when they passed. Times of great light and times of great darkness, sometimes wound together so tightly that one could not be separated from the other. The Balance tilting. Recovering. Tilting again. Always moving. Never resolved.</w:t>
      </w:r>
    </w:p>
    <w:p>
      <w:r>
        <w:rPr>
          <w:rFonts w:ascii="Garamond" w:hAnsi="Garamond"/>
          <w:b w:val="0"/>
          <w:sz w:val="24"/>
        </w:rPr>
        <w:t>He saw the Balance itself.</w:t>
      </w:r>
    </w:p>
    <w:p>
      <w:r>
        <w:rPr>
          <w:rFonts w:ascii="Garamond" w:hAnsi="Garamond"/>
          <w:b w:val="0"/>
          <w:sz w:val="24"/>
        </w:rPr>
        <w:t>It was a disk, and on one edge sat the keeper of the light, and on the other the keeper of the dark, and the disk was always in motion, each keeper working, neither winning, because winning was not what it was for. The dragons were returning to the dark side now, finding their places, and Atula was receiving them the way a father receives children who have been gone a very long time.</w:t>
      </w:r>
    </w:p>
    <w:p>
      <w:r>
        <w:rPr>
          <w:rFonts w:ascii="Garamond" w:hAnsi="Garamond"/>
          <w:b w:val="0"/>
          <w:sz w:val="24"/>
        </w:rPr>
        <w:t>Verad knew he should not look at Atula directly. He looked anyway.</w:t>
      </w:r>
    </w:p>
    <w:p>
      <w:r>
        <w:rPr>
          <w:rFonts w:ascii="Garamond" w:hAnsi="Garamond"/>
          <w:b w:val="0"/>
          <w:sz w:val="24"/>
        </w:rPr>
        <w:t>The contact lasted less than a second. He felt it in his mind first and then through his whole body, and it was not what he had been taught to fear. It was acknowledgment. Something close to respect, the nod of a player who has watched a good move made against him and can appreciate the quality of it even while absorbing the loss. The disk shifted. Atula sank lower as the light side rose, and as he sank he tipped something at Verad, a gesture so small that no one watching from the outside would have seen it. Then the gate closed.</w:t>
      </w:r>
    </w:p>
    <w:p>
      <w:r>
        <w:rPr>
          <w:rFonts w:ascii="Garamond" w:hAnsi="Garamond"/>
          <w:b w:val="0"/>
          <w:sz w:val="24"/>
        </w:rPr>
        <w:t>Telecio’s warmth came through immediately after. Quieter than Atula’s touch, more familiar. Well done, it said, in the way that needed no words. The prophecy had been played, and it had been won.</w:t>
      </w:r>
    </w:p>
    <w:p>
      <w:r>
        <w:rPr>
          <w:rFonts w:ascii="Garamond" w:hAnsi="Garamond"/>
          <w:b w:val="0"/>
          <w:sz w:val="24"/>
        </w:rPr>
        <w:t>Then Verad was back on the saddle.</w:t>
      </w:r>
    </w:p>
    <w:p>
      <w:r>
        <w:rPr>
          <w:rFonts w:ascii="Garamond" w:hAnsi="Garamond"/>
          <w:b w:val="0"/>
          <w:sz w:val="24"/>
        </w:rPr>
        <w:t>The sky above him was empty. Eros had cleared the eastern mountains and hung full and cold in the sky, and there were no dragons in it anywhere. The world was quiet in a way it had not been since the night he arrived on this island.</w:t>
      </w:r>
    </w:p>
    <w:p>
      <w:r>
        <w:rPr>
          <w:rFonts w:ascii="Garamond" w:hAnsi="Garamond"/>
          <w:b w:val="0"/>
          <w:sz w:val="24"/>
        </w:rPr>
        <w:t>Behind him the golden light was still burning.</w:t>
      </w:r>
    </w:p>
    <w:p>
      <w:r>
        <w:rPr>
          <w:rFonts w:ascii="Garamond" w:hAnsi="Garamond"/>
          <w:b w:val="0"/>
          <w:sz w:val="24"/>
        </w:rPr>
        <w:t>Terrell was still on his knees, but his head was up now and his face was wrong, the pain in it plain, his eyes locked on Hessa’s as the gold pressed in on her blue and she held it back through will alone. Six thousand years of accumulated strength against one Order member’s sacrifice, and it was close. Verad watched and did not look away.</w:t>
      </w:r>
    </w:p>
    <w:p>
      <w:r>
        <w:rPr>
          <w:rFonts w:ascii="Garamond" w:hAnsi="Garamond"/>
          <w:b w:val="0"/>
          <w:sz w:val="24"/>
        </w:rPr>
        <w:t>The red flash came from the south. Brunow’s star, its power wave rolling north across the peaks and down into the valleys. When it hit the saddle Hessa’s blue fire guttered.</w:t>
      </w:r>
    </w:p>
    <w:p>
      <w:r>
        <w:rPr>
          <w:rFonts w:ascii="Garamond" w:hAnsi="Garamond"/>
          <w:b w:val="0"/>
          <w:sz w:val="24"/>
        </w:rPr>
        <w:t>She fought for it. Verad could see her fighting, pulling the magic back together, and for a moment it held. Then the second wave arrived, the trailing edge of Brunow’s explosion, and the blue disappeared entirely.</w:t>
      </w:r>
    </w:p>
    <w:p>
      <w:r>
        <w:rPr>
          <w:rFonts w:ascii="Garamond" w:hAnsi="Garamond"/>
          <w:b w:val="0"/>
          <w:sz w:val="24"/>
        </w:rPr>
        <w:t>The wail that came from Hessa was the sound of something that has spent six thousand years on a single plan hearing it close around her at the final step. She felt Thornbul’s trap and understood it and was taken by it, and then she was gone. The golden light withdrew into the stone like a breath drawn in.</w:t>
      </w:r>
    </w:p>
    <w:p>
      <w:r>
        <w:rPr>
          <w:rFonts w:ascii="Garamond" w:hAnsi="Garamond"/>
          <w:b w:val="0"/>
          <w:sz w:val="24"/>
        </w:rPr>
        <w:t>Terrell was still kneeling.</w:t>
      </w:r>
    </w:p>
    <w:p>
      <w:r>
        <w:rPr>
          <w:rFonts w:ascii="Garamond" w:hAnsi="Garamond"/>
          <w:b w:val="0"/>
          <w:sz w:val="24"/>
        </w:rPr>
        <w:t>He was present now, behind his eyes, no longer running on Hessa’s instructions. He looked down at the stone in his hands with the expression of a man who has been carrying something enormous for a very long time and has been told he can set it down. He understood what had happened. Verad could see that he understood.</w:t>
      </w:r>
    </w:p>
    <w:p>
      <w:r>
        <w:rPr>
          <w:rFonts w:ascii="Garamond" w:hAnsi="Garamond"/>
          <w:b w:val="0"/>
          <w:sz w:val="24"/>
        </w:rPr>
        <w:t>His hands began to smoke.</w:t>
      </w:r>
    </w:p>
    <w:p>
      <w:r>
        <w:rPr>
          <w:rFonts w:ascii="Garamond" w:hAnsi="Garamond"/>
          <w:b w:val="0"/>
          <w:sz w:val="24"/>
        </w:rPr>
        <w:t>The fire moved up from his hands without hurry, consuming without destroying the stone, and Terrell’s face did not change. He held it until he could not hold it anymore, and when the stone fell to the grass he was already gone with the last of the flames, and a single beam of gold shot into the sky and opened into a light brighter than Otos at midsummer, filling the saddle and the peaks around it, and Verad felt the heat of it on his face.</w:t>
      </w:r>
    </w:p>
    <w:p>
      <w:r>
        <w:rPr>
          <w:rFonts w:ascii="Garamond" w:hAnsi="Garamond"/>
          <w:b w:val="0"/>
          <w:sz w:val="24"/>
        </w:rPr>
        <w:t>Then it was gone.</w:t>
      </w:r>
    </w:p>
    <w:p>
      <w:r>
        <w:rPr>
          <w:rFonts w:ascii="Garamond" w:hAnsi="Garamond"/>
          <w:b w:val="0"/>
          <w:sz w:val="24"/>
        </w:rPr>
        <w:t>The stone lay in the grass. Small, rough, cold.</w:t>
      </w:r>
    </w:p>
    <w:p>
      <w:r>
        <w:rPr>
          <w:rFonts w:ascii="Garamond" w:hAnsi="Garamond"/>
          <w:b w:val="0"/>
          <w:sz w:val="24"/>
        </w:rPr>
        <w:t>The saddle was quiet.</w:t>
      </w:r>
    </w:p>
    <w:p>
      <w:r>
        <w:rPr>
          <w:rFonts w:ascii="Garamond" w:hAnsi="Garamond"/>
          <w:sz w:val="24"/>
        </w:rPr>
        <w:br w:type="page"/>
      </w:r>
    </w:p>
    <w:p>
      <w:pPr>
        <w:jc w:val="center"/>
      </w:pPr>
      <w:r>
        <w:rPr>
          <w:rFonts w:ascii="Garamond" w:hAnsi="Garamond"/>
          <w:b/>
          <w:sz w:val="28"/>
        </w:rPr>
        <w:t>Chapter One Hundred Eighteen</w:t>
      </w:r>
    </w:p>
    <w:p>
      <w:r>
        <w:rPr>
          <w:rFonts w:ascii="Garamond" w:hAnsi="Garamond"/>
          <w:b w:val="0"/>
          <w:sz w:val="24"/>
        </w:rPr>
        <w:t>Pico and the King were over the bay when the second wave hit.</w:t>
      </w:r>
    </w:p>
    <w:p>
      <w:r>
        <w:rPr>
          <w:rFonts w:ascii="Garamond" w:hAnsi="Garamond"/>
          <w:b w:val="0"/>
          <w:sz w:val="24"/>
        </w:rPr>
        <w:t>The first had pushed them out from the beach. They had turned into the wind and climbed back, Galathia laboring, head down, finding the last of what she had, and they were almost at the tree line when the beam rose from the saddle and punched into the sky. Rothallan read it before Pico did. He cut hard across Galathia’s path and she turned on instinct, and the third wave took them both on their tails and drove them out over the bay and past the Valorian island before either flier could do anything about it.</w:t>
      </w:r>
    </w:p>
    <w:p>
      <w:r>
        <w:rPr>
          <w:rFonts w:ascii="Garamond" w:hAnsi="Garamond"/>
          <w:b w:val="0"/>
          <w:sz w:val="24"/>
        </w:rPr>
        <w:t>They were still climbing when they crossed the reef.</w:t>
      </w:r>
    </w:p>
    <w:p>
      <w:r>
        <w:rPr>
          <w:rFonts w:ascii="Garamond" w:hAnsi="Garamond"/>
          <w:b w:val="0"/>
          <w:sz w:val="24"/>
        </w:rPr>
        <w:t>Pico felt the moment the barrier gave way. Not the physical crossing of it, but the absence of what had always been there, the pressure that defined the edge of the world they were allowed to inhabit. It was simply gone, and the open ocean spread out below them in every direction, and the wind that was carrying them north showed no sign of stopping.</w:t>
      </w:r>
    </w:p>
    <w:p>
      <w:r>
        <w:rPr>
          <w:rFonts w:ascii="Garamond" w:hAnsi="Garamond"/>
          <w:b w:val="0"/>
          <w:sz w:val="24"/>
        </w:rPr>
        <w:t>None of them had been past the reef. None of them had been over open water with no shore in any direction. Rothallan and Galathia flew on because the wind required it, and after a moment the fear that should have been overwhelming simply was not. The barrier had been Hessa’s to begin with, and Hessa was gone, and what she had built to keep them here had dissolved when she did.</w:t>
      </w:r>
    </w:p>
    <w:p>
      <w:r>
        <w:rPr>
          <w:rFonts w:ascii="Garamond" w:hAnsi="Garamond"/>
          <w:b w:val="0"/>
          <w:sz w:val="24"/>
        </w:rPr>
        <w:t>They were free. The word did not feel small.</w:t>
      </w:r>
    </w:p>
    <w:p>
      <w:r>
        <w:rPr>
          <w:rFonts w:ascii="Garamond" w:hAnsi="Garamond"/>
          <w:b w:val="0"/>
          <w:sz w:val="24"/>
        </w:rPr>
        <w:t>Rothallan looked at the stars above him and the black water below and thought about the wind, and how long it would hold, and what direction they would be in when it finally let them down.</w:t>
      </w:r>
    </w:p>
    <w:p>
      <w:r>
        <w:rPr>
          <w:rFonts w:ascii="Garamond" w:hAnsi="Garamond"/>
          <w:sz w:val="24"/>
        </w:rPr>
        <w:br w:type="page"/>
      </w:r>
    </w:p>
    <w:p>
      <w:pPr>
        <w:jc w:val="center"/>
      </w:pPr>
      <w:r>
        <w:rPr>
          <w:rFonts w:ascii="Garamond" w:hAnsi="Garamond"/>
          <w:b/>
          <w:sz w:val="28"/>
        </w:rPr>
        <w:t>Chapter One Hundred Nineteen</w:t>
      </w:r>
    </w:p>
    <w:p>
      <w:pPr>
        <w:jc w:val="center"/>
        <w:spacing w:before="120" w:after="120"/>
      </w:pPr>
      <w:r>
        <w:rPr>
          <w:rFonts w:ascii="Garamond" w:hAnsi="Garamond"/>
          <w:sz w:val="24"/>
        </w:rPr>
        <w:t>* * *</w:t>
      </w:r>
    </w:p>
    <w:p>
      <w:r>
        <w:rPr>
          <w:rFonts w:ascii="Garamond" w:hAnsi="Garamond"/>
          <w:b w:val="0"/>
          <w:sz w:val="24"/>
        </w:rPr>
        <w:t>Petra and the Queen took the full force of it because they were at the same height as the beam when it fired.</w:t>
      </w:r>
    </w:p>
    <w:p>
      <w:r>
        <w:rPr>
          <w:rFonts w:ascii="Garamond" w:hAnsi="Garamond"/>
          <w:b w:val="0"/>
          <w:sz w:val="24"/>
        </w:rPr>
        <w:t>There was no reading it in time. The light went up and the windstorm came out in every direction simultaneously, and Valor and Far Wing were tumbled end over end before either of them could react. The Queen held on. Petra held on. When the fliers found their wings again and sorted out which direction was down, the northwestern edge of the island was already behind them.</w:t>
      </w:r>
    </w:p>
    <w:p>
      <w:r>
        <w:rPr>
          <w:rFonts w:ascii="Garamond" w:hAnsi="Garamond"/>
          <w:b w:val="0"/>
          <w:sz w:val="24"/>
        </w:rPr>
        <w:t>Below, scattered dragons were being carried by the same wind, some of them tumbling the way the fliers had tumbled, others riding it with their wings locked. Valor looked at the open water ahead and felt no magic at the boundary.</w:t>
      </w:r>
    </w:p>
    <w:p>
      <w:r>
        <w:rPr>
          <w:rFonts w:ascii="Garamond" w:hAnsi="Garamond"/>
          <w:b w:val="0"/>
          <w:sz w:val="24"/>
        </w:rPr>
        <w:t>“The wall is gone,” he said.</w:t>
      </w:r>
    </w:p>
    <w:p>
      <w:r>
        <w:rPr>
          <w:rFonts w:ascii="Garamond" w:hAnsi="Garamond"/>
          <w:b w:val="0"/>
          <w:sz w:val="24"/>
        </w:rPr>
        <w:t>“All of it,” Far Wing confirmed.</w:t>
      </w:r>
    </w:p>
    <w:p>
      <w:r>
        <w:rPr>
          <w:rFonts w:ascii="Garamond" w:hAnsi="Garamond"/>
          <w:b w:val="0"/>
          <w:sz w:val="24"/>
        </w:rPr>
        <w:t>They were bruised and the cold was worse out here, and there would be no turning back into that wind. Petra looked at the open ocean stretching north and thought about Verad and Kato on the saddle and the Queen behind him getting weaker by the hour, and understood that what came next was not his to choose. The wind would carry them where it carried them.</w:t>
      </w:r>
    </w:p>
    <w:p>
      <w:r>
        <w:rPr>
          <w:rFonts w:ascii="Garamond" w:hAnsi="Garamond"/>
          <w:b w:val="0"/>
          <w:sz w:val="24"/>
        </w:rPr>
        <w:t>“Are you all right?” he called back to the Queen.</w:t>
      </w:r>
    </w:p>
    <w:p>
      <w:r>
        <w:rPr>
          <w:rFonts w:ascii="Garamond" w:hAnsi="Garamond"/>
          <w:b w:val="0"/>
          <w:sz w:val="24"/>
        </w:rPr>
        <w:t>“I am holding,” she said. “Fly.”</w:t>
      </w:r>
    </w:p>
    <w:p>
      <w:r>
        <w:rPr>
          <w:rFonts w:ascii="Garamond" w:hAnsi="Garamond"/>
          <w:b w:val="0"/>
          <w:sz w:val="24"/>
        </w:rPr>
        <w:t>Jolano pulled himself up from the tunnel floor and took stock of his warriors.</w:t>
      </w:r>
    </w:p>
    <w:p>
      <w:r>
        <w:rPr>
          <w:rFonts w:ascii="Garamond" w:hAnsi="Garamond"/>
          <w:b w:val="0"/>
          <w:sz w:val="24"/>
        </w:rPr>
        <w:t>Most of them were down. The wind had come through the entrance and driven them back into the dark with everything it had picked up along the way, and there was blood on several of them from the rock that had come off the ceiling. Jolano had taken the flash as his warning and pulled his head back behind the wall in time, which saved his eyes and most of his face, and the wall had taken the debris that would have taken him.</w:t>
      </w:r>
    </w:p>
    <w:p>
      <w:r>
        <w:rPr>
          <w:rFonts w:ascii="Garamond" w:hAnsi="Garamond"/>
          <w:b w:val="0"/>
          <w:sz w:val="24"/>
        </w:rPr>
        <w:t>He worked his way back to the entrance and looked out at the saddle.</w:t>
      </w:r>
    </w:p>
    <w:p>
      <w:r>
        <w:rPr>
          <w:rFonts w:ascii="Garamond" w:hAnsi="Garamond"/>
          <w:b w:val="0"/>
          <w:sz w:val="24"/>
        </w:rPr>
        <w:t>The boy was there. He could see him standing in the stillness after the explosion, looking at something on the ground. The dragons were gone from the sky. Every last one of them, the thousands that had been circling since nightfall, simply gone.</w:t>
      </w:r>
    </w:p>
    <w:p>
      <w:r>
        <w:rPr>
          <w:rFonts w:ascii="Garamond" w:hAnsi="Garamond"/>
          <w:b w:val="0"/>
          <w:sz w:val="24"/>
        </w:rPr>
        <w:t>He looked at the sky where Pico and the King had been flying only seconds before the star fired, and found nothing. He looked at the bay. He looked at the peaks. He looked at the ocean past the northern coast.</w:t>
      </w:r>
    </w:p>
    <w:p>
      <w:r>
        <w:rPr>
          <w:rFonts w:ascii="Garamond" w:hAnsi="Garamond"/>
          <w:b w:val="0"/>
          <w:sz w:val="24"/>
        </w:rPr>
        <w:t>Nothing.</w:t>
      </w:r>
    </w:p>
    <w:p>
      <w:r>
        <w:rPr>
          <w:rFonts w:ascii="Garamond" w:hAnsi="Garamond"/>
          <w:b w:val="0"/>
          <w:sz w:val="24"/>
        </w:rPr>
        <w:t>He had seen what a single blast from a dragon star could do to the tunnel. He had been behind a stone wall and still nearly lost his footing. Out in open air at the moment of the third explosion, which had been larger than the first two combined, there would have been nothing to hold onto.</w:t>
      </w:r>
    </w:p>
    <w:p>
      <w:r>
        <w:rPr>
          <w:rFonts w:ascii="Garamond" w:hAnsi="Garamond"/>
          <w:b w:val="0"/>
          <w:sz w:val="24"/>
        </w:rPr>
        <w:t>He hoped he was wrong. He had been wrong before and was grateful for it every time. But he stood at the entrance looking at an empty sky and could not make himself believe what he was hoping.</w:t>
      </w:r>
    </w:p>
    <w:p>
      <w:r>
        <w:rPr>
          <w:rFonts w:ascii="Garamond" w:hAnsi="Garamond"/>
          <w:sz w:val="24"/>
        </w:rPr>
        <w:br w:type="page"/>
      </w:r>
    </w:p>
    <w:p>
      <w:pPr>
        <w:jc w:val="center"/>
      </w:pPr>
      <w:r>
        <w:rPr>
          <w:rFonts w:ascii="Garamond" w:hAnsi="Garamond"/>
          <w:b/>
          <w:sz w:val="28"/>
        </w:rPr>
        <w:t>Chapter One Hundred Twenty</w:t>
      </w:r>
    </w:p>
    <w:p>
      <w:pPr>
        <w:jc w:val="center"/>
      </w:pPr>
      <w:r>
        <w:rPr>
          <w:rFonts w:ascii="Garamond" w:hAnsi="Garamond"/>
          <w:b w:val="0"/>
          <w:sz w:val="22"/>
        </w:rPr>
        <w:t>Kakollian's Palace, Estollia</w:t>
      </w:r>
    </w:p>
    <w:p>
      <w:r>
        <w:rPr>
          <w:rFonts w:ascii="Garamond" w:hAnsi="Garamond"/>
          <w:b w:val="0"/>
          <w:sz w:val="24"/>
        </w:rPr>
        <w:t>The windows shattered in sequence as the power waves crossed Estollia, three of them, each carrying a wall of wind that stripped the flags from the parapets and drove glass across the courtyard in long glittering arcs.</w:t>
      </w:r>
    </w:p>
    <w:p>
      <w:r>
        <w:rPr>
          <w:rFonts w:ascii="Garamond" w:hAnsi="Garamond"/>
          <w:b w:val="0"/>
          <w:sz w:val="24"/>
        </w:rPr>
        <w:t>Kakollian was already running.</w:t>
      </w:r>
    </w:p>
    <w:p>
      <w:r>
        <w:rPr>
          <w:rFonts w:ascii="Garamond" w:hAnsi="Garamond"/>
          <w:b w:val="0"/>
          <w:sz w:val="24"/>
        </w:rPr>
        <w:t>He had felt the first wave in his study and understood immediately what it meant, and the only thought that followed was Jeran. The boy had been near death for two weeks. The wolf had barely left the bed. He ran the length of the hall with glass crunching under his boots and pushed through the door of the care room expecting the worst.</w:t>
      </w:r>
    </w:p>
    <w:p>
      <w:r>
        <w:rPr>
          <w:rFonts w:ascii="Garamond" w:hAnsi="Garamond"/>
          <w:b w:val="0"/>
          <w:sz w:val="24"/>
        </w:rPr>
        <w:t>They were still. Both of them, boy and wolf, motionless in the bed.</w:t>
      </w:r>
    </w:p>
    <w:p>
      <w:r>
        <w:rPr>
          <w:rFonts w:ascii="Garamond" w:hAnsi="Garamond"/>
          <w:b w:val="0"/>
          <w:sz w:val="24"/>
        </w:rPr>
        <w:t>Then Jeran moved. A small thing, one arm shifting, and then the wolf put his feet down on the mattress and stood on legs that shook but held, and stepped off the bed for the first time since they had brought him in. Ballock stood on the floor and looked at Kakollian with yellow eyes that were clear again.</w:t>
      </w:r>
    </w:p>
    <w:p>
      <w:r>
        <w:rPr>
          <w:rFonts w:ascii="Garamond" w:hAnsi="Garamond"/>
          <w:b w:val="0"/>
          <w:sz w:val="24"/>
        </w:rPr>
        <w:t>Jeran lifted his head from the blankets. He raised both arms toward the old man in the doorway.</w:t>
      </w:r>
    </w:p>
    <w:p>
      <w:r>
        <w:rPr>
          <w:rFonts w:ascii="Garamond" w:hAnsi="Garamond"/>
          <w:b w:val="0"/>
          <w:sz w:val="24"/>
        </w:rPr>
        <w:t>He wanted to be held. He wanted to be fed. He was alive and awake and asking for things in the way of small children, and Kakollian crossed the room in three strides and gathered him up and held him, and did not say anything for a long moment.</w:t>
      </w:r>
    </w:p>
    <w:p>
      <w:r>
        <w:rPr>
          <w:rFonts w:ascii="Garamond" w:hAnsi="Garamond"/>
          <w:b w:val="0"/>
          <w:sz w:val="24"/>
        </w:rPr>
        <w:t>Three waves from three dragon stars. He had not dared to hope all three had been used. But here was the evidence in his arms, a child returned from wherever Hessa’s reach had taken him, blinking in the morning light.</w:t>
      </w:r>
    </w:p>
    <w:p>
      <w:r>
        <w:rPr>
          <w:rFonts w:ascii="Garamond" w:hAnsi="Garamond"/>
          <w:b w:val="0"/>
          <w:sz w:val="24"/>
        </w:rPr>
        <w:t>He held the boy and let the relief move through him at whatever speed it needed.</w:t>
      </w:r>
    </w:p>
    <w:p>
      <w:r>
        <w:rPr>
          <w:rFonts w:ascii="Garamond" w:hAnsi="Garamond"/>
          <w:sz w:val="24"/>
        </w:rPr>
        <w:br w:type="page"/>
      </w:r>
    </w:p>
    <w:p>
      <w:pPr>
        <w:jc w:val="center"/>
      </w:pPr>
      <w:r>
        <w:rPr>
          <w:rFonts w:ascii="Garamond" w:hAnsi="Garamond"/>
          <w:b/>
          <w:sz w:val="28"/>
        </w:rPr>
        <w:t>Chapter One Hundred Twenty-One</w:t>
      </w:r>
    </w:p>
    <w:p>
      <w:pPr>
        <w:jc w:val="center"/>
      </w:pPr>
      <w:r>
        <w:rPr>
          <w:rFonts w:ascii="Garamond" w:hAnsi="Garamond"/>
          <w:b w:val="0"/>
          <w:sz w:val="22"/>
        </w:rPr>
        <w:t>Island of Jakall — The Twelfth Night</w:t>
      </w:r>
    </w:p>
    <w:p>
      <w:r>
        <w:rPr>
          <w:rFonts w:ascii="Garamond" w:hAnsi="Garamond"/>
          <w:b w:val="0"/>
          <w:sz w:val="24"/>
        </w:rPr>
        <w:t>Verad woke up forty feet from where he had been standing.</w:t>
      </w:r>
    </w:p>
    <w:p>
      <w:r>
        <w:rPr>
          <w:rFonts w:ascii="Garamond" w:hAnsi="Garamond"/>
          <w:b w:val="0"/>
          <w:sz w:val="24"/>
        </w:rPr>
        <w:t>The cloak had taken most of it. He was cut in places and sore everywhere, and the slope of the saddle was littered with uprooted trees and debris from the three explosions, the ground itself rearranged. He still had the dragon stars in his hands, one in each fist, and he lay there for a moment looking at the sky before he understood that it was empty.</w:t>
      </w:r>
    </w:p>
    <w:p>
      <w:r>
        <w:rPr>
          <w:rFonts w:ascii="Garamond" w:hAnsi="Garamond"/>
          <w:b w:val="0"/>
          <w:sz w:val="24"/>
        </w:rPr>
        <w:t>No dragons. Not one. The sky above Jakall held nothing but Eros and the last of the night.</w:t>
      </w:r>
    </w:p>
    <w:p>
      <w:r>
        <w:rPr>
          <w:rFonts w:ascii="Garamond" w:hAnsi="Garamond"/>
          <w:b w:val="0"/>
          <w:sz w:val="24"/>
        </w:rPr>
        <w:t>He got to his feet and looked for Kato. He looked for the dragon entrance. Both were gone in different ways: the entrance broken and collapsed, the underground beneath it shattered, the surface in several places having given way and slipped down into the wreckage below. Where Kato had been lying, there was nothing. Verad stood on the altered saddle and let that fact settle through him slowly.</w:t>
      </w:r>
    </w:p>
    <w:p>
      <w:r>
        <w:rPr>
          <w:rFonts w:ascii="Garamond" w:hAnsi="Garamond"/>
          <w:b w:val="0"/>
          <w:sz w:val="24"/>
        </w:rPr>
        <w:t>The golden stone still burned on a low mound at the center of a trench the blast had excavated around it, isolated now by a ring of churned earth. He crossed it carefully and climbed the mound and picked the stone up and looked into the dim fire still moving inside it. Thornbul. Done now, his six-thousand-year account finally closed, but still warm in the hand.</w:t>
      </w:r>
    </w:p>
    <w:p>
      <w:r>
        <w:rPr>
          <w:rFonts w:ascii="Garamond" w:hAnsi="Garamond"/>
          <w:b w:val="0"/>
          <w:sz w:val="24"/>
        </w:rPr>
        <w:t>To the north, the smoke over Valoria’s mountain had gone. Only a small curl of cloud was forming above the shattered peak, the mountain settling into whatever it was going to be now. The island around him was different. It would stay different. The first age was over.</w:t>
      </w:r>
    </w:p>
    <w:p>
      <w:r>
        <w:rPr>
          <w:rFonts w:ascii="Garamond" w:hAnsi="Garamond"/>
          <w:b w:val="0"/>
          <w:sz w:val="24"/>
        </w:rPr>
        <w:t>He slipped the Star of Thornbul into the pouch with the dragon stars and started across the grass toward the cliff base, where he could see elf warriors emerging through an opening in the rock, many of them moving with the careful economy of the injured. He went to help because there was nothing else to do and it was the right direction.</w:t>
      </w:r>
    </w:p>
    <w:p>
      <w:r>
        <w:rPr>
          <w:rFonts w:ascii="Garamond" w:hAnsi="Garamond"/>
          <w:b w:val="0"/>
          <w:sz w:val="24"/>
        </w:rPr>
        <w:t>He understood that the prophecy he had fulfilled was not the last one. The game would continue. New players would be chosen, new boards arranged, and the Balance would go on tilting and recovering as it always had and always would. Whether he had a role in what came next was not his to know.</w:t>
      </w:r>
    </w:p>
    <w:p>
      <w:r>
        <w:rPr>
          <w:rFonts w:ascii="Garamond" w:hAnsi="Garamond"/>
          <w:b w:val="0"/>
          <w:sz w:val="24"/>
        </w:rPr>
        <w:t>He found he did not need to know.</w:t>
      </w:r>
    </w:p>
    <w:p>
      <w:r>
        <w:rPr>
          <w:rFonts w:ascii="Garamond" w:hAnsi="Garamond"/>
          <w:b w:val="0"/>
          <w:sz w:val="24"/>
        </w:rPr>
        <w:t>What he needed was simpler and older than prophecy. He had felt Pico’s emotions break open in the air above the saddle before the explosion took everything, and he knew what they meant because his own had broken open to meet them. He had spent months not understanding why he had been brought here, what cost could possibly justify what had been taken from him. He understood it differently now. Not as justification. Just as fact. This was where he was, and she was somewhere on this island or over this ocean, and he was going to find her.</w:t>
      </w:r>
    </w:p>
    <w:p>
      <w:r>
        <w:rPr>
          <w:rFonts w:ascii="Garamond" w:hAnsi="Garamond"/>
          <w:b w:val="0"/>
          <w:sz w:val="24"/>
        </w:rPr>
        <w:t>He crossed the saddle toward the warriors coming out of the mountain and kept his eyes on the sky.</w:t>
      </w:r>
    </w:p>
    <w:p>
      <w:r/>
    </w:p>
    <w:p>
      <w:pPr>
        <w:jc w:val="center"/>
        <w:spacing w:before="480"/>
      </w:pPr>
      <w:r>
        <w:rPr>
          <w:rFonts w:ascii="Garamond" w:hAnsi="Garamond"/>
          <w:b/>
          <w:sz w:val="26"/>
        </w:rPr>
        <w:t>So ends Book One of The Balance.</w:t>
      </w:r>
    </w:p>
    <w:p>
      <w:r>
        <w:rPr>
          <w:rFonts w:ascii="Garamond" w:hAnsi="Garamond"/>
          <w:sz w:val="24"/>
        </w:rPr>
        <w:br w:type="page"/>
      </w:r>
    </w:p>
    <w:p>
      <w:r>
        <w:rPr>
          <w:rFonts w:ascii="Garamond" w:hAnsi="Garamond"/>
          <w:sz w:val="24"/>
        </w:rPr>
        <w:br w:type="page"/>
      </w:r>
    </w:p>
    <w:p>
      <w:r>
        <w:rPr>
          <w:rFonts w:ascii="Garamond" w:hAnsi="Garamond"/>
          <w:sz w:val="24"/>
        </w:rPr>
        <w:br w:type="page"/>
      </w:r>
    </w:p>
    <w:p>
      <w:pPr>
        <w:jc w:val="center"/>
        <w:spacing w:before="2880"/>
      </w:pPr>
      <w:r>
        <w:rPr>
          <w:rFonts w:ascii="Garamond" w:hAnsi="Garamond"/>
          <w:b/>
          <w:sz w:val="28"/>
        </w:rPr>
        <w:t>Preview: Book Two of The Balance</w:t>
      </w:r>
    </w:p>
    <w:p>
      <w:r>
        <w:rPr>
          <w:rFonts w:ascii="Garamond" w:hAnsi="Garamond"/>
          <w:sz w:val="24"/>
        </w:rPr>
        <w:br w:type="page"/>
      </w:r>
    </w:p>
    <w:p>
      <w:pPr>
        <w:jc w:val="center"/>
      </w:pPr>
      <w:r>
        <w:rPr>
          <w:rFonts w:ascii="Garamond" w:hAnsi="Garamond"/>
          <w:b/>
          <w:sz w:val="28"/>
        </w:rPr>
        <w:t>Chapter One</w:t>
      </w:r>
    </w:p>
    <w:p>
      <w:pPr>
        <w:jc w:val="center"/>
      </w:pPr>
      <w:r>
        <w:rPr>
          <w:rFonts w:ascii="Garamond" w:hAnsi="Garamond"/>
          <w:b w:val="0"/>
          <w:sz w:val="22"/>
        </w:rPr>
        <w:t>The Scout</w:t>
      </w:r>
    </w:p>
    <w:p>
      <w:pPr>
        <w:jc w:val="center"/>
        <w:spacing w:before="120" w:after="120"/>
      </w:pPr>
      <w:r>
        <w:rPr>
          <w:rFonts w:ascii="Garamond" w:hAnsi="Garamond"/>
          <w:sz w:val="24"/>
        </w:rPr>
        <w:t>* * *</w:t>
      </w:r>
    </w:p>
    <w:p>
      <w:r>
        <w:rPr>
          <w:rFonts w:ascii="Garamond" w:hAnsi="Garamond"/>
          <w:b w:val="0"/>
          <w:sz w:val="24"/>
        </w:rPr>
        <w:t>Ballock ran.</w:t>
      </w:r>
    </w:p>
    <w:p>
      <w:r>
        <w:rPr>
          <w:rFonts w:ascii="Garamond" w:hAnsi="Garamond"/>
          <w:b w:val="0"/>
          <w:sz w:val="24"/>
        </w:rPr>
        <w:t>His paws struck stone and pine needle in rhythm, claws finding purchase on wet rock as he vaulted a fallen log and cut hard left. The forest blurred around them, gray trunks, green shadow, the pale gold of dawn breaking through the canopy. His breath came steady, controlled. His heart beat strong.</w:t>
      </w:r>
    </w:p>
    <w:p>
      <w:r>
        <w:rPr>
          <w:rFonts w:ascii="Garamond" w:hAnsi="Garamond"/>
          <w:b w:val="0"/>
          <w:sz w:val="24"/>
        </w:rPr>
        <w:t>Jeran lay low against the join, his upper body pressed flat along Ballock's spine where the fusion began, his hands buried in the thick gray fur at the base of the wolf's neck. He had no other way to move through the world. He had never had another way. Seventeen years of shared existence had made the join between them as natural as breathing, the place where his spine met Ballock's back, flesh into fur, bone into bone, the border between them something you could feel if you pressed your fingers to it but could not see. People who encountered them for the first time always stared at that place. Jeran had stopped noticing.</w:t>
      </w:r>
    </w:p>
    <w:p>
      <w:r>
        <w:rPr>
          <w:rFonts w:ascii="Garamond" w:hAnsi="Garamond"/>
          <w:b w:val="0"/>
          <w:sz w:val="24"/>
        </w:rPr>
        <w:t>Behind them, the thing that called itself wolf gave chase.</w:t>
      </w:r>
    </w:p>
    <w:p>
      <w:r>
        <w:rPr>
          <w:rFonts w:ascii="Garamond" w:hAnsi="Garamond"/>
          <w:b w:val="0"/>
          <w:sz w:val="24"/>
        </w:rPr>
        <w:t>Jeran felt it all. The burn in Ballock's legs. The cold mountain air filling his lungs. The sharp clarity of predator instinct as his wolf calculated distance, terrain, and the position of the boulders ahead. Through the bond he saw what Ballock saw: the narrow ravine, the cluster of rock to the right, the scent trail they had laid two hours before.</w:t>
      </w:r>
    </w:p>
    <w:p>
      <w:r>
        <w:rPr>
          <w:rFonts w:ascii="Garamond" w:hAnsi="Garamond"/>
          <w:b w:val="0"/>
          <w:sz w:val="24"/>
        </w:rPr>
        <w:t>Good, Jeran thought, and felt Ballock's agreement ripple back through the link.</w:t>
      </w:r>
    </w:p>
    <w:p>
      <w:r>
        <w:rPr>
          <w:rFonts w:ascii="Garamond" w:hAnsi="Garamond"/>
          <w:b w:val="0"/>
          <w:sz w:val="24"/>
        </w:rPr>
        <w:t>The scout was fast. Faster than it should have been. Three years of running had taught Jeran to read Kakollian's creatures: the unnatural gait, the too-wide jaw, the eyes that glowed faintly even in daylight. This was one of the fused pairs, wolf and rider grown into each other until neither existed separately anymore. Where the spine of the wolf began, the lower body of the man continued, flesh and fur knit together by whatever ritual Kakollian used. The human face at the front of it was still recognizable enough to be unsettling.</w:t>
      </w:r>
    </w:p>
    <w:p>
      <w:r>
        <w:rPr>
          <w:rFonts w:ascii="Garamond" w:hAnsi="Garamond"/>
          <w:b w:val="0"/>
          <w:sz w:val="24"/>
        </w:rPr>
        <w:t>Jeran understood what he was looking at better than most. He had been fused to Ballock since he was an infant. But Kakollian's fusions were made, not born, and the made ones always looked wrong in ways the born ones did not.</w:t>
      </w:r>
    </w:p>
    <w:p>
      <w:r>
        <w:rPr>
          <w:rFonts w:ascii="Garamond" w:hAnsi="Garamond"/>
          <w:b w:val="0"/>
          <w:sz w:val="24"/>
        </w:rPr>
        <w:t>It had been tracking them for two days.</w:t>
      </w:r>
    </w:p>
    <w:p>
      <w:r>
        <w:rPr>
          <w:rFonts w:ascii="Garamond" w:hAnsi="Garamond"/>
          <w:b w:val="0"/>
          <w:sz w:val="24"/>
        </w:rPr>
        <w:t>It ended now.</w:t>
      </w:r>
    </w:p>
    <w:p>
      <w:r>
        <w:rPr>
          <w:rFonts w:ascii="Garamond" w:hAnsi="Garamond"/>
          <w:b w:val="0"/>
          <w:sz w:val="24"/>
        </w:rPr>
        <w:t>Ballock surged forward and cut sharply right, vanishing into the boulder field. The scout followed, snarling, its fused voice a wrong combination of human shout and animal cry echoing off stone. Jeran felt Ballock's satisfaction, cold and wolfish, and pulled himself upright at the join, drawing his blade.</w:t>
      </w:r>
    </w:p>
    <w:p>
      <w:r>
        <w:rPr>
          <w:rFonts w:ascii="Garamond" w:hAnsi="Garamond"/>
          <w:b w:val="0"/>
          <w:sz w:val="24"/>
        </w:rPr>
        <w:t>Ballock spun hard at the largest boulder and reversed direction. The scout had no time to react. It was still in mid-stride when Ballock came back at it, and Jeran's reach from the join put his blade exactly where the scout's throat was.</w:t>
      </w:r>
    </w:p>
    <w:p>
      <w:r>
        <w:rPr>
          <w:rFonts w:ascii="Garamond" w:hAnsi="Garamond"/>
          <w:b w:val="0"/>
          <w:sz w:val="24"/>
        </w:rPr>
        <w:t>The human face went wide with shock. Then Jeran's other hand came up, palm open, and fire poured from his fingertips.</w:t>
      </w:r>
    </w:p>
    <w:p>
      <w:r>
        <w:rPr>
          <w:rFonts w:ascii="Garamond" w:hAnsi="Garamond"/>
          <w:b w:val="0"/>
          <w:sz w:val="24"/>
        </w:rPr>
        <w:t>The magic came fast and hot, fed by adrenaline and the rage that lived beneath his skin. The fused body ignited, flesh and fur consumed together in seconds. The smell was wrong in a particular way that Jeran had stopped trying to name. He held the flame until there was nothing left but ash and blackened bone.</w:t>
      </w:r>
    </w:p>
    <w:p>
      <w:r>
        <w:rPr>
          <w:rFonts w:ascii="Garamond" w:hAnsi="Garamond"/>
          <w:b w:val="0"/>
          <w:sz w:val="24"/>
        </w:rPr>
        <w:t>Then he sagged back against Ballock's shoulders, gasping.</w:t>
      </w:r>
    </w:p>
    <w:p>
      <w:r>
        <w:rPr>
          <w:rFonts w:ascii="Garamond" w:hAnsi="Garamond"/>
          <w:b w:val="0"/>
          <w:sz w:val="24"/>
        </w:rPr>
        <w:t>The fire died. His hand shook.</w:t>
      </w:r>
    </w:p>
    <w:p>
      <w:r>
        <w:rPr>
          <w:rFonts w:ascii="Garamond" w:hAnsi="Garamond"/>
          <w:b w:val="0"/>
          <w:sz w:val="24"/>
        </w:rPr>
        <w:t>Through the bond, Ballock's presence pressed against him, steady and grounding, pulling him back from the edge. Jeran closed his eyes and breathed, letting the wolf's calm move through him. Slowly the trembling stopped. The magic receded, coiling back into whatever dark place it lived when he wasn't using it.</w:t>
      </w:r>
    </w:p>
    <w:p>
      <w:r>
        <w:rPr>
          <w:rFonts w:ascii="Garamond" w:hAnsi="Garamond"/>
          <w:b w:val="0"/>
          <w:sz w:val="24"/>
        </w:rPr>
        <w:t>Easy, Ballock said. Not in words. In feeling, in the weight of pack and seventeen years of shared existence.</w:t>
      </w:r>
    </w:p>
    <w:p>
      <w:r>
        <w:rPr>
          <w:rFonts w:ascii="Garamond" w:hAnsi="Garamond"/>
          <w:b w:val="0"/>
          <w:sz w:val="24"/>
        </w:rPr>
        <w:t>'I'm fine,' Jeran whispered.</w:t>
      </w:r>
    </w:p>
    <w:p>
      <w:r>
        <w:rPr>
          <w:rFonts w:ascii="Garamond" w:hAnsi="Garamond"/>
          <w:b w:val="0"/>
          <w:sz w:val="24"/>
        </w:rPr>
        <w:t>Ballock turned in a slow circle and lowered his head to sniff at the ash. He was massive, larger than any natural wolf, with eyes the color of winter sky and the easy confidence of something that has never needed to prove itself to anyone.</w:t>
      </w:r>
    </w:p>
    <w:p>
      <w:r>
        <w:rPr>
          <w:rFonts w:ascii="Garamond" w:hAnsi="Garamond"/>
          <w:b w:val="0"/>
          <w:sz w:val="24"/>
        </w:rPr>
        <w:t>'Thank you,' Jeran said.</w:t>
      </w:r>
    </w:p>
    <w:p>
      <w:r>
        <w:rPr>
          <w:rFonts w:ascii="Garamond" w:hAnsi="Garamond"/>
          <w:b w:val="0"/>
          <w:sz w:val="24"/>
        </w:rPr>
        <w:t>Ballock huffed. We survive. That is all.</w:t>
      </w:r>
    </w:p>
    <w:p>
      <w:r>
        <w:rPr>
          <w:rFonts w:ascii="Garamond" w:hAnsi="Garamond"/>
          <w:b w:val="0"/>
          <w:sz w:val="24"/>
        </w:rPr>
        <w:t>It was the truth. For three years since escaping Kakollian it had been their only law.</w:t>
      </w:r>
    </w:p>
    <w:p>
      <w:r>
        <w:rPr>
          <w:rFonts w:ascii="Garamond" w:hAnsi="Garamond"/>
          <w:b w:val="0"/>
          <w:sz w:val="24"/>
        </w:rPr>
        <w:t>Jeran looked down at the ash. The fused pairs were the ones Kakollian sent when he wanted something found. The unfused riders, men and women who sat their mounts the ordinary way and could walk away from them at day's end, were used for patrols and display. There was no love between the two groups. The fused considered themselves something elevated, something truer. The unfused considered them something lost. Both were right, as far as Jeran could tell, and neither would ever convince the other.</w:t>
      </w:r>
    </w:p>
    <w:p>
      <w:r>
        <w:rPr>
          <w:rFonts w:ascii="Garamond" w:hAnsi="Garamond"/>
          <w:b w:val="0"/>
          <w:sz w:val="24"/>
        </w:rPr>
        <w:t>He wiped his blade on a patch of moss and sheathed it. Then he flexed his fingers and watched the faint shimmer of heat that still clung to his skin. Elemental fire. His birthright from Palanthor's line. It should have been a gift.</w:t>
      </w:r>
    </w:p>
    <w:p>
      <w:r>
        <w:rPr>
          <w:rFonts w:ascii="Garamond" w:hAnsi="Garamond"/>
          <w:b w:val="0"/>
          <w:sz w:val="24"/>
        </w:rPr>
        <w:t>Every time he used it he felt the hunger. The fire wanted more, always more, and every time it took a piece of him with it. Only Ballock kept it in check. Only the bond kept him from losing himself entirely.</w:t>
      </w:r>
    </w:p>
    <w:p>
      <w:r>
        <w:rPr>
          <w:rFonts w:ascii="Garamond" w:hAnsi="Garamond"/>
          <w:b w:val="0"/>
          <w:sz w:val="24"/>
        </w:rPr>
        <w:t>Jeran looked north toward the deeper peaks. Kakollian was still out there. Three years had not dulled the man's interest. If anything it had sharpened.</w:t>
      </w:r>
    </w:p>
    <w:p>
      <w:r>
        <w:rPr>
          <w:rFonts w:ascii="Garamond" w:hAnsi="Garamond"/>
          <w:b w:val="0"/>
          <w:sz w:val="24"/>
        </w:rPr>
        <w:t>'More will come,' Jeran said.</w:t>
      </w:r>
    </w:p>
    <w:p>
      <w:r>
        <w:rPr>
          <w:rFonts w:ascii="Garamond" w:hAnsi="Garamond"/>
          <w:b w:val="0"/>
          <w:sz w:val="24"/>
        </w:rPr>
        <w:t>Ballock's ears swiveled. Always.</w:t>
      </w:r>
    </w:p>
    <w:p>
      <w:r>
        <w:rPr>
          <w:rFonts w:ascii="Garamond" w:hAnsi="Garamond"/>
          <w:b w:val="0"/>
          <w:sz w:val="24"/>
        </w:rPr>
        <w:t>'How many do you think he's sent?'</w:t>
      </w:r>
    </w:p>
    <w:p>
      <w:r>
        <w:rPr>
          <w:rFonts w:ascii="Garamond" w:hAnsi="Garamond"/>
          <w:b w:val="0"/>
          <w:sz w:val="24"/>
        </w:rPr>
        <w:t>Enough. The pale eyes scanned the tree line. But the pack is strong. And you are learning.</w:t>
      </w:r>
    </w:p>
    <w:p>
      <w:r>
        <w:rPr>
          <w:rFonts w:ascii="Garamond" w:hAnsi="Garamond"/>
          <w:b w:val="0"/>
          <w:sz w:val="24"/>
        </w:rPr>
        <w:t>Jeran almost smiled. 'Learning to burn things, you mean.'</w:t>
      </w:r>
    </w:p>
    <w:p>
      <w:r>
        <w:rPr>
          <w:rFonts w:ascii="Garamond" w:hAnsi="Garamond"/>
          <w:b w:val="0"/>
          <w:sz w:val="24"/>
        </w:rPr>
        <w:t>Learning to survive. That is enough.</w:t>
      </w:r>
    </w:p>
    <w:p>
      <w:r>
        <w:rPr>
          <w:rFonts w:ascii="Garamond" w:hAnsi="Garamond"/>
          <w:b w:val="0"/>
          <w:sz w:val="24"/>
        </w:rPr>
        <w:t>He wanted to believe that. But the magic was growing inside him, day by day, and he had no idea where it would stop.</w:t>
      </w:r>
    </w:p>
    <w:p>
      <w:r>
        <w:rPr>
          <w:rFonts w:ascii="Garamond" w:hAnsi="Garamond"/>
          <w:b w:val="0"/>
          <w:sz w:val="24"/>
        </w:rPr>
        <w:t>'We should move,' he said.</w:t>
      </w:r>
    </w:p>
    <w:p>
      <w:r>
        <w:rPr>
          <w:rFonts w:ascii="Garamond" w:hAnsi="Garamond"/>
          <w:b w:val="0"/>
          <w:sz w:val="24"/>
        </w:rPr>
        <w:t>Ballock turned north and led the way into the Tol Cima range. Jeran rode the join as he always had, as he always would, his hands in the gray fur, his body moving with Ballock's body the way they had moved together since before he could remember.</w:t>
      </w:r>
    </w:p>
    <w:p>
      <w:r>
        <w:rPr>
          <w:rFonts w:ascii="Garamond" w:hAnsi="Garamond"/>
          <w:b w:val="0"/>
          <w:sz w:val="24"/>
        </w:rPr>
        <w:t>He was eighteen years old and very tired.</w:t>
      </w:r>
    </w:p>
    <w:p>
      <w:r>
        <w:rPr>
          <w:rFonts w:ascii="Garamond" w:hAnsi="Garamond"/>
          <w:b w:val="0"/>
          <w:sz w:val="24"/>
        </w:rPr>
        <w:t>But Ballock kept walking, and so did he.</w:t>
      </w:r>
    </w:p>
    <w:p>
      <w:r>
        <w:rPr>
          <w:rFonts w:ascii="Garamond" w:hAnsi="Garamond"/>
          <w:b w:val="0"/>
          <w:sz w:val="24"/>
        </w:rPr>
        <w:t>They made camp that night in a shallow cave overlooking a pine valley. Ballock settled at the entrance, head on his paws, ears pricked. Jeran arranged himself along Ballock's back the way he always did for sleep, his weight low against the join, his fur cloak spread over them both.</w:t>
      </w:r>
    </w:p>
    <w:p>
      <w:r>
        <w:rPr>
          <w:rFonts w:ascii="Garamond" w:hAnsi="Garamond"/>
          <w:b w:val="0"/>
          <w:sz w:val="24"/>
        </w:rPr>
        <w:t>He reached for the bond.</w:t>
      </w:r>
    </w:p>
    <w:p>
      <w:r>
        <w:rPr>
          <w:rFonts w:ascii="Garamond" w:hAnsi="Garamond"/>
          <w:b w:val="0"/>
          <w:sz w:val="24"/>
        </w:rPr>
        <w:t>Ballock's presence filled him immediately, warm and solid and permanent. Through the wolf's senses the night opened up: wind through branches, the distant howl of kin, the faint scent of deer on the breeze.</w:t>
      </w:r>
    </w:p>
    <w:p>
      <w:r>
        <w:rPr>
          <w:rFonts w:ascii="Garamond" w:hAnsi="Garamond"/>
          <w:b w:val="0"/>
          <w:sz w:val="24"/>
        </w:rPr>
        <w:t>Sleep, Ballock said. I will watch.</w:t>
      </w:r>
    </w:p>
    <w:p>
      <w:r>
        <w:rPr>
          <w:rFonts w:ascii="Garamond" w:hAnsi="Garamond"/>
          <w:b w:val="0"/>
          <w:sz w:val="24"/>
        </w:rPr>
        <w:t>'You always watch.'</w:t>
      </w:r>
    </w:p>
    <w:p>
      <w:r>
        <w:rPr>
          <w:rFonts w:ascii="Garamond" w:hAnsi="Garamond"/>
          <w:b w:val="0"/>
          <w:sz w:val="24"/>
        </w:rPr>
        <w:t>Because you always dream.</w:t>
      </w:r>
    </w:p>
    <w:p>
      <w:r>
        <w:rPr>
          <w:rFonts w:ascii="Garamond" w:hAnsi="Garamond"/>
          <w:b w:val="0"/>
          <w:sz w:val="24"/>
        </w:rPr>
        <w:t>His dreams were full of fire and Kakollian's voice, cold and certain, telling him what he was meant to become. But tonight he was too exhausted to fight it.</w:t>
      </w:r>
    </w:p>
    <w:p>
      <w:r>
        <w:rPr>
          <w:rFonts w:ascii="Garamond" w:hAnsi="Garamond"/>
          <w:b w:val="0"/>
          <w:sz w:val="24"/>
        </w:rPr>
        <w:t>He closed his eyes.</w:t>
      </w:r>
    </w:p>
    <w:p>
      <w:r>
        <w:rPr>
          <w:rFonts w:ascii="Garamond" w:hAnsi="Garamond"/>
          <w:b w:val="0"/>
          <w:sz w:val="24"/>
        </w:rPr>
        <w:t>The magic stirred in the dark.</w:t>
      </w:r>
    </w:p>
    <w:p>
      <w:r>
        <w:rPr>
          <w:rFonts w:ascii="Garamond" w:hAnsi="Garamond"/>
          <w:b w:val="0"/>
          <w:sz w:val="24"/>
        </w:rPr>
        <w:t>Waiting.</w:t>
      </w:r>
    </w:p>
    <w:p>
      <w:r>
        <w:rPr>
          <w:rFonts w:ascii="Garamond" w:hAnsi="Garamond"/>
          <w:sz w:val="24"/>
        </w:rPr>
        <w:br w:type="page"/>
      </w:r>
    </w:p>
    <w:p>
      <w:pPr>
        <w:jc w:val="center"/>
      </w:pPr>
      <w:r>
        <w:rPr>
          <w:rFonts w:ascii="Garamond" w:hAnsi="Garamond"/>
          <w:b/>
          <w:sz w:val="28"/>
        </w:rPr>
        <w:t>Chapter Two</w:t>
      </w:r>
    </w:p>
    <w:p>
      <w:pPr>
        <w:jc w:val="center"/>
      </w:pPr>
      <w:r>
        <w:rPr>
          <w:rFonts w:ascii="Garamond" w:hAnsi="Garamond"/>
          <w:b w:val="0"/>
          <w:sz w:val="22"/>
        </w:rPr>
        <w:t>The Light</w:t>
      </w:r>
    </w:p>
    <w:p>
      <w:pPr>
        <w:jc w:val="center"/>
        <w:spacing w:before="120" w:after="120"/>
      </w:pPr>
      <w:r>
        <w:rPr>
          <w:rFonts w:ascii="Garamond" w:hAnsi="Garamond"/>
          <w:sz w:val="24"/>
        </w:rPr>
        <w:t>* * *</w:t>
      </w:r>
    </w:p>
    <w:p>
      <w:r>
        <w:rPr>
          <w:rFonts w:ascii="Garamond" w:hAnsi="Garamond"/>
          <w:b w:val="0"/>
          <w:sz w:val="24"/>
        </w:rPr>
        <w:t>Jeran woke to something that was not sunlight.</w:t>
      </w:r>
    </w:p>
    <w:p>
      <w:r>
        <w:rPr>
          <w:rFonts w:ascii="Garamond" w:hAnsi="Garamond"/>
          <w:b w:val="0"/>
          <w:sz w:val="24"/>
        </w:rPr>
        <w:t>He opened his eyes and found it hovering three feet above him, a pinpoint of brilliance no larger than a firefly, pulsing with soft golden light. Below him Ballock's breathing was slow and even. The wolf had not woken, which meant it had not triggered his instincts. That was either reassuring or very strange.</w:t>
      </w:r>
    </w:p>
    <w:p>
      <w:r>
        <w:rPr>
          <w:rFonts w:ascii="Garamond" w:hAnsi="Garamond"/>
          <w:b w:val="0"/>
          <w:sz w:val="24"/>
        </w:rPr>
        <w:t>What is that? Ballock's voice came through the bond, quiet and cautious. He was awake now.</w:t>
      </w:r>
    </w:p>
    <w:p>
      <w:r>
        <w:rPr>
          <w:rFonts w:ascii="Garamond" w:hAnsi="Garamond"/>
          <w:b w:val="0"/>
          <w:sz w:val="24"/>
        </w:rPr>
        <w:t>'I don't know.'</w:t>
      </w:r>
    </w:p>
    <w:p>
      <w:r>
        <w:rPr>
          <w:rFonts w:ascii="Garamond" w:hAnsi="Garamond"/>
          <w:b w:val="0"/>
          <w:sz w:val="24"/>
        </w:rPr>
        <w:t>The light drifted closer, radiating something that tasted like magic but was not quite magic. Then it floated to the cave entrance and disappeared into the morning mist.</w:t>
      </w:r>
    </w:p>
    <w:p>
      <w:r>
        <w:rPr>
          <w:rFonts w:ascii="Garamond" w:hAnsi="Garamond"/>
          <w:b w:val="0"/>
          <w:sz w:val="24"/>
        </w:rPr>
        <w:t>'Did you see it come in?'</w:t>
      </w:r>
    </w:p>
    <w:p>
      <w:r>
        <w:rPr>
          <w:rFonts w:ascii="Garamond" w:hAnsi="Garamond"/>
          <w:b w:val="0"/>
          <w:sz w:val="24"/>
        </w:rPr>
        <w:t>No. It was just there.</w:t>
      </w:r>
    </w:p>
    <w:p>
      <w:r>
        <w:rPr>
          <w:rFonts w:ascii="Garamond" w:hAnsi="Garamond"/>
          <w:b w:val="0"/>
          <w:sz w:val="24"/>
        </w:rPr>
        <w:t>They waited. Jeran ate dried meat and watched the entrance. The light did not return.</w:t>
      </w:r>
    </w:p>
    <w:p>
      <w:r>
        <w:rPr>
          <w:rFonts w:ascii="Garamond" w:hAnsi="Garamond"/>
          <w:b w:val="0"/>
          <w:sz w:val="24"/>
        </w:rPr>
        <w:t>'Probably nothing,' he muttered.</w:t>
      </w:r>
    </w:p>
    <w:p>
      <w:r>
        <w:rPr>
          <w:rFonts w:ascii="Garamond" w:hAnsi="Garamond"/>
          <w:b w:val="0"/>
          <w:sz w:val="24"/>
        </w:rPr>
        <w:t>Ballock's ears flicked. Probably.</w:t>
      </w:r>
    </w:p>
    <w:p>
      <w:r>
        <w:rPr>
          <w:rFonts w:ascii="Garamond" w:hAnsi="Garamond"/>
          <w:b w:val="0"/>
          <w:sz w:val="24"/>
        </w:rPr>
        <w:t>Neither of them believed it.</w:t>
      </w:r>
    </w:p>
    <w:p>
      <w:r>
        <w:rPr>
          <w:rFonts w:ascii="Garamond" w:hAnsi="Garamond"/>
          <w:b w:val="0"/>
          <w:sz w:val="24"/>
        </w:rPr>
        <w:t>An hour later it came back.</w:t>
      </w:r>
    </w:p>
    <w:p>
      <w:r>
        <w:rPr>
          <w:rFonts w:ascii="Garamond" w:hAnsi="Garamond"/>
          <w:b w:val="0"/>
          <w:sz w:val="24"/>
        </w:rPr>
        <w:t>This time it hovered just beyond the cave threshold and waited. It did not approach. It did not leave. It simply held its position in the morning air with the patience of something that had nowhere else to be.</w:t>
      </w:r>
    </w:p>
    <w:p>
      <w:r>
        <w:rPr>
          <w:rFonts w:ascii="Garamond" w:hAnsi="Garamond"/>
          <w:b w:val="0"/>
          <w:sz w:val="24"/>
        </w:rPr>
        <w:t>'What do you want?' Jeran asked.</w:t>
      </w:r>
    </w:p>
    <w:p>
      <w:r>
        <w:rPr>
          <w:rFonts w:ascii="Garamond" w:hAnsi="Garamond"/>
          <w:b w:val="0"/>
          <w:sz w:val="24"/>
        </w:rPr>
        <w:t>The light pulsed once, bright and quick, then drifted left. It circled a boulder, disappeared behind it, reappeared on the other side.</w:t>
      </w:r>
    </w:p>
    <w:p>
      <w:r>
        <w:rPr>
          <w:rFonts w:ascii="Garamond" w:hAnsi="Garamond"/>
          <w:b w:val="0"/>
          <w:sz w:val="24"/>
        </w:rPr>
        <w:t>It is watching us, Ballock said.</w:t>
      </w:r>
    </w:p>
    <w:p>
      <w:r>
        <w:rPr>
          <w:rFonts w:ascii="Garamond" w:hAnsi="Garamond"/>
          <w:b w:val="0"/>
          <w:sz w:val="24"/>
        </w:rPr>
        <w:t>The light floated closer, and for the first time Jeran could make out a shape inside the glow. Tiny. Humanoid. Wings that shimmered like dragonfly glass. Not just light. Something alive, and aware, and entirely focused on him.</w:t>
      </w:r>
    </w:p>
    <w:p>
      <w:r>
        <w:rPr>
          <w:rFonts w:ascii="Garamond" w:hAnsi="Garamond"/>
          <w:b w:val="0"/>
          <w:sz w:val="24"/>
        </w:rPr>
        <w:t>The figure hovered for another moment, then darted into the trees.</w:t>
      </w:r>
    </w:p>
    <w:p>
      <w:r>
        <w:rPr>
          <w:rFonts w:ascii="Garamond" w:hAnsi="Garamond"/>
          <w:b w:val="0"/>
          <w:sz w:val="24"/>
        </w:rPr>
        <w:t>Jeran exhaled. 'What in the name of Telecio was that?'</w:t>
      </w:r>
    </w:p>
    <w:p>
      <w:r>
        <w:rPr>
          <w:rFonts w:ascii="Garamond" w:hAnsi="Garamond"/>
          <w:b w:val="0"/>
          <w:sz w:val="24"/>
        </w:rPr>
        <w:t>I do not know. But it smells like old magic.</w:t>
      </w:r>
    </w:p>
    <w:p>
      <w:r>
        <w:rPr>
          <w:rFonts w:ascii="Garamond" w:hAnsi="Garamond"/>
          <w:b w:val="0"/>
          <w:sz w:val="24"/>
        </w:rPr>
        <w:t>'Old magic doesn't just show up and stare at people.'</w:t>
      </w:r>
    </w:p>
    <w:p>
      <w:r>
        <w:rPr>
          <w:rFonts w:ascii="Garamond" w:hAnsi="Garamond"/>
          <w:b w:val="0"/>
          <w:sz w:val="24"/>
        </w:rPr>
        <w:t>This one does.</w:t>
      </w:r>
    </w:p>
    <w:p>
      <w:r>
        <w:rPr>
          <w:rFonts w:ascii="Garamond" w:hAnsi="Garamond"/>
          <w:b w:val="0"/>
          <w:sz w:val="24"/>
        </w:rPr>
        <w:t>By midday it had returned four more times. Each time it came a little closer. Each time it stayed a little longer. It never spoke. It watched him with an attention that prickled across his skin, and Ballock tracked it with his eyes every time it appeared.</w:t>
      </w:r>
    </w:p>
    <w:p>
      <w:r>
        <w:rPr>
          <w:rFonts w:ascii="Garamond" w:hAnsi="Garamond"/>
          <w:b w:val="0"/>
          <w:sz w:val="24"/>
        </w:rPr>
        <w:t>'It's like a damn bird,' Jeran muttered, packing up their camp and settling back into the join. 'Curious and impossible to lose.'</w:t>
      </w:r>
    </w:p>
    <w:p>
      <w:r>
        <w:rPr>
          <w:rFonts w:ascii="Garamond" w:hAnsi="Garamond"/>
          <w:b w:val="0"/>
          <w:sz w:val="24"/>
        </w:rPr>
        <w:t>Birds do not glow, Ballock said.</w:t>
      </w:r>
    </w:p>
    <w:p>
      <w:r>
        <w:rPr>
          <w:rFonts w:ascii="Garamond" w:hAnsi="Garamond"/>
          <w:b w:val="0"/>
          <w:sz w:val="24"/>
        </w:rPr>
        <w:t>'You know what I mean.'</w:t>
      </w:r>
    </w:p>
    <w:p>
      <w:r>
        <w:rPr>
          <w:rFonts w:ascii="Garamond" w:hAnsi="Garamond"/>
          <w:b w:val="0"/>
          <w:sz w:val="24"/>
        </w:rPr>
        <w:t>Ballock rumbled. It is drawn to your magic. I can feel it. The light pulses stronger when you reach through the bond.</w:t>
      </w:r>
    </w:p>
    <w:p>
      <w:r>
        <w:rPr>
          <w:rFonts w:ascii="Garamond" w:hAnsi="Garamond"/>
          <w:b w:val="0"/>
          <w:sz w:val="24"/>
        </w:rPr>
        <w:t>Jeran went still at the join. He looked toward the entrance where the light had appeared again, hovering at the threshold. As he watched, it zipped forward and circled his head once, close enough that he felt the faint warmth of it on his face, then shot back into the trees.</w:t>
      </w:r>
    </w:p>
    <w:p>
      <w:r>
        <w:rPr>
          <w:rFonts w:ascii="Garamond" w:hAnsi="Garamond"/>
          <w:b w:val="0"/>
          <w:sz w:val="24"/>
        </w:rPr>
        <w:t>Ballock's ears flattened. I do not like this.</w:t>
      </w:r>
    </w:p>
    <w:p>
      <w:r>
        <w:rPr>
          <w:rFonts w:ascii="Garamond" w:hAnsi="Garamond"/>
          <w:b w:val="0"/>
          <w:sz w:val="24"/>
        </w:rPr>
        <w:t>'Neither do I.' Jeran straightened. 'But we're moving either way.'</w:t>
      </w:r>
    </w:p>
    <w:p>
      <w:r>
        <w:rPr>
          <w:rFonts w:ascii="Garamond" w:hAnsi="Garamond"/>
          <w:b w:val="0"/>
          <w:sz w:val="24"/>
        </w:rPr>
        <w:t>The light followed them all afternoon through the Tol Cima range, keeping its distance, pulsing when Jeran reached through the bond and dimming when he pulled back. Whatever it was, it was interested in the magic specifically. In what was building inside him.</w:t>
      </w:r>
    </w:p>
    <w:p>
      <w:r>
        <w:rPr>
          <w:rFonts w:ascii="Garamond" w:hAnsi="Garamond"/>
          <w:b w:val="0"/>
          <w:sz w:val="24"/>
        </w:rPr>
        <w:t>That was not a comfortable thing to consider while riding a wolf through mountains full of Kakollian's scouts.</w:t>
      </w:r>
    </w:p>
    <w:p>
      <w:r>
        <w:rPr>
          <w:rFonts w:ascii="Garamond" w:hAnsi="Garamond"/>
          <w:b w:val="0"/>
          <w:sz w:val="24"/>
        </w:rPr>
        <w:t>As darkness settled over the forest, Ballock found a hollow under an overhang of rock and curled there, and Jeran lay along the join and pulled his cloak around them both and looked at the tree line.</w:t>
      </w:r>
    </w:p>
    <w:p>
      <w:r>
        <w:rPr>
          <w:rFonts w:ascii="Garamond" w:hAnsi="Garamond"/>
          <w:b w:val="0"/>
          <w:sz w:val="24"/>
        </w:rPr>
        <w:t>The tiny glowing figure was there at the edge of it.</w:t>
      </w:r>
    </w:p>
    <w:p>
      <w:r>
        <w:rPr>
          <w:rFonts w:ascii="Garamond" w:hAnsi="Garamond"/>
          <w:b w:val="0"/>
          <w:sz w:val="24"/>
        </w:rPr>
        <w:t>Watching.</w:t>
      </w:r>
    </w:p>
    <w:p>
      <w:r>
        <w:rPr>
          <w:rFonts w:ascii="Garamond" w:hAnsi="Garamond"/>
          <w:b w:val="0"/>
          <w:sz w:val="24"/>
        </w:rPr>
        <w:t>Waiting.</w:t>
      </w:r>
    </w:p>
    <w:p>
      <w:r>
        <w:rPr>
          <w:rFonts w:ascii="Garamond" w:hAnsi="Garamond"/>
          <w:b w:val="0"/>
          <w:sz w:val="24"/>
        </w:rPr>
        <w:t>Silent.</w:t>
      </w:r>
    </w:p>
    <w:p>
      <w:r>
        <w:rPr>
          <w:rFonts w:ascii="Garamond" w:hAnsi="Garamond"/>
          <w:sz w:val="24"/>
        </w:rPr>
        <w:br w:type="page"/>
      </w:r>
    </w:p>
    <w:p>
      <w:pPr>
        <w:jc w:val="center"/>
      </w:pPr>
      <w:r>
        <w:rPr>
          <w:rFonts w:ascii="Garamond" w:hAnsi="Garamond"/>
          <w:b/>
          <w:sz w:val="28"/>
        </w:rPr>
        <w:t>Chapter Three</w:t>
      </w:r>
    </w:p>
    <w:p>
      <w:pPr>
        <w:jc w:val="center"/>
      </w:pPr>
      <w:r>
        <w:rPr>
          <w:rFonts w:ascii="Garamond" w:hAnsi="Garamond"/>
          <w:b w:val="0"/>
          <w:sz w:val="22"/>
        </w:rPr>
        <w:t>The Hunt</w:t>
      </w:r>
    </w:p>
    <w:p>
      <w:r>
        <w:rPr>
          <w:rFonts w:ascii="Garamond" w:hAnsi="Garamond"/>
          <w:b w:val="0"/>
          <w:sz w:val="24"/>
        </w:rPr>
        <w:t>Kakollian's fortress sat like a scar on the northern edge of the Tol Cima foothills.</w:t>
      </w:r>
    </w:p>
    <w:p>
      <w:r>
        <w:rPr>
          <w:rFonts w:ascii="Garamond" w:hAnsi="Garamond"/>
          <w:b w:val="0"/>
          <w:sz w:val="24"/>
        </w:rPr>
        <w:t>The walls were black stone, quarried from the mountains, stacked high and thick. Towers at each corner, iron-spiked, angular. The gates were reinforced steel and always guarded, not because the guards were necessary but because Kakollian liked the message.</w:t>
      </w:r>
    </w:p>
    <w:p>
      <w:r>
        <w:rPr>
          <w:rFonts w:ascii="Garamond" w:hAnsi="Garamond"/>
          <w:b w:val="0"/>
          <w:sz w:val="24"/>
        </w:rPr>
        <w:t>Inside, the courtyard moved with the efficiency of a machine that never rested. Soldiers drilled. Forges ran. Wagons rolled in loaded with grain and arrows and barrels of pitch. And in the air above it all, the pairs circled on thermals, riding the morning heat in slow arcs, their shadows sweeping the stone below.</w:t>
      </w:r>
    </w:p>
    <w:p>
      <w:r>
        <w:rPr>
          <w:rFonts w:ascii="Garamond" w:hAnsi="Garamond"/>
          <w:b w:val="0"/>
          <w:sz w:val="24"/>
        </w:rPr>
        <w:t>They were not riders.</w:t>
      </w:r>
    </w:p>
    <w:p>
      <w:r>
        <w:rPr>
          <w:rFonts w:ascii="Garamond" w:hAnsi="Garamond"/>
          <w:b w:val="0"/>
          <w:sz w:val="24"/>
        </w:rPr>
        <w:t>A rider could dismount. A rider went home at the end of the day and was a separate person from her mount. These women were none of those things. The fusion had seen to that. Where the base of the spine met the raptor's back, flesh had grown into feather, bone into hollow bone, blood into blood. You could not see the join from below, which was the point. There was no join. There was only the creature they had become together, woman and raptor, one body with two minds and one purpose.</w:t>
      </w:r>
    </w:p>
    <w:p>
      <w:r>
        <w:rPr>
          <w:rFonts w:ascii="Garamond" w:hAnsi="Garamond"/>
          <w:b w:val="0"/>
          <w:sz w:val="24"/>
        </w:rPr>
        <w:t>The unfused hated them for it, quietly and constantly. The unfused could walk away. The unfused still had a self that existed separately from their mount. The fused had surrendered that, and there were those on both sides who thought the surrender made them superior, and those who thought it made them less than human, and neither side would ever convince the other.</w:t>
      </w:r>
    </w:p>
    <w:p>
      <w:r>
        <w:rPr>
          <w:rFonts w:ascii="Garamond" w:hAnsi="Garamond"/>
          <w:b w:val="0"/>
          <w:sz w:val="24"/>
        </w:rPr>
        <w:t>Kakollian found the tension useful. He found most tensions useful.</w:t>
      </w:r>
    </w:p>
    <w:p>
      <w:r>
        <w:rPr>
          <w:rFonts w:ascii="Garamond" w:hAnsi="Garamond"/>
          <w:b w:val="0"/>
          <w:sz w:val="24"/>
        </w:rPr>
        <w:t>He stood on the battlements watching the pairs circle and thought about the boy.</w:t>
      </w:r>
    </w:p>
    <w:p>
      <w:r>
        <w:rPr>
          <w:rFonts w:ascii="Garamond" w:hAnsi="Garamond"/>
          <w:b w:val="0"/>
          <w:sz w:val="24"/>
        </w:rPr>
        <w:t>Jeran had been gone three years. Kakollian was not angry about this. Anger was for people who had been surprised, and he had not been surprised. He had known the boy would run. He had, in certain precise ways, made it possible for the boy to run, because a caged creature does not develop the way a hunted one does. The mountains would do things to Jeran that no training yard could replicate. Three years of cold and fear and necessity would sharpen edges that Kakollian could never have ground himself.</w:t>
      </w:r>
    </w:p>
    <w:p>
      <w:r>
        <w:rPr>
          <w:rFonts w:ascii="Garamond" w:hAnsi="Garamond"/>
          <w:b w:val="0"/>
          <w:sz w:val="24"/>
        </w:rPr>
        <w:t>What he had not fully accounted for was the fire.</w:t>
      </w:r>
    </w:p>
    <w:p>
      <w:r>
        <w:rPr>
          <w:rFonts w:ascii="Garamond" w:hAnsi="Garamond"/>
          <w:b w:val="0"/>
          <w:sz w:val="24"/>
        </w:rPr>
        <w:t>His scouts described it as elemental, fast, and growing stronger each time it was used. That was Palanthor's inheritance waking under pressure, earlier than expected. He needed Jeran back before the fire got ahead of his ability to direct it. A tool that grew faster than its maker's understanding of it was no longer a tool.</w:t>
      </w:r>
    </w:p>
    <w:p>
      <w:r>
        <w:rPr>
          <w:rFonts w:ascii="Garamond" w:hAnsi="Garamond"/>
          <w:b w:val="0"/>
          <w:sz w:val="24"/>
        </w:rPr>
        <w:t>'Forty-two fused pairs ready, my lord,' the officer beside him said. 'All provisioned.'</w:t>
      </w:r>
    </w:p>
    <w:p>
      <w:r>
        <w:rPr>
          <w:rFonts w:ascii="Garamond" w:hAnsi="Garamond"/>
          <w:b w:val="0"/>
          <w:sz w:val="24"/>
        </w:rPr>
        <w:t>'Ground forces?'</w:t>
      </w:r>
    </w:p>
    <w:p>
      <w:r>
        <w:rPr>
          <w:rFonts w:ascii="Garamond" w:hAnsi="Garamond"/>
          <w:b w:val="0"/>
          <w:sz w:val="24"/>
        </w:rPr>
        <w:t>'Three hundred infantry. Fifty mounted. Twenty hounds. Ready at your word.'</w:t>
      </w:r>
    </w:p>
    <w:p>
      <w:r>
        <w:rPr>
          <w:rFonts w:ascii="Garamond" w:hAnsi="Garamond"/>
          <w:b w:val="0"/>
          <w:sz w:val="24"/>
        </w:rPr>
        <w:t>'And Vorik?'</w:t>
      </w:r>
    </w:p>
    <w:p>
      <w:r>
        <w:rPr>
          <w:rFonts w:ascii="Garamond" w:hAnsi="Garamond"/>
          <w:b w:val="0"/>
          <w:sz w:val="24"/>
        </w:rPr>
        <w:t>'In the armory, my lord.'</w:t>
      </w:r>
    </w:p>
    <w:p>
      <w:r>
        <w:rPr>
          <w:rFonts w:ascii="Garamond" w:hAnsi="Garamond"/>
          <w:b w:val="0"/>
          <w:sz w:val="24"/>
        </w:rPr>
        <w:t>'Bring him.'</w:t>
      </w:r>
    </w:p>
    <w:p>
      <w:r>
        <w:rPr>
          <w:rFonts w:ascii="Garamond" w:hAnsi="Garamond"/>
          <w:b w:val="0"/>
          <w:sz w:val="24"/>
        </w:rPr>
        <w:t>The door to the battlements opened a few minutes later.</w:t>
      </w:r>
    </w:p>
    <w:p>
      <w:r>
        <w:rPr>
          <w:rFonts w:ascii="Garamond" w:hAnsi="Garamond"/>
          <w:b w:val="0"/>
          <w:sz w:val="24"/>
        </w:rPr>
        <w:t>Vorik filled the doorframe. Not merely tall, though he was tall. The fusion with the bear had added something to his mass that went beyond the physical, a density, a presence, as if the air around him was slightly more serious than the air around other men. He wore no unnecessary armor. A warhammer hung at his back. His face was hard, his beard thick and black, his eyes the color of old bronze. Where his lower body should have been, the bear began: the broad furred haunches, the enormous paws, the scarred shoulders. The join was old and clean and completely without self-consciousness. Vorik and the bear had been one thing for so long that the word fusion no longer quite applied.</w:t>
      </w:r>
    </w:p>
    <w:p>
      <w:r>
        <w:rPr>
          <w:rFonts w:ascii="Garamond" w:hAnsi="Garamond"/>
          <w:b w:val="0"/>
          <w:sz w:val="24"/>
        </w:rPr>
        <w:t>The bear looked at Kakollian and rumbled. An acknowledgment.</w:t>
      </w:r>
    </w:p>
    <w:p>
      <w:r>
        <w:rPr>
          <w:rFonts w:ascii="Garamond" w:hAnsi="Garamond"/>
          <w:b w:val="0"/>
          <w:sz w:val="24"/>
        </w:rPr>
        <w:t>'You know why you're here,' Kakollian said.</w:t>
      </w:r>
    </w:p>
    <w:p>
      <w:r>
        <w:rPr>
          <w:rFonts w:ascii="Garamond" w:hAnsi="Garamond"/>
          <w:b w:val="0"/>
          <w:sz w:val="24"/>
        </w:rPr>
        <w:t>'The boy.' Vorik's voice was unhurried. 'And the wolf.'</w:t>
      </w:r>
    </w:p>
    <w:p>
      <w:r>
        <w:rPr>
          <w:rFonts w:ascii="Garamond" w:hAnsi="Garamond"/>
          <w:b w:val="0"/>
          <w:sz w:val="24"/>
        </w:rPr>
        <w:t>'Yes. But I want to be precise about what I need.' Kakollian held his gaze. 'I don't want him killed. I don't want him damaged. I want him out of room to run. Then I will come to him myself.'</w:t>
      </w:r>
    </w:p>
    <w:p>
      <w:r>
        <w:rPr>
          <w:rFonts w:ascii="Garamond" w:hAnsi="Garamond"/>
          <w:b w:val="0"/>
          <w:sz w:val="24"/>
        </w:rPr>
        <w:t>Vorik's expression was unreadable. 'You want him penned.'</w:t>
      </w:r>
    </w:p>
    <w:p>
      <w:r>
        <w:rPr>
          <w:rFonts w:ascii="Garamond" w:hAnsi="Garamond"/>
          <w:b w:val="0"/>
          <w:sz w:val="24"/>
        </w:rPr>
        <w:t>'I want him to understand that the mountains have an edge.' Kakollian turned back to the courtyard. 'He is not prey. He is mine, and he has been mine since the day he was born, and three years in the wilderness does not change that. What it has done is make him into something worth having back. The fire, Vorik. I need to know exactly how strong it has become before I decide how to proceed.'</w:t>
      </w:r>
    </w:p>
    <w:p>
      <w:r>
        <w:rPr>
          <w:rFonts w:ascii="Garamond" w:hAnsi="Garamond"/>
          <w:b w:val="0"/>
          <w:sz w:val="24"/>
        </w:rPr>
        <w:t>'And if he fights?'</w:t>
      </w:r>
    </w:p>
    <w:p>
      <w:r>
        <w:rPr>
          <w:rFonts w:ascii="Garamond" w:hAnsi="Garamond"/>
          <w:b w:val="0"/>
          <w:sz w:val="24"/>
        </w:rPr>
        <w:t>'He will fight. That is acceptable. Just keep him breathing.'</w:t>
      </w:r>
    </w:p>
    <w:p>
      <w:r>
        <w:rPr>
          <w:rFonts w:ascii="Garamond" w:hAnsi="Garamond"/>
          <w:b w:val="0"/>
          <w:sz w:val="24"/>
        </w:rPr>
        <w:t>Vorik bowed his head and turned back through the door, the bear moving with him in that perfectly matched way, one creature navigating a door built for something smaller. The door closed.</w:t>
      </w:r>
    </w:p>
    <w:p>
      <w:r>
        <w:rPr>
          <w:rFonts w:ascii="Garamond" w:hAnsi="Garamond"/>
          <w:b w:val="0"/>
          <w:sz w:val="24"/>
        </w:rPr>
        <w:t>Kakollian watched the pairs circle above the courtyard and thought about the boy's fire and what it meant that it was growing faster than the timeline he had planned. Jeran did not know what he was becoming. Kakollian was nearly certain of that. The boy understood survival. He did not yet understand inheritance.</w:t>
      </w:r>
    </w:p>
    <w:p>
      <w:r>
        <w:rPr>
          <w:rFonts w:ascii="Garamond" w:hAnsi="Garamond"/>
          <w:b w:val="0"/>
          <w:sz w:val="24"/>
        </w:rPr>
        <w:t>That gap was still his to exploit. But not for much longer.</w:t>
      </w:r>
    </w:p>
    <w:p>
      <w:r>
        <w:rPr>
          <w:rFonts w:ascii="Garamond" w:hAnsi="Garamond"/>
          <w:b w:val="0"/>
          <w:sz w:val="24"/>
        </w:rPr>
        <w:t>'Run a little further,' he said quietly. 'While you still can.'</w:t>
      </w:r>
    </w:p>
    <w:p>
      <w:r>
        <w:rPr>
          <w:rFonts w:ascii="Garamond" w:hAnsi="Garamond"/>
          <w:b w:val="0"/>
          <w:sz w:val="24"/>
        </w:rPr>
        <w:t>He turned and walked inside.</w:t>
      </w:r>
    </w:p>
    <w:p>
      <w:r>
        <w:rPr>
          <w:rFonts w:ascii="Garamond" w:hAnsi="Garamond"/>
          <w:b w:val="0"/>
          <w:sz w:val="24"/>
        </w:rPr>
        <w:t>Behind him, the pairs circled.</w:t>
      </w:r>
    </w:p>
    <w:p>
      <w:r>
        <w:rPr>
          <w:rFonts w:ascii="Garamond" w:hAnsi="Garamond"/>
          <w:b w:val="0"/>
          <w:sz w:val="24"/>
        </w:rPr>
        <w:t>Patient.</w:t>
      </w:r>
    </w:p>
    <w:p>
      <w:r>
        <w:rPr>
          <w:rFonts w:ascii="Garamond" w:hAnsi="Garamond"/>
          <w:b w:val="0"/>
          <w:sz w:val="24"/>
        </w:rPr>
        <w:t>Ready.</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Garamond" w:hAnsi="Garamond"/>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