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THE UNBINDING</w:t>
      </w:r>
    </w:p>
    <w:p>
      <w:r>
        <w:t>BOOK ONE: THE AWOKEN</w:t>
      </w:r>
    </w:p>
    <w:p>
      <w:r>
        <w:t>PROLOGUE:</w:t>
      </w:r>
    </w:p>
    <w:p>
      <w:r>
        <w:t>The Weight of Three Centuries</w:t>
      </w:r>
    </w:p>
    <w:p>
      <w:r>
        <w:t>September 22, 1692 — Salem Village, Massachusetts Bay Colony</w:t>
      </w:r>
    </w:p>
    <w:p>
      <w:r>
        <w:t>The air in the clearing atop Gallows Hill didn't smell of autumn. There was no crisp scent of drying corn husks, no cooling Atlantic breeze, no woodsmoke from the village hearths below. Instead, the atmosphere tasted of scorched ozone and copper — the sharp, metallic tang of blood spilled with desperate, ritualistic purpose.</w:t>
      </w:r>
    </w:p>
    <w:p>
      <w:r>
        <w:t>High Magistrate Samuel Sewall stood at the very precipice of the ledge, his heavy black cloak whipping around his legs like the tattered wings of a carrion crow. Below him, Salem Village was a scattered constellation of flickering lanterns and terrified whispers. To the townspeople, the violet aurora swirling above the hill was the wrath of a vengeful God. To Samuel, it was the sound of the world's seams coming undone. The sky had turned the colour of a fresh bruise, churning with violet lightning that produced no thunder — only a high-pitched, crystalline ringing that threatened to shatter the very teeth in his jaw.</w:t>
      </w:r>
    </w:p>
    <w:p>
      <w:r>
        <w:t>'The circles are set, Samuel,' a voice rasped, barely audible over the rising, unnatural gale.</w:t>
      </w:r>
    </w:p>
    <w:p>
      <w:r>
        <w:t>It was Martha. She was hunched over the centre of the clearing, her hands stained to the elbows in ritual clay and charcoal. She was the eldest of the Seven — the Weavers of the Thread. For fifty years, her fingers had moved across invisible looms, threading the impossible into the real. Now she looked like a woman made of frayed rope, her skin parchment-thin, her eyes burning with a frantic amber heat that seemed to consume the moisture in the air.</w:t>
      </w:r>
    </w:p>
    <w:p>
      <w:r>
        <w:t>'The Triple-Three Shackle.' Samuel's fingers trembled as he gripped the hilt of the obsidian dagger. The blade was cold — colder than the New England winter — carved from a stone that had never known the sun. 'We are not just sealing a gate, Martha. We are blinding our children. Stripping the spark from the bloodline and leaving our descendants to wander a grey world, deaf and dumb to the universe's true face.'</w:t>
      </w:r>
    </w:p>
    <w:p>
      <w:r>
        <w:t>'If we do not go quiet now,' Martha spat, wiping a streak of grey mud across her forehead, 'there will be no children left to inherit the silence. The In-Between is haemorrhaging. Can you not feel it? The veil is no longer a curtain — it is a sieve. If we do not seal the vents tonight, the Lich will not just take Salem. He will turn the entire world into a larder for the Void.'</w:t>
      </w:r>
    </w:p>
    <w:p>
      <w:r>
        <w:t>At the perimeter of the ritual circle stood the seventh of their number — the Guardian. He was a massive man, a kinsman of the Sewall line, and he was currently the only physical thing keeping the clearing from being reclaimed by the starving dark.</w:t>
      </w:r>
    </w:p>
    <w:p>
      <w:r>
        <w:t>His skin was no longer flesh and bone; it was a pressurised vessel of liquid mercury. A dull, metallic silver light rippled across his massive shoulders, his density so immense that his heavy leather boots had sunk six inches into the solid granite of the ledge. He held a silver-weighted pike, the metal humming with a low, bone-shaking frequency that acted as a lightning rod for the Aetheric backlash. His eyes were not eyes anymore — they were polished chrome spheres that reflected the dying violet light of the sky.</w:t>
      </w:r>
    </w:p>
    <w:p>
      <w:r>
        <w:t>'I can hold the pressure no longer!' the Guardian roared, his voice a metallic rumble that vibrated in Samuel's marrow. The silver skin was cracking at the joints, revealing a blinding, white-hot heat beneath that smelled of molten lead. 'The weight of the entire Atlantic is pressing against my spine! Cast it now, before the mountain breaks and we are all pulled into the maw!'</w:t>
      </w:r>
    </w:p>
    <w:p>
      <w:r>
        <w:t>Beside Samuel, the boy Necromancer — a child of barely ten years with eyes as milky as cataracts — raised a human skull wrapped in silver wire. He didn't look at the sky; he looked at the treeline, where the translucent grey Threads of the dead were swarming like starving moths. The Hollowed: spirits of those who had died in the woods, now being pulled towards the hill by the Lich's gravitational hunger.</w:t>
      </w:r>
    </w:p>
    <w:p>
      <w:r>
        <w:t>'The King of Shadows is at the door,' the boy whispered, his voice far too old for his small frame. 'He is reaching for the lock.'</w:t>
      </w:r>
    </w:p>
    <w:p>
      <w:r>
        <w:t>'By the blood of the first, by the breath of the last,' Samuel intoned, finally finding his steel. He raised the obsidian blade towards the violet vortex in the sky, where a skeletal, elongated face was beginning to form out of the static. 'We bind the sight. We anchor the spark. We give the world to the Mundane until the debt is paid in full!'</w:t>
      </w:r>
    </w:p>
    <w:p>
      <w:r>
        <w:t>He brought the dagger down in a single, violent stroke, slicing through the master Thread Martha had woven between the anchor stones.</w:t>
      </w:r>
    </w:p>
    <w:p>
      <w:r>
        <w:t>The shockwave was silent, but it was devastating. A wall of violet light erupted from the centre of the circle, racing outward in a perfect, expanding ring. It passed through the wooden gallows, through the meeting houses, through the very marrow of every living soul in the colony.</w:t>
      </w:r>
    </w:p>
    <w:p>
      <w:r>
        <w:t>In a single heartbeat, the sight was gone.</w:t>
      </w:r>
    </w:p>
    <w:p>
      <w:r>
        <w:t>The violet lightning vanished. The glowing threads of magic snapped and dissolved into the grey mist of a normal New England morning. The world suddenly felt flat, cold, and devastatingly lonely. The vibrant, singing colours of the Aether were replaced by the dull, muted browns of the earth.</w:t>
      </w:r>
    </w:p>
    <w:p>
      <w:r>
        <w:t>The Guardian slumped to his knees, his silver light extinguishing like a coal dropped into a deep well. His body returned to pale, exhausted flesh, the skin mapped with red, angry scars from the pressure he had endured. He gasped, looking at his hands as if he had never seen them before, the mercury glow gone, replaced by a mortal tremor.</w:t>
      </w:r>
    </w:p>
    <w:p>
      <w:r>
        <w:t>'It is done,' Samuel whispered. The amber light in Martha's eyes had faded to a dull, weary brown. The boy Necromancer began to cry, the ghosts he had commanded now nothing more than a fading memory of smoke and cold air.</w:t>
      </w:r>
    </w:p>
    <w:p>
      <w:r>
        <w:t>Samuel reached into his waistcoat and pulled out a mechanical pocket watch. He clicked the latch open with a thumb that wouldn't stop shaking. The gears didn't tick with their usual light, rhythmic snap — theygroaned, the spring under a tension that should have shattered the brass casing. The second hand moved once: a heavy, agonisingclunkthat resonated like a funeral bell.</w:t>
      </w:r>
    </w:p>
    <w:p>
      <w:r>
        <w:t>Tick. Tick. Tick.</w:t>
      </w:r>
    </w:p>
    <w:p>
      <w:r>
        <w:t>The hands had begun a slow, agonising crawl that would take exactly three hundred and thirty-three years to complete.</w:t>
      </w:r>
    </w:p>
    <w:p>
      <w:r>
        <w:t>They had saved the world, but they had turned out the lights to do it. And deep in the shadows of the woods, Samuel knew the Lich was not dead — he was simply waiting for the clock to run out.</w:t>
      </w:r>
    </w:p>
    <w:p>
      <w:r>
        <w:t>The silence was the worst part.</w:t>
      </w:r>
    </w:p>
    <w:p>
      <w:r>
        <w:t>Not the absence of the Aetheric howl — the profound, suffocating emptiness that pressed in from the edges of the forest. Just wind. A mundane, chilly breath sweeping across the summit of Gallows Hill, smelling of pine and damp earth, nothing more.</w:t>
      </w:r>
    </w:p>
    <w:p>
      <w:r>
        <w:t>Martha pulled herself upright against one of the anchor stones, her chest heaving. The grey mud and charcoal on her face made her look ancient — a figure carved from the very rock she leaned on. 'Three hundred and thirty-three years,' she muttered, the number tasting like ash. 'A blink for the Void. A lifetime of grey for our children's children.'</w:t>
      </w:r>
    </w:p>
    <w:p>
      <w:r>
        <w:t>'The alternative was eternal night,' Samuel said. He couldn't look at the village. The sight of smoke curling from ordinary chimneys — so mundane, so saved — was more than he could stomach.</w:t>
      </w:r>
    </w:p>
    <w:p>
      <w:r>
        <w:t>The Guardian's massive frame was still shivering. The silver skin had protected him from the pressure, but it had also made him exquisitely sensitive to the sudden catastrophic absence of power. 'Weak,' he said, the word dropping out of him like a stone. 'I feel like a whisper that's lost its wind.'</w:t>
      </w:r>
    </w:p>
    <w:p>
      <w:r>
        <w:t>The boy — Elijah — had stopped crying. He sat huddled around the silver-wired skull, milky eyes wide with a terror that had nothing to do with the Lich. 'They're gone,' he whispered. 'The Hollowed — they don't answer. I can't hear the echoes. Just…silence.'</w:t>
      </w:r>
    </w:p>
    <w:p>
      <w:r>
        <w:t>'It will hold,' Samuel said. 'The Shackle is woven into the temporal stream itself. The Lich cannot pass through it — not until the last tick.' He paused. 'We must disband. The record of the Threads must be hidden. The tools scattered. Our work ends now. Our legacy is silence.'</w:t>
      </w:r>
    </w:p>
    <w:p>
      <w:r>
        <w:t>Martha straightened fully and looked at him with the deep, terrifying knowledge of a woman who understands exactly what she has sacrificed. 'When that clock stops, Samuel — what will our heirs be? Mundane. Blind. Without Weavers or Guardians to defend them. We have bought them time, but we have left them defenceless for the reckoning.'</w:t>
      </w:r>
    </w:p>
    <w:p>
      <w:r>
        <w:t>Samuel had no answer. He tucked the pocket watch into his coat — the brass casing felt like a lead weight now — and turned towards the hill.</w:t>
      </w:r>
    </w:p>
    <w:p>
      <w:r>
        <w:t>The Scattering</w:t>
      </w:r>
    </w:p>
    <w:p>
      <w:r>
        <w:t>The descent from Gallows Hill was slow, not because of the gradient, but because the air itself felt heavier, the gravity of their sacrifice pressing down on their shoulders. They moved like mourners at their own funeral, each step an abandonment of everything they had been.</w:t>
      </w:r>
    </w:p>
    <w:p>
      <w:r>
        <w:t>Martha was the first to act. She knelt by the granite anchor stone at the north point of the defunct circle, reached into the soil, and pulled out three smooth river stones — the only tangible remains of fifty years as a Weaver. She rubbed the mud from them, and for a moment she simply held them in her open palm, feeling their weight, their ordinary smoothness, the total absence of anything that hummed or sang or remembered. Then she closed her fist. 'I will travel west,' she said. 'Beyond the Connecticut River. I will teach only silence. I will pass down the weight of the promise, but never the spell to break it.' She dropped one stone at the base of the marker, wrapped the other two in a scrap of linen, and disappeared into the treeline without looking back. Her passing was the death of the Weavers.</w:t>
      </w:r>
    </w:p>
    <w:p>
      <w:r>
        <w:t>The Guardian — John — looked at the silver pike in his hand. The weapon that had contained and focused the Aether for decades was now simply heavy metal. Without ceremony, he drove it deep into the earth at the summit, exactly where the violet storm had raged, and wrestled a flat sheet of granite over the spot. He stood over it for a moment, one large hand resting on the stone, and said nothing. Then he looked at Samuel. 'The dagger. What becomes of it?'</w:t>
      </w:r>
    </w:p>
    <w:p>
      <w:r>
        <w:t>'Hidden in plain sight,' Samuel said. 'A curiosity in a collection of colonial artefacts. Something they look at every day and never see. The Mundane will keep it safe from the Awoken.' He met John's hollow eyes. 'Take the coastal roads. Become a fisherman, a merchant — something visible, something solid. Forget the silver.'</w:t>
      </w:r>
    </w:p>
    <w:p>
      <w:r>
        <w:t>'Aye,' John said. He picked up nothing, looked back at nothing, and walked north.</w:t>
      </w:r>
    </w:p>
    <w:p>
      <w:r>
        <w:t>That left Elijah.</w:t>
      </w:r>
    </w:p>
    <w:p>
      <w:r>
        <w:t>The boy Necromancer still clutched the silver-wired skull with both arms, his mind too young to process the violent amputation of his connection to the dead. 'I cannot hide this,' he whimpered, holding it out. 'The whispers — they still linger here.'</w:t>
      </w:r>
    </w:p>
    <w:p>
      <w:r>
        <w:t>Samuel crouched to the boy's level. His heart ached in a way that had nothing to do with magic. 'You will carry the silence, Elijah. You will go south, to the port cities. You will become a cartographer — a man who measures only distance and scale, the flat two-dimensional surface of the world. You will teach your children to distrust anything that cannot be mapped.'</w:t>
      </w:r>
    </w:p>
    <w:p>
      <w:r>
        <w:t>He took the skull from the boy's arms. The silver wire glowed faintly — the very last flicker of Aether on Gallows Hill — then went dark. Samuel wrapped it carefully in three layers of thick wool and handed it back. 'Carry it until you reach the sea. Then find a chest, line it with lead, and sink it into the deepest trench you can find. Let the pressure of the ocean guard the King of Shadows' only vulnerability.'</w:t>
      </w:r>
    </w:p>
    <w:p>
      <w:r>
        <w:t>Elijah took it. His milky eyes held the enormous weight of a responsibility no child should carry. He didn't say goodbye. He simply turned and walked east, towards the rising ordinary sun, his small figure swallowed quickly by the pale morning light.</w:t>
      </w:r>
    </w:p>
    <w:p>
      <w:r>
        <w:t>Samuel was alone on the hilltop.</w:t>
      </w:r>
    </w:p>
    <w:p>
      <w:r>
        <w:t>He adjusted his cloak, breathed in the smell of pine and cold air — the smell of a world remade at terrible cost — and began the walk down to the village. The whispers had already started below. The good folk of Salem were waking, shaking off the terror of the night, convinced that the Devil had been definitively banished by their own fervent righteousness. He had built that conviction carefully — the trials, the fear, the public spectacle of righteous fury. He had played God's unyielding instrument for weeks, and hated himself thoroughly for every moment of it, and would do it again without hesitation, because the alternative was a world that ended before morning.</w:t>
      </w:r>
    </w:p>
    <w:p>
      <w:r>
        <w:t>The magistrate's face settled over his features like a cold mask as he walked. By the time he reached the first lantern at the foot of the hill, Samuel Sewall the man was already gone.</w:t>
      </w:r>
    </w:p>
    <w:p>
      <w:r>
        <w:t>He had to sign the final death warrants before noon. He had to cement the fear that would last three hundred and thirty-three years.</w:t>
      </w:r>
    </w:p>
    <w:p>
      <w:r>
        <w:t>Tick. Tick. Clunk.The clock had started.</w:t>
      </w:r>
    </w:p>
    <w:p>
      <w:pPr>
        <w:pageBreakBefore w:val="1"/>
      </w:pPr>
      <w:r>
        <w:t>CHAPTER ONE:</w:t>
      </w:r>
    </w:p>
    <w:p>
      <w:r>
        <w:t>The Static in the Archives</w:t>
      </w:r>
    </w:p>
    <w:p>
      <w:r>
        <w:t>Salem, Massachusetts — September 22, 2025</w:t>
      </w:r>
    </w:p>
    <w:p>
      <w:r>
        <w:t>The basement of the Peabody Essex Museum was where history went to breathe — and where Elara Vance went to disappear.</w:t>
      </w:r>
    </w:p>
    <w:p>
      <w:r>
        <w:t>She had been down here for four hours without noticing. That was normal. What wasn't normal — or hadn't been, until about three minutes ago — was the smell. The basement always carried the particular scent of properly preserved old paper: dry, faintly sweet, the ghost of iron gall ink. Tonight it smelled of something else beneath that. Salt spray. Old wood. The Atlantic at midnight.</w:t>
      </w:r>
    </w:p>
    <w:p>
      <w:r>
        <w:t>At twenty-three, Elara was the youngest archival assistant the museum had hired in a decade. She had a knack for old parchment — a physical intuition for which documents were authentic and which were Victorian-era forgeries — and she had, in the private taxonomy she kept of her own qualities, filed this underuseful but unexplainedand left it there.</w:t>
      </w:r>
    </w:p>
    <w:p>
      <w:r>
        <w:t>'Elara? You still down there?'</w:t>
      </w:r>
    </w:p>
    <w:p>
      <w:r>
        <w:t>The voice crackled through the intercom. Dr. Aris, the head curator, sounding like a man who had already put his coat on.</w:t>
      </w:r>
    </w:p>
    <w:p>
      <w:r>
        <w:t>'Just finishing the digital scans of the 1692 court transcripts, Doctor,' Elara replied, her fingers hovering over a delicate, yellowed page. 'I'm on the last bundle. The Sewall collection.'</w:t>
      </w:r>
    </w:p>
    <w:p>
      <w:r>
        <w:t>'Don't stay too late. There's a storm rolling in off the coast — the local news is calling it a 'meteorological anomaly.' High winds, purple lightning, the usual New England drama. The building's old, Elara. When it gets theatrical outside, it gets theatrical in here.'</w:t>
      </w:r>
    </w:p>
    <w:p>
      <w:r>
        <w:t>'Twenty minutes,' she promised.</w:t>
      </w:r>
    </w:p>
    <w:p>
      <w:r>
        <w:t>She turned back to the manuscript. It was a ledger owned by Samuel Sewall, one of the original magistrates — the same Sewall whose portrait hung on the third floor, staring down at the visitors with the particular expression of a man who knew something and had decided you didn't need to. Most of the ledger was mundane: livestock records, land disputes, grain taxes. But as she reached the final pages, the handwriting changed. The neat, bureaucratic script dissolved into frantic, jagged strokes.</w:t>
      </w:r>
    </w:p>
    <w:p>
      <w:r>
        <w:t>Elara frowned, leaning closer. The ink here wasn't black; it had a strange, iridescent sheen to it, like oil on water.</w:t>
      </w:r>
    </w:p>
    <w:p>
      <w:r>
        <w:t>'333,' she whispered, reading a recurring number scribbled in the margins. It was circled hundreds of times, the nib of the quill having torn through the paper in some places.</w:t>
      </w:r>
    </w:p>
    <w:p>
      <w:r>
        <w:t>Then the air in the basement changed.</w:t>
      </w:r>
    </w:p>
    <w:p>
      <w:r>
        <w:t>The hum of the fluorescent lights shifted from a steady drone to a rhythmic, pulsing throb.Thump. Thump. Thump.Like a heartbeat.</w:t>
      </w:r>
    </w:p>
    <w:p>
      <w:r>
        <w:t>Elara reached for her phone to check the time. The screen was a chaotic mess of digital snow. The clock at the top of the display flickered wildly:</w:t>
      </w:r>
    </w:p>
    <w:p>
      <w:r>
        <w:t>11:59:57…</w:t>
      </w:r>
    </w:p>
    <w:p>
      <w:r>
        <w:t>11:59:58…</w:t>
      </w:r>
    </w:p>
    <w:p>
      <w:r>
        <w:t>11:59:59…</w:t>
      </w:r>
    </w:p>
    <w:p>
      <w:r>
        <w:t>A sudden, bone-chilling cold swept through the room, smelling of salt spray and old wood — stronger now, close enough to taste. On the table, the Sewall ledger began to vibrate. The iridescent ink started to glow, a faint, sickly violet light bleeding out from the fibres of the paper.</w:t>
      </w:r>
    </w:p>
    <w:p>
      <w:r>
        <w:t>'What is this?' Elara reached out, her curiosity overriding her fear. That was also in the private taxonomy, filed underconsistent problem.</w:t>
      </w:r>
    </w:p>
    <w:p>
      <w:r>
        <w:t>The moment her fingertip touched the333in the margin, the world screamed.</w:t>
      </w:r>
    </w:p>
    <w:p>
      <w:r>
        <w:t>It wasn't a sound she heard with her ears but a roar she felt in her marrow. Across the museum, every lightbulb shattered simultaneously. In the darkness, the stone walls of the basement seemed to become transparent, flickering like a bad television signal.</w:t>
      </w:r>
    </w:p>
    <w:p>
      <w:r>
        <w:t>For a split second, she wasn't in a climate-controlled basement. She was standing in a forest clearing. Seven figures in black, hands joined, faces twisted in agony. A man — Samuel Sewall — looking directly at her across three centuries.</w:t>
      </w:r>
    </w:p>
    <w:p>
      <w:r>
        <w:t>'The debt is paid,' a voice echoed in her mind. 'Wake up, little spark.'</w:t>
      </w:r>
    </w:p>
    <w:p>
      <w:r>
        <w:t>The vision snapped shut. Elara fell back against her desk, gasping. The violet glow from the ledger erupted in a blinding flash, a shockwave of energy that threw her across the room.</w:t>
      </w:r>
    </w:p>
    <w:p>
      <w:r>
        <w:t>She hit the floor, her vision swimming with stars. When she managed to push herself up, the room was silent. The heartbeat hum was gone.</w:t>
      </w:r>
    </w:p>
    <w:p>
      <w:r>
        <w:t>She looked at her hands. They were trembling. That wasn't what terrified her.</w:t>
      </w:r>
    </w:p>
    <w:p>
      <w:r>
        <w:t>Faint, glowing lines — like golden circuit boards — were tracing themselves under the skin of her palms before slowly sinking beneath the surface. And in the corner of the pitch-black room, where the shadow was deepest, a silhouette was forming. Tall, thin, and definitively not Dr. Aris.</w:t>
      </w:r>
    </w:p>
    <w:p>
      <w:r>
        <w:t>'Elara,' the shadow whispered, its voice like dry leaves skittering across a gravestone. 'You have no idea how long we've been waiting for you to turn the lights back on.'</w:t>
      </w:r>
    </w:p>
    <w:p>
      <w:r>
        <w:t>Elara's breath hitched. The silhouette didn't move like a person — it shifted like smoke caught in a draught, its edges blurring and sharpening against the grey concrete walls.</w:t>
      </w:r>
    </w:p>
    <w:p>
      <w:r>
        <w:t>'Who are you?' she managed. Her hand scrambled across the desk, fingers brushing a heavy brass paperweight. It felt cold — colder than the room.</w:t>
      </w:r>
    </w:p>
    <w:p>
      <w:r>
        <w:t>'A debt collector,' the shadow rasped. It stepped forward, and for a heartbeat the flickering emergency light hit its face.</w:t>
      </w:r>
    </w:p>
    <w:p>
      <w:r>
        <w:t>It wasn't a face. It was a mask of pale, stretched parchment, with jagged holes where eyes should have been. Behind those holes, Elara saw a swirling void of violet static — the same colour as the ink in Sewall's ledger.</w:t>
      </w:r>
    </w:p>
    <w:p>
      <w:r>
        <w:t>'The Seven thought they could starve us,' the creature whispered, its voice vibrating in Elara's teeth. 'They tucked the world into a tiny, quiet box. But the box is open now, little spark. And I am very, very empty.'</w:t>
      </w:r>
    </w:p>
    <w:p>
      <w:r>
        <w:t>It lunged.</w:t>
      </w:r>
    </w:p>
    <w:p>
      <w:r>
        <w:t>Elara didn't think. She didn't have time to remember a spell she'd never learned or a lineage she didn't know she possessed. She simply threw her hands up.</w:t>
      </w:r>
    </w:p>
    <w:p>
      <w:r>
        <w:t>The golden lines beneath her skin flared.</w:t>
      </w:r>
    </w:p>
    <w:p>
      <w:r>
        <w:t>Instead of the creature's claws tearing through her, it slammed into an invisible wall of pure kinetic force. A ripple of translucent gold expanded from Elara's palms, hitting the Lurker with the weight of something enormous. The creature was hurled backward, its shadowy form shredding as it struck a row of steel filing cabinets with a thunderousclang.</w:t>
      </w:r>
    </w:p>
    <w:p>
      <w:r>
        <w:t>Elara stared at her hands. They weren't just glowing — they were humming. The air smelled of ozone and ancient dust.</w:t>
      </w:r>
    </w:p>
    <w:p>
      <w:r>
        <w:t>'I… I did that?' she whispered.</w:t>
      </w:r>
    </w:p>
    <w:p>
      <w:r>
        <w:t>The creature groaned, a sound like grinding stones, and began to pull itself up, its shadow-limbs elongating, knitting back together with terrifying speed. 'Ancestral blood,' it hissed, its voids widening. 'A Vance. You carry the Weaver's mark.'</w:t>
      </w:r>
    </w:p>
    <w:p>
      <w:r>
        <w:t>'Get out!' Elara shouted — and her voice had a quality she didn't recognise in it, something that came from lower than her throat.</w:t>
      </w:r>
    </w:p>
    <w:p>
      <w:r>
        <w:t>She shoved her hands forward again, trying to replicate the blast. This time, only a pathetic spark sputtered from her fingertips. The golden lines dimmed.</w:t>
      </w:r>
    </w:p>
    <w:p>
      <w:r>
        <w:t>The Lurker sensed it immediately. It tilted its head, a predatory click echoing in its throat. 'The Shackle just broke, child. You are a candle in a hurricane. No flame yet. No fuel.'</w:t>
      </w:r>
    </w:p>
    <w:p>
      <w:r>
        <w:t>It crouched, preparing to spring, when the basement door at the top of the stairs groaned open.</w:t>
      </w:r>
    </w:p>
    <w:p>
      <w:r>
        <w:t>'Elara? The main breaker blew — I'm coming down with a—'</w:t>
      </w:r>
    </w:p>
    <w:p>
      <w:r>
        <w:t>Dr. Aris's voice. The beam of a high-powered torch swept across the room. Where the light hit the Lurker, the creature shrieked, its shadow-flesh sizzling as if touched by acid. It scrambled backward into the ventilation shaft and vanished with a final, lingering hiss:</w:t>
      </w:r>
    </w:p>
    <w:p>
      <w:r>
        <w:t>'We will smell you everywhere you go.'</w:t>
      </w:r>
    </w:p>
    <w:p>
      <w:r>
        <w:t>'Elara! Good God, what happened here?' Dr. Aris rushed down the final steps, the torchlight sweeping across the wreckage of the filing cabinets and the shattered glass. He stopped at the bottom and looked at the room, then at her, and something moved briefly across his face — a flicker of something that wasn't quite surprise, there and then gone before she could name it. Then he was simply a worried curator again.</w:t>
      </w:r>
    </w:p>
    <w:p>
      <w:r>
        <w:t>'I… I think the storm hit the building,' she said. Her voice was trembling. She shoved her hands into her pockets.</w:t>
      </w:r>
    </w:p>
    <w:p>
      <w:r>
        <w:t>Elara looked at the Sewall ledger. The iridescent ink was gone. The pages were blank, as if the history had finally decided to leave the paper and enter the world.</w:t>
      </w:r>
    </w:p>
    <w:p>
      <w:r>
        <w:t>Dr. Aris surveyed the damage and arrived at the explanation most convenient to his peace of mind. 'A localised power surge,' he announced, pulling out his phone. 'The old wiring, the 'meteorological anomaly.' Insurance will love it. Now — go home, Elara. Right now. You look like you've seen something considerably worse than a ghost.'</w:t>
      </w:r>
    </w:p>
    <w:p>
      <w:r>
        <w:t>If only it were that simple, she thought.</w:t>
      </w:r>
    </w:p>
    <w:p>
      <w:r>
        <w:t>She nodded, gathering her bag. 'I'll file the incident report in the morning.'</w:t>
      </w:r>
    </w:p>
    <w:p>
      <w:r>
        <w:t>'Leave it. I'll handle it.' He was already dialling. 'And Elara — try not to mention the purple lightning hitting the basement to anyone. Not the police, not the board.Localised power surge. That's all.'</w:t>
      </w:r>
    </w:p>
    <w:p>
      <w:r>
        <w:t>She didn't need the warning. She knew with a certainty that had settled somewhere below thought that nothing she had experienced tonight could ever be filed, explained, or handed off to someone more qualified to deal with it. It was hers now. All of it.</w:t>
      </w:r>
    </w:p>
    <w:p>
      <w:r>
        <w:t>As she walked up the three flights of stairs from the basement, each step felt heavier than the last. She passed the exhibit halls — the meticulously preserved ship models, the ancient maps, the portrait of a stern-faced Samuel Sewall — and they all seemed dull, inert. Not history. Just objects. The real history was the fading golden circuit board beneath her skin.</w:t>
      </w:r>
    </w:p>
    <w:p>
      <w:r>
        <w:t>She slipped out through the emergency exit into the night.</w:t>
      </w:r>
    </w:p>
    <w:p>
      <w:r>
        <w:t>The storm had arrived. Rain lashed down in sheets, and the wind made a sound like something vast drawing breath. Above her, the sky was a bruised, unsettling purple, split occasionally by white lightning that seemed to tear the air rather than illuminate it.</w:t>
      </w:r>
    </w:p>
    <w:p>
      <w:r>
        <w:t>She pulled her hood up and jogged down Essex Street, past the darkened storefronts — the psychic readers, the occult booksellers, the 'Witch History' museums with their cheerful sandwich boards and novelty hats. They were all selling a sanitised, commercialised lie, and until forty minutes ago she had walked past them without thinking twice.</w:t>
      </w:r>
    </w:p>
    <w:p>
      <w:r>
        <w:t>Witches aren't in history books</w:t>
      </w:r>
      <w:r>
        <w:rPr>
          <w:i/>
        </w:rPr>
        <w:t xml:space="preserve">, she thought. </w:t>
      </w:r>
      <w:r>
        <w:t>They're bloodlines. They're debt collectors. They're Weavers.</w:t>
      </w:r>
    </w:p>
    <w:p>
      <w:r>
        <w:t>She fumbled her keys at the door of her flat above the bakery. As she unlocked it, she saw a faint smear of violet static clinging to the brass knob.</w:t>
      </w:r>
    </w:p>
    <w:p>
      <w:r>
        <w:t>We will smell you everywhere you go.</w:t>
      </w:r>
    </w:p>
    <w:p>
      <w:r>
        <w:t>She slammed the door and stood with her back against it in the dark, breathing.</w:t>
      </w:r>
    </w:p>
    <w:p>
      <w:r>
        <w:t>She was no longer Elara Vance, archival assistant, person who noticed things and filed them quietly away. She was a trigger. A magnet. A target.</w:t>
      </w:r>
    </w:p>
    <w:p>
      <w:r>
        <w:t>Her plan was simple, brutal, and necessary: run.</w:t>
      </w:r>
    </w:p>
    <w:p>
      <w:r>
        <w:t>But first she needed to understand what she had just become.</w:t>
      </w:r>
    </w:p>
    <w:p>
      <w:pPr>
        <w:pageBreakBefore w:val="1"/>
      </w:pPr>
      <w:r>
        <w:t>CHAPTER TWO:</w:t>
      </w:r>
    </w:p>
    <w:p>
      <w:r>
        <w:t>The Men in Grey</w:t>
      </w:r>
    </w:p>
    <w:p>
      <w:r>
        <w:t>Salem, Massachusetts — September 22, 2025</w:t>
      </w:r>
    </w:p>
    <w:p>
      <w:r>
        <w:t>Elara didn't run. That was the first mistake the O.S.I. expected, and it was the first rule of her own nature she refused to break: never act before you've observed.</w:t>
      </w:r>
    </w:p>
    <w:p>
      <w:r>
        <w:t>For three days following the incident in the sub-basement, she attempted to live a life that no longer existed. She returned to the museum. She catalogued. She filed. She ate lunch at the same table, read the same preservation journals, responded to the same institutional emails. She did all of this with the methodical care of a woman diffusing a bomb by pretending it was a clock.</w:t>
      </w:r>
    </w:p>
    <w:p>
      <w:r>
        <w:t>The Static was no longer a low-grade buzz; it was a physical texture in the air. To her new eyes, the autumn leaves didn't just look amber — theyresonated, each one trailing a faint, iridescent thread that connected it to the branch, the tree, the soil, the buried network of roots beneath the cobblestones. The whole world had a nervous system, and she could see it. She was doing her best not to.</w:t>
      </w:r>
    </w:p>
    <w:p>
      <w:r>
        <w:t>But it was the museum itself that had become a crime scene disguised as an office.</w:t>
      </w:r>
    </w:p>
    <w:p>
      <w:r>
        <w:t>'The Sewall Ledger has been moved, Elara,' Dr. Aris said on Tuesday morning. He wouldn't look her in the eye. He was busy cataloguing a shipment of Ming Dynasty porcelain with the focused intensity of a man trying very hard not to say something. 'For restoration. Off-site.'</w:t>
      </w:r>
    </w:p>
    <w:p>
      <w:r>
        <w:t>'Moved where?' Elara asked, her voice maintaining the flat, clinical tone of an archivist. 'The restoration protocol requires a standard transfer manifest. I'll need to log the location.'</w:t>
      </w:r>
    </w:p>
    <w:p>
      <w:r>
        <w:t>'A federal agency,' Aris muttered, gesturing vaguely towards the upper floors with a trembling chin. 'They cited an Act of Cultural Energy Preservation. I've never heard of it.'</w:t>
      </w:r>
    </w:p>
    <w:p>
      <w:r>
        <w:t>'Energy.' She felt the Static spike — a sharp click behind her eyes. 'It's a ledger of land disputes and livestock records, Doctor.'</w:t>
      </w:r>
    </w:p>
    <w:p>
      <w:r>
        <w:t>'They didn't seem interested in the deeds,' Aris said, finally looking at her. His eyes were full of a weary, paternal fear that made her chest tighten in a way she wasn't prepared for. It was the same look he'd had when he'd found her in the wrecked basement. The look of a man who knew more than he was saying and had decided, long ago, that knowing less was survivable. 'Go home at the usual time tonight, Elara. Use the front entrance. And don't linger in the stacks.'</w:t>
      </w:r>
    </w:p>
    <w:p>
      <w:r>
        <w:t>She didn't answer. She turned and walked towards the staff corridor — and stopped.</w:t>
      </w:r>
    </w:p>
    <w:p>
      <w:r>
        <w:t>Through the glass doors of the lobby, she saw him.</w:t>
      </w:r>
    </w:p>
    <w:p>
      <w:r>
        <w:t>A man in a grey suit, too well-tailored for any government employee she had ever met. He wasn't looking at the exhibits. He was reading a pamphlet with the blank, patient attention of someone who was actually watching something else entirely.</w:t>
      </w:r>
    </w:p>
    <w:p>
      <w:r>
        <w:t>The golden sigils beneath her skin pulsed once — a single, involuntary recognition.Jailer.Not a memory. Not a guess.</w:t>
      </w:r>
    </w:p>
    <w:p>
      <w:r>
        <w:t>She spent the next six hours in the General History stacks, the only part of the museum she was still permitted to access. She worked. She noted. The O.S.I. wasn't just seizing the ledger — they were editing the world, removing the evidence of what had broken open, smoothing it back into the Mundane like pressing a crease from cloth.</w:t>
      </w:r>
    </w:p>
    <w:p>
      <w:r>
        <w:t>She left at the usual time, by the front entrance. She didn't take the bus. She walked, taking a circuitous route through the narrow colonial streets, cataloguing as she went.</w:t>
      </w:r>
    </w:p>
    <w:p>
      <w:r>
        <w:t>Observation 01: A dark SUV with no plates, parked two blocks from the flat. Engine cold. Occupant: one.</w:t>
      </w:r>
    </w:p>
    <w:p>
      <w:r>
        <w:t>Observation 02: The 'utility worker' on the corner wearing a headset that hummed at the same frequency as the museum's new security scanners.</w:t>
      </w:r>
    </w:p>
    <w:p>
      <w:r>
        <w:t>Observation 03: They weren't arresting her. They were waiting for her to broadcast — to use the mark openly, loudly enough to triangulate.</w:t>
      </w:r>
    </w:p>
    <w:p>
      <w:r>
        <w:t>She reached the flat and locked the door, pressing her forehead briefly against the cool wood. The smell of yeast and warm sugar rose from the bakery below — ordinary, grounding, entirely beside the point. She crossed to her desk.</w:t>
      </w:r>
    </w:p>
    <w:p>
      <w:r>
        <w:t>Her notebook was open to a page she didn't remember writing on.</w:t>
      </w:r>
    </w:p>
    <w:p>
      <w:r>
        <w:t>The handwriting was hers. The content was not anything she had consciously put there: a string of hexadecimal, written in the margins in the same frantic, pressurised strokes as Sewall's final ledger entries.</w:t>
      </w:r>
    </w:p>
    <w:p>
      <w:r>
        <w:t>41 4E 43 48 4F 52 20 44 4F 57 4E</w:t>
      </w:r>
    </w:p>
    <w:p>
      <w:r>
        <w:t>She stared at it for a long moment. Then she opened a browser window and decoded it.</w:t>
      </w:r>
    </w:p>
    <w:p>
      <w:r>
        <w:t>ANCHOR DOWN.</w:t>
      </w:r>
    </w:p>
    <w:p>
      <w:r>
        <w:t>She thought of her mother's voicemail.I found the North End. I found the anchor point.Ten years ago, Rowan Vance had found something and followed it, and had not come back. Now the same coordinates were surfacing through Elara's own hand, written in her sleep or her trance or whatever the mark did when she wasn't paying attention to it.</w:t>
      </w:r>
    </w:p>
    <w:p>
      <w:r>
        <w:t>She reached for her go-bag — the one she had kept packed for six months, ever since the Static had started getting loud enough to keep her awake — and set it by the window.</w:t>
      </w:r>
    </w:p>
    <w:p>
      <w:r>
        <w:t>Outside, Salem was dissolving into a bruised purple fog, the meteorological anomaly thickening with each passing hour. The men in grey were still out there. Patient. Certain she would lead them to whatever they were looking for.</w:t>
      </w:r>
    </w:p>
    <w:p>
      <w:r>
        <w:t>She saw the man in the charcoal suit turn the corner of her street. He wasn't running. He was walking with the slow, inevitable confidence of someone who had never once needed to hurry.</w:t>
      </w:r>
    </w:p>
    <w:p>
      <w:r>
        <w:t>'I am not a data point.'</w:t>
      </w:r>
    </w:p>
    <w:p>
      <w:r>
        <w:t>She climbed out the back window. The golden sigils on her palms sizzled as the rain hit them. As she dropped to the alley floor, she was already moving north.</w:t>
      </w:r>
    </w:p>
    <w:p>
      <w:r>
        <w:t>She had to reach the North End. She had to find the Anchor.</w:t>
      </w:r>
    </w:p>
    <w:p>
      <w:r>
        <w:t>She had spent her whole career organising other people's histories. It was time to find her own.</w:t>
      </w:r>
    </w:p>
    <w:p>
      <w:pPr>
        <w:pageBreakBefore w:val="1"/>
      </w:pPr>
      <w:r>
        <w:t>CHAPTER THREE:</w:t>
      </w:r>
    </w:p>
    <w:p>
      <w:r>
        <w:t>Dead Reckoning</w:t>
      </w:r>
    </w:p>
    <w:p>
      <w:r>
        <w:t>September 24, 2025 — The Charybdis, Salem harbour to Boston</w:t>
      </w:r>
    </w:p>
    <w:p>
      <w:r>
        <w:t>The Charybdis moved like it was trying not to be noticed.</w:t>
      </w:r>
    </w:p>
    <w:p>
      <w:r>
        <w:t>Elias Thorne had cut the engine before they cleared the harbour mouth, dropping the sails with an efficiency that suggested he'd done this in the dark before — probably many times, probably under worse conditions. The catamaran's twin hulls whispered across the water rather than cutting it, and in the absolute darkness of the outer harbour, with the running lights off and the Salem skyline dissolving into purple fog behind them, Elara had the vertiginous sensation of moving through a world that had stopped having edges.</w:t>
      </w:r>
    </w:p>
    <w:p>
      <w:r>
        <w:t>She sat in the stern and held her mother's trunk in her lap and did not speak.</w:t>
      </w:r>
    </w:p>
    <w:p>
      <w:r>
        <w:t>Elias was at the helm, his back to her, his attention on the water ahead with the focused, economical quality of a man who had learned that looking at the horizon was more useful than looking at the person behind you. He was tall enough that she had to tilt her head to read his silhouette against the bruised sky. Leather jacket. Dark jeans. The kind of person who looked effortlessly capable and probably knew it.</w:t>
      </w:r>
    </w:p>
    <w:p>
      <w:r>
        <w:t>She distrusted people who looked effortlessly capable. In her experience, the effort was just better hidden.</w:t>
      </w:r>
    </w:p>
    <w:p>
      <w:r>
        <w:t>'You said you know what I'm tracking,' she said, after four minutes of silence that she had measured against the rhythm of the water.</w:t>
      </w:r>
    </w:p>
    <w:p>
      <w:r>
        <w:t>'I did say that.'</w:t>
      </w:r>
    </w:p>
    <w:p>
      <w:r>
        <w:t>'That implies a level of familiarity with the O.S.I. that a private citizen wouldn't have.'</w:t>
      </w:r>
    </w:p>
    <w:p>
      <w:r>
        <w:t>'Mm.'</w:t>
      </w:r>
    </w:p>
    <w:p>
      <w:r>
        <w:t>Elara looked at the back of his head. 'Are you going to make complete sentences at any point, or is this a whole journey of strategic vagueness?'</w:t>
      </w:r>
    </w:p>
    <w:p>
      <w:r>
        <w:t>He glanced back at her then — just briefly, just enough for the faint violet light of the storm-sky to catch the line of his profile. He was, she noticed with the detached precision of someone cataloguing variables, approximately thirty, with the kind of weathered quality that came not from age but from a lot of time in difficult outdoor conditions. There was a scar along his jaw that looked old and intentional.</w:t>
      </w:r>
    </w:p>
    <w:p>
      <w:r>
        <w:t>'You're classifying me,' he said.</w:t>
      </w:r>
    </w:p>
    <w:p>
      <w:r>
        <w:t>'I'm an archivist. I classify everything.'</w:t>
      </w:r>
    </w:p>
    <w:p>
      <w:r>
        <w:t>'What classification am I?'</w:t>
      </w:r>
    </w:p>
    <w:p>
      <w:r>
        <w:t>'Unknown provenance. Possibly significant. Probably more complicated than presented.' She paused. 'Category: handle with caution until further research is available.'</w:t>
      </w:r>
    </w:p>
    <w:p>
      <w:r>
        <w:t>He made a sound that might have been amusement. 'Fair.'</w:t>
      </w:r>
    </w:p>
    <w:p>
      <w:r/>
      <w:r>
        <w:rPr>
          <w:i/>
        </w:rPr>
        <w:t xml:space="preserve"> </w:t>
      </w:r>
      <w:r>
        <w:t xml:space="preserve"> *</w:t>
      </w:r>
    </w:p>
    <w:p>
      <w:r>
        <w:t>They were past the outer harbour buoys when she felt it — the pull at the base of her spine that had been tugging her south since the museum. It sharpened on the open water, oriented by the absence of the city's interference, and she understood suddenly that the ocean wasn't empty. The Static was in it too. The threads moved through salt water the way electricity moved through a wire, fast and bright and hungry.</w:t>
      </w:r>
    </w:p>
    <w:p>
      <w:r>
        <w:t>'The ley-lines run under the harbour,' she said. It wasn't a question.</w:t>
      </w:r>
    </w:p>
    <w:p>
      <w:r>
        <w:t>'Under the whole coast,' Elias confirmed. He adjusted the sail without looking at it. 'The 1692 Council laid them as an early-warning system. Aetheric tripwires, basically. The O.S.I. has been monitoring them for fifty years, watching for the resonance spike that would signal the Shackle breaking.' A pause. 'You were quite a spike.'</w:t>
      </w:r>
    </w:p>
    <w:p>
      <w:r>
        <w:t>'You're O.S.I.,' she said.</w:t>
      </w:r>
    </w:p>
    <w:p>
      <w:r>
        <w:t>'I was.'</w:t>
      </w:r>
    </w:p>
    <w:p>
      <w:r>
        <w:t>'Past tense.'</w:t>
      </w:r>
    </w:p>
    <w:p>
      <w:r>
        <w:t>'Past tense.' He said it without inflection, in the tone of someone who had made peace with a complicated decision and didn't need to revisit the reasoning.</w:t>
      </w:r>
    </w:p>
    <w:p>
      <w:r>
        <w:t>Elara watched him for a moment. The golden lines in her hands were quiet on the water — calmer than they'd been in Salem, as if the open ocean agreed with them. 'What did they do?' she asked. 'The O.S.I. What did they do that made you leave?'</w:t>
      </w:r>
    </w:p>
    <w:p>
      <w:r>
        <w:t>'They decided to contain the breach instead of address it.'</w:t>
      </w:r>
    </w:p>
    <w:p>
      <w:r>
        <w:t>'Meaning?'</w:t>
      </w:r>
    </w:p>
    <w:p>
      <w:r>
        <w:t>He was quiet for a moment. The boom shifted, the sail filling with a gust of salt-heavy wind that smelled of cold water and far-off lightning. 'Meaning,' he said finally, 'that when the O.S.I. models projected a Weaver awakening, the standing protocol was not to support the Weaver. It was to contain her before she could reach her full resonance.'</w:t>
      </w:r>
    </w:p>
    <w:p>
      <w:r>
        <w:t>The wordherlanded between them like a dropped weight.</w:t>
      </w:r>
    </w:p>
    <w:p>
      <w:r>
        <w:t>'They knew it would be a woman,' Elara said.</w:t>
      </w:r>
    </w:p>
    <w:p>
      <w:r>
        <w:t>'They knew it would be a Vance.' He said it carefully, the way you said things you knew would detonate. 'Your family's been in the O.S.I. watchfiles since the nineteen-eighties, Elara. Your mother was in them. Her mother before her. Every generation the Static got louder, and every generation the O.S.I. decided that the correct response was surveillance and, when necessary, intervention.'</w:t>
      </w:r>
    </w:p>
    <w:p>
      <w:r>
        <w:t>The cold that moved through her then had nothing to do with the Atlantic wind.</w:t>
      </w:r>
    </w:p>
    <w:p>
      <w:r>
        <w:t>'My mother,' she said.</w:t>
      </w:r>
    </w:p>
    <w:p>
      <w:r>
        <w:t>'Rowan Vance. Yes.' He didn't look back at her. 'She found the North End anchor point in October 2015. She was within forty-eight hours of making contact with the Anchor's bloodline. The O.S.I. moved her to a containment facility under the cover of a psychiatric hold. She has been there for ten years.'</w:t>
      </w:r>
    </w:p>
    <w:p>
      <w:r>
        <w:t>The catamaran was the only sound in the world for a very long time.</w:t>
      </w:r>
    </w:p>
    <w:p>
      <w:r>
        <w:t>Elara was aware of several things simultaneously: the trunk under her hands, warm now with her body heat. The photograph in her coat pocket, pressed against her ribs. The specific, architectural quality of a grief she had been building around for a decade, and the way it had just been revealed, from the inside, to be not a wall but a cage.</w:t>
      </w:r>
    </w:p>
    <w:p>
      <w:r>
        <w:t>'She's alive,' Elara said.</w:t>
      </w:r>
    </w:p>
    <w:p>
      <w:r>
        <w:t>'Yes.'</w:t>
      </w:r>
    </w:p>
    <w:p>
      <w:r>
        <w:t>'They didn't — she's not —' Her voice failed. She rebuilt it. 'She's in a facility.'</w:t>
      </w:r>
    </w:p>
    <w:p>
      <w:r>
        <w:t>'A good one, technically. The O.S.I. has standards. But yes.' He paused. 'I'm sorry. I know that's — I know there's no good way to say that.'</w:t>
      </w:r>
    </w:p>
    <w:p>
      <w:r>
        <w:t>'Where is she.'</w:t>
      </w:r>
    </w:p>
    <w:p>
      <w:r>
        <w:t>'Not yet.' His voice was gentle but firm. 'First you need to reach the Anchor. First you need to understand what you are and what you're capable of. Because the people who put your mother in that facility are the same people in the black SUVs behind us, and if you go after her without knowing how to protect yourself, they will simply take both of you.'</w:t>
      </w:r>
    </w:p>
    <w:p>
      <w:r/>
      <w:r>
        <w:rPr>
          <w:i/>
        </w:rPr>
        <w:t xml:space="preserve"> </w:t>
      </w:r>
      <w:r>
        <w:t xml:space="preserve"> *</w:t>
      </w:r>
    </w:p>
    <w:p>
      <w:r>
        <w:t>Elara stared at the back of his head. The golden lines in her hands were no longer calm. They burned, slow and steady, the heat of something that had been a wound for ten years and was only now being named as such.</w:t>
      </w:r>
    </w:p>
    <w:p>
      <w:r>
        <w:t>'You knew,' she said. 'You knew about my mother before tonight.'</w:t>
      </w:r>
    </w:p>
    <w:p>
      <w:r>
        <w:t>'Yes.'</w:t>
      </w:r>
    </w:p>
    <w:p>
      <w:r>
        <w:t>'You've been watching me.'</w:t>
      </w:r>
    </w:p>
    <w:p>
      <w:r>
        <w:t>'Not the same way they watch. I don't have a file on you. I have a — an awareness. I've been looking for the Weaver for two years, since I left the O.S.I. I wanted to find her before they could implement the containment protocol.' He glanced back at her again. This time he held her gaze. 'I found you six months ago. I've been waiting for the right moment.'</w:t>
      </w:r>
    </w:p>
    <w:p>
      <w:r>
        <w:t>'Six months,' Elara said flatly. 'You've known for six months that my mother was alive and in a facility and you waited six months.'</w:t>
      </w:r>
    </w:p>
    <w:p>
      <w:r>
        <w:t>'I waited until you were awake enough to survive what comes next,' he said. 'A month ago you would have gone straight to her. You'd have walked into the O.S.I.'s hands with nothing but good intentions and a go-bag. Tonight you blew a Lurker through a wall with ancestral kinetic force you'd never used before.' A pause. 'Tonight you're ready to be told.'</w:t>
      </w:r>
    </w:p>
    <w:p>
      <w:r>
        <w:t>It was not the right answer. It was also, infuriatingly, not the wrong one.</w:t>
      </w:r>
    </w:p>
    <w:p>
      <w:r>
        <w:t>Elara looked at the water ahead. The lights of Boston were beginning to resolve from the purple dark, the city's glow pressing up against the underside of the storm-sky. The threads in her hands were pointing towards it like needles.</w:t>
      </w:r>
    </w:p>
    <w:p>
      <w:r>
        <w:t>'When this is over,' she said quietly, 'I'm going to need everything you have on the containment facility. Every file, every protocol, every access point.'</w:t>
      </w:r>
    </w:p>
    <w:p>
      <w:r>
        <w:t>'I know.'</w:t>
      </w:r>
    </w:p>
    <w:p>
      <w:r>
        <w:t>'That's not a request.'</w:t>
      </w:r>
    </w:p>
    <w:p>
      <w:r>
        <w:t>'I know,' he said again. And something in his voice — not guilt, exactly, but its more functional cousin — made her believe him.</w:t>
      </w:r>
    </w:p>
    <w:p>
      <w:r>
        <w:t>The Charybdis moved on through the dark water, and Elara Vance sat in the stern with her mother's photograph against her ribs and the warm, angry weight of ten years' worth of the wrong answer finally resolving into the right question.</w:t>
      </w:r>
    </w:p>
    <w:p>
      <w:r>
        <w:t>She had not been abandoned. She had been protected, in the wrong way, by the wrong people, for reasons that were going to require significant reckoning.</w:t>
      </w:r>
    </w:p>
    <w:p>
      <w:r>
        <w:t>But first: the Anchor. First: the map.</w:t>
      </w:r>
    </w:p>
    <w:p>
      <w:r>
        <w:t>The personal reckoning could wait. It had already waited ten years.</w:t>
      </w:r>
    </w:p>
    <w:p>
      <w:r>
        <w:t>It was very good at waiting.</w:t>
      </w:r>
    </w:p>
    <w:p>
      <w:pPr>
        <w:pageBreakBefore w:val="1"/>
      </w:pPr>
      <w:r>
        <w:t>CHAPTER FOUR</w:t>
      </w:r>
    </w:p>
    <w:p>
      <w:pPr>
        <w:pageBreakBefore w:val="1"/>
      </w:pPr>
      <w:r>
        <w:t>CHAPTER FOUR:</w:t>
      </w:r>
    </w:p>
    <w:p>
      <w:r>
        <w:t>The Architecture of a Ghost</w:t>
      </w:r>
    </w:p>
    <w:p>
      <w:r>
        <w:t>September 22, 2025 – Salem, Massachusetts</w:t>
      </w:r>
    </w:p>
    <w:p>
      <w:r>
        <w:t>The flat above the bakery always smelled of yeast, scorched flour, and the comforting, mundane reality of a world that followed a recipe. It was a smell that meant safety—that meant the sun would come up and the dough would rise and the clocks would tick in their predictable, rhythmic sequences.</w:t>
      </w:r>
    </w:p>
    <w:p>
      <w:r>
        <w:t>But as Elara Vance slammed her door and turned the deadbolt, the smell felt like a cruel joke. It was being choked out by the clinging scent of the archives—dust, ozone, and that sharp, metallic tang of the thing that had called itself a 'debt collector.'</w:t>
      </w:r>
    </w:p>
    <w:p>
      <w:r>
        <w:t>She didn't turn on the lights. She didn't have to.</w:t>
      </w:r>
    </w:p>
    <w:p>
      <w:r>
        <w:t>The golden lines beneath her skin were pulsing with a steady, rhythmic luminescence that turned her small studio into a sepia-toned negative. She stood in the centre of the room, her breath coming in ragged, shallow hitches that hurt her throat. Her hands—the hands that had spent four years delicately handling 17th-century vellum with the precision of a surgeon—were still vibrating. Not with fear, though she was terrified, but with a physical residue. It felt like her nerves were still humming from the impact of the kinetic blast, a phantom ringing in her marrow.</w:t>
      </w:r>
    </w:p>
    <w:p>
      <w:r>
        <w:t>'Think, Elara,' she whispered, her voice cracking. 'Categorize the variables. It's just... it's just an anomaly. A systemic error.'</w:t>
      </w:r>
    </w:p>
    <w:p>
      <w:r>
        <w:t>She stumbled towards her desk, her legs feeling like lead. It was cluttered with the debris of her life: stacks of her own research, photocopies of the Sewall ledger, genealogical charts of the Salem families, and the private notebooks she had kept for ten years.</w:t>
      </w:r>
    </w:p>
    <w:p>
      <w:r>
        <w:t>She reached for one of those notebooks—the one she had labeledInterference Logs. For a decade, she had been keeping a secret record of the Static she saw, treating her own 'hallucinations' like a long-form archival project. She had documented the frequency of the flickers, the colours of the light-bursts, the way the hum in her ears changed during a thunderstorm. She had spent half her life trying to prove she wasn't crazy by applying the scientific method to her own mind.</w:t>
      </w:r>
    </w:p>
    <w:p>
      <w:r>
        <w:t>Now, the 'hallucination' had stepped out of the corner and tried to kill her.</w:t>
      </w:r>
    </w:p>
    <w:p>
      <w:r>
        <w:t>She pulled out her laptop, but as her fingers hovered over the keyboard, the screen didn't just wake up; it screamed. The Static in her vision surged, the golden threads in the air tangling with the blue light of the monitor. The pixels didn't just rearrange; they seemed to melt, forming the same geometric sigils that were now etched into her vascular system.</w:t>
      </w:r>
    </w:p>
    <w:p>
      <w:r>
        <w:t>She stared at her palms. The golden lines weren't random. They were beautiful. And that was the most terrifying part. They weren't an infection; they were a design.</w:t>
      </w:r>
    </w:p>
    <w:p>
      <w:r>
        <w:t>'Martha Vance,' she muttered, her fingers frantically flipping through a physical folder of her research. She needed the paper. She needed something that didn't flicker. '1692. A 'Witness' in the Sewall Ledger. She wasn't executed. She wasn't exiled. She just... vanished from the record.'</w:t>
      </w:r>
    </w:p>
    <w:p>
      <w:r>
        <w:t>She found the scan of the redacted page she had been obsessing over at the museum. In the iridescent ink that only her eyes seemed to truly see, the word 'Weaver' appeared next to Martha's name.</w:t>
      </w:r>
    </w:p>
    <w:p>
      <w:r>
        <w:t>'Occupation: Weaver,' Elara read, her voice trembling.</w:t>
      </w:r>
    </w:p>
    <w:p>
      <w:r>
        <w:t>In 17th-century Salem, a weaver was just a person at a loom. But here, in the context of Sewall's private terror, it felt like a title. It felt like a job description for the end of the world.</w:t>
      </w:r>
    </w:p>
    <w:p>
      <w:r>
        <w:t>She reached for a small, brass-bound trunk tucked under her desk—the only thing her mother had left her before she'd disappeared into the Static of her own mind ten years ago. Her mother had always told her that the Vance women had 'the Sight,' a family curse she'd described as being able to see the stitches in the world's fabric.</w:t>
      </w:r>
    </w:p>
    <w:p>
      <w:r>
        <w:t>Elara pried the latch open. Inside wasn't a book of spells. It was a collection of diagrams—hundreds of them, hand-drawn on yellowed paper. They were sketches of electrical grids, maps of the North End of Boston, and drawings of the very sigils now glowing on Elara's arms.</w:t>
      </w:r>
    </w:p>
    <w:p>
      <w:r>
        <w:t>Her mother hadn't been crazy. She had been an archivist of a different kind of history.</w:t>
      </w:r>
    </w:p>
    <w:p>
      <w:r/>
      <w:r>
        <w:rPr>
          <w:i/>
        </w:rPr>
        <w:t xml:space="preserve"> </w:t>
      </w:r>
      <w:r>
        <w:t xml:space="preserve"> *</w:t>
      </w:r>
    </w:p>
    <w:p>
      <w:r>
        <w:t>The Weight of Silk and Silence</w:t>
      </w:r>
    </w:p>
    <w:p>
      <w:r>
        <w:t>September 22, 2025 – Salem, Massachusetts</w:t>
      </w:r>
    </w:p>
    <w:p>
      <w:r>
        <w:t>incident. The trunk smelled of her mother. That was the first thing. Not the ozone, not the old paper, not the faint metallic trace of something that had no business being in a brass-bound box purchased at a Cambridge estate sale. Beneath all of it — beneath the diagrams and the faded ink and the impossible, beautiful geometry of a life kept secret — was the smell of Rowan Vance's hands. Linseed oil and cold cream and the very particular cedar of the chest of drawers she'd had in every flat they'd ever shared. Three flats in nine years, four cities, one long, exhausting argument that had never officially ended. Elara sat on the floor of her studio with the lid open and her hands in her lap and did not touch anything. She had not cried yet. She was aware of this the way she was aware of a fault line — academically, at a useful remove. Her mother had been gone for ten years. The grief was not fresh. It was load-bearing, structural, the kind of loss you eventually learned to build around rather than through. She was good at building around things. What she was not good at — what she had never once been good at — was being wrong. She had been wrong about her mother for ten years.Rowan Vance had not been a stable woman. Elara had filed this fact early, at around age thirteen, when the first episode had put her mother in the Brigham for six weeks and left Elara in the care of a great-aunt who smelled of mentholatum and disapproval. She'd watched the doctors explain words like 'schizoaffective' and 'dissociative threshold' and 'sensory processing disorder' to the great-aunt, who had nodded with the tight, grim face of a woman having her worst suspicions confirmed. Elara had sat in the plastic chair outside the consultation room and thought, with a thirteen-year-old's furious clarity: They don't know what they're talking about. She had filed that thought away too, eventually. You couldn't maintain it. It was easier — it was survivable — to accept the diagnosis, to learn the medication schedule, to become the quietly competent child who managed things so her mother didn't have to. Elara had become very good at managing things. She had become so good at it that she'd kept managing, even after her mother stopped needing her to. Rowan had disappeared on a Tuesday in October, ten years ago. She had left Elara a voicemail — just one, just forty-seven seconds — that Elara had listened to so many times in the first year that she'd eventually memorized it without meaning to. She could still hear the specific quality of her mother's voice in that recording: too fast, too bright, the cadence of a woman running on three hours of sleep and some private, consuming urgency. 'Ela. It's Mum. I know you're going to be very sensible about this, which is — I love you for it, darling, I really do — but please try not to be sensible for just a minute. I found the North End. I found the anchor point. The diagram was right, the whole time it was right, and I have to — there's a man, someone I need to speak to, and then I'm going to call you properly and explain everything. I love you. Don't let them tell you I was sick. I wasn't sick, I was early. There's a difference. I need you to know that there's —' End of message. Elara had reported her missing that afternoon. The investigation had found her flat, her medications, her unpaid bills, and no trace of where she'd gone or why. They had concluded, without particular conviction, that Rowan Vance had experienced a psychotic break and walked away from her life. It happened, they'd said. More often than people realised. Elara had filed that too.The diagram at the top of the trunk's stack was a map of the Boston subway. But the lines didn't follow the transit routes — they followed something older, something carved into the city's bones long before the MBTA had laid its first rail. Elara had seen this diagram before, growing up. Her mother had kept it tacked above her desk, and when Elara had asked what it was, Rowan had said, 'The city's real nervous system. The one they paved over.' Elara had been nine. She had filed it under 'Mum's projects' and thought nothing more of it. She pulled the diagram out now and laid it flat on the floor beside her. She could see the golden lines — her Sight, her curse, her bloodline — threading through the paper itself, highlighting the routes her mother had traced with a red pen so many years ago. The ley-lines. The anchor points. The place in the North End that Rowan had circled so many times the pen had eventually torn through the paper. Her mother's handwriting was in the margin. The Anchor holds the weight. The Weaver reads the map. The Guardian closes the door. Elara read the line four times. The fifth time, her throat closed. She had her mother's handwriting. She had always known this, had been told it by teachers and relatives with the half-fond, half-exasperated tone people used when pointing out physical resemblances. Same narrow letters, same slightly too-large capitals, same habit of pressing too hard on the downstrokes, as if she was trying to pin the words to the page before they could escape. She had her mother's handwriting, and her mother had known. Had known for years, probably decades, that the world was not what it appeared to be, and had spent her life mapping the truth of it in the margins of transit diagrams and on the backs of takeaway menus and in forty-seven seconds of voicemail that Elara had spent ten years hearing as illness instead of intelligence. 'She wasn't sick,' Elara whispered. The words landed in the empty flat like stones dropped into still water. She felt the ripples move outward through her, through the golden lines in her hands, through the floor and down into whatever vast, humming network ran beneath the city's skin. 'She was early.' There was a photograph at the bottom of the trunk. She found it when she'd gone through everything else — every diagram, every note, every small, careful piece of evidence her mother had gathered and never been believed for — and she almost missed it because it was tucked into the lining, sewn there deliberately with the same neat, practical stitches her mother had used for everything from hems to heartbreaks. It was a Polaroid. Rowan at maybe thirty — younger than Elara was now — standing at the edge of what looked like an ordinary Boston street corner. But in the photograph's background, faint and unmistakable to Elara's Sight, the air above the corner was thick with gold. Not light. Not reflection. Threads. The same threads that were now woven into Elara's own hands, her own veins, her own bones. Her mother was looking directly at them. Eyes wide. Not afraid — not then, not yet. She was smiling. Elara pressed the photograph to her chest and held it there in the dark of her flat, the golden lines in her palms warm against the paper, and let herself feel it — the full, enormous, years-overdue weight of having been wrong. Of having filed her mother under 'sick' and 'lost' when she should have filed her under 'ahead of her time' and 'waiting to be found.' She didn't cry. She was a Vance, and Vance women did not cry at the things that mattered; they catalogued them, memorized them, and carried them forward. But she breathed. She breathed in the cedar and the linseed oil and the cold cream, and she let herself be, for sixty seconds, the daughter of Rowan Vance instead of the archivist of the Peabody Essex Museum. Then she put the photograph in her coat pocket, where she would feel it against her ribs with every step she took for the rest of the night. She had to find the North End. She had to find the Anchor. She had to find whatever her mother had been running towards.</w:t>
      </w:r>
    </w:p>
    <w:p>
      <w:r/>
      <w:r>
        <w:rPr>
          <w:i/>
        </w:rPr>
        <w:t xml:space="preserve"> </w:t>
      </w:r>
      <w:r>
        <w:t xml:space="preserve"> *</w:t>
      </w:r>
    </w:p>
    <w:p>
      <w:r>
        <w:t>She looked at the brass doorknob. The violet smear of the Lurker's static was still there, a necrotic stain that seemed to be eating into the metal. The creature had said they would 'smell' her. She realised then that she wasn't just a Weaver; she was a beacon. Every time her pulse spiked, she was broadcasting her location into the 'In-Between.' She was a radio tower for monsters.</w:t>
      </w:r>
    </w:p>
    <w:p>
      <w:r>
        <w:t>She couldn't stay. She couldn't even go back to tell Dr. Aris the truth. To do so would be to paint a target on the only man who had ever treated her like a human being instead of a data point.</w:t>
      </w:r>
    </w:p>
    <w:p>
      <w:r>
        <w:t>Elara grabbed her go-bag—the one she had kept packed for six months, ever since the Static had started getting loud enough to keep her awake at night. She threw in her notebooks, the Sewall scans, and her mother's trunk.</w:t>
      </w:r>
    </w:p>
    <w:p>
      <w:r>
        <w:t>She walked to the window. Outside, Salem was dissolving. The 'meteorological anomaly' was tearing the sky apart, the violet lightning crawling along the power lines like glowing, predatory snakes.</w:t>
      </w:r>
    </w:p>
    <w:p>
      <w:r>
        <w:t>She saw a black SUV turn the corner. It didn't have plates, and the headlights were a sterile, white LED that cut through the violet fog with a clinical, terrifying precision.</w:t>
      </w:r>
    </w:p>
    <w:p>
      <w:r>
        <w:t>'The Jailers,' she whispered.</w:t>
      </w:r>
    </w:p>
    <w:p>
      <w:r>
        <w:t>She didn't know where the word came from, but it felt old. It felt like a memory that didn't belong to her.</w:t>
      </w:r>
    </w:p>
    <w:p>
      <w:r>
        <w:t>She didn't use the stairs. She opened the back window, the one that led to the bakery's fire escape. As she climbed out into the lashing rain, the golden sigils on her palms sizzled as the water hit them. It wasn't magic. It was chemistry. It was a reaction between her blood and the sky.</w:t>
      </w:r>
    </w:p>
    <w:p>
      <w:r>
        <w:t>She dropped to the alley floor and started running, the golden Static in her vision lighting the way through the grey, disintegrating world. She had to reach the North End. She had to find the Anchor.</w:t>
      </w:r>
    </w:p>
    <w:p>
      <w:r>
        <w:t>Because for a librarian who believed that every problem had a classification, she had finally realised that she was no longer the one filing the books. She was the story that was currently being written in fire.</w:t>
      </w:r>
    </w:p>
    <w:p>
      <w:pPr>
        <w:pageBreakBefore w:val="1"/>
      </w:pPr>
      <w:r>
        <w:t>CHAPTER FIVE</w:t>
      </w:r>
    </w:p>
    <w:p>
      <w:pPr>
        <w:pageBreakBefore w:val="1"/>
      </w:pPr>
      <w:r>
        <w:t>CHAPTER FIVE:</w:t>
      </w:r>
    </w:p>
    <w:p>
      <w:r>
        <w:t>The Commuter Rail to Nowhere</w:t>
      </w:r>
    </w:p>
    <w:p>
      <w:r>
        <w:t>September 24, 2025 – The MBTA North Shore Line</w:t>
      </w:r>
    </w:p>
    <w:p>
      <w:r>
        <w:t>The train was a rattling, skeletal cage. It was a museum piece made of worn, institutional linoleum, heavily scratched plexiglass windows, and the ceaseless, sickly hum of old fluorescent ballasts—a stubborn, physical remnant of a world that still believed in simple, immutable laws: in schedules, in steel, and in the predictable, linear passage of time.</w:t>
      </w:r>
    </w:p>
    <w:p>
      <w:r>
        <w:t>Elara Vance sat rigidly, pressed against the cold, vibrating window of the 12:45 AM regional rail to North Station. Her mother's brass-bound trunk—heavy, arcane, and smelling faintly of ozone and aged paper—was clutched in her lap like a shield, an anchor against the encroaching chaos. Her knuckles were bone-white where they gripped the handle, the skin still faintly traced with the golden, fading sigils she had inadvertently activated during the museum incident three days prior.</w:t>
      </w:r>
    </w:p>
    <w:p>
      <w:r>
        <w:t>Outside, the New England coastline was no longer the familiar, comforting tapestry of salt marshes, granite jetties, and clapboard houses. It was a churning blur of ink-black water and violet fire. The 'meteorological anomaly' that had first been reported as a deep-sea electrical storm had utterly transformed the Atlantic into a roiling, phosphorescent cauldron of bioluminescence. Every few seconds, a jagged, terrifying bolt of purple lightning would arc across the sky, illuminating the skeletal silhouettes of the coastal trees with a high-contrast, terrifying clarity—like a photographer's flash on a hidden, monstrous truth.</w:t>
      </w:r>
    </w:p>
    <w:p>
      <w:r>
        <w:t>She was the only one in the car who wasn't either screaming, crying, or frantically staring at a dead phone, desperately searching for a signal that no longer existed.</w:t>
      </w:r>
    </w:p>
    <w:p>
      <w:r>
        <w:t>Across the aisle, a college student with a faded university sweatshirt was lost to a private hell, his fingers frantically, repetitively tapping at a blackened touchscreen. His face was a mask of modern withdrawal and panic, his mind incapable of processing a reality not mediated by a screen. Two rows up, an elderly woman was reciting the Rosary in a low, rhythmic, almost mechanical hiss that competed feebly with the screech of the wheels and the howl of the storm. They were all looking for answers in the old places—in technology or in God, in the tangible or the divine.</w:t>
      </w:r>
    </w:p>
    <w:p>
      <w:r>
        <w:t>Elara was looking for answers in the Static.</w:t>
      </w:r>
    </w:p>
    <w:p>
      <w:r>
        <w:t>She pulled a leather-bound field journal from her heavy canvas bag—the one she had labeledInterference Logsyears ago, before the 'Sight' had become a constant, maddening roar. Her pen—a heavy, reliable, ink-filled fountain pen, chosen specifically because she no longer trusted anything with a battery or a microchip—scratched across the page with a frantic, obsessive precision. The physical, analogue act of writing, of transcribing the chaos into comprehensible data, was the only thing keeping the Focus from shattering and pulling her down into the maelstrom of theIn-Between.</w:t>
      </w:r>
    </w:p>
    <w:p>
      <w:r>
        <w:t>Observation 001:**</w:t>
      </w:r>
      <w:r>
        <w:rPr>
          <w:i/>
        </w:rPr>
        <w:t xml:space="preserve"> she wrote, her handwriting jagged as the train</w:t>
        <w:br/>
        <w:t xml:space="preserve">took a sudden, violent curve. </w:t>
      </w:r>
      <w:r>
        <w:t>Atmospheric density is increasing</w:t>
        <w:br/>
        <w:t>exponentially. The Static is no longer a background interference</w:t>
        <w:br/>
        <w:t>pattern; it is now the primary, overwhelming layer of perceived reality.</w:t>
        <w:br/>
        <w:t>The Mundanes are experiencing acute 'Resolution Shock'—their</w:t>
        <w:br/>
        <w:t>biological brains are attempting to down-sample the raw Aetheric data</w:t>
        <w:br/>
        <w:t>flooding the sensory inputs, resulting in localised temporal stalling</w:t>
        <w:br/>
        <w:t>(the 'stuttering' effect visible in the student's hand movements and</w:t>
        <w:br/>
        <w:t>the flickering quality of the light).*</w:t>
      </w:r>
    </w:p>
    <w:p>
      <w:r>
        <w:t xml:space="preserve">She closed her eyes for a second, pressing the heels of her hands against her lids, but it offered no relief. The 'Sight,' which her mother had called a curse and the museum director had called a gift, was now her only primary source of information. Even with her lids shut tight, she could see the golden threads of the world's source code vibrating violently in the air around the other passengers. She saw the </w:t>
      </w:r>
      <w:r>
        <w:rPr>
          <w:b/>
        </w:rPr>
        <w:t>Threads</w:t>
      </w:r>
      <w:r>
        <w:t xml:space="preserve"> of the woman's prayer—thin, pale, gossamer wisps of intent and faith that dissolved into nothing before they reached the ceiling. She saw the student's technological frustration as a jagged, painful, red-tinted interference pattern that made the very air around him feel hot and charged with static electricity.</w:t>
      </w:r>
    </w:p>
    <w:p>
      <w:r>
        <w:t>'Categorize,' she whispered, her voice a rough, barely audible mantra over the roar of the wind pressing against the glass. 'Stay in the Mind, Elara. If you feel the panic, you lose the data. If you lose the data, you're just another casualty of the Unveiling.'</w:t>
      </w:r>
    </w:p>
    <w:p>
      <w:r>
        <w:t>A sudden, sharp pang of guilt pierced her hyper-focused mental barrier as she thought of Dr. Aris. She had left him at the Salem Museum, surrounded by the ominous 'Men in Grey' who had claimed they were there for his protection and the preservation of the archives. Elara knew better. She had seen the way the man in the charcoal suit looked at the Sewall ledger and the restricted maps—not as a history to be preserved, but as a site to be harvested for power. By staying in Salem for three days after the incident, she had hoped to act as a lightning rod, drawing their attention—the O.S.I.'s attention—away from the true prize. But the O.S.I. didn't actually want the museum. They wanted the Weaver.</w:t>
      </w:r>
    </w:p>
    <w:p>
      <w:r>
        <w:t>She reached into the heavy brass trunk and pulled out one of the yellowed, water-stained diagrams. It was a hand-drawn map of the Boston subway system, but the routes and tunnels didn't follow the actual transit tracks. They followed the Ley-Lines—the subterranean, pressurized veins of Aetheric energy that the original 1692 Council had engineered and used to anchor and stabilise the city's foundational magic.</w:t>
      </w:r>
    </w:p>
    <w:p>
      <w:r>
        <w:t>'The North End,' she muttered, her finger tracing a circle her mother had drawn in faded, panicked red ink. 'The Anchor Point. Silas.'</w:t>
      </w:r>
    </w:p>
    <w:p>
      <w:r>
        <w:t>She didn't know who Silas was—a person, a place, a code word—but the name was etched into the margin of the diagram in her mother's elegant, frantic script, alongside a three-line, chilling maxim:The Anchor holds the weight. The Weaver reads the map. The Guardian closes the door.</w:t>
      </w:r>
    </w:p>
    <w:p>
      <w:r>
        <w:t>It sounded like a syllabus for a war she was already losing, and Elara was the only student.</w:t>
      </w:r>
    </w:p>
    <w:p>
      <w:r>
        <w:t>The train suddenly lurched forward, the brakes shrieking in a high-pitched, metallic protest that sounded like tearing metal. Outside, the violet sky had deepened into a bruised, terrifying charcoal colour. As they passed through the flat, dark expanse of the Lynn marshes, Elara saw them—the Lurkers.</w:t>
      </w:r>
    </w:p>
    <w:p>
      <w:r>
        <w:t>They weren't just contained to the dusty, lightless archives anymore. They were loose, in the wild, adapting to the Static.</w:t>
      </w:r>
    </w:p>
    <w:p>
      <w:r>
        <w:t>Tall, unnervingly thin silhouettes of shimmering violet static were standing unnaturally still in the reeds, their indistinct 'eyes' fixed with predatory intensity on the passing train. They weren't actively attacking—not yet. They were watching. They were waiting for the Static to reach a certain resonant frequency that would allow them to solidify. To Elara'sSight, the commuter rail wasn't just a vehicle; it was a brightly glowing, golden needle threading rapidly through a cosmic fabric that was quickly and violently unraveling.</w:t>
      </w:r>
    </w:p>
    <w:p>
      <w:r>
        <w:t>A sudden, sharp, percussive 'pop' echoed through the car, making everyone flinch. The overhead fluorescent lights didn't just flicker out; they imploded, their brittle glass tubes shattering into the aisle.</w:t>
      </w:r>
    </w:p>
    <w:p>
      <w:r>
        <w:t>In the sudden, absolute darkness, the golden sigils on Elara's palms—the mark of the Weaver—flared into a blinding, liquid amber light. The entire car was illuminated in a sepia-toned negative, the terrified faces of the passengers thrown into sharp, chiaroscuro relief. The other passengers gasped, their eyes widening in primal fear as they looked at the 'Librarian' who was now glowing like a dying, intensely energetic star.</w:t>
      </w:r>
    </w:p>
    <w:p>
      <w:r>
        <w:t>'Don't look at me,' Elara said, her voice dropping into the resonant, dual-toned register of the Weaver—a sound that was half her own voice, half a deep, subterranean echo. 'Look at the floor. Close your eyes. Focus on the sound of the wheels.'</w:t>
      </w:r>
    </w:p>
    <w:p>
      <w:r>
        <w:t>She could feel the Resonance building, an unignorable metaphysical vibration. Somewhere far to the south, deep in the heart of Boston, a powerful 'Soul' had just woken up. She felt a distinct, cold, purple tug at the base of her spine—a necromantic 'Anchor' that was pulling violently on her own golden threads of light.</w:t>
      </w:r>
    </w:p>
    <w:p>
      <w:r>
        <w:t>A vibration in her coat pocket made her flinch, disrupting her Focus. She pulled out her defunct phone. The screen was still a blizzard of pixelated snow, but the familiar white noise was interrupted by a single, rhythmic, terrifyingly insistent loop of hexadecimal code:</w:t>
      </w:r>
    </w:p>
    <w:p>
      <w:r>
        <w:t>41 4E 43 48 4F 52 20 44 4F 57 4E'Anchor Down,' Elara translated instantly. Her mind, even in its state of near-collapse and metaphysical overload, couldn't stop being the archivist, the decoder. 'Hexadecimal 41 is 'A'. 4E is 'N'. It's a broadcast. The city is not dying; it is calling its protectors home.'</w:t>
      </w:r>
    </w:p>
    <w:p>
      <w:r>
        <w:t>The train began to move again, but the rhythm was fundamentally wrong. It was no longer the mechanicalclick-clackof steel wheels on rail joints; it was a heavy, dull, rhythmicthump-thump-thumpthat perfectly matched the massive, subterranean heartbeat she had read about in the Sewall ledger—the pulse of the city's living, earthen magic.</w:t>
      </w:r>
    </w:p>
    <w:p>
      <w:r>
        <w:t>Elara turned back to her journal, her fountain pen moving with a terrifying, absolute speed. She wasn't just taking notes anymore; she was Decoding the reality collapsing around her.</w:t>
      </w:r>
    </w:p>
    <w:p>
      <w:r>
        <w:t>Synthesis:**</w:t>
      </w:r>
      <w:r>
        <w:rPr>
          <w:i/>
        </w:rPr>
        <w:t xml:space="preserve"> she wrote, the ink bleeding into the paper as her hand</w:t>
        <w:br/>
        <w:t xml:space="preserve">shook with the sheer effort of transcription. </w:t>
      </w:r>
      <w:r>
        <w:t>The Shackle placed by the</w:t>
        <w:br/>
        <w:t>Council was not a wall. It was a filter. Now that the filter is gone,</w:t>
        <w:br/>
        <w:t>the raw data of the In-Between is flooding the Mundane layer of</w:t>
        <w:br/>
        <w:t>existence. Humanity is not prepared for the resolution. We are being</w:t>
        <w:br/>
        <w:t>'rendered' out of existence by the sheer volume of truth. The O.S.I.</w:t>
        <w:br/>
        <w:t>is not here to help; they are here to manage the collapse of the signal,</w:t>
        <w:br/>
        <w:t>to secure the power sources.*</w:t>
      </w:r>
    </w:p>
    <w:p>
      <w:r>
        <w:t>She looked at her own hands again, observing them scientifically. The gold lines of the sigils were sinking deeper, integrating into her bones, becoming a part of her internal framework. She felt a strange, cold, intellectual grief for the woman she had been seventy-two hours ago—the one who worried about late fees, the humidity in the basement archives, and climate-controlled shelving. That woman was a sentimental data point in a world that no longer had room for sentimentality.</w:t>
      </w:r>
    </w:p>
    <w:p>
      <w:r>
        <w:t>'I am the Weaver,' she whispered, the words feeling like a heavy, cold, inevitable stone settling in her mouth. She had finally accepted the title her mother had tried to outrun.</w:t>
      </w:r>
    </w:p>
    <w:p>
      <w:r>
        <w:t>She looked at the diagram of the North End one last time, memorizing the points. She saw the 'Cold Room' marked in the funeral home. She saw the crypt where the Grave-Walker's signature had been scrawled in phosphorescent ink.</w:t>
      </w:r>
    </w:p>
    <w:p>
      <w:r>
        <w:t>As the train rattled into the tunnel beneath the harbour, the 'Men in Grey' she had seen on the platform in Salem felt like a distant, bureaucratic shadow, focused on the wrong threat. They thought they could contain her. They thought they could file her under 'Extinction Level Event' and close the drawer.</w:t>
      </w:r>
    </w:p>
    <w:p>
      <w:r>
        <w:t>But as the train plunged into the final, absolute dark beneath the city, Elara Vance realised she was the only one who could see the exit signs in the tunnel. She closed her journal and tucked it into the trunk. She didn't need the notes anymore. She could see the threads now. And she could clearly see the man—Silas—waiting at the end of them.</w:t>
      </w:r>
    </w:p>
    <w:p>
      <w:pPr>
        <w:pageBreakBefore w:val="1"/>
      </w:pPr>
      <w:r>
        <w:t>CHAPTER SIX:</w:t>
      </w:r>
    </w:p>
    <w:p>
      <w:pPr>
        <w:pageBreakBefore w:val="1"/>
      </w:pPr>
      <w:r>
        <w:t>CHAPTER SIX: The Cold Room</w:t>
      </w:r>
    </w:p>
    <w:p>
      <w:r>
        <w:t>{---</w:t>
      </w:r>
    </w:p>
    <w:p>
      <w:r>
        <w:t>The Cold Room</w:t>
      </w:r>
    </w:p>
    <w:p>
      <w:r>
        <w:t>Blackwood &amp; Sons Funeral Home</w:t>
      </w:r>
    </w:p>
    <w:p>
      <w:r>
        <w:t>Boston, MA</w:t>
      </w:r>
    </w:p>
    <w:p>
      <w:r>
        <w:t>Silas Thorne didn't mind the dead. In the sterile, fluorescent-lit sanctuary of the Blackwood &amp; Sons basement, the dead were the only ones who knew how to be truly quiet. To Silas, they were the ultimate secret-keepers—the only people in the city of Boston who didn't project a constant, vibrating 'noise' of anxiety, greed, and shallow conversation.</w:t>
      </w:r>
    </w:p>
    <w:p>
      <w:r>
        <w:t>At twenty-four, Silas had the pale, translucent skin of a man who lived primarily under sixty-hertz humming lights. He was the youngest apprentice mortician in the North End, possessing a talent for restorative art that bordered on the obsessive. He could take a face shattered by a dashboard and, with enough time and the right surgical thread, weave it back into a mask of peaceful, dignified sleep.</w:t>
      </w:r>
    </w:p>
    <w:p>
      <w:r>
        <w:t>He preferred the dead because they didn't judge his frayed hoodies, they didn't ask questions about his family, and they were the only ones who respected the 'Silence.'</w:t>
      </w:r>
    </w:p>
    <w:p>
      <w:r>
        <w:t>He adjusted the heavy, stainless steel surgical lamp, the light reflecting off the chrome of the prep table. On the table lay Mr. Arthur Henderson, a ninety-year-old librarian who had passed peacefully in his sleep. To anyone else, Henderson was just a body. To Silas, he was a data point.</w:t>
      </w:r>
    </w:p>
    <w:p>
      <w:r>
        <w:t>'Just you and me tonight, Arthur,' Silas muttered, his voice a low, melodic drone that barely stirred the antiseptic air.</w:t>
      </w:r>
    </w:p>
    <w:p>
      <w:r>
        <w:t>Beside the table, Silas kept a worn, leather-bound notebook he had titledThe Liminality Project. For three years, Silas had been conducting a private, unauthorized study. He used a high-sensitivity digital thermometer and a specialized electromagnetic field (EMF) meter he'd modified with components scavenged from an old radio. He was looking for the 'Fade'—the exact microsecond when the residual electrical charge of a human life finally vanished into the atmosphere.</w:t>
      </w:r>
    </w:p>
    <w:p>
      <w:r>
        <w:t>'The cooling rate is off by point-zero-three percent, Arthur,' Silas whispered, scribbling a jagged line of data into his notebook. 'You're holding onto a charge you shouldn't have. Why are you so heavy?'</w:t>
      </w:r>
    </w:p>
    <w:p>
      <w:r>
        <w:t>He adjusted his glasses, leaning closer. For weeks, Silas had been feeling a 'pull' in the back of his skull—a rhythmic, subterranean thrumming that made his teeth ache. He had categorized it as a sensory processing disorder, a glitch in his own neural wiring. But tonight, as the clock on the wall neared midnight, the thrumming was becoming a physical weight.</w:t>
      </w:r>
    </w:p>
    <w:p>
      <w:r>
        <w:t>The clock was a heavy, industrial thing, a relic of the building's original 19th-century construction. Silas didn't notice it hit 12:00:00. He didn't see the second hand stutter, move backward one notch as if snagged on a cosmic thread, and then snap forward with the concussive force of a gunshot.</w:t>
      </w:r>
    </w:p>
    <w:p>
      <w:r>
        <w:t>CRACK.</w:t>
      </w:r>
    </w:p>
    <w:p>
      <w:r>
        <w:t>The glass face of the clock spider-webbed, shards of it hanging in the air for a microsecond before falling.</w:t>
      </w:r>
    </w:p>
    <w:p>
      <w:r>
        <w:t>'Great,' Silas sighed, dropping his forceps. 'Just what the maintenance budget needs. More entropy.'</w:t>
      </w:r>
    </w:p>
    <w:p>
      <w:r>
        <w:t>He bent down to pick up the tool, his fingers brushing the cold concrete floor. The moment his skin made contact with the foundation, the world 'clicked.'</w:t>
      </w:r>
    </w:p>
    <w:p>
      <w:r>
        <w:t xml:space="preserve">The temperature in the basement didn't just drop; it vanished. The air became a vacuum of absolute zero, a cold so profound it felt like it was trying to turn the water in his cells into solid lead. Silas gasped, but the air was gone. He felt a sharp, metallic 'snap' at the base of his spine, and then, the </w:t>
      </w:r>
      <w:r>
        <w:rPr>
          <w:b/>
        </w:rPr>
        <w:t>Threads</w:t>
      </w:r>
      <w:r>
        <w:t xml:space="preserve"> appeared.</w:t>
      </w:r>
    </w:p>
    <w:p>
      <w:r>
        <w:t>'Silas...'</w:t>
      </w:r>
    </w:p>
    <w:p>
      <w:r>
        <w:t>He froze. The voice didn't come from the hallway. It didn't even come from the air. It resonated directly in his marrow.</w:t>
      </w:r>
    </w:p>
    <w:p>
      <w:r>
        <w:t>He stood up slowly, his heart thudding a frantic, uneven rhythm. Arthur Henderson was still lying there, eyes sewn shut, skin a waxy, pale grey. But above the body, the reality was tearing. A thin, translucent grey thread—looking like a kite string made of smoking digital static—was anchored to the man's chest. It trailed upward, passing through the ceiling and into a churning, violet-tinted vortex that Silas could suddenly see through the 'layers' of the building.</w:t>
      </w:r>
    </w:p>
    <w:p>
      <w:r>
        <w:t>'I'm hallucinating,' Silas whispered, his breath hitching. 'Formaldehyde exposure. Neurotoxicity. Categorize the symptom: Visual Distortion, Type 4.'</w:t>
      </w:r>
    </w:p>
    <w:p>
      <w:r>
        <w:t>'Not... chemicals...'</w:t>
      </w:r>
    </w:p>
    <w:p>
      <w:r>
        <w:t>The voice was clearer now, a chorus of a thousand dry leaves skittering on a grave.</w:t>
      </w:r>
    </w:p>
    <w:p>
      <w:r>
        <w:t>Silas looked around the room, and the 'Silence' he loved was replaced by a deafening, spectral white-noise. The basement walls seemed to dissolve, revealing the 'Architecture of the End.' He wasn't seeing just one thread. He saw dozens of them snaking down from the floors above—bright, vibrant golden threads for the living, and dull, brittle grey ones that were snagged in the foundations of the old Victorian house like cobwebs.</w:t>
      </w:r>
    </w:p>
    <w:p>
      <w:r>
        <w:t>Then, Mr. Henderson's hand moved.</w:t>
      </w:r>
    </w:p>
    <w:p>
      <w:r>
        <w:t>It wasn't a muscle twitch or the release of gasses. The dead man's fingers curled around Silas's wrist with a strength that felt like a hydraulic vice. The touch wasn't cold; it was a soul-deep drain. Silas felt his own life-force—his very Static—being sucked towards the corpse, a bridge forming between the living and the In-Between.</w:t>
      </w:r>
    </w:p>
    <w:p>
      <w:r>
        <w:t>'Let go!' Silas shrieked, pulling back with a desperate, animal strength.</w:t>
      </w:r>
    </w:p>
    <w:p>
      <w:r>
        <w:t>As he moved, a surge of dark, heavy energy erupted from the hollow space in his chest—the space he'd always felt was empty. It felt like swallowing liquid lead. The grey thread attached to Mr. Henderson didn't just vibrate; it flared with a sickly, charcoal light.</w:t>
      </w:r>
    </w:p>
    <w:p>
      <w:r>
        <w:t>The corpse sat up.</w:t>
      </w:r>
    </w:p>
    <w:p>
      <w:r>
        <w:t>Arthur Henderson's eyes remained sewn shut, but his jaw unhinged with a sickeningpop, a raspy, water-logged breath escaping lungs that hadn't held air in three days.</w:t>
      </w:r>
    </w:p>
    <w:p>
      <w:r>
        <w:t>'The gate... is open...' Arthur whispered, the voice layered with a terrifying, dual-toned resonance. 'The Grave-Walker... has returned to the Anchor.'</w:t>
      </w:r>
    </w:p>
    <w:p>
      <w:r>
        <w:t>Silas fell back, hitting a rack of embalming fluids. Bottles of pink and clear liquids shattered, spilling across the floor and mixing into a chemical slush. Silas scrambled backward, his boots skidding through the mess, but he couldn't stop staring at his own hands.</w:t>
      </w:r>
    </w:p>
    <w:p>
      <w:r>
        <w:t>They were no longer pale. They were stained a deep, bruised purple at the fingertips, as if he had dipped them in permanent, necrotic ink. The staining was moving, crawling up his knuckles like a digital infection.</w:t>
      </w:r>
    </w:p>
    <w:p>
      <w:r>
        <w:t>'I'm not a monster,' Silas whimpered, his voice sounding distant, as if he were speaking from the bottom of a well. 'I'm a mortician. I'm a scientist.'</w:t>
      </w:r>
    </w:p>
    <w:p>
      <w:r>
        <w:t>'You are the Anchor, Silas,' the corpse said, tilting its head in a frame-skipping, jerky motion. 'The three hundred and thirty-three years of the Shackle have ended. The others... the ones who stayed in the dirt... they can hear your heartbeat. They are coming to find the man who can give them back their skin.'</w:t>
      </w:r>
    </w:p>
    <w:p>
      <w:r>
        <w:t>Suddenly, the grey threads in the foundation began to vibrate. From the floorboards, from the rusting pipes, and from the very soil beneath the concrete, pale, translucent hands began to emerge. They weren't 'ghosts' in the Victorian sense; they were Hollowed — hungry, confused fragments of data that had been trapped in the In-Between by the 1692 Council's spell.</w:t>
      </w:r>
    </w:p>
    <w:p>
      <w:r>
        <w:t>Silas could feel them. Every dead soul within a five-block radius was a physical 'pull' on his mind. He was a tuning fork vibrating in a graveyard.</w:t>
      </w:r>
    </w:p>
    <w:p>
      <w:r>
        <w:t>'Arthur, stop,' Silas pleaded, his hands glowing with a dark, violet-black frost. 'Go back. Please, just... lie down.'</w:t>
      </w:r>
    </w:p>
    <w:p>
      <w:r>
        <w:t>The grey thread connected to the librarian's chest pulsed. As Silas spoke, he felt a tether snap into place between his own heart and the corpse. It was a physical weight, a heavy iron chain of will that bound them together.</w:t>
      </w:r>
    </w:p>
    <w:p>
      <w:r>
        <w:t>To his horror, Mr. Henderson's body obeyed. The corpse went limp, slamming back onto the stainless-steel table with a wet, final thud.</w:t>
      </w:r>
    </w:p>
    <w:p>
      <w:r>
        <w:t>But the silence didn't return. The scratching started.</w:t>
      </w:r>
    </w:p>
    <w:p>
      <w:r>
        <w:t>It came from the foundation walls—the sound of thousands of fingernails clawing against the outside of the concrete. The return of magic was acting like a magnet, pulling the scattered fragments of souls back into whatever remains they had left in the earth.</w:t>
      </w:r>
    </w:p>
    <w:p>
      <w:r>
        <w:t>'Silas! What's going on down there? I heard a crash!'</w:t>
      </w:r>
    </w:p>
    <w:p>
      <w:r>
        <w:t>The voice of Mr. Blackwood, the owner of the funeral home, boomed from the top of the stairs. Silas heard the heavy footfalls of his boss descending the wooden steps—the rhythmic, confident stride of a man who still believed the world followed the laws of physics.</w:t>
      </w:r>
    </w:p>
    <w:p>
      <w:r>
        <w:t>'Don't come down here!' Silas screamed. 'Mr. Blackwood, stay back! There's... there's a leak! Chemical spill!'</w:t>
      </w:r>
    </w:p>
    <w:p>
      <w:r>
        <w:t>It was too late. The basement door swung open. Mr. Blackwood, a barrel-chested man who smelled of cigars and expensive bourbon, stepped into the flickering light. He stopped dead, his eyes bulging as he looked at the shattered glass, the spilled formaldehyde, and the sitting-then-falling corpse of Arthur Henderson.</w:t>
      </w:r>
    </w:p>
    <w:p>
      <w:r>
        <w:t>'Silas... what have you done to this man?' Blackwood's voice was a low growl of disbelief. He looked at Silas's purple-stained hands. 'And what the hell is all over your arms?'</w:t>
      </w:r>
    </w:p>
    <w:p>
      <w:r>
        <w:t>'I didn't do anything! He just... he moved!'</w:t>
      </w:r>
    </w:p>
    <w:p>
      <w:r>
        <w:t>'Moved?' Blackwood stepped forward, his face reddening with the righteous anger of a man who had a reputation to protect. 'Corpses don't move, you little freak. You've been using the equipment for your 'Project' again, haven't you? You're messing with the bodies.'</w:t>
      </w:r>
    </w:p>
    <w:p>
      <w:r>
        <w:t>Blackwood never finished the sentence.</w:t>
      </w:r>
    </w:p>
    <w:p>
      <w:r>
        <w:t>A pale, skeletal hand burst through the drywall directly behind him. The fingers were six inches long, the skin like grayed parchment, and they clamped firmly around Blackwood's throat. Another hand followed, then a head—a face missing its jaw, its eyes glowing with the same violet static Elara Vance was currently witnessing in Salem.</w:t>
      </w:r>
    </w:p>
    <w:p>
      <w:r>
        <w:t>It was one of the 'Unfinished,' a body buried beneath the house a century ago when the site had been a potter's field.</w:t>
      </w:r>
    </w:p>
    <w:p>
      <w:r>
        <w:t>'No!' Silas lunged forward.</w:t>
      </w:r>
    </w:p>
    <w:p>
      <w:r>
        <w:t>As he moved, his instinct to save the man who had given him a job—the man who was currently being strangled by history—triggered a vacuum in his chest. He didn't throw a blast of light. Instead, he reached into the In-Between and Anchored it.</w:t>
      </w:r>
    </w:p>
    <w:p>
      <w:r>
        <w:t>The grey threads in the room didn't just vibrate; they screamed. Silas felt himself 'grab' the data-signature of the creature attacking Blackwood. He didn't push it away—he commanded it to cease existing.</w:t>
      </w:r>
    </w:p>
    <w:p>
      <w:r>
        <w:t>'SLEEP!' Silas roared.</w:t>
      </w:r>
    </w:p>
    <w:p>
      <w:r>
        <w:t>The word didn't come from his vocal cords; it echoed from the Void itself, a sound so heavy it cracked the tiles on the floor.</w:t>
      </w:r>
    </w:p>
    <w:p>
      <w:r>
        <w:t>The creature froze. The violet light in its eyes flickered and died. The reanimated corpse turned to ashen dust in a heartbeat, collapsing into a pile of ancient bone and rotted burial shroud. Mr. Blackwood fell to his knees, gasping for air, staring at the pile of remains that shouldn't have been there.</w:t>
      </w:r>
    </w:p>
    <w:p>
      <w:r>
        <w:t>Silas stood over him, his hands vibrating with a dark, cold power. The purple staining had reached his elbows.</w:t>
      </w:r>
    </w:p>
    <w:p>
      <w:r>
        <w:t>'You're a monster,' Blackwood wheezed, looking at Silas with pure, unadulterated terror. He held up a heavy brass crucifix he'd snatched from a nearby viewing-room display. 'You're one of them. The stories... the old stories about the Necromancers and the O.S.I.... they were true. You're a Grave-Walker.'</w:t>
      </w:r>
    </w:p>
    <w:p>
      <w:r>
        <w:t>'I'm trying to help you,' Silas said, but even to his own ears, his voice sounded distant, layered with the echoes of the dead.</w:t>
      </w:r>
    </w:p>
    <w:p>
      <w:r>
        <w:t>'Get out!' Blackwood scrambled backward, his eyes fixed on the purple ink pulsing in Silas's veins. 'Get out of my house! Demon! Devil! I should have known when you asked to work the night shifts. You're part of the rot!'</w:t>
      </w:r>
    </w:p>
    <w:p>
      <w:r>
        <w:t>Silas realised then that there was no explaining the 'Liminality Project' anymore. The world was waking up to a nightmare, and he was the face of it.</w:t>
      </w:r>
    </w:p>
    <w:p>
      <w:r>
        <w:t>He grabbed his backpack from the staff locker, shoving a few rolls of surgical tape and a heavy wool coat inside. He didn't look at the O.S.I. sensors humming in the hallway—sensors he hadn't noticed until tonight, now glowing with a frantic red light.</w:t>
      </w:r>
    </w:p>
    <w:p>
      <w:r>
        <w:t>'I'm sorry, Arthur,' he whispered to the librarian.</w:t>
      </w:r>
    </w:p>
    <w:p>
      <w:r>
        <w:t>Silas hauled himself through the small, high-set window that led to the alleyway. As he dropped onto the cold, wet asphalt of Boston, he realised the 'thrum' in his head wasn't going away. It was a map.</w:t>
      </w:r>
    </w:p>
    <w:p>
      <w:r>
        <w:t>He could feel a concentration of power somewhere to the North—a beacon of gold energy that stood out against the grey static of the dead. It was a Weaver's Spark, a golden note cutting through the dull noise of the graves.</w:t>
      </w:r>
    </w:p>
    <w:p>
      <w:r>
        <w:t>Salem.</w:t>
      </w:r>
    </w:p>
    <w:p>
      <w:r>
        <w:t xml:space="preserve">The journey would take over an hour, but he didn't need a train ticket. He could feel the </w:t>
      </w:r>
      <w:r>
        <w:rPr>
          <w:b/>
        </w:rPr>
        <w:t>Threads</w:t>
      </w:r>
      <w:r>
        <w:t xml:space="preserve"> of the highway, the ley-lines that the 1692 Council had buried under the asphalt. He pulled his hood low, his purple-stained hands hidden in his pockets.</w:t>
      </w:r>
    </w:p>
    <w:p>
      <w:r>
        <w:t>He walked quickly, melting into the shadows. The concrete beneath his boots felt thin, as if the ground were just a layer of ice over an ocean of hands. Silas Thorne was no longer an apprentice. He was the Anchor of the East Coast, and every dead soul in Boston was currently waking up to follow the sound of his heart.</w:t>
      </w:r>
    </w:p>
    <w:p>
      <w:r>
        <w:t>He had just turned the cemetery into an army, and the Night of the Unveiling was only just beginning.</w:t>
      </w:r>
    </w:p>
    <w:p>
      <w:pPr>
        <w:pageBreakBefore w:val="1"/>
      </w:pPr>
      <w:r>
        <w:t>CHAPTER SEVEN</w:t>
      </w:r>
    </w:p>
    <w:p>
      <w:pPr>
        <w:pageBreakBefore w:val="1"/>
      </w:pPr>
      <w:r>
        <w:t>CHAPTER SEVEN:</w:t>
      </w:r>
    </w:p>
    <w:p>
      <w:r>
        <w:t>The Density of Things</w:t>
      </w:r>
    </w:p>
    <w:p>
      <w:r>
        <w:t>Cambridge, Massachusetts — September 22, 2025</w:t>
      </w:r>
    </w:p>
    <w:p>
      <w:r>
        <w:t>Caleb Miller had been in the middle of a pull-up when the world changed weight.</w:t>
      </w:r>
    </w:p>
    <w:p>
      <w:r>
        <w:t>He was forty-three reps into his midnight set — the one he did when he couldn't sleep, which was most nights now — when it hit. Not pain, exactly. More like the feeling of a massive object passing very close overhead, displacing air. A pressure change so sudden and total that his grip failed and he dropped from the bar and hit the floor of his flat in a crouch, his hands splayed flat on the hardwood, his body trying to find its centre of gravity in a world that had abruptly shifted its centre of mass.</w:t>
      </w:r>
    </w:p>
    <w:p>
      <w:r>
        <w:t>He stayed like that for a moment. Breathing.</w:t>
      </w:r>
    </w:p>
    <w:p>
      <w:r>
        <w:t>Outside the window, Cambridge was doing something it wasn't supposed to do. The Charles River was three blocks away and he couldn't see it, but he could feel it — or rather, he could feel something that wasn't the river, something beneath the river, a pressure in the ground that moved like water but wasn't wet. The midnight streets were quiet. A lone cyclist crossed the junction at the end of the road, head down, oblivious. The amber streetlights were doing the usual amber-streetlight things. Everything looked entirely normal, and something underneath all of it had fundamentally changed, and Caleb had the distinct, unnerving sense that he was the only person on the street who could tell the difference.</w:t>
      </w:r>
    </w:p>
    <w:p>
      <w:r>
        <w:t>Then he looked at his hands.</w:t>
      </w:r>
    </w:p>
    <w:p>
      <w:r>
        <w:t>The skin on his palms was doing something that skin did not do. It was shimmering — that was the only word for it, the same word he'd have used for heat haze off summer tarmac, a ripple of light moving in the surface without moving the surface itself. As he watched, the shimmer stabilised into something more definite: a dull, mercury-bright luminescence that moved with his pulse, brightening on the beat and dimming between.</w:t>
      </w:r>
    </w:p>
    <w:p>
      <w:r>
        <w:t>'Huh,' Caleb said.</w:t>
      </w:r>
    </w:p>
    <w:p>
      <w:r>
        <w:t>His phone rang. He looked at the screen: DAD.</w:t>
      </w:r>
    </w:p>
    <w:p>
      <w:r>
        <w:t>He let it ring.</w:t>
      </w:r>
    </w:p>
    <w:p>
      <w:r/>
      <w:r>
        <w:rPr>
          <w:i/>
        </w:rPr>
        <w:t xml:space="preserve"> </w:t>
      </w:r>
      <w:r>
        <w:t xml:space="preserve"> *</w:t>
      </w:r>
    </w:p>
    <w:p>
      <w:r>
        <w:t>Arthur Miller had been telling Caleb about the O.S.I. for as long as Caleb could remember, which was why Caleb had spent the past twenty-six years treating it as background noise. His father was a man who believed, with the quiet conviction of someone whose certainty had never once been seriously challenged, that he was engaged in the most important work in human history. Most of Caleb's childhood had been organised around this belief. The dinners interrupted by phone calls. The moves — Cambridge to D.C. to London back to Cambridge — that followed his father's postings like afterthoughts. The particular quality of his father's attention, which was warm and genuine and almost always aimed at something slightly behind wherever Caleb was actually standing.</w:t>
      </w:r>
    </w:p>
    <w:p>
      <w:r>
        <w:t>Arthur Miller loved his son. Caleb had never seriously doubted this. What he had doubted, with increasing frequency since about age seventeen, was whether his father had ever once looked at him and seen a person rather than a legacy.</w:t>
      </w:r>
    </w:p>
    <w:p>
      <w:r>
        <w:t>'You're going to carry this forward,' his father had told him, at sixteen, at eighteen, at twenty-two when Caleb had graduated and turned down the O.S.I. orientation without explanation.</w:t>
      </w:r>
    </w:p>
    <w:p>
      <w:r>
        <w:t>'Carry what, exactly?' Caleb had asked, and his father had given him the look — the one that meant the answer was obvious to anyone with the sense to see it — and changed the subject.</w:t>
      </w:r>
    </w:p>
    <w:p>
      <w:r/>
      <w:r>
        <w:rPr>
          <w:i/>
        </w:rPr>
        <w:t xml:space="preserve"> </w:t>
      </w:r>
      <w:r>
        <w:t xml:space="preserve"> *</w:t>
      </w:r>
    </w:p>
    <w:p>
      <w:r>
        <w:t>The shimmer in his hands was spreading.</w:t>
      </w:r>
    </w:p>
    <w:p>
      <w:r>
        <w:t>He could feel it moving up his forearms with the unhurried certainty of something that had always been heading here, that had simply been waiting for the right conditions. It didn't hurt. It felt like the moment just before you lift something very heavy — that full-body bracing, the gathering of all available force towards a single point of intention. He had spent six years as a competitive weightlifter and knew that feeling intimately, and this was exactly it, except that it was happening in his skin instead of his muscles.</w:t>
      </w:r>
    </w:p>
    <w:p>
      <w:r>
        <w:t>He stood up. The movement felt strange — not difficult, but different, weighted in a way that had nothing to do with fatigue. He was suddenly, acutely aware of himself as a physical object — not his body as he usually experienced it, which was as a tool, a machine he maintained and deployed, but as a thing with mass. Measurable, specific mass. He could feel the floor pushing back against his feet with a solidity that hadn't been there before, as if the world were leaning into him.</w:t>
      </w:r>
    </w:p>
    <w:p>
      <w:r>
        <w:t>He crossed to the bathroom mirror and looked at himself.</w:t>
      </w:r>
    </w:p>
    <w:p>
      <w:r>
        <w:t>His face looked the same. His face always looked the same — the jaw his mother said was stubborn, the eyes his father said were watchful, the general arrangement of features that people described as serious or capable depending on whether they liked him. But behind his face, in the mirror's reflection, the air was doing the shimmer-thing too. A halo of it, mercury-bright, moving like water in still light.</w:t>
      </w:r>
    </w:p>
    <w:p>
      <w:r>
        <w:t>He raised one hand and pressed his palm flat to the mirror's surface.</w:t>
      </w:r>
    </w:p>
    <w:p>
      <w:r>
        <w:t>The glass didn't crack. The glasscompressed— not visibly, not measurably, but he felt it yield under his hand with the reluctance of something much thicker than six millimetres of silvered glass. He felt the wall behind it. He felt the building behind the wall. He felt, with a sudden and completely disorienting clarity, the specific geological mass of the city of Cambridge pressing down into the water table below — all of it, every brick and root and stratum of compressed colonial history — and it was not frightening but heavy.</w:t>
      </w:r>
    </w:p>
    <w:p>
      <w:r>
        <w:t>Very, very heavy.</w:t>
      </w:r>
    </w:p>
    <w:p>
      <w:r>
        <w:t>He stood there for a long moment with his hand against the glass, feeling the weight of everything on the other side of every surface in the room. The plaster of the walls. The timber frame behind the plaster. The soil behind the foundations, dense and dark and full of the compressed weight of centuries. He had grown up in this city and he had never felt it before, and now it was pressing against him from every direction like a tide, and somehow — inexplicably, against all available evidence — it felt like recognition.</w:t>
      </w:r>
    </w:p>
    <w:p>
      <w:r>
        <w:t>Like something that had been waiting for him to notice it.</w:t>
      </w:r>
    </w:p>
    <w:p>
      <w:r>
        <w:t>He stepped back from the mirror and sat down on the edge of the bath because his legs had decided this was reasonable.</w:t>
      </w:r>
    </w:p>
    <w:p>
      <w:r>
        <w:t>'Okay,' he said, to no one. 'Okay.'</w:t>
      </w:r>
    </w:p>
    <w:p>
      <w:r>
        <w:t>He thought, briefly and with the detached clarity of a man whose mind had decided that emotion was a problem for later:my father knows what this is.He had always known, probably, or had known enough. The O.S.I. briefings that had structured Caleb's childhood like load-bearing walls. The look on his father's face at every graduation — proud, yes, but also watchful, also calculating, also waiting for something that had apparently just arrived. Caleb had spent twenty-six years being trained for an undefined objective by a man who'd never once explained the target.</w:t>
      </w:r>
    </w:p>
    <w:p>
      <w:r>
        <w:t>He picked up the phone. His hands were mercury-bright in the bathroom mirror. He looked at the screen: DAD.</w:t>
      </w:r>
    </w:p>
    <w:p>
      <w:r>
        <w:t>This time he picked up.</w:t>
      </w:r>
    </w:p>
    <w:p>
      <w:r/>
      <w:r>
        <w:rPr>
          <w:i/>
        </w:rPr>
        <w:t xml:space="preserve"> </w:t>
      </w:r>
      <w:r>
        <w:t xml:space="preserve"> *</w:t>
      </w:r>
    </w:p>
    <w:p>
      <w:r>
        <w:t>'It's begun,' his father said, without preamble. Arthur Miller had never spent a syllable on preamble in his life.</w:t>
      </w:r>
    </w:p>
    <w:p>
      <w:r>
        <w:t>'Something happened,' Caleb said. 'Something happened to me.'</w:t>
      </w:r>
    </w:p>
    <w:p>
      <w:r>
        <w:t>A pause. Brief, but specific — the pause of a man who has been waiting for a sentence and is now deciding how to respond to it. 'I know. I've been monitoring the Resonance feeds. There were three simultaneous awakenings tonight, Caleb. Three, in one night. It hasn't happened since 1692.'</w:t>
      </w:r>
    </w:p>
    <w:p>
      <w:r>
        <w:t>'Three.'</w:t>
      </w:r>
    </w:p>
    <w:p>
      <w:r>
        <w:t>'You. And two others we've been watching. A Weaver, in Salem. And an Anchor, in the North End.' His father's voice was the voice he used for briefings, calm and sequential, each sentence a stepping stone. 'I need you to come in. Tonight. The situation is moving faster than the projected models and I need —'</w:t>
      </w:r>
    </w:p>
    <w:p>
      <w:r>
        <w:t>'What is this?' Caleb said. 'What happened to me? What is the thing in my hands?'</w:t>
      </w:r>
    </w:p>
    <w:p>
      <w:r>
        <w:t>Another pause. Longer this time.</w:t>
      </w:r>
    </w:p>
    <w:p>
      <w:r>
        <w:t>'It's called the Guardian's Mantle,' his father said, and his voice changed on the wordGuardianin a way that Caleb had never heard before — not the measured neutrality of the briefing voice, but something rawer, older. Something that sounded, almost, like relief. 'It's been in the Miller line for three hundred and thirty-three years, waiting for the right conditions to express. The Shackle broke tonight, Caleb. The clock ran out. And you —' A breath. 'You are exactly what I always told you you would be.'</w:t>
      </w:r>
    </w:p>
    <w:p>
      <w:r>
        <w:t>'You always told me I'd carry it forward,' Caleb said slowly. 'You never told me whatitwas.'</w:t>
      </w:r>
    </w:p>
    <w:p>
      <w:r>
        <w:t>'No.' His father's voice was quiet now. 'I couldn't. The Mantle doesn't pass through instruction, Caleb. It passes through blood and moment. If I'd told you too much, you'd have spent your life anticipating it instead of living it, and the living is what the Mantle chooses. It had to choose you, not me.'</w:t>
      </w:r>
    </w:p>
    <w:p>
      <w:r>
        <w:t>Caleb looked at his hands. The shimmer had settled into something steadier now, less like heat haze and more like a second skin, thin and luminous and patient.</w:t>
      </w:r>
    </w:p>
    <w:p>
      <w:r>
        <w:t>'Who are the other two?' he asked.</w:t>
      </w:r>
    </w:p>
    <w:p>
      <w:r>
        <w:t>'People you'll need,' his father said. 'People who need you.'</w:t>
      </w:r>
    </w:p>
    <w:p>
      <w:r>
        <w:t>'That's not an answer.'</w:t>
      </w:r>
    </w:p>
    <w:p>
      <w:r>
        <w:t>'No.' His father sighed, and in it Caleb heard the exhaustion of a man who had been holding a secret for twenty-six years. 'It's not. Come in, Caleb. Let me show you the rest of what I should have told you years ago. I think —' A pause that sounded like grief. 'I think I owe you that.'</w:t>
      </w:r>
    </w:p>
    <w:p>
      <w:r>
        <w:t>Caleb ended the call and sat for a moment with the phone in his mercury-bright hands.</w:t>
      </w:r>
    </w:p>
    <w:p>
      <w:r>
        <w:t>He thought about the pull-up bar. He thought about the forty-three reps, the midnight insomnia, the years of training for a weight he could never locate. He thought about his father's face at every graduation, every milestone, every moment that should have been about Caleb and had always, in some register he couldn't name until now, been about this.</w:t>
      </w:r>
    </w:p>
    <w:p>
      <w:r>
        <w:t>He thought:I have been training for something my whole life and nobody told me what it was.</w:t>
      </w:r>
    </w:p>
    <w:p>
      <w:r>
        <w:t>And then, because he was Arthur Miller's son and the Miller men did not sit still when there was work to be done, he stood up, put on his coat, and went to find out.</w:t>
      </w:r>
    </w:p>
    <w:p>
      <w:pPr>
        <w:pageBreakBefore w:val="1"/>
      </w:pPr>
      <w:r>
        <w:t>CHAPTER EIGHT</w:t>
      </w:r>
    </w:p>
    <w:p>
      <w:pPr>
        <w:pageBreakBefore w:val="1"/>
      </w:pPr>
      <w:r>
        <w:t>CHAPTER EIGHT:</w:t>
      </w:r>
    </w:p>
    <w:p>
      <w:r>
        <w:t>The Geometry of the City</w:t>
      </w:r>
    </w:p>
    <w:p>
      <w:r>
        <w:t>September 22, 2025 — Boston, MA</w:t>
      </w:r>
    </w:p>
    <w:p>
      <w:r>
        <w:t>Boston was no longer a city of brick, glass, and colonial history. To Silas Thorne, the concrete sprawl had metastasized, becoming a monstrous, living three-dimensional motherboard meticulously wired for the dead. The air itself felt thick and viscous, a saturated medium where the rules of physics were dissolving into something primal and terrifyingly elegant.</w:t>
      </w:r>
    </w:p>
    <w:p>
      <w:r>
        <w:t xml:space="preserve">As he moved through the rain-slicked, labyrinthine narrowness of the North End, Silas kept his purple-stained hands—the unmistakable mark of an active Anchor—shoved deep into the sodden pockets of his wool coat. His frantic, rhythmic pace was born of desperation and scientific rigor. His eyes, usually fixed on the minute cracks of ancient porcelain, were now darting towards every shadow-choked alleyway and peeling fire escape. He wasn't looking for the sirens or the flashing blue lights of the police; he was hunting the invisible, frayed ends of the city's soul — the </w:t>
      </w:r>
      <w:r>
        <w:rPr>
          <w:b/>
        </w:rPr>
        <w:t>Threads</w:t>
      </w:r>
      <w:r>
        <w:t>.</w:t>
      </w:r>
    </w:p>
    <w:p>
      <w:r>
        <w:t>The 'Liminality Project'—the private, leather-bound notebook he clutched against his ribs—felt like the only solid, constant thing left in a world that was rapidly losing its visual and tactile resolution. For three years, he had studied the 'Fade' of the human soul as a detached, clinical curiosity, a beautiful, tragic decay. Now, hours after his own irreversible unbinding, he was the only person on the street who possessed the sight to understand why the very infrastructure of the city was screaming.</w:t>
      </w:r>
    </w:p>
    <w:p>
      <w:r>
        <w:t>Observation 084:**</w:t>
      </w:r>
      <w:r>
        <w:rPr>
          <w:i/>
        </w:rPr>
        <w:t xml:space="preserve"> he mentally logged, his mind defaulting to the</w:t>
        <w:br/>
        <w:t>restorative-art precision he used at the prep-table. The cold,</w:t>
        <w:br/>
        <w:t>mechanical cadence of academic thought was the only thing holding the</w:t>
        <w:br/>
        <w:t xml:space="preserve">panic at bay. </w:t>
      </w:r>
      <w:r>
        <w:t>The Aetheric density is increasing at a documented rate</w:t>
        <w:br/>
        <w:t>of five-percent per minute. This acceleration is unsustainable. The</w:t>
        <w:br/>
        <w:t>Static—the residue of displaced souls—is congregating in</w:t>
        <w:br/>
        <w:t>low-elevation areas, acting like an invisible, heavy fog. Crucially, the</w:t>
        <w:br/>
        <w:t>Hollowed are not rising randomly; they are being drawn with magnetic</w:t>
        <w:br/>
        <w:t>precision to the deep ley-lines embedded in the 18th-century masonry,</w:t>
        <w:br/>
        <w:t>following the old power grid of the city's spiritual past.*</w:t>
      </w:r>
    </w:p>
    <w:p>
      <w:r>
        <w:t>He stopped abruptly at the corner of Hanover Street and Richmond, pressing his back against the damp, cold stone of a Federalist-era church. The familiar smell of old incense and mold was comforting. Across the street, a 'Utility Crew' was working under the violet-tinted, bruised sky. They weren't wearing the fluorescent neon vests or hard hats of the city's public works department. They were dressed in charcoal-grey tactical jumpsuits, their forms militaristic and alien, their faces completely obscured by polarized, sealed respirators that hummed faintly.</w:t>
      </w:r>
    </w:p>
    <w:p>
      <w:r/>
      <w:r>
        <w:rPr>
          <w:i/>
        </w:rPr>
        <w:t xml:space="preserve"> </w:t>
      </w:r>
      <w:r>
        <w:t xml:space="preserve"> *</w:t>
      </w:r>
    </w:p>
    <w:p>
      <w:r>
        <w:t>The Cartographer of Small Deaths</w:t>
      </w:r>
    </w:p>
    <w:p>
      <w:r>
        <w:t>September 22, 2025 – Boston, North End</w:t>
      </w:r>
    </w:p>
    <w:p>
      <w:r>
        <w:t>Boston at two in the morning was a city held together by habit. The bars were still loud on the main drags, the last trains were running their near-empty circuits, and the delivery trucks were beginning their slow, grumbling predawn rounds. To anyone watching, Silas Thorne was just a young man walking fast with his hood up, which was not unusual in the North End at this hour, and was exactly how he preferred it. He kept his purple-stained hands in his coat pockets. He kept his eyes on the pavement. He walked the routes he'd memorized over three years of night-shift commutes — the ones that avoided the bars and the well-lit corners and the particular stretch of Hanover Street where an O.S.I. sensor hummed behind a utility panel he'd never thought twice about until tonight. He walked, and the dead followed. Not visibly. They didn't trail him like ghosts in a bad film. It was subtler and worse than that: he could feel them, the way you feel a crowded room before you've opened the door. Pressure at the base of his skull. A low, collective murmur just below the threshold of sound. The weight of wanting, directionless and ancient and perfectly, horribly patient. He had been feeling this his whole life. He had just never known what it was.His grandmother had called it the family quiet. Theresa Thorne had been a small, dense woman with hands like knotted rope and the particular stillness of someone who had learned to take up very little space in a world that hadn't offered her much. She'd come over from County Clare in 1971 with thirty dollars and a letter of introduction to a cousin she'd never met, and she'd spent the next fifty years in a three-room apartment in Charlestown that she'd never quite managed to make feel like enough. What she had managed was Silas. His mother had not been well — this was the family's preferred phrasing, not well, a soft linguistic container for something that had no soft edges — and his father had been less a person than a recurring absence, a man who materialized occasionally to borrow money and disappear again into whatever life he was maintaining elsewhere. Silas had been seven when he'd stopped waiting for him to come back. He remembered the exact moment: a Saturday afternoon, his grandmother's kitchen, the smell of soda bread and turf smoke even though they were in Charlestown and there was no turf, because Nan had imported the smell through sheer force of will. She had looked at him across the table and said, 'You have the family quiet, Silas. Do you know what that means?' He hadn't. 'It means you hear the things that don't make noise,' she said. 'It's not a gift, mind. Don't let anyone tell you it's a gift. It's a responsibility. You hear the things that don't make noise, and that means you are responsible for them.' She had never elaborated. She had never explained what 'things' she meant, or why they needed someone to be responsible for them. She had simply maintained this as a matter of fact, the way she maintained that cold porridge was not a breakfast and that gratitude was a practice, not a feeling. She had died when Silas was sixteen, and he had felt it happen before the phone rang. He had been in the school library, reading nothing in particular, when something at the base of his skull had simply stopped. A presence withdrawing. A thread going slack. He had understood then, in the specific way you understand things that your mind has been circling for years without landing: she had been one of the quiet things, too. She had always known what she was. She had died without telling him, and he had spent the eight years since living inside the responsibility without having been given the name for it.He stopped at the corner of Charter Street and turned towards the Old Granary Burying Ground without meaning to. His feet had been making this detour once a week for three years, ever since he'd taken the job at Blackwood &amp; Sons and started the Liminality Project. He had told himself it was research — the oldest burial ground in Boston, continuous use since 1660, a perfect controlled environment for studying the long-term energetic signatures of the deceased. He had documented the temperature gradients, the EMF readings, the particular quality of the air above the oldest stones, which was consistently two degrees colder than the surrounding streets regardless of season. He had not told himself the other thing, which was that the Granary was the only place in the city where the weight behind his eyes got a little lighter. Where the murmur of the dead dropped from a crowd to a conversation, and the conversation was not frightening but familiar. Like coming home to a house where people knew your name. Tonight the iron gate was closed. He stood at the bars and looked in. The burial ground was not dark. He had never been able to explain this to himself — he had tried, in the early pages of the Liminality Project, and had eventually marked the entry inconclusive — but the old stones gave off a light that cameras didn't capture. A faint, grey-silver luminescence, the colour of moonlight through cloud, that seemed to rise from the earth itself rather than reflecting from the sky. Now, he understood. The ley-line ran directly beneath the Granary. The old Puritan colonists had known, on some level that never quite made it into their written theology, that the ground here was charged. They had put their dead into it for a hundred and thirty years before anyone started asking why the buried seemed to rest more quietly here than anywhere else in the colony. Samuel Sewall was buried here. Silas had known this for years. He looked now at the stone — plain, upright, the name worn almost flat by three centuries of New England weather — and felt, for the first time, the truth of it. 'You did this to me,' he said quietly. The stone did not answer. But the ground beneath it shifted, the faintest tremor of acknowledgment, the way a sleeper moves when you say their name without meaning to wake them. Silas stepped back from the gate. He had a grandmother who had told him he was responsible for the things that made no noise. He had a mother he visited on alternate Tuesdays in a facility in Medford, who spent most of her time looking at a point slightly to the left of wherever Silas was standing, as if she could see something he couldn't. He had a dead employer and a destroyed basement and hands stained the colour of a bruise that wouldn't wash out. He had, apparently, a destiny. He had always hated that word. It sounded like an excuse for things that happened to you rather than choices you made. His grandmother had had a saying for this too: 'A destiny is just a responsibility with better marketing.' He pulled his coat tighter, turned away from the Granary, and walked north towards the pull in his chest — the warm, gold-tinged thread that was pointing, with the patient insistence of a compass needle, towards Salem. Toward whatever had turned the lights back on. Behind him, faintly, the dead of the Granary Burying Ground settled back into their long, grey wait. But they were listening now. They were listening for his heartbeat, and he could feel it — the specific, terrible intimacy of being known by the ground itself. He had the family quiet. He just hadn't known, until tonight, how loud it would eventually become.</w:t>
      </w:r>
    </w:p>
    <w:p>
      <w:r/>
      <w:r>
        <w:rPr>
          <w:i/>
        </w:rPr>
        <w:t xml:space="preserve"> </w:t>
      </w:r>
      <w:r>
        <w:t xml:space="preserve"> *</w:t>
      </w:r>
    </w:p>
    <w:p>
      <w:r>
        <w:t>They were systematically installing something into the sidewalk—a jagged, three-foot spike of cold iron, meticulously machined and tipped with a pulsing, internally lit, silver-blue crystal. The entire structure felt like a hostile acupuncture needle plunged into the city's meridian.</w:t>
      </w:r>
    </w:p>
    <w:p>
      <w:r>
        <w:t>'Salt-Pulse Barometer,' Silas whispered, his purple eyes narrowing to slits against the acid rain.</w:t>
      </w:r>
    </w:p>
    <w:p>
      <w:r>
        <w:t>He had seen the detailed schematic diagrams of these devices in the restricted 'Masonic Infrastructure' files he'd hacked months ago, never truly believing he'd see one deployed. The O.S.I. (Occult Stability Initiative) was already here, not as a reactionary force, but as an executing one. They weren't fighting the ghosts or trying to save the populace; they were 'mapping the leak.' They were treating the city of Boston like a sophisticated dam that had just suffered a catastrophic, predictable structural failure, and their only concern was quantifying the flow.</w:t>
      </w:r>
    </w:p>
    <w:p>
      <w:r>
        <w:t>'Director Miller,' Silas muttered, the name tasting like sour copper on his tongue. 'You've been waiting for the lights to flicker out for a long time, haven't you? You didn't cause the Unbinding, but you certainly prepared for the harvest.'</w:t>
      </w:r>
    </w:p>
    <w:p>
      <w:r>
        <w:t>A sudden, sharp, agonizing vibration in his marrow made him gasp, a high-frequency resonance that felt like a tuning fork struck against his ribs. It wasn't the dull, grey, slow-motion noise of the Drowned souls or the ambient Static. It was something else entirely—something violently bright, impossibly heavy, and terrifyinglynew.</w:t>
      </w:r>
    </w:p>
    <w:p>
      <w:r>
        <w:t>He wrenched his head towards the south, his purple eyes burning with Aetheric strain. Across the harbour, in the direction of South Boston, the ambient Static didn't just flicker or drift; it suddenly Spiked. A hyper-dense, monolithic column of argent, silver-mercury light shot vertically into the sky, a searing beacon visible only to his advanced Aetheric sight. It was instantaneously followed by a kinetic shockwave that Silas felt deep in his teeth and the fillings in his mouth—a physical Brace that seemed to momentarily stabilise and tighten the rattling, loose spiritual Threads of the entire city grid. It was the sound of a monumental, dormant engine roaring back to life.</w:t>
      </w:r>
    </w:p>
    <w:p>
      <w:r>
        <w:t>'A Guardian,' Silas breathed, a mix of relief and profound terror washing over him. The legends were true.</w:t>
      </w:r>
    </w:p>
    <w:p>
      <w:r>
        <w:t>He instinctively reached into his coat pocket and pulled out his modified EMF meter, the relic of his early, naive research days. The needle didn't just jump or peg out; it snapped clean off the hinge and swung lifelessly. The measured frequency wasn't the slow, rotting oscillation of a ghost or a Drowned soul. It was a high-voltage, metallic, sustained thrum—the output of a nuclear reactor suddenly brought online.</w:t>
      </w:r>
    </w:p>
    <w:p>
      <w:r>
        <w:t>The Body,Silas realised, his breath misting in a white cloud in the cold air.The second, and most powerful, component of the circuit just woke up. They are all emerging at once.</w:t>
      </w:r>
    </w:p>
    <w:p>
      <w:r>
        <w:t>He looked back towards the North, towards the horizon line above the suburbs. The golden beacon in Salem—the Weaver's Spark, the source of the Code—was still there, but it was being rapidly crowded and overwhelmed by the churning, violet clouds of the Lich's relentless approach. Silas was suddenly, hopelessly caught between two massive, existential fires: the pure, intellectual golden fire of the Weaver in the North and the raw, kinetic silver fire of the Guardian in the South.</w:t>
      </w:r>
    </w:p>
    <w:p>
      <w:r>
        <w:t>'I'm the ground,' Silas whispered, looking down at his own purple, glowing hands, the nexus of the Soul component. 'I'm the one who has to connect them, or they'll tear the world apart trying to find each other.'</w:t>
      </w:r>
    </w:p>
    <w:p>
      <w:r>
        <w:t>He stepped out of the shadow of the church, committing to the path, but the low, rhythmicthump-thumpof heavy, military-grade tires made him freeze mid-step. A black, armoured SUV with no visible plates was prowling slowly down Hanover Street. Its headlights weren't the standard yellow of a car; they were sterile, surgical, white LEDs that seemed to aggressively 'bleach' the Static right out of the immediate air, creating a zone of unnerving clarity.</w:t>
      </w:r>
    </w:p>
    <w:p>
      <w:r>
        <w:t>He saw the man in the passenger seat—a figure in an impeccable grey suit, wearing heavy, violet-tinted lenses that filtered out the purple glow of the Anchors. The man held a handheld, professional-grade scanner that was sweeping the immediate area with infrared precision, its thin, crimson laser-line passing inches above Silas's head, tasting the Aether.</w:t>
      </w:r>
    </w:p>
    <w:p>
      <w:r>
        <w:t>They're 'tagging' the Anchors,Silas realised with a cold, sinking feeling.They aren't even bothering to arrest us. They're letting the Lich herd us all together like cattle so they can capture the whole, completed circuit in one, clean sweep.The O.S.I. wasn't interested in a messy cleanup; they wanted the keys to the kingdom.</w:t>
      </w:r>
    </w:p>
    <w:p>
      <w:r>
        <w:t>He didn't head for the train station. The O.S.I. would have the Blue Line sealed, salted with cold iron, and monitored by now. Instead, he headed for the harbour, his feet pounding on the wet cobblestones. He needed the water—he needed the vast, messy 'Nautical Threads' and the chaotic currents of the Atlantic to dilute and hide his own purple frequency from their advanced scanners.</w:t>
      </w:r>
    </w:p>
    <w:p>
      <w:r>
        <w:t>As he sprinted towards the docks, Silas ripped his notebook open to a blank, rain-spotted page. His pen, filled with the same charcoal-tinted, concentrated ink he used for delicate restorative work, scratched across the paper with jagged, frantic urgency as he ran.</w:t>
      </w:r>
    </w:p>
    <w:p>
      <w:r>
        <w:t>Hypothesis:**</w:t>
      </w:r>
      <w:r>
        <w:rPr>
          <w:i/>
        </w:rPr>
        <w:t xml:space="preserve"> he scrawled, his handwriting barely legible. </w:t>
      </w:r>
      <w:r>
        <w:t>The</w:t>
        <w:br/>
        <w:t>Triad is not a choice of allies. It is a biological/Aetheric necessity.</w:t>
        <w:br/>
        <w:t>The Mind (Salem/Weaver) provides the Code/Algorithm. The Body</w:t>
        <w:br/>
        <w:t>(Southie/Guardian) provides the Power/Kinetic Force. The Soul (The</w:t>
        <w:br/>
        <w:t>Anchor/Myself) provides the Ground/Circuit Completion. If the O.S.I.</w:t>
        <w:br/>
        <w:t>completes the circuit before we do, the world doesn't return to a</w:t>
        <w:br/>
        <w:t>normal, predictable state. It becomes a permanent, perfectly regulated</w:t>
        <w:br/>
        <w:t>cage.*</w:t>
      </w:r>
    </w:p>
    <w:p>
      <w:r>
        <w:t>He reached the end of the pier, the Atlantic Ocean churning below with a violet, disconcerting bioluminescent foam that smelled of ozone and salt. He could feel the dense, cold, heavy mass of the 'Drowned'—the ancient, waterlogged souls—rising beneath the surface, their unseen eyes sensing his hot, inviting purple heat. He was a magnet in the deepest ocean. He was the King of the Underworld, and his subjects were waking up and rising to walk him to his reluctant throne.</w:t>
      </w:r>
    </w:p>
    <w:p>
      <w:r>
        <w:t>'I'm coming, Weaver,' Silas said, looking at the distant, golden light on the horizon, a vow that was also a desperate warning. 'But I'm bringing the graveyard with me.'</w:t>
      </w:r>
    </w:p>
    <w:p>
      <w:r>
        <w:t>Exactly a mile to the south, with a sound that drowned out the traffic and the rain, the first brick wall of 'The Pit' gym exploded outward in a cloud of dust and steam. Silas felt the pure, unadulterated silver kinetic pulse rip through the steel and concrete foundation of the city, and for one terrifying, blinding heartbeat, the 'Silence' returned.</w:t>
      </w:r>
    </w:p>
    <w:p>
      <w:pPr>
        <w:pageBreakBefore w:val="1"/>
      </w:pPr>
      <w:r>
        <w:t>CHAPTER NINE</w:t>
      </w:r>
    </w:p>
    <w:p>
      <w:pPr>
        <w:pageBreakBefore w:val="1"/>
      </w:pPr>
      <w:r>
        <w:t>CHAPTER NINE: The Overwatch Protocol</w:t>
      </w:r>
    </w:p>
    <w:p>
      <w:r>
        <w:t>September 22, 2025 — 12:05 AM</w:t>
      </w:r>
    </w:p>
    <w:p>
      <w:r>
        <w:t>O.S.I. Mobile Command — Aegis-7 (In Transit: North End to South Boston)</w:t>
      </w:r>
    </w:p>
    <w:p>
      <w:r>
        <w:t>The interior of the Aegis-7 didn't look like a war room; it was a pressurized, mobile fortress disguised as a decommissioned armoured bank truck. Inside, the space was an unforgiving landscape of glowing fibre optics and high-density server racks. It looked, in fact, like a sophisticated server farm under a catastrophic strobe light. Every surface hummed with contained, terrified energy.</w:t>
      </w:r>
    </w:p>
    <w:p>
      <w:r>
        <w:t>Director Arthur Miller stood rigid in the centre of the command hub, his tailored suit jacket discarded, his hands gripping the edge of the central holographic terminal until the knuckles were stark white points against the red flush of his forearms. Around him, the Operational Silence Initiative's protective network—the'Overwatch'—was dying a chaotic death in a blizzard of digital noise and corrupted code. The air itself was thick, an acrid cocktail of scorched motherboards, superheated insulation, and the metallic, high-ozone smell of failing Aetheric dampeners desperately trying to hold the lining between worlds intact.</w:t>
      </w:r>
    </w:p>
    <w:p>
      <w:r>
        <w:t>'Status report! Now!' Miller barked, his voice a raw, disciplined blade that sliced cleanly through the high-pitched, manic whine of the cooling fans struggling to manage the catastrophic power surge.</w:t>
      </w:r>
    </w:p>
    <w:p>
      <w:r>
        <w:t>'The logic bomb was localised and executed against the 'Salt-Seal' automation grid, Director,' Agent Sarah Chen replied, her concentration absolute. She was a study in controlled panic, her fingers blurring across a ruggedized tablet that was bleeding an intense, strobing violet light—the digital signature of a Class 5 Aetheric breach. 'At exactly 11:58, a ghost-code, a highly sophisticated quantum intrusion, entered the system. It didn't delete the protocols, sir; it was far worse. Itinvertedthem. The iron-grids, the very infrastructure designed to push the Static back, are not holding. They're acting as a broad-spectrum antenna for the In-Between, essentially pulling the Void into our reality.'</w:t>
      </w:r>
    </w:p>
    <w:p>
      <w:r>
        <w:t>'Civilians?' Miller's voice was clipped, demanding only the critical data.</w:t>
      </w:r>
    </w:p>
    <w:p>
      <w:r>
        <w:t>'Total, unmitigated chaos in the North End. We have confirmed reports of 'Resolution Shock'—psychogenic Aetheric trauma—in forty percent of the population near the harbour front,' Chen reported, her eyes fixed on a three-dimensional, colour-coded heatmap of the city that showed hot spots erupting faster than she could track them. 'The Drowned, the residual manifestations from the 1692 Unbinding, are hauling themselves onto the piers at Eastern Point. They're manifesting with unprecedented coherence. We've deployed all Aether-Drones to tag the manifestations and attempt suppression, but we are absolutely outmatched. The automated salt-seals are dead. We're fighting a Category 5 reality breach—a hole in the world—with manual buckets and spiritual grit.'</w:t>
      </w:r>
    </w:p>
    <w:p>
      <w:r>
        <w:t>Miller slowly turned to face a massive, floor-to-ceiling holographic projection of the Atlantic seaboard surrounding Boston. The seven designated Anchor points—the colonial geography of the 1692 Shackle that locked the original Aetheric cataclysm—were lighting up one after the other like a colossal circuit board being shorted out. Every point was now a beacon, screaming for attention.</w:t>
      </w:r>
    </w:p>
    <w:p>
      <w:r>
        <w:t>'The Salem frequency is stable, but the 'Weaver' is mobile,' a tactical analyst, a young man named Reyes, called out from a secondary console, his face illuminated by the green glow of a necromantic tracking trace. 'Rook's ground team is reporting a major kinetic spike at the Peabody Essex Museum. They've identified a confirmed, full-spectrum Class-A Weaver manifestation.'</w:t>
      </w:r>
    </w:p>
    <w:p>
      <w:r>
        <w:t>'Elara Vance,' Miller whispered, the name a cold certainty. He checked his watch—a heavy, matte-black chronometer. The second hand was not sweeping; it was moving with a heavy, unnatural, almost painful rhythm. 'What about the Anchor? What about Silas Thorne?'</w:t>
      </w:r>
    </w:p>
    <w:p>
      <w:r>
        <w:t>'We lost the primary signal at the North End funeral home twelve minutes ago,' Chen confirmed, her voice tightening. 'He somehow shattered the 'Iron-Sleep' sedation regimen. He's fully mobile, Director. He's currently moving towards the inner harbour. Our secondary scanners are picking up a massive, accelerating necromantic wake—he's not just moving; he's pulling every Thread, every revenant, from the potter's fields and the colonial graveyards with him. He's creating a storm of the dead.'</w:t>
      </w:r>
    </w:p>
    <w:p>
      <w:r>
        <w:t>Miller closed his eyes for a single, agonizing heartbeat. For thirteen generations, the Miller family had borne the impossible, invisible burden of the Keepers of the Silence. They had curated the world's delicate, mundane reality, preserving the illusion of order with the cold, meticulous precision of master watchmakers. Now, the watch had not just stopped; it had shattered into a million temporal pieces.</w:t>
      </w:r>
    </w:p>
    <w:p>
      <w:r>
        <w:t>'If the Weaver and the Anchor converge without a grounding force, without the 'Body,' the resulting resonance will not just open the breach; it will level the city and unbind the eastern seaboard,' Miller said, his voice regaining its chilling, iron-hard, clinical edge. The father was gone; the Director of O.S.I. was fully in command. 'We need the 'Body.' We need the Guardian now.'</w:t>
      </w:r>
    </w:p>
    <w:p>
      <w:r>
        <w:t>'Director, the 'Miller Project' sensors just spiked to a critical red-line,' Chen suddenly said, her voice dropping into an urgent hush. She looked up at him, her eyes wide, her face bathed in a pulsing silver-mercury glow from her screen. 'The gym. Southie. The barometric pressure inside 'The Pit' just hit critical levels—the air is being actively displaced by a non-local force. Caleb is reaching the threshold. The Binding is breaking.'</w:t>
      </w:r>
    </w:p>
    <w:p>
      <w:r>
        <w:t>'Is the extraction team in position?'</w:t>
      </w:r>
    </w:p>
    <w:p>
      <w:r>
        <w:t>'They're three blocks away, waiting on your final directive,' Chen said. 'But Director... the Lich. The King of Shadows. He's not just on the ley-lines this time. He'son the network. He's utilizing our own compromised Aether-Drones to triangulate Caleb's unique thermal and Aetheric heat signature. If we don't get there and secure him in the next three minutes, the King of Shadows is going to have the one thing he needs: a living, prime-state Guardian for a host.'</w:t>
      </w:r>
    </w:p>
    <w:p>
      <w:r>
        <w:t>Miller looked down at the tablet Chen held out. He saw the grainy, high-speed thermal shot of his son—Caleb, focused, hitting the heavy bag with a force that was now clearly supernatural—and for a single, devastating second, the Director completely vanished. Only the terrified, protective father remained.</w:t>
      </w:r>
    </w:p>
    <w:p>
      <w:r>
        <w:t>'Divert all active Aether-Drones to South Boston,' Miller ordered, the decision final and ruthless. 'Full Salt-Pulse engagement across the board. I don't care about the collateral Aetheric noise or the localised shockwave. We do not, under any circumstances, let the Lich touch that gym.'</w:t>
      </w:r>
    </w:p>
    <w:p>
      <w:r>
        <w:t>'Director, if we divert all our suppression force from Salem, we lose the Weaver,' Reyes the analyst warned, his voice straining. 'She'll complete her half of the Unbinding.'</w:t>
      </w:r>
    </w:p>
    <w:p>
      <w:r>
        <w:t>'We have the Weaver's unique frequency; we can track her to the end of the world,' Miller snapped, his gaze fixed on the south. 'We don't have the Guardian's weight. Without Caleb, the circuit doesn't close on our terms. Without the ground, without the Body, we are all just fuel for the Void.'</w:t>
      </w:r>
    </w:p>
    <w:p>
      <w:r>
        <w:t>The Aegis-7 lurched violently, its massive, heavy-duty tires screaming in protest as the driver executed a hard, high-speed turn onto the Congress Street Bridge, the mobile command centre now a battering ram aimed directly for Southie. Outside, the Boston sky was no longer just dark; it was a bruised, swirling amethyst—a deep, contaminated violet. From the transport's external, high-powered speakers, a rhythmic, deep-bass frequency began to broadcast, a sustained'Salt-Pulse'—an O.S.I. siren designed to push back the encroaching violet fog of the In-Between, tearing at the fabric of the city.</w:t>
      </w:r>
    </w:p>
    <w:p>
      <w:r>
        <w:t>Miller picked up the silver-weighted, baton-like object from the central table—a specialized Aetheric capacitor he had spent ten years designing and perfecting for a son he had prayed would never, ever need it.</w:t>
      </w:r>
    </w:p>
    <w:p>
      <w:r>
        <w:t>'Maximum speed, Agent,' Miller commanded, his voice a low, heavy promise. 'Caleb is about to find out exactly how heavy the world really is.'</w:t>
      </w:r>
    </w:p>
    <w:p>
      <w:r>
        <w:t>Exactly three miles to the south, on a small, unassuming street in the heart of South Boston, the first interior brick wall of 'The Pit' gym began to buckle and crack, groaning under a sheer, inward pressure that ruthlessly defied the laws of physics. The Overwatch was arriving, but the war for the 'Body' had already been lost to the simple, irresistible gravity of the Void.</w:t>
      </w:r>
    </w:p>
    <w:p>
      <w:pPr>
        <w:pageBreakBefore w:val="1"/>
      </w:pPr>
      <w:r>
        <w:t>CHAPTER TEN:</w:t>
      </w:r>
    </w:p>
    <w:p>
      <w:r>
        <w:t>The Kinetic Trigger</w:t>
      </w:r>
    </w:p>
    <w:p>
      <w:r>
        <w:t>The Pit, South Boston — September 23, 2025</w:t>
      </w:r>
    </w:p>
    <w:p>
      <w:r>
        <w:t>The air in The Pit was a thick, humid soup of wintergreen liniment, old leather, and the sour tang of three generations of sweat. It was a basement gym, lit by buzzing fluorescent tubes that flickered with a rhythmic, dying stutter. Caleb had been coming here since he was fourteen. He had never once been able to explain why it felt safer than anywhere else — the low ceiling, the smell, the particular density of the air — only that it did, and that on nights when his head was too loud, the bag was the only thing that helped.</w:t>
      </w:r>
    </w:p>
    <w:p>
      <w:r>
        <w:t>Tonight his head was very loud.</w:t>
      </w:r>
    </w:p>
    <w:p>
      <w:r>
        <w:t>He had spoken to his father six hours ago. He had put on his coat and gone to find out, as he'd told himself he would, and what he'd found out was that his father already knew everything, had always known everything, and had spent twenty-six years deciding not to tell him. He had sat in a glass-walled briefing room in a building he wasn't supposed to know existed and listened to a man he loved explain, with the calm sequential logic of a career intelligence officer, why Caleb's entire life had been a preparation for something he'd never been asked to consent to.</w:t>
      </w:r>
    </w:p>
    <w:p>
      <w:r>
        <w:t>He had not punched anything in that room, which he considered one of his finer achievements.</w:t>
      </w:r>
    </w:p>
    <w:p>
      <w:r>
        <w:t>He had come here instead.</w:t>
      </w:r>
    </w:p>
    <w:p>
      <w:r>
        <w:t>Thwack. Thwack-thwack.</w:t>
      </w:r>
    </w:p>
    <w:p>
      <w:r>
        <w:t>'Pacing, Miller. You're telegraphing that left.'</w:t>
      </w:r>
    </w:p>
    <w:p>
      <w:r>
        <w:t>His coach — a grizzled Southie legend everyone called Pops — sat on a sagging stool in the corner, nursing a lukewarm coffee. Pops had been training fighters in this basement for thirty years. He had the particular quality of attention of a man who watched people for a living, and he was watching Caleb now with the expression he reserved for things that required patience.</w:t>
      </w:r>
    </w:p>
    <w:p>
      <w:r>
        <w:t>'I'm fine,' Caleb said.</w:t>
      </w:r>
    </w:p>
    <w:p>
      <w:r>
        <w:t>'You're not fine. You've been hitting that bag like it owes you money for two hours and you haven't broken a sweat yet, which is new.' Pops set down his coffee. 'You want to tell me what happened?'</w:t>
      </w:r>
    </w:p>
    <w:p>
      <w:r>
        <w:t>'No.'</w:t>
      </w:r>
    </w:p>
    <w:p>
      <w:r>
        <w:t>'Okay.' Pops picked his coffee back up. That was one of the things Caleb had always valued about him — he knew when to stop asking.</w:t>
      </w:r>
    </w:p>
    <w:p>
      <w:r>
        <w:t>Thwack. Thwack-thwack.</w:t>
      </w:r>
    </w:p>
    <w:p>
      <w:r>
        <w:t>The shimmer was still in his hands. He could see it when he unwrapped them between sets, that mercury-bright pulse moving with his heartbeat. He'd been trying to decide what to do about it for six hours and hadn't arrived anywhere useful. His father wanted him in. The O.S.I. wanted to hand him a baton and a designation and point him at a crisis. Caleb wanted — he wasn't sure what he wanted. He wanted to not be the thing his father had been building towards. He wanted to have been asked.</w:t>
      </w:r>
    </w:p>
    <w:p>
      <w:r>
        <w:t>He wanted Pops to still look at him the way he was looking at him right now, which was like a person, and he had a cold, settled feeling that this was the last night that was going to be possible.</w:t>
      </w:r>
    </w:p>
    <w:p>
      <w:r>
        <w:t>The clock on the wall read 11:58.</w:t>
      </w:r>
    </w:p>
    <w:p>
      <w:r>
        <w:t>'Five minutes,' Pops said. 'Finish the set and go home, Caleb. Whatever it is, it'll look different in the morning.'</w:t>
      </w:r>
    </w:p>
    <w:p>
      <w:r>
        <w:t>Caleb nodded. He turned back to the bag.</w:t>
      </w:r>
    </w:p>
    <w:p>
      <w:r>
        <w:t>Tick. Tick.</w:t>
      </w:r>
    </w:p>
    <w:p>
      <w:r>
        <w:t>The clock hit midnight.</w:t>
      </w:r>
    </w:p>
    <w:p>
      <w:r>
        <w:t>The world didn't just change — it stalled. A sharp, metallic click at the base of his skull, and then the shimmer in his hands wasn't a shimmer anymore. It was a flood. The mercury-light erupted up his forearms, across his shoulders, and Caleb felt the full weight of it arrive — not gradually, the way it had crept up on him in his flat the night before, but all at once, like a wave that had been building offshore for twenty-six years and had finally found its shore.</w:t>
      </w:r>
    </w:p>
    <w:p>
      <w:r>
        <w:t>Then came the weight.</w:t>
      </w:r>
    </w:p>
    <w:p>
      <w:r>
        <w:t>The barometric pressure spiked so violently that the windows in the high, narrow casements exploded inward, showering the ring in glass. Caleb gasped, but the air felt like liquid lead. His joints groaned, his knees buckling as his own body mass seemed to double, then triple.</w:t>
      </w:r>
    </w:p>
    <w:p>
      <w:r>
        <w:t>'Pops—' he tried to shout, but his voice had dropped into something lower, something that seemed to vibrate in the walls.</w:t>
      </w:r>
    </w:p>
    <w:p>
      <w:r>
        <w:t>The gym's reinforced steel door didn't just open. It was erased. The metal folded inward as if a giant had stepped through it.</w:t>
      </w:r>
    </w:p>
    <w:p>
      <w:r>
        <w:t>A seven-foot silhouette of violet static tore into the room. It wasn't solid — its form skipped and stuttered like a corrupted signal, a jagged aperture of starving light where a face should have been. A Lurker. Caleb had been briefed on Lurkers six hours ago in a glass-walled room. The briefing had not prepared him for the smell: ozone and ancient, frozen earth, the cold specific to places that had never seen light.</w:t>
      </w:r>
    </w:p>
    <w:p>
      <w:r>
        <w:t>It went for Pops.</w:t>
      </w:r>
    </w:p>
    <w:p>
      <w:r>
        <w:t>'No.'</w:t>
      </w:r>
    </w:p>
    <w:p>
      <w:r>
        <w:t>Caleb didn't think. Something in his marrow made the decision before his mind caught up, and he threw himself forward and the restlessness in his bones — the density, the weight he had been carrying since he was old enough to notice it — came out.</w:t>
      </w:r>
    </w:p>
    <w:p>
      <w:r>
        <w:t>BOOM.</w:t>
      </w:r>
    </w:p>
    <w:p>
      <w:r>
        <w:t>The Lurker went through the brick wall. The masonry came apart like dry crackers. Caleb landed on the pavement outside, his boots cracking the asphalt four inches deep. He stood in the middle of West Broadway, his silver skin shimmering in the dark, his chest heaving with something that felt like a localised tectonic event.</w:t>
      </w:r>
    </w:p>
    <w:p>
      <w:r>
        <w:t>The city was screaming. The sky was bruised amethyst.</w:t>
      </w:r>
    </w:p>
    <w:p>
      <w:r>
        <w:t>Four black SUVs boxed him in. His father stepped out of the lead vehicle.</w:t>
      </w:r>
    </w:p>
    <w:p>
      <w:r>
        <w:t>Arthur Miller was in his heavy wool overcoat. He looked at Caleb with an expression Caleb had never seen on him before — the clinical mask entirely gone, something raw and old and exhausted underneath it. He was holding the baton. Silver-weighted, engraved with the seal of the Silver Eye. The same eye that had been tattooed on Thomas Miller's shoulder, the one Caleb had asked about at age nine and been told was an old family thing.</w:t>
      </w:r>
    </w:p>
    <w:p>
      <w:r>
        <w:t>He had been told a lot of things were old family things.</w:t>
      </w:r>
    </w:p>
    <w:p>
      <w:r>
        <w:t>'I told you I'd bring it,' Arthur said. His voice was quiet. Not the briefing voice. 'I told you last night.'</w:t>
      </w:r>
    </w:p>
    <w:p>
      <w:r>
        <w:t>'You told me a lot of things last night,' Caleb said. The pavement was spiderwebbing under his feet. 'Some of them were even true.'</w:t>
      </w:r>
    </w:p>
    <w:p>
      <w:r>
        <w:t>Arthur held out the baton. 'This part is true. Take it.'</w:t>
      </w:r>
    </w:p>
    <w:p>
      <w:r>
        <w:t>Caleb looked back at the gym. Pops was in the doorway — or what was left of it — staring at him with the expression Caleb had known was coming and had been dreading since the night before. Not fear exactly. Something worse: the look of a man trying to reconcile two versions of someone he thought he knew.</w:t>
      </w:r>
    </w:p>
    <w:p>
      <w:r>
        <w:t>He looked at his father. He looked at the baton.</w:t>
      </w:r>
    </w:p>
    <w:p>
      <w:r>
        <w:t>He took it.</w:t>
      </w:r>
    </w:p>
    <w:p>
      <w:r>
        <w:t>The moment his fingers closed around the silver-lead alloy, the power settled into something steadier — a thrum rather than a flood, a current rather than a wave. It didn't feel like surrender. It felt, infuriatingly, like the pull-up bar dropping away and his feet finding the floor: like landing.</w:t>
      </w:r>
    </w:p>
    <w:p>
      <w:r>
        <w:t>'The Weaver is in Salem,' Arthur said, the Director's voice returning now, sequential and purposeful. 'The Anchor is mobile somewhere between here and the North End. We have hours before this gets worse than it already is. I need you operational.'</w:t>
      </w:r>
    </w:p>
    <w:p>
      <w:r>
        <w:t>'I know,' Caleb said.</w:t>
      </w:r>
    </w:p>
    <w:p>
      <w:r>
        <w:t>He looked at Pops one last time. The old man gave him a single nod — small, tight, the gesture of someone accepting something they don't understand but recognise as necessary. Caleb had been given that nod before fights he wasn't sure he'd win. He had never been as grateful for it as he was right now.</w:t>
      </w:r>
    </w:p>
    <w:p>
      <w:r>
        <w:t>He got into the SUV. The door shut with a heavy, finalthunk.</w:t>
      </w:r>
    </w:p>
    <w:p>
      <w:r>
        <w:t>'And my father?' Caleb said, as the vehicle moved. 'Thomas. You told me he volunteered for the First Sealing Protocol. You told me it was a necessary sacrifice.' He kept his eyes on the ruined street receding through the rear window. 'I want the rest of that sentence, Arthur. The part you didn't say.'</w:t>
      </w:r>
    </w:p>
    <w:p>
      <w:r>
        <w:t>A silence. Brief, but specific.</w:t>
      </w:r>
    </w:p>
    <w:p>
      <w:r>
        <w:t>'He didn't know it would kill him,' Arthur said finally. 'He thought he'd come back.' A pause. 'I thought he'd come back.'</w:t>
      </w:r>
    </w:p>
    <w:p>
      <w:r>
        <w:t>Caleb nodded slowly. He turned the baton over in his mercury-bright hands.</w:t>
      </w:r>
    </w:p>
    <w:p>
      <w:r>
        <w:t>'Okay,' he said. 'Salem.'</w:t>
      </w:r>
    </w:p>
    <w:p>
      <w:pPr>
        <w:pageBreakBefore w:val="1"/>
      </w:pPr>
      <w:r>
        <w:t>CHAPTER ELEVEN</w:t>
      </w:r>
    </w:p>
    <w:p>
      <w:r>
        <w:t>CHAPTER ELEVEN:The Silver Siphon</w:t>
      </w:r>
    </w:p>
    <w:p>
      <w:r>
        <w:t>September 23, 2025 — 12:12 AM</w:t>
      </w:r>
    </w:p>
    <w:p>
      <w:r>
        <w:t>O.S.I. Mobile Command — Aegis-7 (In Transit: Southie to Salem)</w:t>
      </w:r>
    </w:p>
    <w:p>
      <w:r>
        <w:t>The six-ton armoured transport, the Aegis-7, did not just move; ittorea hole through the amethyst-hued night. Despite being pushed far beyond any conventional speed limit, tearing down the elevated curve of the Tobin Bridge, the vehicle's interior remained unnervingly still. It was a masterpiece of clandestine engineering—a mobile bunker built with layers of 'Quiet-Tech.' Lead-lined walls encased a salt-cooled reactor, creating a perfect, rumbling Faraday cage that made the apocalyptic roar of the storm outside sound like nothing more than a distant, oceanic hum—the white noise of cosmic interference.</w:t>
      </w:r>
    </w:p>
    <w:p>
      <w:r>
        <w:t>Caleb Miller sat on a reinforced steel bench bolted to the deck, his broad chest still bare, the exposed skin taut and slick with sweat and something else. His knuckles were raw and weeping a faint, viscous, silver-tinted ichor. He ignored the three agents in charcoal jumpsuits—the Jailers, as he privately called them—who were frantically swapping out the depleted 'Salt-Magazines' in their heavy rifles. He ignored the flickering tactical screens displaying garbled telemetry. He was focused on his own hands.</w:t>
      </w:r>
    </w:p>
    <w:p>
      <w:r>
        <w:t>Under the harsh, blue-tinted surgical lights of the cabin, his skin looked fundamentally wrong. The dense mercury-glow that had enveloped him moments earlier was slowly receding, drawing back into his pores, but it left behind a profound, permanent translucence. His flesh was now shot through with a shimmering, almost crystalline sheen, like he had been dipped in liquid platinum and partially cured.</w:t>
      </w:r>
    </w:p>
    <w:p>
      <w:r>
        <w:t>'It's not an infection, Caleb,' Director Miller stated, his voice a low, precise monotone that cut through the cabin's hum. He sat opposite his son, his heavy wool government coat draped over a humming console. His eyes, however, were fixed on the tablet in his hand, which displayed a high-speed thermal rendering of Caleb's skeletal structure. 'It's a phase-shift. A permanent one. Your bone density has increased by three hundred percent in the last twelve minutes. You are, empirically, the single heaviest thing currently in this vehicle. The increase is continuing, albeit slowly.'</w:t>
      </w:r>
    </w:p>
    <w:p>
      <w:r>
        <w:t>'You talk about me like I'm a piece of equipment,' Caleb rasped, the words catching in his throat. His voice still held that unnerving, dual-toned metallic echo—the Guardian's Register. It was a sound that seemed to originate from his very marrow.</w:t>
      </w:r>
    </w:p>
    <w:p>
      <w:r>
        <w:t>'Right now, youareequipment,' the Director replied, his face betraying nothing, his voice returning to that clinical, bureaucratic ice that had defined and alienated Caleb his entire life. 'You are a biological grounding wire. The O.S.I. has spent eighty years trying to replicate the Sewall density using synthetic alloys. We failed every time. The Aetheric pressure just shatters the metal, turns it to powder. But the blood... the Sewall blood knows how to hold the weight. It's what you were born for.'</w:t>
      </w:r>
    </w:p>
    <w:p>
      <w:r>
        <w:t>The Director stepped forward and reached out, his hand hovering near the silver-weighted baton Caleb still clutched in a white-knuckled grip. 'Let me see the Siphon.'</w:t>
      </w:r>
    </w:p>
    <w:p>
      <w:r>
        <w:t>Caleb pulled the baton back sharply, an instinctual, animal refusal. His chrome eyes, now fully stabilised and polished, flashed with a sudden, palpable heat. The air in the cabin grew instantly dense, the oxygen molecules feeling heavy, as though the pressure had doubled. One of the tactical agents gasped, fumbling his rifle—the weapon suddenly weighing twice as much as it had a second ago. The silence of the Quiet-Tech was momentarily broken by the screech of stressed metal from the floor.</w:t>
      </w:r>
    </w:p>
    <w:p>
      <w:r>
        <w:t>'Careful, Specialist,' Miller warned, his eyes narrowing to slits. 'If you spike your internal density in here, you'll snap the axle of this transport. Use the baton. It's a Silver-Lead Siphon. It's designed to bleed off your excess kinetic potential and store it as a stabilised charge. Think of it as a battery for your soul—a capacitor for the gravitational pressure.'</w:t>
      </w:r>
    </w:p>
    <w:p>
      <w:r>
        <w:t>Caleb looked down at the baton. It was solid, unnaturally cold, absorbing heat from the air. It bore the etched mark of the Silver Eye, the ancestral seal of the Sewall line. He could feel the metal pulling at the deep, throbbing 'Leaden Ache' in his marrow, a vibrational pressure that threatened to dislocate his joints. As the charge transferred, the dense, crushing pressure in the cabin stabilised, and the silver glow on his skin gradually dimmed, receding like a tide.</w:t>
      </w:r>
    </w:p>
    <w:p>
      <w:r>
        <w:t>'What was thatthingin the gym?' Caleb asked, his voice returning to a more human tone, though it remained low and jagged, still edged with metallic friction.</w:t>
      </w:r>
    </w:p>
    <w:p>
      <w:r>
        <w:t>'A Lurker,' Agent Sarah Chen answered from the forward terminal, her fingers a blur as she wrestled with the flickering digital snow on her monitors, attempting to bypass the encrypted interference. She didn't look back. 'A Class-4 Aetheric predator. They've been trapped in the In-Between for three centuries, pressurized by the Shackle's counter-frequency. When the clock hit zero, the pressure equalized. They're coming through the 'Thin Places' first—cemeteries, historical sites, old ritual grounds. They're hungry for the Spark, Caleb. And the Weaver in Salem is currently the brightest light on the coast.'</w:t>
      </w:r>
    </w:p>
    <w:p>
      <w:r>
        <w:t>'Elara Vance,' Miller intoned, the name causing a complex data-cluster detailing psychic and Aetheric signatures to bloom on the holographic map suspended above the console. 'She's the 'Mind.' She's currently decoding the primary countdown signature at the Peabody Essex Museum. If we don't reach her before the second wave of Lurkers consolidates, she won't just be killed—she'll be 'Hollowed.' The Lich will use her brain, her innate ability to manipulate the ley-lines, to rewrite the local grid.'</w:t>
      </w:r>
    </w:p>
    <w:p>
      <w:r>
        <w:t>'The Lich,' Caleb repeated, the name tasting like ash. 'You keep saying that name. Like he's a person, not a myth.'</w:t>
      </w:r>
    </w:p>
    <w:p>
      <w:r>
        <w:t>'He was the eighth chair,' Miller said, his face clouding with a dark, ancestral memory that seemed to weigh on him more than Caleb's own sudden density. 'The one who refused to sign the Shackle. The one who believed that humanity was better off in the dark, so that he could rule the shadows unchallenged. He's been a ghost in the machine, a decentralized intelligence, for three hundred and thirty-three years, Caleb. And at 11:58 PM, he finally found the password to the world.'</w:t>
      </w:r>
    </w:p>
    <w:p>
      <w:r>
        <w:t>Sarah Chen finally twisted around, her face pale, illuminated by the sickly blue glow of her terminal. 'Director, we have a critical problem. The 'Logic Bomb' wasn't just a shutdown. It's a translation. The O.S.I. orbital network is being systematically rewritten into 17th-century occult ciphers. We're losing the Aether-Drones, they're crashing from cognitive overload. The Lich is literally haunting the cloud, using archaic code to undo modern systems.'</w:t>
      </w:r>
    </w:p>
    <w:p>
      <w:r>
        <w:t>TheAegis-7lurched violently, the first true disturbance it had registered, as it hit the official Salem city limits. Outside the thick, armoured viewing ports, the world was dissolving into a bruised, oppressive purple fog. The 'meteorological anomaly' was no longer a news headline; it was a physical, psychic invasion. Violet lightning—Aethericlightning—crawled along the power lines, and the streetlights were flickering in the exact three-beat, rhythmic pulse Caleb had felt resonating deep in his teeth.</w:t>
      </w:r>
    </w:p>
    <w:p>
      <w:r>
        <w:t>'Deploy the Salt-Pulse Siren,' Miller ordered, slamming his hand down on a red switch. 'I want a clear, straight path to the museum. Tactical Team, prep the UV flares and the sonic deterrents. We don't have time for a stealth approach. The Weaver is already screaming, and we are nearly on top of her.'</w:t>
      </w:r>
    </w:p>
    <w:p>
      <w:r>
        <w:t>Caleb stood up. His heavy boots sank slightly, leaving shallow, permanent indents in the reinforced steel floor plating. He felt the silver heat returning to his blood, a surging, magnetic response to the close proximity of the 'Mind' in Salem. It wasn't a choice; it was a biological necessity, a magnetic pull between the two poles of the Unbinding he didn't understand but could no longer ignore.</w:t>
      </w:r>
    </w:p>
    <w:p>
      <w:r>
        <w:t>'I don't care about your machines, Miller,' Caleb said, his voice flat, his irises snapping back to polished chrome. 'I'm going in there to get her. And if any of your 'Jailers' get in my way, they're going to find out exactly how much a Sewall weighs.'</w:t>
      </w:r>
    </w:p>
    <w:p>
      <w:r>
        <w:t>Miller looked up at his son—at the living, breathing, physical manifestation of the debt his family had been trying to pay for three centuries. For a split second, the clinical mask faltered, and he looked like he wanted to say something as a father, but the Director prevailed.</w:t>
      </w:r>
    </w:p>
    <w:p>
      <w:r>
        <w:t>'The museum entrance is three blocks away, Essex Street,' Miller said, checking the time on his heavy silver signet ring. 'Don't just punch the shadows, Caleb. Brace the room. If she loses focus, the entire building comes down around her, and you'll lose your anchor. You're the grounding wire. Act like it.'</w:t>
      </w:r>
    </w:p>
    <w:p>
      <w:r>
        <w:t>TheAegis-7took a final, screeching turn onto the historic intersection of Essex Street. Through the forward viewing port, Caleb saw the Peabody Essex Museum—it was surrounded by a swirling vortex of violet static, the windows glowing with a sickly, rhythmic light that mimicked a frantic heartbeat.</w:t>
      </w:r>
    </w:p>
    <w:p>
      <w:pPr>
        <w:pageBreakBefore w:val="1"/>
      </w:pPr>
      <w:r>
        <w:t>CHAPTER TWELVE</w:t>
      </w:r>
    </w:p>
    <w:p>
      <w:pPr>
        <w:pageBreakBefore w:val="1"/>
      </w:pPr>
      <w:r>
        <w:t>CHAPTER TWELVE:</w:t>
      </w:r>
    </w:p>
    <w:p>
      <w:r>
        <w:t>The Taxonomy of Trust</w:t>
      </w:r>
    </w:p>
    <w:p>
      <w:r>
        <w:t>September 25, 2025 — Boston, North End</w:t>
      </w:r>
    </w:p>
    <w:p>
      <w:r>
        <w:t>The morning after the world ended, Elara made tea. This was not practicality so much as insistence — a deliberate assertion of the ordinary against the extraordinary, which was also, she was aware, a coping mechanism, which was also the sort of thing she preferred to acknowledge clinically rather than feel. She found a kettle in the cramped kitchen of the safe house Elias had secured, and a box of builder's tea that was at least three years old, and she made two cups without asking whether anyone wanted one because the alternative was standing in the kitchen alone with her thoughts, and her thoughts were not, at present, reliable company. Silas Thorne was in the front room, sitting on the floor with his back against the radiator and his purple-stained hands — still, still stained, the colour hadn't faded even after the one hour of sleep she suspected he'd managed — wrapped around his knees. He was looking at the wall with the particular focused vacancy of someone who was not looking at the wall at all but at something the wall happened to be in front of. She set the second mug on the floor beside him without comment. He looked at it. Then at her. 'Did you ask if I wanted tea?' 'Did you want tea?' 'Yes.' 'Then it works out.' He picked up the mug. The purple at his fingertips had crept up past his first knuckle overnight; she'd noticed this in the grey predawn light and filed it under things to address when the immediate crisis had a lower density. He held the mug the way people held things when their hands were hurting — cupped carefully, with more attention than a mug required. 'How long has it been spreading?' she asked. He looked at his hands. 'Since the funeral home. It stops and starts. More when I —' He paused. 'When I use it.' 'Is it painful?' 'Cold.' He turned one hand over, examining the lines the staining followed. They traced his veins, she noticed — exactly as her gold lines traced hers. 'Like your hands are always just about to fall asleep. The pins-and-needles thing, but permanent.' He looked up at her. 'Yours?' 'Warm. Occasionally burning.' She sat down on the floor across from him because the chair felt like a power move and she was too tired for power moves. 'Opposite system. You run cold, I run hot. You pull, I push. You anchor the dead, I weave the living threads.' She wrapped both hands around her own mug. 'Like a battery,' Silas said. 'Like a circuit.' He considered this. 'Who decides which way the current flows?' 'Right now,' Elara said, 'no one. Which is the problem.'The problem, specifically, was the map. Elara had spread her mother's diagrams across the floor of the safe house at four in the morning and spent two hours organizing them into a sequence that made spatial and temporal sense. The North End anchor points. The Smithsonian ley-line terminus. The O.S.I. monitoring stations positioned at each junction. The pattern was elegant and terrible: a net of institutional control, thrown over a geography of ancient power, held in place by the same bureaucratic machinery that had been holding her mother in a room somewhere for ten years. She had explained all of this to Silas in the careful, sequential way she explained things she needed other people to understand correctly. She had used precise language. She had defined terms as she introduced them. She had, in short, delivered an excellent briefing. Silas had listened with complete attention, and then said: 'What do you want to do first?' 'Identify the primary anchor point,' she said. 'Establish its operational status, determine whether the O.S.I. has it under active surveillance, develop an approach vector —' 'It's under the Old North Church,' Silas said. She stopped. 'How do you know that?' 'I can feel it.' He said it simply, without apology. 'I've been feeling it since I was sixteen. I just didn't know what it was.' 'That's not —' She caught herself. 'That's not information I can use. I need verifiable data, documented sources, a chain of —' 'Elara.' His voice was quiet. Not dismissive — patient, in the specific way of someone who has spent a lot of time around people who were not listening to them. 'I know it's under the Old North Church. The same way you know that diagram is accurate without being able to cite your primary source. Some things we know because we're built to know them.' 'I cite primary sources,' she said. 'That's the entire point.' 'For an archive, yes.' He looked at her steadily. 'We're not in an archive.' The silence that followed had a specific texture — the kind that contained a recognizable truth that both people in the room were choosing their response to. 'You think I'm being impractical,' Elara said. 'I think you're being very practical in a situation that isn't.' He put down the mug and leaned forward, his elbows on his knees. 'I watched you last night. You're extraordinary at processing information. You see things I miss completely — the patterns, the sequencing, the way the Static fits into a historical framework. I can't do that. I don't think in those shapes.' He paused. 'But you keep trying to verify what you can already feel, and every time you stop to verify, the world moves without you. Last night in the archive, you felt the Lurker before you saw it. You reacted before you thought. That saved your life.' 'That was different,' she said. 'That was instinct.' 'What do you think I'm doing?'She wanted to argue. She had a very good argument prepared — something about epistemological rigour and the difference between pattern recognition and reliable data — and she could feel it organized and ready at the back of her mind, indexed and available. Instead she thought about her mother. Rowan Vance had spent thirty years mapping the world's invisible geography. She had documented, verified, cross-referenced, and built an archive of evidence so thorough that it should, by any reasonable standard, have been enough. It had not been enough. It had been in a brass-bound trunk under a desk in Salem, and her mother had been in a room somewhere being held by people who had decided that the evidence didn't matter because the person holding it was easier to contain than the truth. Her mother had known. She had felt it, and she had been right, and knowing and feeling had both been equally useless against people with warrants and resources and the patient, institutional certainty of people who had been managing this for three centuries. 'If I operate on instinct,' Elara said slowly, 'and I'm wrong, the cost is catastrophic. We end up in the wrong place at the wrong time with no viable exit strategy.' 'Yes,' Silas said. 'And if I operate on verified data only —' 'The world keeps moving without you.' 'Yes.' She looked at him. He was watching her with the same focused patience he'd had since she'd met him — not the patience of someone waiting for her to finish, but the patience of someone who had already accepted that this was going to take as long as it took. 'So what do we do?' 'We use both,' he said. 'You tell me where the map says we should go. I tell you whether it feels right. We don't move until we agree.' 'That's going to be slower,' she said. 'Than what?' 'Than either of us operating alone.' 'Yes,' he said. 'But we're not alone. That's the whole point.' He said it without weight, without emphasis, as a plain statement of fact. Elara heard it as something considerably larger — as the architecture of a thing neither of them had had much practice with but that was, apparently, the only structure capable of holding what was coming. She looked at her mother's diagrams. At the circle in red ink, worn through with repetition, at the corner of Salem Street and Paul Revere Mall. 'The Old North Church,' she said. 'Yes,' said Silas. 'The map agrees with you.' A pause. Not awkward — the opposite of awkward, the specific comfort of two systems finding a common frequency. 'Good,' he said. And the single syllable had in it, she thought, the faint, careful warmth of someone who had spent most of his life in the company of the dead and was only now, at twenty-four, in a cramped safe house in the North End with cold tea and purple-stained hands, beginning to understand what it felt like to be believed by the living. She picked up her notebook. He stood up. They went to find the anchor.</w:t>
      </w:r>
    </w:p>
    <w:p>
      <w:pPr>
        <w:pageBreakBefore w:val="1"/>
      </w:pPr>
      <w:r>
        <w:t>CHAPTER THIRTEEN:</w:t>
      </w:r>
    </w:p>
    <w:p>
      <w:r>
        <w:t>The Convergence</w:t>
      </w:r>
    </w:p>
    <w:p>
      <w:r>
        <w:t>September 23, 2025 — Salem, MA — Peabody Essex Museum</w:t>
      </w:r>
    </w:p>
    <w:p>
      <w:r>
        <w:t>The air in the museum basement didn't just feel cold; it felt hollowed out, as if the oxygen were being replaced by the dry, stagnant breath of a tomb.</w:t>
      </w:r>
    </w:p>
    <w:p>
      <w:r>
        <w:t>Elara Vance pressed her spine against the cold foundation stones of the Phillips Library archives, her fingers white-knuckled around the Samuel Sewall ledger. The golden lines on her palms weren't just glowing anymore; they were burning—a searing, liquid heat that felt like molten wire being threaded through her veins. Every heartbeat sent a pulse of amber light through her skin, illuminating the dusty, floor-to-ceiling shelves in rhythmic, panicked flashes.</w:t>
      </w:r>
    </w:p>
    <w:p>
      <w:r>
        <w:t>'Three hundred and thirty-three,' she whispered, her voice trembling. 'It wasn't a date. It was a countdown.'</w:t>
      </w:r>
    </w:p>
    <w:p>
      <w:r>
        <w:t>From the darkness of the rafters, a clicking sound echoed—not mechanical, but biological. It sounded like a thousand frozen teeth chattering in unison. Through Elara's eyes, the room was a blizzard ofThe Static, a chaotic swarm of digital noise that made the historical documents look like they were dissolving into raw code.</w:t>
      </w:r>
    </w:p>
    <w:p>
      <w:r>
        <w:t>'The Shackle is dust,' a voice hissed from the shadows. It was a sound like tattered silk being dragged over rusted iron. 'We can smell the Weaver's blood. It's been three centuries since we tasted a spark this fresh.'</w:t>
      </w:r>
    </w:p>
    <w:p>
      <w:r>
        <w:t>A shadow detached itself from the ceiling. It didn't fall; it uncoiled. A silhouette of violet static, seven feet tall, with jagged apertures for eyes that burned with the frantic light of a dying star. It was a Lurker—a predatory echo of 1692 that had been waiting in the 'In-Between' for the clock to hit zero.</w:t>
      </w:r>
    </w:p>
    <w:p>
      <w:r>
        <w:t>The shadow lunged.</w:t>
      </w:r>
    </w:p>
    <w:p>
      <w:r>
        <w:t>The heavy steel basement door didn't open. It was erased by a concussive roar of silver light.</w:t>
      </w:r>
    </w:p>
    <w:p>
      <w:r>
        <w:t>A figure hit the Lurker with the force of a high-velocity impact, hurling the shadow back against a row of steel filing cabinets with a thunderousclang.</w:t>
      </w:r>
    </w:p>
    <w:p>
      <w:r>
        <w:t>Caleb Miller stepped into the room. He didn't look like the man she'd been expecting. His eyes were pure, polished chrome, and a dull metallic silver light rippled across his skin like liquid mercury. He moved with a terrifying density, his footsteps spider-webbing the floor tiles as if he weighed a thousand pounds. He held a heavy, silver-weighted baton that hummed with a vibration so intense it made the dust in the air dance in geometric patterns.</w:t>
      </w:r>
    </w:p>
    <w:p>
      <w:r>
        <w:t>Behind him, four men in tactical gear swarmed the room. They didn't carry flashlights; they carried UV-spectrum flares that turned the basement into a blinding, sterile white.</w:t>
      </w:r>
    </w:p>
    <w:p>
      <w:r>
        <w:t>'Target secured!' one of the agents shouted. 'Director, the internal shielding is still offline! We're fighting on raw salt-loads!'</w:t>
      </w:r>
    </w:p>
    <w:p>
      <w:r>
        <w:t>Caleb blurred. He launched himself off a researcher's desk, the wood splintering under his weight. A second shadow dropped from the ceiling, but Caleb swung the baton in a precise, brutal arc. The collision sounded like a sledgehammer hitting an anvil. The violet static exploded into sparks, leaving only the smell of ozone and burnt paper.</w:t>
      </w:r>
    </w:p>
    <w:p>
      <w:r>
        <w:t>Caleb landed in a crouch, his chest heaving, his body vibrating with a kinetic energy that seemed to warp the very air. He turned his head slowly, his chrome eyes snapping to Elara.</w:t>
      </w:r>
    </w:p>
    <w:p>
      <w:r>
        <w:t>'Director Miller said you'd be bright. He didn't say you'd be blinded by your own light.'</w:t>
      </w:r>
    </w:p>
    <w:p>
      <w:r>
        <w:t>As Caleb stepped closer, the Static in Elara's vision—the blinding blizzard of noise—suddenly began to settle. It was as if his presence acted as a grounding wire for her overloaded senses. For the first time since midnight, she could see clearly. The golden lines on her arms stopped burning and settled into a warm, steady hum.</w:t>
      </w:r>
    </w:p>
    <w:p>
      <w:r>
        <w:t>'Who... what are you?' Elara gasped.</w:t>
      </w:r>
    </w:p>
    <w:p>
      <w:r>
        <w:t>'The guy who's supposed to keep you from leveling the block,' Caleb replied, his eyes fading back to dark brown as the mercury-glow subsided. He looked exhausted.</w:t>
      </w:r>
    </w:p>
    <w:p>
      <w:r>
        <w:t>Director Arthur Miller stepped into the basement, his heavy wool coat sweeping through the debris. He looked at the wreckage, then at the ledger in Elara's hand.</w:t>
      </w:r>
    </w:p>
    <w:p>
      <w:r>
        <w:t>'Miss Vance,' Miller said, his voice as clinical as a surgeon's. 'My ancestors spent thirty years trying to hang yours. I'd like to think we can start our relationship on a more professional footing.'</w:t>
      </w:r>
    </w:p>
    <w:p>
      <w:r>
        <w:t>'The Silver Eye,' Elara whispered. 'The O.S.I. is the Order... you're the Witchfinders.'</w:t>
      </w:r>
    </w:p>
    <w:p>
      <w:r>
        <w:t>'We prefer 'Overwatch' these days,' Miller replied, checking a pulsing tablet. 'But we've been compromised. At 11:58 PM, a logic bomb hit our mainframe, disabling every automated seal in New England. We were betrayed. We are currently holding back the dark with nothing but grit and silver.'</w:t>
      </w:r>
    </w:p>
    <w:p>
      <w:r>
        <w:t>He looked at Caleb, and for a fleeting second, the Director's eyes softened with a look of desperate, paternal concern before the mask of command snapped back.</w:t>
      </w:r>
    </w:p>
    <w:p>
      <w:r>
        <w:t>'You're a Weaver. He's a Guardian,' Miller said. 'And the second you two entered the same room, the Aetheric pressure in this basement dropped by forty percent. You're already stabilising each other. But we aren't a complete circuit yet.'</w:t>
      </w:r>
    </w:p>
    <w:p>
      <w:r>
        <w:t>'Who is the third?' Elara asked.</w:t>
      </w:r>
    </w:p>
    <w:p>
      <w:r>
        <w:t>'A Necromancer in the North End,' Miller said. 'Silas Thorne. And we have exactly twenty minutes to reach him before the Hollowed realise he's their King.'</w:t>
      </w:r>
    </w:p>
    <w:p>
      <w:r>
        <w:t>Caleb reached out, grabbing Elara's arm. His touch felt like ice and iron—a grounding force that stilled the fire in her palms.</w:t>
      </w:r>
    </w:p>
    <w:p>
      <w:r>
        <w:t>'Don't look back,' Caleb warned. 'The real war is waiting for us outside.'The figure of the Lurker, hurled against the steel cabinets, began to re-form. It didn't coalesce smoothly; instead, the violet static crackled, pulling stray wisps of dust and shadow into a grotesque imitation of bone and sinew. Its voice, still a grinding whisper, was now tinged with a cold, absolute fury.</w:t>
      </w:r>
    </w:p>
    <w:p>
      <w:r>
        <w:t>'Flesh and metal. A pathetic shield,' it sneered, its jagged eyes focusing on Caleb. 'TheKineticalways thinks brute force is dominion. You are a prison, boy, not a protector.'</w:t>
      </w:r>
    </w:p>
    <w:p>
      <w:r>
        <w:t>Caleb didn't respond with words. He dropped into a combat stance that was unnervingly precise, every muscle coiled and ready. The silver baton pulsed, and the floor under his boots began to groan under the sheer compressive weight he exerted.</w:t>
      </w:r>
    </w:p>
    <w:p>
      <w:r>
        <w:t>Elara felt the shift in the basement's atmosphere again. The chaos of her own power—the golden light—was trying to surge out, but Caleb's presence, that heavy, metallic calm, acted like a massive counterweight, keeping her energy contained but volatile. She realised she wasn't just stabilising him; she was providing the furnace, and he was the crucible.</w:t>
      </w:r>
    </w:p>
    <w:p>
      <w:r>
        <w:t>Director Miller didn't spare a glance for the re-emerging threat. His focus was entirely on the tablet, his brow furrowed in concentration.</w:t>
      </w:r>
    </w:p>
    <w:p>
      <w:r>
        <w:t>'The breach is wider than we thought,' Miller muttered, adjusting the tablet's output. 'Agent Gamma, secure the archives—this isn't a museum, it's a dimensional anchor. Agent Beta, prep the exit route. Caleb, buy us thirty seconds. Just thirty.'</w:t>
      </w:r>
    </w:p>
    <w:p>
      <w:r>
        <w:t>The Lurker moved first this time, dissolving into a wave of pure shadow that washed across the floor towards Elara. It wasn't running; it was flowing.</w:t>
      </w:r>
    </w:p>
    <w:p>
      <w:r>
        <w:t>Caleb roared—a sound that was more engine than human—and slammed the butt of his baton into the concrete floor. The impact wasn't loud, but the resulting shockwave wasn't acoustic; it was kinetic. A circle of pure, silver force radiated outward, shattering the flowing shadow and momentarily forcing the Lurker back into its seven-foot shape.</w:t>
      </w:r>
    </w:p>
    <w:p>
      <w:r>
        <w:t>'Thirty seconds starts now,' Caleb grunted, his voice back to the metallic duality. He took a single, deliberate step towards the creature, drawing its attention away from Elara. He moved with a heavy, focused gravity, a man made of refined iron challenging a thing of pure smoke.</w:t>
      </w:r>
    </w:p>
    <w:p>
      <w:r>
        <w:t>'You smell of the Wardens of old,' the Lurker hissed, its form wavering. 'Another dog on the Weaver's chain. They all burn, eventually.'</w:t>
      </w:r>
    </w:p>
    <w:p>
      <w:r>
        <w:t>As the two forces clashed—silver light against violet static—the air itself began to tear. Elara could feel the edge of the 'In-Between' scraping against the reality of the basement, a sound like ceramic being ground to dust.</w:t>
      </w:r>
    </w:p>
    <w:p>
      <w:r>
        <w:t>Miller snapped his tablet shut, the clicking sound cutting through the supernatural violence. He finally looked at Elara, his clinical mask uncracked.</w:t>
      </w:r>
    </w:p>
    <w:p>
      <w:r>
        <w:t>'Miss Vance, the Weaver blood running through you is the key to sealing this,' Miller explained, gesturing towards the Sewall ledger in her grip. 'That book is a conduit. When Caleb engages, I need you to channel. We can't lock down the entire city, but we can salt the earth right here.'</w:t>
      </w:r>
    </w:p>
    <w:p>
      <w:r>
        <w:t>'Channel what?' Elara asked, her throat dry. The golden lines on her hands were humming uncontrollably again, drawn by the raw struggle between Caleb and the Lurker.</w:t>
      </w:r>
    </w:p>
    <w:p>
      <w:r>
        <w:t>'Your power. Yourchoice,' Miller instructed, his voice rising slightly in pitch, betraying a flicker of urgency. 'Focus the gold. Burn the anchor. Now!'</w:t>
      </w:r>
    </w:p>
    <w:p>
      <w:r>
        <w:t>Elara looked from Miller's demanding eyes to Caleb's straining figure. He was fighting a losing battle, his movements slowing as the sheer density of the Lurker's shadow began to press down on him. She closed her eyes, ignoring the sound of tearing metal as Caleb was forced back against the filing cabinets. She focused on the cold weight of the ledger, and the liquid fire in her palms.</w:t>
      </w:r>
    </w:p>
    <w:p>
      <w:r>
        <w:t>I am not blind. I choose where the light falls.</w:t>
      </w:r>
    </w:p>
    <w:p>
      <w:r>
        <w:t>When she opened her eyes, the golden light didn't just illuminate the basement; itdefinedit. The light poured from her, focused through the antique leather and paper of the ledger. It wasn't a violent burst, but a steady, inexorable stream of power that began to seep into the foundation stones themselves.</w:t>
      </w:r>
    </w:p>
    <w:p>
      <w:r>
        <w:t>The Lurker shrieked, a high-pitched sound of digital corruption. The silver light around Caleb brightened momentarily, giving him the space to shove the creature back. The floor beneath the Lurker, where Elara's golden light met the stone, began to crystallize into blinding white salt. The shadow couldn't retreat, couldn't flow; it was trapped by the purity of the oldest ward.</w:t>
      </w:r>
    </w:p>
    <w:p>
      <w:r>
        <w:t>'Weaver, no!' the Lurker screamed as its base began to burn away into nothingness.</w:t>
      </w:r>
    </w:p>
    <w:p>
      <w:r>
        <w:t>Caleb broke away, breathing raggedly, his body covered in wisps of violet smoke. He didn't wait for the Lurker to dissolve. He grabbed Elara's arm again, the iron-cold grip a lifeline.</w:t>
      </w:r>
    </w:p>
    <w:p>
      <w:r>
        <w:t>'That's enough. Move!' Caleb ordered.</w:t>
      </w:r>
    </w:p>
    <w:p>
      <w:r>
        <w:t>Director Miller was already at the erased doorway, the UV flares casting a long, sterile path through the debris. 'Silas Thorne is waiting. And the Hollowed are mobilizing.'</w:t>
      </w:r>
    </w:p>
    <w:p>
      <w:r>
        <w:t>Caleb didn't look back at the sizzling remnants of the Lurker. He dragged Elara through the gaping hole where the steel door had been. As they ran, the golden warmth in Elara's hand finally subsided, replaced only by the cold, heavy reality of the chase.</w:t>
      </w:r>
    </w:p>
    <w:p>
      <w:r>
        <w:t>'Don't look back,' Caleb warned, echoing his earlier words, his eyes still flickering with the residual chrome-glow of a Guardian pushed to his limit. 'The real war is waiting for us outside.'</w:t>
      </w:r>
    </w:p>
    <w:p>
      <w:pPr>
        <w:pageBreakBefore w:val="1"/>
      </w:pPr>
      <w:r>
        <w:t>CHAPTER FOURTEEN</w:t>
      </w:r>
    </w:p>
    <w:p>
      <w:pPr>
        <w:pageBreakBefore w:val="1"/>
      </w:pPr>
      <w:r>
        <w:t>CHAPTER FOURTEEN:</w:t>
      </w:r>
    </w:p>
    <w:p>
      <w:r>
        <w:t>The First Harmonic</w:t>
      </w:r>
    </w:p>
    <w:p>
      <w:r>
        <w:t>September 23, 2025 — 12:45 AM</w:t>
      </w:r>
    </w:p>
    <w:p>
      <w:r>
        <w:t>O.S.I. Mobile Command — Aegis-7 (En Route: Salem to North End)</w:t>
      </w:r>
    </w:p>
    <w:p>
      <w:r>
        <w:t>The interior of the Aegis-7 was less a vehicle and more a pressurized vault built to contain volatile secrets. It was a masterclass in claustrophobic utility, a shell of steel and specialized alloys designed to defeat everything from conventional ordinance to paranormal interference. Every surface was padded with thick, lead-impregnated acoustic foam, deadening the outside world and trapping the occupants in a tense, manufactured silence. The air was continuously recycled through a complex, multi-stage filtration system that used coarse-ground salt as a purifying agent, producing a faint, rhythmichiss-clickevery ten seconds—the steady heartbeat of O.S.I.'s containment protocols.</w:t>
      </w:r>
    </w:p>
    <w:p>
      <w:r>
        <w:t>Elara Vance sat rigidly on a swiveling steel stool in the centre of the analytical bay. Her posture was one of acute, contained trauma. Her fingers were white-knuckled, practically fused to the antique, leather-bound volume of the Samuel Sewall ledger, its secrets her only anchor in the chaos. Beside her, Caleb Miller leaned against a weapon rack, a silhouette of barely controlled power. His bare chest, rippling with dense muscle, was still shimmering with a faint, cooling mercury-glow—the residual energy of his transformation into the Guardian. He looked less like a man who'd been drafted into a covert war an hour ago, and more like a high-end, terrifying tactical experiment that had been abandoned halfway through, its wiring still humming.</w:t>
      </w:r>
    </w:p>
    <w:p>
      <w:r>
        <w:t>'You're shaking, Specialist Vance,' Caleb stated, the observation flat and uninflected. His voice was no longer the metallic, deafening roar of the Guardian form, but it still held a low, vibrating edge—a subtle tremor that Elara could feel resonating in her own teeth.</w:t>
      </w:r>
    </w:p>
    <w:p>
      <w:r>
        <w:t>'I'm an archivist, Mr. Miller,' Elara replied, her voice tight, her eyes fixed on the holographic monitor in front of her as if the data displayed there could restore order to the universe. 'I spend my days in climate-controlled silences with people who have been dead for three hundred years. I am not... adjusted... to being hunted across the city by a phantom cloud of violet static and subsequently rescued by someone who currently weighs as much as a compact car.'</w:t>
      </w:r>
    </w:p>
    <w:p>
      <w:r>
        <w:t>'Caleb,' he corrected, looking down at the scuffed, anti-slip floor of the transport. His tone was almost humble, betraying the immense power he contained. 'And I'm not exactly adjusted to it either. It feels like wearing a straightjacket made of lead.'</w:t>
      </w:r>
    </w:p>
    <w:p>
      <w:r>
        <w:t>Elara finally tore her gaze from the screen and looked at him. Through her gold-tinted vision—a byproduct of her own enhanced perception, her 'Mind' archetype—Caleb wasn't merely a man. He was a biological furnace. His Body archetype was projecting a massive, undulating silver-mercury aura, a protective magnetic field of pure kinetic density that swirled around him, pushing back the ambient noise of the universe.</w:t>
      </w:r>
    </w:p>
    <w:p>
      <w:r>
        <w:t>But more important than his colossal power was what she noticed in the spacebetweenthem: the Resonance.</w:t>
      </w:r>
    </w:p>
    <w:p>
      <w:r>
        <w:t>A thin, barely visible golden thread of Static was stretching from her own palm, radiating from the Sewall ledger, reaching across the four-foot gap between them, and weaving itself into Caleb's swirling silver light. It wasn't a physical connection, but a bridge of pure, stabilised data.</w:t>
      </w:r>
    </w:p>
    <w:p>
      <w:r>
        <w:t>'Don't move,' Elara whispered, the command sharp. Her academic curiosity—the deep-seated instinct of the archivist encountering a priceless, uncatalogued artifact—had momentarily overridden her raw panic. She reached out with a trembling finger, not intending to touch his skin, but to touch the charged air inches from his forearm, tracing the invisible line of the connection.</w:t>
      </w:r>
    </w:p>
    <w:p>
      <w:r>
        <w:t>'What are you doing?' Caleb asked, his chrome eyes widening slightly, a flicker of apprehension crossing his face.</w:t>
      </w:r>
    </w:p>
    <w:p>
      <w:r>
        <w:t>'Decoding,' Elara said, the word a reverent breath. 'Look at the telemetry, Caleb.'</w:t>
      </w:r>
    </w:p>
    <w:p>
      <w:r>
        <w:t>She gestured towards the flickering O.S.I. monitor. Agent Sarah Chen, the operator, had left a real-time heatmap of the cabin active for their reference. Two distinct, massive spikes of energy were visible: a brilliant gold one representing Elara (The Mind) and a solid silver one representing Caleb (The Body). But now, nestled perfectly between these two titanic forces, the sensor was picking up athirdfrequency—a perfect, stable chord of soft amethyst.</w:t>
      </w:r>
    </w:p>
    <w:p>
      <w:r>
        <w:t>'The Sympathetic Resonance,' Elara murmured, recalling the historical texts. 'In the ledger, Sewall calls it the 'Triad Chord.' When we're in proximity, our powers don't just sit side-by-side; they actively stabilise each other. My Static is loud and unfocused because I have no ground. Your 'Weight' is crushing and exhausting because you have no focus. But when the threads connect, when the Triad Chord rings true...'</w:t>
      </w:r>
    </w:p>
    <w:p>
      <w:r>
        <w:t>'The pressure drops,' Caleb finished, his shoulders sagging with a visible, profound relief. It was the first moment of true relaxation she'd seen in him. 'I felt it the second I walked into that basement. It was like someone finally turned off the siren in my head, like the universe stopped demanding I break something.'</w:t>
      </w:r>
    </w:p>
    <w:p>
      <w:r>
        <w:t>Director Miller's voice crackled through the cabin's intercom from the cockpit, harsh and immediate.'Specialist Miller, Vance. Sit rep. We're crossing the Saugus bridge. The 'Salt-Seal' grid on the highway is fluctuating. Rook is detecting multiple Class-3 incursions on the riverbank. Stay sharp. We are priority one containment.'</w:t>
      </w:r>
    </w:p>
    <w:p>
      <w:r>
        <w:t>'He talks about us like we're batteries,' Caleb muttered, his jaw tightening into a familiar, resentful knot. 'My own father, and he's looking at me like I'm a piece of equipment to be managed.'</w:t>
      </w:r>
    </w:p>
    <w:p>
      <w:r>
        <w:t>'He's a Jailer, Caleb,' Elara said softly, her eyes returning to the grim, prophetic words in the ledger. 'It's in his blood—the need for control and walls. Just as the Shackle is in ours.'</w:t>
      </w:r>
    </w:p>
    <w:p>
      <w:r>
        <w:t>Suddenly, the overhead lights didn't just flicker; they turned a solid, pulsating, necrotic violet. The rhythmichiss-clickof the salt-scrubbers stopped instantly, the silence more terrifying than any noise. The air in the cabin grew instantly, impossibly cold, smelling of ancient dust, burning ozone, and scorched plastic. The vehicle felt profoundly violated.</w:t>
      </w:r>
    </w:p>
    <w:p>
      <w:r>
        <w:t>The holographic monitor in front of Elara began to stutter, its telemetry erased. The gold and silver heatmaps vanished, replaced by a single, terrifying skeletal face composed of flickering, corrupted binary code. It was a mask of pure data, pure malice.</w:t>
      </w:r>
    </w:p>
    <w:p>
      <w:r>
        <w:t>'The... circuit... is... closing...'</w:t>
      </w:r>
    </w:p>
    <w:p>
      <w:r>
        <w:t>The voice emerged from every speaker, every vibration point in the Aegis-7 simultaneously—not a broadcast, but a manifestation. It was the dry, grinding resonance of the Lich, the King of Shadows, speaking through the very infrastructure of their defence.</w:t>
      </w:r>
    </w:p>
    <w:p>
      <w:r>
        <w:t>'He's in the network!' Elara shouted, adrenaline overriding her fear. She slammed her palm against the console, her golden sigils flaring brightly. 'He's using the O.S.I. uplink to track the Resonance! He's chasing the Triad Chord!'</w:t>
      </w:r>
    </w:p>
    <w:p>
      <w:r>
        <w:t>'Little... sparks...'the Lich's voice echoed, the data-mask tilting as if in amusement.'You... think... the... lead... can... hide... you? I... am... the... wire. I... am... the... current. You... cannot... outrun... your... own... shadow.'</w:t>
      </w:r>
    </w:p>
    <w:p>
      <w:r>
        <w:t>The Aegis-7 lurched violently to the left as the electronic braking system engaged without warning, locking the wheels in a catastrophic hack. The six-ton armoured vehicle skidded broadside across the rain-slicked pavement of Route 1, the horrifying screech of tires momentarily drowned out by the Lich's high-pitched, digital laughter.</w:t>
      </w:r>
    </w:p>
    <w:p>
      <w:r>
        <w:t>Caleb lunged forward, acting purely on instinct and density. He grabbed Elara just as she was thrown from her stool. He didn't just hold her; he slammed his feet into the steel floor, his density spiking instantly, making him a momentary, unmovable statue. He Anchored the entire analytical suite, turning the floor beneath them into bedrock. His silver aura expanded into a shimmering, platinum wall, a physical manifestation of gravity that pushed back against the violet smoke leaking from the ventilation grates.</w:t>
      </w:r>
    </w:p>
    <w:p>
      <w:r>
        <w:t>'Miller! The brakes are hacked! Full digital hijack!' Caleb roared towards the cockpit, his Guardian-level voice briefly returning.</w:t>
      </w:r>
    </w:p>
    <w:p>
      <w:r>
        <w:t>'I've got it!' Director Miller's voice came back, sounding frantic and genuinely afraid for the first time in Elara's memory. 'Rook, manual override! Cut the digital link! Go to analogue salt-lines! Now!'</w:t>
      </w:r>
    </w:p>
    <w:p>
      <w:r>
        <w:t>A heavy, sickeningthudechoed from the roof of the transport, followed by a grating scrape. Something had landed on the Aegis-7, not with the impact of a single creature, but with the collective, dead weight of a dozenHollowed—the Lich's corrupted foot soldiers. Their grey, salt-crusted Threads, like brittle, parasitic nerves, began to wrap around the armoured hull, seeking purchase like a spider's web over its prey.</w:t>
      </w:r>
    </w:p>
    <w:p>
      <w:r>
        <w:t>'They're herding us,' Silas's voice suddenly cut through, a cold, purple whisper that resonated not in the speakers, but directly in the triad's mental link, an echo from the North End.'Don't let the noise take you. I can feel the King reaching for your threads. Ground the signal, Elara! GROUND IT!'</w:t>
      </w:r>
    </w:p>
    <w:p>
      <w:r>
        <w:t>Elara didn't process the words; she obeyed the command. She looked at the golden thread connecting her to Caleb, her own Static-energy. She reached out with her Mind into the Static of the hacked monitor and grabbed the Lich's violet frequency—the line of code that was the King himself.</w:t>
      </w:r>
    </w:p>
    <w:p>
      <w:r>
        <w:t>'Caleb, give me the weight!' she screamed, closing her eyes.</w:t>
      </w:r>
    </w:p>
    <w:p>
      <w:r>
        <w:t>She didn't use her hands. She used the Resonance. She funneled the crushing, infinite kinetic pressure Caleb was generating through the golden bridge, drawing the vast, anchoring power of his Body, and slammed it into the transport's central server—a psychic, kinetic shockwave.</w:t>
      </w:r>
    </w:p>
    <w:p>
      <w:r>
        <w:t>A pulse of pure, white-hot platinum light erupted from the console, the perfect fusion of gold and silver. The violet, skeletal face on the screen shrieked, a sound of digital agony, before shattering into a harmless cascade of pixels. The Aegis-7's engines roared back to life, the manual salt-seals engaging with a satisfying, mechanicalclunkas the Director regained control.</w:t>
      </w:r>
    </w:p>
    <w:p>
      <w:r>
        <w:t>The weight on the roof vanished abruptly as the O.S.I. 'Aegis-Scanner' on the hull emitted a high-frequency salt-burst—a targeted energy pulse designed to shred the Hollowed Threads and force them to retreat.</w:t>
      </w:r>
    </w:p>
    <w:p>
      <w:r>
        <w:t>The transport stabilised, resuming its breakneck, frantic pace towards the North End.</w:t>
      </w:r>
    </w:p>
    <w:p>
      <w:r>
        <w:t>Elara fell back into Caleb's arms, her lungs burning, her eyes weeping golden Static from the massive neural drain. Caleb held her for a long second, his mercury-skin humming a steady, protective rhythm against her own frantic pulse.</w:t>
      </w:r>
    </w:p>
    <w:p>
      <w:r>
        <w:t>'We did it,' Caleb whispered, his voice thick with exhaustion and triumph. 'We grounded him. We shut him out.'</w:t>
      </w:r>
    </w:p>
    <w:p>
      <w:r>
        <w:t>'No,' Elara gasped, looking at the now blank, inert monitor. The moment of relief evaporated, replaced by a terrible realization. 'We didn't ground him. We just showed him where the exit is. We slammed the door, but we left a breadcrumb. He's not after the O.S.I. network anymore, Caleb.'</w:t>
      </w:r>
    </w:p>
    <w:p>
      <w:r>
        <w:t>She looked at her hands. The golden sigils that marked her power were no longer just simple lines; they were forming new, impossibly complex geometric patterns that shifted like a kaleidoscope. Her power had been forced to evolve to fight the Lich.</w:t>
      </w:r>
    </w:p>
    <w:p>
      <w:r>
        <w:t>'He's after us,' Elara said, her voice shaking but firm. 'He felt the Resonance. And the Anchor in the North End is currently the only thing keeping the city from following the Lich into the dark. We have ten minutes. If we don't reach Silas and reinforce that ground, the King of Shadows gets his crown.'</w:t>
      </w:r>
    </w:p>
    <w:p>
      <w:r>
        <w:t>Miller's voice came over the speaker, cold and professional once more, but with a new, unmistakable edge of fear.'Entering the North End perimeter. UV flares deployed. Specialists... prepare for extraction. The graveyard is wide awake.'</w:t>
      </w:r>
    </w:p>
    <w:p>
      <w:r>
        <w:t>Caleb reached for his tungsten baton, his chrome eyes hardening into chips of steel.</w:t>
      </w:r>
    </w:p>
    <w:p>
      <w:pPr>
        <w:pageBreakBefore w:val="1"/>
      </w:pPr>
      <w:r>
        <w:t>CHAPTER FIFTEEN</w:t>
      </w:r>
    </w:p>
    <w:p>
      <w:r>
        <w:t>The Subterranean Choir</w:t>
      </w:r>
    </w:p>
    <w:p>
      <w:r>
        <w:t>September 22, 2025 – 12:50 AM</w:t>
      </w:r>
    </w:p>
    <w:p>
      <w:r>
        <w:t>Boston, MA – The North End / Blue Line Entrance</w:t>
      </w:r>
    </w:p>
    <w:p>
      <w:r>
        <w:t>The air above ground was a living, screaming static. Silas Thorne stood at the precipice of the Aquarium Station escalator, his knuckles white against the cold iron railing. His fingers, stained a deep, unsettling purple from the concentrated Aetheric inks he used to manage his own psychic density, looked alien against the industrial grey of the city infrastructure. To the few panicked, late-night civilians rushing past—their faces drawn by the collective, low-grade terror gripping Boston—Silas was just another disaffected young man in a frayed, black hoodie, his face pale and drawn.</w:t>
      </w:r>
    </w:p>
    <w:p>
      <w:r>
        <w:t>But for Silas, the gaping mouth of the subway tunnel was more than just a transit entrance; it was the intake valve of a massive, pressurized engine of grief. The sensory input from the surface had reached a critical, unsustainable mass. The Atlantic Ocean, a vast capacitor for dormant psychic energy, was too close. The 'Drowned'—the lingering, untethered echoes of forgotten commuters—were vibrating at a frequency so piercing it felt like his skull was being systematically dismantled by an internal vice.</w:t>
      </w:r>
    </w:p>
    <w:p>
      <w:r/>
      <w:r>
        <w:rPr>
          <w:i/>
        </w:rPr>
        <w:t>Observation 092:</w:t>
      </w:r>
      <w:r>
        <w:t xml:space="preserve"> he mentally logged, the researcher's clinical detachment the only thing keeping the noise from shattering his concentration. His mind, trained by years of managing the chaos of his Liminality Project, clung to the familiar structure of data collection.</w:t>
      </w:r>
    </w:p>
    <w:p>
      <w:r/>
      <w:r>
        <w:rPr>
          <w:i/>
        </w:rPr>
        <w:t>Atmospheric Static is multi-modal. Above ground, the Aetheric resonance is dispersive, scattered by architecture and open air. Below ground, the earth acts as a natural capacitor, amplifying the signal. Hypothesis: Subterranean transit lines, insulated by hundreds of tons of rock and soil, will provide a necessary 'Low-Pass Filter' for the immediate, disruptive Aetheric signal.</w:t>
      </w:r>
      <w:r/>
    </w:p>
    <w:p>
      <w:r>
        <w:t>He stepped over the 'Do Not Enter' signage and onto the dead escalator. The motion was an agonizing, mechanical descent into the dark. Each step was a commitment to a deeper, more dangerous frequency.</w:t>
      </w:r>
    </w:p>
    <w:p>
      <w:r>
        <w:t xml:space="preserve">The further he descended, the more profoundly the reality of the world twisted around him. The tunnel's emergency lights, weak fluorescent tubes, flickered with a slow, hypnotic three-beat pulse—a familiar rhythm. It was the rhythmic 'heartbeat' Elara had recently discovered etched into the margins of a centuries-old alchemical ledger. But Silas's eyes didn't register the light; they registered the </w:t>
      </w:r>
      <w:r>
        <w:rPr>
          <w:b/>
        </w:rPr>
        <w:t>Threads</w:t>
      </w:r>
      <w:r>
        <w:t>.</w:t>
      </w:r>
    </w:p>
    <w:p>
      <w:r>
        <w:t>The subway tunnel became a grotesque, subterranean forest of weeping, translucent grey umbilicals. Thousands of them hung from the stained ceiling tiles, anchored to the ceiling, walls, and tracks. These were not wires; they were the solidified, lingering data-traces of profound human experience. Each one was anchored to the memory of every commuter who had ever felt a moment of profound, paralyzing grief, or a sudden, soul-jolting surge of joy within the confines of this station. To an Anchor—to Silas, who could feel the resonance of the dead—death was never a binary state. It was a lingering, infectious data-trace.</w:t>
      </w:r>
    </w:p>
    <w:p>
      <w:r>
        <w:t>'Too many,' Silas whispered, his voice sounding flat and strangely small in the heavy, ozone-saturated air. The air itself tasted of wet stone and electrical current. 'There are too many of you awake and untethered.'</w:t>
      </w:r>
    </w:p>
    <w:p>
      <w:r>
        <w:t>He reached the platform level. The smell was suffocating—a mix of ozone, wet stone, and something cloyingly sweet, like rotting jasmine. He pulled his heavily modified EMF meter from the inner pocket of his hoodie. The needle immediately slammed past the red-line threshold, vibrating with such frantic intensity that the cheap plastic casing began to spider-web with cracks.</w:t>
      </w:r>
    </w:p>
    <w:p>
      <w:r>
        <w:t>Then, the single greatest failure of his night occurred. The anticipated 'Low-Pass Filter' didn't just fail; it was systematically hijacked.</w:t>
      </w:r>
    </w:p>
    <w:p>
      <w:r>
        <w:t>The cacophonous Static didn't quiet down; it didn't disperse. it harmonised.</w:t>
      </w:r>
    </w:p>
    <w:p>
      <w:r>
        <w:t>Silas felt a sharp, icy needle of energy pierce the delicate base of his brainstem. This was not the dull, crushing ache of the Drowned—the generalized noise he was used to absorbing. This was a targeted, intelligent, digital intrusion. In his mind's eye, the thousands of weeping grey Threads that laced the station instantly turned a sickly, necrotic violet.</w:t>
      </w:r>
    </w:p>
    <w:p>
      <w:r>
        <w:t>'The... Anchor... is... set...'</w:t>
      </w:r>
    </w:p>
    <w:p>
      <w:r>
        <w:t>The voice did not come from the air, or from the walls. It originated from the tinny, corroded speakers of a nearby, ancient vending machine, the audio signature distorted by a heavy, crushing bit-crush effect that turned the words into digital gravel.</w:t>
      </w:r>
    </w:p>
    <w:p>
      <w:r>
        <w:t>'Silas Thorne... the boy who stitches the dead... why hide in the</w:t>
        <w:br/>
        <w:t>dark... when you can rule the night?'</w:t>
      </w:r>
    </w:p>
    <w:p>
      <w:r>
        <w:t>'Get out of my head,' Silas hissed, slamming his palms against his ears in a futile gesture. He dropped the useless EMF meter, the sound of it clattering on the concrete swallowed by the humming vibration now coming from the tracks.</w:t>
      </w:r>
    </w:p>
    <w:p>
      <w:r>
        <w:t>The purple ink on his skin—his stabilising sigils—flared, crawling autonomously up his neck and tracing the sharp line of his jaw. He could feel the Lich, the ancient shadow, reaching through the city's power grid, using the subway's high-voltage lines and signal conduits as an extensive nervous system. The Lich wasn't just a powerful ghost; he was aProcessor, an ancient intelligence now attempting to use Silas's incredibly dense, stable 'Soul' as a central server to forcibly ground the chaotic energy of the In-Between into the bedrock of Boston.</w:t>
      </w:r>
    </w:p>
    <w:p>
      <w:r>
        <w:t>With a shower of sparks, the vending machine exploded, spraying glass and twisted metal across the empty platform. Simultaneously, the flickering screens of the digital advertisement kiosks across the tracks all synchronized, displaying a single, unmistakable image: a skeletal face composed entirely of shifting, chaotic violet binary code.</w:t>
      </w:r>
    </w:p>
    <w:p>
      <w:r>
        <w:t>'You... are... the... Ground...'</w:t>
      </w:r>
    </w:p>
    <w:p>
      <w:r>
        <w:t>The Lich's voice echoed, no longer localised, but vibrating in the tracks themselves.'Open... the... circuit... let... the... Grave-Walker... lead... the... way...'</w:t>
      </w:r>
    </w:p>
    <w:p>
      <w:r>
        <w:t>Silas felt the 'Pull.' It was an agonizing, magnetic command that bypassed his conscious will, reaching into the core of his Anchor-nature. His hands, acting on their own, reached out for the nearest, thickest Thread—a rotting cord anchored to the spectral form of a man in 18th-century wool who was manifesting and dematerializing out of the concrete wall.</w:t>
      </w:r>
    </w:p>
    <w:p>
      <w:r/>
      <w:r>
        <w:rPr>
          <w:i/>
        </w:rPr>
        <w:t>Analysis:</w:t>
      </w:r>
      <w:r>
        <w:t xml:space="preserve"> Silas's researcher's instinct was the last, desperate bastion of his will. He didn't fight the Pull, he analysed it.</w:t>
      </w:r>
    </w:p>
    <w:p>
      <w:r/>
      <w:r>
        <w:rPr>
          <w:i/>
        </w:rPr>
        <w:t>Intrusion Method: Frequency Hijack. The Lich is substituting my Anchor frequency with its own command frequency. defence Protocol: Phase Shift.</w:t>
      </w:r>
      <w:r/>
    </w:p>
    <w:p>
      <w:r>
        <w:t>He didn't pull the energy out of the Thread—a move that would have instantly shattered his consciousness. Instead, he pushed his own absolute 'Silence,' the pure, annihilating force of his null-Aether, back into the wire.</w:t>
      </w:r>
    </w:p>
    <w:p>
      <w:r>
        <w:t>'I am the Anchor,' Silas roared, his voice dropping into the deep, dual-toned King's register—the sound of iron and cold sea water. 'And I say...QUIET!'</w:t>
      </w:r>
    </w:p>
    <w:p>
      <w:r>
        <w:t xml:space="preserve">He slammed his palms down onto the cold, oily metal of the train tracks. The midnight-black </w:t>
      </w:r>
      <w:r>
        <w:rPr>
          <w:b/>
        </w:rPr>
        <w:t>Chains</w:t>
      </w:r>
      <w:r>
        <w:t xml:space="preserve"> erupted from his skin, not as a projected force, but as an instantaneous physical manifestation of his solidified will. They snaked through the tunnel with a sound like a thousand feet of heavy iron snapping taut. He didn't just grab the hundreds of ghosts; he grabbed the Signal itself.</w:t>
      </w:r>
    </w:p>
    <w:p>
      <w:r>
        <w:t>He funneled the Lich's pure, violent violet static—the command frequency—into the third rail, using the high-voltage line as a shunt. He grounded the ancient shadow not into the earth, but into the massive, salt-iron batteries the shadowy Organization for Sifting the Immaterial (O.S.I.) had hidden beneath the tracks decades ago. The energy drained and dispersed. The kiosks shattered, their screens dissolving into smoke. The paralyzing 'noise' in Silas's head was replaced by a sudden, jarring vacuum.</w:t>
      </w:r>
    </w:p>
    <w:p>
      <w:r>
        <w:t>He fell to his knees, his nose bleeding a thick, dark, purple-tinted ichor. The immense psychic drain left him trembling and lightheaded. Around him, the thousands of Hollowed figures were no longer attacking, their forms fading. They were kneeling, their grey Threads now pinned to the cold, concrete floor by his black Chains—imprisoned and stabilised.</w:t>
      </w:r>
    </w:p>
    <w:p>
      <w:r>
        <w:t>He was the King of the Underworld, but he was also the prisoner of his own throne—bound to hold the weight of the collective dead.</w:t>
      </w:r>
    </w:p>
    <w:p>
      <w:r>
        <w:t>He felt a sudden, distinct sensation at the edge of his perception. A golden warmth—a powerful, focused 'Spark'—emanating from the North End above. And a heavy, stabilising silver Brace from the South.</w:t>
      </w:r>
    </w:p>
    <w:p>
      <w:r>
        <w:t xml:space="preserve">The Triad, Silas realised, his violet eyes widening in a mixture of relief and renewed panic. </w:t>
      </w:r>
      <w:r>
        <w:rPr>
          <w:i/>
        </w:rPr>
        <w:t>They're coming. Elara, the Mind, and Caleb, the Body, are closing the loop.</w:t>
      </w:r>
      <w:r/>
    </w:p>
    <w:p>
      <w:r>
        <w:t>He looked up at the ventilation grate set high in the ceiling of the platform. Through the rhythmic scrape of distant machinery, he could hear the heavy, familiar thud of an armoured vehicle stopping directly above him. He could feel Caleb Miller's density—a colossal, silver weight that promised to hold the world together and violently smash whatever threatened to break it.</w:t>
      </w:r>
    </w:p>
    <w:p>
      <w:r>
        <w:t>'Hurry,' Silas whispered, his purple-stained hands trembling violently as he fought to maintain the sheer weight of his chains. 'I can't hold the graveyard down forever.'</w:t>
      </w:r>
    </w:p>
    <w:p>
      <w:r>
        <w:t>A heavy, silver-weighted baton struck the vent grate above with punishing force, sending a blinding shower of sparks raining down into the dark.</w:t>
      </w:r>
    </w:p>
    <w:p>
      <w:r>
        <w:t>The Subterranean Choir had found its ground note, and the Anchor — broken, bleeding, and chained to the dead — was finally ready to be found.</w:t>
      </w:r>
    </w:p>
    <w:p>
      <w:pPr>
        <w:pageBreakBefore w:val="1"/>
      </w:pPr>
      <w:r>
        <w:t>CHAPTER SIXTEEN:</w:t>
      </w:r>
    </w:p>
    <w:p>
      <w:r>
        <w:t>{———Silas———}</w:t>
      </w:r>
    </w:p>
    <w:p>
      <w:r>
        <w:t>The Grave-Walker</w:t>
      </w:r>
    </w:p>
    <w:p>
      <w:r>
        <w:t>September 23, 2025 — Boston, MA — The Blue Line Subway Tunnel</w:t>
      </w:r>
    </w:p>
    <w:p>
      <w:r>
        <w:t>Silas Thorne wasn't running from the police. He wasn't even running from the O.S.I., whose sirens he could hear wailing like banshees above the street level.</w:t>
      </w:r>
    </w:p>
    <w:p>
      <w:r>
        <w:t>He was running from the noise.</w:t>
      </w:r>
    </w:p>
    <w:p>
      <w:r>
        <w:t>In the pitch-black dampness of the subway tunnel, the In-Between wasn't a flurry of digital static like Elara saw, or a crushing physical weight like Caleb felt. To Silas, the unbinding manifested as The Threads.</w:t>
      </w:r>
    </w:p>
    <w:p>
      <w:r>
        <w:t>The tunnel was no longer a silent concrete vein; it was a tangled, iridescent web. Every surface was draped in shimmering, translucent grey strings—umbilical cords of residual Aetheric energy anchored to the walls, the tracks, and the very air. They hummed with the psychic debris of everyone who had ever passed through this space: the frantic echoes of late-night commuters, the fading warmth of a first date, and the cold, heavy silence of the workmen who had died during the Big Dig.</w:t>
      </w:r>
    </w:p>
    <w:p>
      <w:r>
        <w:t>'Go away,' Silas whispered, his voice echoing off the curved walls. 'Just... stay in the dark.'</w:t>
      </w:r>
    </w:p>
    <w:p>
      <w:r>
        <w:t>The purple staining on his fingertips had reached his wrists now, pulsing with a cold, rhythmic light that matched his heartbeat. Every time his pulse thudded, the Threads around him vibrated, drawn towards him like iron filings to a magnet. He was the Anchor, a living gravity well for the displaced spirits of the Liminality.</w:t>
      </w:r>
    </w:p>
    <w:p>
      <w:r>
        <w:t>Behind him, a rhythmic dragging sound started. Scrape. Step. Scrape.</w:t>
      </w:r>
    </w:p>
    <w:p>
      <w:r>
        <w:t>Silas stopped. He didn't turn around. He didn't need to. He could feel a Thread thicker and darker than the others, rotting at the edges. It was anchored to a body that should have been at rest in the Copps Hill Burying Ground two miles away, but the three-hundred-and-thirty-three-year seal had snapped, and the pressure was dragging it back into the light.</w:t>
      </w:r>
    </w:p>
    <w:p>
      <w:r>
        <w:t>'Grave-Walker,' the voice croaked. It sounded like wet sand hitting a coffin lid. 'The gates are wide. The salt is weak. We can... feel... the heat.'</w:t>
      </w:r>
    </w:p>
    <w:p>
      <w:r>
        <w:t>Silas finally turned. Standing ten feet away was a man in tattered, 18th-century wool, his skin translucent and clinging to bone like wet paper. His eyes were twin pits of violet static—the signature mark of an entity possessed by the In-Between's raw energy. Behind him, dozens more Hollowed were peeling themselves out of the tunnel walls, their grey Threads tangling and knotting into a chaotic mass.</w:t>
      </w:r>
    </w:p>
    <w:p>
      <w:r>
        <w:t>'I can't help you,' Silas said, his breath hitching. 'I don't know how to fix this.'</w:t>
      </w:r>
    </w:p>
    <w:p>
      <w:r>
        <w:t>'You are the Anchor,' the creature said, taking a dragging step forward. 'Give us... the breath. Give us... the skin.'</w:t>
      </w:r>
    </w:p>
    <w:p>
      <w:r>
        <w:t>The crowd of the dead surged. It wasn't an attack of teeth and claws; it was an attack of absolute, agonizing want. They pressed in on him, their frigid hands reaching for his warmth, their Threads beginning to fuse with his own purple-stained skin. Silas felt his soul being pulled in a dozen different directions, his own life-force being used to stabilise their decaying forms.</w:t>
      </w:r>
    </w:p>
    <w:p>
      <w:r>
        <w:t>'I said STOP!' Silas roared.</w:t>
      </w:r>
    </w:p>
    <w:p>
      <w:r>
        <w:t>He didn't blast them away. He did something much more terrifying. He reached into the In-Between and Anchored it.</w:t>
      </w:r>
    </w:p>
    <w:p>
      <w:r>
        <w:t>He slammed his palms against the concrete floor. The purple energy didn't explode; it sank. It flowed into the ground like spilled ink, snaking through the foundations of the city.</w:t>
      </w:r>
    </w:p>
    <w:p>
      <w:r>
        <w:t>The Threads in the tunnel suddenly transformed. The limp, grey strings snapped taut, turning into heavy, midnight-black Chains. Silas wasn't just seeing them anymore; he was holding the leash. The Hollowed froze, the violet static in their eyes instantly replaced by a cold, submissive purple glow. They didn't dissolve—they obeyed.</w:t>
      </w:r>
    </w:p>
    <w:p>
      <w:r>
        <w:t>Silas felt a crushing weight in his mind. He was inside them. He could feel the frost in their marrow and the centuries of hunger, but his will was the iron spike keeping them pinned to the floor.</w:t>
      </w:r>
    </w:p>
    <w:p>
      <w:r>
        <w:t>'Kneel,' Silas commanded, his voice dropping into a register that vibrated through the stone.</w:t>
      </w:r>
    </w:p>
    <w:p>
      <w:r>
        <w:t>The army of the dead dropped to the tracks in a single, synchronized movement. Fifty corpses and echoes, perfectly still, their Chains humming in harmony with Silas's heartbeat.</w:t>
      </w:r>
    </w:p>
    <w:p>
      <w:r>
        <w:t>The silence that followed was more terrifying than the noise. Silas stood in the centre of the tunnel, his hands glowing with a dark, necromantic frost. He had just become the King of the Underworld, and he was terrified of his own subjects.</w:t>
      </w:r>
    </w:p>
    <w:p>
      <w:r>
        <w:t>Above him, the ground vibrated. A heavy vehicle was stopping directly over the tunnel vent.</w:t>
      </w:r>
    </w:p>
    <w:p>
      <w:r>
        <w:t>A silver-weighted baton struck the grate of the vent, sending a shower of sparks down into the dark. Caleb Miller looked down from the street level, his chrome eyes reflecting the purple glow from below. Beside him, Elara stared at the midnight-black Chains snaking across the floor.</w:t>
      </w:r>
    </w:p>
    <w:p>
      <w:r>
        <w:t>'Found him,' Caleb's voice echoed down into the tomb.</w:t>
      </w:r>
    </w:p>
    <w:p>
      <w:r>
        <w:t>Silas looked up, his stained hands trembling. He looked at the army of dead things kneeling in his shadow, then up at the Overwatch descending to claim him.</w:t>
      </w:r>
    </w:p>
    <w:p>
      <w:r>
        <w:t>'Don't come down here,' Silas warned, the shadow-ink climbing higher up his arms. 'I don't think I can make them stop.'</w:t>
      </w:r>
    </w:p>
    <w:p>
      <w:r>
        <w:t>The air in the subway tunnel was thick and cold, smelling of ozone, stale earth, and the dry, sweet scent of grave dust. Silas felt the immense pressure of his command—each of the fifty kneeling entities was a separate, starving void, and he was the unstable conduit forcing them into stillness. His mind was a battlefield where his own frantic thoughts fought the centuries of collective yearning and despair radiating from his new, unwilling army.</w:t>
      </w:r>
    </w:p>
    <w:p>
      <w:r>
        <w:t>'Silas,' Caleb's voice was sharp, cutting through the heavy silence. It held the mechanical flatness of a man overriding his own fear with sheer focus. 'The OSI are three blocks out. We don't have time for a show of force.'</w:t>
      </w:r>
    </w:p>
    <w:p>
      <w:r>
        <w:t>'This isn't a show,' Silas gasped, his lungs burning. The purple staining on his skin felt less like a mark of power and more like a consuming infection. He could feel the limits of his stamina already—maintaining the Anchor on this scale was like holding up a collapsing building. 'It's the only thing keeping them from tearing the city apart. Can't you feel it, Caleb? The gravity well.'</w:t>
      </w:r>
    </w:p>
    <w:p>
      <w:r>
        <w:t>Elara's voice, softer but tinged with a digital echo, filtered down next. 'I see the Chains. They're not just physical, Silas. They're a control sequence. You've rewritten their foundational Aetheric code.'</w:t>
      </w:r>
    </w:p>
    <w:p>
      <w:r>
        <w:t>'I just made them stop wanting to eat me,' Silas retorted, wincing as a sharp spike of icy pain shot up his arm—one of the Hollowed, a former dockworker whose Thread was particularly frayed, was struggling against the leash.</w:t>
      </w:r>
    </w:p>
    <w:p>
      <w:r>
        <w:t>'The Overwatch is descending,' Caleb stated, ignoring the argument. The sound of metal groaning preceded the appearance of a silver, telescoping ladder lowering itself from the vent opening. 'Elara, cover. Silas, start moving. We're heading towards the State Street exit.'</w:t>
      </w:r>
    </w:p>
    <w:p>
      <w:r>
        <w:t>Silas didn't move. He kept his palms flat against the cold concrete. 'I can't take the Chains off,' he admitted, the terror finally breaking through his forced control. 'If I let them go, they'll scatter. If I move, I drag them with me, and we'll have fifty corpses walking up onto the platform.'</w:t>
      </w:r>
    </w:p>
    <w:p>
      <w:r>
        <w:t>The Grave-Walker, still on its knees, gave a low, rattling sigh that sounded almost like laughter.</w:t>
      </w:r>
    </w:p>
    <w:p>
      <w:r>
        <w:t>'The Anchor must hold. The weight... is ours now.'</w:t>
      </w:r>
    </w:p>
    <w:p>
      <w:r>
        <w:t>The realization hit Silas like a physical blow: he had solved one problem by creating a monstrously larger one. He was literally chained to the dead.</w:t>
      </w:r>
    </w:p>
    <w:p>
      <w:r>
        <w:t>'Then you stabilise the code, Elara,' Caleb's command crackled. 'Give him a temporary buffer. I'll secure the extraction route.' The chrome-plated boots hit the subway tracks with a heavythud, and Caleb moved with unnatural speed, sprinting towards the curve in the tunnel where the tracks opened into the station.</w:t>
      </w:r>
    </w:p>
    <w:p>
      <w:r>
        <w:t>Elara paused at the top of the ladder. She leaned over, her dark eyes narrowed in intense concentration, reflecting the violet light. 'This is a neural override, Silas. I need to sever your temporary Aetheric link, but I can't guarantee they won't revert to aggressive status.'</w:t>
      </w:r>
    </w:p>
    <w:p>
      <w:r>
        <w:t>'Do it fast,' Silas whispered, his voice hoarse. He braced himself, closing his eyes as he felt the surge of Elara's own power—a clean, digital energy—attempting to splice into the chaotic, necromantic ink flowing through his veins.</w:t>
      </w:r>
    </w:p>
    <w:p>
      <w:pPr>
        <w:pageBreakBefore w:val="1"/>
      </w:pPr>
      <w:r>
        <w:t>CHAPTER SEVENTEEN:</w:t>
      </w:r>
    </w:p>
    <w:p>
      <w:r>
        <w:t>The Aegis</w:t>
      </w:r>
    </w:p>
    <w:p>
      <w:r>
        <w:t>September 23, 2025 — Boston, MA — The Blue Line Subway Tunnel / O.S.I. Mobile Command</w:t>
      </w:r>
    </w:p>
    <w:p>
      <w:r>
        <w:t>The descent into the tunnel felt like dropping into a cold, purple-stained throat.</w:t>
      </w:r>
    </w:p>
    <w:p>
      <w:r>
        <w:t>Director Miller was the first down the ladder, his heavy wool coat flaring as he landed on the tracks with a dull thud. He didn't reach for a gun; he reached for a device on his belt that hummed with a low, harmonic frequency. Behind him, Caleb dropped with the unnatural grace of a cat made of lead, his silver-weighted baton already extended.</w:t>
      </w:r>
    </w:p>
    <w:p>
      <w:r>
        <w:t>Elara followed last, her legs shaking. As her boots hit the concrete, she gasped. Through her eyes, the tunnel was a blizzard of The Static, but it was being organized—pulled into tight, vibrating rows by the midnight-black Chains Silas had anchored to the floor.</w:t>
      </w:r>
    </w:p>
    <w:p>
      <w:r>
        <w:t>'Director, look at the Aetheric displacement,' one of the tactical agents called from the vent above. 'The pressure here is off the charts. It's a miracle the tunnel hasn't collapsed.'</w:t>
      </w:r>
    </w:p>
    <w:p>
      <w:r>
        <w:t>'He's not just a Necromancer,' Miller whispered, staring at the fifty Hollowed kneeling in the dark. 'He's a gravitational constant. He's holding the Liminality in place.'</w:t>
      </w:r>
    </w:p>
    <w:p>
      <w:r>
        <w:t>Silas didn't move. He sat on the tracks, his hands buried in his hair. The purple ink had crawled up his neck now, tracing the line of his jaw like a bruise.</w:t>
      </w:r>
    </w:p>
    <w:p>
      <w:r>
        <w:t>'I can't let go,' he croaked, his voice raw. 'If I let go, they'll run. They'll go into the streets. They're so... so hungry.'</w:t>
      </w:r>
    </w:p>
    <w:p>
      <w:r>
        <w:t>Caleb stepped forward, his chrome eyes flicking from Silas to the kneeling army. He felt the weight of the In-Between pressing against him, a physical gravity that made his own silver aura flare in defence. 'They aren't moving, kid. You've got them pinned.'</w:t>
      </w:r>
    </w:p>
    <w:p>
      <w:r>
        <w:t>'I'm not a kid,' Silas snapped, looking up. His eyes were no longer human; they were twin wells of violet static that seemed to draw the light out of the air. 'And I can feel your heart beating, Guardian. It's too loud. It's an invitation.'</w:t>
      </w:r>
    </w:p>
    <w:p>
      <w:r>
        <w:t>Elara stepped around Miller, her golden sigils pulsing. She saw how the purple Chains of Silas's power were beginning to fray at the edges, reacting to Caleb's silver presence.</w:t>
      </w:r>
    </w:p>
    <w:p>
      <w:r>
        <w:t>'Silas, listen to me. My name is Elara. I see what you're doing. You're coding them into place, but you're doing it with your own life-force. You're going to burn out.'</w:t>
      </w:r>
    </w:p>
    <w:p>
      <w:r>
        <w:t>'We can help,' Miller interrupted, pulling a small, iron-bound canister from his vest. 'This is a Stabiliser. It's a concentrated salt-solution mixed with iron particulates. It will act as a temporary 'Mundane' anchor. When I crack this, Silas, I want you to cut the Threads. All of them. All at once.'</w:t>
      </w:r>
    </w:p>
    <w:p>
      <w:r>
        <w:t>'They'll scream,' Silas whispered.</w:t>
      </w:r>
    </w:p>
    <w:p>
      <w:r>
        <w:t>'We have the sound-proofing,' Miller replied grimly. 'Caleb, get ready to Brace. If the backlash hits, it's going to feel like a freight train.'</w:t>
      </w:r>
    </w:p>
    <w:p>
      <w:r>
        <w:t>Miller twisted the canister. A hiss of white, sterile gas flooded the tunnel.</w:t>
      </w:r>
    </w:p>
    <w:p>
      <w:r>
        <w:t>'Now!'</w:t>
      </w:r>
    </w:p>
    <w:p>
      <w:r>
        <w:t>Silas roared, a sound of pure agony, and slammed his fists into the tracks. The midnight-black Chains shattered like glass. The Hollowed didn't scream with their mouths; they screamed with their souls—a psychic wail that blew out the remaining light bulbs in the tunnel.</w:t>
      </w:r>
    </w:p>
    <w:p>
      <w:r>
        <w:t>Caleb lunged, throwing himself in front of Elara and Silas, his silver light expanding into a shimmering dome. The Aetheric backlash hit him like a physical wall, his density spiking so high that his boots sank three inches into the concrete. He held the line, his teeth gritted, until the violet static finally dissolved into the white mist of the salt-gas.</w:t>
      </w:r>
    </w:p>
    <w:p>
      <w:r>
        <w:t>When the air cleared, the dead were gone. Only the smell of ozone and ancient dust remained.</w:t>
      </w:r>
    </w:p>
    <w:p>
      <w:r>
        <w:t>Ten minutes later, the group was ushered into the Aegis—the O.S.I.'s Mobile Command centre. It was a matte-black, armoured transport the size of a city bus, its interior a claustrophobic blend of surgical lab and high-tech war room.</w:t>
      </w:r>
    </w:p>
    <w:p>
      <w:r>
        <w:t>Elara sat on a swiveling steel stool, her hands wrapped around a thermal mug. Across from her, Silas was wrapped in a heavy, lead-lined blanket, his hands still trembling. Caleb stood by the sliding door, his baton magnetically snapped to his thigh, watching the two of them with a wary, protective intensity.</w:t>
      </w:r>
    </w:p>
    <w:p>
      <w:r>
        <w:t>'You're both unusually quiet,' Caleb said, his voice echoing in the sterile cabin.</w:t>
      </w:r>
    </w:p>
    <w:p>
      <w:r>
        <w:t>'I just spent an hour commanding a battalion of corpses,' Silas said, his voice flat. 'Pardon me if I'm not in a chatty mood.'</w:t>
      </w:r>
    </w:p>
    <w:p>
      <w:r>
        <w:t>'And I've spent my life thinking magic was a fairy tale used to scare kids in Salem,' Elara added, looking at the golden lines on her palms. 'Now I'm sitting in a bulletproof bus with a Guardian and a King of the Dead.'</w:t>
      </w:r>
    </w:p>
    <w:p>
      <w:r>
        <w:t>Caleb looked at her, his expression softening for a fraction of a second. 'I was an MMA fighter three hours ago. Now I weigh four hundred pounds when I get angry. We're all in the same wreck, Elara.'</w:t>
      </w:r>
    </w:p>
    <w:p>
      <w:r>
        <w:t>The door slid open, and Agent Sarah Chen stepped in, clutching a tablet. She looked at the three of them—The Mind, The Body, and The Outcast—and for the first time, she didn't look like a clinical researcher. She looked worried.</w:t>
      </w:r>
    </w:p>
    <w:p>
      <w:r>
        <w:t>'Director Miller wants a briefing,' she said. 'But before we get to the 'Sanctuary,' you three need to see the news. The Pulse wasn't just local. Salem and Boston were the epicenters, but the 'In-Between' is leaking globally. London, Prague, Kyoto... the map is lighting up.'</w:t>
      </w:r>
    </w:p>
    <w:p>
      <w:r>
        <w:t>She turned the tablet around. On the screen, a news feed showed the London Bridge shrouded in a thick, violet fog. Shadows were walking out of the Thames.</w:t>
      </w:r>
    </w:p>
    <w:p>
      <w:r>
        <w:t>'The three-hundred-and-thirty-three-year Shackle is gone,' Chen said. 'And the world is starting to realise that the jailers aren't the only ones who stayed awake.'</w:t>
      </w:r>
    </w:p>
    <w:p>
      <w:r>
        <w:t>Silas looked at the screen, then at his own purple-stained hands. 'The O.S.I. can't stop this, can they?'</w:t>
      </w:r>
    </w:p>
    <w:p>
      <w:r>
        <w:t>'No,' a voice said from the front of the transport. Director Miller stood there, looking older than he had an hour ago. 'We can only manage the collapse. And for that, we need the three of you to do something my ancestors would have killed you for.'</w:t>
      </w:r>
    </w:p>
    <w:p>
      <w:r>
        <w:t>'And what's that?' Elara asked.</w:t>
      </w:r>
    </w:p>
    <w:p>
      <w:r>
        <w:t>'You need to grow stronger,' Miller said. 'Because the Lich—the one who orchestrated the original breach in 1692—didn't just wake up. He's already looking for his crown.'</w:t>
      </w:r>
    </w:p>
    <w:p>
      <w:r>
        <w:t>Miller stepped fully into the cabin, leaning against a reinforced workstation. The silence was heavy, broken only by the low hum of the Aegis's filtration system.</w:t>
      </w:r>
    </w:p>
    <w:p>
      <w:r>
        <w:t>'The Lich, as we call him—though his true name is lost—was sealed using a tri-part magical constraint,' Miller explained, gesturing to the three young people. 'It required the combined power of an Aetheric Anchor, a Gravitational Wielder, and a Mundane Intercessor. A Mind, a Body, and an Outcast. You three are the genetic and spiritual echoes of those original founders.'</w:t>
      </w:r>
    </w:p>
    <w:p>
      <w:r>
        <w:t>He pushed a small, clear data chip across the table towards Elara. 'We've designated you 'The Awoken.' Your primary goal is to reach the Sanctuary in Maine. It's the only remaining location with the resources to properly initiate your training and stabilise the metaphysical damage you've sustained.'</w:t>
      </w:r>
    </w:p>
    <w:p>
      <w:r>
        <w:t>Elara picked up the chip, the gold sigils on her hand flashing faintly. 'Training? How do you train someone to stop shadows from walking out of the river?'</w:t>
      </w:r>
    </w:p>
    <w:p>
      <w:r>
        <w:t>'We don't,' Caleb interjected, his voice gravelly. 'We train you to stop the things that made the shadows.' He flexed his hand, and the metallic sheen on his skin intensified for a moment. 'The O.S.I. has protocols, yes, but they were written for the jailers. They were written to contain, not to fight. We need a weapon.'</w:t>
      </w:r>
    </w:p>
    <w:p>
      <w:r>
        <w:t>Silas, who had been listening with an unsettling stillness, finally spoke. 'I don't need a jail. If this Lich is looking for his crown, it means he intends to rule. My Chains can break anything—but only if I know what to anchor them to. What is the crown?'</w:t>
      </w:r>
    </w:p>
    <w:p>
      <w:r>
        <w:t>Chen answered, pulling up a schematic on the nearest monitor. It showed a fractal diagram of interlocking magical seals. 'The Crown of the Three-Fold Sleep. It's not a physical object. It's the central nodal point of the original 1692 Seal. If the Lich reconnects to it, the remaining 'Mundane' boundaries—the laws of physics, the perception of reality—will disintegrate entirely. The 'Awoken' are the only ones who can activate the secondary seal.'</w:t>
      </w:r>
    </w:p>
    <w:p>
      <w:r>
        <w:t>'It's a suicide mission, isn't it?' Elara stated, looking from the diagram to Miller.</w:t>
      </w:r>
    </w:p>
    <w:p>
      <w:r>
        <w:t>Miller met her gaze, his expression unyielding. 'It's a necessity. We have five days to get you to the Sanctuary before the Crown's location is fully revealed. The Lich's servants are already mobilizing. Caleb, you are the Brace. Your mission is to get them there alive.'</w:t>
      </w:r>
    </w:p>
    <w:p>
      <w:r>
        <w:t>'Understood,' Caleb nodded, his posture shifting into that of a professional soldier.</w:t>
      </w:r>
    </w:p>
    <w:p>
      <w:r>
        <w:t>'Silas,' Miller continued, his attention now on the Necromancer. 'The lead blanket is for suppression, not comfort. We need to contain your gravitational pull until we can teach you control. Can you maintain the silence?'</w:t>
      </w:r>
    </w:p>
    <w:p>
      <w:r>
        <w:t>Silas looked down at his hands, a dark amusement flickering in his violet eyes. 'The dead are quiet, Director. I can be quiet, too.'</w:t>
      </w:r>
    </w:p>
    <w:p>
      <w:r>
        <w:t>Miller gave a curt nod and turned to the main control panel. 'Agent Chen, set course for the Sanctuary. Engage full spectral dampening. We are now off the grid.'</w:t>
      </w:r>
    </w:p>
    <w:p>
      <w:r/>
      <w:r>
        <w:rPr>
          <w:i/>
        </w:rPr>
        <w:t xml:space="preserve"> </w:t>
      </w:r>
      <w:r>
        <w:t xml:space="preserve"> *</w:t>
      </w:r>
    </w:p>
    <w:p>
      <w:r>
        <w:t>INTERLUDE 0:</w:t>
      </w:r>
    </w:p>
    <w:p>
      <w:r>
        <w:t>INTERLUDE:The Global Resolution</w:t>
      </w:r>
    </w:p>
    <w:p>
      <w:r>
        <w:t>September 22, 2025 – 05:05 AM (GMT)</w:t>
      </w:r>
    </w:p>
    <w:p>
      <w:r>
        <w:t>The world did not end with a bang, nor with a whimper, but with a sudden, overwhelming, and utterly global increase in resolution. It was the moment three hundred and thirty-three years of carefully enforced low-fidelity reality dissolved, snapping the consensus fabric of human perception like a frayed wire. Humanity had been living within a deliberate filter—a veil drawn across the true complexity of existence, a prison of dull sensory input—which the architects of the 1692 Shackle had cynically dubbed 'The Mundane.'</w:t>
      </w:r>
    </w:p>
    <w:p>
      <w:r>
        <w:t xml:space="preserve">At the stroke of midnight in New England, the anchor point of the original, monstrous spell woven in the shadows of the Salem witch trials, that filter didn't just fail; it was instantaneously, violently deleted from the cosmic registry. The true world, dense with unseen data, vibrating with latent power, and teeming with creatures previously confined to folklore, flooded in. The shift was not gradual; it was a sudden, devastating </w:t>
      </w:r>
      <w:r>
        <w:rPr>
          <w:i/>
        </w:rPr>
        <w:t>apertura</w:t>
      </w:r>
      <w:r>
        <w:t>that rewrote physics, chemistry, and biology in a single, heart-stopping quantum leap. For a brief, terrifying moment, every single human being on Earth saw the world as it truly was: a boundless, chaotic ocean of energy, momentarily held in check by a power that had just been irrevocably silenced. The air itself began to taste of ozone and ancient stone.</w:t>
      </w:r>
    </w:p>
    <w:p>
      <w:r>
        <w:t>---</w:t>
      </w:r>
    </w:p>
    <w:p>
      <w:r>
        <w:t>London, UK – The Thames Embankment</w:t>
      </w:r>
    </w:p>
    <w:p>
      <w:r>
        <w:t>The shift hit London first, a city built on foundations soaked in forgotten rituals and a thousand layers of hidden history. The notorious fog that had long blanketed the Thames was instantly revealed for what it was: not a meteorological phenomenon, but a massive, sustaineddata-leak—a constant, billowing bleed of residual Aetheric energy the Shackle had failed to fully contain. The city was a sponge, its atmosphere permanently damp with the effluvium of low-grade magic.</w:t>
      </w:r>
    </w:p>
    <w:p>
      <w:r>
        <w:t xml:space="preserve">To the handful of stunned, pre-dawn tourists standing on Westminster Bridge, shivering slightly in the early September chill, the river was no longer a sluggish, brown current known for its historic stench. It appeared to be made of liquid amethyst, a churning torrent of violet light and crystalline filaments that seemed to defy gravity. Below the newly transparent surface, the </w:t>
      </w:r>
      <w:r>
        <w:rPr>
          <w:b/>
        </w:rPr>
        <w:t>Threads</w:t>
      </w:r>
      <w:r>
        <w:t xml:space="preserve"> of the dead—the energy imprints of the Roman legionnaires who had driven the first piles, the medieval merchants who had plied their trades, and the innumerable, forgotten souls drowned in its depths—began to vibrate with impossible intensity.</w:t>
      </w:r>
    </w:p>
    <w:p>
      <w:r>
        <w:t>These spectres, previously locked in slow-motion replay, mere residual electromagnetic ghosts, were now pulling themselves out of the silt. They weren't ghosts in the classic sense; they were echoes given a terrible physical coherence by the surging Aether. They were the city's memory, made manifest and violent.</w:t>
      </w:r>
    </w:p>
    <w:p>
      <w:r>
        <w:t>'Look at the water! It's glowing!' a young man shouted, reflexively holding up his latest-generation smartphone, a device designed to capture high-resolution reality, to capture the impossible light show unfolding below.</w:t>
      </w:r>
    </w:p>
    <w:p>
      <w:r>
        <w:t>The device failed catastrophically. The camera didn't capture the violet radiance; it saw the fundamental mechanism of the change. The screen instantly displayed a frantic, scrolling wall of dense, 17th-century legal shorthand, flickering with archaic Enochian symbols and impossible mathematical equations. The digital lens didn't see the river; it saw the Code—the operating system of reality that had just been hacked wide open. The phone, overwhelmed by the raw, unbound data, briefly became a window into the programming of existence before its circuits blew out in a puff of acrid smoke.</w:t>
      </w:r>
    </w:p>
    <w:p>
      <w:r>
        <w:t>As the first of the Drowned—gaunt figures dripping with luminous violet river-water, their eyes glowing with the deep-sea cold of the Aether—hauled their sodden forms onto the granite steps of the Victoria Embankment, the city's electric infrastructure reacted. The streetlights didn't flicker in panic; they didn't short out. They synchronized. Every single electric bulb in London, from the massive floodlights illuminating the Houses of Parliament to the smallest, dusty gas lamp in a forgotten alleyway, began to pulse in a heavy, rhythmic, and deeply unsettling three-beat heartbeat.</w:t>
      </w:r>
    </w:p>
    <w:p>
      <w:r>
        <w:t>Thump. Thump. Thump.</w:t>
      </w:r>
    </w:p>
    <w:p>
      <w:r>
        <w:t>The Shackle was gone. The entire electrical grid had become a resonator, humming at a frequency that woke the hidden energies. London—the city of a million active ghosts and forgotten power nodes—was waking up, compelled to follow the unmistakable, sovereign signal of the Resolution, a drumbeat of power echoing directly from the original moment of Unbinding.</w:t>
      </w:r>
    </w:p>
    <w:p>
      <w:r>
        <w:t>---</w:t>
      </w:r>
    </w:p>
    <w:p>
      <w:r>
        <w:t>Prague, Czech Republic – Old Town Square</w:t>
      </w:r>
    </w:p>
    <w:p>
      <w:r>
        <w:t>One hour later, the shockwave reached Central Europe, manifesting with terrifying precision at a nexus of historical clockwork and deep geomancy. Prague, the city of Golems and alchemical secrets, had always been a high-pressure point for the Shackle's containment field.</w:t>
      </w:r>
    </w:p>
    <w:p>
      <w:r>
        <w:t>The Orloj—the colossal 15th-century Astronomical Clock—had been a masterpiece of mechanical engineering and symbolic calculation for over six hundred years, its gears perfectly calibrated to reflect a sanitized, Mundane cosmos. At exactly 06:00:00 local time, the ancient gears didn't just turn for their hourly chime; they accelerated, running impossibly fast, generating friction without heat, creating a screaming metallic whine that cut through the early morning stillness.</w:t>
      </w:r>
    </w:p>
    <w:p>
      <w:r>
        <w:t>The wooden statues of the Apostles, usually emerging for their gentle, choreographed dance, were instead thrown out of their track with violent, splintering force. The golden face of the clock split open, the astrological dials twisting into impossible geometries that momentarily showed constellations that should not exist. From the cavity behind the zodiacal dial, a blinding swarm ofStatic erupted—a billowing, roiling cloud of golden and violet sparks that tasted on the tongue like ancient parchment and sharp copper. It was raw, unmediated, self-aware magic, leaking directly from the clock's core.</w:t>
      </w:r>
    </w:p>
    <w:p>
      <w:r>
        <w:t>The local O.S.I. counterpart—the highly secretive</w:t>
      </w:r>
      <w:r>
        <w:rPr>
          <w:i/>
        </w:rPr>
        <w:t>Sekce Nula</w:t>
      </w:r>
      <w:r>
        <w:t>—was already on the scene, having detected the Aetheric pressure spike moments before the rupture. They wore the same charcoal-grey tactical gear as Director Miller's American teams, but their armaments were starkly different, a testament to the differing threats of Europe's magical landscape. They weren't using Salt-Pulse rifles; they were wielding 'Aetheric Vacuums,' massive, unwieldy devices designed to suck the leaking magical energy back into dense, lead-lined canisters. They looked like desperate men trying to capture a tidal wave in a bucket.</w:t>
      </w:r>
    </w:p>
    <w:p>
      <w:r>
        <w:t>'The pressure is too high! We can't contain it!' a technician screamed into his comms, the words muffled by the protective gear. He spoke in rapid-fire Czech, panic thick in his voice. 'The clock isn't a machine anymore! It's a repeater! It's broadcasting the Salem frequency—the release code is propagating through the clock's core! It's using the ley-lines to magnify the signal!'</w:t>
      </w:r>
    </w:p>
    <w:p>
      <w:r>
        <w:t>The clock's magnificent bell tolled, but the sound was not bronze hitting bronze. It was a terrifying, dual-toned roar—the resonant signature of aWeaver, an entity of pure creation and destruction, a sound that shattered the glass of every window in the square and caused the ancient cobblestones to hum like tuning forks, echoing the Thump. Thump. Thump.from London. The Great Reset had not just arrived; it was being broadcast from the very heart of Europe, using a six-century-old machine as its amplifier.</w:t>
      </w:r>
    </w:p>
    <w:p>
      <w:r>
        <w:t>---</w:t>
      </w:r>
    </w:p>
    <w:p>
      <w:r>
        <w:t>San Francisco, CA – The Silicon Valley Corridor</w:t>
      </w:r>
    </w:p>
    <w:p>
      <w:r>
        <w:t>Half a world away, divorced from the ancient ley-lines and spectral hauntings of the Old World, the Resolution manifested with chilling efficiency in the digital realm. In a minimalist, high-rise apartment overlooking the newly violet-hued Bay Bridge, Jia sat hunched in front of a curved, ultra-high-definition monitor. The screen was currently a silent, blistering blizzard of violet binary code, the digital equivalent of a full-system crash.</w:t>
      </w:r>
    </w:p>
    <w:p>
      <w:r>
        <w:t>Jia wasn't a witch by heritage. She was a systems architect who had spent three years quietly mapping what she called 'the glitch in the ghost' — the point where data behaved like something alive. She had no name for what she was looking at tonight. She had a protocol.</w:t>
      </w:r>
    </w:p>
    <w:p>
      <w:r>
        <w:t>'There you are,' she whispered, her fingers flying across a customized mechanical keyboard that didn't click, but hummed with a low-frequency Aetheric charge she had engineered into the circuits. She was not panicking; she was calculating.</w:t>
      </w:r>
    </w:p>
    <w:p>
      <w:r>
        <w:t>She wasn't looking at the real-world news reports that were already filtering in—the impossible violet skies, the mass hysteria in London and Prague, the sudden failure of all GPS systems. She was looking at the Aether-Net.</w:t>
      </w:r>
    </w:p>
    <w:p>
      <w:r>
        <w:t>Since midnight, the entire global fibre-optic network had been experiencing what could only be described as a digital 'haunting.' Data packets were not just being corrupted; they were being intercepted and rewritten by a non-human intelligence with infinite processing power. Entire server farms in Geneva, Tokyo, and Frankfurt were being converted into vast, shimmering digital grimoires, storing the overflow of the leaked Code. The internet was becoming an extension of the magical world, and it was being colonized.</w:t>
      </w:r>
    </w:p>
    <w:p>
      <w:r>
        <w:t>Jia highlighted a specific string of code—a violent, violet-tinted anomaly that was leaping from node to node with impossible speed and predatory intelligence. It looked less like clean data and more like a skeletal face, a frame-skipping ghost in the machine that defied all known protocols and anti-virus software.</w:t>
      </w:r>
    </w:p>
    <w:p>
      <w:r>
        <w:t>'The Lich,' Jia murmured, her breath catching. 'You aren't just on the ley-lines. You've bypassed the physical world entirely. You're on the Wi-Fi. You're using the global network as a nervous system.'</w:t>
      </w:r>
    </w:p>
    <w:p>
      <w:r>
        <w:t>She opened a secure, encrypted channel—one she had painstakingly built using a proprietary blend of modern blockchain technology and obscure ancient Enochian cyphers, a digital space the Resolution's raw energy could not yet touch. With a speed born of years of solitary obsession, she typed a single, crucial command, a message meant for the handful of people who could still read her language:</w:t>
      </w:r>
    </w:p>
    <w:p>
      <w:r>
        <w:t>PROXIMITY ALERT: THE TRIAD IS MOBILE. CONVERGENCE AT STATION ZERO.</w:t>
      </w:r>
    </w:p>
    <w:p>
      <w:r>
        <w:t>She slammed the 'Enter' key, and the single, contained golden spark of her message leaped into the raging Static, a final, fragile firewall of modern hope trying desperately to stay ahead of the King of Shadows and his viral takeover of the digital world.</w:t>
      </w:r>
    </w:p>
    <w:p>
      <w:r>
        <w:t>She didn't know if anyone would receive it. She didn't know if the people it was meant for were still alive. She closed her laptop, picked up her go-bag from beside the door — she had learned, in three years of watching the data, to keep one packed — and walked out into a San Francisco morning that smelled of ozone and the end of something.</w:t>
      </w:r>
    </w:p>
    <w:p>
      <w:r>
        <w:t>The Unveiling was complete. The Static was deafening. And the world was finally, and terrifyingly, finding out that the hidden 'Overwatch' had been keeping the true lights off for much longer than three centuries, plunging humanity into a darkness it had mistaken for peace.</w:t>
      </w:r>
    </w:p>
    <w:p>
      <w:r/>
      <w:r>
        <w:rPr>
          <w:i/>
        </w:rPr>
        <w:t xml:space="preserve"> </w:t>
      </w:r>
      <w:r>
        <w:t xml:space="preserve"> *</w:t>
      </w:r>
    </w:p>
    <w:p>
      <w:r>
        <w:t>ACT TWO</w:t>
      </w:r>
    </w:p>
    <w:p>
      <w:pPr>
        <w:pageBreakBefore w:val="1"/>
      </w:pPr>
      <w:r>
        <w:t>CHAPTER EIGHTEEN:</w:t>
      </w:r>
    </w:p>
    <w:p>
      <w:r>
        <w:t>The Sanctuary</w:t>
      </w:r>
    </w:p>
    <w:p>
      <w:r>
        <w:t>September 23, 2025 — Ipswich, MA — The North Shore</w:t>
      </w:r>
    </w:p>
    <w:p>
      <w:r>
        <w:t>The Aegis transport didn't pull into a military base. It veered off a backroad in Ipswich, driving through a fog so thick and unnatural it felt like wet wool against the windshield. Then, as they passed two jagged, iron-wrought pylons, the air snapped clear.</w:t>
      </w:r>
    </w:p>
    <w:p>
      <w:r>
        <w:t>Ahead stood an ancient, colonial-style estate overlooking the churning Atlantic. To the mundane world, it was just a historical landmark. To the O.S.I., it was Station Zero—The Sanctuary.</w:t>
      </w:r>
    </w:p>
    <w:p>
      <w:r>
        <w:t>'We just crossed the salt-line,' Caleb muttered, his face pressed against the glass. The mercury-light beneath his skin had settled into a dull, leaden ache. 'My father calls this the 'Iron-Bound.' The barrier here is thicker than anywhere else in the state. It's the only place where the Static doesn't scream.'</w:t>
      </w:r>
    </w:p>
    <w:p>
      <w:r>
        <w:t>The floor of the carriage house opened, a hydraulic lift lowering the entire SUV into a sprawling subterranean complex. It was a jarring juxtaposition: 17th-century stone walls and massive timber beams reinforced with glowing fibre-optic cables and cold-iron plating.</w:t>
      </w:r>
    </w:p>
    <w:p>
      <w:r>
        <w:t>Director Miller stepped out of the vehicle, his boots echoing on the polished floor. 'Welcome to the epicenter of a three-hundred-and-thirty-three-year watch. This facility was built on the foundations Samuel Sewall laid in 1693. From the outside, we don't exist. From the inside, we are the only thing keeping the lights on.'</w:t>
      </w:r>
    </w:p>
    <w:p>
      <w:r>
        <w:t>Elara stepped out, her hand still resting on the ledger. She looked at the central hub, where a massive holographic map of the world was flickering with hundreds of violet pinpricks.</w:t>
      </w:r>
    </w:p>
    <w:p>
      <w:r>
        <w:t>'Are those breaches?' she asked.</w:t>
      </w:r>
    </w:p>
    <w:p>
      <w:r>
        <w:t>'Manifestations,' Agent Sarah Chen said, stepping forward. She was a sharp-eyed woman in a lab coat, her HUD-glasses scrolling with Aetheric telemetry. 'London is seeing ghosts in the Thames. Kyoto is vibrating. But Salem is ground zero. Your convergence in the subway is the only reason the North Shore hasn't slid into the In-Between already.'</w:t>
      </w:r>
    </w:p>
    <w:p>
      <w:r>
        <w:t>A massive man with silver-inked tattoos that pulsed like dying coals stepped out of the shadows. Caleb stood taller, his own density spiking in response.</w:t>
      </w:r>
    </w:p>
    <w:p>
      <w:r>
        <w:t>'This is Specialist Rook,' Miller said. 'A third-generation Guardian. He's been trained since birth to hold the weight you're currently feeling, Caleb. He'll be your handler for the duration of the testing.'</w:t>
      </w:r>
    </w:p>
    <w:p>
      <w:r>
        <w:t>Rook nodded at Caleb—a silent, heavy acknowledgement between two anchors.</w:t>
      </w:r>
    </w:p>
    <w:p>
      <w:r>
        <w:t>Silas walked towards a row of glass containment units along the far wall. Inside, captured Lurkers hissed and thrashed, their violet forms producing a sound like high-voltage static.</w:t>
      </w:r>
    </w:p>
    <w:p>
      <w:r>
        <w:t>'You're studying them,' Silas said, his voice cold.</w:t>
      </w:r>
    </w:p>
    <w:p>
      <w:r>
        <w:t>'We are analyzing the biology of the Void,' Chen replied. 'Trying to understand the frequency of the Lich before he finds a way to broadcast himself onto the open network.'</w:t>
      </w:r>
    </w:p>
    <w:p>
      <w:r>
        <w:t>'You mean you're trying to figure out how to put them back in the cage,' Silas countered.</w:t>
      </w:r>
    </w:p>
    <w:p>
      <w:r>
        <w:t>'Containment is the only way to prevent a global extinction event,' Miller interrupted, his voice dropping into its command register. 'You need rest. Tomorrow, we begin the diagnostics. We need to find out exactly how much Aetheric pressure this triad can ground before the circuit breaks.'</w:t>
      </w:r>
    </w:p>
    <w:p>
      <w:r>
        <w:t>He pointed towards a corridor of reinforced doors—suites that felt more like high-end cells. 'Rook will show you to your quarters. The walls are leaded and salt-treated. For your own safety, do not attempt to trigger a Spark inside the facility. The feedback loop would be... catastrophic.'</w:t>
      </w:r>
    </w:p>
    <w:p>
      <w:r>
        <w:t>As Elara was led away, she looked back at Caleb. He was watching his father with a look of profound, silent betrayal. The Sanctuary didn't feel like a home or a base. It felt like a laboratory for a species that hadn't quite decided if it was human yet.</w:t>
      </w:r>
    </w:p>
    <w:p>
      <w:r>
        <w:t>Rook led Caleb and Silas down the corridor, his massive frame radiating a low, constant pressure that seemed to absorb the light. Silas was the first to break the heavy silence.</w:t>
      </w:r>
    </w:p>
    <w:p>
      <w:r>
        <w:t>'You're a Guardian,' Silas stated, his eyes fixed on the pulsing script of Rook's tattoos. 'The ones who swore an oath to keep the doors locked.'</w:t>
      </w:r>
    </w:p>
    <w:p>
      <w:r>
        <w:t>Rook didn't slow his pace. 'I keep the lights on, boy. That's the oath.'</w:t>
      </w:r>
    </w:p>
    <w:p>
      <w:r>
        <w:t>'By keeping the rest of us in the dark,' Caleb shot back, his frustration with his father boiling over. 'Why do they need three of us? What is this 'triad'?'</w:t>
      </w:r>
    </w:p>
    <w:p>
      <w:r>
        <w:t>Rook stopped at a steel-reinforced door marked 'Caleb,' his hand resting on the keypad. 'The Static is a frequency. It needs a conduit to stabilise, or it tears reality apart. The first generation—the Awoken—could ground it alone. They were simple, pure anchors. Each generation since has been diluted. We need more weight to hold the line.'</w:t>
      </w:r>
    </w:p>
    <w:p>
      <w:r>
        <w:t>He punched in the code, and the door hissed open to reveal a spartan but comfortable suite.</w:t>
      </w:r>
    </w:p>
    <w:p>
      <w:r>
        <w:t>'But not all weight is equal,' Rook continued, his gaze flicking between Caleb and Silas. 'The Director wants to know which of you is the true anchor, which is the insulator, and which is... the catalyst.'</w:t>
      </w:r>
    </w:p>
    <w:p>
      <w:r>
        <w:t>Silas narrowed his eyes. 'And what does the catalyst do?'</w:t>
      </w:r>
    </w:p>
    <w:p>
      <w:r>
        <w:t>'It burns brightest,' Rook said simply, stepping back. 'And it always burns out first.'</w:t>
      </w:r>
    </w:p>
    <w:p>
      <w:r>
        <w:t>He gestured to the adjacent doors, one for Silas, one for Elara. 'Get some sleep. The diagnostics start at zero-six hundred. There will be no talking between the rooms. We monitor everything. If you try to 'spark' a conversation, you'll trigger a facility-wide lockdown. Don't test the lead-plating.'</w:t>
      </w:r>
    </w:p>
    <w:p>
      <w:r>
        <w:t>As Rook turned to leave, Caleb stepped into the doorway. 'Tell me one thing, Rook. Do you believe him? Do you believe my father that containment is the only way?'</w:t>
      </w:r>
    </w:p>
    <w:p>
      <w:r>
        <w:t>Rook paused, looking out over the silent, technologically-overlaid colonial architecture. 'I believe the alternative is seeing the entire coast look like that subway tunnel. There is no 'freedom' in the Void, boy. There is only hunger.'</w:t>
      </w:r>
    </w:p>
    <w:p>
      <w:r>
        <w:t>He walked away, leaving the heavy silence to settle between the three new inmates of Station Zero. Caleb stepped into his room, the lead-lined walls immediately suffocating the leaden ache beneath his skin. He felt safe, but profoundly powerless. He looked at the stark white ceiling, thinking about the flickering map—hundreds of violet pinpricks, and Salem as ground zero. He knew, with a certainty that resonated deeper than the salt-line, that his father's containment plan was already failing. The Sanctuary was a bunker, and the storm was already inside the walls.</w:t>
      </w:r>
    </w:p>
    <w:p>
      <w:pPr>
        <w:pageBreakBefore w:val="1"/>
      </w:pPr>
      <w:r>
        <w:t>CHAPTER NINETEEN</w:t>
      </w:r>
    </w:p>
    <w:p>
      <w:pPr>
        <w:pageBreakBefore w:val="1"/>
      </w:pPr>
      <w:r>
        <w:t>CHAPTER NINETEEN: The Vellum and the Wire</w:t>
      </w:r>
    </w:p>
    <w:p>
      <w:r>
        <w:t>September 23, 2025 – 01:45 AM</w:t>
      </w:r>
    </w:p>
    <w:p>
      <w:r>
        <w:t>O.S.I. Sanctuary – Sublevel 2 (The Analytical Suite)</w:t>
      </w:r>
    </w:p>
    <w:p>
      <w:r>
        <w:t>The Analytical Suite was less a room and more a shielded vault dedicated to impossible forensics. It was a cathedral of glass, polished obsidian work surfaces, and towering, humming server racks, but the centre of this technological nexus was occupied by a single, crumbling book. The Samuel Sewall ledger—a seventeenth-century artifact that should have been dust—seemed to absorb the room's high-tech illumination, creating a strange, heavy stillness.</w:t>
      </w:r>
    </w:p>
    <w:p>
      <w:r>
        <w:t>Elara Vance sat at the primary console, sinking into a high-backed ergonomic chair that felt alien against her linen dress. Her eyes, usually so sharp, ached from the continuous ultraviolet wash of the O.S.I. scanners, which bathed the ancient parchment in a light designed to reveal hidden structures. The suite's deep, lead-lined walls were a godsend, muting the constant, internal deluge she called the 'Static.' The overwhelming roar of the unbinding, the sound of reality itself beginning to tear, was reduced to a manageable, low-frequency hum. For the first time in ten agonizing years, since the initial onset of her heritage's symptoms, she could think without the world flickering violently at the edges of her vision.</w:t>
      </w:r>
    </w:p>
    <w:p>
      <w:r>
        <w:t>Beside her, Agent Sarah Chen, a woman whose calm demeanor belied her doctorate in Aetheric Mechanics, manipulated a series of holographic 'slices' of the ledger. These weren't mere images; they were full-spectrum, multi-dimensional data models. In the air between the two women, the seventeenth-century ink no longer resembled quaint handwriting. Under this level of scrutiny, it transformed into a topographical map—jagged, charcoal-coloured mountain ranges of iron-gall ink that showed peaks and troughs of energetic density.</w:t>
      </w:r>
    </w:p>
    <w:p>
      <w:r>
        <w:t>'Look at the microscopic level, Elara,' Chen instructed, her voice hushed with the academic awe of a physicist peering into a newly discovered dimension. She used a fine gesture to zoom in on a single '3' from the cryptic '333-countdown' repeated throughout the text. 'This isn't just liquid on vellum. Look at the way the cellulose fibres of the paper are bent upward around the edges of the inscription. He wasn't simply writing. He was physically, energetically, pulling a specific Aetheric charge—a kind of latent energy—out of the atmosphere and pinning it, anchoring it, to the page with the ink.'</w:t>
      </w:r>
    </w:p>
    <w:p>
      <w:r>
        <w:t>Elara's breath hitched. She adjusted her glasses, the golden sigils around her irises pulsing a faint, curious amber as her own internal processing systems spiked. 'He was anchoring a frequency,' she whispered, the realization hitting her with the force of an electron-volt. 'In the archives, when I first saw the ledger, I thought the anomalies were just eye strain, or maybe the effects of humidity and poor storage. But here... with your quantum sensors... I can see the sheer data-rate. Every time he wrote '333,' it wasn't a warning or a symbol. He was fine-tuning the clock speed of the Shackle—the planetary lock holding reality together. He was programming the delay of the current crisis, essentially a four-hundred-year self-destruct timer.'</w:t>
      </w:r>
    </w:p>
    <w:p>
      <w:r>
        <w:t>Elara leaned back, a cold sweat breaking out on her palms as her mind raced through the thousands of historical, occult, and seemingly innocuous books she had categorized over her years as a librarian. She felt like a detective who had not only found the murder weapon but was now realising that the weapon was actually a complex set of blueprints for the very house she was trapped in—a house that was actively collapsing around her friends.</w:t>
      </w:r>
    </w:p>
    <w:p>
      <w:r>
        <w:t xml:space="preserve">'My whole life, I thought my Static was a fundamental defect,' she said, her voice dropping into a rare moment of profound introspection. The academic mask she usually wore slipped away. 'I spent twenty-four years trying to tune it out, trying to be </w:t>
      </w:r>
      <w:r>
        <w:rPr>
          <w:i/>
        </w:rPr>
        <w:t>normal</w:t>
      </w:r>
      <w:r>
        <w:t>. I desperately wanted to be the boring librarian who worried only about late fees, the precise temperature of climate-controlled shelving, and the preservation of paper. I didn't want to be the one who could see the world's actual source code—the lines of information woven into the fabric of everything.'</w:t>
      </w:r>
    </w:p>
    <w:p>
      <w:r>
        <w:t>Chen paused her analysis and turned, removing her specialized HUD-glasses. Her eyes were warm, lacking the clinical, almost cold detachment of Director Miller. 'It's not a defect, Elara. It's a perspective. It is the highest form of perception we have ever recorded.' She leaned forward, her conviction palpable. 'The O.S.I. has spent eighty years and billions of taxpayer dollars trying to build a machine—a quantum Aetheric Array—that does what your brain does naturally. We have million-dollar setups that can barely track the energy signature of a single Lurker. You?' Chen shook her head in sheer admiration. 'You just decoded a seventeenth-century logic gate while a shadow-demon was actively trying to consume your face and consciousness. That is not a defect. That is the highest form of human genius.'</w:t>
      </w:r>
    </w:p>
    <w:p>
      <w:r>
        <w:t>'It's a burden,' Elara countered sharply, the warmth of the compliment failing to penetrate the core of her anxiety. 'I look at Caleb, and I see a man who is literally becoming a statue of mercury, his body's density increasing to terminal levels. I look at Silas, and I see a boy who can't hear the living because the dead are screaming too loud in his mind. And me? I'm the one who provides the 'Focus'—the unique insight needed to understand these horrific afflictions. Which means I'm the one who has to watch it all happen with perfect, unforgiving clarity.'</w:t>
      </w:r>
    </w:p>
    <w:p>
      <w:r>
        <w:t>She turned back to the ledger's holographic projection, forcing the emotional turmoil back into its well-worn box. Action was the only antidote to fear.</w:t>
      </w:r>
    </w:p>
    <w:p>
      <w:r>
        <w:t>'Let's focus on the 'Nautical' chapter again,' Elara said, her academic mask snapping back into place, cold and professional. 'If Sewall strategically used the high salinity and mineral content of Gloucester harbour as a natural Aetheric capacitor to charge the binding—a kind of giant, occult battery—there should be a corresponding surge-calculation or a specific grounding diagram hidden in the binding's architecture. If we can find that, if we can isolate the mechanism for discharging the energy... maybe I can figure out how to ground Caleb before his density reaches a terminal state. If he gets too heavy, he won't just crack the floor of the sanctuary; he'll snap the thread holding his life force to his body.'</w:t>
      </w:r>
    </w:p>
    <w:p>
      <w:r>
        <w:t>'You're researching to save him,' Chen observed softly, recognizing the desperate, focused energy.</w:t>
      </w:r>
    </w:p>
    <w:p>
      <w:r>
        <w:t>'I'm researching because it is the only way I know how to breathe,' Elara replied, her eyes locked on the digital projection.</w:t>
      </w:r>
    </w:p>
    <w:p>
      <w:r>
        <w:t>For the next four hours, the world outside Station Zero ceased to exist entirely. There were no hungry monsters lurking in the alleys of Salem, no O.S.I. tactical teams preparing for engagement, and no impending global doom. There was only the 'Study'—the meticulous, agonizingly slow process of translating four centuries of ancient suffering and occult programming into modern survival code.</w:t>
      </w:r>
    </w:p>
    <w:p>
      <w:r>
        <w:t>Elara watched as the O.S.I. supercomputers attempted to 'render' the raw magic of the text into a visual, quantifiable format. On the screen, the data-stream of the Static appeared not as noise, but as a complex, three-dimensional geometric lattice—a golden, luminous honeycomb that precisely mirrored the subtle, flickering patterns on her own arms and across her eyes.</w:t>
      </w:r>
    </w:p>
    <w:p>
      <w:r/>
      <w:r>
        <w:rPr>
          <w:i/>
        </w:rPr>
        <w:t>Observation 112:</w:t>
      </w:r>
      <w:r>
        <w:t xml:space="preserve"> she mentally logged, her fingers flying across the input pad.</w:t>
      </w:r>
    </w:p>
    <w:p>
      <w:r/>
      <w:r>
        <w:rPr>
          <w:i/>
        </w:rPr>
        <w:t>Magic is not a force of nature — it is not fire, or wind, or gravity. It is a layer of information. The unbinding isn't a chaotic explosion of energy; it's an increase in resolution, a fatal systems update.</w:t>
      </w:r>
      <w:r>
        <w:t xml:space="preserve"> She realised the Lurkers weren't invading their world, but were simply being rendered visible as the veil thinned. </w:t>
      </w:r>
      <w:r>
        <w:rPr>
          <w:i/>
        </w:rPr>
        <w:t>We aren't being haunted. We're being updated.</w:t>
      </w:r>
      <w:r/>
    </w:p>
    <w:p>
      <w:r>
        <w:t>A strange, flickering spark of profound hope ignited in the cold pit of her stomach. She wasn't just a victim of her inherited affliction, or a pawn of destiny. She was the one who could read the code. She was the one who could understand the language of the machine. And as the powerful ultraviolet light of the forensic scanner reflected off the newly intensified golden amber of her eyes, the Librarian of Salem realised she was finally, terrifyingly, ready to start rewriting the ending.</w:t>
      </w:r>
    </w:p>
    <w:p>
      <w:pPr>
        <w:pageBreakBefore w:val="1"/>
      </w:pPr>
      <w:r>
        <w:t>CHAPTER TWENTY</w:t>
      </w:r>
    </w:p>
    <w:p>
      <w:pPr>
        <w:pageBreakBefore w:val="1"/>
      </w:pPr>
      <w:r>
        <w:t>CHAPTER TWENTY: The Salt and the Steel</w:t>
      </w:r>
    </w:p>
    <w:p>
      <w:r>
        <w:t>September 23, 2025 – 08:30 PM</w:t>
      </w:r>
    </w:p>
    <w:p>
      <w:r>
        <w:t>O.S.I. Sanctuary – Level 1 (The Refectory)</w:t>
      </w:r>
    </w:p>
    <w:p>
      <w:r>
        <w:t>The 'dining room' of Station Zero was less a refectory and more a holding cell disguised as a relic. It was a study in controlled, oppressive tension, maintaining the colonial aesthetic of the estate above—a long, dark oak table, heavy, high-backed chairs, and a mantelpiece carved with inscrutable Masonic symbols. But the charm was a lie. The walls, ostensibly paneled in wood, were actually lined with foot-thick lead-glass panels. The 'candles' flickering on the table were UV-spectrum emitters, their sterile, pale-blue light designed not for ambiance but to keep Aetheric shadows—the lingering phantoms of the In-Between—from pooling in the corners and attaching to the occupants. Every detail was a functional constraint on beings who had become too volatile for the normal world.</w:t>
      </w:r>
    </w:p>
    <w:p>
      <w:r>
        <w:t>Elara, Caleb, and Silas sat in a tight, isolated cluster at one end of the massive table. They were being served by two O.S.I. orderlies, specialists in biohazard containment in sterile white tunics who moved with the silent, practiced efficiency of ghosts. They were not waiters; they were human measuring instruments, observing and recording every twitch and sigh.</w:t>
      </w:r>
    </w:p>
    <w:p>
      <w:r>
        <w:t>The meal wasn't an act of comfort; it was a precise, high-stakes medical prescription.</w:t>
      </w:r>
    </w:p>
    <w:p>
      <w:r>
        <w:t>'High-protein, high-salinity,' Caleb muttered, his voice flat with weariness, staring at a plate dominated by a thick slab of seared steak and roasted root vegetables glistening with oil and coarse sea salt. He picked up a heavy silver fork, and the metal—a pure, untarnished insulator—hummed against his palm, conducting the subtle, internal static of his silver-powered Guardian core. 'Director Miller says my 'metabolic load' is five times the human baseline now. He says if I don't eat three times my body weight in salt and iron every day, my bones will literally start to leach calcium to maintain the density required to support my kinetic output.'</w:t>
      </w:r>
    </w:p>
    <w:p>
      <w:r>
        <w:t>'At least you have an appetite for this garbage,' Silas whispered, the words catching in his throat. He looked skeletal and translucent in the UV light, the bruised, spider-webbed veins on his neck pulsing a dull, rhythmic violet that was visible even beneath his collar. He was mechanically pushing a piece of dark, steamed kale around his plate with a purple-stained finger. 'I can't taste anything. Everything tastes like... like wet stone and copper. Like I'm licking a battery terminal. The Drowned are still humming in my ears, even with the lead-lining and the sound-dampeners.' He rubbed his temples, a gesture of profound, unending auditory pain.</w:t>
      </w:r>
    </w:p>
    <w:p>
      <w:r>
        <w:t>Elara sat between them, a fragile anchor. Her golden sigils, traced in an elegant network across the exposed skin of her arms and the back of her neck, pulsed a faint, sympathetic amber glow, a visual manifestation of her strain. She had spent the last six hours in a windowless observation room with Agent Chen, staring at the microscopic 'Source Code' of the Sewall ledger—the crystalline structure of the Weaver gene itself. Her eyes were bloodshot from the strain of tracking the Aetheric patterns, and her exhaustion was a palpable weight in the room.</w:t>
      </w:r>
    </w:p>
    <w:p>
      <w:r>
        <w:t>'The walls are three feet thick, Silas. Lead, concrete, and industrial-grade dampening material,' Elara said, her voice holding a ragged, almost hysterical edge. 'But they aren't soundproof. Not forus. The Sanctuary isn't just hiding us; it's concentrating us. Can't you feel the pressure? The way the air feels... thick, like standing at the bottom of the ocean?'</w:t>
      </w:r>
    </w:p>
    <w:p>
      <w:r>
        <w:t>Caleb nodded slowly, his chrome eyes—the metallic irises that defined his Guardian status—dimming to a dull, matte grey. 'It's the Resonance. That's what Chen calls it. We're like three live wires in a sealed box, and the frequencies are starting to overlap. The gold, the silver, and the purple—they're pushing back against each other. When you're tired, Elara, my bones feel brittle. When Silas gets cold, the air around me drops ten degrees and I get a static charge building up behind my teeth.'</w:t>
      </w:r>
    </w:p>
    <w:p>
      <w:r>
        <w:t>'We're a circuit,' Elara murmured, the term Sarah Chen had used to summarize their collective existence. 'And tomorrow, they start the 'diagnostics.' They aren't going to teach us how to be people again. They're going to teach us how to be the Shackle. How to lock down the world for them.'</w:t>
      </w:r>
    </w:p>
    <w:p>
      <w:r>
        <w:t>A heavy, rhythmic thud echoed from the doorway, a sound that seemed to absorb all other noise in the room. Specialist Rook stood there, his massive, uncompromising frame silhouetted against the sterile white light of the corridor. His black O.S.I. uniform seemed to absorb the light, and his silver-inked tattoos—lines of protective runes that ran from his neck down his arms—were glowing with a steady, watchful pulse, the cold, distant colour of a dying star. He was a sentinel carved from granite and iron.</w:t>
      </w:r>
    </w:p>
    <w:p>
      <w:r>
        <w:t>'The Director has authorized a thirty-minute recreation window on the West Balcony,' Rook announced, his voice a gravelly rumble that vibrated against the leaded glass. 'The salt-mist is at maximum density tonight. It will be the only time you get to see the sky before the Crucible begins at 06:00.'</w:t>
      </w:r>
    </w:p>
    <w:p>
      <w:r>
        <w:t>'Recreation?' Silas scoffed, finally looking up from his plate, a flicker of true, caustic defiance in his purple eyes. 'Is that what you call it when you let the lab rats look at the moon through a cage? We're not children, Rook.'</w:t>
      </w:r>
    </w:p>
    <w:p>
      <w:r>
        <w:t>Rook didn't blink, his expression as impassive as the concrete of the Sanctuary walls. 'I call it the last time you'll feel the wind for a week. The Crucible tests aren't 'diagnostics,' boy. They're stress-tests. We need to know where you break, how fast you overload, and exactly what kind of damage you can inflict so we can build the cage stronger. For your protection, and for ours.'</w:t>
      </w:r>
    </w:p>
    <w:p>
      <w:r>
        <w:t>The Triad stood up in unison. The movement was involuntary, a biological synchronization that made the UV lights in the room flicker and momentarily dim as their combined Aetheric fields spiked. Caleb's silver kinetic light flared, momentarily coating the oak table in metallic sheen. Elara's gold Static hissed, a soundless discharge of pure energy. And Silas's purple Chains—the visual echo of his binding power—rattled faintly in the In-Between, the space between realities.</w:t>
      </w:r>
    </w:p>
    <w:p>
      <w:r>
        <w:t>Rook stepped back instinctively, his hand going to the heavy iron-salt baton holstered at his hip—a weapon designed to disrupt Aetheric resonance. For one dangerous heartbeat, the Sanctuary felt less like a fortress and more like a high-pressure cooker, seconds from detonation.</w:t>
      </w:r>
    </w:p>
    <w:p>
      <w:r>
        <w:t>'Go to the balcony,' Rook commanded, his voice tight and edged with urgency. 'Stay within the perimeter lines painted on the floor. The Lich is still out there, orbiting the estate like a vulture. And he's hungry for a Weaver who hasn't learned how to thread a shield yet.'</w:t>
      </w:r>
    </w:p>
    <w:p>
      <w:r>
        <w:t>As they walked past him, Caleb stopped, his shoulder inches from Rook's. The air between the two Guardians—the veteran and the neophyte—crackled with a faint, silver kinetic discharge.</w:t>
      </w:r>
    </w:p>
    <w:p>
      <w:r>
        <w:t>'You were a man once, weren't you, Rook?' Caleb asked softly, his voice devoid of accusation, laced only with a profound, unsettling curiosity. 'Before the O.S.I. turned you into a statue? Before the silver was the only thing holding you together?'</w:t>
      </w:r>
    </w:p>
    <w:p>
      <w:r>
        <w:t>Rook looked at the younger Sewall, his chrome eyes reflecting a profound, ancient grief that seemed older than his body. 'I'm still a man, Caleb. I'm just the man who knows what happens when the Shackle fails. I've seen the aftermath. You'll learn soon enough. The weight of being a weapon never goes away. You just get used to the sound of your own bones cracking under the pressure.'</w:t>
      </w:r>
    </w:p>
    <w:p>
      <w:r>
        <w:t>The Triad moved out into the night air, the dense, cold Atlantic surf crashing against the cliffs far below, a steady, hypnotic rhythm of endless friction. The 'Slow Burn' of the Sanctuary—the quiet, escalating tension of their containment—was reaching its limit. Tomorrow, the research ended, and the brutal, essential lesson of survival began.</w:t>
      </w:r>
    </w:p>
    <w:p>
      <w:pPr>
        <w:pageBreakBefore w:val="1"/>
      </w:pPr>
      <w:r>
        <w:t>CHAPTER TWENTY-ONE:</w:t>
      </w:r>
    </w:p>
    <w:p>
      <w:pPr>
        <w:pageBreakBefore w:val="1"/>
      </w:pPr>
      <w:r>
        <w:t>CHAPTER TWENTY-ONE: The Crucible</w:t>
      </w:r>
    </w:p>
    <w:p>
      <w:r>
        <w:t>September 24, 2025 – 06:00 AM</w:t>
      </w:r>
    </w:p>
    <w:p>
      <w:r>
        <w:t>O.S.I. Sanctuary – Sublevel 3 (The Kinetic and Aetheric Lab)</w:t>
      </w:r>
    </w:p>
    <w:p>
      <w:r>
        <w:t>The morning did not arrive with a sunrise; it arrived with the rhythmic, sixty-hertz thrum of high-voltage capacitors charging and the hyper-sterile, clinical, biting scent of ionized salt and concentrated antiseptic. Down here, deep beneath the surface world, the passage of time was marked only by the shifting colours of telemetry screens and the metallic echo of reinforced blast doors closing.</w:t>
      </w:r>
    </w:p>
    <w:p>
      <w:r>
        <w:t>The Labs of Station Zero were not merely a testing facility; they were a masterpiece of industrial clinicalism, designed for the containment and study of forces that defied physics. The air was kept at a steady, pressurized level, filtered not just for particulate matter but through specialized silver-nitrate scrubbers that actively removed the faint, coppery tang of the In-Between, the residual magic that leaked from the newly Awoken. The resulting atmosphere was entirely sterile—a vacuum-like environment where the only anomaly was the living, breathing human consciousnesses they housed. For the freshly-minted Triad—Elara Vance, Caleb Miller, and Silas Thorne—this was the first day of the Crucible, a series of meticulously engineered, borderline-inhumane stress-tests designed by Director Miller himself to map and test the absolute structural integrity of their nascent Sparks.</w:t>
      </w:r>
    </w:p>
    <w:p>
      <w:r/>
      <w:r>
        <w:rPr>
          <w:i/>
        </w:rPr>
        <w:t xml:space="preserve"> </w:t>
      </w:r>
      <w:r>
        <w:t xml:space="preserve"> *</w:t>
      </w:r>
    </w:p>
    <w:p>
      <w:r>
        <w:t>I. THE MIND: THE NULL-DATA CHAMBER</w:t>
      </w:r>
    </w:p>
    <w:p>
      <w:r>
        <w:t>The chamber was a cylinder of enforced sensory deprivation, its interior lined with solid, unpolished obsidian—a natural damper for all known Aetheric frequencies. In the centre, Elara Vance sat cross-legged on a circular platform. Small, copper-threaded electrodes, the size of ladybirds, were suctioned to her temples and the faint, golden 'circuitry' tracing the delicate skin of her forearms. She was hooked into a thousand lines of diagnostic gear, a signal to be calibrated. To the O.S.I. researchers behind the lead-glass, she was a variable to be controlled. To herself, she felt like a finely-tuned radio tower being deliberately forced to broadcast its signal directly into the heart of a cosmic hurricane.</w:t>
      </w:r>
    </w:p>
    <w:p>
      <w:r>
        <w:t>Across the reinforced partition, Agent Sarah Chen, the Triad's primary handler, stood sentinel at a holographic interface. Her face was set in a grim mask of concentration, her eyes scanning a wall of scrolling green telemetry that tracked Elara's neural output and Spark modulation in real-time.</w:t>
      </w:r>
    </w:p>
    <w:p>
      <w:r>
        <w:t>'Subject Vance, begin the decryption sequence,' Chen's voice crackled through the bone-conduction headset Elara wore. The sound vibrated against her inner ear, a grounding anchor in the mounting silence. 'We are dropping the salt-shielding in increments of five percent. Map the resolution of the Static as it filters in and report the perceived data-rate.'</w:t>
      </w:r>
    </w:p>
    <w:p>
      <w:r>
        <w:t>As the massive, electromagnetic iron plates built into the chamber walls retracted with a low, hydraulic groan that shook the floor, Elara's world didn't just get brighter; it fractured. The pristine, sterile white room suddenly had its resolution fail, as if the reality was a high-definition screen suffering catastrophic pixelation.</w:t>
      </w:r>
    </w:p>
    <w:p>
      <w:r>
        <w:t xml:space="preserve">The Static flooded her vision—not as white noise, but as a dense, golden, vibrating lattice of pure data that existed between the atoms of the air, woven into the very fabric of the physical world. She saw the </w:t>
      </w:r>
      <w:r>
        <w:rPr>
          <w:b/>
        </w:rPr>
        <w:t>Threads</w:t>
      </w:r>
      <w:r>
        <w:t xml:space="preserve"> of the O.S.I. servers not as sheathed wires and optical fibres, but as frantic, rhythmic pulses of electric intent. The air was a river of compressed information.</w:t>
      </w:r>
    </w:p>
    <w:p>
      <w:r>
        <w:t>'Observation 114,' Elara whispered, her voice tight, her eyes bleeding molten amber light as her Spark surged to meet the input. 'The Aetheric signal isn't noise at all. It's a broadcast with a variable bit-rate. I can see the... the packet-loss in the room. The Shackle didn't delete magic; it just down-sampled it. It compressed the signal to its barest frequency. We aren't being haunted by ghosts; we are being re-rendered by a broken server.'</w:t>
      </w:r>
    </w:p>
    <w:p>
      <w:r>
        <w:t>A technician, his face pale, frantically reported the readings on his board. 'Her neural output is hitting 450 milliwatts! Director, she's not just observing the code... she's actively starting to compile it. Her brain is processing raw Aetheric data faster than our primary analysis engine!'</w:t>
      </w:r>
    </w:p>
    <w:p>
      <w:r>
        <w:t>Elara felt the heat. It wasn't the searing pain of a burn, but the soul-deep friction of rapid, overwhelming computation. She was 'streaming' the unbinding—three hundred and thirty-three years of compressed Aetheric data rushing into her mind, which was acting as the sole, unprotected processor. The knowledge was a torrent, threatening to unmake her sanity.</w:t>
      </w:r>
    </w:p>
    <w:p>
      <w:r/>
      <w:r>
        <w:rPr>
          <w:i/>
        </w:rPr>
        <w:t xml:space="preserve"> </w:t>
      </w:r>
      <w:r>
        <w:t xml:space="preserve"> *</w:t>
      </w:r>
    </w:p>
    <w:p>
      <w:r>
        <w:t>II. THE BODY: THE PRESSURE BAY</w:t>
      </w:r>
    </w:p>
    <w:p>
      <w:r>
        <w:t>In the adjacent bay, the environment was a masterpiece of controlled, industrial brutality. The walls were reinforced with kinetic dampeners, and the floor was a composite of titanium alloys rated to withstand extreme duress.</w:t>
      </w:r>
    </w:p>
    <w:p>
      <w:r>
        <w:t>Caleb Miller stood in the centre of a circular pressure plate, stripped to the waist. His muscles were corded and tense, his skin slick with a sweat that shimmered faintly, like mercury reflecting a distant light. His 'chrome' eyes flickered with an erratic, silver light, preparing for the incoming load. Opposite him stood Specialist Rook, a towering enforcer of the O.S.I. The man's massive frame was unmoving, his silver-inked, serpentine tattoos glowing with a steady, watchful pulse—the dull, dense colour of a dying star.</w:t>
      </w:r>
    </w:p>
    <w:p>
      <w:r>
        <w:t>'Brace, Sewall,' Rook commanded, his voice a low, gravelly vibration. He gave no warning of the attack.</w:t>
      </w:r>
    </w:p>
    <w:p>
      <w:r>
        <w:t>He didn't strike with a fist or a foot. He simply took one deliberate, heavy step forward and placed a single, impossibly heavy hand flat against the centre of Caleb's sternum. Suddenly, the gravity in the room didn't just increase; it inverted. The air became a crushing liquid.</w:t>
      </w:r>
    </w:p>
    <w:p>
      <w:r>
        <w:t>It felt as if Rook hadn't simply leaned on him, but had instantly dropped a fully-loaded locomotive onto Caleb's chest. Caleb's knees buckled, his diaphragm seizing. The reinforced polymer floor tiles directly beneath the pressure plate spider-webbed instantly, sending radiating cracks across the surface, as his body's Guardian Spark automatically spiked its own internal density and mass to survive the apocalyptic load.</w:t>
      </w:r>
    </w:p>
    <w:p>
      <w:r>
        <w:t>'Too slow, Sewall,' Rook rumbled, leaning further into the pressure, his own body anchoring the inverted gravitational field. 'A Guardian doesn't just survive the weight. A Guardian becomes the weight. If you don't learn to anchor the kinetic energy in your marrow, the In-Between will turn your bones to glass the moment you try to use your powers outside. You aren't a man right now, Caleb. You're a structural support for reality, and you are failing.'</w:t>
      </w:r>
    </w:p>
    <w:p>
      <w:r>
        <w:t>Caleb choked back a gasp and then roared, a sound that dropped into the dual-toned, guttural Guardian's Register. The silver light beneath his skin surged, racing along his muscles and veins until they looked like glowing mercury tubes under the pressure. He planted his feet with a bone-jarring impact, his mass multiplying exponentially until the pressure plate below shrieked a warning at four hundred percent of its rated capacity. For a heartbeat, the two Guardians were a closed, terrifying loop of silver kinetic energy, a localised storm of gravity that made the overhead lights shatter in their fittings.</w:t>
      </w:r>
    </w:p>
    <w:p>
      <w:r/>
      <w:r>
        <w:rPr>
          <w:i/>
        </w:rPr>
        <w:t xml:space="preserve"> </w:t>
      </w:r>
      <w:r>
        <w:t xml:space="preserve"> *</w:t>
      </w:r>
    </w:p>
    <w:p>
      <w:r>
        <w:t>III. THE SOUL: THE ECHO ROOM</w:t>
      </w:r>
    </w:p>
    <w:p>
      <w:r>
        <w:t>The final test was the quietest, the least physically violent, and consequently the most profoundly disturbing.</w:t>
      </w:r>
    </w:p>
    <w:p>
      <w:r>
        <w:t>Silas Thorne sat in a room that smelled overwhelmingly of wet earth, crystallized old salt, and the stagnant, cold air of a cellar that had been sealed for a century. He was separated from Director Miller and the observation crew by a thick pane of lead-glass, designed to block both radiation and high-level Aetheric signature leakage. On Silas's side of the glass sat a single, plain wooden chair. Occupying that chair was a Hollowed—the perfectly preserved remains of a man who had died violently in 1924, held in a state of suspended Aetheric animation by the O.S.I. for forensic study.</w:t>
      </w:r>
    </w:p>
    <w:p>
      <w:r>
        <w:t>'The Threads are already there, Silas,' Miller's voice said over the speaker, sounding like a gavel hitting a block of oak. 'He's been dead a hundred years, nothing but a shell, but the Unbinding has given him a brief, volatile voice. Reach out. Anchor him. Give the data a destination, a point of termination.'</w:t>
      </w:r>
    </w:p>
    <w:p>
      <w:r>
        <w:t>Silas stared at the corpse, which looked like brittle, discoloured wax. To his eyes, the man wasn't just a dead body; he was draped in thick, rotting grey Threads of residual life-force and sorrow that snaked towards the ventilation grates like the grasping branches of a weeping willow. Silas felt a wave of profound nausea and existential coldness. This wasn't 'Aetheric Science'; this was a gross, terrifying violation of the 'Silence' he had spent his entire life protecting.</w:t>
      </w:r>
    </w:p>
    <w:p>
      <w:r>
        <w:t>'He wants to go back,' Silas said, his purple-stained fingers clenching the arms of his chair until the wood groaned. 'He's... he's tired of being loud. He just wants to be still.'</w:t>
      </w:r>
    </w:p>
    <w:p>
      <w:r>
        <w:t>'He's a data point, Thorne,' Miller replied, his voice utterly devoid of sympathy. 'Ground him. Secure the signal. Or the noise—the chaos of the Lich—will eventually ground you permanently.'</w:t>
      </w:r>
    </w:p>
    <w:p>
      <w:r>
        <w:t xml:space="preserve">Silas closed his eyes, forcing himself to disregard the man's suffering. He reached into the cold, empty, hollow space in his chest—the very centre of his being that acted as his 'Anchor'—and pulled. The midnight-black </w:t>
      </w:r>
      <w:r>
        <w:rPr>
          <w:b/>
        </w:rPr>
        <w:t>Chains</w:t>
      </w:r>
      <w:r>
        <w:t xml:space="preserve"> of his Spark erupted from his palms, spectral filaments of pure, anti-Aetheric containment energy, snapping onto the Hollowed's Threads with a metallic sound like iron-bolts being driven into stone.</w:t>
      </w:r>
    </w:p>
    <w:p>
      <w:r>
        <w:t>The Hollowed didn't physically move, but its jaw dropped open in a silent rictus, and a sound like grinding tectonic plates—a vast, resonant scraping—filled the room.</w:t>
      </w:r>
    </w:p>
    <w:p>
      <w:r>
        <w:t>'The... Crown...' the corpse wheezed, the voice layered with a terrifying, inhuman resonance that vibrated through the air, even through the glass.'The... Ancient... seees... you...'</w:t>
      </w:r>
    </w:p>
    <w:p>
      <w:r>
        <w:t>The temperature in the lab dropped forty degrees in a single, catastrophic second. Frost crystallized on the lead-glass in a fractal geometry that mirrored the terrifying architecture of the Void. Silas gasped, his eyes flying open, now twin wells of violet static and sheer terror. He felt a cold, vast, and impossibly ancient intelligence on the other end of the Chains—a presence that wasn't being contained, but was actively looking back at him through the eyes of the dead man.</w:t>
      </w:r>
    </w:p>
    <w:p>
      <w:r>
        <w:t>'He's watching me! He's here!' Silas screamed, the psychic intrusion unbearable. He severed the Chains with a psychic wrench of agony that threw him backward off his chair.</w:t>
      </w:r>
    </w:p>
    <w:p>
      <w:r>
        <w:t>The corpse slumped forward, the violet, lingering light in its eyes extinguishing instantly. Silas fell onto the floor, his hands shaking so violently he had to tuck them under his armpits to keep them still.</w:t>
      </w:r>
    </w:p>
    <w:p>
      <w:r/>
      <w:r>
        <w:rPr>
          <w:i/>
        </w:rPr>
        <w:t xml:space="preserve"> </w:t>
      </w:r>
      <w:r>
        <w:t xml:space="preserve"> *</w:t>
      </w:r>
    </w:p>
    <w:p>
      <w:r>
        <w:t>THE AFTERMATH: THE NEXUS POINT</w:t>
      </w:r>
    </w:p>
    <w:p>
      <w:r>
        <w:t>The heavy, hydraulic door to the lab section hissed open. Elara and Caleb were there, standing side-by-side, flanked by Agent Chen and Specialist Rook. They looked at Silas, still trembling on the floor, then at the lifeless, violated dead man. The 'Individual Training' was over, but the air in the vast room remained thick, charged with an unstable, overlapping frequency that felt like a temporal distortion.</w:t>
      </w:r>
    </w:p>
    <w:p>
      <w:r>
        <w:t>Director Miller, who had been observing the combined tests from the elevated observation deck, was a man whose expressions were usually as rigid as the reinforced concrete walls of the facility. Now, he leaned back from the glowing holographic data screen. The cold, precise calculation in his eyes was momentarily replaced by a deep, unsettling fatigue and dawning dread.</w:t>
      </w:r>
    </w:p>
    <w:p>
      <w:r>
        <w:t>'The Ancient sees you,' Miller murmured, his gaze distant, repeating the chilling words of the Hollowed.</w:t>
      </w:r>
    </w:p>
    <w:p>
      <w:r>
        <w:t>He tapped a final command onto the holographic interface, pulling up the spectral energy signatures recorded simultaneously during the three tests. It wasn't just a simple spike or an overload; it was a complex, interlocking waveform—dense, coherent, and chillingly familiar to deep-Aetheric physicists.</w:t>
      </w:r>
    </w:p>
    <w:p>
      <w:r>
        <w:t>Agent Chen walked up beside him, her brow furrowed in concentration. 'The Lich's signature is stabilising, Director. The initial reports suggested chaotic bursts, localised anchors, random energy fluctuations. This... this is a coherent broadcast. It's using the Aetheric potential of Silas's Chains to map our sanctuary's resonance signature. It's an information transfer.'</w:t>
      </w:r>
    </w:p>
    <w:p>
      <w:r>
        <w:t>Miller nodded slowly, the confirmation cementing his worst fears. 'It's establishing a stable presence, Agent, not just launching an attack. Like a virus gaining root access to the entire system. The Unbinding isn't a natural disaster of magic returning. It's a targeted campaign, and they are the keys to bypassing our security.'</w:t>
      </w:r>
    </w:p>
    <w:p>
      <w:r>
        <w:t>He gestured to the main screen, where the three distinct spectral signatures—Elara's brilliant golden data-lattice, Caleb's dense silver kinetic whirlwind, and Silas's midnight-black chains of containment—were visibly beginning to bleed into one another at the edges of the graph.</w:t>
      </w:r>
    </w:p>
    <w:p>
      <w:r>
        <w:t>'The Oracle, the Guardian, and the Anchor,' Chen summarized, reciting the O.S.I. classifications from memory. 'Three distinct power sources, three different ways to interact with the Static. And we, in our wisdom, just put them all in the same highly volatile room.'</w:t>
      </w:r>
    </w:p>
    <w:p>
      <w:r>
        <w:t>'Precisely,' Miller said, standing up, his frame suddenly rigid with renewed focus. 'The Lich didn't find the specific frequency it needed; we handed it the entire orchestra, in perfect tune. When they all connected to the Aether during their training, their distinct resonances didn't stay separate. They briefly, perfectly interlocked. Elara compiled the raw, universal data, Caleb anchored the immense energy in physical reality, and Silas provided the clean, instantaneous channel directly to the In-Between. For a split second, they became a single, perfect Nexus Point.'</w:t>
      </w:r>
    </w:p>
    <w:p>
      <w:r>
        <w:t>Chen paled, a rare sight. 'If they can form a Nexus Point, then the Lich isn't looking for individuals. It's looking for the combination. The key.'</w:t>
      </w:r>
    </w:p>
    <w:p>
      <w:r>
        <w:t>'And it just found the three most powerful combination pieces we have,' Miller finished, running a tired hand over his face. 'The individual training is over. If the Lich can bypass our external shielding using this resonance, then our only defence—and the only way to fight back—is the three of them acting as one. We need to teach them to synchronize their powers, not just control them in isolation. We need to weaponize that Nexus Point before the Ancient uses it to tear a permanent hole in reality and drag the Sanctuary down.'</w:t>
      </w:r>
    </w:p>
    <w:p>
      <w:r>
        <w:t>He turned to Chen, his eyes sharp and focused once more, the fatigue gone. 'Prep the main briefing room. Immediate shift to advanced tactical synchronization drills. From now on, they work as a unit. And Agent Chen? Double the internal security detail around Silas Thorne. If the Lich can possess the dead, imagine what it can do to the living bridge he provides.'</w:t>
      </w:r>
    </w:p>
    <w:p>
      <w:pPr>
        <w:pageBreakBefore w:val="1"/>
      </w:pPr>
      <w:r>
        <w:t>CHAPTER TWENTY-TWO</w:t>
      </w:r>
    </w:p>
    <w:p>
      <w:pPr>
        <w:pageBreakBefore w:val="1"/>
      </w:pPr>
      <w:r>
        <w:t>CHAPTER TWENTY-TWO: The Sympathetic Chord</w:t>
      </w:r>
    </w:p>
    <w:p>
      <w:r>
        <w:t>September 24, 2025 – 04:30 PM</w:t>
      </w:r>
    </w:p>
    <w:p>
      <w:r>
        <w:t>O.S.I. Sanctuary – Sublevel 2 (Stabilization Suite Delta)</w:t>
      </w:r>
    </w:p>
    <w:p>
      <w:r>
        <w:t>The 'Aetheric Fever' hit them the moment the heavy, pressure-sealed lab doors hissed shut, the sound a final, metallic verdict on their near-fatal experiment. It wasn't a sudden, acute pain, but a deep, systemic collapse that began in the marrow and radiated outward.</w:t>
      </w:r>
    </w:p>
    <w:p>
      <w:r>
        <w:t>In the sterile, dispassionate language of O.S.I. medical manuals, this catastrophic physical state was clinically categorized as Phase-Shift Exhaustion—the predictable, yet often lethal, systemic fallout that occurred when a biological Spark was pushed past its recursive threshold. For Elara, Caleb, and Silas, the clinical terms failed to capture the raw agony of it: it felt as though their blood had been instantaneously replaced with liquid lead and that their entire nervous system was being relentlessly scrubbed with industrial-grade sandpaper. Every pulse was a thunderclap of residual, unstable Aether.</w:t>
      </w:r>
    </w:p>
    <w:p>
      <w:r>
        <w:t>They were unceremoniously ushered into Suite Delta, a designated 'Communal Stabilization Lounge,' which was, in reality, a disturbingly high-end holding pen designed to contain, rather than comfort, its occupants. The room was unnervingly quiet. The walls were padded with thick, salt-treated silk, rumored to passively absorb errant magical energy, and the floor was a single, seamless slab of grounding obsidian, deliberately chosen for its capacity to deaden kinetic feedback.</w:t>
      </w:r>
    </w:p>
    <w:p>
      <w:r>
        <w:t>'Don't touch the walls,' Caleb rasped, the warning strained and sharp. His voice, usually a deep baritone, still held that disconcerting dual-toned metallic vibration, the lingering echo of his power's unstable density.</w:t>
      </w:r>
    </w:p>
    <w:p>
      <w:r>
        <w:t>He didn't walk so much as he simply fell into the nearest heavy, reinforced armchair, the specialized frame groaning—not with the strain of his physical mass, but the lingering, hyper-dense quality of his being. His mercury-skin was dull, flat, and mottled, the colour of a tarnished silver coin that hadn't seen the light of day in a century. He was sweating profusely—a thick, shimmering substance that defied physics by instantly evaporating into a silvery mist before a single droplet could hit the obsidian floor.</w:t>
      </w:r>
    </w:p>
    <w:p>
      <w:r>
        <w:t>'I can't... I can't turn it off,' Caleb whispered, staring at his hands with horrified fascination. The sheer kinetic weight of his power had become involuntary. 'The Brace is stuck. I feel like I'm trying to hold up the ceiling even though there's nothing there. Every breath is a deadlift.'</w:t>
      </w:r>
    </w:p>
    <w:p>
      <w:r>
        <w:t>Silas, ever the embodiment of restless energy, couldn't sit. He retreated to the furthest corner, his forehead pressed hard against the cold, lead-glass window, seeking a grounding chill that the room's ambient Aetheric warmth denied him. He was shivering violently, his purple-stained fingers tucked deep into his armpits. Where his breath hit the glass, the frost didn't form in the random, chaotic patterns of condensation; instead, it formed into the same intricate, recurring geometric sigils that were now permanently etched into Elara's palms.</w:t>
      </w:r>
    </w:p>
    <w:p>
      <w:r>
        <w:t>'The Lich is still in the room,' Silas muttered, his voice dropping into the low, hollow resonance of the Anchor. His violet eyes were frighteningly bloodshot, the pupils wide and completely non-responsive to the room's ambient light. 'He's not a voice anymore. He's a frequency. Like a hum you can't quite hear but your teeth can feel. He's buzzing in the walls.'</w:t>
      </w:r>
    </w:p>
    <w:p>
      <w:r>
        <w:t>Elara, the Weaver, sat on the edge of a low, reinforced table, her golden sigils pulsing a weary, rhythmic amber, like a dying firefly. She was the 'Mind,' and while the boys were physically shattered by the kinetic and spiritual drain, her brain was operating at an overclocked, frantic speed that made the very air around her feel hot and charged with potential.</w:t>
      </w:r>
    </w:p>
    <w:p>
      <w:r>
        <w:t>'We connected, Silas,' Elara said, her voice sounding unnervingly calm, a terrifying sign of her own internal overdrive. 'In the lab. At the Nexus Point. For three seconds, I wasn't just in my own head. I was in yours. I felt the 'Chains.' I felt how heavy the dead are—the sheer, crushing weight of every soul you've ever anchored.'</w:t>
      </w:r>
    </w:p>
    <w:p>
      <w:r>
        <w:t>She shifted her gaze, turning her burning focus to Caleb. 'And I felt your mass. It wasn't just strength or density. It was... history. It was a timeline of every conflict. I felt the Magistrate's knife through your bones, every time. I felt the moment your father's Spark collapsed.'</w:t>
      </w:r>
    </w:p>
    <w:p>
      <w:r>
        <w:t>Caleb looked up, the chrome irises of his eyes flickering violently, struggling to maintain a coherent shape. 'The Nexus Point. That's what Miller is calling it now. He acted like he discovered a new element, a new law of physics. He didn't see three people almost dying; he saw a machine finally starting up. He saw potential energy.'</w:t>
      </w:r>
    </w:p>
    <w:p>
      <w:r>
        <w:t>'That's because that's all we are to him,' Silas said, turning sharply away from the window, his eyes blazing with a sudden, spiritual indignation. 'Sarah Chen talks about 'understanding' the Aetheric tri-fold, but Miller talks exclusively about 'output' and 'efficiency.' Did you see the sensors they had on us? The biometric readings? They weren't checking our pulses or our oxygen levels. They were checking the wattage—the raw power draw we were generating.'</w:t>
      </w:r>
    </w:p>
    <w:p>
      <w:r>
        <w:t>A low, profound, rhythmic thrumming began to vibrate up through the seamless obsidian floor—the Sanctuary's massive, primary Aetheric turbines spooling up for the transition into the night cycle. The sound was constant, inescapable, and heavy.</w:t>
      </w:r>
    </w:p>
    <w:p>
      <w:r>
        <w:t>'Observation 116,' Elara whispered, the analytical, archival instinct of the Weaver surfacing as an immediate, involuntary defence mechanism against the chaos. 'The Sanctuary doesn't just protect us. It harvests the 'leakage' from our Resonance. The lights in the hallway... they're visibly brighter when we're in the same room. The air conditioning is silent. We aren't just guests being stabilised. We're the power plant. We're the battery.'</w:t>
      </w:r>
    </w:p>
    <w:p>
      <w:r>
        <w:t>The devastating realization settled over them like a cold, suffocating shroud of truth. The Difficult Partnership Sewall had brokered, the one they had reluctantly agreed to, was revealing its true, cynical, exploitative architecture.</w:t>
      </w:r>
    </w:p>
    <w:p>
      <w:r>
        <w:t>'He said individual training is over,' Caleb said, his jaw tightening, the physical effort required to speak enormous. 'Tomorrow, we work as a unit. 'Advanced Tactical Drills.' That's O.S.I. speak for 'Let's see how much we can pull through the wire before it melts and we have to replace the conductors.''</w:t>
      </w:r>
    </w:p>
    <w:p>
      <w:r>
        <w:t>Elara stood up, her legs shaky and unsure, but her golden eyes were burning with a sudden, terrifyingly sharp clarity. The blinding headache from the 'Compiling' in the Null Chamber had crystallized into a singular, obsessive goal, focusing her power with lethal precision.</w:t>
      </w:r>
    </w:p>
    <w:p>
      <w:r>
        <w:t>'He called us the keys,' Elara said, the sentence a statement of fact, not an ego boost. 'But keys don't just lock doors and keep secrets. They open them. Miller is hiding something in the Sublevel 1 archives. I saw Sarah Chen bypass an encryption today, a three-phase cipher, that she thought I didn't notice. It was labeled Project: Kinetic Shackle.'</w:t>
      </w:r>
    </w:p>
    <w:p>
      <w:r>
        <w:t>'The Shackle is what Sewall called the spell,' Silas noted, his voice dropping into the familiar, ominous register of the Anchor preparing for a confrontation. 'The one they used to bind the city's Aether during the first Incursion. If they're using that name for a project, they aren't trying to stop the Unbinding. They're trying to replicate it. They want to weaponize the Chains.'</w:t>
      </w:r>
    </w:p>
    <w:p>
      <w:r>
        <w:t>'I'm going to find it,' Elara declared, the decision absolute.</w:t>
      </w:r>
    </w:p>
    <w:p>
      <w:r>
        <w:t>'You can't,' Caleb warned, the fear in his voice a new, heavy weight. He didn't move to physically stop her, but his silver eyes pleaded. 'Rook is patrolling the West Wing. He's the most powerful non-Spark the O.S.I. employs. The sensors will pick up your Spark—your golden energy signature—the second you leave the salt-line.'</w:t>
      </w:r>
    </w:p>
    <w:p>
      <w:r>
        <w:t>'Then don't let me leave the line,' Elara said. She looked directly at both of them, her trust in the Triad absolute. 'Caleb, if you Brace the local sensors—if you create a kinetic vacuum around this specific suite, a localised gravity well of non-activity—the O.S.I. won't see a Weaver leaving. They'll just see a momentary data-drop. A localised ghost in the machine. A glitch in the system.'</w:t>
      </w:r>
    </w:p>
    <w:p>
      <w:r>
        <w:t>Caleb looked down at his father's tarnished signet ring, which he had placed on the table, then back at Elara. The profound sense of betrayal he had felt in the lab—that his own body was a tool being analyzed—was a physical, debilitating weight, heavier than any density he had ever carried. But the fear of the cage was heavier still.</w:t>
      </w:r>
    </w:p>
    <w:p>
      <w:r>
        <w:t>'Give me ten minutes to stabilise my core,' Caleb said, his silver light flaring, not with pain, but with a purposeful, resolute platinum glow. The heat left his skin, replaced by a cold, solid resolve. 'I'll create the blackout. The window is tight—a thirty-second drop in sensor activity, max. But Elara? If you find what I think you're going to find... we aren't staying for the morning drills. We're breaking quarantine.'</w:t>
      </w:r>
    </w:p>
    <w:p>
      <w:r>
        <w:t>'I know,' Elara replied, the simple acknowledgment serving as a bond far stronger than any oath.</w:t>
      </w:r>
    </w:p>
    <w:p>
      <w:r>
        <w:t>As the Triad sat in the flickering, unsteady amber light of the Stabilization Suite, the Sympathetic Chord—the instantaneous, resonant connection of their three distinct Sparks—finally settled into a steady, dangerous harmony. They were no longer three individuals being studied, contained, and categorized; they were a volatile unit beginning to realise they were being held in a sophisticated, gilded cage.</w:t>
      </w:r>
    </w:p>
    <w:p>
      <w:r>
        <w:t>The 'Slow Burn' of the Sanctuary was officially over. The covert, high-stakes search for the Kinetic Shacklewas about to begin.</w:t>
      </w:r>
    </w:p>
    <w:p>
      <w:pPr>
        <w:pageBreakBefore w:val="1"/>
      </w:pPr>
      <w:r>
        <w:t>CHAPTER TWENTY-THREE</w:t>
      </w:r>
    </w:p>
    <w:p>
      <w:r>
        <w:t>The Shared Static</w:t>
      </w:r>
    </w:p>
    <w:p>
      <w:r>
        <w:t>September 24, 2025 – 09:15 PM</w:t>
      </w:r>
    </w:p>
    <w:p>
      <w:r>
        <w:t>O.S.I. Sanctuary – Sublevel 2 (Observation Deck / Suite Delta)</w:t>
      </w:r>
    </w:p>
    <w:p>
      <w:r>
        <w:t>'The individual identities are blurring, Director,' Agent Sarah Chen said, her voice dropping to a professionally trained whisper that barely disturbed the ambient hum of the observation room. The air in Sublevel 2, perpetually chilled and filtered, did nothing to alleviate the nervous tension coiling in her gut.</w:t>
      </w:r>
    </w:p>
    <w:p>
      <w:r>
        <w:t>She wasn't looking at the Triad directly through the thick, lead-glass viewport of Suite Delta. Her focus was absolute, pinned to a high-resolution, proprietary display—the 'Aetheric EEG' monitor. The screen, a constellation of hyper-sensitive telemetry, had been reporting alarming data for the last forty minutes. Three distinct, energetic wave-patterns—coded visually as gold (Elara), silver (Caleb), and violet (Silas)—were no longer oscillating at their separate, stable frequencies. Instead, the lines were twisting, merging, and braiding into a single, cohesive strand of energy. It looked less like a biological reading and more like a luminous, triple-helix of digital light—a terrifying fusion of consciousness.</w:t>
      </w:r>
    </w:p>
    <w:p>
      <w:r>
        <w:t>'They aren't just communicating in there,' Chen continued, her eyes racing over the descending data log. 'Their REM cycles are synchronizing perfectly, dipping and spiking in unison. Their heart rates are locked into a flawless, unnerving 60-BPM rhythm. It's a complete bio-sympathy.' She paused, her finger hovering over a diagnostic readout labeled 'Sanctuary Field Integrity.' 'It's as if the Sanctuary's layered iron-and-salt shielding, which is designed to dampen their abilities, is paradoxically forcing their souls to occupy the same neural space just to survive the sheer compressive pressure. The containment is acting as a catalyst.'</w:t>
      </w:r>
    </w:p>
    <w:p>
      <w:r>
        <w:t>Director Miller, a man whose presence always felt heavier than his physical weight, stood behind her. His silhouette, sharp and unmoving, was reflected in the dark glass that separated the watchers from the watched. He watched the three young adults sitting in the sterile, oppressive silence of the lounge below. To a normal, untrained observer, they would appear simply as three exhausted individuals staring blankly at the beige, salt-treated walls—the picture of compliant detention. To Miller, armed with his family's terrifying legacy and the O.S.I.'s data, they were no longer patients; they were a collective, rapidly ticking clock.</w:t>
      </w:r>
    </w:p>
    <w:p>
      <w:r>
        <w:t>'It's the First Harmonic,' Miller finally stated, his voice a low, gravelly counterpoint to the room's hum. He didn't need the screen; he had the knowledge etched into his lineage. 'My ancestor's notes called it 'The Great Unison.' It is the point of no return. When the Triad becomes a single, unified mind, the world's mundane, physical laws begin to falter and fail across a fifty-yard radius, starting at the epicenter.' His reflection leaned forward, his eyes burning with a dangerous mix of excitement and apprehension. 'Sarah, check the external sensors on Sublevel 2. I want a full environmental report.'</w:t>
      </w:r>
    </w:p>
    <w:p>
      <w:r>
        <w:t>Chen immediately tapped the screen, pulling up the Sublevel's floorplan schematic. 'Ambient temperature in the corridor is dropping precipitously, Director. It's approaching freezing near Suite Delta. Gravity in the hallway outside their door has increased by four percent—the monitoring system is reading localised density spikes. And the digital noise...' she hesitated, her brow furrowing as she looked at the combined spectral analysis. 'The Lich's signature—that low, corrupted, parasitic frequency—it's no longer a separate anomaly. It is weaving itself directly into their combined signal. It's using their unison as a carrier wave to project its influence into the physical world.'</w:t>
      </w:r>
    </w:p>
    <w:p>
      <w:r/>
      <w:r>
        <w:rPr>
          <w:i/>
        </w:rPr>
        <w:t xml:space="preserve"> </w:t>
      </w:r>
      <w:r>
        <w:t xml:space="preserve"> *</w:t>
      </w:r>
    </w:p>
    <w:p>
      <w:r>
        <w:t>Inside Suite Delta, the world had lost its comforting, linear edges. The air itself tasted of ozone and copper, and the furniture seemed to subtly shimmer, betraying the instability of its atomic structure.</w:t>
      </w:r>
    </w:p>
    <w:p>
      <w:r>
        <w:t>Elara sat with her eyes closed, her body rigid in the heavy lounge chair. But she wasn't seeing darkness. She was seeing through Silas's eyes, a vision of the world composed of a chaotic, sickening mass of translucent grey Threads and weeping, drowned-out shadows. She felt the heavy, water-logged grief and the paralyzing, cold dread of the Drowned—the restless dead Silas always saw—as if it were her own, personal affliction.</w:t>
      </w:r>
    </w:p>
    <w:p>
      <w:r/>
      <w:r>
        <w:rPr>
          <w:i/>
        </w:rPr>
        <w:t>Quiet,</w:t>
      </w:r>
      <w:r>
        <w:t xml:space="preserve"> she commanded internally, a thought that felt less like her own soprano voice and more like a sharp, golden chime in the mental space they shared. She felt Silas's mental 'Anchor,' a heavy, leaden weight of will, pull the overwhelming sensation back, but only barely.</w:t>
      </w:r>
    </w:p>
    <w:p>
      <w:r/>
      <w:r>
        <w:rPr>
          <w:i/>
        </w:rPr>
        <w:t>I can't,</w:t>
      </w:r>
      <w:r>
        <w:t xml:space="preserve"> Silas's voice echoed in her mind. It wasn't a sound; it was a pure, violet-tinted thought, heavy with fatigue. </w:t>
      </w:r>
      <w:r>
        <w:rPr>
          <w:i/>
        </w:rPr>
        <w:t>There are too many of them now. The Lich is pushing them. They're using the ventilation ducts and the drain pipes to reach me. The containment field is amplifying them.</w:t>
      </w:r>
      <w:r/>
    </w:p>
    <w:p>
      <w:r/>
      <w:r>
        <w:rPr>
          <w:i/>
        </w:rPr>
        <w:t>Brace against me,</w:t>
      </w:r>
      <w:r>
        <w:t xml:space="preserve"> Caleb's presence interjected, cutting through the Static like a surge of electrical current. His contribution felt like a warm, silver-mercury weight, a solid, protective density pressing against the edges of the Shared Static. </w:t>
      </w:r>
      <w:r>
        <w:rPr>
          <w:i/>
        </w:rPr>
        <w:t>I'll take the structural pressure. Just focus on the underlying code, Elara. Find the network door. Find the escape vector.</w:t>
      </w:r>
      <w:r/>
    </w:p>
    <w:p>
      <w:r>
        <w:t>Elara gasped, her eyes flying open. She looked across the room at Caleb and Silas. They were both looking back at her, their expressions perfectly synchronized—a strained intensity that mirrored her own shock. For a disorienting, terrifying heartbeat, she couldn't remember which of them carried the 'Leaden Ache' of the physical burden and which of them saw the 'Chains' of the spirit world. All that mattered was the collective purpose.</w:t>
      </w:r>
    </w:p>
    <w:p>
      <w:r>
        <w:t>'The resolution is too high,' Elara whispered, her voice sounding triple-toned—a bizarre, harmonic blend of her own soprano, Caleb's metallic rumble, and Silas's dry, rasping baritone. 'I can feel the O.S.I. servers in the room above us as if they were my own nervous system. I can feel the 'Kinetic Shackle' files... they're pulsing. They're hungry for our energy signatures.'</w:t>
      </w:r>
    </w:p>
    <w:p>
      <w:r>
        <w:t>'We're not individuals anymore,' Silas said, looking down at his hands, a morbid fascination in his eyes. For a split second, his skin shimmered with Caleb's intense, blinding silver light before returning to its bruised purple. 'We're becoming the Machine they tried to make us.'</w:t>
      </w:r>
    </w:p>
    <w:p>
      <w:r>
        <w:t>'Not yet,' Caleb said, his voice firm, rising to his feet with an almost impossible speed. The movement itself was a calculated, forceful release of energy. It caused the obsidian floor tiles to groan, and a visible, rippling silver shockwave expanded silently through the immediate space. 'The O.S.I. thinks we're stabilising. They think they have us calibrated, measured, and filed away. But if we can share a mind, we can share a plan that bypasses their telemetry entirely.'</w:t>
      </w:r>
    </w:p>
    <w:p>
      <w:r>
        <w:t>Caleb walked deliberately towards the reinforced door. His density intentionally spiked—an extreme, controlled increase in mass designed to 'bleach' or overload the localised gravimetric and kinetic sensors installed in the frame, just as they had practiced in their shared mental space. The silver light radiating from his skin was so intense now that it cast sharp, geometric shadows against the salt-treated walls, momentarily dazzling the visual cameras.</w:t>
      </w:r>
    </w:p>
    <w:p>
      <w:r>
        <w:t>'Now, Elara,' Caleb commanded, his voice a forceful thought. 'The 'Men in Grey' are watching the telemetry, the flashing lights, and the alarms, not the hallway outside. The Shared Static will mask your presence. You are just ambient noise.'</w:t>
      </w:r>
    </w:p>
    <w:p>
      <w:r>
        <w:t>Elara stood up, her golden sigils—the markings of the Librarian—flaring with a new, collective strength that felt both foreign and intimately familiar. She didn't feel like a careful, contained librarian anymore. She felt like a kinetic part of a rapidly building storm front.</w:t>
      </w:r>
    </w:p>
    <w:p>
      <w:r>
        <w:t>As she slipped out the door, moving with a silent urgency she didn't know she possessed, she realised she wasn't just carrying her own overwhelming curiosity to know the truth. She was carrying Silas's desperate, visceral need for silence and Caleb's ironclad, unwavering need for justice. The Triad was no longer a partnership of temporary convenience; it was a single, biological revolt against their jailers.</w:t>
      </w:r>
    </w:p>
    <w:p>
      <w:r>
        <w:t>The 'Slow Burn' of their individual struggles was over. The 'First Harmonic' was beginning, and the Librarian of Salem was about to find out exactly how much explosive weight a deeply buried O.S.I. secret could hold.</w:t>
      </w:r>
    </w:p>
    <w:p>
      <w:pPr>
        <w:pageBreakBefore w:val="1"/>
      </w:pPr>
      <w:r>
        <w:t>CHAPTER TWENTY-FOUR:</w:t>
      </w:r>
    </w:p>
    <w:p>
      <w:pPr>
        <w:pageBreakBefore w:val="1"/>
      </w:pPr>
      <w:r>
        <w:t>CHAPTER TWENTY-FOUR: The Glass Library</w:t>
      </w:r>
    </w:p>
    <w:p>
      <w:r>
        <w:t>September 24, 2025 – 09:30 PM</w:t>
      </w:r>
    </w:p>
    <w:p>
      <w:r>
        <w:t>O.S.I. Sanctuary – Sublevel 1 (The Archives)</w:t>
      </w:r>
    </w:p>
    <w:p>
      <w:r>
        <w:t>If the sterile, clinically humming labs were the exposed, frantic heart of the O.S.I., the library was its cold, silent soul—a vast, brutalist repository of three hundred and thirty-three years of suppressed history, protected not by magic, but by three inches of reinforced lead-glass and layers of mundane, bureaucratic silence. It was a space designed to contain information, not to share it.</w:t>
      </w:r>
    </w:p>
    <w:p>
      <w:r>
        <w:t>Elara Vance moved through the towering stacks not as a registered guest or an agent with clearance, but as a phantom, a ghost in the machine's elaborate works. Her infiltration was made possible by the impossible physics of the Shared Static—the localised kinetic vacuum Caleb was precariously maintaining two floors below. Thanks to the disruption, the O.S.I.'s network of infrared sensors and motion detectors didn't register a woman in a heavy-knit cardigan. Instead, they logged a momentary, negligible drop in ambient temperature, a faint flicker in the data-stream that the automated algorithms were designed to dismiss as background noise, as irrelevant cosmic dust.</w:t>
      </w:r>
    </w:p>
    <w:p>
      <w:r>
        <w:t>The library was an imposing testament to archival science and institutional paranoia. Thousands of irreplaceable volumes, some printed on papyrus or vellum dating back to the Roman occupation of Britain, were stored in nitrogen-sealed, climate-controlled cases. The air was desiccated to the point of pain, dry enough to sting Elara's eyes, carrying the faint, precise scent of ozone and the subtle, sweet rot of ancient, degrading glue. Through Elara's Gold-Tinted Vision—her augmented Aetheric sight—the room was not dark and silent, but a blinding storm of frozen, concentrated information. The very ink on the pages hummed with a low-frequency Aetheric residue, a psychic echo that the O.S.I.'s iron-and-concrete walls couldn't entirely dampen. It felt like walking through a mausoleum where the corpses still dreamed.</w:t>
      </w:r>
    </w:p>
    <w:p>
      <w:r>
        <w:t>'Looking for a bedtime story, Elara? Or are you just trying to find a way to categorize the end of the world?'</w:t>
      </w:r>
    </w:p>
    <w:p>
      <w:r>
        <w:t>The voice sliced through the silence like a scalpel. Elara spun around, the sudden adrenaline slamming her heart against her ribs. Agent Sarah Chen was leaning against a massive, dark-veined marble pillar, a study in exhaustion. Her required HUD-glasses were removed, revealing eyes that were alarmingly bloodshot and framed by deep, exhausted dark circles. She held a digital tablet that was bleeding a soft, intrusive violet light onto her face. Chen had been watching her, calculating.</w:t>
      </w:r>
    </w:p>
    <w:p>
      <w:r>
        <w:t>'I'm looking for the rest of the story,' Elara said, the residual effects of the Nexus Point making her voice sound triple-toned in the profound silence—a low, medium, and high frequency layered on top of each other. She gripped the heavy, iron-bound Sewall ledger to her chest like a shield. 'Miller said his ancestors were the jailers who built the Sanctuary. But the ledger says the jail was builtout of people. It says the Shackle wasn't a spell—it was a surgery. It was a machine.'</w:t>
      </w:r>
    </w:p>
    <w:p>
      <w:r>
        <w:t>Chen pushed off the pillar and walked over, her footsteps clicking sharply and precisely on the obsidian floor tiles. She made no move to trigger a silent alarm or call security. Instead, she tapped a rapid, complex sequence into a nearby archiving terminal. With a low, hydraulic groan, a rectangular section of the floor retracted into the depths, and a single, iron-bound pedestal rose slowly into view. On it sat a ridiculously thick, vellum-wrapped dossier labeled in crisp, black lettering:PROJECT: KINETIC SHACKLE.</w:t>
      </w:r>
    </w:p>
    <w:p>
      <w:r>
        <w:t>'Miller thinks I'm up here recalibrating the Siphon for his ritual tomorrow morning,' Chen whispered, her voice tight with a sudden, sharp, almost desperate rebellion. 'But I spent ten years as a computational scientist before I became a 'specialist.' And science, by its very nature, requires an honest look at the data, no matter how ugly it is. Read it, Elara. Read the cost of the O.S.I.'s silence.'</w:t>
      </w:r>
    </w:p>
    <w:p>
      <w:r>
        <w:t>Elara's fingers, trembling slightly, opened the ancient file. She was faced not with musty manuscripts or prophetic texts, but with clean, horrifying technical schematics and surgical diagrams. They depicted human bodies—living, breathing subjects—connected to a massive, rotating structure of pitted iron and flawless lead-glass. Intricate cables made of braided silver and copper were shown being meticulously integrated into the subjects' central nervous systems, their spines, and their primary Aetheric pathways.</w:t>
      </w:r>
    </w:p>
    <w:p>
      <w:r/>
      <w:r>
        <w:rPr>
          <w:i/>
        </w:rPr>
        <w:t>Observation 118:</w:t>
      </w:r>
      <w:r>
        <w:t xml:space="preserve"> Elara mentally logged, her mind reeling, trying to categorize the obscenity she was seeing.</w:t>
      </w:r>
    </w:p>
    <w:p>
      <w:r/>
      <w:r>
        <w:rPr>
          <w:i/>
        </w:rPr>
        <w:t>The Triad is not the pilot of the machine. The Triad is the fuel. The 1692 Shackle was not a one-time spell; it was a self-sustaining global 'Logic Gate' that required three continuous, functional heartbeats to maintain the frequency. When one triad member died, the O.S.I. didn't just mourn them — they 'harvested' another. For three hundred and thirty-three years, Station Zero hasn't been a Sanctuary to protect humanity. It's been a power plant, generating the Static.</w:t>
      </w:r>
      <w:r/>
    </w:p>
    <w:p>
      <w:r>
        <w:t>'Blueprints for a battery,' Elara whispered, the blood draining from her face, leaving her chilled. 'You aren't mapping our limits to help us grow into the next generation. You're calibrating us to see how long we'll last before the siphon burns our marrow to ash.'</w:t>
      </w:r>
    </w:p>
    <w:p>
      <w:r>
        <w:t>'It's the only way to keep the resolution low,' a new, bone-chillingly familiar voice joined them, laced with a thousand static whispers.</w:t>
      </w:r>
    </w:p>
    <w:p>
      <w:r>
        <w:t>Silas Thorne stepped out from the deep, impenetrable shadows of the furthest stacks. He looked like a corpse under the library's harsh UV archival lights, his skin so translucent that the intricate purple veins in his neck looked like a map of a different, dying city. 'I can hear them in the walls, Elara. The ghosts of the ones who came before us. The previous 'Anchors,' the former Triads. They didn't cross over. They were pinned to the iron foundation of this building—integrated into the structure itself—to keep the salt-seals and the kinetic pressure active. They're still screaming.'</w:t>
      </w:r>
    </w:p>
    <w:p>
      <w:r>
        <w:t>Suddenly, the library's internal red emergency lights began to pulse with a manic, rhythmic urgency. A heavy, sickeningTHUD... THUD... THUD... echoed from the levels immediately below, a sound that resonated in Elara's chest—the unmistakable sound of Caleb, no longer contained, fighting his way out of the medical wing.</w:t>
      </w:r>
    </w:p>
    <w:p>
      <w:r>
        <w:t>'Rook is moving him now. To the lower containment wing,' Chen said, her composure finally breaking, her eyes wide with fear. 'The Lich's breach in the Echo Room this afternoon... it proved the deep shielding is obsolete. Miller is going to attempt a 'Partial Shackle' tonight. He's moving up the timeline. They need the fuel now.'</w:t>
      </w:r>
    </w:p>
    <w:p>
      <w:r>
        <w:t>The library's massive, hydraulic doors hissed open with a finality that felt like doom. Director Miller stood there, perfectly composed, flanked by four tactical agents with their Light-Scythes drawn—humming, curved blades of pure, concentrated anti-Aetheric energy that threw off a blinding white light. He didn't look angry; he looked worse. He looked profoundly disappointed.</w:t>
      </w:r>
    </w:p>
    <w:p>
      <w:r>
        <w:t>'I had sincerely hoped you'd have more time to process the necessity of the sacrifice, Miss Vance,' Miller said, his voice as cold and depthless as the Atlantic Abyss. 'But the Lich is at the gates, tearing down the veil. It is always better for three to burn than for the world to freeze in the resulting Aetheric collapse.'</w:t>
      </w:r>
    </w:p>
    <w:p>
      <w:r>
        <w:t>Miller raised a hand, a gesture of command. The tactical agents moved instantly, with the practiced, chilling efficiency of a highly specialized hunting team.</w:t>
      </w:r>
    </w:p>
    <w:p>
      <w:r>
        <w:t>Elara didn't hesitate. She threw the damning PROJECT: KINETIC SHACKLE file—the massive vellum dossier—directly at Miller's face, buying a momentary, precious distraction. 'Chen, the door controls! Get us a window!' she yelled, spinning the heavy, iron-bound Sewall ledger over her head and smashing it with all her strength into the nearest agent's specialized visor. The reinforced lead-glass spiderwebbed under the brutal impact, the golden sigils on her palms flaring in sympathetic, uncontrolled fury.</w:t>
      </w:r>
    </w:p>
    <w:p>
      <w:r>
        <w:t>Chen was already a blur at the terminal, her fingers flying across the keys. 'System locked! I can only delay the internal security systems by forty-five seconds! That's all I have!'</w:t>
      </w:r>
    </w:p>
    <w:p>
      <w:r>
        <w:t>Silas didn't need a command. The violet light in his eyes flared to life, a blinding internal fire, and the residual Static in the room coalesced around him like iron filings around a magnet. He took a deep, shuddering, rattling breath, and the sterile, cold silence of the library was utterly shattered by a deafening chorus of spectral whispers—the collective, agonizing sound of the 'Shared Static' of the consumed Triads.</w:t>
      </w:r>
    </w:p>
    <w:p>
      <w:r>
        <w:t>'ANCHOR!' Silas growled, his voice no longer his own, but layered with the terrible, reverberating echoes of the dead souls trapped in the structure.</w:t>
      </w:r>
    </w:p>
    <w:p>
      <w:r>
        <w:t>He didn't just summon spirits; he drew the Aetheric residue from the very iron in the walls—the trapped, refined kinetic energy of every soul that had been 'consumed' and integrated by the O.S.I. in this structure. A shimmering, translucent wave of psychic agony and raw force surged towards the advancing tactical agents.</w:t>
      </w:r>
    </w:p>
    <w:p>
      <w:r>
        <w:t>The agents raised their Light-Scythes in a practiced defensive cross, the twin blades projecting pure, unfiltered beams of anti-Aetheric light. They sliced through the spectral forms, dissipating them instantly in silent bursts of violet smoke, but for every ghost vaporized, two more surged out of the dark obsidian floor tiles.</w:t>
      </w:r>
    </w:p>
    <w:p>
      <w:r>
        <w:t>'You cannot fight the necessity of order, Silas!' Miller shouted over the spectral roar, his hands clamped over his ears. 'You are the grounding for the siphon! You are structurally necessary for the Shackle's foundation!'</w:t>
      </w:r>
    </w:p>
    <w:p>
      <w:r>
        <w:t>'I am a grave!' Silas roared back, and the spectral forces surged forward, momentarily overwhelming the front line of tactical agents.</w:t>
      </w:r>
    </w:p>
    <w:p>
      <w:r>
        <w:t>Elara used the brief, chaotic opening, shoving Chen towards the retracted section of the floor that led to the pedestal. 'Go! Find the schematic for Sublevel 4 on that data-slate! We need to find Caleb! Now!'</w:t>
      </w:r>
    </w:p>
    <w:p>
      <w:r>
        <w:t>Elara spun, rapidly gathering the swirling, displaced energy from Silas's desperate Necromancy. Her golden sigils flared and dimmed in time with her heart, and she flung out a torrent of raw, unshaped force—a kinetic wave that struck Miller's shoulder with the blinding force of a hydraulic battering ram.</w:t>
      </w:r>
    </w:p>
    <w:p>
      <w:r>
        <w:t>Miller stumbled back three steps, but recovered instantly, pressing a large, red button on his wrist communicator. 'Sublevel 2 security breach confirmed. Deploying dampeners, maximum setting.'</w:t>
      </w:r>
    </w:p>
    <w:p>
      <w:r>
        <w:t>A deafening, high-pitched, metallic whine filled the entire room, vibrating in Elara's teeth. The Aetheric pressure dropped instantly and rapidly. Silas screamed, clutching his head as the spectral echoes were abruptly, violently silenced, stripped from him by the O.S.I.'s localised dampening field. The violent violet light in his eyes died, leaving them dull and exhausted.</w:t>
      </w:r>
    </w:p>
    <w:p>
      <w:r>
        <w:t>Elara felt the light in her own sigils dimming, a cold, empty, terrifying sensation washing over her. She was losing her connection to the In-Between, becoming human again. The tactical agents, no longer distracted, advanced. One swung his Light-Scythe in a wide, lethal arc that seared the air inches above her head, missing her by a hair's breadth.</w:t>
      </w:r>
    </w:p>
    <w:p>
      <w:r>
        <w:t>Chen reappeared from the pedestal's pit, clutching the data-slate. 'Got it! Lower Containment is only accessible through the old sewage tunnels from the East Wing! It's the only route not covered by modern sensors!'</w:t>
      </w:r>
    </w:p>
    <w:p>
      <w:r>
        <w:t>'Then let's go slumming,' Elara gasped, grabbing Silas's arm and hauling his drained, weakened body towards the massive, lead-glass viewing window that separated the archives from the main corridor.</w:t>
      </w:r>
    </w:p>
    <w:p>
      <w:r>
        <w:t>She had one shot left. Gathering every last, dwindling flicker of Aetheric energy, she focused it not on offense, but on structural integrity. She created a hyper-concentrated kinetic field, reinforcing the three-inch-thick glass window with sheer force, pushing the material far beyond its physical limits until it was hyper-pressurized, brittle, and agonizingly taut.</w:t>
      </w:r>
    </w:p>
    <w:p>
      <w:r>
        <w:t>With a final, desperate, defiant heave, she delivered a high-impact kick to the exact centre of the stressed glass.</w:t>
      </w:r>
    </w:p>
    <w:p>
      <w:r>
        <w:t>The three-inch lead-glass exploded outward in a deafening, chest-rattling sonic boom and a million razor-sharp, flying shards. The sheer concussive force of the explosion staggered Miller and the remaining agents, blinding them in a cloud of glass dust and noise, giving Elara, Silas, and Chen the narrow, chaotic window they needed to dive headlong into the maelstrom and escape towards the service tunnels.</w:t>
      </w:r>
    </w:p>
    <w:p>
      <w:r>
        <w:t>The Librarian of Salem was no longer filing history; she was shattering it into a million pieces.</w:t>
      </w:r>
    </w:p>
    <w:p>
      <w:pPr>
        <w:pageBreakBefore w:val="1"/>
      </w:pPr>
      <w:r>
        <w:t>CHAPTER TWENTY-FIVE</w:t>
      </w:r>
    </w:p>
    <w:p>
      <w:r>
        <w:t>Redacted Lineages</w:t>
      </w:r>
    </w:p>
    <w:p>
      <w:r>
        <w:t>September 24, 2025 – 10:15 PM</w:t>
      </w:r>
    </w:p>
    <w:p>
      <w:r>
        <w:t>O.S.I. Sanctuary – Sublevel 4 (Service Tunnels)</w:t>
      </w:r>
    </w:p>
    <w:p>
      <w:r>
        <w:t>The service tunnels beneath Station Zero were not the slick, wet domain of common sewage, but a labyrinth of dry, ancient concrete and low-frequency electrical hum. The air was thick, not with waste, but with the cloying scent of oxidized metal and the residual salt-spray from the Atlantic bedrock far overhead. This was the digestive tract of the Order of the Silver Eye's subterranean campus, and it was here, in the shadows, that the institution's most carefully maintained secrets were finally hemorrhaging.</w:t>
      </w:r>
    </w:p>
    <w:p>
      <w:r>
        <w:t>Elara Vance moved with a desperate, jarring stride, a hand clamped onto Silas Thorne's shoulder for purchase. The recent library explosion—a chaotic burst of lead-glass and kinetic force—had peppered her face with shallow, stinging wounds, but the pain registered as a distant, unimportant static. Her Mind was a high-speed data stream struggling to buffer; the golden sigils flaring on her palms flickered rapidly, like a server under a denial-of-service attack, trying to process the catastrophic truth she had just downloaded from the restricted Kinetic Shackle files.</w:t>
      </w:r>
    </w:p>
    <w:p>
      <w:r>
        <w:t>Behind them, the high-pitched, tooth-jarring whine of the O.S.I. dampeners—devices designed to neutralize unauthorized paranormal activity—was a constant, muffled presence, only barely absorbed by layers of reinforced granite. It was the sound of a closing trap.</w:t>
      </w:r>
    </w:p>
    <w:p>
      <w:r>
        <w:t>'Stop. Here.' Agent Sarah Chen, her tactical breathing ragged and shallow, dropped against a massive, rusting steam pipe. Her voice was a sharp echo in the narrow, circular tunnel. They had arrived at a junction that widened slightly, a forgotten maintenance alcove choked with bundled fibre-optic cables and disused ventilation conduits. 'The motion sensors in this sector are first-generation, analog. The Lich can't digitally hijack them, and the Director won't cycle the manual security check for another ten minutes. We need to look at what I pulled from that pedestal.'</w:t>
      </w:r>
    </w:p>
    <w:p>
      <w:r>
        <w:t>Chen slumped, exhaustion turning her posture into a defeated curve. She held up the thick, military-grade data-slate she had snatched from the library's terminal. The screen was spiderwebbed with cracks, yet the O.S.I. logo—the chillingly clinical Silver Eye—glowed with a steady, defiant blue.</w:t>
      </w:r>
    </w:p>
    <w:p>
      <w:r>
        <w:t>'You said they've been tracking us. Monitoring us,' Silas said, his voice dropping into the low, echoing, resonant register of the Anchor. He stared down at his own purple-stained fingers, a physical manifestation of the Aetheric energy he commanded. 'Show me. Show me why I spent my childhood isolated in a 'specialized' group home instead of with my father. Show me the lie they built my life on.'</w:t>
      </w:r>
    </w:p>
    <w:p>
      <w:r>
        <w:t>Chen, her face grim, swiped a finger across the cracked glass, bypassing a nested series of biometric and alphanumeric locks. 'It's far beyond simple tracking, Silas. It's... it's targeted, multi-generational curation. They weren't just observing the bloodlines; they were cultivating them.'</w:t>
      </w:r>
    </w:p>
    <w:p>
      <w:r>
        <w:t>She opened a folder labeled in cold, institutional capital letters:[REDACTED] LINEAGES: SUBJECT 09-THORNE.</w:t>
      </w:r>
    </w:p>
    <w:p>
      <w:r>
        <w:t>Silas leaned in, his violet eyes locking onto the screen. It displayed a grainy, black-and-white surveillance photograph from 1998. The image showed a man sitting on a park bench, holding a smiling toddler. The man possessed the identical sharp jawline and heavy, thoughtful brow that defined Silas's own features.</w:t>
      </w:r>
    </w:p>
    <w:p>
      <w:r>
        <w:t>'That's him,' Silas whispered, the shock hollowing his voice. 'That's Elias Thorne. My father.'</w:t>
      </w:r>
    </w:p>
    <w:p>
      <w:r>
        <w:t>'Look at the Metadata tags,' Chen urged, pointing to the scrolling text box beneath the image that quickly bypassed its initial redactions.</w:t>
      </w:r>
    </w:p>
    <w:p>
      <w:r>
        <w:t>Elara read the damning data aloud, the words a hammer blow in the suffocating silence.</w:t>
      </w:r>
    </w:p>
    <w:p>
      <w:r>
        <w:t>SUBJECT: ELIAS THORNE (PRE-ANCHOR PHENOTYPE).</w:t>
      </w:r>
    </w:p>
    <w:p>
      <w:r>
        <w:t>STATUS: BIOLOGICAL CATALYST.</w:t>
      </w:r>
    </w:p>
    <w:p>
      <w:r>
        <w:t>OBSERVATION LOG: Subject Elias Thorne exhibited 40% Aetheric transparency. Removed from primary timeline via 'Incident 404' to ensure the stabilization of the Thorne-Outcast gene in Subject 09.</w:t>
      </w:r>
    </w:p>
    <w:p>
      <w:r>
        <w:t>''Incident 404'?' Silas's voice was no longer a whisper, but a raw, jagged rasp. The Aetheric Chains around his wrists darkened. 'They told me he died in a car accident. They told me there was nothing left. Nothing left for me to bury.'</w:t>
      </w:r>
    </w:p>
    <w:p>
      <w:r>
        <w:t>'Theyremovedhim,' Elara realised, the gold Static buzzing in her vision spiking wildly. The horrifying logic of the O.S.I. crystallized. 'They didn't want you to have a teacher, Silas. They wanted you to be 'The Outcast.' They needed your soul to be lonely, to be socially starved, so it would be more receptive to the Threads of the dead. A social vacuum, Silas, creates an engineered Aetheric vacuum.'</w:t>
      </w:r>
    </w:p>
    <w:p>
      <w:r>
        <w:t xml:space="preserve">'Bastards,' Silas hissed, the midnight-black </w:t>
      </w:r>
      <w:r>
        <w:rPr>
          <w:b/>
        </w:rPr>
        <w:t>Chains</w:t>
      </w:r>
      <w:r>
        <w:t xml:space="preserve"> rattling faintly, a sound like dry bones shifting in the dark.</w:t>
      </w:r>
    </w:p>
    <w:p>
      <w:r>
        <w:t>'There's more,' Chen said, her eyes now shifting with dread towards Elara. She swiped the slate to the next, devastating file:SUBJECT 11-VANCE.</w:t>
      </w:r>
    </w:p>
    <w:p>
      <w:r>
        <w:t>Elara felt the air rush from her lungs. It wasn't a static photo; it was a video file. It showed a woman strapped into a sterile white hospital bed—Elara's mother. She was surrounded by men in charcoal-grey suits, the same cold, tailored Jailers Elara had encountered in Salem. Her mother was screaming, her skin radiating a furious, golden light so intense that the hospital surveillance camera lens was blooming with white-out overexposure.</w:t>
      </w:r>
    </w:p>
    <w:p>
      <w:r>
        <w:t>STABILIZATION LOG: Subject 11 (Vance) unable to maintain 'Mind' resolution. Neural pathways fried by 1692 frequency feedback. Recommendation: Immediate harvesting of uterine tissue for 'Subject 11.1' initialization.</w:t>
      </w:r>
    </w:p>
    <w:p>
      <w:r>
        <w:t xml:space="preserve">'Initialization?' Elara whispered, the Sewall ledger she clutched in her hand trembling violently. Her vision swam. 'I wasn't... I wasn't born. I was </w:t>
      </w:r>
      <w:r>
        <w:rPr>
          <w:i/>
        </w:rPr>
        <w:t>initialised</w:t>
      </w:r>
      <w:r>
        <w:t>?'</w:t>
      </w:r>
    </w:p>
    <w:p>
      <w:r>
        <w:t>'The O.S.I. didn't simply wait for the original bloodlines to resurface, Elara,' Chen explained, her voice flat and infused with sickening, scientific clarity. 'They've been aggressively cross-breeding the Vance and Sewall lines for over a century in controlled, isolated environments. Your mother wasn't 'sick.' She was the first successful attempt at creating a modern Weaver. When her nervous system failed—when she couldn't handle the full throughput of the Static—they... they simply adjusted the genetic code for you.'</w:t>
      </w:r>
    </w:p>
    <w:p>
      <w:r>
        <w:t>Elara looked down at the complex, glowing gold sigils burned onto her arms. For twenty-four years, she had accepted them as a tragic family inheritance, a biological tie to the brutal history of Salem. Now, she saw them for the cold, proprietary design they truly were: a barcode. A manufactured, proprietary design owned entirely by the Order of the Silver Eye.</w:t>
      </w:r>
    </w:p>
    <w:p>
      <w:r>
        <w:t>'We aren't people to them,' Elara stated, her rare, triple-toned voice vibrating with a sudden, bone-deep, cold fury. 'We're not sons or daughters. We'reversions. We are just iterations of a machine they've been trying to perfectly engineer and build for three hundred and thirty-three years.'</w:t>
      </w:r>
    </w:p>
    <w:p>
      <w:r>
        <w:t>'Then let's break the machine,' a new voice boomed, cutting through the horrified silence of the tunnel.</w:t>
      </w:r>
    </w:p>
    <w:p>
      <w:r>
        <w:t>Specialist Rook stepped into the faint, clinical light cast by the data-slate. He looked like a man who had crawled through a grinder. His black tactical gear was ripped and scorched, and the silver-inked kinetic tattoos covering his forearms pulsed with a frantic, uneven rhythm. He was supporting a much heavier weight: Caleb Miller, whose mercury-skin was glowing with an intense, internal heat that made the damp air of the tunnel immediately steam and dissipate.</w:t>
      </w:r>
    </w:p>
    <w:p>
      <w:r>
        <w:t>'Rook?' Chen gasped, scrambling up from the pipe. 'The reports said you were still securing the Director's Siphon interface.'</w:t>
      </w:r>
    </w:p>
    <w:p>
      <w:r>
        <w:t>'The Director,' Rook grunted, lowering Caleb onto a concrete maintenance ledge with strained effort, 'is currently trying to decide if he loves his biological son more than his centuries-old legacy. He's still up there, attempting a hard reboot of the Siphon network. But the Lich... the Lich isn't waiting for the reboot. He's already in the pipes, and he's coming for the source.'</w:t>
      </w:r>
    </w:p>
    <w:p>
      <w:r>
        <w:t>Caleb looked up, his chrome eyes flickering with a dull, leaden ache, the light inside them struggling to stay lit. He looked at the data-slate in Chen's hand, then met Elara's gaze.</w:t>
      </w:r>
    </w:p>
    <w:p>
      <w:r>
        <w:t>'Did you find it?' Caleb rasped, his voice a dry whisper. 'Did you find the 'Miller' file? The one that explains the Shackle?'</w:t>
      </w:r>
    </w:p>
    <w:p>
      <w:r>
        <w:t>Chen hesitated only a moment before swiping to the final, cruelest dossier:PROJECT: KINETIC SHACKLE - SUBJECT 01 (SEWALL/MILLER).</w:t>
      </w:r>
    </w:p>
    <w:p>
      <w:r>
        <w:t>There was no photo, only a horrifying schematic of Caleb's own skeletal structure. The diagram showed his bone matrix interlaid with a complex, internal cage made of a silver-lead alloy—the core components of the Kinetic Shackle.</w:t>
      </w:r>
    </w:p>
    <w:p>
      <w:r>
        <w:t>FINAL PHASE OBJECTIVE: Subject 01 to provide the 'Iron-Salt Bridge' for the global Aetheric reset. Note: Kinetic threshold will result in Subject 01 crystallization. Sacrifice is deemed 'Acceptable Legacy Cost'.</w:t>
      </w:r>
    </w:p>
    <w:p>
      <w:r>
        <w:t>'Acceptable cost,' Caleb repeated, the words vibrating into a low, resonant growl in his chest. The concrete beneath his boots cracked, a fine, silver ripple of kinetic energy pulsing outward across the tunnel floor. 'My own father. My legacy. He's been tracking my PSIs, my abilities, since I was five, not to train me, but to wait for me to ripen. To wait for me to turn into a statue that can hold the world together for him.'</w:t>
      </w:r>
    </w:p>
    <w:p>
      <w:r>
        <w:t>'He calls it a debt,' Silas said, his purple eyes burning as they met Caleb's chrome ones. 'But we're the ones paying the interest on a ledger we never signed.'</w:t>
      </w:r>
    </w:p>
    <w:p>
      <w:r>
        <w:t>A sudden, ear-splitting, high-pitched screeching sound erupted from the fibre-optic bundles snaked along the walls. The violet Static that had been a low thrum in Elara's periphery suddenly flared into a blinding, painful strobe.</w:t>
      </w:r>
    </w:p>
    <w:p>
      <w:r>
        <w:t>'The... children... are... reading... the... ledger...'</w:t>
      </w:r>
    </w:p>
    <w:p>
      <w:r>
        <w:t>The voice, the digital essence of the Lich, emerged from a nearby maintenance speaker, the audio feed crushed, distorted, and inhuman.</w:t>
      </w:r>
    </w:p>
    <w:p>
      <w:r>
        <w:t>'Little... iterations... why... run... from... the... Jailer... when...</w:t>
        <w:br/>
        <w:t>you... can... serve... the... King? He... has... better... chains...'</w:t>
      </w:r>
    </w:p>
    <w:p>
      <w:r>
        <w:t>'He's here. Now,' Silas whispered, his Chains snapping taut, ready to draw the dead.</w:t>
      </w:r>
    </w:p>
    <w:p>
      <w:r>
        <w:t>'We leave. Now,' Elara commanded, the new conviction in her voice absolute. The golden sigils on her arms flared with a new, autonomous power—not the compromised power of a prisoner, but the focused, precise power of a programmer who had finally found the systemic back-door. She looked directly at Caleb and Silas, a defiant energy connecting them all. 'We aren't going to Proctor's Ledge to save the world for the O.S.I. We're going to Proctor's Ledge to take the world back from everyone who thinks they own our blood.'</w:t>
      </w:r>
    </w:p>
    <w:p>
      <w:r>
        <w:t>She reached out, her light a bold gold, merging instantly with Caleb's intense silver Kinetic energy and Silas's potent purple Aetheric field. The 'Shared Static' returned, a powerful, three-toned chord of unified defiance that physically pushed back the violet noise of the Lich, clearing the air.</w:t>
      </w:r>
    </w:p>
    <w:p>
      <w:r>
        <w:t>'Lower Containment is two hundred yards that way,' Rook said, pointing towards a dark, circular artery of the tunnel system. 'There's an old O.S.I. Interceptor jet fueled and ready for a remote flight test. It has an analog ignition key. If we can reach it, we can outrun the Static field and get above the Siphon's range.'</w:t>
      </w:r>
    </w:p>
    <w:p>
      <w:r>
        <w:t>The Triad moved out, the three of them—the Mind, the Body, and the Outcast—no longer defined by a three-hundred-and-thirty-three-year-old spell, but by a shared, manufactured pain. They were no longer the historical figures of the O.S.I. files; they were the first generation of a new species, an autonomous code.</w:t>
      </w:r>
    </w:p>
    <w:p>
      <w:pPr>
        <w:pageBreakBefore w:val="1"/>
      </w:pPr>
      <w:r>
        <w:t>CHAPTER TWENTY-SIX</w:t>
      </w:r>
    </w:p>
    <w:p>
      <w:r>
        <w:t>The Analog Hangar</w:t>
      </w:r>
    </w:p>
    <w:p>
      <w:r>
        <w:t>September 24, 2025 – 10:45 PM</w:t>
      </w:r>
    </w:p>
    <w:p>
      <w:r>
        <w:t>O.S.I. Sanctuary – Sublevel 4 (Hangar Perimeter)</w:t>
      </w:r>
    </w:p>
    <w:p>
      <w:r>
        <w:t>The final transition from the suffocating, Static-clogged service tunnels to the cavernous expanse of Sublevel 4 was marked by a sudden, jarring whiplash of Aetheric physics. If the labyrinthine sewage lines were a 'Low-Pass Filter' for the ubiquitous, buzzing Static—a place where the noise was muffled but ever-present—the hangar was a functional vacuum chamber. It didn't just dampen the ambient energy; it aggressively cleansed it. The air here was hyper-filtered, bone-dry, and bit the back of the throat with the metallic tang of high-octane propellant, the sterile, corrosive scent of ionized salt, and the cold, unyielding odor of lead-shielded hydraulics and heavily-refined carbon fibre. This was the O.S.I.'s sanctum, a place built not just for storage, but for total energy suppression.</w:t>
      </w:r>
    </w:p>
    <w:p>
      <w:r>
        <w:t>'Stay low, keep to the hard-shadows,' Specialist Rook commanded, his voice a barely-audible, gravelly rumble that seemed to be swallowed instantly by the vast space. He was hunched over, his massive, sculpted frame deliberately angled to create a physical silhouette of absolute darkness for the triad to follow. His signature silver-inked tattoos, usually a roadmap of faintly pulsing power, were now a dull, dead grey—a sign he was suppressing his own kinetic density, forcing his mass to appear lighter to bypass the O.S.I. internal mass-sensors woven into the floor plating.</w:t>
      </w:r>
    </w:p>
    <w:p>
      <w:r>
        <w:t>Behind him, Caleb Miller moved like a spectre crafted from heavy iron, every step silently consuming the light around it. He hadn't spoken a single word since finding the digital 'Acceptable Legacy Cost' tag associated with his own skeletal schematic on the O.S.I. server. The shock had frozen his vocal cords but ignited a fierce, destructive internal rhythm. His mercury-skin—the visible manifestation of his controlled Aetheric density—was flickering with a rhythmic, angry stutter. The light-and-shadow war threatened to 'Bleach' the carefully maintained perimeter of darkness they relied on, a miniature solar flare waiting to erupt.</w:t>
      </w:r>
    </w:p>
    <w:p>
      <w:r>
        <w:t>'Caleb, focus your gravity, damn it,' Elara whispered urgently, reaching out to graze his arm. The moment of contact was electric. Through the Shared Static—the ephemeral, neural-link that connected the three of them—she felt his sudden, catastrophic fury not as emotion, but as a series of razor-sharp, jagged data-spikes. It felt like desperately trying to touch a live wire that was currently being fed a direct lightning strike. 'If you spike now, if you shed your excess mass, Director Miller will see the displacement signature before we even reach the Interceptor's boarding ramp.'</w:t>
      </w:r>
    </w:p>
    <w:p>
      <w:r>
        <w:t>'He knew,' Caleb rasped, the sound like chrome scraping against steel. His chrome eyes were fixed on the matte-black, needle-thin Interceptor at the far end of the bay, the object of their desperate flight. 'He watched me hit the heavy bag for ten years, waiting for the crystallization to start. He wasn't my coach, Elara. He was a field technician waiting for a machine to break down, waiting for the product to reach its predetermined breaking point.' The betrayal was a physical ache, heavier than his own amplified mass.</w:t>
      </w:r>
    </w:p>
    <w:p>
      <w:r>
        <w:t>Silas, the youngest and the Anchor of their shadow-group, walked silently at the rear, his purple-stained hands tucked deep into the pockets of his stolen O.S.I. maintenance jacket. To his eyes, the hangar was not dark; it was a brightly-lit forest of invisible blue laser-lines—the 'Aetheric Radar' the O.S.I. used to track the spectral signatures of ghosts, psychics, and anyone wielding raw Static.</w:t>
      </w:r>
    </w:p>
    <w:p>
      <w:r>
        <w:t>'Observation 121,' Silas logged mentally, his voice flat and analytical, suppressing the fear that threatened to crack his composure. 'The O.S.I. tracking system operates on a precise 60-hertz refresh cycle. Hypothesis: If the Anchor provides a full 'Necromantic Null-Phase' radius, the Triad can move safely between the brief, micro-second pulses.'</w:t>
      </w:r>
    </w:p>
    <w:p>
      <w:r>
        <w:t>'Do it, Silas. Now,' Agent Sarah Chen whispered over the hidden comm-link, her eyes glued to a tiny, handheld Aetheric scanner she'd pulled from her coat. 'The internal security teams are currently stuck rebooting the Sublevel 1 grid due to our diversion. We have exactly four minutes—240 seconds—before they realise the Apex-7 Interceptor'sanalog ignition hasn't been remotely locked down.'</w:t>
      </w:r>
    </w:p>
    <w:p>
      <w:r>
        <w:t>Silas closed his eyes, centring himself. He didn't pull on the raw, frantic Threads of the dead that usually powered his abilities; he pulled on the Silence. He reached into the cold, quiet space in his chest—the space where the souls he had anchored now rested—and aggressively expanded the 'Anchor' radius. A pervasive shroud of midnight-purple shadow rippled outward from his core, encompassing the entire group. To the O.S.I. sensors, the small section of the hangar they occupied didn't just go dark; it became a mathematical, ontological zero. It was a blank spot on the radar, a ghost in the machine.</w:t>
      </w:r>
    </w:p>
    <w:p>
      <w:r>
        <w:t>They reached the ship—an O.S.I. Apex-7 Interceptor. It was a magnificent, menacing piece of hardware: sleek, needle-thin, and built for extreme high-altitude Aetheric reconnaissance and fast-response strikes. Its hull was shielded with a composite blend of cold-iron and leaded carbon fibre, a perfect barrier against both high-energy Static and conventional gunfire.</w:t>
      </w:r>
    </w:p>
    <w:p>
      <w:r>
        <w:t>'Why this one?' Caleb asked, momentarily distracted by the sleek lines, looking pointedly at the older, bulky Aegis transports parked nearby, which would have offered more protection. 'The Aegis craft are heavier, more armoured.'</w:t>
      </w:r>
    </w:p>
    <w:p>
      <w:r>
        <w:t>'Because this is the only ship in the entire fleet that Samuel Sewall could have understood,' Rook said, ignoring Caleb's question as he slammed his massive hand against the manual emergency release panel near the boarding ramp. The heavy ramp hissed open with a rush of nitrogen-cooled air, a deliberate design choice to purge contaminants. 'It's an Analog-Ignition prototype. No neural-link required, no O.S.I. cloud-sync, no digital thumbprint required to start the engines. The Lich can haunt and corrupt the entire O.S.I. network, but he can't haunt a physical spark-plug and an oil pressure gauge.'</w:t>
      </w:r>
    </w:p>
    <w:p>
      <w:r>
        <w:t>The moment the ramp touched the floor, a rhythmic, powerful thud-thud-thud began echoing from the elevator bank at the north end of the hangar—the unmistakable, synchronized cadence of O.S.I. tactical boots. The harsh, white LEDs of the 'Men in Grey' tactical teams sliced into the residual darkness like knives.</w:t>
      </w:r>
    </w:p>
    <w:p>
      <w:r>
        <w:t>'They found the dossier leak,' Chen gasped, scrambling up the ramp and into the cockpit, already pulling up the ignition manual. 'The diversion failed faster than expected.'</w:t>
      </w:r>
    </w:p>
    <w:p>
      <w:r>
        <w:t>'Caleb, get to the pilot's seat. Now,' Elara commanded, her golden sigils—her Aetheric channels—flaring with a sudden, sharp clarity beneath her skin. She looked from the advancing O.S.I. teams to the matte-black hull of the ship, the realization chillingly clear. 'We aren't just stealing a ride. We're stealing the only true firewall we have left between us and their central network.'</w:t>
      </w:r>
    </w:p>
    <w:p>
      <w:r>
        <w:t>Rook stopped at the base of the ramp, his stance widening, his massive shoulders broadening as he finally dropped his density suppression. The silver light beneath his skin erupted in a blinding, platinum roar, shattering the illusion of shadow. The lead-reinforced floor of the hangar cracked audibly beneath his boots as his full, crushing weight settled in.</w:t>
      </w:r>
    </w:p>
    <w:p>
      <w:r>
        <w:t>'Go,' Rook said, not looking back. His eyes were fixed on the tactical teams. 'I'll brace the hangar doors. If they close and lock, you'll never clear the salt-line.'</w:t>
      </w:r>
    </w:p>
    <w:p>
      <w:r>
        <w:t>'Rook, you're a Guardian,' Caleb yelled, stopping halfway up the ramp, his hands curling into fists. 'If you stay and get caught, you're the first one Director Miller will hook up to that crystallization machine. You know that!'</w:t>
      </w:r>
    </w:p>
    <w:p>
      <w:r>
        <w:t>'I'm already a shell, boy,' Rook replied, his voice dropping into the deep, dual-toned resonance of the King's Register—the voice of his sworn oath. Static flared around his head like a crown. 'Save the ones who still have a pulse and a future. That's the real oath, the one that matters now.'</w:t>
      </w:r>
    </w:p>
    <w:p>
      <w:r>
        <w:t>As the tactical teams opened fire with their high-velocity Salt-Pulse rifles, the immense hangar was instantly transformed into a blinding, deafening storm of white-hot Static and silver kinetic energy. Rook met the fusillade head-on, a shimmering, unmoving mountain of flesh and light.</w:t>
      </w:r>
    </w:p>
    <w:p>
      <w:r>
        <w:t>The Difficult Partnership was over. The revolt had officially begun.</w:t>
      </w:r>
    </w:p>
    <w:p>
      <w:pPr>
        <w:pageBreakBefore w:val="1"/>
      </w:pPr>
      <w:r>
        <w:t>CHAPTER TWENTY-SEVEN</w:t>
      </w:r>
    </w:p>
    <w:p>
      <w:pPr>
        <w:pageBreakBefore w:val="1"/>
      </w:pPr>
      <w:r>
        <w:t>CHAPTER TWENTY-SEVEN: The Iron Reset</w:t>
      </w:r>
    </w:p>
    <w:p>
      <w:r>
        <w:t>September 24, 2025 – 11:30 PM</w:t>
      </w:r>
    </w:p>
    <w:p>
      <w:r>
        <w:t>O.S.I. Sanctuary – Sublevel 1 (The Corridor Ruins)</w:t>
      </w:r>
    </w:p>
    <w:p>
      <w:r>
        <w:t>The desperate, last-second attempt to 'slum' in the sewage tunnels never materialized.</w:t>
      </w:r>
    </w:p>
    <w:p>
      <w:r>
        <w:t>As Elara, Silas, and Agent Chen lunged for the jagged maw of the shattered library window—a chaotic, desperate bid for freedom that had moments before seemed their only hope—the O.S.I. Sanctuary's multilayered defence systems finally achieved 'Phase-Lock.' The high-pitched, metallic whine of the central Aetheric dampeners didn't just grow louder; it escalated to a skull-splitting, resonant frequency that vibrated the very atoms of the air in the corridor, a sound that promised not just suppression but total erasure of the arcane.</w:t>
      </w:r>
    </w:p>
    <w:p>
      <w:r>
        <w:t>'Aetheric Hammer deployed!' a tactical lead, identified as Unit 7-Gamma, barked over the Sanctuary-wide comms system, his voice sharp with professional relief.</w:t>
      </w:r>
    </w:p>
    <w:p>
      <w:r>
        <w:t>The air in the corridor didn't simply turn cold or static; it turned Mundane. For the terrified triad, the sensation was horrifyingly intimate, like being plunged into a crushing vacuum where their inherent souls—their very Sparks—were suddenly too vast, too charged, and fundamentally incompatible with the space they occupied.</w:t>
      </w:r>
    </w:p>
    <w:p>
      <w:r>
        <w:t>Elara's intricate golden sigils, moments before blazing with a fierce, protective light, didn't just dim; they sparked and shorted out with the sound of snapping wires, sending a white-hot jolt of neural feedback into her brain that felt precisely like a localised, concussive seizure. She collapsed, clutching her temples as the intrinsic link to her Aetheric source was violently severed.</w:t>
      </w:r>
    </w:p>
    <w:p>
      <w:r>
        <w:t>Silas's turbulent violet static, the ethereal force holding his summoned 'Army of the Dead' in a state of corrupted animation, collapsed instantaneously. The shambling revenants dissolved mid-stride, their necrotic forms decomposing into grey, harmless, wind-blown ash as the dampeners meticulously stripped the Aetheric resolution from the room, leaving behind only inert matter. Silas fell heavily, a ghost of a scream locked in his throat, the profound emptiness a physical weight.</w:t>
      </w:r>
    </w:p>
    <w:p>
      <w:r>
        <w:t>Caleb, still locked in a brutal, hand-to-hand struggle with the augmented Specialist Rook on the levels below, felt the 'Hammer' hit him as a sudden, crushing, and absolute return to normal gravity—amplified tenfold. His internal mercury-light, the luminous core of his anomalous strength, was suppressed with such targeted violence that his delicate capillaries instantly burst beneath the surface of his skin, leaving his forearms bruised, blackened, and trembling with residual agony. The light was gone, replaced by a dull, throbbing pain.</w:t>
      </w:r>
    </w:p>
    <w:p>
      <w:r>
        <w:t>'Containment secured,' Director Miller stated, his voice utterly flat and echoing in the abrupt, unnerving silence of the corridor. The chaos was over. He stepped meticulously over a fresh pile of shattered lead-glass shards, his bespoke wool coat pristine and unstained despite the preceding maelstrom. 'Sedate them. Use the Type-4 Iron-Salt load, double-dose. I want them in a deep-theta state until the Siphon is fully calibrated. No residual cognitive activity is acceptable before the 06:00 ritual.'</w:t>
      </w:r>
    </w:p>
    <w:p>
      <w:r/>
      <w:r>
        <w:rPr>
          <w:i/>
        </w:rPr>
        <w:t xml:space="preserve"> </w:t>
      </w:r>
      <w:r>
        <w:t xml:space="preserve"> *</w:t>
      </w:r>
    </w:p>
    <w:p>
      <w:r>
        <w:t>September 25, 2025 — 01:15 AM</w:t>
      </w:r>
    </w:p>
    <w:p>
      <w:r>
        <w:t>O.S.I. Sanctuary – Sublevel 2 (The Residential Wing)</w:t>
      </w:r>
    </w:p>
    <w:p>
      <w:r>
        <w:t>The promised 'Deep-Theta' state—a total pharmacological suspension of consciousness—was a carefully orchestrated lie by the O.S.I. doctors, but not for the reason they expected.</w:t>
      </w:r>
    </w:p>
    <w:p>
      <w:r>
        <w:t>The O.S.I. medical technicians had successfully administered the iron-salt load, a potent cocktail designed to chemically bind and suppress any lingering Aetheric charge. However, in their precise, scientific arrogance, they had fatally underestimated the Sympathetic Resonance—the profound, interwoven nature of Elara's, Silas's, and Caleb's unique Sparks. Because the triad had closed the emotional and Aetheric circuit in the library—even for a chaotic few seconds—their energies were now operating on a shared, deeply redundant loop. The sedation meant for one body was being processed by three minds, diluting the effect to a manageable, if agonizing,Aetheric Fever.Their consciousnesses were linked, sharing the chemical burden and weakening its intended function.</w:t>
      </w:r>
    </w:p>
    <w:p>
      <w:r>
        <w:t>Elara woke first, her head swimming in a syrupy, metallic fog. The lead-lined walls of her stark, windowless detention room felt like they were physically pressing against her skull, amplifying the throbbing pain. She managed to sit up, her lungs burning with the residual taint of the iron-salt. She looked at her palms. The intricate golden lines of her sigils were still physically present, but they were dark, etched into her skin like burnt-out, inert filaments in a shattered lightbulb.</w:t>
      </w:r>
    </w:p>
    <w:p>
      <w:r/>
      <w:r>
        <w:rPr>
          <w:i/>
        </w:rPr>
        <w:t>Caleb?</w:t>
      </w:r>
      <w:r>
        <w:t xml:space="preserve"> she sent, the nascent Shared Static from their brief, terrifying union echoing instantly and intimately in the quiet space of her mind.</w:t>
      </w:r>
    </w:p>
    <w:p>
      <w:r/>
      <w:r>
        <w:rPr>
          <w:i/>
        </w:rPr>
        <w:t>I'm awake,</w:t>
      </w:r>
      <w:r>
        <w:t xml:space="preserve"> a silver-tinted thought replied, heavy, grounded, and simmering with cold fury. </w:t>
      </w:r>
      <w:r>
        <w:rPr>
          <w:i/>
        </w:rPr>
        <w:t>They have Rook in the medical wing, down the hall from me. He's... he's not waking up, Elara. The dampener didn't just stop us. It violently shorted him out. They did this to him.</w:t>
      </w:r>
      <w:r/>
    </w:p>
    <w:p>
      <w:r/>
      <w:r>
        <w:rPr>
          <w:i/>
        </w:rPr>
        <w:t>The Machine is hungry,</w:t>
      </w:r>
      <w:r>
        <w:t xml:space="preserve"> Silas's voice joined them — a violet rasp that smelled instinctively of wet earth, iron, and burnt copper. His presence was a protective shield, a cold, focused anger. </w:t>
      </w:r>
      <w:r>
        <w:rPr>
          <w:i/>
        </w:rPr>
        <w:t>I can feel the O.S.I. techs in the hallway. They think we're under. They're talking about the Acceptable Legacy Cost again. They're starting the countdown for the 06:00 ritual. They've moved the Siphon to Sublevel 4.</w:t>
      </w:r>
      <w:r/>
    </w:p>
    <w:p>
      <w:r>
        <w:t>Elara pushed herself off the cot, her legs feeling shaky and heavy, like they were made of water and lead. She walked soundlessly to the door, pressing her ear against the cold, iron-salt-treated metal surface. The rhythmic, confident thump-thump of the tactical guards' boots was already fading down the antiseptic corridor, their patrol cycle established.</w:t>
      </w:r>
    </w:p>
    <w:p>
      <w:r>
        <w:t>The O.S.I. believed implicitly in their technology. They believed that the 'Iron Reset' had thoroughly extinguished the fire of the three most powerful Sparks they had ever encountered. They didn't realise they had simply forced those three dangerous minds to unify, sharing a single, cold, and calculated blueprint for revenge, powered by a shared, potent outrage.</w:t>
      </w:r>
    </w:p>
    <w:p>
      <w:r>
        <w:t>'Observation 124,' Elara whispered, her voice barely a breath against the metal. Her eyes flickered with a faint, defiant spark of gold, too small for any monitor to register. 'The jailer always forgets that the bars work both ways.'</w:t>
      </w:r>
    </w:p>
    <w:p>
      <w:r>
        <w:t>She waited for the guards to turn the distant corner, listening for the crucial moment of silence in the patrol. She waited for the Static in her newly linked senses to give her the precise frequency key to the magnetic lock system. And then, with a barely perceptible hiss, she slipped out of her room, heading not towards the main exit, but strategically towards the West Balcony, where the exterior structural weakness was precisely thirty seconds from the elevator shaft. The escape had begun.</w:t>
      </w:r>
    </w:p>
    <w:p>
      <w:pPr>
        <w:pageBreakBefore w:val="1"/>
      </w:pPr>
      <w:r>
        <w:t>CHAPTER TWENTY-EIGHT:</w:t>
      </w:r>
    </w:p>
    <w:p>
      <w:r>
        <w:t>The Midnight Council</w:t>
      </w:r>
    </w:p>
    <w:p>
      <w:r>
        <w:t>September 25, 2025 — 02:00 AM</w:t>
      </w:r>
    </w:p>
    <w:p>
      <w:r>
        <w:t>O.S.I. Sanctuary — The West Balcony</w:t>
      </w:r>
    </w:p>
    <w:p>
      <w:r>
        <w:t>It was two in the morning, and the Sanctuary felt less like a fortress and more like a tomb.</w:t>
      </w:r>
    </w:p>
    <w:p>
      <w:r>
        <w:t>Elara had waited until the rhythmic thump-thump of the tactical guards' boots faded down the hall before she slipped out of her room. She didn't use the lights; she used the golden Static in her eyes to navigate, following the hum of the iron pipes until she reached the heavy oak doors leading to the West Balcony.</w:t>
      </w:r>
    </w:p>
    <w:p>
      <w:r>
        <w:t>She wasn't the first one there.</w:t>
      </w:r>
    </w:p>
    <w:p>
      <w:r>
        <w:t>Caleb Miller was leaning against the stone railing, staring out at the dark, churning Atlantic. He was wearing a grey O.S.I. sweatshirt that looked three sizes too small for his increased mass. In the moonlight, the chrome in his eyes didn't look like a weapon; it looked like a reflection of the cold, distant stars.</w:t>
      </w:r>
    </w:p>
    <w:p>
      <w:r>
        <w:t>'You're late,' Caleb said without turning around. 'I could hear your heartbeat from the hallway. You're nervous.'</w:t>
      </w:r>
    </w:p>
    <w:p>
      <w:r>
        <w:t>'I have reasons to be,' Elara replied, stepping up beside him. She hesitated, then pulled the Sewall ledger from under her arm. 'I found things in the library today, Caleb. Things Miller didn't want us to see.'</w:t>
      </w:r>
    </w:p>
    <w:p>
      <w:r>
        <w:t>'I know,' Caleb said quietly. He held up a hand, and for a second, a pulse of silver light flared beneath his skin. 'Rook told me. He's third-generation. He said the Guardians before him didn't retire. They just... dimmed. He told me to keep my density low during the day because 'The Machine' gets hungry when it senses a spike.'</w:t>
      </w:r>
    </w:p>
    <w:p>
      <w:r>
        <w:t>A cold draft swept across the balcony, carrying the scent of wet earth and copper.</w:t>
      </w:r>
    </w:p>
    <w:p>
      <w:r>
        <w:t>'The Machine isn't hungry,' Silas's voice drifted from the shadows. He was sitting on top of the stone railing, his legs dangling over the hundred-foot drop to the rocks below. He looked smaller than usual, his purple-stained hands tucked deep into his sleeves. 'It's efficient. Miller isn't a director. He's a farmer. And we're the harvest.'</w:t>
      </w:r>
    </w:p>
    <w:p>
      <w:r>
        <w:t>The three of them stood in silence for a long moment, the only sound the crashing of the waves below. For the first time since the subway, there were no agents, no sensors, and no Light-Scythes monitoring their every breath.</w:t>
      </w:r>
    </w:p>
    <w:p>
      <w:r>
        <w:t>'My family hunted yours,' Caleb said, finally looking at Silas. 'In Southie, we're taught that the Millers are the 'Keepers.' My coach, Pops... he always told me that the silver in our blood was a gift to protect the weak. But Rook is a Guardian, and he's a shell. He doesn't even remember his own mother's name.'</w:t>
      </w:r>
    </w:p>
    <w:p>
      <w:r>
        <w:t>'My ancestor was just a boy when they put him in the circle,' Silas said, his violet eyes fixed on the horizon. 'He was Silas, just like me. He loved the silence. He thought he was helping Samuel Sewall save the world. He didn't know he was signing up to be a battery for three hundred years.'</w:t>
      </w:r>
    </w:p>
    <w:p>
      <w:r>
        <w:t>Silas turned his gaze to Elara. 'And your ancestor, Martha? She was the one who realised the 'Witchfinders' were just using the magic to build a different kind of throne. She tried to warn the others, but the Shackle was already moving. It's happening again, Elara. The history books are just a loop.'</w:t>
      </w:r>
    </w:p>
    <w:p>
      <w:r>
        <w:t>Elara looked at her golden palms. 'Then we break the loop. We aren't them. I'm not a martyr, Silas isn't a slave, and you...' she looked at Caleb, '...you aren't a cage. You're the one who pulled me out of that basement.'</w:t>
      </w:r>
    </w:p>
    <w:p>
      <w:r>
        <w:t>'I was following orders then,' Caleb admitted, his voice rough. 'Now? I don't know what I'm doing. But I know I'm not letting Miller put those needles in you.'</w:t>
      </w:r>
    </w:p>
    <w:p>
      <w:r>
        <w:t>'We can't just run,' Silas said. 'The Hollowed are waking up in every cemetery from here to Portland. If we leave, the Lich wins by default. He'll turn the whole coast into a necropolis.'</w:t>
      </w:r>
    </w:p>
    <w:p>
      <w:r>
        <w:t>'We find the True Grimoire,' Elara said, her voice growing stronger. 'Sewall mentioned it in the margins. It's not here. The O.S.I. only has the 'Black Ledger'—the redacted version. The real book is at the first 'Thin Place.' Proctor's Ledge.'</w:t>
      </w:r>
    </w:p>
    <w:p>
      <w:r>
        <w:t>Caleb stood up straight, his shoulders broadening as the silver light stabilised. 'Then we have a plan. We play along for one more day. We let them think we're being 'integrated.' And when the sun goes down tomorrow...'</w:t>
      </w:r>
    </w:p>
    <w:p>
      <w:r>
        <w:t>A sudden, sharp crack echoed from the forest below the estate. It wasn't wood breaking; it was the sound of air being displaced. All three of them froze.</w:t>
      </w:r>
    </w:p>
    <w:p>
      <w:r>
        <w:t>The Static in Elara's vision flared into a blinding violet. Silas's 'Chains' rattled in the air around him, though he hadn't moved a finger.</w:t>
      </w:r>
    </w:p>
    <w:p>
      <w:r>
        <w:t>'He's watching,' Silas whispered, his face going pale. 'The Lich. He's right there, at the edge of the salt-line.'</w:t>
      </w:r>
    </w:p>
    <w:p>
      <w:r>
        <w:t>Down in the trees, a single pair of violet apertures opened. They weren't looking at the Sanctuary. They were looking directly at the balcony.</w:t>
      </w:r>
    </w:p>
    <w:p>
      <w:r>
        <w:t>'He's not attacking,' Caleb muttered, his baton sliding into his hand. 'He's... waiting.'</w:t>
      </w:r>
    </w:p>
    <w:p>
      <w:r>
        <w:t>'He's not waiting for the O.S.I.,' Elara realised, the golden lines on her arms glowing with a terrifying heat. 'He's waiting for us to leave. He doesn't want to destroy the Sanctuary. He wants us to lead him to the Grimoire.'</w:t>
      </w:r>
    </w:p>
    <w:p>
      <w:r>
        <w:t>The violet eyes in the woods vanished as quickly as they had appeared. The silence returned, but it was no longer peaceful. It was a countdown.</w:t>
      </w:r>
    </w:p>
    <w:p>
      <w:r>
        <w:t>'We leave at dawn,' Caleb said, his chrome eyes hard as iron. 'With or without Miller's permission.'</w:t>
      </w:r>
    </w:p>
    <w:p>
      <w:r/>
      <w:r>
        <w:rPr>
          <w:i/>
        </w:rPr>
        <w:t xml:space="preserve"> </w:t>
      </w:r>
      <w:r>
        <w:t xml:space="preserve"> *</w:t>
      </w:r>
    </w:p>
    <w:p>
      <w:r>
        <w:t>The Weight of the Shackle</w:t>
      </w:r>
    </w:p>
    <w:p>
      <w:r>
        <w:t xml:space="preserve">Caleb slid his baton back into the specialized wrist sheath, the subtle hiss of the mechanism cutting through the tension. 'Dawn is too late,' he stated, his gaze sweeping the darkened estate grounds. 'If he knows we're leaving, he'll have eyes on every exit. And if he knows </w:t>
      </w:r>
      <w:r>
        <w:rPr>
          <w:i/>
        </w:rPr>
        <w:t>where</w:t>
      </w:r>
      <w:r>
        <w:t xml:space="preserve"> we're going, he'll beat us there.'</w:t>
      </w:r>
    </w:p>
    <w:p>
      <w:r>
        <w:t>'He doesn't know where we're going,' Elara countered, clutching the Sewall ledger tighter. 'He knows the legend of the Grimoire, but the location—Proctor's Ledge—is only in the redacted margins. Miller thought he had all the answers, but he missed this.'</w:t>
      </w:r>
    </w:p>
    <w:p>
      <w:r>
        <w:t>Silas dropped silently from the stone railing, landing light as ash on the balcony floor. His small frame seemed to vibrate with residual fear. 'The Lich is old magic, Elara. He smells purpose. He doesn't need to read a map. He just needs a focus. And right now, we are his focus.' He stepped towards the window, peering back into the corridor. 'The tactical patrols shift every three hours. The next change is at 03:00. That's thirty minutes from now. The West Wing is the furthest point from the central command—it buys us five minutes, tops, before the alarms ping.'</w:t>
      </w:r>
    </w:p>
    <w:p>
      <w:r>
        <w:t>'We need a distraction,' Elara murmured, thinking aloud. She looked at Caleb, whose enhanced senses made him the group's best asset. 'Can you overload one of the power conduits? Create a surge that blankets the sensors on the north side?'</w:t>
      </w:r>
    </w:p>
    <w:p>
      <w:r>
        <w:t>Caleb shook his head, the chrome in his eyes reflecting a deep frustration. 'The Sanctuary runs on two independent systems: one for life support and one for the 'Shackle'—the power grid that feeds the Guardians and fuels the Light-Scythes. I can overload the life support, but the Shackle grid is too dense. It's like trying to break open a bank vault with a paperclip.'</w:t>
      </w:r>
    </w:p>
    <w:p>
      <w:r>
        <w:t>'But if we can't break it, maybe we can just make ithiccup,' Silas suggested, a thin, cruel smile touching his lips. He lifted his hands, and the shadows around them deepened into tangible ropes. 'The Shackle feeds off life force. It's a massive, cold, hungry battery. What happens if we give it something it can't digest?'</w:t>
      </w:r>
    </w:p>
    <w:p>
      <w:r>
        <w:t>Elara understood immediately. 'The Hollowed. If the Lich is waking them up, he's filling the coast with raw, ambient dimmed Static—magic that's been drained and corrupted. If we push a pulse of that back into the Shackle...?'</w:t>
      </w:r>
    </w:p>
    <w:p>
      <w:r>
        <w:t>'It buys us the chaos we need,' Caleb finished. 'A system-wide shock. A few minutes of blind, silent running.' He turned and placed a hand on the thick oak door, his fingers already beginning to glow with silver light. 'Silas, find a conduit line—anything connected to the Shackle—in the next two minutes. Elara, you prepare the pulse. I'll make sure no guards are left standing when we run.'</w:t>
      </w:r>
    </w:p>
    <w:p>
      <w:r>
        <w:t>'And the True Grimoire?' Elara asked, her voice barely a whisper as she faced the prospect of the night ahead.</w:t>
      </w:r>
    </w:p>
    <w:p>
      <w:r>
        <w:t>'It's the key to everything,' Caleb said, his face grim. 'If we unbind the Shackle, the Lich wins. If we destroy the Lich, the O.S.I. wins. We need the True Grimoire to do neither. We need it to set us free.'</w:t>
      </w:r>
    </w:p>
    <w:p>
      <w:r>
        <w:t>The clock was ticking. The rhythmic thump-thump of the returning patrol was already growing louder down the hallway.</w:t>
      </w:r>
    </w:p>
    <w:p>
      <w:pPr>
        <w:pageBreakBefore w:val="1"/>
      </w:pPr>
      <w:r>
        <w:t>CHAPTER TWENTY-NINE</w:t>
      </w:r>
    </w:p>
    <w:p>
      <w:pPr>
        <w:pageBreakBefore w:val="1"/>
      </w:pPr>
      <w:r>
        <w:t>CHAPTER TWENTY-NINE: The Eye of the Needle</w:t>
      </w:r>
    </w:p>
    <w:p>
      <w:r>
        <w:t>September 25, 2025 – 03:15 AM</w:t>
      </w:r>
    </w:p>
    <w:p>
      <w:r>
        <w:t>O.S.I. Sanctuary – Sublevel 2 (Residential Wing)</w:t>
      </w:r>
    </w:p>
    <w:p>
      <w:r>
        <w:t>The return to their rooms was not a retreat; it was a deployment. It was the strategic division of a single unit into three specialized points of failure, designed to push the boundaries of the prison they had only just begun to truly understand.</w:t>
      </w:r>
    </w:p>
    <w:p>
      <w:r>
        <w:t>Elara Vance, the mind and the golden thread of the Triad, sat cross-legged on her spartan cot. Her mother's brass-bound trunk, a heavy, sentimental shield against the world, was open before her. The lead-lined walls of her suite, built to be a sensory vacuum, were useless against the phenomenon they had dubbed the Shared Static. Tonight, the room felt as crowded as a busy terminal, not with people, but with consciousness. She could feel Caleb's rhythmic, heavy pulse thrumming through the floorboards—a deep, silver Brace that was already beginning to dampen the O.S.I.'s mass-sensors in their wing, turning their location into a fluctuating blind spot. She could feel Silas's jagged, frantic violet anxiety vibrating in the very air vents, a dangerous, exposed wire ready to spark.</w:t>
      </w:r>
    </w:p>
    <w:p>
      <w:r/>
      <w:r>
        <w:rPr>
          <w:i/>
        </w:rPr>
        <w:t>'I'm starting the decryption,'</w:t>
      </w:r>
      <w:r>
        <w:t xml:space="preserve"> Elara projected, the intent a calm, golden waveform through the shared matrix of their resonance.'The Siphon's core-cycle has a three-minute buffer before the main-grid stress-test. Caleb, I need you to cycle your density. Every time the hallway lights flicker—which is the system cycling power to the Shackle Grid—I need a clean, three-second mass-spike. It'll create the necessary 'packet loss' in the bio-feedback telemetry, allowing me to bypass the life-support firewalls and shut down the localised dampeners.'</w:t>
      </w:r>
    </w:p>
    <w:p>
      <w:r/>
      <w:r>
        <w:rPr>
          <w:i/>
        </w:rPr>
        <w:t>'Copy,'</w:t>
      </w:r>
      <w:r>
        <w:t xml:space="preserve"> Caleb's silver-tinted thought returned, sounding like a heavy bell ringing underwater, the tone already laced with strain.'Just don't take too long, Elara. My marrow is starting to heat up. The lead in these walls isn't just shielding the sensors; it's reflecting the resonance back into my bones. I'm going to hit critical mass-saturation soon.'</w:t>
      </w:r>
    </w:p>
    <w:p>
      <w:r>
        <w:t>Elara closed her eyes, her golden sigils flaring faintly beneath the skin of her temples. In her Mind's Eye, the Sanctuary was no longer a concrete building; it was a massive, labyrinthine, seventeenth-century circuit board. She saw the Shackle Grid—the high-voltage lines of iron-salt solution that powered the dampeners and the massive, subterranean Siphon machine.</w:t>
      </w:r>
    </w:p>
    <w:p>
      <w:r/>
      <w:r>
        <w:rPr>
          <w:i/>
        </w:rPr>
        <w:t>Observation 128:</w:t>
      </w:r>
      <w:r>
        <w:t xml:space="preserve"> she mentally logged, even as her consciousness navigated the digital wiring of the facility.</w:t>
      </w:r>
    </w:p>
    <w:p>
      <w:r/>
      <w:r>
        <w:rPr>
          <w:i/>
        </w:rPr>
        <w:t>The O.S.I. architecture uses a recursive, self-healing loop. The more energy the Triad unconsciously produces under stress, the stronger and tighter the cage becomes. It's an elegant, horrifying design. To break the cage, we must introduce a 'Division by Zero' — a frequency the machine wasn't designed to process. A perfect synchronisation of uncontrolled, polarised energy.</w:t>
      </w:r>
      <w:r/>
    </w:p>
    <w:p>
      <w:r>
        <w:t>Two doors down, Silas Thorne, the vulnerable, volatile Anchor, was losing the battle for silence.</w:t>
      </w:r>
    </w:p>
    <w:p>
      <w:r>
        <w:t>The Forest Anchor—the deep-rooted, psychological safe-space that had previously sheltered his consciousness in the In-Between—had collapsed three hours ago, shattered by the Lich's relentless assault. The resulting vacuum in his mind was being filled by a single, grinding, resonant voice. The Lich wasn't just at the perimeter anymore; he was exploiting the Sanctuary's own conductive structure, using the ventilation system and the iron-salt wiring as a megaphone.</w:t>
      </w:r>
    </w:p>
    <w:p>
      <w:r>
        <w:t>'The... Crown... is... waiting... Silas... The Anchor... must...</w:t>
        <w:br/>
        <w:t>yield...'</w:t>
      </w:r>
    </w:p>
    <w:p>
      <w:r>
        <w:t>'Quiet,' Silas whispered, his voice a ragged plea, his purple-stained hands clenching the rough cotton of his bedsheets. Sweat beaded on his brow, though the room was cold.</w:t>
      </w:r>
    </w:p>
    <w:p>
      <w:r>
        <w:t>He could feel the Hollowed Static—the raw, corrupted magic of the dead they had discussed on the balcony—pooling in the corners of his room like black, viscous oil. It was searching for an opening, a conduit. He knew his terrible role in the plan. He had to act as the'Dirty Battery.'He had to voluntarily pull that necrotic energy into his own fractured Anchor and hold the hostile frequency until Elara gave the signal to dump it, like a circuit-breaker, into the Shackle Grid.</w:t>
      </w:r>
    </w:p>
    <w:p>
      <w:r>
        <w:t>But the cost was high, almost immediate. His skin was turning a thin, translucent, bruised grey, and the violet veins in his neck and wrists were pulsing with a light that didn't belong to the living—a stolen, unholy luminescence.</w:t>
      </w:r>
    </w:p>
    <w:p>
      <w:r/>
      <w:r>
        <w:rPr>
          <w:i/>
        </w:rPr>
        <w:t>'He's... he's in the vents,'</w:t>
      </w:r>
      <w:r>
        <w:t xml:space="preserve"> Silas projected to the others, his mental voice cracking, thin and reedy with terror and pain.'The Lich. He's trying to hitch a ride on the pulse, piggybacking on the necrotic energy. If I open the circuit to the Shackle, if I act as the ground, I might be letting him physically manifest, or worse, letting him into the network.'</w:t>
      </w:r>
    </w:p>
    <w:p>
      <w:r/>
      <w:r>
        <w:rPr>
          <w:i/>
        </w:rPr>
        <w:t>'Then we ground him with the weight,'</w:t>
      </w:r>
      <w:r>
        <w:t xml:space="preserve"> Caleb's thought boomed back, providing a sudden, silver stability that felt like a foundation settling.'Hold on, Silas. Five more minutes of silence. That's all we need. Elara's almost there.'</w:t>
      </w:r>
    </w:p>
    <w:p>
      <w:r/>
      <w:r>
        <w:rPr>
          <w:i/>
        </w:rPr>
        <w:t xml:space="preserve"> </w:t>
      </w:r>
      <w:r>
        <w:t xml:space="preserve"> *</w:t>
      </w:r>
    </w:p>
    <w:p>
      <w:r>
        <w:t>05:45 AM — O.S.I. Sanctuary, Sublevel 1 (Command Hub)</w:t>
      </w:r>
    </w:p>
    <w:p>
      <w:r>
        <w:t>Agent Sarah Chen stared at the Aetheric telemetry on her primary monitor, the glowing lines of data a stark map of a brewing catastrophe. Her brow was deeply furrowed, her fingers hovering—a hair's breadth away—over the 'Emergency Reset' toggle, a button she knew would incinerate the entire wing's power grid.</w:t>
      </w:r>
    </w:p>
    <w:p>
      <w:r>
        <w:t>'Director, the resonance spikes in the residential wing are wildly inconsistent,' Chen said, her voice tight with professional concern that bordered on alarm. 'Subject Miller's mass is fluctuating in a rhythmic three-beat pattern. The pattern is too precise. It perfectly matches the heartbeat frequency recorded in the Sewall ledger—the one that triggers the localised dampener cycle.'</w:t>
      </w:r>
    </w:p>
    <w:p>
      <w:r>
        <w:t>Director Miller stood behind her, his eyes fixed on the heatmaps of raw psychic energy. He was immovable, radiating a cold certainty. 'It's the Aetheric Fever, Sarah. Their bodies are reacting to the proximity of the Siphon. The 'Unbinding' ritual is putting excessive pressure on their archetypes. They are destabilizing.'</w:t>
      </w:r>
    </w:p>
    <w:p>
      <w:r>
        <w:t>'Sir, with respect, it looks more like a diagnostic test,' Chen countered, turning to face him. 'If I didn't know better, I'd say they were intentionally mapping our sensor-latency and exploiting the power cycle's blind spots. They are communicating.'</w:t>
      </w:r>
    </w:p>
    <w:p>
      <w:r>
        <w:t>Miller's jaw tightened, a muscle jumping beneath his cheek. He looked at the stark digital countdown on the wall:00:15:00 to Ritual Initialization. Fifteen minutes until the life-altering, world-saving process began.</w:t>
      </w:r>
    </w:p>
    <w:p>
      <w:r>
        <w:t>'Proceed immediately with the 'Stabilization Protocol', Type Delta,' Miller commanded, his voice dropping to the clinical, absolute tone that tolerated no debate. 'Send the medical teams to the Residential Wing. Use the full Type-4 iron-salt load in the injectors. I want Silas Thorne in a deep-theta state—non-responsive—before we even attempt to move him to the Eighth Chair. If the Anchor is conscious, or evenaware, when we start the Siphon, the resulting psychic feedback will not just damage the link; it will level the entire building and expose us.'</w:t>
      </w:r>
    </w:p>
    <w:p>
      <w:r>
        <w:t>'Director,' Chen warned, her voice strained, 'a full sedation could permanently damage his link to the Threads. He might never be a usable Anchor again.'</w:t>
      </w:r>
    </w:p>
    <w:p>
      <w:r>
        <w:t>'The world is ending, Agent Chen,' Miller said, his gaze returning to the pulsing screen, his voice returning to that chilling, bureaucratic ice. 'I'll settle for a damaged Anchor over a breached reality. Secure them. Now.'</w:t>
      </w:r>
    </w:p>
    <w:p>
      <w:r>
        <w:t>As the O.S.I. medical technicians, wearing their heavy-duty, pressurized containment suits, grabbed their specialized injectors and headed for the elevators, the Eye of the Needlebegan to close. The Triad's secret war-council was over. The clinical brutality of the O.S.I. was arriving at Silas's door, and the first, terrifying shot of the revolt was about to be fired.</w:t>
      </w:r>
    </w:p>
    <w:p>
      <w:pPr>
        <w:pageBreakBefore w:val="1"/>
      </w:pPr>
      <w:r>
        <w:t>CHAPTER THIRTY:</w:t>
      </w:r>
    </w:p>
    <w:p>
      <w:r>
        <w:t>The Weight of the Crown</w:t>
      </w:r>
    </w:p>
    <w:p>
      <w:r>
        <w:t>September 25, 2025 – 05:46 AM</w:t>
      </w:r>
    </w:p>
    <w:p>
      <w:r>
        <w:t>O.S.I. Sanctuary – Sublevel 2 (Residential Wing)</w:t>
      </w:r>
    </w:p>
    <w:p>
      <w:r>
        <w:t xml:space="preserve">The atmosphere in the Residential Wing was no longer merely conditioned or sterile; it was a pressurized, toxic soup. The air, filtered through layers of salt and ozone, didn't just taste of clinical cleanliness—it tasted ofpre-mortem fear and the mineral tang of ancient, highly-compressed dust. Three days ago, this subterranean O.S.I. facility had felt like a fortress, a clinical refuge sixty feet below the chaos of the surface world. Now, to Silas Thorne, it felt precisely like the pressurized hull of a deep-sea submersible, sixty fathoms down and beginning to buckle under the impossible weight. The relentless, high-capacity hum of the air scrubbers, once a symbol of ordered science, had transmuted into a rhythmic, chattering taunt—a sixty-hertz pulse that perfectly synchronized with the frantic, uneven thrumming of the necrotic </w:t>
      </w:r>
      <w:r>
        <w:rPr>
          <w:b/>
        </w:rPr>
        <w:t>Threads</w:t>
      </w:r>
      <w:r>
        <w:t>currently snaking through his nervous system.</w:t>
      </w:r>
    </w:p>
    <w:p>
      <w:r>
        <w:t>Silas stood frozen in front of the small, lead-glass mirror set into the wall of his spartan quarters, viewing his own reflection with a researcher's detached, surgical horror. The purple staining on his neck was no longer a simple discoloration or a bruise left by the traumatic unbinding procedure. It had matured, becoming a high-resolution, pulsing map of the In-Between, a complex, fractal network of glowing, bruised veins that radiated outwards from the base of his skull. These violet lines pulsed in perfect synchronization with the mechanical, rhythmic thrum of the Sanctuary's primary Aetheric turbines, flaring with a sickly, iridescent light each time his heart beat. The veins traced the sharp line of his jaw and disappeared beneath the frayed collar of his O.S.I.-issued grey sweatshirt, a biological clock counting down to his dissolution.</w:t>
      </w:r>
    </w:p>
    <w:p>
      <w:r>
        <w:t>'The Crown is heavy, little Anchor,'a voice ground out in the deepest reaches of his skull. It was not a voice carried on air and vibration, but a sound like tectonic plates shifting under a digital bit-crush filter—a grinding, ancient resonance that bypassed the cochlea entirely and hammered directly against the bone of his temporal lobe.'They want to turn your spirit into a copper wire. They want to bleach the shadow out of your soul until you are nothing but a pale, obedient filament for their machine. Let me in, Silas. I am the only one who knows how to ground a King. I am the only one who can teach you how to wear the weight without shattering.'</w:t>
      </w:r>
    </w:p>
    <w:p>
      <w:r>
        <w:t>'Shut up,' Silas whispered, his voice catching in his throat, a dry, papery rasp that sounded impossibly thin against the psychic roar in his head.</w:t>
      </w:r>
    </w:p>
    <w:p>
      <w:r>
        <w:t>He splashed freezing, salt-treated water onto his face from the spartan, metal basin. The water offered no relief; it didn't feel cold at all. Nothing felt cold anymore, not even the terrifying absolute zero of the Void he had glimpsed and touched in the deep-sublevel labs. He was the Dirty Battery now, holding a volatile, three-hour charge of Hollowed Static that he had siphoned, molecule by agonizing molecule, from the air filtration ducts during the dead of night. He felt unnaturally bloated with the echoes of the dead, his skin taking on a translucent, ashen grey sheen that made him look like a photographic negative of himself. He could feel the Staticof a thousand North End ghosts vibrating in his teeth—a localised, howling storm of concentrated grief and hunger that he was barely managing to contain within the vault of his own ribs.</w:t>
      </w:r>
    </w:p>
    <w:p>
      <w:r>
        <w:t xml:space="preserve">A sharp, rhythmic, and utterly professional knock at the door—tap-tap... pause... tap-tap—made his soundless </w:t>
      </w:r>
      <w:r>
        <w:rPr>
          <w:b/>
        </w:rPr>
        <w:t>Chains</w:t>
      </w:r>
      <w:r>
        <w:t xml:space="preserve"> rattle violently in the air, a metallic vibration that sent a visible jolt of violet electricity through the room's iron-shielding.</w:t>
      </w:r>
    </w:p>
    <w:p>
      <w:r>
        <w:t>'Silas? It's Caleb.' The voice was low, controlled, and utterly devoid of emotion.</w:t>
      </w:r>
    </w:p>
    <w:p>
      <w:r>
        <w:t>Silas threw the door open, his movements unnaturally jerky and frame-skipping, betraying the uncontrolled Aetheric surge within him. Caleb Miller stood rigid in the hallway, his powerful frame silhouetted against the harsh, blue-spectrum LEDs of the corridor. He was already in full O.S.I. tactical gear: charcoal-grey impact plating over a lead-lined bodysuit, with his heavy silver-weighted baton magnetically locked to his right thigh. His trademark 'chrome' eyes were dim, shadowed by a profound lack of sleep and the crushing, soul-deep revelation from the recently-read dossiers that his own father, Director Miller, viewed his very existence as nothing more than an'Acceptable Legacy Cost.'</w:t>
      </w:r>
    </w:p>
    <w:p>
      <w:r>
        <w:t>Behind Caleb stood two O.S.I. medical technicians. They were encased entirely in pressurized hazmat suits, their faces rendered anonymous and inhuman by polarized gold visors. They were carrying a Type-4 Iron-Salt injector—a heavy, industrial-looking device that hummed with a low-frequency, high-payload sedative designed to neutralize a person of power.</w:t>
      </w:r>
    </w:p>
    <w:p>
      <w:r>
        <w:t>'What is this?' Silas asked, his voice cracking violently and splitting into that dual-toned necromantic register—the King's Voicethat instantly made the air in the hallway turn heavy, cold, and stagnant.</w:t>
      </w:r>
    </w:p>
    <w:p>
      <w:r>
        <w:t xml:space="preserve">'Director Miller's explicit orders,' Caleb stated. His voice was flat, professional, and entirely hollow, a meticulously crafted performance designed for the omnipresent security cameras mounted every ten feet along the ceiling. But through the Shared Static — the non-verbal, telepathic bridge the Triad had forged in the Crucible — Silas felt a sudden, sharp silver surge of pure intent pierce his internal noise: </w:t>
      </w:r>
      <w:r>
        <w:rPr>
          <w:i/>
        </w:rPr>
        <w:t>Wait. Watch my lead. We're looping the medical feed. Do not trigger the full-system alarm.</w:t>
      </w:r>
      <w:r>
        <w:t xml:space="preserve"> 'Your Aetheric levels spiked dramatically during the night, Silas,' Caleb continued for the benefit of the microphones. 'You're bleeding violet noise into the ventilation system and contaminating the residential air. The Director wants you on a 'Stabilization Protocol' immediately until the ritual begins precisely at 06:00. He says your Anchor is becoming critically volatile.'</w:t>
      </w:r>
    </w:p>
    <w:p>
      <w:r>
        <w:t>'Stabilization?' Silas backed away sharply into the centre of his room, his purple-stained hands clenching into trembling fists. 'You mean the Iron-Sleep. You're going to sedate me into a coma so I can't scream when Miller hooks me up to that Siphon. You're going to turn me into a brick in his goddamn wall while I'm still awake enough to feel the mortar setting.'</w:t>
      </w:r>
    </w:p>
    <w:p>
      <w:r>
        <w:t>The two technicians pushed past Caleb with practiced efficiency, the Type-4 injector in their hands humming louder as it primed a glowing blue payload of concentrated lead-salts. The sound was like a tight swarm of hornets, a high-pitched vibration scientifically designed to disrupt Aetheric resonance and induce immediate collapse.</w:t>
      </w:r>
    </w:p>
    <w:p>
      <w:r>
        <w:t>'Step forward, Subject 09,' the lead tech commanded, his voice unnaturally muffled and distorted by the respirator's amplification system. 'This is for the safety of the facility. The Director has authorized immediate stabilization and physical restraint if necessary.'</w:t>
      </w:r>
    </w:p>
    <w:p>
      <w:r>
        <w:t xml:space="preserve">Silas's violet eyes flared with raw, uncontained static energy. The midnight-black </w:t>
      </w:r>
      <w:r>
        <w:rPr>
          <w:b/>
        </w:rPr>
        <w:t>Chains</w:t>
      </w:r>
      <w:r>
        <w:t xml:space="preserve"> erupted violently from his palms with the sound of iron-bolts being driven deep into solid stone. They didn't lash out at the enemy; instead, they formed a complex, defensive, and fiercely vibrating cage around his body, snaking across the floor and ceiling in a chaotic tangle. The temperature in the room plummeted forty degrees in a single, gut-wrenching second. Thick frost began to spider-web across the lead-lined walls in the jagged, geometric shapes of 17th-century binding sigils.</w:t>
      </w:r>
    </w:p>
    <w:p>
      <w:r>
        <w:t>'Caleb, look at me!' Silas shouted, the intense violet light in his eyes reflecting starkly in the cold, chrome irises of the Specialist.</w:t>
      </w:r>
    </w:p>
    <w:p>
      <w:r>
        <w:t>The technicians raised the massive injector, preparing for the strike, but Caleb moved. He moved with the terrifying, utterly predatory grace of the 'Body'—the apex physical archetype. He didn't strike the technicians with a fist; he simply placed a heavy, gloved hand on the injector's nozzle, forcing the barrel down towards the floor with a bone-jarring strength that made the device's internal servos groan and shriek in protest.</w:t>
      </w:r>
    </w:p>
    <w:p>
      <w:r>
        <w:t>'I've got him,' Caleb said, his voice dropping a full octave to a low, metallic growl as his faint silver aura flickered with a sudden, intense heat. The atmospheric pressure in the small room spiked dramatically—a subtle, controlled display of his power—the reinforced floorboards beneath his heavy boots groaning and cracking as he intentionally increased his mass and density to Brace the entire room against potential damage. 'Leave the room. I'll administer the dose myself. He won't fight a Guardian.'</w:t>
      </w:r>
    </w:p>
    <w:p>
      <w:r>
        <w:t>'The Director was very clear, Specialist Miller,' the technician stammered, his gold visor shaking slightly as it reflected Caleb's burning chrome eyes. 'We are required to stay until the subject is fully neutralized and the bio-monitor confirms the theta-state.'</w:t>
      </w:r>
    </w:p>
    <w:p>
      <w:r>
        <w:t>Caleb turned his head with impossible slowness, his neck muscles corded like braided steel cables under his collar. His eyes weren't just chrome now; they were burning with a cold, metallic, and profoundly dangerous fire—the look of a Guardian who had finally, irrevocably stopped being a jailer and started being the mountain against the tide.</w:t>
      </w:r>
    </w:p>
    <w:p>
      <w:r>
        <w:t>'I said. Get. Out.'</w:t>
      </w:r>
    </w:p>
    <w:p>
      <w:r>
        <w:t>The sheer physical and psychic pressure of Caleb's presence—the 'Body' archetype exerting its absolute, non-negotiable dominance over the Mundanes—was a kinetic force field. It physically forced the technicians back towards the hallway. The very air seemed to push them away, a tangible, telekinetic vacuum that made their respirators hiss loudly as they fought to catch their breath. They did not argue. They dropped the heavy injector on the small metal table as if it were burning hot and retreated towards the elevator bank, their boots clicking in a frantic, panicked double-time.</w:t>
      </w:r>
    </w:p>
    <w:p>
      <w:r>
        <w:t>The silence that followed their retreat was thick and electric, heavy with the sharp, acrid scent of scorched plastic and freshly ionized salt. Silas didn't drop his Chains; they remained suspended in the freezing air, vibrating with a low, profoundly discordant note, still ready for defence.</w:t>
      </w:r>
    </w:p>
    <w:p>
      <w:r>
        <w:t>'Are you going to do it?' Silas asked, his breath misting into a thick cloud in the freezing air of the room. 'Are you going to put me under for him, Caleb?'</w:t>
      </w:r>
    </w:p>
    <w:p>
      <w:r>
        <w:t>Caleb walked deliberately to the table and picked up the injector. He looked down at the glowing blue liquid inside—the potent chemical representation of his father's 'Order,' the substance meant to chemically lobotomize their Sparks for the sake of the Shackle and the machine. With a sudden, violent, and purposeful motion, Caleb jammed the nozzle of the injector hard into the lead-lined wall, discharging the entire three-thousand-milligram dose into the Sanctuary's shielding. The blue liquid sizzled against the metal, shorting out the room's local bio-sensors in a blinding spray of white sparks and smoke.</w:t>
      </w:r>
    </w:p>
    <w:p>
      <w:r>
        <w:t>'We're leaving,' Caleb said, turning back to Silas. His silver skin was shimmering with a focused, almost painful intensity—a purpose Silas had never witnessed before. 'The'Shared Static'is masking the bio-monitors for another ninety seconds, tops. If we don't reach the Archive now, we're never leaving these cells alive. Miller is already in the Siphon chamber. He's moving up the clock on the ritual.'</w:t>
      </w:r>
    </w:p>
    <w:p>
      <w:r>
        <w:t>'I can hear him, Caleb,' Silas gasped, the black Chains finally receding back into his skin, leaving his arms trembling uncontrollably withAetheric Fever.'The Lich. He's not just at the perimeter anymore. He's in the wires. He's in the air vents. He's waiting for the exact microsecond Miller starts the Siphon to hitch a ride on our frequency and download the Void into the city's heart.'</w:t>
      </w:r>
    </w:p>
    <w:p>
      <w:r>
        <w:t>'Then we make absolutely sure that moment never happens,' Caleb said with cold certainty. He reached out and grabbed Silas's shoulder. His touch was an anchor—a massive, physical Bracethat acted as a high-pass filter, momentarily quieting the violet noise and the Crown's incessant screaming in Silas's head. 'Stay with me, Silas. Don't listen to the Crown. Listen to the heart. We're the only ground we have left in this building.'</w:t>
      </w:r>
    </w:p>
    <w:p>
      <w:r>
        <w:t>They slipped out of the room, moving quickly and silently through the cramped service corridors where the Static was loudest and provided the most immediate cover. The ordered geometry of the Sanctuary was already beginning to fail as the Lich tested the ancient salt-seals; the corners of the hallway seemed to stretch into impossible, infinite, shadowed perspectives, and the flickering LEDs weren't just failing—they were being actively devoured by spreading patches of violet smoke that smelled sickeningly of wet earth and copper.</w:t>
      </w:r>
    </w:p>
    <w:p>
      <w:r>
        <w:t>They reached the Archive doors on Sublevel 1 just as the compound's main security alarms began to wail. It wasn't the general emergency breach alarm, but a targeted, high-frequency siren that vibrated painfully in their bone marrow.</w:t>
      </w:r>
    </w:p>
    <w:p>
      <w:r>
        <w:t>'Specialist Miller, report to Sublevel 1 Hub immediately,'Director Miller's voice boomed over the intercom, the clinical calm completely stripped away, replaced by a raw, ancestral terror.'Target Thorne has escaped containment. Lethal force is authorized for the Necromancer. Repeat: do not let the Anchor leave the building. Secure the Weaver at any cost. This is not a drill.''</w:t>
      </w:r>
    </w:p>
    <w:p>
      <w:r>
        <w:t>Caleb didn't flinch. He slammed his massive fist against the heavy vault doors of the Archive, the metal groaning and denting slightly under his density. 'Elara! Open up! We're out of time!'</w:t>
      </w:r>
    </w:p>
    <w:p>
      <w:r>
        <w:t>The doors groaned in response, the golden light of the Weaver bleeding brightly through the cracks. Elara Vance stood there, her hair wild and electrified, her glowing golden sigils burning so intensely they illuminated the entire library in a sepia-toned, archival glow. She was holding the ancient Sewall ledger in one hand and a heavy, stolen O.S.I. data-drive in the other. Her eyes were wide, reflecting a powerful mixture of triumph and absolute, gut-wrenching dread.</w:t>
      </w:r>
    </w:p>
    <w:p>
      <w:r>
        <w:t>'I have the maps,' Elara said, her voice sounding triple-toned as the Resonance between the three of them reached its impossible peak. 'I have the true coordinates for Proctor's Ledge. But we have a critical problem.'</w:t>
      </w:r>
    </w:p>
    <w:p>
      <w:r>
        <w:t>'Only one?' Silas asked grimly, his purple eyes scanning the shifting shadows within the library stacks, expecting the worst.</w:t>
      </w:r>
    </w:p>
    <w:p>
      <w:r>
        <w:t>Elara pointed a trembling finger to the massive security monitors in the Archive. The live feed of the estate's perimeter showed that the 'Meteorological Anomaly' reported on the surface was no longer a storm; it was an active invasion. Thousands upon thousands of Hollowed—the Lich's thralls, the city's unquiet dead—were standing shoulder-to-shoulder at the edge of the Sanctuary's salt-line, their violet eyes forming a solid, glowing, impenetrable wall of light that stretched deep into the surrounding forest.</w:t>
      </w:r>
    </w:p>
    <w:p>
      <w:r>
        <w:t>In the centre of the stone bridge, directly over the estate's main river access, a single figure stood in stark relief—a tall, skeletal man dressed in 17th-century black, his face a rotting mask of bone and violet shadow. He wasn't attacking the O.S.I. guards or the external wards. He was looking directly at the archive camera lens, as if he could see Elara through the fibre-optic wire and the glass.</w:t>
      </w:r>
    </w:p>
    <w:p>
      <w:r>
        <w:t>The Lich was no longer waiting for them to leave the building. He was actively and violently knocking on the door to their world.</w:t>
      </w:r>
    </w:p>
    <w:p>
      <w:r>
        <w:t xml:space="preserve">'WhatisProctor's Ledge?' Silas asked, the name feeling impossibly ancient and charged in his throat. His focus was painfully split, battling the grinding voice of the Crown that was now shouting with seismic power for him to </w:t>
      </w:r>
      <w:r>
        <w:rPr>
          <w:i/>
        </w:rPr>
        <w:t>Take the Throne. Take the Shackle. Rule the Night.</w:t>
      </w:r>
      <w:r/>
    </w:p>
    <w:p>
      <w:r>
        <w:t>'It's the original fail-safe,' Elara explained urgently, her fingers tracing the glowing ink on the ledger's brittle page. 'Not the Siphon that Miller is trying to build, but theanti-Siphon. Samuel Sewall—the first Anchor, the man who designed and built this very facility—he didn't trust his own creation for a second. Proctor's Ledge is an Aetheric null-point, a place specifically designed to completely sever the connection between the Anchor and the Crown. If we reach it and initiate the break, Miller can't use us to power his machine, and the Lich can't use us to enter the world. It cuts the cord.'</w:t>
      </w:r>
    </w:p>
    <w:p>
      <w:r>
        <w:t>'Miller isn't going to let us escape,' Caleb said, his silver-weighted baton humming with a low, deadly frequency that vibrated the floor tiles beneath them. 'And the Lich isn't going to let us stay. We have to fight through both of them right now.'</w:t>
      </w:r>
    </w:p>
    <w:p>
      <w:r>
        <w:t>'He's running an augmented sprint,' Elara warned, looking at the door sensors with wide-eyed dread. 'Miller. I can feel the resonance tearing through Sublevel 2. He's systematically cutting power to the service vents to force us into the open. We have five minutes, maybe less, before the Archive becomes a gas chamber and we're locked in.'</w:t>
      </w:r>
    </w:p>
    <w:p>
      <w:r>
        <w:t>Silas took a decisive step forward, placing his purple-stained hand against the cold metal of the vault door. The metal didn't feel cold; it felt alive, crawling with the violet static of the outer Breach. He could feel the Lich on the other side, not as a coherent mind, but as an overwhelming, predatory hunger that wanted to use his very soul as a bridgehead.</w:t>
      </w:r>
    </w:p>
    <w:p>
      <w:r>
        <w:t>'We take the hangar route,' Silas decided, his voice calm and clear despite the roaring internal war. 'The hangar leads to the surface, and the surface leads immediately to the estate woods. The Lich will be focused entirely on the main bridge and the North gate. We move through the drainage shaft leading under the West Wing. Rook is patrolling that sector—we can use him as a distraction, or if we're incredibly lucky, he'll remember who he's supposed to be protecting and choose a side.'</w:t>
      </w:r>
    </w:p>
    <w:p>
      <w:r>
        <w:t>Caleb nodded once, a sharp, tactical movement that required no discussion. 'Rook owes me a marker. We move now, before Miller locks down the final level and vents the archive.' He pointed to a small, heavy maintenance access door half-hidden behind a rolling stack of data archives. 'That's the drainage shaft. It leads straight down to the hangar floor's ventilation tunnels. Elara, you lead. You have the map in your head, and the light.'</w:t>
      </w:r>
    </w:p>
    <w:p>
      <w:r>
        <w:t>Elara didn't hesitate for a second. She shoved the critical Sewall ledger into her satchel and twisted the manual dial on the maintenance door with a surge of adrenaline. The heavy, pressurized seal hissed open, revealing a vertical shaft descending into pitch darkness, smelling sharply of ancient oil and heavily filtered seawater.</w:t>
      </w:r>
    </w:p>
    <w:p>
      <w:r>
        <w:t>As Elara prepared to drop into the shaft, Silas reached out, grabbing her arm. His violet eyes met her molten gold.</w:t>
      </w:r>
    </w:p>
    <w:p>
      <w:r>
        <w:t>'When we get to the Ledge,' Silas asked, his voice a low, raw whisper, 'what happens to the power? To the voices?'</w:t>
      </w:r>
    </w:p>
    <w:p>
      <w:r>
        <w:t xml:space="preserve">Elara looked him directly in the eye, the terror in her face overshadowed by a fierce, archival resolve that was stronger than fear. 'It's unmade, Silas. It's severed completely. It means you stop being the Anchor for everyone else's ghosts. You stop being the target. You stop hearing the Lich, and you finally, </w:t>
      </w:r>
      <w:r>
        <w:rPr>
          <w:i/>
        </w:rPr>
        <w:t>finally</w:t>
      </w:r>
      <w:r>
        <w:t xml:space="preserve"> get the silence you've been looking for all your life.'</w:t>
      </w:r>
    </w:p>
    <w:p>
      <w:r>
        <w:t>'She lies,' the tectonic voice in Silas's mind roared, a seismic tremor of pure rage that made a thin stream of blood begin to run from his nose. 'The Crown is yours. The Shackle is the key to your power. Kill the Weaver. Kill the Specialist. Take the power and rule the night!'</w:t>
      </w:r>
    </w:p>
    <w:p>
      <w:r>
        <w:t>Silas took a deep, shuddering breath, forcing the violent thought back into the deepest reaches of the Void he contained. He nodded, letting go of Elara's arm. 'Then let's unmake it,' he said, his voice now steel.</w:t>
      </w:r>
    </w:p>
    <w:p>
      <w:r>
        <w:t>Elara dropped into the shaft without another word, the golden glow of her sigils fading as she descended into the lightless dark. Caleb followed immediately, his descent silent and impossibly fast, his mass perfectly controlled. Silas was the last. He spared a single, final glance at the heavy vault door, now throbbing visibly with the Lich's sustained, massive Aetheric assault, and then into the corridor, where the first, heavy sound of Director Miller's augmented boots hit the concrete floor just around the bend.</w:t>
      </w:r>
    </w:p>
    <w:p>
      <w:r>
        <w:t>They were trapped between a Necromancer, a Director, and a world trying desperately to tear itself apart using their power. But for the first time in three hundred and thirty-three years, the Triad was moving as one, in the same direction, with the same single purpose.</w:t>
      </w:r>
    </w:p>
    <w:p>
      <w:r>
        <w:t xml:space="preserve">The floor beneath them violently buckled as the first full-force Aetheric shockwave hit the Archive. The </w:t>
      </w:r>
      <w:r>
        <w:rPr>
          <w:b/>
        </w:rPr>
        <w:t>Breach</w:t>
      </w:r>
      <w:r>
        <w:t xml:space="preserve"> had officially begun.</w:t>
      </w:r>
    </w:p>
    <w:p>
      <w:pPr>
        <w:pageBreakBefore w:val="1"/>
      </w:pPr>
      <w:r>
        <w:t>CHAPTER THIRTY-ONE</w:t>
      </w:r>
    </w:p>
    <w:p>
      <w:r>
        <w:t>The Marrow and the Mesh</w:t>
      </w:r>
    </w:p>
    <w:p>
      <w:r>
        <w:t>September 25, 2025 – 05:52 AM</w:t>
      </w:r>
    </w:p>
    <w:p>
      <w:r>
        <w:t>O.S.I. Sanctuary – Sublevel 2 (The Drainage Shafts)</w:t>
      </w:r>
    </w:p>
    <w:p>
      <w:r>
        <w:t>The transition from the Archive to the drainage shaft was not a fall; it was an entry into a localised vacuum. It was the deliberate, controlled surrender of vertical momentum in exchange for absolute stealth.</w:t>
      </w:r>
    </w:p>
    <w:p>
      <w:r>
        <w:t>As the Triad—Elara Vance, Caleb Miller, and Silas Thorne—dropped into the three-hundred-foot vertical pipe, the world of right angles, reinforced concrete, and the sterile, humming anxiety of fluorescent lighting was instantly replaced. Their new reality was a lightless, circular prison of salt-slicked iron and archaic lead-shielding. To Elara Vance, the descent felt like being threaded through a needle made of cold-iron—a painful, metaphysical squeeze. The Shared Staticbetween the three of them—that delicate, braided frequency of gold (Elara's decoding), silver (Caleb's kinetic control), and violet (Silas's anchoring)—was being violently compressed. The Sanctuary's internal gravity dampeners, designed to stabilise the massive subsurface facility, were now forcing their collective intent into a single, high-density, nearly unreadable packet of energy.</w:t>
      </w:r>
    </w:p>
    <w:p>
      <w:r>
        <w:t>'Caleb... the weight is crushing the signal!' Elara shouted, her voice echoing and distorting in the narrow space, the sound wave itself contorting like a digital recording being played at double speed and then corrupted.</w:t>
      </w:r>
    </w:p>
    <w:p>
      <w:r>
        <w:t>Caleb Miller was falling directly above her, his physical density intentionally spiked far beyond his baseline to provide a 'Kinetic Buffer' for the group. To a normal human, the descent through the narrow, twisting shaft would have been a terminal velocity plummet, ending in a fatal collision with the maintenance floor. But Caleb was not normal; he was Bracing the very air beneath them. His mercury-skin was glowing with a fierce, near-platinum heat, creating a high-pressure cushion of Aetheric resistance that slowed their fall to a manageable, if bone-shaking, controlled slide. The air molecules beneath them were being super-compressed, turning the empty space into a dynamic, pressurized brake.</w:t>
      </w:r>
    </w:p>
    <w:p>
      <w:r>
        <w:t>'I'm... holding... the floor a hundred feet below us!' Caleb roared back, his voice vibrating with the dual-toned Guardian's Register—a frequency unique to his highly focused kinetic control. The effort caused the iron walls to sing with a sympathetic, metallic whine.</w:t>
      </w:r>
    </w:p>
    <w:p>
      <w:r>
        <w:t>His silver aura was casting rhythmic, strobing flashes against the rusted, salt-pocked walls of the shaft, briefly illuminating the toxic buildup of decades. Every time his tactical boots—plated with a frequency-dampening alloy—grazed the iron, a spray of silver sparks erupted. These sparks were not simple friction; they were localised, high-voltage short-circuits, purposefully designed to fry the local sensor-grids that Director Miller was undoubtedly trying to use to track their velocity in real-time.</w:t>
      </w:r>
    </w:p>
    <w:p>
      <w:r/>
      <w:r>
        <w:rPr>
          <w:i/>
        </w:rPr>
        <w:t>Observation 130:</w:t>
      </w:r>
      <w:r>
        <w:t xml:space="preserve"> Elara mentally logged, her Mind frantically trying to decode the architectural data flowing past them in the dark, the schematics of the pipe overlaying her vision.</w:t>
      </w:r>
    </w:p>
    <w:p>
      <w:r/>
      <w:r>
        <w:rPr>
          <w:i/>
        </w:rPr>
        <w:t>The drainage system is the Sanctuary's Analog Bypass. It's the facility's blind spot, lacking the fibre-optic sensors and pressure plates of the main corridors. If we can reach the junction box on Sublevel 3, we can hack the local network and bypass the main hangar's automated lockdown before the Siphon achieves phase-lock.</w:t>
      </w:r>
      <w:r/>
    </w:p>
    <w:p>
      <w:r>
        <w:t>Suddenly, the pipe beneath them didn't just vibrate; it screamed.</w:t>
      </w:r>
    </w:p>
    <w:p>
      <w:r>
        <w:t>The sound wasn't the screech of mechanical friction or the groan of stressed, ancient metal. It was a conscious, resonant malevolence: the Lich. He had followed their unique, high-density resonance into the Sanctuary's plumbing—a perfect, unshielded conduit.</w:t>
      </w:r>
    </w:p>
    <w:p>
      <w:r>
        <w:t>'Little... weaver... little... spark...'The voice emerged not from the air, but from the very rivets and seams of the pipe, a vibrating frequency that resonated directly in the bones of their skulls and the enamel of their teeth.'Why... crawl... in... the... dark... when... the... Void... is... so... bright? Why... run... from... the... Jailer... when... you... can... serve... the... King?'</w:t>
      </w:r>
    </w:p>
    <w:p>
      <w:r>
        <w:t>Violet Static, thick and oily, began to leak from the seams of the shaft, manifesting as thin, weeping, necrotic Threads that reached specifically for Silas Thorne at the rear of the descending column.</w:t>
      </w:r>
    </w:p>
    <w:p>
      <w:r>
        <w:t>Silas was losing his grip on the rusted ladder rungs—rungs that were now vibrating with the Lich's hateful energy. His purple-stained hands were slick with the necrotic Hollowed Static he was still carrying as the 'Dirty Battery'—the residual energy from their encounter with the dead in the Archive. He could feel the Lich reaching for that specific energy signature, trying to use Silas's Anchor status—his fundamental connection to the liminal spaces—to pull the entire Triad out of physical reality and into the volatile 'In-Between' before they could reach the maintenance floor.</w:t>
      </w:r>
    </w:p>
    <w:p>
      <w:r/>
      <w:r>
        <w:rPr>
          <w:i/>
        </w:rPr>
        <w:t>'Silas! Don't let the signal cross! He's using your residual power to bridge the gap!'</w:t>
      </w:r>
      <w:r>
        <w:t xml:space="preserve"> Elara's thought hit him like a physical slap through the resonance, a golden warning spike.</w:t>
      </w:r>
    </w:p>
    <w:p>
      <w:r/>
      <w:r>
        <w:rPr>
          <w:i/>
        </w:rPr>
        <w:t>'I'm trying! He's too close to the main power conduits!'</w:t>
      </w:r>
      <w:r>
        <w:t xml:space="preserve"> Silas projected back, his mental voice cracking under the pressure of the dead's frantic, cold presence. </w:t>
      </w:r>
      <w:r>
        <w:rPr>
          <w:i/>
        </w:rPr>
        <w:t>'He's using the high-voltage lines running parallel to the shaft! He's creating a closed circuit around us! He's trying to download himself into my marrow and take control of the Anchor-point!'</w:t>
      </w:r>
      <w:r/>
    </w:p>
    <w:p>
      <w:r>
        <w:t>Silas closed his eyes, his violet irises flaring with a cold, desperate light that momentarily illuminated the violet infection creeping up the iron walls. He didn't use his Chains to fight the Lich's corrosive influence; he used them to Brace the Triad against the physical world. He lashed out with two midnight-black Chains of solidified static, wrapping one around Elara's waist and the other around Caleb's ankle.</w:t>
      </w:r>
    </w:p>
    <w:p>
      <w:r>
        <w:t>'Ground through me! I'm the circuit-breaker!' Silas screamed, his voice layered with the echoes of the North End graves he anchored.</w:t>
      </w:r>
    </w:p>
    <w:p>
      <w:r>
        <w:t xml:space="preserve">He didn't just anchor the dead; he anchored the </w:t>
      </w:r>
      <w:r>
        <w:rPr>
          <w:i/>
        </w:rPr>
        <w:t>descent</w:t>
      </w:r>
      <w:r>
        <w:t>. He pulled the chaotic kinetic energy Caleb was generating—the slowing, resisting force—and the torrent of golden decoding data from Elara's mind, and he funneled it all into his own Anchor-point. Then, with a wrenching, full-body effort that made his nose bleed a dark violet, staining his chin, he pushed that massive surge of focused, combined energy into the salt-crusted, conductive iron of the shaft.</w:t>
      </w:r>
    </w:p>
    <w:p>
      <w:r>
        <w:t>The result was an instantaneous 'Phase-Shift' in their local reality. For a microsecond—a breath held between heartbeats—the Triad didn't exist in physical space. They became a single, high-resolution data packet moving through a seventeenth-century copper wire. Their physical forms flickered into an ultra-fast, non-physical state of motion.</w:t>
      </w:r>
    </w:p>
    <w:p>
      <w:r>
        <w:t>The weeping violet Threads of the Lich snapped as the Triad bypassed the frequency of the possession entirely. The gap in reality closed just as quickly as it had opened.</w:t>
      </w:r>
    </w:p>
    <w:p>
      <w:r>
        <w:t>They hit the horizontal junction of Sublevel 4 with the force of a small, localised earthquake—a tectonic shift contained entirely within a ten-foot radius. The concrete floor beneath the drainage outlet shattered into a crater of grey dust and silver sparks. Caleb landed first, his density peaking at nearly a ton upon impact, taking the full brunt of the kinetic force for the others. He immediately rolled, absorbing the shock, his platinum light bleaching the shadows of the maintenance corridor, his boots leaving permanent, smoking indents in the floor.</w:t>
      </w:r>
    </w:p>
    <w:p>
      <w:r>
        <w:t>Elara and Silas tumbled out behind him, gasping for air that tasted of ancient oil, filtered seawater, and the sharp, ozone-heavy scent of a dying, overheating machine.</w:t>
      </w:r>
    </w:p>
    <w:p>
      <w:r>
        <w:t>'Status,' Caleb rasped, his chrome eyes snapping into focus, scanning the dark. He stood up, his silver light humming a low, wary frequency that pushed back the encroaching violet fog at the mouth of the pipe.</w:t>
      </w:r>
    </w:p>
    <w:p>
      <w:r>
        <w:t>'The Shared Static is holding, but we're bleeding wattage—Silas, you took the worst of the spike,' Elara said, checking her golden sigils, which were dim, flickering in a rhythmic three-beat pattern. 'Miller has initiated the 'Ritual Overdrive.' I can feel the Siphon spooling up on the floor above us, drawing massive power. The Sanctuary is starting to pull from the local ley-lines to keep the salt-seals active and the security grids locked down.'</w:t>
      </w:r>
    </w:p>
    <w:p>
      <w:r>
        <w:t>'And the Lich?' Silas asked, his voice a dry, papery whisper. He was visibly shivering, his skin now more grey than translucent, his body still bloated with the highly charged, lethal energy of the dead. He pressed a hand to his sternum, trying to re-regulate his anchor-point.</w:t>
      </w:r>
    </w:p>
    <w:p>
      <w:r>
        <w:t xml:space="preserve">'He's at the hangar doors,' Elara replied, closing her physical eyes and viewing the world through the </w:t>
      </w:r>
      <w:r>
        <w:rPr>
          <w:b/>
        </w:rPr>
        <w:t>Threads</w:t>
      </w:r>
      <w:r>
        <w:t xml:space="preserve"> of the building's electrical grid. 'He's not following us—he's anticipating us. He knows we need the Interceptor, and he's waiting for us to open the circuit to its engine. He's going to hitch a ride on the ignition spark.'</w:t>
      </w:r>
    </w:p>
    <w:p>
      <w:r>
        <w:t>They looked down the long, dimly lit corridor that led to the primary Hangar Bay. The red emergency lights were already beginning to pulse in a rapid, panic-inducing rhythm, and the high-pitched, metallic whine of the O.S.I. dampeners was vibrating sharply in the granite walls. The air was thick with tension.</w:t>
      </w:r>
    </w:p>
    <w:p>
      <w:r>
        <w:t>'The Cold Reset is our only play,' Silas said, stepping towards a high-voltage conduit box set into the granite foundation of the facility. His purple-stained hands were glowing with a dark, necrotic heat that was barely contained. 'If I dump this excess Hollowed Static into the main power grid now, it won't just crash the O.S.I. servers. It'll generate a catastrophic feedback loop that will bleach the Lich's high-frequency resonance out of the local network for exactly five minutes. It'll give us the window we need to reach the ship and fire the engines.'</w:t>
      </w:r>
    </w:p>
    <w:p>
      <w:r>
        <w:t>'Then do it,' Caleb commanded, extending his silver-weighted baton. The specialized metal hummed with a low, deadly frequency, ready to absorb the inevitable backlash. 'I'll Brace the physical feedback and the power surge. Elara, get the launch codes ready for the Interceptor. As soon as the lights go out, we move.'</w:t>
      </w:r>
    </w:p>
    <w:p>
      <w:r>
        <w:t>The Triad stood at the threshold of the Hangar, three fugitives who had become a single, revolutionary machine of focused intent.</w:t>
      </w:r>
    </w:p>
    <w:p>
      <w:r>
        <w:t>'On my mark,' Silas whispered, his fingers hovering inches above the exposed, humming wire.</w:t>
      </w:r>
    </w:p>
    <w:p>
      <w:r>
        <w:t>The world held its breath as the Anchor reached for the heart of the machine, ready to pull the plug on the O.S.I. Sanctuary.</w:t>
      </w:r>
    </w:p>
    <w:p>
      <w:pPr>
        <w:pageBreakBefore w:val="1"/>
      </w:pPr>
      <w:r>
        <w:t>CHAPTER THIRTY-TWO:</w:t>
      </w:r>
    </w:p>
    <w:p>
      <w:r>
        <w:t>The Shattered Sanctuary</w:t>
      </w:r>
    </w:p>
    <w:p>
      <w:r>
        <w:t>September 25, 2025 — O.S.I. Sanctuary — Station Zero</w:t>
      </w:r>
    </w:p>
    <w:p>
      <w:r>
        <w:t>No earthquake shook the foundation; instead, a rhythmic, soul-crushing vibration bypassed the ears and hummed directly into the marrow of Elara's bones. In the 'Glass Library,' the nitrogen-sealed cases didn't just crack; they exploded outward, spraying shards of lead-glass across the stone floor like diamond hail.</w:t>
      </w:r>
    </w:p>
    <w:p>
      <w:r>
        <w:t>'Director!' Agent Chen's voice screamed over the comms, distorted by a blizzard of white noise. 'The iron-salt perimeter has been inverted! The shields aren't keeping them out—they're acting as a conductor for the In-Between!'</w:t>
      </w:r>
    </w:p>
    <w:p>
      <w:r>
        <w:t>The red emergency lights flickered and died, replaced by a suffocating, violet luminescence that seeped through the ventilation grates. The Static in Elara's eyes became a blinding blizzard of golden and violet data. She could see the geometry of the building warping, the straight lines of the O.S.I. architecture twisting into the jagged, impossible angles of the In-Between.</w:t>
      </w:r>
    </w:p>
    <w:p>
      <w:r>
        <w:t>'Rook, report!' Director Miller's voice boomed from the Archive entrance. He stood there, flanked by tactical agents whose Light-Scythes were already humming with a frantic, unstable energy. 'Rook, do you have the Guardian secured?'</w:t>
      </w:r>
    </w:p>
    <w:p>
      <w:r>
        <w:t>The only response from the hallway was a wet, static-filled gargle.</w:t>
      </w:r>
    </w:p>
    <w:p>
      <w:r>
        <w:t>'The... door... is... unmade...'a voice echoed through the speakers. It wasn't Rook. It was the dry, grinding voice Silas had heard in his skull—the Lich.</w:t>
      </w:r>
    </w:p>
    <w:p>
      <w:r>
        <w:t xml:space="preserve">Silas stepped forward, his purple-stained hands erupting in midnight-black </w:t>
      </w:r>
      <w:r>
        <w:rPr>
          <w:b/>
        </w:rPr>
        <w:t>Chains</w:t>
      </w:r>
      <w:r>
        <w:t>. He didn't look at Miller; he looked at the ceiling, which was beginning to bleed violet smoke. 'They're here, Elara. Not just the scouts. The ones who remember the gallows are breathing down our necks.'</w:t>
      </w:r>
    </w:p>
    <w:p>
      <w:r>
        <w:t>'Miller, get out of the way!' Caleb roared. He stepped in front of Elara and Silas, his chrome eyes burning with a metallic fire. He didn't just Brace; he Anchored. His density spiked until the stone floor beneath his boots groaned and cracked, his weight creating a localised gravitational well that pulled the violet smoke away from them.</w:t>
      </w:r>
    </w:p>
    <w:p>
      <w:r>
        <w:t>'You're going nowhere,' Miller snapped, his face twisted in a mask of inherited zealotry. 'If the Sanctuary falls, the Shackle must be reborn here. Now! Secure the Weaver!'</w:t>
      </w:r>
    </w:p>
    <w:p>
      <w:r>
        <w:t>The tactical agents lunged.</w:t>
      </w:r>
    </w:p>
    <w:p>
      <w:r>
        <w:t>Elara didn't wait. She grabbed the Sewall ledger, her golden sigils flaring with such intensity that they burned through the sleeves of her shirt. She didn't just see the Static; she grabbed it. With a violent, sweeping motion, she 'threaded' the raw energy of the breach into a concussive wave, throwing Miller and his team back against the archives.</w:t>
      </w:r>
    </w:p>
    <w:p>
      <w:r>
        <w:t>'The hangar!' Elara shouted over the roar of the Aetheric storm. 'The interceptor is on Sublevel 4!'</w:t>
      </w:r>
    </w:p>
    <w:p>
      <w:r>
        <w:t>They ran, passing O.S.I. researchers who had been Hollowed where they stood—standing perfectly still, their eyes replaced by violet pits, their mouths open in silent, static-filled screams. The In-Between was no longer a theory; it was a flood, and the Sanctuary was a sinking ship.</w:t>
      </w:r>
    </w:p>
    <w:p>
      <w:r>
        <w:t>They reached the Containment Wing, but the heavy iron door had been torn off its hinges by decomposition—the metal looked as if it had aged a thousand years in a single second. Inside, Specialist Rook stood waiting. But the massive Guardian wasn't himself. His silver-inked tattoos had turned a necrotic, bruised black, and his eyes were twin wells of violet static.</w:t>
      </w:r>
    </w:p>
    <w:p>
      <w:r>
        <w:t>'He... is... the... key,' Rook wheezed, his voice layered with the Lich's chilling resonance.</w:t>
      </w:r>
    </w:p>
    <w:p>
      <w:r>
        <w:t>Rook lunged. Even possessed, his density was terrifying. Silas threw his midnight-black Chains, wrapping them around Rook's arms, but the possessed Guardian snapped them like dry twigs.</w:t>
      </w:r>
    </w:p>
    <w:p>
      <w:r>
        <w:t>'I can't hold him!' Silas gasped, his nose beginning to bleed from the strain of the Anchoring. 'The Lich is funneling too much pressure through him!'</w:t>
      </w:r>
    </w:p>
    <w:p>
      <w:r>
        <w:t>'Caleb, now!' Elara cried.</w:t>
      </w:r>
    </w:p>
    <w:p>
      <w:r>
        <w:t>Caleb met Rook head-on. It was a collision of two silver-blooded titans. The shockwave blew out the reinforced glass of the observation deck. Caleb caught Rook's incoming fist, his own silver light expanding into a shimmering dome.</w:t>
      </w:r>
    </w:p>
    <w:p>
      <w:r>
        <w:t>'Triad!' Elara shouted, reaching out. She grabbed Silas's hand with her left and Caleb's shoulder with her right.</w:t>
      </w:r>
    </w:p>
    <w:p>
      <w:r>
        <w:t>The connection was a physical jolt. For a heartbeat, the 'Mind, Body, and Outcast' became a single circuit. Elara's gold fire stabilised Caleb's silver tremor; Silas's purple ink provided the conduit to pull the Lich's influence out of Rook's marrow.</w:t>
      </w:r>
    </w:p>
    <w:p>
      <w:r>
        <w:t>A blast of pure, white light erupted from the centre of the triad, purging the violet shadow from the room. Rook slumped to the floor, unconscious but free.</w:t>
      </w:r>
    </w:p>
    <w:p>
      <w:r>
        <w:t>The Sanctuary groaned. Above them, the sound of the ocean began to pour in—the Atlantic was reclaiming the estate as the Aetheric foundations failed.</w:t>
      </w:r>
    </w:p>
    <w:p>
      <w:r>
        <w:t>'Go! Go!' Caleb pushed them towards the hangar.</w:t>
      </w:r>
    </w:p>
    <w:p>
      <w:r>
        <w:t>They scrambled into the O.S.I. interceptor just as a massive rift opened in the hangar floor, swallowing the primary Aegis transport. Silas stopped at the ramp, his purple-stained fingers clawing at the air. He looked back at the hundreds of Hollowed O.S.I. staff members beginning to swarm the hangar.</w:t>
      </w:r>
    </w:p>
    <w:p>
      <w:r>
        <w:t>'I can't save them,' Silas said, his voice dropping into the King's register. 'But I can give them peace.SLEEP!'</w:t>
      </w:r>
    </w:p>
    <w:p>
      <w:r>
        <w:t>The command rippled outward, a shockwave of necromantic silence. The Chains of every Hollowed in the room snapped, and the army of the dead collapsed like puppets with their strings cut.</w:t>
      </w:r>
    </w:p>
    <w:p>
      <w:r>
        <w:t>Caleb punched the ignition. The ship roared to life, blasting through the disguised carriage house doors just as the entire Sanctuary collapsed into the churning sea.</w:t>
      </w:r>
    </w:p>
    <w:p>
      <w:r>
        <w:t>An hour later, the interceptor was parked in a darkened forest clearing in New Hampshire.</w:t>
      </w:r>
    </w:p>
    <w:p>
      <w:r>
        <w:t>The world outside was a different place. On the radio, reports were coming in from across the country. The 'Pulse' hadn't been an event; it was a transformation. Magic was the new law, and it was a law written in blood and static.</w:t>
      </w:r>
    </w:p>
    <w:p>
      <w:r>
        <w:t>Elara sat in the back of the ship, the Sewall ledger open on her lap. She looked at Silas and Caleb, then at the new line of ink forming on the last page of the book.</w:t>
      </w:r>
    </w:p>
    <w:p>
      <w:r>
        <w:t>The Triad is Bound. The Descent begins.</w:t>
      </w:r>
    </w:p>
    <w:p>
      <w:r>
        <w:t>'We're not just running,' Elara said, her eyes glowing with a steady, determined gold. 'We're hunting the truth. Proctor's Ledge is the first stop.'</w:t>
      </w:r>
    </w:p>
    <w:p>
      <w:r>
        <w:t>'Then let's go,' Caleb said, setting the coordinates. 'Before the sun comes up on a world we don't recognise.'</w:t>
      </w:r>
    </w:p>
    <w:p>
      <w:r/>
      <w:r>
        <w:rPr>
          <w:i/>
        </w:rPr>
        <w:t xml:space="preserve"> </w:t>
      </w:r>
      <w:r>
        <w:t xml:space="preserve"> *</w:t>
      </w:r>
    </w:p>
    <w:p>
      <w:r>
        <w:t>The Aftershock and the Oath</w:t>
      </w:r>
    </w:p>
    <w:p>
      <w:r>
        <w:t>The silence in the interceptor was heavier than the sea that had just swallowed their former home. Caleb's hands gripped the yoke, his knuckles white, his metallic gaze fixed on the holographic map that traced a chaotic path away from the ruins of Station Zero. The O.S.I. Sanctuary—the fortified shield of the known world—was gone.</w:t>
      </w:r>
    </w:p>
    <w:p>
      <w:r>
        <w:t>'New Hampshire,' Silas muttered, wiping a trickle of blood from his nose with the back of his purple-stained hand. 'A good place to hide, maybe. A bad place to start a war.'</w:t>
      </w:r>
    </w:p>
    <w:p>
      <w:r>
        <w:t>The radio crackled again, pulling Elara's attention away from the ledger. A broadcaster's voice, strained and frantic, reported mass evacuations in Boston following what officials were calling a 'tectonic shift event' and 'unprecedented atmospheric interference.' The jargon was thin window dressing over a naked, terrifying truth: the veil was shredded, and the madness of the In-Between was bleeding into reality on a global scale.</w:t>
      </w:r>
    </w:p>
    <w:p>
      <w:r>
        <w:t>'They won't be able to cover this up,' Caleb stated, the observation flat and devoid of emotion. 'The world knows now. They just don't know what they know.'</w:t>
      </w:r>
    </w:p>
    <w:p>
      <w:r>
        <w:t xml:space="preserve">Elara finally closed the Sewall ledger, its ancient, leather binding warm against her palm. The new line of ink felt less like a prophecy and more like a mandate. </w:t>
      </w:r>
      <w:r>
        <w:rPr>
          <w:i/>
        </w:rPr>
        <w:t>The Triad is Bound. The Descent begins.</w:t>
      </w:r>
      <w:r>
        <w:t>The binding had felt instantaneous, but the residual energy pulsed between them—a faint, shared resonance that was both stabilising and unnerving.</w:t>
      </w:r>
    </w:p>
    <w:p>
      <w:r>
        <w:t>'Miller saw the Shackle as a solution,' Elara said, her voice quiet but firm. 'A tool to control what he didn't understand. But the Shackle wasn't meant to bind the In-Between; it was meant to bindus.'</w:t>
      </w:r>
    </w:p>
    <w:p>
      <w:r>
        <w:t>She looked at Silas, the Outcast King, the one whose power had been anathema to the O.S.I.'s doctrine, and then at Caleb, the perfect silver-blooded machine, the ideal they had tried to clone. 'We're the only ones left who understand the cost of that control. We broke the Shackle and, in doing so, we unleashed the flood.'</w:t>
      </w:r>
    </w:p>
    <w:p>
      <w:r>
        <w:t>Silas leaned forward, his eyes dark with the lingering shadow of the Lich's influence. 'So what's the oath, Elara? To clean up the mess we made? Or to finish what the Sewall family started?'</w:t>
      </w:r>
    </w:p>
    <w:p>
      <w:r>
        <w:t>Elara felt the conviction settle into her marrow, turning the gold fire in her sigils from frantic energy to focused heat. She placed the ledger on the console.</w:t>
      </w:r>
    </w:p>
    <w:p>
      <w:r>
        <w:t>'The oath,' she said, looking directly at both of them, her gold eyes bright even in the darkened cockpit. 'Is to find the source. Proctor's Ledge isn't just a place of power; it's where the first breach happened, where the original Sewall tried to seal the In-Between forever. If the Descent is beginning, the original seal must be broken, and we need to know how, and by whom.'</w:t>
      </w:r>
    </w:p>
    <w:p>
      <w:r>
        <w:t>Caleb punched in the final coordinates, the interceptor banking sharply towards the northeast. 'Proctor's Ledge. Then what? A full frontal assault on the things that just ate an anti-Aetheric fortress?'</w:t>
      </w:r>
    </w:p>
    <w:p>
      <w:r>
        <w:t>Elara picked up the ledger again, resting it over her heart. 'Then, we find the second Sanctuary. The one they couldn't bind.'</w:t>
      </w:r>
    </w:p>
    <w:p>
      <w:r>
        <w:t>The interceptor vanished into the dark, rain-swept sky, leaving the chaos of the fractured world behind them.</w:t>
      </w:r>
    </w:p>
    <w:p>
      <w:pPr>
        <w:pageBreakBefore w:val="1"/>
      </w:pPr>
      <w:r>
        <w:t>CHAPTER THIRTY-THREE</w:t>
      </w:r>
    </w:p>
    <w:p>
      <w:r>
        <w:t>The Static in the Pines</w:t>
      </w:r>
    </w:p>
    <w:p>
      <w:r>
        <w:t>September 25, 2025 – 08:45 AM</w:t>
      </w:r>
    </w:p>
    <w:p>
      <w:r>
        <w:t>Berlin, New Hampshire – The Ruins of the Burgess Paper Mill</w:t>
      </w:r>
    </w:p>
    <w:p>
      <w:r>
        <w:t>The transition from the O.S.I. Sanctuary to the raw, unedited reality of the 'Mundane' world was a violent sensory assault, a catastrophic system shock to the Triad's recently synchronized nervous systems. The journey through the Aetheric storm, shielded only by the Apex-7'scompromised lead-alloy hull, had left them feeling perpetually displaced. Now, without the high-resolution, data-filtered environment of the Order, the world no longer felt solid or dependable. It felt like a low-fidelity simulation that was desperately struggling to render the sheer, overwhelming volume of Aetheric data that was now flooding the atmosphere.</w:t>
      </w:r>
    </w:p>
    <w:p>
      <w:r>
        <w:t>The sky above Berlin, New Hampshire, wasn't the crisp, autumnal blue of a pristine New England morning; it was a bruised, iridescent violet, a catastrophic canvas of unleashed magic. Clouds didn't drift; they swirled with a jagged, frame-skipping rhythm, as if a celestial projectionist was struggling with the refresh rate. The air tasted of ozone and burning copper, a metallic tang that spoke of fundamental physical laws being forcibly overwritten.</w:t>
      </w:r>
    </w:p>
    <w:p>
      <w:r>
        <w:t>TheApex-7Interceptor, a matte-black spear of carbon-fibre and dark science, sat in the exact middle of a rusted, weed-choked parking lot of the decommissioned Burgess Paper Mill. Its once-sleek hull was scorched and pitted, stained with the corrosive violet residue of the Lich's reach and the crystalline salt-spray of the Atlantic crossing. The ship's engines hissed and ticked as they cooled, the sound echoing like a dying heartbeat against the towering, corrugated steel walls of the surrounding, skeletal warehouses. It was a monument to the Order they had just destroyed, and the price of their betrayal.</w:t>
      </w:r>
    </w:p>
    <w:p>
      <w:r>
        <w:t>Caleb Miller stepped off the ramp, his movements heavy and deliberate. His boots crunched on a carpet of shattered safety glass and industrial gravel, the noise an almost painfully ordinary sound in this place of escalating strangeness. He was still stripped to his tactical vest, his bare arms traced with the faint, silver scars of his 'Mass-Feedback Loop' with Specialist Rook. Every few seconds, a faint, internal ripple of mercury-light would pulse beneath his skin—a residual kinetic tremor, a ghost in the machine that made the very air around him feel heavy and pressurized, charged with the near-infinite density he could still summon. He looked at the surrounding forest, where the dense white pines seemed to lean towards them, drawn by the unconscious, immense gravity of the Triad's resonance.</w:t>
      </w:r>
    </w:p>
    <w:p>
      <w:r>
        <w:t>'The primary transponder is dead—I disabled the Aetheric coil before we jumped,' Caleb rasped, his voice still vibrating with the dual-toned metallic echo of the Guardian's Register. The simple act of speaking was a strain. 'But the O.S.I. has secondary pings etched into the hull's very alloy. It's a failsafe—a homing beacon keyed to my father's biometric signature.' He walked around the ship—a billion-dollar miracle of O.S.I. engineering, the last piece of his father's world—and felt a sudden, sharp pang of grief, the physical weight of betrayal. 'We can't keep it. It's a lighthouse for every 'Aegis-Scanner' within five hundred miles. If we leave it active, Miller will have a tactical team on our heads before the sun hits the meridian.'</w:t>
      </w:r>
    </w:p>
    <w:p>
      <w:r>
        <w:t>Elara Vance sat on the edge of the cooling ramp, the vast, leather-boundSewall Ledgeropen on her knees. She looked utterly exhausted, her golden-blonde hair wild and matted with salt and sweat, her golden sigils dim and flickering like a failing hard drive struggling to process a petabyte of information. She was clutching an O.S.I. diagnostic tablet she had swiped from the Analytical Suite, its screen a chaotic blizzard of violet and gold telemetry.</w:t>
      </w:r>
    </w:p>
    <w:p>
      <w:r>
        <w:t>'The Resolution is climbing, Caleb. Exponentially,' Elara said, her eyes fixed on a scrolling heatmap of the Northeast. Her voice sounded triple-toned, a lingering spectral effect of their profound synchronization in the hangar. 'The fall of the Sanctuary didn't just release the local pressure. It triggered a 'Cascading Resolution Event.' The In-Between isn't just leaking into Salem anymore; it's overwriting the fundamental constants of the entire state. I can see the packet-loss in the atmosphere. Reality is dropping frames.'</w:t>
      </w:r>
    </w:p>
    <w:p>
      <w:r>
        <w:t>She pointed south, towards the jagged horizon line above the mountains. The sky didn't look like sky anymore. It looked like a corrupted image file, a vast smudge of ashen non-existence that Elara's Mind immediately identified as the Grey Zone. It was the leading edge of the Void, the rising tide of magical nullification where the trees and mountains were literally no longer being 'rendered' by the physical laws of the world.</w:t>
      </w:r>
    </w:p>
    <w:p>
      <w:r>
        <w:t>'The Mundanes are already calling it 'Atmospheric Interference' on the emergency bands we can still intercept,' Elara continued, her fingers dancing across the tablet to bypass a lingering O.S.I. firewall. 'But people are going into 'Resolution Shock.' Their brains can't process the bit-rate of the magic flowing into the world. They're staring at the violet sky and forgetting how to breathe because the data-stream is simply too heavy for a Mundane nervous system to handle.'</w:t>
      </w:r>
    </w:p>
    <w:p>
      <w:r>
        <w:t>Silas Thorne emerged from the deep, shadow-choked maw of a nearby, abandoned warehouse. He moved with the jerky, unnatural gait of someone who was still 'Anchoring' the ghosts of a thousand staff members, his subconscious fighting to keep the ambient psychic noise locked down. He was carrying a heavy, oil-stained toolbox and a set of rusted keys he had scavenged from a maintenance shed with a silent, spectral search. He looked like a photographic negative—his skin a translucent, bruised grey, his purple-stained hands trembling with a fine, necromantic palsy. He was wrapped in a stolen, heavy Carhartt jacket that smelled of stale tobacco, woodsmoke, and pine needles—a scent that felt beautifully, safely grounding in a world that was rapidly losing its smell of ozone and antiseptic.</w:t>
      </w:r>
    </w:p>
    <w:p>
      <w:r>
        <w:t>'I found a truck,' Silas said, his voice a dry, papery whisper that seemed to absorb the sound around it, a vocal black hole. 'A 2012 Ford F-150. It's analog. No GPS, no smart-link, no O.S.I. back-doors, no digital security protocols that can be traced. It's got a quarter-tank of gas and a hunting rifle in the back seat. The owner... the owner won't be needing it.' He paused, his violet eyes flat and clinical. 'He's currently a 'Thread' snagged in the riverbank, staring at the violet lightning.'</w:t>
      </w:r>
    </w:p>
    <w:p>
      <w:r>
        <w:t>Silas looked at the Interceptor, then at Caleb, the violet light in his eyes cold and necessary. 'Do it, Miller. Cut the cord. We need to be the signal noise in a world full of static. If we don't ditch the high-tech, we're just a slow-moving target for the drones. We need to be invisible to the network, and this ship is a beacon.'</w:t>
      </w:r>
    </w:p>
    <w:p>
      <w:r>
        <w:t>Caleb nodded slowly, his jaw tight. He walked to the nose-cone of the Interceptor. He didn't use a wrench or a hammer. He didn't need tools. He simply placed his hand flat on the ship, directly over the primary Aetheric sensor array and the internal combustion block.</w:t>
      </w:r>
    </w:p>
    <w:p>
      <w:r>
        <w:t>'I'm sorry, Pops,' Caleb whispered, his voice cracking, the apology for the father he had lost and the legacy he was destroying.</w:t>
      </w:r>
    </w:p>
    <w:p>
      <w:r>
        <w:t>He spiked his density.</w:t>
      </w:r>
    </w:p>
    <w:p>
      <w:r>
        <w:t>The sound that followed was a sickening, high-velocity metalliccrunch, not a bang, but a deep, implosive sound as Caleb's hand increased in mass until it reached the staggering weight of a compact car. The carbon-fibre hull didn't just dent; it buckled and shredded, the engine block beneath the skin shattering into a thousand pieces of leaded-aluminum. A spectacular spray of silver sparks and caustic violet coolant erupted, sizzling against the frost-cracked pavement. Caleb didn't stop, his face rigid with effort and pain, until the Interceptor was a crumpled, useless heap of non-conductive junk, its 'Spark' extinguished forever.</w:t>
      </w:r>
    </w:p>
    <w:p>
      <w:r>
        <w:t>As the last glow of the ship's internal systems died, a sudden, heavy silence fell over the parking lot. The Shared Static — the synchronized Aetheric resonance between the three of them—immediately reacted to the loss of the ship's shielding. The radius of their combined field expanded, a fifty-yard sphere of relative psychic calm that pushed back the encroaching violet fog of the mill and the ceaseless whispering of the dead.</w:t>
      </w:r>
    </w:p>
    <w:p>
      <w:r/>
      <w:r>
        <w:rPr>
          <w:i/>
        </w:rPr>
        <w:t>Observation 134:</w:t>
      </w:r>
      <w:r>
        <w:t xml:space="preserve"> Elara mentally logged, her mind defaulting to her archival defence mechanism to process the trauma of the destruction.</w:t>
      </w:r>
    </w:p>
    <w:p>
      <w:r/>
      <w:r>
        <w:rPr>
          <w:i/>
        </w:rPr>
        <w:t>The Shared Static has a stable physical radius of approximately fifty yards. Beyond that, the resonance begins to destabilise, and the Aetheric Fever returns. If we are to survive the Descent, we must remain within the circle. We are no longer three individuals moving through space. We are a closed system.</w:t>
      </w:r>
      <w:r/>
    </w:p>
    <w:p>
      <w:r>
        <w:t>'We're a pack,' Silas corrected, his purple-stained hands clenching the scavenged toolbox. 'And the world is currently one giant, rapidly-forming graveyard.'</w:t>
      </w:r>
    </w:p>
    <w:p>
      <w:r>
        <w:t>'Let's move,' Caleb commanded, picking up the Sewall ledger from the cooling ramp and handing it to Elara with a hand that was still shimmering with residual mercury-light. 'We need to reach Highway 93 before the O.S.I. reboots the orbital network. If Miller uses the 'Old Blood' protocols, they'll bypass the main roads and look for us on the backroads first. We have to beat them to the primary artery.'</w:t>
      </w:r>
    </w:p>
    <w:p>
      <w:r>
        <w:t>'And Silas?' Caleb added, looking at the Anchor already moving towards the rusted truck. 'Keep the 'Silence' active. I don't want every ghost in New Hampshire knowing we're on the road. We need to be the only thing in this state that isn't screaming.'</w:t>
      </w:r>
    </w:p>
    <w:p>
      <w:r>
        <w:t>'I'm an Anchor, Caleb,' Silas muttered, climbing into the passenger seat of the rusted Ford. The door whined on its hinges, a sound he immediately dampened. 'I've been holding my breath since 1692. I think I can handle a truck ride.'</w:t>
      </w:r>
    </w:p>
    <w:p>
      <w:r>
        <w:t>As Caleb climbed into the driver's seat and turned the key, the sound of the internal combustion engine felt primitive, loud, and beautifully, safely mundane. It was a mechanical growl that didn't require a logic gate or a salt-seal to operate. They turned out of the mill's rusted gates, the old F-150's tires crunching over the gravel, leaving the smoking, crumpled ruins of the Interceptor behind—a high-tech tomb for their former lives.</w:t>
      </w:r>
    </w:p>
    <w:p>
      <w:r>
        <w:t>Above them, the violet lightning of the 'Unveiling' arced across the jagged silhouettes of the White Mountains, a silent, beautiful, catastrophic broadcast that was being heard by every soul on the planet. The 'Slow Burn' of the Sanctuary was over. The Descent had begun.</w:t>
      </w:r>
    </w:p>
    <w:p>
      <w:r>
        <w:t>The Librarian, the Guardian, and the Anchor were no longer following the O.S.I.'s carefully constructed map. They were the ones who were finally writing the code for the world that came next.</w:t>
      </w:r>
    </w:p>
    <w:p>
      <w:r>
        <w:t>As the truck hit the first stretch of cracked asphalt, the Resonance settled into a steady, rhythmic hum, the pulse of a closed system moving through a crumbling world. Elara looked at Caleb's scarred hands on the wheel and Silas's heavy shadow in the corner. They were fugitives, they were freaks, and they were the only ones who knew how the story truly ended.</w:t>
      </w:r>
    </w:p>
    <w:p>
      <w:r>
        <w:t>The road south was a desperate, straight line of gold and silver light cutting through a world that was rapidly turning to ash.</w:t>
      </w:r>
    </w:p>
    <w:p>
      <w:r>
        <w:t>INTERLUDE 1:</w:t>
      </w:r>
    </w:p>
    <w:p>
      <w:r>
        <w:t>INTERLUDE 1:</w:t>
      </w:r>
    </w:p>
    <w:p>
      <w:r>
        <w:t>The Salt and the Ash</w:t>
      </w:r>
    </w:p>
    <w:p>
      <w:r>
        <w:t>Ipswich, MA – The Ruins of Station Zero</w:t>
      </w:r>
    </w:p>
    <w:p>
      <w:r>
        <w:t>The Atlantic Ocean was a cold, unforgiving witness to the end of a three-hundred-and-thirty-three-year secret.</w:t>
      </w:r>
    </w:p>
    <w:p>
      <w:r>
        <w:t>Director Arthur Miller pulled himself onto a jagged slab of reinforced concrete that had once been the floor of the Glass Library. His heavy wool coat was gone, replaced by a tattered, salt-stained tactical vest. Blood from a gash on his forehead ran into his left eye, blurring his vision with a crimson haze, but he didn't wipe it away. He simply stared at the whirlpool where the Sanctuary had been.</w:t>
      </w:r>
    </w:p>
    <w:p>
      <w:r>
        <w:t>Bubbles of violet gas still burped to the surface, smelling of ozone and ancient rot.</w:t>
      </w:r>
    </w:p>
    <w:p>
      <w:r>
        <w:t>'Director?'</w:t>
      </w:r>
    </w:p>
    <w:p>
      <w:r>
        <w:t>The voice was thin, mechanical. Miller turned to see Agent Sarah Chen sitting on a pile of debris twenty yards away. Her HUD glasses were shattered, hanging from one ear by a wire. She was clutching a hardened O.S.I. laptop to her chest as if it were a life preserver.</w:t>
      </w:r>
    </w:p>
    <w:p>
      <w:r>
        <w:t>'Report,' Miller croaked, his voice raw from the salt air.</w:t>
      </w:r>
    </w:p>
    <w:p>
      <w:r>
        <w:t>'The facility is a total loss,' Chen said, her voice devoid of its usual clinical spark. 'Rook is... we haven't found a signal for Rook. The tactical teams on Sublevels 3 and 4 were engulfed when the iron-salt perimeter inverted.'</w:t>
      </w:r>
    </w:p>
    <w:p>
      <w:r>
        <w:t>She opened the laptop. The screen flickered, struggling to maintain a connection to the O.S.I. orbital network.</w:t>
      </w:r>
    </w:p>
    <w:p>
      <w:r>
        <w:t>'The Pulse has gone global, sir. It's not just manifestations anymore. We're seeing 'Aetheric Storms' over every major ley-line intersection. The Vatican has been evacuated. The Kremlin is under a 'violet-tier' lockdown. And the news...' she hesitated, looking at a scrolling feed. 'The Mundanes have stopped calling it a terrorist attack. They're calling it the Unveiling.'</w:t>
      </w:r>
    </w:p>
    <w:p>
      <w:r>
        <w:t>Miller stood up, his joints screaming in protest. He looked towards the treeline, where the forest had been shredded by the Lich's arrival. He saw a single, golden-threaded scrap of fabric caught on a thorn bush—a piece of Elara's sleeve.</w:t>
      </w:r>
    </w:p>
    <w:p>
      <w:r>
        <w:t>'They escaped,' Miller said. It wasn't a question.</w:t>
      </w:r>
    </w:p>
    <w:p>
      <w:r>
        <w:t>'The Interceptor's transponder was cut ten miles north,' Chen confirmed. 'They're dark. And Director... before the servers went down, I caught a final data-burst from the Siphon.'</w:t>
      </w:r>
    </w:p>
    <w:p>
      <w:r>
        <w:t>'What did it say?'</w:t>
      </w:r>
    </w:p>
    <w:p>
      <w:r>
        <w:t>'The triad didn't just break the machine,' Chen whispered. 'They synchronized. For three seconds, their Aetheric output didn't just meet the requirement—it exceeded the capacity of the 1692 Shackle by a factor of ten. They aren't just practitioners, sir. They are a new species of power.'</w:t>
      </w:r>
    </w:p>
    <w:p>
      <w:r>
        <w:t>Miller closed his eyes, thinking of the 'Black Ledger' buried in the silt below them. He thought of his father, and his father before him, who had all lived for the singular purpose of keeping the gate closed.</w:t>
      </w:r>
    </w:p>
    <w:p>
      <w:r>
        <w:t>'They think they're running towards freedom,' Miller said, his hand closing into a fist. 'But they're running towards a war they don't understand. If they reach Proctor's Ledge before we find them, they won't just stop the Lich. They'll invite the Void in for dinner.'</w:t>
      </w:r>
    </w:p>
    <w:p>
      <w:r>
        <w:t>He turned to the horizon, where the first light of dawn was breaking—a bruised, sickly yellow light that didn't feel like morning.</w:t>
      </w:r>
    </w:p>
    <w:p>
      <w:r>
        <w:t>'Contact the 'Old Blood' families in London and Prague,' Miller ordered. 'If the O.S.I. can't contain the triad, we'll use the monsters who have a vested interest in keeping the world the way it was. Tell them the Harvest has begun, and the Weaver is in the wild.'</w:t>
      </w:r>
    </w:p>
    <w:p>
      <w:r>
        <w:t>Chen looked up, her eyes wide. 'The Vampires? Director, if we invite them in—'</w:t>
      </w:r>
    </w:p>
    <w:p>
      <w:r>
        <w:t>'The world is already dead, Sarah,' Miller said, looking at the violet-stained waves. 'Now we're just negotiating who gets to keep the bones.'</w:t>
      </w:r>
    </w:p>
    <w:p>
      <w:r>
        <w:t>Director Miller knelt, placing a hand on the cold, smooth concrete. It vibrated faintly, not from the wind, but from the residual Aetheric discharge—the ghost of the catastrophic power released moments before. The very bedrock of this desolate New England coastline felt altered, ringing with an impossible frequency.</w:t>
      </w:r>
    </w:p>
    <w:p>
      <w:r>
        <w:t xml:space="preserve">He remembered the Siphon's schematics, the warning labels his father had pointed out: </w:t>
      </w:r>
      <w:r>
        <w:rPr>
          <w:i/>
        </w:rPr>
        <w:t>Do not exceed 100% capacity. Inversion risk: Planetary.</w:t>
      </w:r>
      <w:r>
        <w:t>They had ridiculed the architects of the 1692 Shackle for their theatrical paranoia. Now, he felt the foolishness of three centuries of complacency pressing down on him.</w:t>
      </w:r>
    </w:p>
    <w:p>
      <w:r>
        <w:t>Chen, still hunched over her struggling laptop, shivered violently. It wasn't the cold.</w:t>
      </w:r>
    </w:p>
    <w:p>
      <w:r>
        <w:t>'The orbital imaging is intermittent,' she reported, her voice steadier now, returning to its operative rhythm. 'But what we're getting... the energy signature is expanding along the North American ley-lines faster than predicted. It's a wave, sir, not a ripple. It's hitting dormant sites. The old Covenant houses. The 'haunted' locations the Mundanes write off as folklore.'</w:t>
      </w:r>
    </w:p>
    <w:p>
      <w:r>
        <w:t>Miller looked back at the whirlpool. 'The triad didn't just escape the cage, Sarah. They gave the key to every prisoner locked away on this plane. The Shackle wasn't a prison for them; it was a dam for everything else.'</w:t>
      </w:r>
    </w:p>
    <w:p>
      <w:r>
        <w:t>He rose, dusting the ash and salt from his trousers. His eyes, though tired, were sharp with a renewed, terrible resolve.</w:t>
      </w:r>
    </w:p>
    <w:p>
      <w:r>
        <w:t>'The Lich will track them by the pulse they left behind,' Miller stated, his voice low and gravelly. 'It doesn't need a transponder. It smells the Void it left in them. Their synchronization—that new species of power you mentioned—it's not a shield. It's a beacon.'</w:t>
      </w:r>
    </w:p>
    <w:p>
      <w:r>
        <w:t>Chen finally closed the laptop, securing it inside a waterproof pouch. 'If they're heading for Proctor's Ledge, they'll cross three heavily-populated corridors. They're running towards the biggest source of mundane noise on the continent. They must have a plan.'</w:t>
      </w:r>
    </w:p>
    <w:p>
      <w:r>
        <w:t>'A desperate one, at best,' Miller scoffed. 'Elara's never had a strategy that didn't end in a broken mirror and a broken nose. No, they're following the ghost-stories they read in our library. They think the Ledge is a sanctuary. It's a trap door.'</w:t>
      </w:r>
    </w:p>
    <w:p>
      <w:r>
        <w:t>He started picking his way carefully across the treacherous debris field, favoring his right leg. 'We need assets that can move through the noise, Sarah. Assets that can smell the magic on them the way the Lich does. The Old Blood families don't care about the O.S.I.'s rules. They only care about the Harvest—the preservation of their feeding grounds. A global Unveiling means Mundane panic, mass migration, and a famine of the highest order for them.'</w:t>
      </w:r>
    </w:p>
    <w:p>
      <w:r>
        <w:t>He stopped at the edge of the ruin. The violet bubbles had finally ceased. The water was now a flat, oily black.</w:t>
      </w:r>
    </w:p>
    <w:p>
      <w:r>
        <w:t>'Use the Level One Encryption key,' Miller instructed. 'Contact the Zurich Nexus first. Inform them that the 'Weaver' is on the run, and the three children—the triad—are the catalysts. Give them the coordinates for the Ledge. They'll understand the urgency. They won't need to be asked twice.'</w:t>
      </w:r>
    </w:p>
    <w:p>
      <w:r>
        <w:t>'And what do we do, Director?'</w:t>
      </w:r>
    </w:p>
    <w:p>
      <w:r>
        <w:t>Miller looked down at his own shaking hand, a man who had just failed his life's single mission. 'We do what we always do, Agent. We clean up the mess. We track the Weaver, and we make sure the triad dies before they can open the final door. The world needs ignorance, Sarah. And we are its last, bloody keepers.'</w:t>
      </w:r>
    </w:p>
    <w:p>
      <w:pPr>
        <w:pageBreakBefore w:val="1"/>
      </w:pPr>
      <w:r>
        <w:t>CHAPTER THIRTY-FOUR:</w:t>
      </w:r>
    </w:p>
    <w:p>
      <w:pPr>
        <w:pageBreakBefore w:val="1"/>
      </w:pPr>
      <w:r>
        <w:t>CHAPTER THIRTY-FOUR: Highway 93</w:t>
      </w:r>
    </w:p>
    <w:p>
      <w:r>
        <w:t>September 25, 2025 — 11:45 AM</w:t>
      </w:r>
    </w:p>
    <w:p>
      <w:r>
        <w:t>Interstate 93 South — The Merrimack Valley Corridor</w:t>
      </w:r>
    </w:p>
    <w:p>
      <w:r>
        <w:t>The transition from the high-resolution, lead-shielded environment of the O.S.I. Sanctuary—a place designed to filter the world down to a comfortable, manageable lie—to the raw, unedited reality of the Merrimack Valley was a violent, skull-shattering sensory assault. For the Triad, the 'Mundane' world no longer felt solid or dependable. It felt, profoundly, like a low-fidelity simulation that was struggling, badly, to render the sheer, overwhelming volume of Aetheric data now flooding the atmosphere. The sky above Highway 93 wasn't the crisp, autumnal blue of a pristine New Hampshire morning; it was a bruised, iridescent violet, a chaotic canvas swirling with clouds that moved with a jagged, frame-skipping rhythm, as if the planet's refresh rate had suddenly halved.</w:t>
      </w:r>
    </w:p>
    <w:p>
      <w:r>
        <w:t>Caleb Miller gripped the steering wheel of the rusted, high-mileage 2012 Ford F-150, his knuckles white beneath his thick leather work gloves. He had ditched the sleek, silent Apex-7 Interceptor in a Berlin paper mill three hours ago, physically crushing the engine block with a focused increase of his own mass to silence the O.S.I. transponders embedded in the chassis. Now, the truck's primitive combustion engine felt like a deep, reassuring breath. It was beautifully, safely mundane—a mechanical growl that operated entirely outside the influence of the Aether, requiring no logic gate or Thread to run.</w:t>
      </w:r>
    </w:p>
    <w:p>
      <w:r>
        <w:t>But the 'Leaden Ache' was returning, settling into the marrow of his bones. Without the Apex-7's sophisticated shielding, his entire skeleton was vibrating in agonizing sympathy with the violet sky, each mile ticking by increasing the gravitational pressure he had to constantly fight against.</w:t>
      </w:r>
    </w:p>
    <w:p>
      <w:r>
        <w:t>'We need to stay off the primary exits and definitely avoid the major interchanges,' Elara Vance said, her voice sounding unnervingly triple-toned in the cramped, stale cabin, a symptom of her own Aetheric overload. She sat in the passenger seat, the massive, leather-bound Sewall ledger open on her knees, the ancient script seeming to writhe in the violet light. Her golden sigils, traced in permanent ink onto her palms and forearms, were dim, flickering in a rhythmic three-beat pattern that perfectly matched the building Static in the air.</w:t>
      </w:r>
    </w:p>
    <w:p>
      <w:r>
        <w:t>'Sarah Chen's diagnostic tablet is showing 'Old Blood' pings in both Concord and Manchester,' she continued, running a gloved finger down a page. 'If the O.S.I. isn't actively looking for us yet, the families who actually own the toll booths—the Sewalls, the Proctors, the core covenants—certainly will be. They've been activated, Caleb. The 'Blood Tax' protocols are already in the air, a kind of jurisdictional alarm. Any unauthorized high-Aetheric signature on their territory will be met with force.'</w:t>
      </w:r>
    </w:p>
    <w:p>
      <w:r>
        <w:t>Caleb adjusted his dark, mirrored sunglasses, masking the tell-tale chrome spheres of his eyes and the platinum heat beginning to build behind them. 'The toll booths are the least of our problems, Elara. Look at the rest of the world. They aren't just scared, they're failing.'</w:t>
      </w:r>
    </w:p>
    <w:p>
      <w:r>
        <w:t>He gestured out the driver's side window with a jerk of his head. Interstate 93 South was no longer a highway; it was a linear parking lot—a six-lane river of abandoned steel, plastic, and increasingly desperate humanity. The 'Unveiling,' the collapse of the Shackle, hadn't been a clean break; it was a messy, terrifying bleed that had begun in the psychic space and was now manifesting physically. Thousands of people were fleeing the cities, their cars packed with hastily thrown-in suitcases, cases of bottled water, and the frantic, quickly disintegrating remains of their old lives. But they weren't just running from the shadow agencies or the encroaching monsters. They were running from the Noise.</w:t>
      </w:r>
    </w:p>
    <w:p>
      <w:r>
        <w:t>In the lane beside them, a silver minivan sat idling, its hazard lights blinking uselessly. The father was slumped over the wheel, his hands pressed so tightly over his ears that blood was trickling, slow and dark, from his palms. He was screaming, a high-pitched, rhythmic sound that was completely drowned out by the truck's diesel engine and the general panic. To Elara's trained eyes, the man wasn't merely having a breakdown; he was experiencing Resolution Shock. A thick, visible cluster of golden and violet Static—a localised Aetheric storm—was hovering like a parasitic cloud directly over the minivan. It was 'broadcasting' the psychic echoes of the 1692 Shackle's total collapse directly into his neural pathways.</w:t>
      </w:r>
    </w:p>
    <w:p>
      <w:r>
        <w:t>'He can hear the packet-loss,' Silas Thorne whispered from the back seat, his voice thin and dry. He was wrapped tightly in a stolen, oversized Carhartt jacket, his purple-stained hands tucked deep into his pockets to hide the necrotic ink spreading up his forearms. He looked unnervingly like a photographic negative—his skin a translucent, bruised grey that barely reflected the violet light. 'The frequency... it's too high for a Mundane brain to process without proper filtering. Their minds are trying to down-sample the magic, to force the universe back into a comprehensible frame, but it's like trying to download the entire history of the world through a copper phone line. It's frying them. They hear the Void.'</w:t>
      </w:r>
    </w:p>
    <w:p>
      <w:r>
        <w:t>'Can you quiet it? Can you Anchor that specific storm?' Elara asked, twisting her body to look at the Anchor.</w:t>
      </w:r>
    </w:p>
    <w:p>
      <w:r>
        <w:t>'I'm a grounding wire, Elara, not a mute button,' Silas snapped back, his voice ragged with exhaustion and frustration. 'Every time I reach out to 'Anchor' a stray Thread, to pull the Aether back to a single point, I feel the Lich looking back through the wire. He's listening,always listening. Every shadow in these pines is a periscope for him. The King is on the network, and he's using the people—their terror, their panic—as repeaters to amplify his signal.'</w:t>
      </w:r>
    </w:p>
    <w:p>
      <w:r>
        <w:t>They pulled into a massive gas station and service plaza near Concord, having followed a smaller, local access road to avoid a major toll booth. The scene was a masterpiece of industrial panic. A line of cars stretched for half a mile towards the pumps, and a group of local police officers were trying to maintain order with a weary desperation that suggested they knew, with chilling clarity, that their badges were just pieces of tin in a world suddenly made of lead and shadow.</w:t>
      </w:r>
    </w:p>
    <w:p>
      <w:r>
        <w:t>'Stay in the truck,' Caleb ordered, his voice dropping into the dual-toned, guttural Guardian's Register. The sound of it seemed to physically settle the air in the cab. 'The 'Shared Static' will protect you as long as you stay within fifty yards of my personal mass signature. I'll get the fuel and whatever high-calorie, processed food hasn't been tainted by the localised bleed. Don't touch the glass. Don't look at anyone's Threads, not even accidentally.'</w:t>
      </w:r>
    </w:p>
    <w:p>
      <w:r>
        <w:t>'Caleb, your mass,' Elara warned, reaching out quickly to graze his arm. Through the brief resonance of the connection, she felt his fury not as a raw emotion, but as a series of sharp, jagged data-spikes threatening to breach containment. 'If you spike your density here—even a fraction of what you can do—you'll crack the fuel lines. You'll level the entire station.'</w:t>
      </w:r>
    </w:p>
    <w:p>
      <w:r>
        <w:t>'I'm not going to spike,' Caleb muttered, though the silver light was already flickering, almost imperceptibly, at the base of his jaw. 'I just need five minutes.'</w:t>
      </w:r>
    </w:p>
    <w:p>
      <w:r>
        <w:t>He hopped out of the truck, the door slamming shut with a heavy, final sound. Elara watched him through the side mirror. He moved with a stiff, unnatural gait, consciously fighting the internal Bracing that wanted to turn his every footstep into a sledgehammer strike. He looked like a man trying to walk on eggshells while wearing boots made of pressurized mercury.</w:t>
      </w:r>
    </w:p>
    <w:p>
      <w:r>
        <w:t>Inside the truck, the silence was heavy, smelling of wet dog, stale tobacco, and the metallic tang of fear.</w:t>
      </w:r>
    </w:p>
    <w:p>
      <w:r>
        <w:t>'You don't trust him to hold the line,' Silas said finally, his violet eyes fixed intensely on the back of Caleb's empty seat.</w:t>
      </w:r>
    </w:p>
    <w:p>
      <w:r>
        <w:t>'I trust him to keep us alive, which is the only thing that matters right now,' Elara replied, her fingers tracing the golden sigils on her palms—a subconscious ward. 'I don't know if I trust his biology. The O.S.I. built him to be a weapon, Silas, yes, but also a self-contained cage for the most potent type of physical Aetheric resonance. If Miller offers him a way to 'cure' the weight—to be a normal person again, free of the mercury boots—what happens to the circuit? What happens to the containment?'</w:t>
      </w:r>
    </w:p>
    <w:p>
      <w:r>
        <w:t>'There is no cure for the truth,' Silas said, his voice holding an unexpected, chilling conviction. He looked up, his expression hollow. 'We aren't sick, Elara. We're just the first ones to see the world in high-definition. The people out there? They're terrified because they realise the world they built was just a thin, brittle layer of ice over an ocean of pure Static. And the ice is melting faster than they can run.'</w:t>
      </w:r>
    </w:p>
    <w:p>
      <w:r>
        <w:t>Suddenly, a scream erupted from the gas station storefront—a sound that was jagged, digitally distorted, and utterly distinct from the ambient panic.</w:t>
      </w:r>
    </w:p>
    <w:p>
      <w:r>
        <w:t>A woman was pointing hysterically at a man who had collapsed near the high-flow diesel pumps. To the Mundanes, the man was having a severe seizure or a massive heart attack. To the Triad, the man was Unzipping. His skin was turning a translucent, greyish hue, like a sheet of dirty ice, and his eyes were beginning to glow with a faint, flickering violet light that was undeniably Aetheric. It was a Hollowed manifestation happening in broad daylight, in the middle of a dense, stressed crowd.</w:t>
      </w:r>
    </w:p>
    <w:p>
      <w:r>
        <w:t>The local police officers panicked, their training completely inadequate for the situation. They drew their weapons—standard-issue Glocks, not the specialized salt-ballistics or iron-core rounds of the O.S.I.</w:t>
      </w:r>
    </w:p>
    <w:p>
      <w:r>
        <w:t>'Get back! Back up!' one officer shouted, his voice cracking with the strain of the ambient Aetheric pressure. 'Sir, stay on the ground! Do not move!'</w:t>
      </w:r>
    </w:p>
    <w:p>
      <w:r>
        <w:t>The Hollowed man didn't stay down. He stood up with a jerky, frame-skipping motion, his body moving at a higher bit-rate than the air around him. He turned towards the crowd, his jaw unhinging to reveal a throat filled with shifting violet smoke and the grinding, unbearable resonance of the Void. He lunged at the nearest officer.</w:t>
      </w:r>
    </w:p>
    <w:p>
      <w:r>
        <w:t>Crack. Crack.</w:t>
      </w:r>
    </w:p>
    <w:p>
      <w:r>
        <w:t>The 9mm bullets passed through the Hollowed's chest, leaving holes that didn't bleed and didn't slow the entity. The creature didn't even flinch; the kinetic energy was simply absorbed into the Static of its form. It slammed into the officer, the sheer Aetheric pressure of its presence causing the man's exposed skin to blister instantly as if touched by a high-voltage wire.</w:t>
      </w:r>
    </w:p>
    <w:p>
      <w:r>
        <w:t>Caleb was already there, moving with the pre-emptive certainty of a falling body.</w:t>
      </w:r>
    </w:p>
    <w:p>
      <w:r>
        <w:t>He didn't pull his specialized baton; he didn't want to broadcast the distinctive silver light signature to any nearby O.S.I. satellites. He simply moved with the 'Body's' absolute, intrinsic kinetic authority. He grabbed the Hollowed by the throat, his hand increasing in mass until it had the density of solid, unyielding granite. He didn't just throw the creature; he ejected it from the local space, the pure force of his mass signature briefly overriding the creature's Aetheric consistency.</w:t>
      </w:r>
    </w:p>
    <w:p>
      <w:r>
        <w:t>The Hollowed flew twenty feet, smashing into a brick convenience store wall with the devastating, bone-jarring sound of a structural failure. The creature shattered instantly into a cloud of violet pixels and grey ash, the Lich's tenuous command over the possessed form severed by Caleb's physical weight.</w:t>
      </w:r>
    </w:p>
    <w:p>
      <w:r>
        <w:t>The crowd went silent, the collective panic briefly hushed by shock. The only sound was the rhythmichissof a punctured radiator in the minivan. They weren't looking at the monster Caleb had destroyed. They were looking, with dawning horror, at the man who had done it.</w:t>
      </w:r>
    </w:p>
    <w:p>
      <w:r>
        <w:t>Despite the dark sunglasses, the chrome in Caleb's eyes was burning with a platinum heat that was visibly radiating in the harsh afternoon sun. His skin was rippling with a metallic, mercury-sheen across his forearms and neck, and the asphalt pavement beneath his tactical boots had spider-webbed with cracks for five feet in every direction, radiating out like shockwaves. To the panicked civilians, Caleb didn't look like a savior. He looked like a higher-resolution, far more terrifying version of the nightmare they were running from.</w:t>
      </w:r>
    </w:p>
    <w:p>
      <w:r>
        <w:t>'Freak!' someone screamed from the relative safety of an SUV. 'He's one of them! He's got the glow!'</w:t>
      </w:r>
    </w:p>
    <w:p>
      <w:r>
        <w:t>'He's a manifest!' another voice wailed, terrified.</w:t>
      </w:r>
    </w:p>
    <w:p>
      <w:r>
        <w:t>A small rock bounced harmlessly off the side of the Ford F-150. Then another, thrown harder. The 'Mundane' mob reflex—the biological immune response of a species being suddenly and violently replaced—was kicking in.</w:t>
      </w:r>
    </w:p>
    <w:p>
      <w:r>
        <w:t>'Caleb, get in!Now!' Elara screamed, leaning out the window, her golden sigils flaring with a desperate, warning amber light, their combined Aetheric signature beginning to draw focus.</w:t>
      </w:r>
    </w:p>
    <w:p>
      <w:r>
        <w:t>Caleb looked at the crowd, his scarred knuckles twitching with suppressed energy. For one dangerous heartbeat, Elara saw the 'Body' wanting to react—wanting to Brace and show these ignorant people exactly how much a true Guardian weighed. He could have leveled the gas station with a single stomp, crushing the mob beneath a localised pressure wave. But he stopped. He forced the silver light down into his marrow, his shoulders slumping under the agonizing weight of his own biology. He looked at the police officers, who were now pointing their shaking weapons at him, no longer at the shattered ash pile.</w:t>
      </w:r>
    </w:p>
    <w:p>
      <w:r>
        <w:t>He scrambled into the driver's seat and slammed the truck into gear before he was even settled. The Ford roared as he floored the engine, the tires gripping the cracking asphalt and peeling out of the lot, leaving a spray of gravel, a chorus of screaming civilians, and the lingering scent of ozone behind them.</w:t>
      </w:r>
    </w:p>
    <w:p>
      <w:r>
        <w:t>They drove in thick silence for ten miles, the truck's analog radio emitting nothing but a low-frequency Aetheric hum that cut across all stations. Silas finally spoke, his voice sounding like dry, brittle leaves skittering across the road.</w:t>
      </w:r>
    </w:p>
    <w:p>
      <w:r>
        <w:t>'They're going to start hunting us, aren't they?' Silas asked, staring numbly at his purple fingertips. 'Not just the O.S.I. or the Lich. Not just the Old Families. All of them. The ones we're supposed to be saving.'</w:t>
      </w:r>
    </w:p>
    <w:p>
      <w:r>
        <w:t>Elara looked down at the Sewall ledger, its ancient, powerful pages now stained with motor oil and fear. The golden lines on her palms were pulsing in a frantic, uneven rhythm, perfectly reflecting the 'Cascading Resolution Event' she had seen on the diagnostic tablet—the full breakdown of reality's consensus.</w:t>
      </w:r>
    </w:p>
    <w:p>
      <w:r>
        <w:t>'Then we stop trying to save them,' Elara said, her voice turning cold, precise, and archival—the true voice of a librarian who understood that books are more important than the readers. 'We save the world. We find the True Grimoire at Proctor's Ledge, and we figure out how to rebuild the Shackle, or build a new one. And if the world wants to fear us—if they can't see the difference between the fire and the ones holding the line—then we give them a reason to be afraid of the right things.'</w:t>
      </w:r>
    </w:p>
    <w:p>
      <w:r>
        <w:t>Caleb didn't look at her. He just kept driving south, his chrome eyes fixed on the horizon, where the massive, toxic-looking 'Grey Zone' smudge that marked the approach to Massachusetts was growing larger. The silver light faintly emanating from the Guardian in the driver's seat was the only thing keeping the deeper darkness of the pines at bay, and the cracked, smoking road to Salem was beginning to look less like a path and more like a line of fire through a world made entirely of ash.</w:t>
      </w:r>
    </w:p>
    <w:p>
      <w:pPr>
        <w:pageBreakBefore w:val="1"/>
      </w:pPr>
      <w:r>
        <w:t>CHAPTER THIRTY-FIVE</w:t>
      </w:r>
    </w:p>
    <w:p>
      <w:r>
        <w:t>The Static in the Air</w:t>
      </w:r>
    </w:p>
    <w:p>
      <w:r>
        <w:t>September 25, 2025 – 03:45 PM</w:t>
      </w:r>
    </w:p>
    <w:p>
      <w:r>
        <w:t>Route 1 South – The Grey-Wash Perimeter</w:t>
      </w:r>
    </w:p>
    <w:p>
      <w:r>
        <w:t>The cab of the Ford F-150 had become more than a vehicle; it was a pressurized, mobile laboratory for the breakdown of fundamental reality.</w:t>
      </w:r>
    </w:p>
    <w:p>
      <w:r>
        <w:t>Outside, the world was no longer merely distorted—it was catastrophically stuttering. As they bypassed the suburban sprawl and fractured city centres of Manchester and Nashua, the once-dependable highway had degraded into a 'low-res' corridor of perceptual failure. The trees lining the shoulder didn't just blur; they occasionally skipped entire frames of existence, snapping violently into skeletal, violet wireframes before popping back into their crude, green approximations of reality. The sky was a heavy, suffocating ceiling of bruised amethyst, an unbroken dome of crystallized, hostile light. The wind that hammered against the truck's chassis no longer sounded like air, but carried the high-pitched, crystalline ringing of a world being forced to run on a corrupt, foreign operating system, its core processes screaming in a feedback loop.</w:t>
      </w:r>
    </w:p>
    <w:p>
      <w:r>
        <w:t>Inside the truck, the Shared Static was so dense it had taken on a tangible, physical presence. It manifested as a shimmering, iridescent haze that pooled and churned around the floorboards, a volatile mixture where Elara's foundational gold, Caleb's structural silver, and Silas's receptive violet energies met and struggled to find equilibrium.</w:t>
      </w:r>
    </w:p>
    <w:p>
      <w:r>
        <w:t>Caleb Miller gripped the steering wheel, his knuckles white against the black plastic. The 'Leaden Ache,' the signature burden of the active Guardian, was no longer a dull vibration in his bones; it had intensified into a rhythmic, agonizing pulse that perfectly matched the strobe of the violent violet lightning outside. His mercury-skin, the shell of his being, was shimmering erratically, casting sharp, fractured metallic reflections against the dashboard and the distorted landscape. He felt less like a driver and more like an anchor dragging against an impossible tide.</w:t>
      </w:r>
    </w:p>
    <w:p>
      <w:r>
        <w:t>'It's getting heavier,' Caleb rasped, his voice dropping instinctively into the dual-toned, deep-resonance Guardian's Register. 'The further south we go, the more the air feels like a deep-sea column. It's trying to crush the truck's structural integrity. I feel like I'm bracing a falling building every time I hit the gas, just to keep the axles from shearing.'</w:t>
      </w:r>
    </w:p>
    <w:p>
      <w:r>
        <w:t>'That's because you're fighting the resolution, Caleb,' Elara Vance said softly, her voice a calm counterpoint to the growing chaos. She sat in the passenger seat, the heavy, Sewall ledger closed but still humming faintly on her lap like a sleeping reactor. She reached out, her golden sigils—the language of the Librarian—flaring with a warm, steady amber light that seemed to stabilise the turbulent Static. 'You're treating the magic like a physical weight, like gravity or mass. But it's not mass. It's information. It's a compression algorithm failing.'</w:t>
      </w:r>
    </w:p>
    <w:p>
      <w:r>
        <w:t>'Tell that to my ribs,' Caleb grunted, the effort of speech a monumental task. 'They feel like they're being squeezed by a hydraulic press, fighting to find a place to expand.'</w:t>
      </w:r>
    </w:p>
    <w:p>
      <w:r>
        <w:t>'Give me your hand,' Elara commanded, her tone brooking no argument.</w:t>
      </w:r>
    </w:p>
    <w:p>
      <w:r>
        <w:t>Caleb hesitated, glancing quickly at the rearview mirror where Silas was slumped against the window, his eyes closed in fierce concentration as he 'Anchored' the screaming, digitized ghosts of the Merrimack River—the noise of three centuries of repressed data—to the core of his consciousness. Finally, accepting the necessity, Caleb released his white-knuckled right hand from the wheel.</w:t>
      </w:r>
    </w:p>
    <w:p>
      <w:r>
        <w:t>The moment Elara's fingers, warm and vibrating with controlled power, touched his silvered palm, the truck's interior didn't just brighten; it underwent a complete Clarification.</w:t>
      </w:r>
    </w:p>
    <w:p>
      <w:r>
        <w:t xml:space="preserve">The Static in Caleb's vision—the chaotic blur of noise and distortion he had been battling since their flight from Southie—suddenly snapped into focus. It didn't disappear; it organized into a beautiful, terrifying geometry. He saw the </w:t>
      </w:r>
      <w:r>
        <w:rPr>
          <w:b/>
        </w:rPr>
        <w:t>Threads</w:t>
      </w:r>
      <w:r>
        <w:t xml:space="preserve"> of the truck's engine as a series of rhythmic, blue-glowing pulses of mechanical intent. He saw the very oxygen in the cab as a golden, dynamic lattice of information, and the violet atmosphere outside as a field of corrupted data packets.</w:t>
      </w:r>
    </w:p>
    <w:p>
      <w:r>
        <w:t>'Don't resist the pressure,' Elara whispered, her voice sounding triple-toned in the shared resonance, filling his mind as much as his ears. 'If you Brace against the In-Between, you're just creating friction. You're turning yourself into a dam in a flood. I want you to become the Lens.'</w:t>
      </w:r>
    </w:p>
    <w:p>
      <w:r>
        <w:t>'How?' Caleb demanded, feeling the structure of his own body start to shift under her touch.</w:t>
      </w:r>
    </w:p>
    <w:p>
      <w:r>
        <w:t>'Look at the packet-loss,' Elara guided him, her Mind expanding directly into his. Through the Shared Static, she shared her vision, her Librarian focus cutting through the noise. Caleb saw the violet lightning not as a storm, but as a sequence of code trying desperately to find a ground-state, a reality to execute within. 'Instead of holding the weight in your muscles, I want you to decode the gravity. Translate the pressure into a high-frequency wave—a frequency you can wear, not fight.'</w:t>
      </w:r>
    </w:p>
    <w:p>
      <w:r>
        <w:t>Caleb closed his eyes, surrendering to the focused, gold fire in Elara's touch. He shifted his entire sensory focus from the 'Ache' in his body to the 'Data' saturating the atmosphere. He felt the crushing weight of the atmosphere and, for the first time in his life, he didn't instinctively push back. He opened the valves in his marrow, the biological core of his Guardian density, and allowed the liquid silver mercury to flow, not in brute force resistance, but according to the golden, elegant patterns Elara was 'threading' into his nervous system.</w:t>
      </w:r>
    </w:p>
    <w:p>
      <w:r>
        <w:t>The result was an instantaneous and profound 'Phase-Shift.'</w:t>
      </w:r>
    </w:p>
    <w:p>
      <w:r>
        <w:t>The silver light on Caleb's skin, which had been flickering and unstable, stopped its chaotic movement. It settled into a smooth, mirror-like finish that didn't just glow; it refracted the incoming energy. The cabin of the truck suddenly felt feather-light—the pressurized, suffocating soup of the Unveiling was being actively diverted and flowed harmlessly around the vehicle by Caleb's new, active density field. He was no longer a wall, but a focusing prism.</w:t>
      </w:r>
    </w:p>
    <w:p>
      <w:r>
        <w:t>'I... I can see the clock-speed,' Caleb whispered, his chrome eyes widening as he looked not just at the road, but at the digital clock on the dashboard. 'The truck... it's not just a machine. It's a series of historical events—of smelting, forging, and assembly—being held together by a mechanical intent. The world is a history book.'</w:t>
      </w:r>
    </w:p>
    <w:p>
      <w:r/>
      <w:r>
        <w:rPr>
          <w:i/>
        </w:rPr>
        <w:t>Observation 136:</w:t>
      </w:r>
      <w:r>
        <w:t xml:space="preserve"> Elara mentally logged, her heart swelling with a strange, cool, intellectual triumph.</w:t>
      </w:r>
    </w:p>
    <w:p>
      <w:r/>
      <w:r>
        <w:rPr>
          <w:i/>
        </w:rPr>
        <w:t>The Body is not a cage, Guardian. When synchronised with the Mind — when the Librarian's structure meets the Guardian's density — the Guardian becomes a high-frequency regulator. We aren't just surviving the unbinding; we are re-rendering it in a 50-yard radius, forcing the world to acknowledge a higher resolution.</w:t>
      </w:r>
      <w:r/>
    </w:p>
    <w:p>
      <w:r>
        <w:t>In the back seat, Silas Thorne finally opened his eyes, the violent contraction in his chest ceasing. They were twin pits of deep, controlled violet static, but the frantic, almost painful shivering in his hands had stopped. The ambient noise had been muted, channeled, and banked.</w:t>
      </w:r>
    </w:p>
    <w:p>
      <w:r>
        <w:t>'The noise is quiet,' Silas muttered, looking at the two figures in the front seat, their hands locked, bathed in the shared gold and silver light. 'What did you do?'</w:t>
      </w:r>
    </w:p>
    <w:p>
      <w:r>
        <w:t>'We closed the loop, Silas,' Elara said, her hand still locked immovably in Caleb's. 'We aren't three separate archetypes anymore, each fighting the Static alone. We're a circuit board, a functioning Triad. And the more we learn to talk to each other—to share the focus, the density, and the absorption—the less power the O.S.I. has to keep us in a box of their making.'</w:t>
      </w:r>
    </w:p>
    <w:p>
      <w:r>
        <w:t>Silas looked out his window. They were passing through the brutal, final stage of the 'Grey Zone' transition, right near the Massachusetts border. The world outside was a smear of uniform ashen grey, the trees and houses looking like charcoal sketches that had been partially erased by a negligent god. It was a place where the 'Mundane' resolution had officially hit zero.</w:t>
      </w:r>
    </w:p>
    <w:p>
      <w:r>
        <w:t>'The world is fading, Elara,' Silas said, his voice flat, devoid of emotion, the pure observation of the Anchor. 'Even with your 'Focus' and Caleb's 'Bracing,' the Grey is winning. We're driving through a funeral that covers six states, and the script is nearly finished.'</w:t>
      </w:r>
    </w:p>
    <w:p>
      <w:r>
        <w:t>'That's why we need the True Grimoire,' Elara said, her grip on Caleb's hand tightening, anchoring the shared frequency. 'The O.S.I. used the Shackle to forcefully lower the world's resolution for three hundred and thirty-three years. They thought they were protecting us from the fire of the In-Between. But all they did was make us too weak and too slow to survive the upgrade.'</w:t>
      </w:r>
    </w:p>
    <w:p>
      <w:r>
        <w:t>Caleb looked at the road ahead, his focus now razor-sharp. Through his new 'Lens' vision, the highway wasn't just asphalt; it was a bold line of silver potential, a coded pathway cutting through the violent, chaotic violet Void.</w:t>
      </w:r>
    </w:p>
    <w:p>
      <w:r>
        <w:t>'We aren't going to Salem to save the world Miller built,' Caleb said, his voice now a steady, resonant baritone, a vibrational frequency that cut through the Static. 'We're going there to find out how to build a new one. We're going for the source code.'</w:t>
      </w:r>
    </w:p>
    <w:p>
      <w:r>
        <w:t>He floored the engine, the Ford F-150 roaring with a mechanical fury that felt like the first honest, uncorrupted sound in a world made entirely of static. The 'Shared Static' held firm, a stable, golden and silver shield cutting cleanly through the desperate grey as the Triad moved towards the ominous coordinates of Proctor's Ledge.</w:t>
      </w:r>
    </w:p>
    <w:p>
      <w:pPr>
        <w:pageBreakBefore w:val="1"/>
      </w:pPr>
      <w:r>
        <w:t>CHAPTER THIRTY-SIX:</w:t>
      </w:r>
    </w:p>
    <w:p>
      <w:r>
        <w:t>Proctor's Ledge</w:t>
      </w:r>
    </w:p>
    <w:p>
      <w:r>
        <w:t>Salem, MA – The Gallows Hill Neighborhood</w:t>
      </w:r>
    </w:p>
    <w:p>
      <w:r>
        <w:t>Salem no longer smelled of sea salt and fried dough. It smelled of ozone and ancient, damp earth—the scent of a grave that had been forced open from the inside.</w:t>
      </w:r>
    </w:p>
    <w:p>
      <w:r>
        <w:t>Caleb steered the stolen F-150 through the narrow streets of the North Street corridor. The kitschy 'Witch City' window decals and neon pentagrams of the tourist shops looked pathetic now, like toys left behind after a real storm. Most of the residents had fled, leaving behind a silence so heavy it felt physical.</w:t>
      </w:r>
    </w:p>
    <w:p>
      <w:r>
        <w:t>'Look at the sky,' Silas whispered, leaning his head against the glass.</w:t>
      </w:r>
    </w:p>
    <w:p>
      <w:r>
        <w:t>Above the city, the violet clouds weren't drifting; they were circling. They formed a slow, churning vortex centred directly over a small, unremarkable rocky outcrop behind a Walgreens and a row of modest houses.</w:t>
      </w:r>
    </w:p>
    <w:p>
      <w:r>
        <w:t>'Proctor's Ledge,' Elara said, her voice trembling. She clutched the Sewall ledger to her chest. 'The historians spent centuries arguing about where the hangings actually happened. They only confirmed this spot a few years ago. But the O.S.I. knew. They've been suppressing the Aetheric signal here since the 1950s.'</w:t>
      </w:r>
    </w:p>
    <w:p>
      <w:r>
        <w:t>'Not anymore,' Caleb muttered. He pulled the truck over onto the sidewalk. The engine sputtered and died, the electronics fried by the sheer density of the Static in the air.</w:t>
      </w:r>
    </w:p>
    <w:p>
      <w:r>
        <w:t>As they stepped out of the truck, the world shifted.</w:t>
      </w:r>
    </w:p>
    <w:p>
      <w:r>
        <w:t>To Elara, the neighborhood was dissolving. The vinyl siding of the houses seemed to peel away in golden flakes of data, revealing the 'bones' of the reality underneath. The Static was a deafening roar here—a blizzard of code that represented three centuries of localised trauma.</w:t>
      </w:r>
    </w:p>
    <w:p>
      <w:r>
        <w:t>'Stay close,' Caleb warned. He didn't pull his baton yet, but his skin was already shimmering with a dull mercury light. He was 'Bracing' for two, his silver aura expanding just enough to keep the crushing Aetheric pressure from collapsing Elara's lungs.</w:t>
      </w:r>
    </w:p>
    <w:p>
      <w:r>
        <w:t>Silas, however, was in a different kind of hell.</w:t>
      </w:r>
    </w:p>
    <w:p>
      <w:r>
        <w:t>'The Threads,' Silas gasped, falling to one knee. 'There are so many... they're all screaming.'</w:t>
      </w:r>
    </w:p>
    <w:p>
      <w:r>
        <w:t>To the Anchor, the Ledge was a forest of translucent grey umbilicals. Thousands of them snaked out of the dark earth, anchored to the stones where the gallows had once stood. They weren't just echoes; they were the Hollowed who had never been allowed to cross over, pinned to the site by the 1692 Shackle.</w:t>
      </w:r>
    </w:p>
    <w:p>
      <w:r>
        <w:t>'Anchor them, Silas!' Elara shouted over the rising wind. 'If you don't hold them down, they'll tear us apart just to feel the warmth!'</w:t>
      </w:r>
    </w:p>
    <w:p>
      <w:r>
        <w:t xml:space="preserve">Silas roared, slamming his purple-stained hands into the dirt at the base of the ledge. The midnight-black </w:t>
      </w:r>
      <w:r>
        <w:rPr>
          <w:b/>
        </w:rPr>
        <w:t>Chains</w:t>
      </w:r>
      <w:r>
        <w:t xml:space="preserve"> erupted, snaking through the grass like hungry vipers, latching onto the grey Threads and forcing the screaming echoes back into the soil.</w:t>
      </w:r>
    </w:p>
    <w:p>
      <w:r>
        <w:t>'I have them!' Silas gritted his teeth, blood trickling from his ear. 'But the pressure... something else is down there. Something the Shackle was designed to hide.'</w:t>
      </w:r>
    </w:p>
    <w:p>
      <w:r>
        <w:t>Elara climbed the rocky slope, her golden sigils burning white-hot. She reached the crest of the ledge, where a simple stone memorial wall stood. In the Static of her vision, the wall wasn't made of granite. It was made of light.</w:t>
      </w:r>
    </w:p>
    <w:p>
      <w:r>
        <w:t>She opened the Sewall ledger to the last page. The new ink was glowing, reacting to the proximity of the 'Thin Place.'</w:t>
      </w:r>
    </w:p>
    <w:p>
      <w:r>
        <w:t>'It's not a book,' Elara realised, her eyes wide. 'The True Grimoire... it wasn't written on paper. It was written in the stone.'</w:t>
      </w:r>
    </w:p>
    <w:p>
      <w:r>
        <w:t>She pressed her glowing palm against the centre of the memorial wall. The golden circuitry on her arm synced with the ancient carvings in the granite. Suddenly, the Static vanished, replaced by a terrifyingly clear holographic projection that only she could see. It was a map of the 'In-Between,' showing seven 'anchors' scattered across New England.</w:t>
      </w:r>
    </w:p>
    <w:p>
      <w:r>
        <w:t>'Sewall didn't just hide the magic,' Elara whispered to the others. 'He hid thesource. This ledge is a battery terminal. And the Lich... he's not trying to kill us. He's waiting for us to 'unlock' the terminals so he can drain the entire grid.'</w:t>
      </w:r>
    </w:p>
    <w:p>
      <w:r>
        <w:t>'Elara, get back!' Caleb's voice was a thunderclap.</w:t>
      </w:r>
    </w:p>
    <w:p>
      <w:r>
        <w:t>From the shadows of the nearby houses, three figures emerged. They didn't move like the Hollowed; they moved with a graceful, predatory stillness. They wore modern suits, but their skin was the colour of moonlight, and their eyes were a flat, ancient crimson.</w:t>
      </w:r>
    </w:p>
    <w:p>
      <w:r>
        <w:t>The Old Blood. The Vampires had arrived.</w:t>
      </w:r>
    </w:p>
    <w:p>
      <w:r>
        <w:t>The lead vampire, a man with silver hair and a silk tie, stepped onto the grass, ignoring the violet lightning crackling around the ledge. 'The O.S.I. was always so clumsy with their 'Aetheric Science',' he said, his voice a smooth, cultured purr. 'They treat you like a problem to be solved. We? We treat you like a vintage to be preserved.'</w:t>
      </w:r>
    </w:p>
    <w:p>
      <w:r>
        <w:t>Caleb stepped in front of Elara, his density spiking so high the ground beneath him sank two inches. 'Touch her and I'll turn your heart into a paperweight.'</w:t>
      </w:r>
    </w:p>
    <w:p>
      <w:r>
        <w:t>'A Guardian,' the Vampire smiled, revealing fangs that were translucent and sharp as glass. 'Such a heavy soul. But tell me, Caleb Miller... how much do you weigh when your blood is on the outside?'</w:t>
      </w:r>
    </w:p>
    <w:p>
      <w:r>
        <w:t>The Vampire blurred—a speed that even Caleb's 'Body' reflexes struggled to track.</w:t>
      </w:r>
    </w:p>
    <w:p>
      <w:r>
        <w:t>'Triad!' Elara screamed, reaching for Silas and Caleb. 'We have to sync! Now!'</w:t>
      </w:r>
    </w:p>
    <w:p>
      <w:r>
        <w:t>But Silas was still pinned to the ground, his Chains strained to the breaking point by the thousands of ghosts beneath the ledge. The 'Thin Place' was no longer a sanctuary; it was a trap.</w:t>
      </w:r>
    </w:p>
    <w:p>
      <w:r>
        <w:t>The first Vampire slammed into Caleb's silver shield, the impact sounding like a jet engine failing. The war for the Grimoire had officially begun. The force drove Caleb back three steps, the ground cracking under his boots. The Vampire recoiled with a hiss, his silk suit smoking where it met Caleb's high-density aura.</w:t>
      </w:r>
    </w:p>
    <w:p>
      <w:r>
        <w:t>'A nice effort, Guardian,' the Vampire purred, shaking out a hand that was momentarily disjointed. 'But density only slows the strike. It does not stop the momentum.'</w:t>
      </w:r>
    </w:p>
    <w:p>
      <w:r>
        <w:t>The other two vampires moved simultaneously. One, a woman with hair like spun moonlight, circled to flank Caleb, her eyes locked on Elara. The third, a hulking figure whose shadow seemed deeper than the twilight, moved towards Silas, drawn by the raw, uncontrolled power radiating from the Anchor.</w:t>
      </w:r>
    </w:p>
    <w:p>
      <w:r>
        <w:t>'Silas, drop it!' Caleb roared, throwing a silver-sheathed elbow that the lead vampire barely managed to duck under. 'Let the Shades loose and get to Elara!'</w:t>
      </w:r>
    </w:p>
    <w:p>
      <w:r>
        <w:t>'No!' Silas's voice was ragged. The veins in his neck were thick and black with effort. 'If I let go, the Lich gets themall! They're the fuse, Caleb! They open the gate!'</w:t>
      </w:r>
    </w:p>
    <w:p>
      <w:r>
        <w:t>Elara knew he was right. The sheer concentration of unbound trauma was the key to turning Proctor's Ledge from a memorial into a dimensional conduit.</w:t>
      </w:r>
    </w:p>
    <w:p>
      <w:r>
        <w:t>She had to buy them time.</w:t>
      </w:r>
    </w:p>
    <w:p>
      <w:r>
        <w:t>The Sewall ledger fell open onto the stone. Elara slapped her hands against the golden map projected from the rock, channeling her energy not into defence, but into the structure itself. Her mind raced, searching the Aetheric grid for a circuit breaker.</w:t>
      </w:r>
    </w:p>
    <w:p>
      <w:r>
        <w:t>The Lich wants the battery terminals unlocked? Then let's overload the system.</w:t>
      </w:r>
    </w:p>
    <w:p>
      <w:r>
        <w:t>The memorial wall groaned, and a high-pitched, metallic shriek began to emanate from the granite. The violet lightning above the vortex intensified, striking the highest point of the ledge.</w:t>
      </w:r>
    </w:p>
    <w:p>
      <w:r>
        <w:t>The female vampire, mid-dash, skidded to a stop, clutching her ears. 'The frequency! She's distorting the local Aether!'</w:t>
      </w:r>
    </w:p>
    <w:p>
      <w:r>
        <w:t>'Ignore her! Get the Anchor!' the leader commanded.</w:t>
      </w:r>
    </w:p>
    <w:p>
      <w:r>
        <w:t>Caleb seized the momentary distraction. He didn't use a flashy strike; he relied on sheer physics. He compressed his weight, then dropped it all onto his left leg, twisting. A localised, low-frequency shockwave ripped through the earth, directly under the hulking vampire moving towards Silas.</w:t>
      </w:r>
    </w:p>
    <w:p>
      <w:r>
        <w:t>The vampire stumbled, his inhuman balance momentarily lost. It was all the opening Caleb needed. He materialized his obsidian baton, not to strike, but to wedge. He jammed the tip of the baton into the precise spot where the first vampire's ribs met his sternum, driving the dense material straight through the vampire's kinetic shield.</w:t>
      </w:r>
    </w:p>
    <w:p>
      <w:r>
        <w:t>The vampire gasped, a noise like tearing silk. His silver hair whipped around as his eyes met Caleb's. 'You... you pierced the veil...'</w:t>
      </w:r>
    </w:p>
    <w:p>
      <w:r>
        <w:t>'I don't play by your rules, antique,' Caleb said, yanking the baton back. He didn't wait for the vampire to recover. He turned his attention to the flanking female, Bracing harder. His skin went from dull mercury to polished chrome.</w:t>
      </w:r>
    </w:p>
    <w:p>
      <w:r>
        <w:t>Elara's eyes were watering from the intense Static she was generating. The map of New England on the rock began to pulse a dangerous, frantic red.</w:t>
      </w:r>
    </w:p>
    <w:p>
      <w:r>
        <w:t>'Caleb! Silas! I can't hold this! We need to move!'</w:t>
      </w:r>
    </w:p>
    <w:p>
      <w:r>
        <w:t>'Now you want to sync?' Caleb yelled, pushing the female vampire off the ledge with a concentrated blast of Aetheric pressure. 'Fine! Anchor, lend me your strength! Pull them down, Silas!'</w:t>
      </w:r>
    </w:p>
    <w:p>
      <w:r>
        <w:t>Silas, still on his knees, lifted his gaze. The thousands of grey Threads he held were now struggling against a thick, pulsing black cable rising from the deepest part of the Ledge—the Lich's tether. With a final, agonizing effort, Silas didn't just push the Shades down; he inverted the flow. He pulled the raw energy of the Staticintohimself, briefly becoming a siphon for the Ledge's chaos.</w:t>
      </w:r>
    </w:p>
    <w:p>
      <w:r>
        <w:t>'TRIAD!' Silas screamed, his pain momentarily forgotten.</w:t>
      </w:r>
    </w:p>
    <w:p>
      <w:r>
        <w:t>The energy surged into Caleb and Elara simultaneously. Caleb's chrome skin flared white-hot, his density multiplying into something truly immovable. Elara's golden sigils exploded, momentarily engulfing the entire ledge in a bright, blinding light. The Vampire leader was thrown backward as the Triad's combined aura slammed into him.</w:t>
      </w:r>
    </w:p>
    <w:p>
      <w:r>
        <w:t>'Now we run!' Caleb grabbed Elara, lifting her easily. He didn't need to ask Silas. The Anchor was already at his side, the three of them moving as one, a white-hot blur of coordinated power.</w:t>
      </w:r>
    </w:p>
    <w:p>
      <w:r>
        <w:t>The explosion of light died down, leaving the three vampires scorched and enraged on the edge of the Ledge. They watched the Triad vanish into the North Street corridor.</w:t>
      </w:r>
    </w:p>
    <w:p>
      <w:r>
        <w:t>The leader touched the ragged hole in his suit where Caleb's baton had struck. 'The Guardian is stronger than the O.S.I. dossiers suggested,' he hissed, his voice lethal.</w:t>
      </w:r>
    </w:p>
    <w:p>
      <w:r>
        <w:t>The hulking vampire pointed towards the memorial wall. 'Sir, the map. She did something to the anchors.'</w:t>
      </w:r>
    </w:p>
    <w:p>
      <w:r>
        <w:t>On the glowing map, the seven points were no longer stable. They were flickering, overloaded.</w:t>
      </w:r>
    </w:p>
    <w:p>
      <w:r>
        <w:t>'She didn't run,' the leader realised, his crimson eyes narrowing. 'She flipped the switch. The Lich will have to choose which terminal to drain first, or risk burning out the grid entirely. Very clever, Seer. Now we chase.'</w:t>
      </w:r>
    </w:p>
    <w:p>
      <w:r>
        <w:t>The vampires vanished into the shadows, the silence of the Gallows Hill neighborhood replaced by the slow, ominous hum of an overcharged Aetheric circuit.</w:t>
      </w:r>
    </w:p>
    <w:p>
      <w:pPr>
        <w:pageBreakBefore w:val="1"/>
      </w:pPr>
      <w:r>
        <w:t>CHAPTER THIRTY-SEVEN:</w:t>
      </w:r>
    </w:p>
    <w:p>
      <w:r>
        <w:t>The Crimson Debt</w:t>
      </w:r>
    </w:p>
    <w:p>
      <w:r>
        <w:t>Salem, MA – Proctor's Ledge</w:t>
      </w:r>
    </w:p>
    <w:p>
      <w:r>
        <w:t>The lead Vampire didn't move like a person; he moved like a frame of film had been cut out of reality. One moment he was ten feet away, smiling with glass-sharp fangs; the next, he was a blur of charcoal-grey wool and predatory intent, his hand closing around Caleb's throat with a strength that felt like a hydraulic press.</w:t>
      </w:r>
    </w:p>
    <w:p>
      <w:r>
        <w:t>Caleb's 'Bracing' was instantaneous, his density spiking until he weighed as much as a marble statue, but the Vampire's strength was ancient and relentless. The creature didn't try to lift him—he simply used Caleb's own mass against him, slamming a palm into his chest that sent a shockwave through the Guardian's silver-threaded ribs.</w:t>
      </w:r>
    </w:p>
    <w:p>
      <w:r>
        <w:t>'Caleb!' Elara screamed.</w:t>
      </w:r>
    </w:p>
    <w:p>
      <w:r>
        <w:t>She tried to lash out with a burst of Static, but two other Vampires were already flanking her, their movements graceful and sickeningly silent. The air around them grew cold—not the damp chill of the In-Between, but a sterile, predatory vacuum.</w:t>
      </w:r>
    </w:p>
    <w:p>
      <w:r>
        <w:t>Silas was still on his knees at the base of the memorial wall, his purple-stained hands buried in the dirt. The midnight-black Chains were vibrating so violently they were humming a low, discordant note. Thousands of Hollowed were screaming beneath the stone, their Threads straining to pull Silas into the earth.</w:t>
      </w:r>
    </w:p>
    <w:p>
      <w:r>
        <w:t>'I can't... hold them... and fight!' Silas roared, blood dripping from his nose.</w:t>
      </w:r>
    </w:p>
    <w:p>
      <w:r>
        <w:t>Elara looked from the encroaching Vampires to the glowing 'Stone Grimoire' on the memorial wall. The O.S.I. had taught them to be silos—separate tools for separate tasks, governed by protocols of isolation. But the Sewall ledger didn't describe three tools. It described a single, unified machine.</w:t>
      </w:r>
    </w:p>
    <w:p>
      <w:r>
        <w:t>'Caleb! Silas! Hands!' Elara commanded, her voice vibrating with a golden resonance.</w:t>
      </w:r>
    </w:p>
    <w:p>
      <w:r>
        <w:t>Caleb, gasping for air as he wrestled with the lead Vampire, didn't hesitate. He threw his left hand back towards her. Silas, sensing the shift in the Aetheric pressure, lashed out with a Chain, wrapping it around Elara's ankle.</w:t>
      </w:r>
    </w:p>
    <w:p>
      <w:r>
        <w:t>The Triad Circuit closed.</w:t>
      </w:r>
    </w:p>
    <w:p>
      <w:r>
        <w:t>The sensation was a violent, prismatic explosion inside Elara's skull. She wasn't just Elara anymore. She was the Mind of a storm. She felt Caleb's massive, silver kinetic potential as a reservoir of raw fuel. She felt Silas's deep, purple connection to the Void as a grounding wire.</w:t>
      </w:r>
    </w:p>
    <w:p>
      <w:r>
        <w:t>'stabilise!' Elara whispered.</w:t>
      </w:r>
    </w:p>
    <w:p>
      <w:r>
        <w:t>She began toDecodethe chaos. She took the crushing pressure of the thousands of ghosts Silas was holding and 'threaded' it into Caleb's silver aura. Instead of the energy burning them out, it began to loop, feeding back into itself.</w:t>
      </w:r>
    </w:p>
    <w:p>
      <w:r>
        <w:t>Caleb felt the change instantly. The silver light beneath his skin turned a blinding, white-hot platinum. His density didn't just increase—it became active. He caught the lead Vampire's wrist, the sound of bone snapping echoed like a pistol shot.</w:t>
      </w:r>
    </w:p>
    <w:p>
      <w:r>
        <w:t>'What is this?' the Vampire gasped, his composure finally breaking.</w:t>
      </w:r>
    </w:p>
    <w:p>
      <w:r>
        <w:t xml:space="preserve">Through the circuit, Silas no longer fought the ghosts. He Anchored them through Caleb's physical strength. He released the </w:t>
      </w:r>
      <w:r>
        <w:rPr>
          <w:b/>
        </w:rPr>
        <w:t>Threads</w:t>
      </w:r>
      <w:r>
        <w:t xml:space="preserve"> of the screaming dead, but instead of letting them swarm, he directed their psychic noise. A cloud of spectral smoke erupted, specifically targeting the Vampires' heightened senses. To the Old Blood, it was like being plunged into a room of a thousand screaming sirens.</w:t>
      </w:r>
    </w:p>
    <w:p>
      <w:r>
        <w:t>While the Vampires were blinded by the spectral feedback, Caleb moved. Guided by Elara's golden sight, he struck with the weight of a falling building. The silver-weighted baton hummed with their shared power, leaving scorched wounds on the moonlight-pale skin of the predators.</w:t>
      </w:r>
    </w:p>
    <w:p>
      <w:r>
        <w:t>'Stop!' the lead Vampire shrieked, backing away. He looked at them with a mixture of agony and a dark, manipulative grin. 'You fight for Miller? The man who built a cage and called it a Sanctuary?'</w:t>
      </w:r>
    </w:p>
    <w:p>
      <w:r>
        <w:t>'We don't fight for Miller,' Elara snapped. 'We fight for the world.'</w:t>
      </w:r>
    </w:p>
    <w:p>
      <w:r>
        <w:t>'Is that what he told you?' The Vampire laughed, a wet, jagged sound. 'Miller is terrified of you. He doesn't want to save the world; he wants to lobotomize it. He wants to put you back in that Siphon until there's nothing left but dry husks. He's not your partner, little Weaver. He's just the man holding the leash until we arrive to buy the collar.'</w:t>
      </w:r>
    </w:p>
    <w:p>
      <w:r>
        <w:t>'He's lying,' Caleb growled, though his silver light flickered with a hint of doubt. 'Miller's a hard-ass, but he's not a trader.'</w:t>
      </w:r>
    </w:p>
    <w:p>
      <w:r>
        <w:t>'He's desperate,' the Vampire countered, blurring towards the treeline. 'And desperate men make terrible partners. He can't protect you from the Lich, and he certainly can't protect you from us. When you realise the 'Sanctuary' is just a waiting room for the gallows, come find us in Gloucester. We offer a seat at the table. Miller only offers a place on the altar.'</w:t>
      </w:r>
    </w:p>
    <w:p>
      <w:r>
        <w:t>The Vampires vanished into the rising mist.</w:t>
      </w:r>
    </w:p>
    <w:p>
      <w:r>
        <w:t>Caleb floored the engine of the truck, the tires gripping the warping road as they tore out of the Gallows Hill neighborhood. For ten miles, nobody spoke. The 'Triad Circuit' had left them all shaking, their energies depleted.</w:t>
      </w:r>
    </w:p>
    <w:p>
      <w:r>
        <w:t>'He was trying to get in our heads,' Caleb finally said. 'That's what they do.'</w:t>
      </w:r>
    </w:p>
    <w:p>
      <w:r>
        <w:t>'Maybe,' Silas said, staring at his purple fingertips. 'But Millerdidtry to sedate me. Hedidbuild that machine. He might not be working with them, but he's definitely not one of us.'</w:t>
      </w:r>
    </w:p>
    <w:p>
      <w:r>
        <w:t>'He's a man trying to stop an apocalypse with a hammer and a nail,' Elara said, clutching the Sewall ledger. 'He's a difficult partner, but for now, he's the only one who knows the tactical layout of these 'Thin Places'. We don't join the Vampires, and we don't surrender to the O.S.I. We find the Grimoire, and we force Miller to listen to a better way.'</w:t>
      </w:r>
    </w:p>
    <w:p>
      <w:r>
        <w:t>She looked at the map in her mind. 'Next stop: Gloucester. The Nautical Anchor.'</w:t>
      </w:r>
    </w:p>
    <w:p>
      <w:r/>
      <w:r>
        <w:rPr>
          <w:i/>
        </w:rPr>
        <w:t xml:space="preserve"> </w:t>
      </w:r>
      <w:r>
        <w:t xml:space="preserve"> *</w:t>
      </w:r>
    </w:p>
    <w:p>
      <w:r>
        <w:t>Aftermath and Resonance</w:t>
      </w:r>
    </w:p>
    <w:p>
      <w:r>
        <w:t>Elara leaned back against the headrest, the golden afterglow of the Triad Circuit fading from her vision, leaving behind a raw, blinding headache. The truck's cabin felt small, saturated with the metallic tang of Silas's blood and the ozone scent of spent power. She glanced at Caleb, who gripped the wheel so hard his knuckles were white islands against the silver sheen still coating his skin.</w:t>
      </w:r>
    </w:p>
    <w:p>
      <w:r>
        <w:t>The silence wasn't protective; it was accusatory.</w:t>
      </w:r>
    </w:p>
    <w:p>
      <w:r>
        <w:t>'We shouldn't have been able to do that,' Elara murmured, tracing the faint, residual spark in the air with her finger. 'Miller's protocols... they were designed to prevent that kind of synergy. It's too volatile.'</w:t>
      </w:r>
    </w:p>
    <w:p>
      <w:r>
        <w:t>'Volatile beats dead,' Caleb shot back, his voice rough. He eased off the gas as the road smoothed out towards the highway ramp. 'And those protocols are designed to keep us on a short, manageable leash. They don't want us operating as a unit; they want us as three separate failure points.'</w:t>
      </w:r>
    </w:p>
    <w:p>
      <w:r>
        <w:t>Silas unwrapped the black Chain from his ankle, a faint purple stain remaining on the skin. He wiped the dried blood from his nose with the back of his hand, his eyes distant, focused on something unseen behind the darkness.</w:t>
      </w:r>
    </w:p>
    <w:p>
      <w:r>
        <w:t>'He called you a Weaver,' Silas said, looking at Elara. 'The Vampire. Not 'The Static,' not 'The Mind.' A Weaver.'</w:t>
      </w:r>
    </w:p>
    <w:p>
      <w:r>
        <w:t>The term resonated with the old text Elara had managed to glean from the Sewall ledger—descriptions of pre-O.S.I. practitioners who didn't just manipulate Aether but actively knit it into new structures. It was a word of creation, not just control.</w:t>
      </w:r>
    </w:p>
    <w:p>
      <w:r>
        <w:t>'They know more about us than Miller does,' Elara admitted, her voice low. 'Or at least, more about what we could be. The O.S.I. is obsessed with containment. The Vampires... they offered a choice.'</w:t>
      </w:r>
    </w:p>
    <w:p>
      <w:r>
        <w:t>'A poisoned choice,' Caleb countered immediately. 'They're vampires, Elara. They don't 'offer seats at the table.' They offer consumption.'</w:t>
      </w:r>
    </w:p>
    <w:p>
      <w:r>
        <w:t>'But they understand the concept of a table,' Silas pressed, a dangerous intellectual curiosity in his voice. 'Miller only understands the concept of a locked cell. We survived tonight because we broke his most fundamental rule. That has consequences, whether we face them from the O.S.I. or from our own bodies burning out.'</w:t>
      </w:r>
    </w:p>
    <w:p>
      <w:r/>
      <w:r>
        <w:rPr>
          <w:i/>
        </w:rPr>
        <w:t xml:space="preserve"> </w:t>
      </w:r>
      <w:r>
        <w:t xml:space="preserve"> *</w:t>
      </w:r>
    </w:p>
    <w:p>
      <w:r>
        <w:t>The Unspoken Cost</w:t>
      </w:r>
    </w:p>
    <w:p>
      <w:r>
        <w:t>Elara ran a diagnostic through the phantom connections of the Triad. Caleb's kinetic reservoir was dangerously low, his muscles likely screaming with microscopic tears from the hyper-density. Silas's Aetheric grounding was thin, the Void-Chains receding into a painful, internal tension. And she... she felt the echo of every ghost Silas had held, a cacophony of agony stitched into the edges of her awareness.</w:t>
      </w:r>
    </w:p>
    <w:p>
      <w:r>
        <w:t>She pulled out her phone, a secure O.S.I. issued device. It was still tracking them, of course. Everything they did was tracked.</w:t>
      </w:r>
    </w:p>
    <w:p>
      <w:r>
        <w:t>'We need a place to reset the flow,' Elara decided. 'Before we hit Gloucester. We can't go in running on fumes. Silas, can you map the Aetheric stress points in our current vicinity?'</w:t>
      </w:r>
    </w:p>
    <w:p>
      <w:r>
        <w:t>Silas closed his eyes, his brow furrowed in concentration. The headlights cut through the humid night.</w:t>
      </w:r>
    </w:p>
    <w:p>
      <w:r>
        <w:t>'There's an old lighthouse just off the coast road,' he reported after a moment. 'It's a relic, mostly abandoned. But the structure is built directly on a junction of ley lines. It's too exposed for the Hollowed, but the Aetheric energy should be raw enough for a quick, localised recharge. We'll be blind to the rest of the world for five minutes, maybe less.'</w:t>
      </w:r>
    </w:p>
    <w:p>
      <w:r>
        <w:t>Caleb nodded once, already pulling the truck towards the coast. 'Lighthouse it is. But if Miller's response team shows up, we run. No explanations. No apologies. We've just declared a very quiet, very necessary war on their operational parameters.'</w:t>
      </w:r>
    </w:p>
    <w:p>
      <w:r>
        <w:t>Elara looked down at the Sewall ledger, its stone cover strangely warm in her hands. The pages were still blank to her—a code she couldn't break without the right key. But now, she wasn't just looking for the Grimoire. She was looking for a weapon that could defend them from all sides: the Lich, the Vampires, and the man who thought he knew best.</w:t>
      </w:r>
    </w:p>
    <w:p>
      <w:r>
        <w:t>'The Nautical Anchor isn't just a place,' she whispered to herself. 'It's a mechanism. We need to find the instructions before we try to use the machine.'</w:t>
      </w:r>
    </w:p>
    <w:p>
      <w:pPr>
        <w:pageBreakBefore w:val="1"/>
      </w:pPr>
      <w:r>
        <w:t>CHAPTER THIRTY-EIGHT</w:t>
      </w:r>
    </w:p>
    <w:p>
      <w:r>
        <w:t>The Static Burn</w:t>
      </w:r>
    </w:p>
    <w:p>
      <w:r>
        <w:t>September 25, 2025 – 05:15 PM</w:t>
      </w:r>
    </w:p>
    <w:p>
      <w:r>
        <w:t>Salem, MA – The North Street Corridor</w:t>
      </w:r>
    </w:p>
    <w:p>
      <w:r>
        <w:t>The transit was not an act of grace; it was a violent expulsion. The term 'white-hot blur' was a clinical understatement for the passage the Triad had just endured. To the handful of remaining, oblivious residents of the Gallows Hill neighborhood—those whose perception had not yet been thoroughly corroded by the event—it was a jagged, horrific streak of silver and gold lightning that tore a screaming hole through the thick, late-evening fog. For Caleb, Elara, and Silas, it was a terrifying, protracted moment of physical agony, feeling akin to being forcefully dragged through a narrow, high-pressure glass tube while every molecule of blood in their veins was brought to a high-frequency, agonizing boil.</w:t>
      </w:r>
    </w:p>
    <w:p>
      <w:r>
        <w:t>Caleb Miller was the first point of contact with local reality, slamming into the asphalt of North Street. His superhuman density, spiked to an emergency degree by his internal Guardian programming, was such a violent imposition on the mundane world that his heels punched two-inch-deep, smoking craters into the pavement. There was no time for a controlled landing or a moment of stabilization; the escape was still a fraction of a second from failure. He was moving before he fully registered the ground, hauling Elara Vance under his right arm and Silas Thorne under his left. His mercury-skin was no longer a smooth, reflective surface; it was shimmering with a violent, erratic strobe, a visual manifestation of the near-fatal feedback loop his system was currently handling.</w:t>
      </w:r>
    </w:p>
    <w:p>
      <w:r>
        <w:t>'The truck... Caleb... left... side...' Elara managed to gasp, the words a raw, painful effort.</w:t>
      </w:r>
    </w:p>
    <w:p>
      <w:r>
        <w:t>Her voice was horribly distorted, the syllables overlapping and stuttering as if her vocal cords, like the surrounding reality, were struggling to keep up with the overwhelming bit-rate of her hyper-accelerated mind. The golden sigils that covered her forearms and neck were not merely glowing; they were emitting a faint, almost unbearable high-pitched whistle, a sound that resonated deep in the inner ear—the sonic equivalent of a high-speed hard drive spinning towards catastrophic, terminal failure. She was holding the edge of the collapse with sheer will.</w:t>
      </w:r>
    </w:p>
    <w:p>
      <w:r>
        <w:t>They reached the battered, older model Ford F-150 just as the physical manifestation of the psychic backlash, the 'Unzipping,' finally reached the street they were on.</w:t>
      </w:r>
    </w:p>
    <w:p>
      <w:r>
        <w:t>Because Silas Thorne had, with a nearly suicidal act of will, inverted the flow of the Ledge's chaos, the immediate local reality was suddenly and utterly incapable of maintaining its stable, Mundane resolution. As they scrambled desperately towards the truck, Elara's eyes, augmented by her Librarian sight, witnessed the horrifying disintegration in real-time. A row of parked cars on the side of the street didn't just look blurry; they skipped frames—flickering momentarily from solid, three-dimensional steel into shimmering, violet wireframes and then back again with a sickening visual pop. A tired-looking streetlamp didn't shatter into glass; it dissolved entirely, imploding into a cloud of golden, crystalline pixels that hung suspended in the thick air like radioactive dust.</w:t>
      </w:r>
    </w:p>
    <w:p>
      <w:r>
        <w:t>'Silas! Get in!' Caleb roared, his voice a guttural sound of pure urgency. With a surge of inhuman strength, he threw the Anchor—his most vulnerable cargo—into the back seat of the cab.</w:t>
      </w:r>
    </w:p>
    <w:p>
      <w:r>
        <w:t>Silas Thorne was a wreck of catastrophic 'Static Burn.' His skin was the colour of wet, desiccated ash, and the thick, purple-black veins in his neck were pulsing so hard that their movement was sickeningly visible through the threadbare fabric of his stolen Carhartt jacket. He had siphoned the raw, screaming trauma and psychic waste of the Ledge's core into his own marrow to buy them this terrifying fraction of an escape, and now he was a living, biological bomb of necrotic, volatile energy. Every time he dragged a breath into his lungs, a thin, acrid mist of violet smoke escaped his nostrils and lips.</w:t>
      </w:r>
    </w:p>
    <w:p>
      <w:r>
        <w:t>'I can... hear them... Elara...' Silas wheezed, his eyes rolling back until only the terrifying, flickering violet static was visible in his sockets. 'The ones beneath the stone... they're trying to... follow the wire... the anchor line...'</w:t>
      </w:r>
    </w:p>
    <w:p>
      <w:r>
        <w:t>'Ground yourself, Silas! Now!' Elara screamed, scrambling across the torn-up seat and into the passenger side. She reached out and grabbed his purple-stained, cold hand; the contact between the Guardian's chrome and the Librarian's gold with the Anchor's necrotic energy caused an immediate, bright spray of gold and violet sparks. 'Caleb, drive! Now! Before the resolution hits zero!'</w:t>
      </w:r>
    </w:p>
    <w:p>
      <w:r>
        <w:t>Caleb Miller didn't enter the driver's seat; he slammed into it. The F-150's interior groaned under the sudden imposition of his immense mass. The springs in the already-worn seat snapped with a sharp twang, and the steering wheel bent sickeningly inward under the pressure of his grip. He stabbed the key into the ignition, turning it with violent force, but the engine didn't catch. The Static in the air—the thick, energetic residue of the collapsing reality—was so overwhelming that it was fouling the spark plugs and choking the entire electrical system.</w:t>
      </w:r>
    </w:p>
    <w:p>
      <w:r>
        <w:t>'Come on, you piece of junk!' Caleb snarled, his chrome eyes burning with a blinding, platinum heat that was close to an internal meltdown.</w:t>
      </w:r>
    </w:p>
    <w:p>
      <w:r>
        <w:t>Through the warped, pixelating rear-view mirror, he saw the horrifying ridge of Proctor's Ledge. The three Vampires were standing at the crest, perfectly silhouetted against a sky that was now a solid, roaring vortex of corrosive amethyst light. The lead vampire was not running, not pursuing with reckless speed; he was watching them, a predator observing a panicked rat, his crimson eyes tracking the shimmering silver heat of the Triad's resonance. He raised one hand in a gesture of pure malice, and the shadows of the nearby, collapsing houses began to elongate exponentially, reaching across the asphalt towards the truck like liquid, sentient ink.</w:t>
      </w:r>
    </w:p>
    <w:p>
      <w:r>
        <w:t>'Caleb, let me in!' Elara commanded, her voice dropping into a register of pure, cold authority.</w:t>
      </w:r>
    </w:p>
    <w:p>
      <w:r>
        <w:t>She reached out and slammed her glowing palm flat against the dashboard. She did not use a complex spell or a spoken command; she used Root Access. Her Mind expanded, instantaneously and totally, into the truck's compromised electrical system, seeing the wires and circuits not as mere copper and plastic, but as golden threads of raw, unspent potential. She saw the Static clogging the ignition, saw the corrupted frequency of the spark, and manually, instantly re-coded the entire firing sequence.</w:t>
      </w:r>
    </w:p>
    <w:p>
      <w:r>
        <w:t>'NOW!'</w:t>
      </w:r>
    </w:p>
    <w:p>
      <w:r>
        <w:t>The V8 engine roared to life, but it was a mechanical scream that sounded horrifyingly almost human, a machine protesting its violation. Caleb didn't hesitate for a microsecond. He floored the gas pedal, the truck peeling out with a sickening screech of tires that left smoking, silver-tinted rubber scars on the quickly-disintegrating pavement.</w:t>
      </w:r>
    </w:p>
    <w:p>
      <w:r>
        <w:t>They tore through the North Street corridor, navigating through a terrifying landscape of victims suffering from 'Resolution Shock.' These people were standing in the middle of the road, utterly paralyzed, staring down at their own hands as their skin began to visibly pixelate and dissolve. The ancient city of Salem was no longer a city; it was a corrupted file being actively, violently deleted in real-time by a malevolent force.</w:t>
      </w:r>
    </w:p>
    <w:p>
      <w:r/>
      <w:r>
        <w:rPr>
          <w:i/>
        </w:rPr>
        <w:t>Observation 140:</w:t>
      </w:r>
      <w:r>
        <w:t xml:space="preserve"> Elara mentally logged, the pure, raw habit of her calling overriding her near-fatal physical state. Her head lolled against the headrest as the final rush of adrenaline began to curdle and turn to acid in her stomach.</w:t>
      </w:r>
    </w:p>
    <w:p>
      <w:r/>
      <w:r>
        <w:rPr>
          <w:i/>
        </w:rPr>
        <w:t>The Triad Circuit is not a sustainable state. The physical toll on the Guardian is increasing exponentially, and the Anchor's Dirty Battery status is reaching a critical overflow. If we do not reach a Null-Point in the next hour, the resulting Resonance will culminate in a localised Aetheric explosion, destroying not just us, but the immediate vicinity.</w:t>
      </w:r>
      <w:r/>
    </w:p>
    <w:p>
      <w:r>
        <w:t>'We're hitting the bypass,' Caleb rasped, his voice dropping into that heavy, dual-toned register he only used when he was fighting his own programming. He was fighting a losing battle to keep his density from crushing the gas pedal through the floorboards. 'Route 128 North. Elara... I can't... I can't feel my fingers anymore. They're turning to pure iron.'</w:t>
      </w:r>
    </w:p>
    <w:p>
      <w:r>
        <w:t>'Hold on, Caleb,' Elara whispered, reaching across the chasm of the console to graze his forearm with her knuckles. 'Just hold the line for a few more minutes. I have the map in my head. I can see the Nautical Anchor on the horizon. We just have to stay ahead of the Grey.'</w:t>
      </w:r>
    </w:p>
    <w:p>
      <w:r>
        <w:t>As the F-150 fishtailed across the municipal line, finally crossing into Danvers and leaving the screaming, disintegrating ghosts of Salem behind them, the air inside the cab began to change. It started to smell of that cold, unsettling metallic sweetness—the unmistakable scent of 'Aetheric Exhaust,' the waste product of their own overburdened souls. They were fugitives in a world that was quickly losing its fundamental ability to remember what a stable, human being looked like.</w:t>
      </w:r>
    </w:p>
    <w:p>
      <w:r>
        <w:t>The road ahead of the stolen truck was a blurring, horrific ribbon of violet smoke and descending grey ash, and the Librarian, the Guardian, and the Anchor were the only three, flickering points of stable resolution left in the entire, screaming storm.</w:t>
      </w:r>
    </w:p>
    <w:p>
      <w:pPr>
        <w:pageBreakBefore w:val="1"/>
      </w:pPr>
      <w:r>
        <w:t>CHAPTER THIRTY-NINE</w:t>
      </w:r>
    </w:p>
    <w:p>
      <w:r>
        <w:t>The Baker's Island Protocol</w:t>
      </w:r>
    </w:p>
    <w:p>
      <w:r>
        <w:t>September 25, 2025 – 07:15 PM</w:t>
      </w:r>
    </w:p>
    <w:p>
      <w:r>
        <w:t>Manchester-by-the-Sea – The Baker's Island Reach</w:t>
      </w:r>
    </w:p>
    <w:p>
      <w:r>
        <w:t>The stolen Ford F-150, a black behemoth now scarred by acid rain and combat-scarred steel, was no longer just a vehicle. It was a pressurized container for the storm they carried, the residual, metaphysical debris of their escape from the subway tunnel. The air inside the cab didn't just smell of ozone; it was thick with the ferrous, metallic tang of excess Aetheric energy, a smell akin to lightning striking wet iron. Every rattle of the chassis felt like a tremor in a vessel about to burst.</w:t>
      </w:r>
    </w:p>
    <w:p>
      <w:r>
        <w:t>Caleb, his knuckles white against the steering wheel, wrenched the truck onto a narrow, restricted access road. It was a track long-since abandoned by the town, snaking through dense, salt-whipped scrub towards a crumbling stone pier. The headlights cut through the gathering twilight, illuminating the skeletal silhouette of the Baker's Island Light in the distance. Against the violent gradient of the violet-black horizon, the granite column stood like a monumental, accusatory finger.</w:t>
      </w:r>
    </w:p>
    <w:p>
      <w:r>
        <w:t>To the mundane world—the O.S.I. scanners, the occasional late-season tourist—the lighthouse was a decommissioned relic, a quaint piece of New England maritime history. But to Silas's 'Soul' sight, the reality was terrifyingly complex. The structure was a perfectly placed vertical needle threading a massive, subterranean junction of ley-lines. It was a 'Null-Point,' a node where the planetary Aetheric pressure was high enough to be harvested, a nexus of pure, unbound power. Crucially, the raw intensity of the energy here was too volatile, too pure, for the Lich's Hollowed shock-troops to occupy without dissolving. It was the only place they could safely perform the necessary, violent calibration.</w:t>
      </w:r>
    </w:p>
    <w:p>
      <w:r>
        <w:t>'Out,' Caleb commanded, his voice unnervingly devoid of human cadence, a low-frequency hum that vibrated in the bone.</w:t>
      </w:r>
    </w:p>
    <w:p>
      <w:r>
        <w:t>He didn't use the handle; he simply pushed the driver's side door outward. The hinges screamed in protest as his lingering mass-density—a side effect of his chronic energy overloads—forced the thick metal out of alignment. He stumbled onto the salt-crusted asphalt, his movements jerky, his skin shimmering with the erratic, white-hot platinum glow that signaled acute Aetheric instability.</w:t>
      </w:r>
    </w:p>
    <w:p>
      <w:r>
        <w:t>Elara and Silas followed, their movements similarly heavy, weighed down by the agonizing counter-force of 'Static Burn.' Every nerve ending felt simultaneously frozen and ablaze.</w:t>
      </w:r>
    </w:p>
    <w:p>
      <w:r/>
      <w:r>
        <w:rPr>
          <w:i/>
        </w:rPr>
        <w:t>Observation 142:</w:t>
      </w:r>
      <w:r>
        <w:t xml:space="preserve"> Elara whispered, her voice tight with strain. Her Mind — the vast, crystalline database of the Soul Weaver — automatically logged the physical and metaphysical data, a frantic attempt to apply cold logic to keep the spiralling panic at bay.</w:t>
      </w:r>
    </w:p>
    <w:p>
      <w:r/>
      <w:r>
        <w:rPr>
          <w:i/>
        </w:rPr>
        <w:t>The Triad Circuit creates a recursive loop. The more intensely we use it — the more we channel and stabilise each other — the more we 'render' each other into a higher resolution. We aren't just practitioners anymore, Caleb. We're becoming the medium itself.</w:t>
      </w:r>
      <w:r/>
    </w:p>
    <w:p>
      <w:r>
        <w:t>They reached the base of the lighthouse. The air here was a palpable, living entity, humming with a pure, crystalline sound. It felt like breathing ice water—painful, shocking, but impossibly clear—into their lungs.</w:t>
      </w:r>
    </w:p>
    <w:p>
      <w:r>
        <w:t>'Silas, the Ground,' Elara instructed, her own gold light already beginning to radiate a soft, protective amber.</w:t>
      </w:r>
    </w:p>
    <w:p>
      <w:r>
        <w:t>Silas dropped to his knees, his tattered sleeves falling away to reveal the dark, purple-stained skin of his forearms. He didn't pull on the dead; he bypassed the morbid lexicon of his necromancy and reached instead for the foundational Silence. His hands plunged into the cold, wet sand, seeking the central ley-line of the North Shore—the 'Deep Root' that Samuel Sewall, the original Anchor, had used centuries ago to stabilise the colonial Shackle. With a guttural sound of pure exertion, Silas pulled the titanic energy of the line up and out of the earth, shaping it into a rough, protective circle.</w:t>
      </w:r>
    </w:p>
    <w:p>
      <w:r>
        <w:t>'Caleb, take the load,' Silas wheezed, his neck veins pulsing a frantic, deep violet against his pale skin. The strain was enormous; he was holding the entire, unprocessed weight of the regional ley-network.</w:t>
      </w:r>
    </w:p>
    <w:p>
      <w:r>
        <w:t>Caleb stepped into the circle Silas had formed. He didn't Brace against the earth; he Braced against the Triad—the three-part, kinetic anchor they had become. He reached out, his massive hand settling on Silas's shoulder, the other taking Elara's hand. The contact was an act of brutal, essential intimacy.</w:t>
      </w:r>
    </w:p>
    <w:p>
      <w:r>
        <w:t>The 'Lighthouse Protocol' was the inverse of their frantic combat circuit. Instead of broadcasting raw, explosive energy, they were focused on pure, inertial Syncing.</w:t>
      </w:r>
    </w:p>
    <w:p>
      <w:r>
        <w:t>Elara closed her eyes. Her Mind instantly rendered the three of them as a complex circuit diagram. She saw the 'Packet-Loss' in Caleb's marrow—the energy leaking from his physical form like a sieve—and the 'Buffer-Overflow' in Silas's Anchor—the crushing excess of grief-laden static threatening to sever his connection to his Soul. She began to thread her gold light through them, acting as a high-pass filter. With surgical precision, she moved the silver heat from Caleb's kinetic, overcharged muscles into Silas's cold, necrotic voids. In return, she took the destabilizing, violet grief and spiritual entropy from Silas's head and grounded it, not into the earth, but through Caleb's unparalleled physical mass.</w:t>
      </w:r>
    </w:p>
    <w:p>
      <w:r>
        <w:t>The effect was instantaneous and profound. The 'Leaden Ache'—the crippling weight that had been threatening to atomize Caleb's skeleton—didn't vanish, but it softened into a manageable, rhythmic vibration. The violet static sparking in Silas's eyes dimmed to a steady, calm, and controlled glow. For the first time since the ordeal began, the Lich's psychological broadcasts were muted.</w:t>
      </w:r>
    </w:p>
    <w:p>
      <w:r>
        <w:t>For a full five minutes, the world outside—the encroaching O.S.I. strike teams, the psychic hunting packs of the Vampires, the relentless, cold calculation of the Lich—ceased to exist. In that fifty-yard radius of sand and sea-salt, the metaphysical resolution was perfect. The air was clear. The Static was no longer a piercing scream, but a symphony—a complex, ordered hum of reality.</w:t>
      </w:r>
    </w:p>
    <w:p>
      <w:r>
        <w:t>'We can't stay here,' Caleb whispered, his voice returning from the metallic hum to a low, gravelly human tone. His chrome-bright eyes finally faded back to their natural, jagged brown. 'Miller's Aegis-Scanners will pick up the 'Resolution Spike' in this sector within ten minutes. We've just announced our location to every major power on the coast.'</w:t>
      </w:r>
    </w:p>
    <w:p>
      <w:r>
        <w:t>'Just one more minute,' Silas pleaded, his head resting against Caleb's silver-threaded arm. The pose was one of exhausted relief. 'It's... it's the only time it's been quiet since the subway. It's the only time I haven't heard the crowd.'</w:t>
      </w:r>
    </w:p>
    <w:p>
      <w:r>
        <w:t>Elara looked at the two of them, a wave of fierce, proprietary affection washing over her. They weren't just the Warrior and the Anchor. They were the only two people in the world who knew what her blood felt like on the inside.</w:t>
      </w:r>
    </w:p>
    <w:p>
      <w:r>
        <w:t>'Silas is right,' Elara affirmed, her golden sigils pulsing a warm, steady amber on her skin. 'We've redefined the 'Sympathetic Resonance.' We don't need Miller's sterile labs to stabilise our forms. Wearethe stabiliser.'</w:t>
      </w:r>
    </w:p>
    <w:p>
      <w:r>
        <w:t>She pulled the Sewall ledger from her bag. Under the pure, unfocused Aetheric light of the lighthouse, the blank pages came alive. A new set of coordinates appeared—not written in ink, but in a series of glowing, topographical 'heat-maps' that pulsed with the geography of the ley-lines.</w:t>
      </w:r>
    </w:p>
    <w:p>
      <w:r>
        <w:t>'Gloucester isn't just the next place on the map,' Elara realised, her voice sounding triple-toned with a newfound, terrifying authority. 'The Nautical Anchor—the next nexus—is the 'Lens.' It's the only structure that can focus our combined Resonance enough for us to see where the Lich is actually broadcasting from. If we can lock down the Lens, we can stop the 'Tidal Breach' before the entire coast becomes a cemetery.'</w:t>
      </w:r>
    </w:p>
    <w:p>
      <w:r>
        <w:t>Caleb stood up, his boots cracking the dry, salt-pitted stone one last time before his density settled back to a functional weight. He looked towards the north, where the sky over Cape Ann was a roiling cauldron of amethyst fire—the tell-tale sign of a massive, destabilized Aetheric field.</w:t>
      </w:r>
    </w:p>
    <w:p>
      <w:r>
        <w:t>'Then let's go find the Lens,' Caleb said, a note of pure, cold purpose returning to his voice.</w:t>
      </w:r>
    </w:p>
    <w:p>
      <w:r>
        <w:t>They returned to the truck. Their movements were no longer jerky or frame-skipping with residual energy burns. They moved with a new, synchronized grace—a biological, psychic machine that had finally learned how to perfectly oil its own gears.</w:t>
      </w:r>
    </w:p>
    <w:p>
      <w:r>
        <w:t>As the F-150 roared back to life, tires spitting gravel onto the deserted road, Elara felt the 'Shared Static' tighten into a secure, unbreakable cord. The road to Gloucester was no longer a panicked retreat. It was a tactical, unified advancement towards the final battle.</w:t>
      </w:r>
    </w:p>
    <w:p>
      <w:pPr>
        <w:pageBreakBefore w:val="1"/>
      </w:pPr>
      <w:r>
        <w:t>CHAPTER FORTY</w:t>
      </w:r>
    </w:p>
    <w:p>
      <w:pPr>
        <w:pageBreakBefore w:val="1"/>
      </w:pPr>
      <w:r>
        <w:t>CHAPTER FORTY: The Resonance Network</w:t>
      </w:r>
    </w:p>
    <w:p>
      <w:r>
        <w:t>September 25, 2025 – 07:45 PM</w:t>
      </w:r>
    </w:p>
    <w:p>
      <w:r>
        <w:t>Route 127 – The Cape Ann Coast Road</w:t>
      </w:r>
    </w:p>
    <w:p>
      <w:r>
        <w:t>The interior of the Ford F-150 had ceased to be a cabin; it was now the chassis of a single, three-headed organism. The air, thick with the scent of ozone, old paper, and a faint, metallic tang, was a pressurized medium for an emergent consciousness. The mundane safety glass and worn upholstery of the truck were mere boundaries on a rapidly expanding digital realm.</w:t>
      </w:r>
    </w:p>
    <w:p>
      <w:r>
        <w:t>As they left the Baker's Island lighthouse behind, the 'Lighthouse Protocol' hadn't just stabilised them—it had violently fused them. The Shared Staticwas no longer a shimmering haze on the floorboards; it was a high-bandwidth sensory overlay that rendered the mundane world as a deceptive, low-resolution thumbnail. It was the white noise of a universe running a continuous diagnostic.</w:t>
      </w:r>
    </w:p>
    <w:p>
      <w:r>
        <w:t>Caleb Miller gripped the steering wheel, his knuckles white, but he wasn't just feeling the vibration of the tires on the asphalt. Through the Resonance, he was experiencing a terrifying, intimate communion. He was feeling the structured 'density' of Elara's thoughts—a vast, searchable database of logic and data arrays—and the profound, gravitational 'void' of Silas's anchor—a silent, absolute zero point in the Aether. He could feel the way Elara's neurons were firing in the seat beside him—sharp, golden bursts of electricity that tasted like ozone and old paper, the digital signature of pure computation. And he could feel the cold, purple weight of Silas's soul in the back seat, a vast, necromantic gravity that made Caleb's own mercury-blood—his physical substrate—feel slow, heavy, and incandescently alive.</w:t>
      </w:r>
    </w:p>
    <w:p>
      <w:r>
        <w:t>'I can... I can see through you,' Caleb rasped, his voice sounding layered and dissonant, as if three people were speaking in unison across different frequencies. 'Elara, I'm looking at the trees, but I'm seeing them in code. I'm seeing the packet-loss in the leaves. They're not trees; they're unoptimized geometry.'</w:t>
      </w:r>
    </w:p>
    <w:p>
      <w:r>
        <w:t>'That's my Focus,' Elara whispered, her voice strained. She was leaning her head against the window, her eyes closed, yet her Mind was processing the landscape in a 360-degree, high-definition sweep. 'I'm 'rendering' the environment for the network. I'm tagging and organizing all incoming sensory data. If I stop, the resolution will drop instantly, the Static will collapse, and we'll lose the road, the truck, and possibly ourselves.'</w:t>
      </w:r>
    </w:p>
    <w:p>
      <w:r/>
      <w:r>
        <w:rPr>
          <w:i/>
        </w:rPr>
        <w:t>Observation 146:</w:t>
      </w:r>
      <w:r>
        <w:t xml:space="preserve"> Elara mentally logged, but the thought wasn't just hers. It echoed simultaneously in Caleb's marrow — a sharp, objective fact — and vibrated in Silas's teeth — a cold, necessary truth.</w:t>
      </w:r>
    </w:p>
    <w:p>
      <w:r/>
      <w:r>
        <w:rPr>
          <w:i/>
        </w:rPr>
        <w:t>The Triad is a distributed processing system. The Body (Caleb) provides the physical substrate — the mutable, high-density hardware. The Soul (Silas) provides the grounding — the deep, cold cooling system that prevents thermal runaway. The Mind (Elara) is the operating system — the hyper-efficient logic that organises the flow.</w:t>
      </w:r>
      <w:r/>
    </w:p>
    <w:p>
      <w:r>
        <w:t>Inside the Shared Static, the distinct, walled-off 'I' of their individual identities was beginning to dissolve into a terrifying, unified 'We.' The sensation was one of profound loss and unimaginable gain.</w:t>
      </w:r>
    </w:p>
    <w:p>
      <w:r>
        <w:t>Silas Thorne sat in the back, his eyes open but fixed on nothing in the physical world. He wasn't looking at the truck's interior; he was looking into the deep, exposed channels of the Memory Leakage. Because their archetypes were overlapping and their frequency had been intentionally fused, the firewalls of their individual identities were failing catastrophically. The deepest, most guarded data was being broadcast on the open channel.</w:t>
      </w:r>
    </w:p>
    <w:p>
      <w:r>
        <w:t>'Southie,' Silas muttered, his voice sounding hollow, haunted by borrowed specters. 'Caleb... I can see a gym. I can smell the old leather, the sweat, and the aggressive wintergreen balm. I can feel the 'Leaden Ache' you felt when you were twelve... the exact moment you realised you couldn't run as fast as the other kids because your bones were too heavy, too dense, and that you were different.'</w:t>
      </w:r>
    </w:p>
    <w:p>
      <w:r>
        <w:t>Caleb flinched, the truck swerving slightly as a silver tremor of visceral shame and pain rippled through his arms. The sudden surge of unwanted memory was a physical blow. 'Get out of my head, Silas! That's a private server!'</w:t>
      </w:r>
    </w:p>
    <w:p>
      <w:r>
        <w:t>'I can't,' Silas replied, a single violet-tinted tear tracking down his ash-grey cheek. The sorrow was not entirely his own. 'I'm not trying to look. The Static is just... broadcasting it all. It's a full-access mirror. Elara, I can see your mother. I can see the day she disappeared into the 'Digital Snow'—the static on the screen, the silence where her voice should have been. I can feel the exact, clinical moment you decided that if you could just categorize her disappearance, if you could assign it a logical structure, it wouldn't hurt anymore.'</w:t>
      </w:r>
    </w:p>
    <w:p>
      <w:r>
        <w:t>Elara's golden sigils—the intricate, self-correcting algorithms that governed her Mind—flared a sudden, defensive white, like circuit breakers popping. The air in the truck grew instantly hot, the sharp, painful scent of scorched vellum filling the cabin. 'The network is unstable,' she warned, her voice trembling with suppressed anguish. 'We're experiencing 'Buffer Overflow.' We are sharing too much data, too fast. The sheer emotional payload is exceeding the system's capacity.'</w:t>
      </w:r>
    </w:p>
    <w:p>
      <w:r>
        <w:t>'Then regulate it, damn it!' Caleb commanded, his voice raw with urgency. 'Elara, focus the stream! Filter the garbage! Silas, ground the grief! Use your anchor on the feeling, not the memory! If we blow a fuse in here, the resonance field collapses, and the truck becomes a coffin!'</w:t>
      </w:r>
    </w:p>
    <w:p>
      <w:r>
        <w:t>The Triad fell into a rhythmic, forced breathing pattern—a precise, 60-BPM cycle they had learned in the sensory deprivation chamber of Suite Delta. It was a digital meditation, a forced, mutual reset. Slowly, agonizingly, the memory leakage receded, the chaotic flashes of childhood trauma settling into a background hum, a low, manageable noise floor.</w:t>
      </w:r>
    </w:p>
    <w:p>
      <w:r>
        <w:t>But the hyper-sensory experience remained. To the Triad, Route 127 was no longer a scenic coastal drive. It was a Grey-Wash landscape being overwritten by a blinding,Violet Resolution.</w:t>
      </w:r>
    </w:p>
    <w:p>
      <w:r>
        <w:t>They saw the Atlantic not as water, but as a vast, churning, unsearchable database of the Drowned—a repository of cold, dead energy. They saw the houses of Beverly and Salem not as buildings, but as geometric constraints on the Aetheric flow, like circuit boards populated with sleeping users. Every streetlamp they passed was a potential 'Logic Gate' that the Lich—their undead, necromantic tracker—could use to vector in on their unique, radiating resonance.</w:t>
      </w:r>
    </w:p>
    <w:p>
      <w:r>
        <w:t>'The Lich... he's following the wake,' Silas whispered, confirming the omnipresent dread. 'We're a ripple on his pond.'</w:t>
      </w:r>
    </w:p>
    <w:p>
      <w:r>
        <w:t>He reached out his purple-stained hand and touched the back of Caleb's metal headrest. The moment the contact was made, the 'Silence' expanded—not a lack of sound, but an overwhelming, active void. Silas wasn't just anchoring the ghosts anymore; he was anchoring the Triad's entire digital footprint. He was 'cloaking' their high-frequency signal in a shroud of impenetrable necromantic static.</w:t>
      </w:r>
    </w:p>
    <w:p>
      <w:r>
        <w:t>'Better,' Caleb noted, his chrome eyes reflecting the violet storm outside with eerie calm. 'The air feels thinner now. Like we're moving between the frames of the world. We're out of phase.'</w:t>
      </w:r>
    </w:p>
    <w:p>
      <w:r/>
      <w:r>
        <w:rPr>
          <w:i/>
        </w:rPr>
        <w:t>Observation 148:</w:t>
      </w:r>
      <w:r>
        <w:t xml:space="preserve"> Elara added to the collective log, her tone regaining its analytical precision.</w:t>
      </w:r>
    </w:p>
    <w:p>
      <w:r/>
      <w:r>
        <w:rPr>
          <w:i/>
        </w:rPr>
        <w:t>The Shared Static allows for Phase-Shifting. We are currently moving at a higher bit-rate than the Mundane reality. To an outside observer, the truck would appear as a frame-skipping blur, a flicker in their peripheral vision, impossible to track visually or sensorially.</w:t>
      </w:r>
      <w:r/>
    </w:p>
    <w:p>
      <w:r>
        <w:t>They passed through the 'Grey Zone' transition near Magnolia. Outside the vehicle, the world was a charcoal sketch, the houses looking like they were hastily modeled in untextured ash. But inside the 50-yard spherical radius of the truck, the resolution was blindingly high. The rust on the dashboard, the microscopic, interwoven threads of Caleb's gloves, the crystalline particles of salt in the air—everything was rendered in a terrifying, hyper-real clarity. Every atom felt urgent.</w:t>
      </w:r>
    </w:p>
    <w:p>
      <w:r>
        <w:t>'We're the only thing in this state that's actually real right now,' Caleb said, his voice now a steady, metallic resonance, a beacon of self-assured power. 'Everything else is just... legacy code. They're still running on an outdated patch.'</w:t>
      </w:r>
    </w:p>
    <w:p>
      <w:r>
        <w:t>'That's why the 'Old Blood' wants us,' Elara realised, the final, horrifying piece of the puzzle clicking into place. Her Mind finally decoded the manipulative grin of the Vampire elite. 'They don't just want our blood. They want ourResolution. They're 'low-res' predators, Caleb. They've been living in the shadows of the Shackle—the boundary between worlds—for three hundred and thirty-three years. They can't survive the Unveiling, the breakdown of that boundary, unless they can hijack a Triad to act as their rendering engine.'</w:t>
      </w:r>
    </w:p>
    <w:p>
      <w:r>
        <w:t>'They want to wear us like glasses,' Silas muttered, his voice heavy with finality. 'So they can see the new world. So they can step into the light without burning up.'</w:t>
      </w:r>
    </w:p>
    <w:p>
      <w:r>
        <w:t>'Then we'll make sure we're too bright to wear,' Caleb said, and the conviction in his voice was a physical force, tightening the Static.</w:t>
      </w:r>
    </w:p>
    <w:p>
      <w:r>
        <w:t>As they crested the final hill before the Gloucester bridge, the 'Nautical Anchor' became visible on the horizon. The Eastern Point Lighthouse wasn't a lighthouse anymore; it was a vertical, incandescent Lens of white fire, focusing the overwhelming weight of the Atlantic—the sheer mass of the Drowned—into a single, needle-thin point of unbearable pressure. It was the system's primary input node.</w:t>
      </w:r>
    </w:p>
    <w:p>
      <w:r>
        <w:t>The Shared Static in the truck screamed in response, the collective mind anticipating the impact. The gold, silver, and violet threads braided together so tightly they ceased to be colours; they became a single, blinding cord of white-hot platinum light.</w:t>
      </w:r>
    </w:p>
    <w:p>
      <w:r>
        <w:t>The Triad was no longer just three fugitives in a Ford F-150. They were a weaponized frequency, a self-aware projectile, and the 'Nautical Lens' was the target they had been programmed, by destiny and circumstance, to hit.</w:t>
      </w:r>
    </w:p>
    <w:p>
      <w:r>
        <w:t>'Brace,' Caleb commanded, his density peaking as he slammed the accelerator and hit the bridge deck. 'We're entering the high-voltage sector. Prepare for impact.'</w:t>
      </w:r>
    </w:p>
    <w:p>
      <w:r>
        <w:t>'Focus,' Elara added, her Mind opening all firewalls, allowing the maximum possible current for the coming breach. The world outside became pure data.</w:t>
      </w:r>
    </w:p>
    <w:p>
      <w:r>
        <w:t>'Anchor,' Silas finished, his Chains—made of pure, metaphysical inertia—lashing out instantly in the In-Between to snag the first of the Drowned, stabilising the field for the collision.</w:t>
      </w:r>
    </w:p>
    <w:p>
      <w:r>
        <w:t>The truck roared over the Annisquam River, a streak of silver and gold light cutting violently through the violet ash of the Cape Ann coastline. The 'Descent' was no longer a journey; it was an occupation. And the Triad was the only power on the planet currently capable of holding the line against the darkness trying to consume the light.</w:t>
      </w:r>
    </w:p>
    <w:p>
      <w:r>
        <w:t>INTERLUDE 2:</w:t>
      </w:r>
    </w:p>
    <w:p>
      <w:r>
        <w:t>INTERLUDE 2:</w:t>
      </w:r>
    </w:p>
    <w:p>
      <w:r>
        <w:t>The Shadow of the Gallows</w:t>
      </w:r>
    </w:p>
    <w:p>
      <w:r>
        <w:t>Location: Global Aetheric Network</w:t>
      </w:r>
    </w:p>
    <w:p>
      <w:r>
        <w:t>The breach at Proctor's Ledge was not a local event. To the eyes of the mundane world, it was a sudden, violent aurora that turned the New England sky a bruised violet. To the Lich, it was the first deep breath after three centuries of suffocation.</w:t>
      </w:r>
    </w:p>
    <w:p>
      <w:r>
        <w:t>In the 'In-Between,' the Static was changing.</w:t>
      </w:r>
    </w:p>
    <w:p>
      <w:r>
        <w:t>Across the globe, the white noise that had plagued digital signals since the Pulse began to harmonize. It was no longer a chaotic hiss; it was a rhythmic, mathematical pulse. In London, the ghosts of the Thames didn't just wander; they began to march. In Kyoto, the vibrating shrines settled into a low, terrifying hum that cracked the ancient wood.</w:t>
      </w:r>
    </w:p>
    <w:p>
      <w:r>
        <w:t>The Lich stood at the centre of the vortex, a figure of shifting shadow and 17th-century silk. He felt the 'Mind, Body, and Outcast' turn the key in Salem. He felt the first anchor of the 1692 Shackle dissolve, releasing a flood of raw, unedited Aether into the atmosphere.</w:t>
      </w:r>
    </w:p>
    <w:p>
      <w:r>
        <w:t>Geneva, Switzerland – CERN Headquarters</w:t>
      </w:r>
    </w:p>
    <w:p>
      <w:r>
        <w:t>The Large Hadron Collider had been offline since the Unveiling, but at 3:14 AM, the sensors triggered.</w:t>
      </w:r>
    </w:p>
    <w:p>
      <w:r>
        <w:t>'The data is... it's not particle decay,' a frantic technician whispered, staring at a monitor that was bleeding violet light. 'It's a broadcast.'</w:t>
      </w:r>
    </w:p>
    <w:p>
      <w:r>
        <w:t>The Static on the screen didn't form images. It formed a face—a skeletal, elongated mask with apertures for eyes that burned like dying stars. Across every server in the facility, the files weren't being deleted; they were being translated. The binary code of the modern world was being rewritten into the iron-gall ink of the 1692 Grimoire.</w:t>
      </w:r>
    </w:p>
    <w:p>
      <w:r>
        <w:t>The Lich wasn't just invading the physical world. He was haunting the digital one.</w:t>
      </w:r>
    </w:p>
    <w:p>
      <w:r>
        <w:t>Gloucester, MA – The Eastern Point Lighthouse</w:t>
      </w:r>
    </w:p>
    <w:p>
      <w:r>
        <w:t>The second terminal—the Nautical Anchor—felt the surge from Salem.</w:t>
      </w:r>
    </w:p>
    <w:p>
      <w:r>
        <w:t xml:space="preserve">The Atlantic Ocean didn't just rise; it began to glow. Deep beneath the surface, the </w:t>
      </w:r>
      <w:r>
        <w:rPr>
          <w:b/>
        </w:rPr>
        <w:t>Threads</w:t>
      </w:r>
      <w:r>
        <w:t xml:space="preserve"> of the sunken world began to vibrate in sympathy with Silas's Chains. The ghosts of thousands of shipwrecks, previously dormant, began to drift towards the shore, pulled by a new gravity.</w:t>
      </w:r>
    </w:p>
    <w:p>
      <w:r>
        <w:t>The Lich reached out across the global Static, his consciousness hitching a ride on the very radio waves and satellite signals the O.S.I. used to track him. He didn't need a map. He could feel the triad's heat. He could feel Elara's golden 'Decoding,' Caleb's silver 'Bracing,' and Silas's purple 'Anchoring.'</w:t>
      </w:r>
    </w:p>
    <w:p>
      <w:r>
        <w:t>They were doing exactly what he needed. They were unlocking the doors he was too heavy to touch.</w:t>
      </w:r>
    </w:p>
    <w:p>
      <w:r>
        <w:t>'Turn the next key, little sparks,'the Lich's voice echoed through the power lines of a thousand sleeping cities.'Unlock the salt and the sea. The King of Shadows is coming home, and he needs a world to inherit.'</w:t>
      </w:r>
    </w:p>
    <w:p>
      <w:r>
        <w:t>San Francisco, CA – A Darkened Apartment</w:t>
      </w:r>
    </w:p>
    <w:p>
      <w:r>
        <w:t>A young woman sat in front of a flickering monitor, her eyes reflecting the violet static. She wasn't an O.S.I. agent. She wasn't a witch. She was a programmer, and she could hear a voice coming from her speakers—not a recorded voice, but a ghost trapped in the cloud.</w:t>
      </w:r>
    </w:p>
    <w:p>
      <w:r>
        <w:t>'He's here,' she whispered, her fingers hovering over the keyboard. 'The Lich is on the network.'</w:t>
      </w:r>
    </w:p>
    <w:p>
      <w:r>
        <w:t>She began to type, her own code clashing with the ancient Static.</w:t>
      </w:r>
    </w:p>
    <w:p>
      <w:r>
        <w:t>The war was no longer just in the woods of New England. It was in the wires. It was in the air. And the Lich was winning.</w:t>
      </w:r>
    </w:p>
    <w:p>
      <w:r/>
      <w:r>
        <w:rPr>
          <w:i/>
        </w:rPr>
        <w:t xml:space="preserve"> </w:t>
      </w:r>
      <w:r>
        <w:t xml:space="preserve"> *</w:t>
      </w:r>
    </w:p>
    <w:p>
      <w:r>
        <w:t>The Observer</w:t>
      </w:r>
    </w:p>
    <w:p>
      <w:r>
        <w:t>OSI Command Bunker, Undisclosed Location, USA</w:t>
      </w:r>
    </w:p>
    <w:p>
      <w:r>
        <w:t>General Theron Hale slammed his fist onto the tactical map display, momentarily silencing the frantic chatter of the analysts. The map, usually a sterile blue projection of global activity, was saturated with a pulsing, deep violet hue emanating from the Massachusetts coastline.</w:t>
      </w:r>
    </w:p>
    <w:p>
      <w:r>
        <w:t>'Report!' he barked, his voice ragged from three days without sleep. 'What in God's name is 'The Shadow' doing to our network?'</w:t>
      </w:r>
    </w:p>
    <w:p>
      <w:r>
        <w:t>A young man in a heavily-branded O.S.I. jacket, Dr. Linus Cole, swallowed hard. He was the head of Cyber-Aetheric defence. 'General, it's not an attack in the traditional sense. It's... appropriation. When the Salem breach occurred, the resultant Aetheric discharge didn't dissipate. It anchored itself onto the Global Aetheric Network—the GAN. The Lich is using our own infrastructure as his nervous system.'</w:t>
      </w:r>
    </w:p>
    <w:p>
      <w:r>
        <w:t>'Translate, Doctor,' Hale snapped.</w:t>
      </w:r>
    </w:p>
    <w:p>
      <w:r>
        <w:t>'He's riding the wave. Every satellite transmission, every undersea fibre optic cable, every broadcast tower—it's all carrying his signature. His 'translation' of the CERN data wasn't malicious coding; it was fundamental rewriting. He's trying to harmonize the modern world's data with 17th-century occult law. He's looking for the next anchors.'</w:t>
      </w:r>
    </w:p>
    <w:p>
      <w:r>
        <w:t>Hale pointed a shaking finger at a small, isolated green dot flickering near the Pacific coast—San Francisco. 'What about the anomaly? The pushback?'</w:t>
      </w:r>
    </w:p>
    <w:p>
      <w:r>
        <w:t>'That's our variable, sir. We designated her 'The Observer.' She's generating a localised, highly volatile counter-Static. Her code is erratic, but it's pure digital-Aetheric jamming. It's the only thing keeping his signal from infecting our primary defence grids.'</w:t>
      </w:r>
    </w:p>
    <w:p>
      <w:r>
        <w:t>'Then find her. Protect her. She's the only firewall we have,' Hale commanded, turning away from the chaos. He knew what the Lich wanted: the complete dissolution of the 1692 Shackle. Salem was the 'Mind.' The Lighthouse was the 'Body.' There was one left. The 'Outcast.'</w:t>
      </w:r>
    </w:p>
    <w:p>
      <w:r>
        <w:t>Hale looked at the glowing purple intensity on the map, a shadow of the gallows cast globally. He whispered, 'Where is the third key, damn it?'</w:t>
      </w:r>
    </w:p>
    <w:p>
      <w:pPr>
        <w:pageBreakBefore w:val="1"/>
      </w:pPr>
      <w:r>
        <w:t>CHAPTER FORTY-ONE:</w:t>
      </w:r>
    </w:p>
    <w:p>
      <w:pPr>
        <w:pageBreakBefore w:val="1"/>
      </w:pPr>
      <w:r>
        <w:t>CHAPTER FORTY-ONE: The Nautical Lens</w:t>
      </w:r>
    </w:p>
    <w:p>
      <w:r>
        <w:t>September 25, 2025 – 08:30 PM</w:t>
      </w:r>
    </w:p>
    <w:p>
      <w:r>
        <w:t>Gloucester, MA – Cape Ann</w:t>
      </w:r>
    </w:p>
    <w:p>
      <w:r>
        <w:t>Gloucester did not smell like the ocean anymore. The familiar, bracing scent of salt-spray and drying kelp, the honest, earthy musk of cod and diesel fuel, had been replaced by something sharp, metallic, and profoundly unnatural. It was the scent of a broken seal, a tear in the liminal fabric where energy was hemorrhaging into the mundane world. It smelled like the interior of a massive, leaking lead-acid battery—a suffocating capacitor of ozone, copper, and stagnant brine that made the fine hairs on Elara's arms stand in a constant, prickling alert, generating phantom static against her skin.</w:t>
      </w:r>
    </w:p>
    <w:p>
      <w:r>
        <w:t>As the stolen, battered Ford F-150—a perfect camouflage in a town built on hard work and rust—crested the bridge into Cape Ann, the Triad fell into a heavy, rhythmic silence. To the mundane eye, the Atlantic was merely choppy, a dark and restless expanse beneath a sky bruised purple with cloud cover. But through the Shared Static, the world was being rendered in a higher, more terrifying resolution. The water was a churning cauldron of bioluminescent amethyst light, the chaotic glow churning up the deep-sea silt. And the tides were no longer following the slow, predictable pull of the moon; they were sloshing in jagged, irregular pulses, like a heart failing, matching the frantic sixty-hertz heartbeat humming in the Triad's collective marrow.</w:t>
      </w:r>
    </w:p>
    <w:p>
      <w:r>
        <w:t>'The Nautical Anchor,' Elara whispered, her forehead pressed against the cool, vibrating glass of the window. The vibration wasn't the truck's engine; it was the frequency of the Anchor itself. Through her gold-tinted vision, the horizon wasn't a clean line where water met sky, but a definite, geometrical fracture. 'It's out there. Eastern Point. I can see the sheer, impossible geometry of the seal bleeding into the surf. The packet-loss is catastrophic, Caleb. The Liminality is pouring through in torrents.'</w:t>
      </w:r>
    </w:p>
    <w:p>
      <w:r>
        <w:t>Caleb Miller navigated the truck through the winding, deserted backstreets of the harbour with a stiff, focused intensity that bordered on the mechanical. His focus was a shield against the mounting chaos. Gloucester was a ghost town in the most literal sense. The fishing fleet sat idle at the docks, the masts of the trawlers swaying in a violent, impossible wind that didn't seem to touch the trees on shore. Groups of residents were huddled on their porches, clutching shotguns and rosaries, their faces pale and subtly pixelated in the flickering violet glow of the damaged streetlights. They were in the early stages ofResolution Shock, the subtle, neurological trauma caused by seeing beyond the veil, staring numbly towards the shoreline where the Drowned—the grey, salt-crusted echoes of three centuries of shipwrecks—were beginning to crawl out of the foam like pale, bloated insects, their movements slow and agonizingly deliberate.</w:t>
      </w:r>
    </w:p>
    <w:p>
      <w:r>
        <w:t>'Keep your head down, Silas,' Caleb warned, his voice a low, metallic rumble that vibrated through the truck's chassis, grounding them with its sheer physical presence. He gripped the steering wheel so tightly the plastic groaned, his knuckles glowing with a faint, internal silver mercury sheen—a sign of his Spark bracing for impact. 'We can't afford a scene until we reach the lighthouse. The O.S.I. sensors will pick up a localised spike if the Guardian engages too early.'</w:t>
      </w:r>
    </w:p>
    <w:p>
      <w:r>
        <w:t xml:space="preserve">Silas didn't respond immediately. He was staring out the window, his purple-stained hands trembling in his lap, not from fear, but from the sheer weight of what he was perceiving. Through the resonance, he wasn't just seeing the air; he was seeing a thicket of weeping, translucent grey </w:t>
      </w:r>
      <w:r>
        <w:rPr>
          <w:b/>
        </w:rPr>
        <w:t>Threads</w:t>
      </w:r>
      <w:r>
        <w:t>—the residual auras of the dead. Every sailor claimed by the North Atlantic, every soul lost to the 'Graveyard of the Atlantic,' was currently vibrating in sympathetic resonance with the Anchor of his presence.</w:t>
      </w:r>
    </w:p>
    <w:p>
      <w:r>
        <w:t>'They're heavy,' Silas croaked, his voice thick with a spectral, water-logged fatigue that sounded like a cough from the bottom of the sea. 'They aren't like the ones in Salem. Those were shadows. These are... they're filled with the weight of the deep trenches. I can feel the pressure in my own lungs. It's like trying to breathe silt.'</w:t>
      </w:r>
    </w:p>
    <w:p>
      <w:r>
        <w:t>'Don't reach for them yet,' Elara said, her hand hovering inches above his shoulder, a small but vital distance. The gold fire in her palms acted as a warm counter-pressure to his overwhelming violet chill, a high-pass filter for the collective grief threatening to swamp him. 'We need to know the layout of the terminal. We need tactical leverage. Caleb, pull over now, behind the ruins of the old cannery. We need root access.'</w:t>
      </w:r>
    </w:p>
    <w:p>
      <w:r>
        <w:t>Caleb steered the truck into the long, suffocating shadows of a rusted industrial building, its corrugated iron sides vibrating with the low-frequency hum of the Anchor. He killed the engine and pulled out a ruggedized O.S.I. 'comm-pad' they had scavenged from the interceptor's wreckage days earlier.</w:t>
      </w:r>
    </w:p>
    <w:p>
      <w:r>
        <w:t>'You're really going to call her?' Caleb asked, his chrome eyes flicking to the rearview mirror, his skepticism a necessary check against Elara's confidence. 'Director Miller will track the ping the second it hits the satellite array. It's an explicit breach.'</w:t>
      </w:r>
    </w:p>
    <w:p>
      <w:r>
        <w:t>'Director Miller is busy digging his massive ego out of the salt-rubble of Station Zero after our visit,' Elara said, dismissing the threat with a practiced calm. Her fingers danced across the cracked screen as she input the complex, asymmetrical decryption keys she'd decoded from the ancient Sewall ledger. 'But Agent Sarah Chen is a scientist. She knows that if we don't lock down this terminal, the Atlantic won't just rise—it will boil and rewrite the coastline. She'll understand the necessity.'</w:t>
      </w:r>
    </w:p>
    <w:p>
      <w:r>
        <w:t>The screen flickered with a burst of disruptive gold static before resolving into a low-resolution video feed. Agent Sarah Chen appeared, her face starkly lit by the erratic, deep-violet glow of a portable server she was working on. She was clearly in a hastily assembled tactical tent, the sound of driving rain and distant, frantic shouting echoing in the background.</w:t>
      </w:r>
    </w:p>
    <w:p>
      <w:r>
        <w:t>'Elara? Thank god,' Chen whispered, her eyes darting nervously towards the tent flap. 'The Director is alive, but he's... he's in a dark place. He's already authorized the activation of the 'Old Blood' protocols—the deep-level kill orders. He thinks you've defected to the Vampires. He's looking foranyreason to treat you as a 'Category Zero' breach.'</w:t>
      </w:r>
    </w:p>
    <w:p>
      <w:r>
        <w:t>'We haven't defected,' Elara said, her voice unshakable, a point of pure clarity in the static. 'But we're at the Eastern Point Lighthouse. The Static here is off the charts, Sarah. What do you have on the Nautical terminal? Give us the schematic.'</w:t>
      </w:r>
    </w:p>
    <w:p>
      <w:r>
        <w:t>Chen's fingers flew across her keyboard, accessing restricted files. 'It's not just a terminal, Elara. It's a Lens. In 1692, Samuel Sewall didn't just contain the energy; he used the extremely high salinity of the harbour as a natural capacitor—a literal reservoir—to hold the sheer weight of the Liminality. If you unlock it the way you did in Salem, using only your Locksmith energy, and without a dedicated ground... you'll trigger a 'Tidal Breach.' The In-Between will flood the coastline for fifty miles in a matter of seconds. It will rewrite the map of Massachusetts.'</w:t>
      </w:r>
    </w:p>
    <w:p>
      <w:r>
        <w:t>'How do we stabilise it before we engage the lock?' Caleb asked, leaning into the frame, his presence demanding a functional answer.</w:t>
      </w:r>
    </w:p>
    <w:p>
      <w:r>
        <w:t>'You need anIron-Salt Bridge,' Chen said, her voice dropping to a desperate, urgent pitch. 'It's the only way to process the density. But Miller has the portable units—the high-capacity regulators—locked down. Unless... the Guardian can act as the bridge. Caleb, if you Brace at the dead centre of the Lens, you can ground the surge into the bedrock. But the density requirement... it's beyond anything we recorded in the lab. It will try to freeze your Spark. It will try to turn you into a statue of pure, incompressible silver.'</w:t>
      </w:r>
    </w:p>
    <w:p>
      <w:r>
        <w:t>'I can handle the weight,' Caleb said, his jaw setting into a line of stubborn iron, his resolve an absolute fact.</w:t>
      </w:r>
    </w:p>
    <w:p>
      <w:r>
        <w:t>Suddenly, the video feed began to tear, the image pixelating violently. A jagged, familiar silhouette—the skeletal, elongated face of the Lich—flickered violently over Chen's image, his violet eyes burning through the screen like dying stars. He was watching. He was listening.</w:t>
      </w:r>
    </w:p>
    <w:p>
      <w:r>
        <w:t xml:space="preserve">'He's on the line!' Silas screamed, the midnight-black </w:t>
      </w:r>
      <w:r>
        <w:rPr>
          <w:b/>
        </w:rPr>
        <w:t>Chains</w:t>
      </w:r>
      <w:r>
        <w:t xml:space="preserve"> erupting from his palms with a sound like grinding stone and lashing out instinctively at the dashboard, trying to sever the connection with raw Liminal energy.</w:t>
      </w:r>
    </w:p>
    <w:p>
      <w:r>
        <w:t>'Sarah, get out of there!' Elara shouted, but the warning was too late. The comm-pad melted instantly in Caleb's hand, the plastic turning into a puddle of black, smoking slag.</w:t>
      </w:r>
    </w:p>
    <w:p>
      <w:r>
        <w:t>The silence that followed was heavy, broken only by the rhythmic, metallic clank of the massive ocean swells hitting the pier pylons. Silas stood up, his hood falling back to reveal eyes that were now bleeding violet smoke, his entire body vibrating.</w:t>
      </w:r>
    </w:p>
    <w:p>
      <w:r>
        <w:t>'They're here,' he whispered, the realization hitting him like a physical blow. 'The Drowned aren't just wandering anymore. The King has given them a name, and he's pointed them at us. We are the target.'</w:t>
      </w:r>
    </w:p>
    <w:p>
      <w:r>
        <w:t>Looking out towards the lighthouse, the Triad saw the 'Lens' activate. A pillar of blinding, white, freezing light shot from the rocky point into the sky, instantly dissipating the low clouds. And from the depths of the harbour, the rusted, barnacle-encrusted hull of a three-masted schooner—frozen mid-decay, a monument to a forgotten trauma—began to rise. It was floating fifty feet in mid-air, held aloft by the sheer, contained, physics-defying power of the Nautical Lens. The Lich stood on its deck.</w:t>
      </w:r>
    </w:p>
    <w:p>
      <w:r>
        <w:t>'We do this as a Triad,' Elara said, her voice sharp with desperate, beautiful control, the golden sigils on her arms glowing with a profound, desperate heat. 'Caleb, you're the bridge. Silas, you're the silence. I'm the lock-pick.'</w:t>
      </w:r>
    </w:p>
    <w:p>
      <w:r/>
      <w:r>
        <w:rPr>
          <w:i/>
        </w:rPr>
        <w:t xml:space="preserve"> </w:t>
      </w:r>
      <w:r>
        <w:t xml:space="preserve"> *</w:t>
      </w:r>
    </w:p>
    <w:p>
      <w:r>
        <w:t>The Tide of the Forgotten</w:t>
      </w:r>
    </w:p>
    <w:p>
      <w:r>
        <w:t>The Drowned moved with the slow, chitinous scrape of crustaceans on concrete, their every movement a grinding protest. They were the sea's tragic tax, each one wearing the death they'd suffered: rope burns, shrapnel wounds, deep, crushing pressure scars from the abyss. The purple light pulsing in their eye sockets was not life, but a binding frequency, a master-code from the Lich that turned their collective, millennia-old grief into a single, kinetic will.</w:t>
      </w:r>
    </w:p>
    <w:p>
      <w:r>
        <w:t>Elara moved first, a blur of gold and disciplined motion. She wasn't carrying a weapon; her hands were the two points of focus for the gold fire of her Spark. Her mission was singular: She needed to draw the Drowned towards the cannery's structural ruins, funneling them away from the lighthouse, buying Caleb the seconds he needed to reach the terminal.</w:t>
      </w:r>
    </w:p>
    <w:p>
      <w:r>
        <w:t>'I need a clear path, Guardian!' she shouted over the impossible wind whipping around them.</w:t>
      </w:r>
    </w:p>
    <w:p>
      <w:r>
        <w:t>Caleb nodded grimly, his silver aura flaring out in a wide, concave dome of metallic, defensive energy. He was the bulwark. The first wave of Drowned struck the dome and recoiled instantly, the contact leaving scorch marks on their salt-crust skin. They were physical, but their resonance was inimical to the Guardian's protective shell.</w:t>
      </w:r>
    </w:p>
    <w:p>
      <w:r>
        <w:t>'Silas, the Chains,' Caleb commanded, his voice strained but firm. 'Not to fight them, but to hold the space! Create the vacuum!'</w:t>
      </w:r>
    </w:p>
    <w:p>
      <w:r>
        <w:t xml:space="preserve">Silas, his breath coming in waterlogged gasps, raised his hands. The midnight-black </w:t>
      </w:r>
      <w:r>
        <w:rPr>
          <w:b/>
        </w:rPr>
        <w:t>Chains</w:t>
      </w:r>
      <w:r>
        <w:t xml:space="preserve"> that erupted from his palms were woven from pure Liminality—the fabric of the In-Between made tangible and weaponized. He cast them wide, not at the Drowned, but in a vast, geometric arc. The chains didn't strike; they wrapped around the entire perimeter of the pier, forming a boundary of shimmering, obsidian negativity.</w:t>
      </w:r>
    </w:p>
    <w:p>
      <w:r>
        <w:t>He was acting as the Locksmith of Silence, creating a pocket of local vacuum that forced the Lich to expend exponential energy just to push his influence past the blockade. The Drowned became sluggish, their purple light flickering.</w:t>
      </w:r>
    </w:p>
    <w:p>
      <w:r>
        <w:t>'It's buying us time, but it's bleeding me dry!' Silas yelled, the violet smoke pouring from his eyes condensing into small, crystalline tears of glass.</w:t>
      </w:r>
    </w:p>
    <w:p>
      <w:r>
        <w:t>Elara saw her opening. The Lich, sensing the profound resistance, shifted his focus instantly from the Drowned to the source of the interruption. His skeletal head turned on the deck of the spectral ship, and a beam of pure, focused violet energy—raw, unbridled Liminality—shot out, tearing through Silas's Chains like tissue paper.</w:t>
      </w:r>
    </w:p>
    <w:p>
      <w:r>
        <w:t>'Silas, DUCK!' Elara screamed, sprinting towards him.</w:t>
      </w:r>
    </w:p>
    <w:p>
      <w:r>
        <w:t>The beam struck the ancient cannery behind them, liquefying the ancient brick and flash-freezing it into amethyst crystal—a permanent monument to the Lich's power. Elara launched herself onto the narrow pier, generating twin whips of golden, contained flame. She didn't try to destroy the Drowned—she re-coded their movement. She struck the pier with her foot, and a shallow crack of gold fire spread out like a ripple, disrupting the ghosts' 'Ground' and forcing them to navigate the chaotic energy. They staggered like drunks.</w:t>
      </w:r>
    </w:p>
    <w:p>
      <w:r>
        <w:t>Caleb used the precious disruption. His body was a missile of pure silver light. He sprinted past the melee, his aura pushing the salt-crusted bodies aside like driftwood, a silver streak of absolute purpose.</w:t>
      </w:r>
    </w:p>
    <w:p>
      <w:r/>
      <w:r>
        <w:rPr>
          <w:i/>
        </w:rPr>
        <w:t xml:space="preserve"> </w:t>
      </w:r>
      <w:r>
        <w:t xml:space="preserve"> *</w:t>
      </w:r>
    </w:p>
    <w:p>
      <w:r>
        <w:t>The Iron-Salt Bridge</w:t>
      </w:r>
    </w:p>
    <w:p>
      <w:r>
        <w:t>The granite around the Nautical terminal at the lighthouse base was weeping a thick, viscous brine, saturated with salt and energy. At the dead centre, embedded in the stone, was a rotating brass disc—the Nautical Anchor. It was spinning at a terminal, impossible velocity, sucking the entire Atlantic into a contained vortex of amethyst light.</w:t>
      </w:r>
    </w:p>
    <w:p>
      <w:r>
        <w:t>Caleb slammed into the centre of the disc and braced, his heavy tactical boots grinding against the stone.</w:t>
      </w:r>
    </w:p>
    <w:p>
      <w:r>
        <w:t>'Bridge is established!' he grunted, the silver light around him intensifying until he was a blinding, platinum silhouette—a beacon against the violet storm.</w:t>
      </w:r>
    </w:p>
    <w:p>
      <w:r>
        <w:t>The second he touched the Anchor, the vortex responded. It stopped spinning outward and focused violently inward, funneling the chaotic Liminal energy directly into Caleb's marrow, bypassing his skin and muscles. His muscles instantly knotted, his bones groaning under the compressive force—not just of water, but of forgotten time. He wasn't just holding weight; he was processing the screaming of every soul lost off this coast—a three-hundred-and-thirty-three-year symphony of fear and cold.</w:t>
      </w:r>
    </w:p>
    <w:p>
      <w:r/>
      <w:r>
        <w:rPr>
          <w:i/>
        </w:rPr>
        <w:t>Freeze your Spark. Become stone. Yield.</w:t>
      </w:r>
      <w:r>
        <w:t xml:space="preserve"> The Lich's command echoed in the overwhelming, unbearable weight, a psychic assault layered over the physical.</w:t>
      </w:r>
    </w:p>
    <w:p>
      <w:r>
        <w:t>Caleb's chrome eyes narrowed, the only sign of his internal struggle. 'Not... happening,' he snarled, forcing the alien energy to follow the pathways of his own will.</w:t>
      </w:r>
    </w:p>
    <w:p>
      <w:r>
        <w:t>On the pier, Elara was running out of bandwidth. The Drowned were adapting to her disruption, their movements becoming coordinated, their numbers overwhelming. She was trapped between the edge of the pier and the Lich's spectral schooner.</w:t>
      </w:r>
    </w:p>
    <w:p>
      <w:r>
        <w:t>'Silas, now!' Elara yelled, ducking a ghostly hand that left a trail of freezing moisture in the air. 'I need the lock! Finish the lock!'</w:t>
      </w:r>
    </w:p>
    <w:p>
      <w:r>
        <w:t>Silas knew what she needed. He focused his remaining strength, not on the Drowned or the Lich, but on the Anchor's deep, resonant hum. He saw the complex, turning geometry of the seal within the vortex of violet light—a perfect, spinning, impossible tumbler. His hands began to trace complex, unseen symbols in the air—the glyphs of The Bind Weaver.</w:t>
      </w:r>
    </w:p>
    <w:p>
      <w:r>
        <w:t>'The fourth sigil... the inverted keel... the pressure point...' he muttered, his mind pushing his body past its limits.</w:t>
      </w:r>
    </w:p>
    <w:p>
      <w:r>
        <w:t>On the schooner, the Lich raised a skeletal hand, his attention fully fixed on the Locksmith. He wasn't going to let Silas finish the counter-code. A second, much larger beam of violet power coalesced between his ribs, a blast powerful enough to vaporize the entire structure.</w:t>
      </w:r>
    </w:p>
    <w:p>
      <w:r>
        <w:t>Elara knew she couldn't physically stop the Lich. In a desperate, final move, she turned and threw both of her golden fire-whips at Silas. The flame didn't hurt him; it encased him in a flickering, dense shield of pure, desperate heat—a small, ephemeral wall of energy to buy the Locksmith another half-second of life.</w:t>
      </w:r>
    </w:p>
    <w:p>
      <w:r>
        <w:t>The Lich's beam fired, a concussive roar of energy striking the golden shell. The shell exploded instantly, Elara absorbing the agonizing feedback into her own Spark, her skin blistering and her vision momentarily blinding as she shielded Silas with her own capacity.</w:t>
      </w:r>
    </w:p>
    <w:p>
      <w:r>
        <w:t>'Go, Silas! NOW!'</w:t>
      </w:r>
    </w:p>
    <w:p>
      <w:r>
        <w:t>Silas finished the final glyph. He didn't physically touch the Anchor, but his Locksmith energy resonated with the terminal, striking the final necessary frequency. The violet light of the Nautical Lens wavered, stuttered violently, and then suddenly snapped to a brilliant, crystalline blue—the colour of stable, clean energy.</w:t>
      </w:r>
    </w:p>
    <w:p>
      <w:r>
        <w:t>Caleb's eyes flew open, the pain and pressure instantly receding. The screaming in his head stopped. The crushing weight vanished, replaced by a surge of raw, clean power that grounded itself obediently into the bedrock. The Iron-Salt Bridge was complete. The Lens was stabilised.</w:t>
      </w:r>
    </w:p>
    <w:p>
      <w:r>
        <w:t>The Lich's schooner, deprived of its power source, began to fall. It dissolved in mid-air, the old wood turning to sea-mist and ancient dust before it hit the water. The Drowned lost their purple light and dissolved back into sea-foam, their eternal, tormented rest finally reclaimed.</w:t>
      </w:r>
    </w:p>
    <w:p>
      <w:r>
        <w:t>Elara collapsed onto the pier, gasping for breath, her hands burned raw and her skin pulsing with residual golden energy. Caleb staggered to his feet, the blue light fading from the Lens. The horizon was still fractured, but the violent amethyst glow was gone. The tide was following the moon again.</w:t>
      </w:r>
    </w:p>
    <w:p>
      <w:r>
        <w:t>'It's locked,' Caleb said, his voice husky with strain and triumph. He offered a silver-tinged hand to Elara, pulling her up.</w:t>
      </w:r>
    </w:p>
    <w:p>
      <w:r>
        <w:t>Silas didn't move as quickly. He was staring at the black, oily, rapidly dissipating spot where the Lich had been standing on the ghost ship. His momentary triumph had curdled into dread.</w:t>
      </w:r>
    </w:p>
    <w:p>
      <w:r>
        <w:t>'He's not gone,' Silas whispered, taking Caleb's hand as he was pulled up. 'He took the charge. He used the Triad—our combined resonance, the lock, the bridge, the silence—to calibrate his own frequency. The King has the key now, Elara. And we're the ones who just handed it to him.</w:t>
      </w:r>
    </w:p>
    <w:p>
      <w:pPr>
        <w:pageBreakBefore w:val="1"/>
      </w:pPr>
      <w:r>
        <w:t>CHAPTER FORTY-TWO</w:t>
      </w:r>
    </w:p>
    <w:p>
      <w:pPr>
        <w:pageBreakBefore w:val="1"/>
      </w:pPr>
      <w:r>
        <w:t>CHAPTER FORTY-TWO: The Phase-Lock Feint</w:t>
      </w:r>
    </w:p>
    <w:p>
      <w:r>
        <w:t>September 25, 2025 – 08:45 PM</w:t>
      </w:r>
    </w:p>
    <w:p>
      <w:r>
        <w:t>Gloucester harbour – The Eastern Point Pier</w:t>
      </w:r>
    </w:p>
    <w:p>
      <w:r>
        <w:t>The crystalline blue light emanating from the Eastern Point Lighthouse's Nautical Lens was, by any measure of terrestrial beauty, breathtaking. It washed over the granite-studded pier, transforming the familiar New England dock into a cathedral of sapphire light. Yet, to Elara Vance's'Mind'archetype, to the part of her consciousness that saw the invisible scaffolding of reality, it was the most terrifying thing she had ever encountered.</w:t>
      </w:r>
    </w:p>
    <w:p>
      <w:r>
        <w:t>'It's not locked,' Elara whispered, the sound unnervingly fragile against the absolute, sudden silence that had fallen over the harbour. The usual symphony of lapping waves, creaking dock lines, and distant foghorns had been violently muted, replaced by a deafening vacuum. She stared fixedly at the lighthouse tower. The virulent, warning violet strobe that had pulsed during their battle with the Drowned had been replaced by this steady, surgical sapphire glow. But the expected relief, the sign of a grounded circuit, never came. TheStatic—the signature of chaotic, unbound Aetheric energy—in her vision wasn't dissipating. Instead, it was organizing itself, resolving into a dizzying, recursive, high-frequency grid that overlaid the physical world.</w:t>
      </w:r>
    </w:p>
    <w:p>
      <w:r>
        <w:t>'Silas, look at the Threads,' she urged, her voice edged with a frantic, cold logic. The Aetheric Threads, the semi-physical strands of residual energy left by the Drowned, should have been dissolving, their connection to the Lich severed by the Anchor. 'They aren't dissolving. They're... they're streamlining. They're becoming taut.'</w:t>
      </w:r>
    </w:p>
    <w:p>
      <w:r>
        <w:t>Silas Thorne, a phantom silhouette even in the bright blue light, pushed himself away from Caleb, a fresh smear of violet-tinted blood staining his lip where he'd been struck. His chains, the midnight-black links of his 'Necrotic' focus, hung unnaturally still. He looked at the water where the remaining Drowned had retreated, hoping to see a violent, conclusive dissipation. The sea wasn't just calm; it was impossibly flat—a polished, glass-like surface that reflected a sky that looked like it had simply forgotten how to breathe.</w:t>
      </w:r>
    </w:p>
    <w:p>
      <w:r/>
      <w:r>
        <w:rPr>
          <w:i/>
        </w:rPr>
        <w:t>Observation 152:</w:t>
      </w:r>
      <w:r>
        <w:t xml:space="preserve"> Silas rasped, his voice a strained, brittle sound that echoed not in the air, but directly into Elara and Caleb's minds via the Shared Static.</w:t>
      </w:r>
    </w:p>
    <w:p>
      <w:r/>
      <w:r>
        <w:rPr>
          <w:i/>
        </w:rPr>
        <w:t>The Anchor hasn't grounded the energy. It's stored it. The blue light... it's a Phase-Lock. It's a thermodynamic feint. The Lich didn't lose the connection; he didn't overload the circuit; he turned the entire harbour into a capacitor. He's allowing us to think we won so he can build up the precise, catastrophic head of steam he needs for a full-system overwrite of local physics.</w:t>
      </w:r>
      <w:r/>
    </w:p>
    <w:p>
      <w:r>
        <w:t>A capacitor.</w:t>
      </w:r>
    </w:p>
    <w:p>
      <w:r>
        <w:t>The analogy struck Elara with the cold weight of a premonition. A massive energy-storage device designed to hold a charge until it could be unleashed in a single, devastating surge.</w:t>
      </w:r>
    </w:p>
    <w:p>
      <w:r>
        <w:t>'Caleb, get back,now,' Elara commanded, her golden sigils flaring across her skin with a sudden, desperate white light, her 'Mind' screaming a high-priority warning.</w:t>
      </w:r>
    </w:p>
    <w:p>
      <w:r>
        <w:t>The warning came a second too late.</w:t>
      </w:r>
    </w:p>
    <w:p>
      <w:r>
        <w:t>The glass-flat water of Gloucester harbour did not ripple, did not surge, and did not splash. it inverted.</w:t>
      </w:r>
    </w:p>
    <w:p>
      <w:r>
        <w:t>With a sound that eclipsed the memory of silence, a sound like a thousand fully-laden freight trains braking simultaneously on dry rails, the Atlantic Ocean began to defy the fundamental laws of Newtonian physics. Massive sections of the harbour, hundreds of tons of cold, salt-laden water, kelp, and sea-silt, rose vertically into the air. They did not break the surface tension; they lifted as coherent, shimmering, liquid pillars.</w:t>
      </w:r>
    </w:p>
    <w:p>
      <w:r>
        <w:t>These columns hovered thirty feet above the pier, held in place by a localised, concentrated gravitational anomaly—a shift in the very fabric of spacetime that Elara could feel in her bones, a crushing, nauseating pressure that threatened to fracture her concentration.</w:t>
      </w:r>
    </w:p>
    <w:p>
      <w:r>
        <w:t>'He's overriding the 'Body' constants,' Caleb growled, his skin beginning to shimmer with a violent, erratic mercury-glow—the frantic, uncontrolled activation of his heavy-element focus. He planted his boots, the aging concrete of the pier cracking and spider-webbing beneath the sudden, immense increase in his localised density as he tried toBraceagainst an atmospheric pressure that was now shifting by the millisecond. 'The air... it's too light, Elara. I feel like I'm about to float away, but my bones weigh aton.'</w:t>
      </w:r>
    </w:p>
    <w:p>
      <w:r>
        <w:t>'It's aTidal Breach,' Elara realised, her Mind frantically decoding the impossible geometry of the rising water. She looked towards the lighthouse. The mesmerizing blue light was hardening, shifting away from sapphire and towards a cold, dangerous ultraviolet edge. 'The Lens isn't a lock anymore. It's a siphon. It's draining the kinetic potential of the Atlantic itself. If those pillars—that stored mass—collapse all at once, the kinetic energy released will hit the North Shore like a nuclear detonation. We didn't ground the circuit; we just removed the safety fuse and turned the whole region into a bomb.'</w:t>
      </w:r>
    </w:p>
    <w:p>
      <w:r>
        <w:t>Suddenly, the unnatural silence was shattered by a sound they hadn't heard since the chaos of the Sanctuary—the rhythmic, high-frequency whine of O.S.I. salt-ballistics and high-power rotors.</w:t>
      </w:r>
    </w:p>
    <w:p>
      <w:r>
        <w:t>High above the violet-swirling vortex of Cape Ann, two dark, unmistakable silhouettes cut brutal arcs through the amethyst-tinged clouds. They were O.S.I. Aegis-7 tactical helicopters. Their searchlights swept across the Eastern Point Pier, the beams of sterile, military white light revealing the Triad standing amidst the impossible, hovering towers of ocean water.</w:t>
      </w:r>
    </w:p>
    <w:p>
      <w:r>
        <w:t>'Specialist Miller! Subject Vance! Subject Thorne!'Director Miller's voice boomed over a long-range acoustic device, the sound cutting through the electromagnetic chaos. His tone was stripped of its usual clinical calm, replaced by a raw, ancestral urgency they had never heard from him before.'The Nautical Anchor is experiencing a Buffer Overflow! The Lich is actively rewriting local gravity fields! You have exactly four minutes before the local gravity hits zero and the Atlantic reclaims the county! Get to the tower! We are deploying the manual stabilisers!'</w:t>
      </w:r>
    </w:p>
    <w:p>
      <w:r>
        <w:t>'He followed us,' Silas hissed, his midnight-black Chains rattling a furious, metallic rhythm. He looked up at the circling helicopters, his eyes burning with necromantic fury. 'The bastard tracked the resonance of the Anchor's discharge. He always had a back-up plan.'</w:t>
      </w:r>
    </w:p>
    <w:p>
      <w:r>
        <w:t>'It doesn't matter!' Elara shouted, grabbing Caleb's forearm, the silver-mercury of his skin hot beneath her touch. 'He's right about the overflow! Caleb, you are the only one of us who can survive the centre of that Lens's surge! Your density is the only thing that can dissipate this energy! If you don't ground that surge into the bedrock—into the granite beneath the tower—these pillars are going to drop, and there won't be a Gloucester left to save!'</w:t>
      </w:r>
    </w:p>
    <w:p>
      <w:r>
        <w:t>Caleb looked at the looming structure of the lighthouse, then up at the impossible, crystalline towers of water suspended over their heads. TheLeaden Achein his bones was screaming—a physical, visceral warning that he was entering a high-voltage sector, a zone of impossible gravitational strain.</w:t>
      </w:r>
    </w:p>
    <w:p>
      <w:r>
        <w:t>'We do it as a Triad,' Caleb commanded, his voice dropping into the dual-toned, reverberatingGuardian's Register.His human voice was underscored by a deep, inhuman resonance.'We cover each other's sectors. The Librarian wants to rewrite the rulebook? We'll be the correction.'</w:t>
      </w:r>
    </w:p>
    <w:p>
      <w:r>
        <w:t>'We move,' Silas agreed, his eyes glowing with a cold, absolute necromantic resolve, accepting the suicide mission without a flicker of hesitation.</w:t>
      </w:r>
    </w:p>
    <w:p>
      <w:r>
        <w:t>The Triad began their sprint. They ran beneath the crushing, hovering weight of the ocean, the air around them thick with the scent of deep-sea rot, ozone, and the sterile, metallic smell of ionized water. Every strained step Caleb took left a smoking, silver-tinted footprint pressed deep into the stone, his hyper-density acting as a kinetic shield for Elara and Silas as they bypassed the first wave of the Drowned—shambling, violet-black forms that were beginning to reform from the mist and the ambient Aetheric energy.</w:t>
      </w:r>
    </w:p>
    <w:p>
      <w:r>
        <w:t>As they reached the heavy granite base of the Eastern Point Lighthouse, the first liquid pillar collapsed behind them. It didn't fall; it detonated, hitting the pier with a thunderous, concussive roar that sent a wall of violet-tinted, super-oxygenated foam forty feet into the air, a miniature tsunami crashing against the seawall.</w:t>
      </w:r>
    </w:p>
    <w:p>
      <w:r>
        <w:t>ThePhase-Lockwas over. TheTidal Breachwas here. And the Triad—a fragile nexus of Mind, Spirit, and Body—was the only grounding wire left in a world that was rapidly and violently losing its weight.</w:t>
      </w:r>
    </w:p>
    <w:p>
      <w:r/>
      <w:r>
        <w:rPr>
          <w:i/>
        </w:rPr>
        <w:t>Observation 154:</w:t>
      </w:r>
      <w:r>
        <w:t xml:space="preserve"> Elara mentally logged as she looked up at the great Fresnel lens spinning maniacally above them, its blue light burning like a star.</w:t>
      </w:r>
    </w:p>
    <w:p>
      <w:r/>
      <w:r>
        <w:rPr>
          <w:i/>
        </w:rPr>
        <w:t>The Librarian is no longer just reading the book. She's actively editing it — and she's the one trying to stop the pages from burning.</w:t>
      </w:r>
      <w:r/>
    </w:p>
    <w:p>
      <w:r>
        <w:t>They burst through the heavy iron door of the tower, the mechanism screeching under the gravitational stress. They were headed for the gallery deck, for the heart of the Lighthouse, and for the centre of the storm. The Night of the Unveiling was about to hit its first true global crescendo, and the salt-spray was already turning to ice on their exposed skin.</w:t>
      </w:r>
    </w:p>
    <w:p>
      <w:pPr>
        <w:pageBreakBefore w:val="1"/>
      </w:pPr>
      <w:r>
        <w:t>CHAPTER FORTY-THREE:</w:t>
      </w:r>
    </w:p>
    <w:p>
      <w:r>
        <w:t>The Tidal Breach</w:t>
      </w:r>
    </w:p>
    <w:p>
      <w:r>
        <w:t>September 25, 2025 – 08:50 PM</w:t>
      </w:r>
    </w:p>
    <w:p>
      <w:r>
        <w:t>Gloucester, MA – Eastern Point Lighthouse</w:t>
      </w:r>
    </w:p>
    <w:p>
      <w:r>
        <w:t>The stone, salt-laced spire of the Eastern Point Lighthouse offered no true refuge; it served, instead, as a monstrous, vertical conduit for the hurricane of Aetheric energy. It was a spear driven into the heart of the storm, amplifying every groan of the ancient sea.</w:t>
      </w:r>
    </w:p>
    <w:p>
      <w:r>
        <w:t>As the Triad—Caleb Miller, Elara Vance, and Silas—slammed through the reinforced iron door at the base, the air within the cylindrical chamber was so violently pressurized it felt like wading through a wall of cold, gelatinous resistance. The spiral staircase, a winding ribcage of rusted iron and granite, groaned a symphony of stress under the focused weight of the Shared Static. With every upward step, Caleb, the physical anchor, generated a concussive silver kinetic ripple. These waves traveled up the walls like liquid mercury, violently shorting out the already strained emergency electrical conduits in a continuous spray of sizzling white sparks. The air filled with the sharp, metallic tang of ozone and sea-salt.</w:t>
      </w:r>
    </w:p>
    <w:p>
      <w:r>
        <w:t>'The tower... it's acting as a giant waveguide!' Elara Vance shouted, her voice echoing and distorting into a garbled metallic screech within the circular shaft. Through her gold-tinted, data-rich vision, the central hollow of the lighthouse was no longer just empty space; it was a visible, pressurized column of raw Aetheric data, rushing violently upward towards the Fresnel Lens like water through a burst fire hose. 'The 1692 Council didn't just build a warning light here, Caleb! They built a vertical grounding circuit, a perfect antenna to channel the Leyline surge!'</w:t>
      </w:r>
    </w:p>
    <w:p>
      <w:r>
        <w:t>'I can... hear the foundation... fracturing beneath us!' Caleb roared back, his voice dropping into the resonant, dual-toned rumble known as the Guardian's Register.</w:t>
      </w:r>
    </w:p>
    <w:p>
      <w:r>
        <w:t>He led the desperate climb, his innate density intentionally spiked to provide a crushing, stable 'Bracing' wake for Elara and Silas behind him. Above their heads, the rhythmic, high-frequency thrum-thrum-thrum generated by the violently spinning Fresnel lens was no longer just a sound; it was a physical assault. It was a sonic frequency so sharp it made their teeth ache, their internal organs vibrate, and their vision skip frames, threatening to induce vertigo.</w:t>
      </w:r>
    </w:p>
    <w:p>
      <w:r/>
      <w:r>
        <w:rPr>
          <w:i/>
        </w:rPr>
        <w:t xml:space="preserve"> </w:t>
      </w:r>
      <w:r>
        <w:t xml:space="preserve"> *</w:t>
      </w:r>
    </w:p>
    <w:p>
      <w:r>
        <w:t>The Gallery Deck: Apex of the Catastrophe</w:t>
      </w:r>
    </w:p>
    <w:p>
      <w:r>
        <w:t>They burst onto the gallery deck, the impact of their arrival lost in a world that had suddenly dissolved into a chaotic, mesmerizing blizzard of violet and gold. The wind shrieked a thousand-voice chorus of the deep.</w:t>
      </w:r>
    </w:p>
    <w:p>
      <w:r>
        <w:t>The deck was a precarious circular walkway of reinforced iron-salt plates, tightly surrounding the massive, pulsating heart of the lighthouse. The giant, multi-faceted Fresnel lens—a masterpiece of 19th-century optics that had been seamlessly integrated into an ancient 17th-century occult seal—was spinning at a terminal, uncontrolled velocity. It was not reflecting the light of a lamp; it was aggressively focusing and drawing energy into a colossal tear in the fabric of the 'In-Between.' A swirling, chaotic vortex of amethyst Void was trying to manifest in the physical centre of the lantern room, its reality held back only by the insane, high-frequency vibration of the stressed glass.</w:t>
      </w:r>
    </w:p>
    <w:p>
      <w:r>
        <w:t>Outside, the Atlantic Ocean had completely abandoned the laws of conventional physics. Massive, impossible columns of salt-water, each weighing hundreds of tons, rose thirty feet or more into the violet, corrupted sky like colossal liquid pillars. They didn't fall naturally; they hovered, crashing down onto the breakwater and the tower's base in rhythmic, bone-shaking pulses that matched the frantic, escalating heartbeat of the Lens. The air was overwhelmingly saturated with the stench of the deep: deep-sea rot, ancient, pressurized cold, and the sickeningly metallic sweetness of 'Aetheric Exhaust.'</w:t>
      </w:r>
    </w:p>
    <w:p>
      <w:r>
        <w:t>'The pressure is exponentially climbing!' Elara screamed over the thunderous roar of the atmospheric collapse. Her signature golden sigils were flickering erratically, her Siphon vision a chaotic, blinding blur of Static as the maritime geometry of the ancient seal fought a losing battle to remain closed. 'The Lens is overflowing its capacity! If we don't ground this surgenow, the kinetic backlash will hit the coast like a colossal bomb. It won't just flood Gloucester; it will instantly erase every structure, every life, for miles!'</w:t>
      </w:r>
    </w:p>
    <w:p>
      <w:r>
        <w:t>'Tell me precisely where I need to stand!' Caleb gritted his teeth, the words tearing from his throat.</w:t>
      </w:r>
    </w:p>
    <w:p>
      <w:r>
        <w:t>He stripped off his heavy, water-logged Carhartt jacket, standing exposed in the freezing, violet-tinted spray with only his lightweight tactical vest. His silver light, the signature of his density control, was pulsing in a deep, heavy, metallic throb. His skin was already shimmering with the liquid mercury-sheen of a high-density Brace, the physical exertion and the psychic feedback making him less like a man and more like a pillar of cooling, newly forged industrial slag.</w:t>
      </w:r>
    </w:p>
    <w:p>
      <w:r>
        <w:t>'The centre plate! Right at the base!' Elara pointed desperately to a tarnished, iron-bound disc embedded in the deck at the base of the rotating lens mechanism. It was visibly etched with the original, complex geometric cyphers of Samuel Sewall, the seal's original architect. 'It's the primary grounding point, Caleb! You have to become the bridge! You have to consciously take the entire kinetic weight of the Atlantic surge and force it through your marrow, directly into the granite bedrock!'</w:t>
      </w:r>
    </w:p>
    <w:p>
      <w:r>
        <w:t>'And what about the welcoming committee?' Silas asked, his voice low and sharp, the ragged edge of a serrated blade.</w:t>
      </w:r>
    </w:p>
    <w:p>
      <w:r>
        <w:t xml:space="preserve">He pointed through the reinforced, salt-crusted glass towards the granite breakwater leading back to the mainland. Out of the churning amethyst foam, the Drowned were emerging in staggering numbers—in their hundreds, then their thousands. These were not the skeletal husks of the subway system; they were salt-crusted, hideously bloated echoes of centuries of shipwrecks, their eyes glowing with the submissive, corrupted purple light of the Lich's control. They moved with a heavy, relentless, unstoppable momentum, their </w:t>
      </w:r>
      <w:r>
        <w:rPr>
          <w:b/>
        </w:rPr>
        <w:t>Threads</w:t>
      </w:r>
      <w:r>
        <w:t xml:space="preserve"> dripping with spectral brine that hissed and smoked when it touched the dry stone of the tower's foundation.</w:t>
      </w:r>
    </w:p>
    <w:p>
      <w:r>
        <w:t xml:space="preserve">'I'll hold the perimeter,' Silas declared, his voice firm, his purple-stained hands erupting in midnight-black, razor-sharp </w:t>
      </w:r>
      <w:r>
        <w:rPr>
          <w:b/>
        </w:rPr>
        <w:t>Chains</w:t>
      </w:r>
      <w:r>
        <w:t xml:space="preserve"> of pure Static. His skin had taken on a translucent, bruised grey—the tell-tale sign of a 'Dirty Battery' that was drawing on every reserve of corrupt energy, ready to short out in defence of the Triad. 'But Elara, you have to work faster than you've ever worked before. The Lich is pushing them through the 'Nautical Threads.' He wants the Anchor to break so the sea can physically claim the land.'</w:t>
      </w:r>
    </w:p>
    <w:p>
      <w:r>
        <w:t>Silas didn't wait for a reply. He turned and sprinted towards the narrow opening leading back to the stairs, heading down to the base to anchor his own, deadly field of Static to the tower's foundation. Caleb, knowing there was no time for hesitation, took the single, definitive step onto the iron-salt plate.</w:t>
      </w:r>
    </w:p>
    <w:p>
      <w:r/>
      <w:r>
        <w:rPr>
          <w:i/>
        </w:rPr>
        <w:t xml:space="preserve"> </w:t>
      </w:r>
      <w:r>
        <w:t xml:space="preserve"> *</w:t>
      </w:r>
    </w:p>
    <w:p>
      <w:r>
        <w:t>The Iron-Salt Bridge: Calibration and Cataclysm</w:t>
      </w:r>
    </w:p>
    <w:p>
      <w:r>
        <w:t>The impact was instantaneous, agonizing, and horrific.</w:t>
      </w:r>
    </w:p>
    <w:p>
      <w:r>
        <w:t>A pillar of pure, white, freezing potential energy shot down from the chaotic vortex in the Lens, hitting Caleb squarely in the centre of his chest. He roared, a sound of pure agony, his body jerking violently as the raw, unedited, cataclysmic potential of the North Atlantic Leyline poured through him. His innate density spiked to a level that made the entire granite lighthouse structure groan and shift in protest. The stone floor immediately beneath the plate shattered into pulverized gravel, Caleb's tactical boots sinking a full four inches into the solid granite as he forcibly anchored the surge.</w:t>
      </w:r>
    </w:p>
    <w:p>
      <w:r>
        <w:t>'It's... impossibly cold...' Caleb gasped, his silver light turning a brittle, dangerously frosty white. His chrome eyes were flickering rapidly, his very Spark—his internal source of energy—threatening to freeze and extinguish under the sheer, crushing compression of the force. 'Elara... it's actively trying to... put me out! It's too much raw data, too much kinetic force!'</w:t>
      </w:r>
    </w:p>
    <w:p>
      <w:r>
        <w:t>'Don't you dare let go!' Elara screamed, desperation sharpening her voice as she lunged for the complex, rotating framework of the Lens. Her hands glowed with a blinding golden heat, her touch generating small, controlled explosions of static.</w:t>
      </w:r>
    </w:p>
    <w:p>
      <w:r>
        <w:t>She didn't use a subtle spell or a physical tool; she initiated Root Access. She began to violently decode the complex maritime geometry of the ancient seal, her Mind expanding and projecting itself deep into the glass facets of the Lens. She saw the 'Lock-Thread' hidden within the Fresnel's refraction—a tiny, vibrating frequency of 17th-century cryptographic code that had been violently corrupted and hijacked by the Lich's invasive, violet signal.</w:t>
      </w:r>
    </w:p>
    <w:p>
      <w:r>
        <w:t>Down below, at the base of the tower, Silas was a contained, deadly whirlwind of shadow and motion. He had anchored himself to the deep, iron pylons that secured the lighthouse, his field of midnight-black Chains forming an impenetrable, thrashing web that caught the Drowned as they surged over the slick, treacherous rocks. But for every ten spectral figures he violently threw back into the churning amethyst surf, twenty more crawled relentlessly out of the deep, their water-logged lungs wheezing a single, rhythmic, hypnotic command:'The King... requires... the salt...'</w:t>
      </w:r>
    </w:p>
    <w:p>
      <w:r>
        <w:t>Suddenly, a new, sharp sound cut through the howl of the storm—the distinctive, high-pitched whine of O.S.I. salt-ballistics.</w:t>
      </w:r>
    </w:p>
    <w:p>
      <w:r>
        <w:t>Two tactical Aegis-7 helicopters swept low over the lighthouse, their powerful spotlights cutting through the violet fog like high-powered surgical lasers. Director Arthur Miller, a figure of grim, rigid determination, stood bracing himself in the open doorway of the lead craft. He was not firing at the Triad; he was directing concentrated fire at the overwhelming mass of the Drowned.</w:t>
      </w:r>
    </w:p>
    <w:p>
      <w:r>
        <w:t>'Specialist Miller, maintain the ground! Hold the circuit!' Director Miller's voice boomed, sharp and clear, over the long-range acoustic device. 'Sarah Chen is deploying the Stabiliser! Do not break that circuit!'</w:t>
      </w:r>
    </w:p>
    <w:p>
      <w:r>
        <w:t>A heavy, iron-bound canister dropped from the helicopter, slamming onto the gallery deck beside the focused Elara. It hissed violently, instantly releasing a dense, controlled cloud of ionized salt and iron particulates that acted as a temporary 'Mundane' buffer, momentarily quietening the chaotic Static just enough for Elara to see the final, critical sequence of the geometric lock.</w:t>
      </w:r>
    </w:p>
    <w:p>
      <w:r>
        <w:t>'I see the exact exit thread!' Elara cried out, her eyes blazing with golden light. She grabbed the central Thread of the Lens—the one vibrating precisely at 333 hertz—and violently twisted it with every ounce of 'Focus' she possessed, overriding the Lich's command.</w:t>
      </w:r>
    </w:p>
    <w:p>
      <w:r>
        <w:t>The world outside the lighthouse went completely white.</w:t>
      </w:r>
    </w:p>
    <w:p>
      <w:r>
        <w:t xml:space="preserve">The Nautical Lens didn't merely close; it harmonised. The violent, swirling violet vortex in the lantern room vanished instantly, replaced by a steady, calm, powerful amethyst glow—the seal holding firm. The impossible pillars of water in the ocean collapsed simultaneously back into the harbour with a sound like a thousand buildings crashing in unison. The Drowned suddenly lost their corrupting purple light, their </w:t>
      </w:r>
      <w:r>
        <w:rPr>
          <w:b/>
        </w:rPr>
        <w:t>Threads</w:t>
      </w:r>
      <w:r>
        <w:t xml:space="preserve"> snapping simultaneously as the Lich's command was severed from its source. They dissolved back into sea-foam, ancient dust, and simple brine, finally finding the rest the forced unbinding had denied them.</w:t>
      </w:r>
    </w:p>
    <w:p>
      <w:r>
        <w:t>Caleb slumped over the iron plate, utterly spent, his entire body covered in a fine, glittering layer of crystalline frost. The silver light had completely faded, leaving him pale, shaking, and desperately cold.</w:t>
      </w:r>
    </w:p>
    <w:p>
      <w:r>
        <w:t>Elara collapsed beside him, her golden sigils dimming to a faint, utterly exhausted hum. She looked up just as the O.S.I. Aegis-7 helicopters began their precise, coordinated landing on the small, grassy patch near the base of the tower.</w:t>
      </w:r>
    </w:p>
    <w:p>
      <w:r/>
      <w:r>
        <w:rPr>
          <w:i/>
        </w:rPr>
        <w:t xml:space="preserve"> </w:t>
      </w:r>
      <w:r>
        <w:t xml:space="preserve"> *</w:t>
      </w:r>
    </w:p>
    <w:p>
      <w:r>
        <w:t>Aftermath and New Directives</w:t>
      </w:r>
    </w:p>
    <w:p>
      <w:r>
        <w:t>Director Miller stepped out of the lead helicopter, his polished boots crunching loudly on the salt-slicked stone of the breakwater. He didn't have his weapon drawn, but his tactical team—a spectral, black-clad O.S.I. Black Ops squad—was already moving with supernatural speed, spraying a specialized chemical sealant over the remaining patches of violet foam—a final, meticulous chemical sterilization of the breach site. He looked down at the Triad—three fugitives who had, against all odds, just saved the North Shore from obliteration—and then at the steady amethyst light of the newly stabilised terminal.</w:t>
      </w:r>
    </w:p>
    <w:p>
      <w:r>
        <w:t>'You're a monumental mess, Miller,' the Director said, his tone devoid of warmth, looking at his son.</w:t>
      </w:r>
    </w:p>
    <w:p>
      <w:r>
        <w:t>Caleb was being swiftly wrapped in a thermal blanket by a young O.S.I. medic. He was still vibrating slightly, the internal chill of the massive Aetheric transfer fighting a losing battle against the blanket's applied heat.</w:t>
      </w:r>
    </w:p>
    <w:p>
      <w:r>
        <w:t>'If I wanted easy, I'd have taken the early retirement and joined the accounting department,' Caleb coughed, a dry, painful sound. He managed to offer a weak, icy smile of relief to Silas, who had just climbed back up the stairs, his face etched with strain. 'How's Elara holding up?'</w:t>
      </w:r>
    </w:p>
    <w:p>
      <w:r>
        <w:t>'Talking to the warden,' Silas replied, his tone rough but his eyes showing clear relief that his friends were alive.</w:t>
      </w:r>
    </w:p>
    <w:p>
      <w:r>
        <w:t>Director Miller was indeed talking to Elara, their conversation conducted in low, intensely focused tones under the continuous, cooling hum of the helicopters' rotors.</w:t>
      </w:r>
    </w:p>
    <w:p>
      <w:r>
        <w:t>'The Forest Anchor is called the Knotwood Seal,' Elara was saying, her tone triple-layered with the authority of the Librarian, pointing to the Sewall ledger. The pages, now humming gently under the calm amethyst light, showed an ancient colonial map overlaid with complex, fractal geometry. 'It's not a visible lens or a tower like this one. It's an original geo-anchor, woven directly into the root systems of the oldest-growth trees in the Berkshire Mountains. It acts like a massive, organic lung, drawing in and cycling Static from the entire northeastern leyline network.'</w:t>
      </w:r>
    </w:p>
    <w:p>
      <w:r>
        <w:t>'Meaning the Lich isn't trying to flood a city anymore,' Miller summarized, his expression hardening into a grim mask of understanding. 'He's trying to poison the entire continent. The Static overload at the Knotwood will cause a cascading feedback loop that corrupts all subsequent, critical anchors across the eastern seaboard.'</w:t>
      </w:r>
    </w:p>
    <w:p>
      <w:r>
        <w:t>'Exactly,' Elara confirmed, pushing a damp strand of hair from her forehead. 'But it's remote, geographically massive, and the Seal is buried deep. We need to know where his assault team is specifically hitting.'</w:t>
      </w:r>
    </w:p>
    <w:p>
      <w:r>
        <w:t>Miller motioned sharply to a technical officer. 'Pull up satellite thermal on the upper Berkshires,now. Focus on anomalous localised aetheric readings. Anything spiking above baseline must be immediately cross-referenced with the Sewall coordinates.'</w:t>
      </w:r>
    </w:p>
    <w:p>
      <w:r>
        <w:t>He looked back at Elara Vance, his initial hostility completely tempered by a brutal, practical necessity that now bordered on a true, fragile alliance. 'I'm giving you a direct, high-level operational line to O.S.I. assets, Miss Vance. You will be assigned a secure, heavy-lift transport chopper and a dedicated ground team—callsign Black Rook. You have precisely twelve hours to rest, stabilise your Siphon, and prep for deployment. We move at dawn, regardless of your readiness.'</w:t>
      </w:r>
    </w:p>
    <w:p>
      <w:r>
        <w:t>'Silas and Caleb need proper, comprehensive medical attention,' Elara insisted, her golden eyes flashing a warning.</w:t>
      </w:r>
    </w:p>
    <w:p>
      <w:r>
        <w:t>Miller waved a hand dismissively, cutting her off. 'They'll be processed through a mobile field hospital setup inside the secure transport perimeter. They'll be given whatever is necessary to be combat-effective by dawn. This is not a spa day, Vance. This is a five-minute warning for continental collapse.'</w:t>
      </w:r>
    </w:p>
    <w:p>
      <w:r>
        <w:t>The Director turned to leave, then paused, looking back at the elegant granite lighthouse tower, now quietly glowing—a vigilant sentinel against the rapidly receding storm.</w:t>
      </w:r>
    </w:p>
    <w:p>
      <w:r>
        <w:t>'The Lich is methodically testing the locks,' Miller said, his voice quiet, ancestral, and heavy with foreboding. 'He hit the sea lock here. He's going to hit the land lock next, at the Knotwood. And after that... he'll come for the city lock—the final anchor in Washington, D.C. Prepare for the absolute worst, Vance. Because the King is about to demand his audience with the core of the nation.'</w:t>
      </w:r>
    </w:p>
    <w:p>
      <w:r>
        <w:t>With a final, sharp nod that brooked no argument, Miller stepped back into the helicopter. The massive rotors spun up, kicking a fine spray of salt and light into the rapidly growing pre-dawn air. The O.S.I. Black Ops team lifted off, leaving the Triad standing alone in the cold. The physical chill remained, but the frantic, crushing pressure of the sea-breach was gone, replaced by the heavy, metallic, and undeniable weight of the mission to come.</w:t>
      </w:r>
    </w:p>
    <w:p>
      <w:pPr>
        <w:pageBreakBefore w:val="1"/>
      </w:pPr>
      <w:r>
        <w:t>CHAPTER FORTY-FOUR</w:t>
      </w:r>
    </w:p>
    <w:p>
      <w:pPr>
        <w:pageBreakBefore w:val="1"/>
      </w:pPr>
      <w:r>
        <w:t>CHAPTER FORTY-FOUR: The Field Reset</w:t>
      </w:r>
    </w:p>
    <w:p>
      <w:r>
        <w:t>September 26, 2025 – 12:15 AM</w:t>
      </w:r>
    </w:p>
    <w:p>
      <w:r>
        <w:t>Gloucester, MA – O.S.I. Field Extraction Site (Stage North)</w:t>
      </w:r>
    </w:p>
    <w:p>
      <w:r>
        <w:t>The aftermath of a Tidal Breach—a momentary tear in the veil between realities—did not resemble a natural disaster. It looked like a digital artifact left to decay and corrupt the fundamental integrity of the real world. The air itself was thick, vibrating with the residual Static of a thousand possible futures that had briefly touched this coastline.</w:t>
      </w:r>
    </w:p>
    <w:p>
      <w:r>
        <w:t>As the Triad—Elara Vance, Caleb Miller, and Silas Thorne—was escorted from the jagged silence of the lighthouse gallery towards the makeshift landing zone, the ancient, granite rocks of Eastern Point were slick not with commonplace seawater, but with a horrifyingly beautiful, viscous, bioluminescent sludge. O.S.I. linguists had coined it 'Resolution Slurry,' a term that did little to convey its alien nature. It shimmered with the colour of deep, malignant violet, evidence of the intense energy discharge.</w:t>
      </w:r>
    </w:p>
    <w:p>
      <w:r>
        <w:t>O.S.I. containment teams, heavily armoured and resembling deep-sea divers or astronauts in their cumbersome, lead-lined hazmat suits, moved through the salt-laced mist with methodical precision. They wielded pressurized sprayers, executing a process they grimly referred to as 'Salt-Scrubbing' the perimeter. This involved coating every inch of stone and sand in a high-density, rapidly-drying alkaline buffer. The chemical reaction was immediate and visible: the violet residue would momentarily flare, then neutralize, its energy bleeding harmlessly into the earth. This buffer was specifically designed to dampen and ultimately erase the lingering violet Static—the tell-tale energetic fingerprint of the King of Shadows, still clinging to the environment.</w:t>
      </w:r>
    </w:p>
    <w:p>
      <w:r>
        <w:t>'Stay within the gold-tape lines, please, miss,' a tactical medic commanded, his voice muffled by the suit's comm system, guiding Elara Vance towards a temporary, mobile triage tent. The tent, starkly white against the ruined shoreline, was a beacon of mundane bureaucracy in a night of cosmic horror.</w:t>
      </w:r>
    </w:p>
    <w:p>
      <w:r>
        <w:t>Elara barely registered the instruction. She didn't feel like a coherent person; her mind was a supercomputer that had been running at three hundred percent capacity for days. The golden sigils that marked her as the Weaver were no longer radiating light; they were etched into her skin like raw, weeping, amber-coloured chemical burns, the physical manifestation of her Aetheric overload. Through her enhanced 'Mind' sight—the constant stream of data that was her reality—she perceived the O.S.I. soldiers not as individuals, but as low-frequency, grey silhouettes. These 'Mundanes,' in their complete and utter lack of innate Aetheric power, paradoxically acted as a stabilising weight, their sheer normalcy grounding the air's violent, turbulent energy.</w:t>
      </w:r>
    </w:p>
    <w:p>
      <w:r/>
      <w:r>
        <w:rPr>
          <w:i/>
        </w:rPr>
        <w:t>Observation 158:</w:t>
      </w:r>
      <w:r>
        <w:t xml:space="preserve"> Elara mentally logged, her mind instinctively defaulting to the Archival Protocol to manage the crushing sensory overload. The process was a survival mechanism.</w:t>
      </w:r>
    </w:p>
    <w:p>
      <w:r/>
      <w:r>
        <w:rPr>
          <w:i/>
        </w:rPr>
        <w:t>The Difficult Partnership is an exercise in resource management, not a covenant of trust. Director Miller doesn't view us as exceptional heroes or even people; he sees us only as Critical Infrastructure. We are the only assets — the only organic circuit — capable of surviving the Resolution Spike required to anchor the energy at the next critical junction.</w:t>
      </w:r>
      <w:r/>
    </w:p>
    <w:p>
      <w:r>
        <w:t>Inside the hermetically-sealed triage tent, the air was a sharp, clinical assault on the senses, smelling of industrial-grade salt, ozone, and powerful antiseptic. The noise of the outside world—the rhythmic hiss of the scrubbers and the crackle of tactical radios—was a low thrumming vibration.</w:t>
      </w:r>
    </w:p>
    <w:p>
      <w:r>
        <w:t>Caleb Miller, the Guardian, was already inside, stripped down to his tactical vest and wrapped in a foil-like, self-heating thermal shroud. He was seated on a reinforced equipment crate, his body temperature violently fluctuating. His mercury-skin was shimmering not with its usual vibrant silver, but with a dull, leaden vibration, like an old coin. A young medic was attempting to take a standard blood sample, but the disposable needle snapped against Caleb's forearm with a high-pitched, resonant metallic ping.</w:t>
      </w:r>
    </w:p>
    <w:p>
      <w:r>
        <w:t>'Give it up, Lieutenant,' Caleb rasped, his voice dropping into the deep, dual-toned resonance of the Guardian's Register. 'My density hasn't settled yet. You're trying to draw blood from a statue carved out of depleted uranium.'</w:t>
      </w:r>
    </w:p>
    <w:p>
      <w:r>
        <w:t>'Specialist Miller, your potassium and sodium levels are likely critical—we need a baseline reading,' the medic argued, visibly frustrated, reaching for a specialty diamond-tipped extraction kit that looked like a miniaturized drill.</w:t>
      </w:r>
    </w:p>
    <w:p>
      <w:r>
        <w:t>'Leave him,' Silas Thorne's voice cut across the tent from the shadows of a corner, flat and absolute.</w:t>
      </w:r>
    </w:p>
    <w:p>
      <w:r>
        <w:t xml:space="preserve">Silas, the Anchor, looked like a photographic negative of a man. His skin was translucent, a pale, bruised grey, and the intricate, runic purple ink of his power had bled upward past his wrists, reaching his elbows. He was holding a battered metal canteen of heavily-salted water, his purple eyes fixed, unnervingly, on the </w:t>
      </w:r>
      <w:r>
        <w:rPr>
          <w:b/>
        </w:rPr>
        <w:t>Threads</w:t>
      </w:r>
      <w:r>
        <w:t xml:space="preserve"> of the O.S.I. equipment. He could see the Lich-Trace on every digital screen—a faint, rhythmic violet flicker that suggested the King of Shadows was still watching, still listening to their encrypted telemetry.</w:t>
      </w:r>
    </w:p>
    <w:p>
      <w:r/>
      <w:r>
        <w:rPr>
          <w:i/>
        </w:rPr>
        <w:t>'He's right, Caleb,'</w:t>
      </w:r>
      <w:r>
        <w:t xml:space="preserve"> Silas's voice echoed directly in the Shared Static, bypassing the air and the comms entirely, speaking mind-to-mind. </w:t>
      </w:r>
      <w:r>
        <w:rPr>
          <w:i/>
        </w:rPr>
        <w:t>'The O.S.I. medicine won't work. We need the Resonance — the circuit — to ground the load. Elara, focus on the Heart. I can feel your Focus drifting — you're too far out.'</w:t>
      </w:r>
      <w:r/>
    </w:p>
    <w:p>
      <w:r>
        <w:t>Elara moved without conscious thought, dropping onto the equipment crate beside Caleb, her shoulder grazing the silver-threaded, cold armour of his arm. The moment the three of them connected—Weaver, Guardian, Anchor—a shimmering, internal prismatic ripple passed through the tight space of the tent. The chaotic Static in the room—the random hum of the portable generators, the disjointed chatter of the tactical radios, the low-frequency Aetheric disturbance—suddenly organized itself into a deep, manageable, rhythmic sequence. The tension in the air dissolved.</w:t>
      </w:r>
    </w:p>
    <w:p>
      <w:r>
        <w:t>Caleb's heavy, uneven breathing immediately slowed and regulated. The unnatural frost on his skin began to melt, condensing into a fine, silver mist that was instantly sucked into the tent's advanced filtration system.</w:t>
      </w:r>
    </w:p>
    <w:p>
      <w:r>
        <w:t>'We're a closed system, Lieutenant,' Caleb muttered to the bewildered medic, his chrome, reflective eyes finally fading back to a jagged, almost human brown. 'Your diagnostic machines can't fix us. Only the circuit can.'</w:t>
      </w:r>
    </w:p>
    <w:p>
      <w:r>
        <w:t>Director Miller, a monument to clinical control, stepped into the tent, his heavy boots crunching on the salt-particulates covering the floor. He paused, looking at the three of them—the Weaver, the Guardian, and the Anchor—sitting in their tight, synchronized, almost triangular arrangement. He noted the way Elara held the Sewall ledger, not like a book, but as if it were a component of her own essential nervous system.</w:t>
      </w:r>
    </w:p>
    <w:p>
      <w:r>
        <w:t>'The Black Rook is fueled, pressurized, and ready for departure,' Miller said, his tone regaining that familiar, clinical, bureaucratic ice. 'We've established a 'Null-Corridor'—an Aetheric cold zone—stretching from here directly to the Berkshires. We'll be flying under a total Aetheric blackout. No lights, no transponders, zero broadcast signature. We are going to hit the Forest Anchor before the 'Old Blood' can finalize the siphon—before their ritual fully integrates with the earth.'</w:t>
      </w:r>
    </w:p>
    <w:p>
      <w:r>
        <w:t>'And the people in Gloucester?' Elara asked, her eyes lifting to look at the violet-stained sky through the narrow mesh flap of the tent.</w:t>
      </w:r>
    </w:p>
    <w:p>
      <w:r>
        <w:t>'The O.S.I. is establishing a 'Grey-Zone' quarantine across the entire coastline,' Miller replied, his expression utterly flat. 'We're telling the press, the state police, and the federal agencies that this was a highly localised tectonic event, coupled with an industrial chemical spill from the old cannery district. The 'Mundanes' will believe it because their brains are already trying to actively delete the memory of the Drowned and the Breach. It's a biological defence mechanism—the world isn't ready for the truth of the resolution you just provided.'</w:t>
      </w:r>
    </w:p>
    <w:p>
      <w:r>
        <w:t>'You're lying to them,' Silas stated, his voice devoid of emotion, a mere statement of fact.</w:t>
      </w:r>
    </w:p>
    <w:p>
      <w:r>
        <w:t>'I'm keeping them from going into systemic, planetary shock, Silas,' Miller countered, a slight edge of defensive exhaustion in his voice. 'If the world finds out that magic is not myth, but a fundamental, exploitable law of physics again, the societal collapse will be faster and far more catastrophic than the Aetheric one we're trying to prevent. Now, move out. We have exactly four hours to reach the Knotwood Seal and deploy.'</w:t>
      </w:r>
    </w:p>
    <w:p>
      <w:r>
        <w:t>As the Triad walked towards the massive, matte-black silhouette of the Aegis-7 transport—a specialized military stealth aircraft nicknamed the 'Black Rook'—they felt the full, crushing weight of the 'Difficult Partnership.' They were being given the O.S.I.'s best available technology, their cutting-edge medical support, and their absolute tactical cover. But as they climbed the narrow ramp into the pressurized dark of the cabin, Elara realised the true, cold price of that support.</w:t>
      </w:r>
    </w:p>
    <w:p>
      <w:r>
        <w:t>They were no longer fugitives running from a cage of confinement. They had become the engine—the beating, human heart—of a bureaucratic, military machine they didn't yet fully understand, and certainly did not know how to stop.</w:t>
      </w:r>
    </w:p>
    <w:p>
      <w:r>
        <w:t>The ramp hissed shut, the sound echoing metallically as it sealed them into the lead-lined, tomb-like silence of the transport. The 'Field Reset' was over. The urgent, silent Descent into the Heart of the woods, the true battlefield, was about to begin.</w:t>
      </w:r>
    </w:p>
    <w:p>
      <w:pPr>
        <w:pageBreakBefore w:val="1"/>
      </w:pPr>
      <w:r>
        <w:t>CHAPTER FORTY-FIVE:</w:t>
      </w:r>
    </w:p>
    <w:p>
      <w:r>
        <w:t>The Blood and the Seal</w:t>
      </w:r>
    </w:p>
    <w:p>
      <w:r>
        <w:t>En Route to the Berkshires – O.S.I. Aegis-7 Transport</w:t>
      </w:r>
    </w:p>
    <w:p>
      <w:r>
        <w:t>The interior of the Aegis-7 didn't hum with the usual clinical efficiency of an O.S.I. operation. Instead, the cabin vibrated with a jagged, uneven frequency that made the overhead surgical lamps flicker in frantic stutters, casting strobing shadows against the lead-lined bulkheads. The air was thick, tasting of ionized salt, scorched ozone, and the bitter, metallic tang of Caleb's cooling mercury-skin.</w:t>
      </w:r>
    </w:p>
    <w:p>
      <w:r>
        <w:t>Caleb lay on a reinforced medical cot bolted to the centre of the hold, his chest bare and rising in shallow, rhythmic hitches. He looked less like a man and more like a statue carved from cooling slag. His skin was still traced with fine, crystalline lines of frost—geometric fractals that refused to melt, even with the transport's heaters pushed to their thermal limits. Every time he exhaled, a faint puff of silver-tinted mist escaped his lips, swirling briefly in the air like ghost-smoke before being sucked into the high-capacity filtration vents.</w:t>
      </w:r>
    </w:p>
    <w:p>
      <w:r>
        <w:t>'His core temperature is stabilising, but his density is a disaster,' Agent Sarah Chen whispered. She stood at a nearby console, her fingers trembling as they flew across a diagnostic tablet. 'He's fluctuating by ten percent every minute. By all known laws of Aetheric science, the sheer volume of maritime pressure he grounded into the bedrock should have turned his internal organs into solid salt. He isn't just alive; he's somehow... recycling the energy.'</w:t>
      </w:r>
    </w:p>
    <w:p>
      <w:r>
        <w:t>'It's not science, Sarah,' Elara said, her voice a low, raspy whisper. She sat on a low steel stool by Caleb's side, her hands hovering inches above the frost-lines on his arm. Her golden sigils were dim, pulsing with a weary, protective heat. 'It's the circuit. He isn't recycling it. He's venting it through us.'</w:t>
      </w:r>
    </w:p>
    <w:p>
      <w:r>
        <w:t>Beside her, Silas was slumped against the reinforced bulkhead, his purple-stained hands buried deep in the pockets of a lead-lined O.S.I. jacket. He looked hollowed out, his eyes dark and sunken with the residual echoes of the thousands of Drowned he had anchored back into the Atlantic. Every time the transport banked, he winced, his fingers twitching in a phantom grip.</w:t>
      </w:r>
    </w:p>
    <w:p>
      <w:r>
        <w:t>'We're his grounding wire,' Silas croaked, his voice sounding like dry parchment. 'Every time his density spikes, I can feel it in my own marrow—a cold, heavy vibration that wants to pull my teeth out. If we move more than fifty yards away from him, the resonance snaps. He starts to shake, and Elara and I start to burn from the inside out. We're not your guests, Miller. We're a closed system. Your 'sanctuary' just has a longer leash now.'</w:t>
      </w:r>
    </w:p>
    <w:p>
      <w:r>
        <w:t>Director Arthur Miller stood at the rear of the transport, his silhouette framed by the glowing tactical monitors of the command suite. He looked at the three of them—his 'harvest,' his 'fugitives,' and now, his only tactical hope. He looked at Caleb longest, a flicker of something raw and painfully human crossing his face—a mixture of grief and a terrifying sort of pride—before he masked it again with iron-gray discipline.</w:t>
      </w:r>
    </w:p>
    <w:p>
      <w:r>
        <w:t>'It's called Sympathetic Resonance,' Miller said, stepping into the centre of the cabin. His boots produced a hollow, metallic ring on the floor. 'My father's journals predicted it, but we never had a triad with a high enough Spark-threshold to trigger the physical binding. Your archetypes are feeding each other in a closed loop. Separating you now would be like pulling the cooling rods out of a reactor. The 'Aetheric Fever' would turn your neural pathways to ash in less than an hour.'</w:t>
      </w:r>
    </w:p>
    <w:p>
      <w:r>
        <w:t>'Is that why you were so obsessed with finding us?' Caleb asked, his voice a metallic rasp as he finally opened his eyes. The chrome in his irises was brittle, looking like cracked glass. He struggled to sit up, the reinforced medical cot groaning and sagging under his spiking mass. 'Because you needed the perfect set of batteries for your machine?'</w:t>
      </w:r>
    </w:p>
    <w:p>
      <w:r>
        <w:t>'I was obsessed because I know what happens when the Sewall bloodline awakens,' Miller said.</w:t>
      </w:r>
    </w:p>
    <w:p>
      <w:r>
        <w:t>The silence that followed was heavy, pressing in on them more than the armour of the Aegis-7. Even the roar of the engines seemed to drop into a muted, distant hum. Elara felt the golden lines on her palms throb with a sudden, sharp spike of anxiety.</w:t>
      </w:r>
    </w:p>
    <w:p>
      <w:r>
        <w:t>'Sewall?' Elara whispered, her hand tightening on the edge of the cot. 'The Magistrate? The one who cast the first Shackle on the hill?'</w:t>
      </w:r>
    </w:p>
    <w:p>
      <w:r>
        <w:t>Miller reached into his tactical vest and pulled out a worn, silver signet ring. It wasn't a piece of modern O.S.I. tech; the metal was pitted and dull with age, bearing the image of an eye behind three vertical bars—the original, seventeenth-century seal of the Silver Eye.</w:t>
      </w:r>
    </w:p>
    <w:p>
      <w:r>
        <w:t>'My great-great-grandfather changed the family name to Miller in 1845,' the Director said, his voice devoid of emotion as he stared at the ring. 'He wanted to bury the infamy of the Salem trials, to move the Overwatch into the shadows of the burgeoning federal government where it could survive. But you cannot change the blood. Every first-born Miller for thirteen generations has been a 'Mundane'—a Keeper. We were the jailers, born without a Spark so we wouldn't be tempted by the very power we were sworn to suppress.'</w:t>
      </w:r>
    </w:p>
    <w:p>
      <w:r>
        <w:t>He looked at Caleb, his gaze unflinching. 'Until you, Caleb. You're the first Sewall in three centuries to manifest the 'Body' archetype. You aren't just a Guardian. You are the physical manifestation of the debt our family owes this world. You were born to be the anchor, just as I was born to hold the leash.'</w:t>
      </w:r>
    </w:p>
    <w:p>
      <w:r>
        <w:t>Caleb's silver skin shimmered with a sudden, angry light. 'So that's it? I'm just a correction in the family ledger? That's why you had Rook tracking me in Southie?'</w:t>
      </w:r>
    </w:p>
    <w:p>
      <w:r>
        <w:t>'I had Rook tracking you to keep yououtof this!' Miller snapped, his composure finally fracturing. He stepped forward, the clinical mask of the Director falling away to reveal a desperate father. 'I wanted you to stay in the gym. I wanted you to have a mundane life where the only thing you had to worry about was a left hook and a rent check. But the Lich found the frequency. He forced the Unveiling early. If I hadn't extracted you, your own density would have collapsed that entire city block the moment the clock hit midnight.'</w:t>
      </w:r>
    </w:p>
    <w:p>
      <w:r>
        <w:t>Elara stood up, her golden eyes burning with a sudden, sharp clarity. 'And the 'Kinetic Shackle' project? The blueprints Sarah showed us? The ones that turned us into fuel? Was that to 'protect' us too?'</w:t>
      </w:r>
    </w:p>
    <w:p>
      <w:r>
        <w:t>Miller looked at her, then back at his son. 'That was the legacy protocol. My father believed the only way to save the world was to sacrifice the few. But I've seen what you did in Salem. I've seen the 'Triad Circuit.' You've found a way to stabilise the Aetheric pressure that we never thought possible. You aren't fuel, Elara. You're the engine. And right now, the engine is the only thing between us and the Void.'</w:t>
      </w:r>
    </w:p>
    <w:p>
      <w:r>
        <w:t>He turned to the main monitor, which showed a topographic map of the Berkshire Mountains. A single, deep-green dot was pulsing near the centre of a dense, primordial forest—a place where the map showed no roads, only shadows.</w:t>
      </w:r>
    </w:p>
    <w:p>
      <w:r>
        <w:t>'The third anchor is the Forest Anchor,' Miller said. 'In the 1692 ledger, they called it 'The Heart.' If the Nautical Anchor was the battery, this is the regulator. The Old Blood families—the Vampires—have already moved their private security teams into the woods. They want to harvest the raw life-force of the anchor to grant themselves true immortality—the kind that doesn't require a human host.'</w:t>
      </w:r>
    </w:p>
    <w:p>
      <w:r>
        <w:t>'And the Lich?' Silas asked, his purple-stained fingers tracing the line of his jaw.</w:t>
      </w:r>
    </w:p>
    <w:p>
      <w:r>
        <w:t>'The Lich is using the digital network to bypass our physical sensors,' Miller replied. 'He's watching us through the very satellites we're using to navigate. We're going dark for the next six hours. No comms. No GPS. We're going into the deep woods with nothing but the Sewall ledger and your Resonance.'</w:t>
      </w:r>
    </w:p>
    <w:p>
      <w:r>
        <w:t>Miller looked at the three of them—the Weaver, the Necromancer, and his son. For a moment, the Director looked older than the three centuries his organization had guarded.</w:t>
      </w:r>
    </w:p>
    <w:p>
      <w:r>
        <w:t>'I'm not your jailer anymore,' Miller said, though his hand still rested habitually on his holstered weapon. 'I'm your transport. But make no mistake: if you fail at the Forest Anchor, there won't be a world left for you to be fugitives in. The Lich will turn the 'In-Between' into the 'Everywhere'.'</w:t>
      </w:r>
    </w:p>
    <w:p>
      <w:r>
        <w:t>Caleb looked at Elara and Silas. Through the Resonance, they could feel the shared weight of the revelation. The blood of the jailer was now the blood of the hero.</w:t>
      </w:r>
    </w:p>
    <w:p>
      <w:r>
        <w:t>'Get the gear ready,' Caleb said, his mercury-skin shimmering as he finally stood up, his boots leaving shallow, permanent indents in the steel floor of the transport. 'We're going to the Heart.'</w:t>
      </w:r>
    </w:p>
    <w:p>
      <w:r>
        <w:t>The mission briefing had left a cold, heavy residue in the cabin. Silas had retreated to the far corner of the hold, wrapping himself in a lead-lined blanket and descending into a shallow, fitful sleep—his way of 'Anchoring' the residual ghosts of Gloucester before the next storm began. Director Miller was in the cockpit, his silhouette a rigid, unmoving shadow against the green glow of the flight instruments.</w:t>
      </w:r>
    </w:p>
    <w:p>
      <w:r>
        <w:t>In the rear bay, Elara and Caleb were left in a pool of dim, amber emergency light.</w:t>
      </w:r>
    </w:p>
    <w:p>
      <w:r>
        <w:t>Caleb sat on the edge of the medical cot, his boots planted firmly on the steel floor. He was slowly wrapping his knuckles in fresh athletic tape, a rhythmic, scratching sound that cut through the low hum of the engines. The frost-lines on his skin had faded into thin, silver scars, but the air around him still felt dense, as if he were a localised centre of gravity.</w:t>
      </w:r>
    </w:p>
    <w:p>
      <w:r>
        <w:t>'You're staring again,' Caleb said without looking up. His voice was no longer a metallic rasp, but it held a new, somber weight.</w:t>
      </w:r>
    </w:p>
    <w:p>
      <w:r>
        <w:t>'I'm trying to see it,' Elara admitted, her voice barely a whisper. She sat on the opposite bench, her hands folded in her lap. The golden lines on her palms were dim, flickering like a dying candle. 'The Magistrate. When I look at you now, I don't just see the guy who saved me in the museum. I see the man from the clearing. The one who held the obsidian knife.'</w:t>
      </w:r>
    </w:p>
    <w:p>
      <w:r>
        <w:t>Caleb's hands slowed. He looked at the silver signet ring Miller had left on the small metal table between them. 'My father calls it a legacy. I call it a cage. All my life, I thought the 'Miller' pride was about hard work and keeping your head down. I didn't know we were just the descendants of a man who turned out the lights because he was afraid of the dark.'</w:t>
      </w:r>
    </w:p>
    <w:p>
      <w:r>
        <w:t>He looked at Elara, his chrome eyes reflecting the amber light of the cabin. 'Your ancestor... Martha. The ledger said she was the one who realised the Shackle was a siphon. She fought him, didn't she?'</w:t>
      </w:r>
    </w:p>
    <w:p>
      <w:r>
        <w:t>'She didn't just fight him,' Elara said, her golden eyes flashing with a sudden, ancestral heat. 'She pitied him. In the margins of the ledger, she wrote that Samuel Sewall was a man who loved the world so much he decided to kill it just so it wouldn't change. She saw the 'In-Between' not as a monster, but as a masterpiece that he was too blind to read.'</w:t>
      </w:r>
    </w:p>
    <w:p>
      <w:r>
        <w:t>Elara shifted, moving a few inches closer on the bench. As she did, the Static in her vision—which had been a low-grade buzz in the back of her skull—suddenly smoothed out into a clear, golden frequency.</w:t>
      </w:r>
    </w:p>
    <w:p>
      <w:r>
        <w:t>'The Resonance,' she whispered, looking at her hands. 'It's stronger now that we know.'</w:t>
      </w:r>
    </w:p>
    <w:p>
      <w:r>
        <w:t>'I can feel you,' Caleb said, his voice dropping to a low, intimate rumble. He didn't move away. 'It's not like hearing a sound. It's like... like my own pulse is finally in the right rhythm. When you're this close, the weight in my bones doesn't feel like it's trying to crush me. It feels like it's supporting me.'</w:t>
      </w:r>
    </w:p>
    <w:p>
      <w:r>
        <w:t>He reached out, his hand hovering over hers. He didn't touch her—not yet—but the space between their skin began to vibrate. Fine, silver and gold sparks of Aetheric discharge danced in the air, a miniature storm contained in a few inches of sterile space.</w:t>
      </w:r>
    </w:p>
    <w:p>
      <w:r>
        <w:t>'My family spent three hundred and thirty-three years making sure yours never spoke again,' Caleb said, his jaw tightening. 'They built the O.S.I. to ensure that no Weaver ever threaded another Spark. And now, the only reason I'm still standing is because you're threading mine.'</w:t>
      </w:r>
    </w:p>
    <w:p>
      <w:r>
        <w:t>'It's a terrifying kind of irony,' Elara agreed. She reached up, her fingers grazing the silver scars on his forearm. The contact was a physical jolt—not of pain, but of absolute, grounding clarity. For a moment, the walls of the Aegis-7 seemed to vanish, leaving them standing in a forest of golden and silver light.</w:t>
      </w:r>
    </w:p>
    <w:p>
      <w:r>
        <w:t>'We aren't them, Caleb,' she said, looking him directly in his chrome eyes. 'Samuel and Martha were bound by a Shackle. We're bound by the Resonance. They chose to close the door. We have to decide if we're going to be the ones to finally open it.'</w:t>
      </w:r>
    </w:p>
    <w:p>
      <w:r>
        <w:t>Caleb's hand closed around hers. His grip was immense, his skin as cold as iron, but the golden fire in Elara's palms surged to meet him, warming the silver mercury of his blood.</w:t>
      </w:r>
    </w:p>
    <w:p>
      <w:r>
        <w:t>'The Heart is next,' Caleb said, his gaze fixed on her. 'The Forest Anchor. Miller says the Old Blood is already there. They'll try to use the Resonance against us. They'll try to pull us apart.'</w:t>
      </w:r>
    </w:p>
    <w:p>
      <w:r>
        <w:t>'Let them try,' Elara said, her golden sigils flared with a sudden, defiant brightness. 'They don't understand the circuit. They think we're three people forced into a room. They don't realise we've become a single storm.'</w:t>
      </w:r>
    </w:p>
    <w:p>
      <w:r>
        <w:t>From the cockpit, the intercom crackled with Miller's cold, professional tone. 'Approaching the Berkshire perimeter. We're going dark in five minutes. Specialist Miller, Vance... get your heads in the game. The woods are waking up.'</w:t>
      </w:r>
    </w:p>
    <w:p>
      <w:r>
        <w:t>The moment broke, but the heat remained. Caleb stood up, his boots cracking the floor plating, but he didn't let go of Elara's hand until they reached the gear lockers.</w:t>
      </w:r>
    </w:p>
    <w:p>
      <w:r>
        <w:t>The weight of the blood was still there, a debt three centuries old, but for the first time since the Pulse, the darkness of the Berkshires didn't feel like a grave. It felt like a battlefield they were finally ready for.</w:t>
      </w:r>
    </w:p>
    <w:p>
      <w:r/>
      <w:r>
        <w:rPr>
          <w:i/>
        </w:rPr>
        <w:t xml:space="preserve"> </w:t>
      </w:r>
      <w:r>
        <w:t xml:space="preserve"> *</w:t>
      </w:r>
    </w:p>
    <w:p>
      <w:r>
        <w:t>Tactical Assessment: The Forest Anchor</w:t>
      </w:r>
    </w:p>
    <w:p>
      <w:r>
        <w:t>As the Aegis-7 dropped into its silent-running profile, the ambient noise of the forest floor began to seep into the cabin—a profound, biological silence punctuated only by the occasional high-frequency whine of unseen insects. Agent Chen, the diagnostic specialist, moved from her console, joining Caleb and Elara by the gear lockers. She was small and precise, her movements economical, betraying nothing of the internal pressure of working against the clock.</w:t>
      </w:r>
    </w:p>
    <w:p>
      <w:r>
        <w:t>'The sensor profile on the Forest Anchor is different,' Chen said, tapping the screen of her tablet. Her tone was clinical, ignoring the intense personal drama that had just unfolded. 'The Nautical Anchor was pure gravitational density, a sinkhole for Aetheric mass. This one is a siphon for raw bio-energy. The legend calls it the Heart because it's a living engine—it pulls life-force from every organism within a three-mile radius to maintain a constant state of pre-Colonial ecological stability.'</w:t>
      </w:r>
    </w:p>
    <w:p>
      <w:r>
        <w:t>Caleb pulled a lead-lined impact glove over his hand, testing the flexible plating. 'Meaning the woods are alive, and we're just meat on the bone.'</w:t>
      </w:r>
    </w:p>
    <w:p>
      <w:r>
        <w:t>'Precisely,' Chen confirmed. 'For a normal human, exposure is exhausting. For you, Caleb, it's a massive drag on your stabilization. The Anchor will actively try to pull the mercury right out of your system, turning you back into unstable slag.'</w:t>
      </w:r>
    </w:p>
    <w:p>
      <w:r>
        <w:t>Elara adjusted the strap of her tactical vest, feeling the familiar weight of the three Shackle-relics she carried. 'And the Vampires—the Old Blood families. What do they want with a power siphon?'</w:t>
      </w:r>
    </w:p>
    <w:p>
      <w:r>
        <w:t>Chen displayed a 3D thermal scan of the deep woods. Several distinct, slow-moving clusters of heat were visible, radiating a strange, internal coldness. 'The Old Blood needs a constant flow of life-force to achieve true permanence. They typically use feeding hosts. But the Anchor offers a direct feed. If they can bind it—even temporarily—they gain immortality without the messy logistics of human chattel. They become true 'Ancients,' untouchable by O.S.I. or the Lich.'</w:t>
      </w:r>
    </w:p>
    <w:p>
      <w:r>
        <w:t>'They're harvesting,' Silas croaked from his corner, his voice muffled by the blanket. He hadn't moved, but his purple-stained eyes were open, fixed on the distant forest. 'It's what they do. They'll have established a perimeter of 'Thralls'—disposable human security—and then the true Blood is waiting in the centre to set the seal.'</w:t>
      </w:r>
    </w:p>
    <w:p>
      <w:r>
        <w:t>Miller's voice cut in, sharp and immediate, through the closed-circuit comms.'Drop in three minutes. We are decelerating. Chen, Elara, Specialist Miller—move to the main ramp.'</w:t>
      </w:r>
    </w:p>
    <w:p>
      <w:r>
        <w:t>Caleb gave Elara a grim look, then nodded. 'We hit the perimeter, Silas anchors the Thralls, and Elara secures the core. We need to be in and out before the Lich can re-establish a satellite lock.'</w:t>
      </w:r>
    </w:p>
    <w:p>
      <w:r>
        <w:t>'One small adjustment to the plan,' Elara interjected, her eyes glowing faintly gold. 'When we get close, the Resonance will spike. I'm not just going tosecurethe core, Caleb. I'm going to re-weave it. Sewall didn't create the Anchor; he just locked the existing power source. Martha's notes show the key is to thread the life-force outwards, not inwards. If I can stabilise the flow, we starve the Old Blood of their eternal buffet.'</w:t>
      </w:r>
    </w:p>
    <w:p>
      <w:r>
        <w:t>Caleb smiled, a brief, sharp flash of silver. 'Lead the way, Weaver.'</w:t>
      </w:r>
    </w:p>
    <w:p>
      <w:r/>
      <w:r>
        <w:rPr>
          <w:i/>
        </w:rPr>
        <w:t xml:space="preserve"> </w:t>
      </w:r>
      <w:r>
        <w:t xml:space="preserve"> *</w:t>
      </w:r>
    </w:p>
    <w:p>
      <w:r>
        <w:t>The Descent</w:t>
      </w:r>
    </w:p>
    <w:p>
      <w:r>
        <w:t>The hydraulic ram of the Aegis-7 transport groaned as it lowered the rear ramp, bathing the dense woods in a sudden, blinding cone of white light. The air that rushed in was damp, cool, and carried the heavy scent of pine needles, wet earth, and something ancient and mineral—the raw smell of the earth's marrow.</w:t>
      </w:r>
    </w:p>
    <w:p>
      <w:r>
        <w:t>They stood at the edge of the ramp, the three fugitives and the small, trembling scientist. Director Miller remained in the cockpit, a distant warden sending his prisoners into the dark.</w:t>
      </w:r>
    </w:p>
    <w:p>
      <w:r>
        <w:t>The first thing that hit them was the silence. Not an absence of noise, but a profound, resonanthush. It was the sound of everything holding its breath.</w:t>
      </w:r>
    </w:p>
    <w:p>
      <w:r>
        <w:t>Elara stepped off the ramp first. The instant her boots touched the mossy ground, a wave of golden clarity washed over her. The trees around her didn't look like static wood; they pulsed with slow, deep-green veins of life-force. She could see the ancient root structures snaking through the earth, connecting the forest into a single, massive, biological nervous system. The Anchor wasn't in the forest; it was the forest.</w:t>
      </w:r>
    </w:p>
    <w:p>
      <w:r>
        <w:t>Caleb followed, and the effect was immediate and jarring. A cold, heavy pressure slammed into his chest, like descending twenty floors too quickly. He felt his density rapidly decrease, the silver mercury in his veins fighting to escape. He planted his boots, forcing his weight into the earth, and the ground beneath him cracked slightly in resistance.</w:t>
      </w:r>
    </w:p>
    <w:p>
      <w:r/>
      <w:r>
        <w:rPr>
          <w:i/>
        </w:rPr>
        <w:t>The Anchor fights you.</w:t>
      </w:r>
      <w:r/>
    </w:p>
    <w:p>
      <w:r>
        <w:t>The thought wasn't his own; it was Elara's, filtered through the Resonance—a golden spike of concern and stability pressed directly onto his neural pathway. He looked at her, and the density drain immediately eased, the pressure stabilising, the cost transferred to her own subtle exertion.</w:t>
      </w:r>
    </w:p>
    <w:p>
      <w:r>
        <w:t>'Perimeter breach in twenty meters,' Chen whispered, pointing to a barely visible tripwire woven into a low-hanging branch. 'Thralls are using passive, low-tech traps.'</w:t>
      </w:r>
    </w:p>
    <w:p>
      <w:r>
        <w:t>'Silas,' Caleb ordered, his voice low.</w:t>
      </w:r>
    </w:p>
    <w:p>
      <w:r>
        <w:t>Silas, still wrapped in his blanket, shuffled forward, his eyes dark pools of exhaustion. He stopped ten feet from the tripwire, took a deep, shuddering breath, and reached out. The air around his purple-stained hands didn't just feel cold; it felt dead.</w:t>
      </w:r>
    </w:p>
    <w:p>
      <w:r>
        <w:t>A faint, sickly purple mist rose from the ground around them. It crawled over the moss, reaching the tripwire, and then surged into the surrounding darkness. Moments later, they heard it—a faint, collective thud in the woods, like heavy sacks hitting the soft earth. The perimeter had just lost its guards.</w:t>
      </w:r>
    </w:p>
    <w:p>
      <w:r>
        <w:t>'Anchored,' Silas rasped, retreating back towards the Aegis-7's ramp. 'The Thralls are asleep. We have five minutes before they wake up or the Blood realises they've gone silent.'</w:t>
      </w:r>
    </w:p>
    <w:p>
      <w:r>
        <w:t>Caleb turned to Elara. 'Five minutes to the Heart.'</w:t>
      </w:r>
    </w:p>
    <w:p>
      <w:r>
        <w:t>They plunged into the darkness, the faint, flickering golden glow of Elara's sigils the only light that seemed capable of pushing back the primordial shadows of the Sewall's final cage. The battlefield was set.</w:t>
      </w:r>
    </w:p>
    <w:p>
      <w:pPr>
        <w:pageBreakBefore w:val="1"/>
      </w:pPr>
      <w:r>
        <w:t>CHAPTER FORTY-SIX</w:t>
      </w:r>
    </w:p>
    <w:p>
      <w:r>
        <w:t>The Heartbeat of the Hemlocks</w:t>
      </w:r>
    </w:p>
    <w:p>
      <w:r>
        <w:t>September 26, 2025 – 04:15 AM</w:t>
      </w:r>
    </w:p>
    <w:p>
      <w:r>
        <w:t>The Berkshires, MA – The Heart Perimeter (Zone Gamma)</w:t>
      </w:r>
    </w:p>
    <w:p>
      <w:r>
        <w:t>The Triad's insertion into the Berkshires was a plunge into deep-field Aetheric disruption. The silence of the forest was not merely the absence of sound; it was an active, oppressive vacuum—a physical displacement of air so dense it pressed against their lungs. As they moved away from the now-cooling engines of the Black Rook, the forest didn't just feel dark; it felt actively, palpably hungry, a living entity anticipating a meal.</w:t>
      </w:r>
    </w:p>
    <w:p>
      <w:r>
        <w:t>Agent Sarah Chen's diagnostic tablet, clutched tight in her gloved hands, confirmed their dread: they were now within the 'Bio-Siphon' radius of the Forest Anchor. This was the point of no return. For Elara Vance, the Lens of the Triad, the woods were rendered in a chilling, gold-tinted reality. The hemlocks and ancient white pines were not static flora; they were vertical lungs, their bark not only dark but glowing with a faint, sickly emerald frequency. This light was the signature of a massive, panicked energy drain, as the root systems pulled ambient, non-local Static from the atmosphere to stabilise the failing, centuries-old Sewall Seal.</w:t>
      </w:r>
    </w:p>
    <w:p>
      <w:r/>
      <w:r>
        <w:rPr>
          <w:i/>
        </w:rPr>
        <w:t>Observation 162:</w:t>
      </w:r>
      <w:r>
        <w:t xml:space="preserve"> Elara mentally logged, the thought a sharp, cold vibration through the Shared Staticlink to Caleb and Silas. 'The Forest Anchor operates on a parasitic logic. It doesn't ground the Static; itdigests it. Our presence here—three high-density conduits—is like dropping three high-voltage batteries into a starving, overloaded circuit.'</w:t>
      </w:r>
    </w:p>
    <w:p>
      <w:r>
        <w:t>'It's... pulling,' Caleb rasped, his voice dropping into that heavy, dual-toned metallic register he used only under extreme duress. His lead-lined tactical gloves clenched and unclenched against the humid air. He was the point man, and to his Guardian senses, the very gravity of the woods was shifting by the yard. Every step felt like wading through chest-deep mercury. The forest was actively attempting to 'leach' the silver and trace Static from his marrow, trying to use his physical, non-native density to repair the microscopic, cascading fractures in the local ley-lines.</w:t>
      </w:r>
    </w:p>
    <w:p>
      <w:r>
        <w:t>'Silas, keep the shroud tight,' Caleb commanded, his voice a low, gravelly hum that resonated more through the ground than the air. 'If my density drops below forty percent, I won't be able to Brace the feedback when we hit the core. I need to be the shield.'</w:t>
      </w:r>
    </w:p>
    <w:p>
      <w:r>
        <w:t xml:space="preserve">Silas Thorne, the Shroud, moved like a whisper given form—a shadow within shadows. He had shed the bulky thermal blanket, but he still looked spectral, like a photographic negative—his skin a bruised, translucent grey, his purple-stained hands hovering inches above the moss. He wasn't seeing the trees; he was feeling the </w:t>
      </w:r>
      <w:r>
        <w:rPr>
          <w:b/>
        </w:rPr>
        <w:t>Threads</w:t>
      </w:r>
      <w:r>
        <w:t xml:space="preserve"> of the forest's secondary nervous system—the mycelial communication network the Vampires had corrupted.</w:t>
      </w:r>
    </w:p>
    <w:p>
      <w:r>
        <w:t>'The Thralls I put under... they weren't just guards,' Silas whispered, his voice an echo in their minds, a thought rather than an utterance. 'They were grounding wires. The Vampires had them deliberately tied to the major root systems as living buffers. By putting them to sleep, I didn't just clear the path—I increased the catastrophic load on the Anchor. The forest knows we're here, Elara. It's looking for a new ground, a new buffer.'</w:t>
      </w:r>
    </w:p>
    <w:p>
      <w:r>
        <w:t>Suddenly, the defined path ahead didn't just end; it violently unzipped.</w:t>
      </w:r>
    </w:p>
    <w:p>
      <w:r>
        <w:t>A massive white pine, at least two centuries old, shuddered with a violent, frame-skipping rhythm, like a corrupted video file. Its trunk flickered from solid wood into a violet wireframe construct and back again, the fundamental 'Resolution' of the tree failing under the strain of the Aetheric unbinding. With a percussive sound like a cracking gunshot, the tree instantaneously shifted six feet to the left, the ground groaning as the very geometry of the woods rearranged itself with malicious intent, attempting to confuse and scatter the intruders.</w:t>
      </w:r>
    </w:p>
    <w:p>
      <w:r>
        <w:t>'The Labyrinth is active,' Elara warned, her golden, intricate sigils flaring with a frantic, thermal heat beneath her skin. 'Sarah, what's the sensor drift? Give me a coordinate reference!'</w:t>
      </w:r>
    </w:p>
    <w:p>
      <w:r>
        <w:t>Agent Chen, huddled defensively between Caleb's bulk and Silas's cloaking field, her O.S.I. diagnostic tablet displaying a chaotic blizzard of green and violet telemetry, shouted over the building Static. 'The Aetheric density is peaking, Elara! We're losing the North Star! The forest is creating a localised, stable pocket of non-Euclidean space. If we don't find the 'Rhythm' of the Heart in the next ten minutes, we'll be walking in circles until our own heartbeats match the trees' vibrational decay.'</w:t>
      </w:r>
    </w:p>
    <w:p>
      <w:r>
        <w:t>'We sync,' Elara commanded, her voice cutting through the panic.</w:t>
      </w:r>
    </w:p>
    <w:p>
      <w:r>
        <w:t>She reached out, grabbing Caleb's rigid tactical webbing and Silas's cold, thin arm. The Triad halted in the middle of a thickening wall of wicked thorns that seemed to grow at a visible, predatory speed.</w:t>
      </w:r>
    </w:p>
    <w:p>
      <w:r>
        <w:t>'Caleb, give us the Brace. Anchor us to the ground,' Elara guided, her voice now soothingly firm. 'Silas, find the Silence. The spacebetweenthe pulses.'</w:t>
      </w:r>
    </w:p>
    <w:p>
      <w:r>
        <w:t>The Triad Circuit closed, a surge of shared mental energy binding them, but this time it wasn't a weapon—it was a sophisticated compass.</w:t>
      </w:r>
    </w:p>
    <w:p>
      <w:r>
        <w:t>Elara became the Lens again. She closed her eyes and projected her Mind, not looking at the physical woods, but into the Static of the disruption. She didn't look at the shifting trunks; she looked at the 'Packet-Loss' data. She saw the golden Threads of the original Sewall seal struggling to maintain a coherent 333-hertz frequency against the violent, violet corruption of the Lich's signal.</w:t>
      </w:r>
    </w:p>
    <w:p>
      <w:r>
        <w:t>'Follow the emerald thrum,' Elara whispered, her voice sounding triple-toned in the resonance of the circuit. 'The Vampires have a siphon hammered into the bedrock three hundred yards northeast. I can see the 'Cold Spot' where they're bleeding the Heart dry.'</w:t>
      </w:r>
    </w:p>
    <w:p>
      <w:r>
        <w:t>Caleb adjusted his grip on his heavy, silver-weighted baton, his counter-force weapon. The mercury-glow on his exposed skin stabilised, turning a steady, protective platinum. The 'Leaden Ache' in his bones didn't vanish, but it became a tool—a physical, grounding weight that locked the Triad against the shifting, fractal geometry of the forest floor.</w:t>
      </w:r>
    </w:p>
    <w:p>
      <w:r>
        <w:t>'Move,' Caleb commanded, the word a final, heavy punctuation mark.</w:t>
      </w:r>
    </w:p>
    <w:p>
      <w:r>
        <w:t>They hiked through the 'Green Labyrinth' as the forest began to truly scream. It wasn't an audible sound, but a high-pitched, Aetheric frequency that made the leaves turn brittle and crumble to ash where the Triad's stabilised resonance touched them. They passed deadly tripwires—high-tension, monomolecular silver wires that hummed with a specific lethality that O.S.I. tech couldn't detect, but Elara's trained Mind saw as shimmering distortions in the air.</w:t>
      </w:r>
    </w:p>
    <w:p>
      <w:r/>
      <w:r>
        <w:rPr>
          <w:i/>
        </w:rPr>
        <w:t>Observation 164:</w:t>
      </w:r>
      <w:r>
        <w:t xml:space="preserve"> Elara logged, her voice strained as they bypassed a 'Blood-Trap' woven into a twisted cedar root. 'The Old Blood families have integrated their own necromancy into the Anchor's defence. This isn't just protecting a site; they'refarming a nascent god.'</w:t>
      </w:r>
    </w:p>
    <w:p>
      <w:r>
        <w:t>As they neared the 200-meter mark, the damp, earthy scent of wet cedar was violently replaced by a sharp, coppery tang—the scent of blood and ozone. Through the tightly woven trees, a rhythmic, deep-green light began to pulse, illuminating the woods in a massive, biological strobe that matched the Triad's own shared heartbeat.</w:t>
      </w:r>
    </w:p>
    <w:p>
      <w:r>
        <w:t>'The Heart,' Silas whispered, his purple eyes snapping open. 'I can hear it, Elara. It's not a tree. It's a drum. It's too slow. It's failing.'</w:t>
      </w:r>
    </w:p>
    <w:p>
      <w:r>
        <w:t>But the light wasn't pure. Intertwined with the stable emerald pulse were jagged, crimson streaks of Aetheric interference, like lightning striking inside the woods. The Vampires weren't just feeding on the Anchor; they were deliberately overclocking it, pushing the system to see how much power it could produce before it detonated in a cataclysmic, regional event.</w:t>
      </w:r>
    </w:p>
    <w:p>
      <w:r>
        <w:t>'We're almost there,' Caleb said, his chrome eyes hardening into unyielding silver. He thought of Director Miller's distant silhouette on the Aegis ramp, a mile behind them. 'But the 'Old Blood' security is already in position. I can feel the 'Cold Spots'—non-thermal signatures—tightening the circle. They know we breached the Labyrinth.'</w:t>
      </w:r>
    </w:p>
    <w:p>
      <w:r>
        <w:t>Suddenly, a high-pitched thwip-thwip of suppressed fire echoed unnaturally through the dense canopy, and a cold-iron flechette—designed specifically to pierce silver-reinforced armour—hissed past Caleb's ear, embedding itself in a nearby tree that immediately dissolved into grey smoke and dust.</w:t>
      </w:r>
    </w:p>
    <w:p>
      <w:r>
        <w:t>'Contact!' Caleb roared, his silver light exploding outwards into a shimmering, protective dome. He threw himself forward, pushing Silas and Elara behind a crumbling granite outcrop.</w:t>
      </w:r>
    </w:p>
    <w:p>
      <w:r>
        <w:t>The bridge was complete. The Triad had successfully navigated the fragile, hostile 'Marrow' of the woods. Now, the final, desperate battle for the Heart of New England was officially beginning.</w:t>
      </w:r>
    </w:p>
    <w:p>
      <w:pPr>
        <w:pageBreakBefore w:val="1"/>
      </w:pPr>
      <w:r>
        <w:t>CHAPTER FORTY-SEVEN:</w:t>
      </w:r>
    </w:p>
    <w:p>
      <w:pPr>
        <w:pageBreakBefore w:val="1"/>
      </w:pPr>
      <w:r>
        <w:t>CHAPTER FORTY-SEVEN: The Green Labyrinth (Deep Expansion)</w:t>
      </w:r>
    </w:p>
    <w:p>
      <w:r>
        <w:t>September 26, 2025 – 04:45 AM</w:t>
      </w:r>
    </w:p>
    <w:p>
      <w:r>
        <w:t>The Berkshires, MA – The Heart Perimeter</w:t>
      </w:r>
    </w:p>
    <w:p>
      <w:r>
        <w:t>The Berkshires did not welcome them; they tolerated them as a systemic irritant. The ancient, folded earth of Western Massachusetts—a land steeped in cycles of colonial ambition and forgotten indigenous magic—had reached a critical mass.</w:t>
      </w:r>
    </w:p>
    <w:p>
      <w:r>
        <w:t>As the Aegis-7 transport, a high-altitude military VTOL painted with thermal-dampening ceramic, touched down in a clearing that shouldn't have existed according to the O.S.I.'s most recent topographical maps, the forest seemed to physically lean inward. The ancient hemlocks and towering white pines were silhouetted against a sky the colour of a deepening bruise—not just midnight, but a black-violet that pulsed with arcing violet lightning. This electrical discharge produced no accompanying thunder; only a high-pitched, crystalline ringing that resonated in the specialized aural dampeners built into the Triad's protective gear and, more unnervingly, in the very calcium of their teeth.</w:t>
      </w:r>
    </w:p>
    <w:p>
      <w:r>
        <w:t>When the transport's heavy hydraulic ramp lowered with a hiss of venting pressure, the air that rushed into the pressurized cabin wasn't the crisp, pine-scented breeze of a New England autumn. It was thick, humid, and tasted metallic, smelling overwhelmingly of wet cedar, crushed ferns, and a sharp, coppery tang—the unmistakable, visceral scent of raw life-force being methodically bled into the soil.</w:t>
      </w:r>
    </w:p>
    <w:p>
      <w:r>
        <w:t>'We're dark,' Director Arthur Miller stated, his voice clipped and efficient. He stepped onto the mossy earth, sinking slightly. He was geared in tactical matte-black armour, the seams highlighted by faint, blue-white kinetic tracers. A high-frequency 'Salt-Pulse' rifle, its barrel etched with containment sigils, was slung over his shoulder. He checked a mechanical compass on his wrist; the needle wasn't just spinning erratically; it was vibrating so fast it looked like a blurred, metallic disk, attempting to resolve in dozens of directions at once. 'No GPS, no sat-coms. The Aetheric density here is high enough to scramble a hardened military uplink and fry anything using a complex microchip. From here on, we navigate by the ledger and the Resonance. Rely on your senses, people. Your lives depend on it.'</w:t>
      </w:r>
    </w:p>
    <w:p>
      <w:r>
        <w:t>Caleb Miller stepped out behind him, his boots sinking six inches into the unnaturally soft, fungally rich loam. The silver light beneath his skin—his stabilizingSpark—was humming a low, wary frequency, casting long, mercury-tinted shadows against the gnarled bark of the surrounding trees. To his highly-tuned Guardian senses, the entire forest felt like a single, massive, semi-conscious organism—a sleeping giant that had just felt a fly land on its skin and was beginning to twitch a response. The ground didn't feel like inert soil; it felt disturbingly like a membrane stretched taut over something vast and profoundly hungry.</w:t>
      </w:r>
    </w:p>
    <w:p>
      <w:r>
        <w:t>'The trees,' Caleb muttered, his chrome eyes scanning the dizzying canopy above. 'They're moving, Miller. Not the branches swaying in the wind. The trunks. The entire forest is skipping frames.'</w:t>
      </w:r>
    </w:p>
    <w:p>
      <w:r>
        <w:t>'They're shifting the geometry,' Elara Vance whispered, stepping neatly between Caleb and Silas, the soft material of her uniform brushing Caleb's tactical vest. She clutched the Sewall ledger to her chest as if it were the only anchor left in reality. Through her gold-tinted Weaver vision, the forest was not a collection of objects, but a dizzying, three-dimensional maze of the Static. The golden Threads of baseline reality weren't straight here; they were tangled, organic vines of data that pulsed with a deep, emerald light, mimicking the complex, vascular system of the woods. 'The Forest Anchor—the Heart—is trying to camouflage itself and disorient the invading logic. It knows the Old Blood, or whoever is hunting the core, is already inside the perimeter. It's creating a non-Euclidean loop to keep the harvest from reaching the core.'</w:t>
      </w:r>
    </w:p>
    <w:p>
      <w:r>
        <w:t xml:space="preserve">Silas Thorne walked at the rear, a shadow within shadows, his purple-stained hands twitching incessantly in the deep pockets of his trench coat. He didn't look at the trees; he looked at the shadowsbeneaththe ferns and the tangled undergrowth. He saw not just darkness, but the faintly shimmering </w:t>
      </w:r>
      <w:r>
        <w:rPr>
          <w:b/>
        </w:rPr>
        <w:t>Threads</w:t>
      </w:r>
      <w:r>
        <w:t xml:space="preserve"> of things that had died in these woods over centuries—colonial scouts lost to winter, indigenous hunters whose spirits were never laid to rest, and countless animals that had never been named by man. They weren't rising like the Drowned; they were woven into the deepest root structures, their latent spirits acting as a secondary nervous system for the woods. They were the Processor for the forest's defence and, more chillingly, its early warning system.</w:t>
      </w:r>
    </w:p>
    <w:p>
      <w:r>
        <w:t>'It's not just a forest anymore,' Silas croaked, his voice sounding dry, waterlogged, and burdened by memory. 'It's a larder. A storage house. The Lich hasn't reached this deep, or maybe his brand of death isn't compatible yet, but the Vampires have. I can feel the 'Cold Spots' where they've set up their tactical perimeter. They're using the accumulated energy of the dead—the static heat signatures of old life—to mask their own heat signatures from your thermal sweeps.'</w:t>
      </w:r>
    </w:p>
    <w:p>
      <w:r>
        <w:t>'Move out,' Miller ordered, gesturing for his tactical squad of six O.S.I. operatives, each a veteran of Aetheric containment zones, to flank the Triad in a protective wedge formation. 'Stay within the fifty-yard Resonance radius. If you get separated in these woods, the geometry will rewrite itself behind you in a matter of seconds. You'll be lost in the 'In-Between' before you can even scream for help.'</w:t>
      </w:r>
    </w:p>
    <w:p>
      <w:r>
        <w:t>They hiked for forty agonizing minutes into the deepening, unnatural dark. The Berkshires had become a functionalGreen Labyrinth. The narrow paths they attempted to follow—faint deer trails and long-forgotten logging tracks—would suddenly and inexplicably terminate in living walls of razor-sharp thorns and thick, fast-growing vines that grew at a visible, predatory speed. The Static in Elara's eyes began to scream—a high-pitched, insistent emerald frequency that made her head throb with the sheer, crushing weight of the Bio-Siphonlogic governing the woods.</w:t>
      </w:r>
    </w:p>
    <w:p>
      <w:r/>
      <w:r>
        <w:rPr>
          <w:i/>
        </w:rPr>
        <w:t>Observation 166:</w:t>
      </w:r>
      <w:r>
        <w:t xml:space="preserve"> Elara mentally logged, fighting the mounting pressure behind her eyes.</w:t>
      </w:r>
    </w:p>
    <w:p>
      <w:r/>
      <w:r>
        <w:rPr>
          <w:i/>
        </w:rPr>
        <w:t>The Anchor operates on a parasitic logic. It is actively pulling energy from the nearest high-frequency sources — us, the Triad's Sparks — to rapidly repair the temporal and spatial fractures in the ley-lines caused by our intrusion. The forest is literally eating our Sparks to maintain its own geometric resolution.</w:t>
      </w:r>
      <w:r/>
    </w:p>
    <w:p>
      <w:r>
        <w:t>'Wait,' Elara gasped, stopping the group abruptly near a massive, gnarled oak that looked as if it had been struck by the violet lightning decades ago and never recovered. Its bark was weeping a thick, iridescent sap that glowed with a sickly amber light. 'The map... the ledger is changing again. It's no longer showing a static location or a path. It's a rhythm.'</w:t>
      </w:r>
    </w:p>
    <w:p>
      <w:r>
        <w:t>She opened the Sewall book. The ancient ink was not dry, but swirling and pooling, forming a complex anatomical diagram of a human heart with seven interconnected chambers. 'The Anchor isn't a place, Caleb. It's a pulse. We have to stop relying on visual navigation and follow the vibration of the ground—the actual life-beat of the source.'</w:t>
      </w:r>
    </w:p>
    <w:p>
      <w:r>
        <w:t>Suddenly, the suffocating silence of the woods was shattered by the sharp, rhythmicthwip-thwip-thwip of suppressed small arms fire, cutting through the dense air like invisible razor blades.</w:t>
      </w:r>
    </w:p>
    <w:p>
      <w:r>
        <w:t>'Contact! Heavy, 10 o'clock high!' Miller roared, simultaneously diving for cover behind a massive, moss-covered granite boulder that provided insufficient protection.</w:t>
      </w:r>
    </w:p>
    <w:p>
      <w:r>
        <w:t>From the shifting, frame-skipping shadows of the trees, figures emerged with terrifying, well-drilled fluidity. They weren't amorphous monsters—not yet. They were highly trained humans in high-end, unmarked tactical gear: the private security forces of the Old Blood families. They wore customized thermal-masking suits that made them all but invisible to Miller's scopes and carried weapons designed specifically to kill 'Sparks'—rifles loaded withCold-Iron Flechettes.</w:t>
      </w:r>
    </w:p>
    <w:p>
      <w:r>
        <w:t>'They aren't here to capture!' Caleb shouted, the silver light of his Guardian Spark erupting into a shimmering, platinum dome as he Braced against a volley of incoming flechettes.</w:t>
      </w:r>
    </w:p>
    <w:p>
      <w:r>
        <w:t>The cold, metallic shards hissed and cracked as they hit his aura, vibrating with a high-pitched frequency specifically meant to destabilize a Guardian's density. Caleb felt each hit as a sharp, agonizing needle driven into his bone marrow. The flechettes were not just projectiles; they were specialized 'Aetheric Sinks,' designed to instantaneously drain the mercury-light from his blood upon impact.</w:t>
      </w:r>
    </w:p>
    <w:p>
      <w:r>
        <w:t>'They're clearing the field for the masters! They're softening us up!' Caleb roared, his boots cracking the ground into spider-web patterns as he dramatically increased his mass and density to hold the shimmering dome. 'Elara, they're targeting the Weaver! Protect the ledger!'</w:t>
      </w:r>
    </w:p>
    <w:p>
      <w:r>
        <w:t>'Silas, the roots! Now!' Elara cried out, her golden sigils burning with a desperate, frantic green-gold light as she fought to maintain her own spatial awareness. 'Decode the memory! Feed the forest the logic ofdefense!'</w:t>
      </w:r>
    </w:p>
    <w:p>
      <w:r>
        <w:t xml:space="preserve">Silas didn't hesitate. His face a mask of strain, he slammed his purple-stained palms into the wet, cold earth, his midnight-black </w:t>
      </w:r>
      <w:r>
        <w:rPr>
          <w:b/>
        </w:rPr>
        <w:t>Chains</w:t>
      </w:r>
      <w:r>
        <w:t xml:space="preserve"> of pure Void-energy snaking down into the root systems and the layer of ancestral spirits like hungry, deep-sea vipers. He didn't command the recently dead; he commanded the memory and the hunger of the wood—the centuries of predatory life cycles stored in the soil.</w:t>
      </w:r>
    </w:p>
    <w:p>
      <w:r>
        <w:t>'AWAKE! SERVE YOUR ANCHOR!' Silas commanded, his voice dropping into the King's Register—a deep, resonating bass that was felt more than heard.</w:t>
      </w:r>
    </w:p>
    <w:p>
      <w:r>
        <w:t>The Green Labyrinth responded with terrifying, frame-skipping violence. The thick, gnarled roots of the ancient oak and the surrounding pines surged out of the ground like wooden krakens, grabbing the ankles and chests of the advancing Old Blood tactical teams and dragging them screaming into the dark undergrowth. The forest began to tighten its internal geometry, thorns and vines lashing out at anything that didn't share the Triad's specific, resonating frequency. The air was instantaneously filled with the screams of the mercenary soldiers and the wet, sickening crunch of wood meeting bone and armoured ceramic.</w:t>
      </w:r>
    </w:p>
    <w:p>
      <w:r/>
      <w:r>
        <w:rPr>
          <w:i/>
        </w:rPr>
        <w:t xml:space="preserve"> </w:t>
      </w:r>
      <w:r>
        <w:t xml:space="preserve"> *</w:t>
      </w:r>
    </w:p>
    <w:p>
      <w:r>
        <w:t>The Ridge Confrontation</w:t>
      </w:r>
    </w:p>
    <w:p>
      <w:r>
        <w:t>In the chaotic, rapidly escalating battle, a single figure appeared on a high, granite ridge above them, silhouetted against the arcing amethyst clouds like a dark idol.</w:t>
      </w:r>
    </w:p>
    <w:p>
      <w:r>
        <w:t>It was a woman of impossible, terrifying elegance, her skin the colour of polished bone or antique ivory, wearing a deep, blood-crimson hunting coat that seemed to absorb all ambient light. She held a long, elegant rifle crafted not of metal, but of white bone and polished silver, its sight focused directly on the clearing. She didn't spare a glance for Miller or the desperate struggle of the soldiers below. Her flat, ancient crimson eyes were locked directly on Elara Vance.</w:t>
      </w:r>
    </w:p>
    <w:p>
      <w:r>
        <w:t>'The Weaver,' the woman's voice carried over the sound of the battle—a melodic, chilling purr that bypassed the ears and settled directly in the marrow of their bones. 'The O.S.I. treats you like a necessary prisoner. The Lich treats you like a key to be broken and used. But my family... the House of Sanguine... we treat you like a legacy. A lineage. Why fight for a wretched, mundane world that only wants to put your power in a cage? Come to the cellar, Elara. We offer a seat at the table of the Ancients.'</w:t>
      </w:r>
    </w:p>
    <w:p>
      <w:r>
        <w:t>'Because the cage is better than your larder!' Elara shouted back, her hands instinctively weaving a golden 'Web' of Static energy to momentarily shield Caleb's rapidly draining flank.</w:t>
      </w:r>
    </w:p>
    <w:p>
      <w:r>
        <w:t>The Vampire—the Countess herself, judging by the coat and the aura—smiled, revealing fangs that shimmered like cut diamonds in the strobe of the violet lightning. 'We shall see how much you value your freedom when the Heart stops beating. Kill the Mundanes. Burn the Triad's support. Bring me the Triad alive. They are the only ones who can stabilise the Fragment once the fool breaks it.'</w:t>
      </w:r>
    </w:p>
    <w:p>
      <w:r/>
      <w:r>
        <w:rPr>
          <w:i/>
        </w:rPr>
        <w:t xml:space="preserve"> </w:t>
      </w:r>
      <w:r>
        <w:t xml:space="preserve"> *</w:t>
      </w:r>
    </w:p>
    <w:p>
      <w:r>
        <w:t>The Pulse of the Void</w:t>
      </w:r>
    </w:p>
    <w:p>
      <w:r>
        <w:t>Suddenly, the ground beneath them didn't just shake; it inverted.</w:t>
      </w:r>
    </w:p>
    <w:p>
      <w:r>
        <w:t>A massive, overwhelming Aetheric pulse erupted from the dead centre of the woods, several kilometers away. It was not a magical explosion, but a wave of pure, white-hot vacuum—an instantaneous absence—that tore through the ambient magical density of the forest, momentarily collapsing the complex geometric defences of the Green Labyrinth.</w:t>
      </w:r>
    </w:p>
    <w:p>
      <w:r>
        <w:t>The pulse hit Caleb like a physical blow, a conceptual shockwave that resonated through his core. His platinum flare flickered, dimmed, and threatened to extinguish completely as he fought a desperate, internal battle to stabilise against the incoming chaos. The tactical teams of the Old Blood, caught exposed in the open, were thrown backward violently, their thermal suits short-circuiting in a spray of white, impotent sparks. The forest itself seemed to recoil in horror; the roots Silas had animated sank back into the earth instantly, scorched and steaming with ambient Aetheric burn.</w:t>
      </w:r>
    </w:p>
    <w:p>
      <w:r>
        <w:t>'The Lich is already here,' Elara choked out, clutching the ledger to her chest, the skin on her arms raising into gooseflesh. The swirling ink diagram of the seven-chambered heart was no longer pulsing—it was tearing, lines of power breaking apart like burnt film dissolving in the light. 'That wasn't the Heart defending itself from us. That was an external, targeted attack on the Anchor! He's trying to unzip the core and unravel the whole containment field!'</w:t>
      </w:r>
    </w:p>
    <w:p>
      <w:r>
        <w:t>The Countess, poised dramatically on the ridge, dropped her elegant rifle. Her expression shifted instantaneously from predatory amusement and entitlement to cold, profound alarm and fury.</w:t>
      </w:r>
    </w:p>
    <w:p>
      <w:r>
        <w:t>'The fool broke the seal prematurely,' she hissed, her voice cutting through the ringing, vacuum-like silence. She pointed a long, white-gloved finger at the Triad. 'Triad or not, you are irrelevant now. Your destiny is a footnote. We must secure the Fragment before it is consumed by the Void.'</w:t>
      </w:r>
    </w:p>
    <w:p>
      <w:r>
        <w:t>With a speed that defied human comprehension, the Countess leaped from the ridge. Instead of hitting the ground, a pair of leathery, midnight-black wings—grotesque, skeletal, and spanning twenty feet—snapped open from her back with a sound like tearing silk. She soared above the canopy, moving not towards the centre of the Lich's massive pulse, but to a different, seemingly less-guarded section of the woods. Her remaining tactical teams, seeing their master abandon the immediate fight, instantly broke formation, sprinting chaotically after her in a desperate, panicked retreat.</w:t>
      </w:r>
    </w:p>
    <w:p>
      <w:r>
        <w:t>'They're running,' Miller muttered, still prone behind the boulder, his rifle raised and useless against a target moving that fast. 'Why retreat? We were winning that engagement.'</w:t>
      </w:r>
    </w:p>
    <w:p>
      <w:r>
        <w:t>'We weren't winning,' Caleb corrected, his silver eyes fixed on the distant, soaring, bat-like figure of the Countess. 'The fight just stopped mattering to her. She said 'Fragment.' Miller, the Heart isn't the final Anchor—it's just a heavily protected piece of something bigger. A shell.'</w:t>
      </w:r>
    </w:p>
    <w:p>
      <w:r>
        <w:t>Silas staggered back to his feet, his skin now more grey and translucent than his usual pallor. 'The Lich is going for the source,' Silas croaked, pointing towards a direction opposite the Vampire's retreat. The air there didn't smell of cedar; it smelled of deep, oppressive age, of dust and cold, dry stone—a smell that had no place in a living, breathing forest. 'He's ripping the true Anchor apart from the inside. If the Fragment is the core, and it falls to the Lich...'</w:t>
      </w:r>
    </w:p>
    <w:p>
      <w:r>
        <w:t>'Then the unbinding of the entire regional ley-line network becomes irreversible,' Elara finished, her face pale with the cold clarity of the prediction. She flipped the Sewall ledger open again, the swirling ink finally coalescing into a single, terrifying, absolute word:CRYPT.</w:t>
      </w:r>
    </w:p>
    <w:p>
      <w:r>
        <w:t>'The map changed,' Miller said, looking over her shoulder, his combat hardened focus wavering. 'That's not a path or a structure; it's a vault. A tomb.'</w:t>
      </w:r>
    </w:p>
    <w:p>
      <w:r>
        <w:t>'It's a holding cell,' Elara confirmed, gripping the book so hard her knuckles were white. 'The first families of the Old Blood didn't just camouflage the Anchor; they tried to contain it entirely. The Heart is only the forest's immense defence mechanism. The true Fragment is buried deep beneath it, in a place designed to starve the Aetheric energy. That pulse we just felt... the Lich just blasted a hole in the containment.'</w:t>
      </w:r>
    </w:p>
    <w:p>
      <w:r>
        <w:t>Caleb stepped forward, the platinum light of his Spark reforming around him, tighter and brighter than before, the pain of the flechettes receding into controlled focus. He looked at Director Miller—not as a son or an operative, but as a superior Guardian.</w:t>
      </w:r>
    </w:p>
    <w:p>
      <w:r>
        <w:t>'Miller, you and your squad fall back immediately,' Caleb commanded, his voice brooking no argument. 'Extract the survivors and secure the transport. This is no longer a sweep-and-contain mission, or even a tactical strike. If you stay, you're just more bodies for the Lich to Hollow. You'll drain our focus.'</w:t>
      </w:r>
    </w:p>
    <w:p>
      <w:r>
        <w:t>Miller opened his mouth, ready to protest the abandonment of command, but Caleb cut him off with a look that was pure, unyielding chrome and silver-edged authority.</w:t>
      </w:r>
    </w:p>
    <w:p>
      <w:r>
        <w:t>'The rules of engagement are gone, Director. We are facing two cosmic entities fighting over a final, critical key. They are no longer focused on us. We move fast, we move quiet, and we go where the geometry is actively breaking. We follow the wound into the Crypt.'</w:t>
      </w:r>
    </w:p>
    <w:p>
      <w:r>
        <w:t>Without waiting for a reply or confirmation, Caleb moved. His tactical boots found immediate, unwavering purchase on the trembling ground, and he sprinted towards the smell of cold stone and ancient, absolute death. Elara and Silas followed, the Triad no longer fighting a siege or a defensive battle, but racing into a collapsing core.</w:t>
      </w:r>
    </w:p>
    <w:p>
      <w:r>
        <w:t>The Green Labyrinth had stopped being a defensive maze; it was now a collapsing tomb, an Aetheric black hole opening up, and the Triad was the only thing moving against the inevitable, accelerating tide of the Void.</w:t>
      </w:r>
    </w:p>
    <w:p>
      <w:pPr>
        <w:pageBreakBefore w:val="1"/>
      </w:pPr>
      <w:r>
        <w:t>CHAPTER FORTY-EIGHT:</w:t>
      </w:r>
    </w:p>
    <w:p>
      <w:r>
        <w:t>The Pulse of the Heart</w:t>
      </w:r>
    </w:p>
    <w:p>
      <w:r>
        <w:t>The Berkshires, MA – The centre of the Green Labyrinth</w:t>
      </w:r>
    </w:p>
    <w:p>
      <w:r>
        <w:t>The centre of the Berkshires wasn't a grove; it was a cathedral of living wood.</w:t>
      </w:r>
    </w:p>
    <w:p>
      <w:r>
        <w:t>In the heart of the shifting labyrinth stood a white-barked oak so massive its canopy seemed to support the bruised, violet sky. Its roots didn't just crawl through the earth; they pulsed with a deep, emerald luminescence that thrummed in time with the triad's shared heartbeat. This was the Forest Anchor—the Heart of the 1692 Shackle. It was weeping a thick, iridescent sap that smelled of ancient growth and raw, unedited creation.</w:t>
      </w:r>
    </w:p>
    <w:p>
      <w:r>
        <w:t>But the sanctity of the grove was being desecrated.</w:t>
      </w:r>
    </w:p>
    <w:p>
      <w:r>
        <w:t>'Brace! Left flank!' Director Miller roared, his Salt-Pulse rifle spitting rhythmic bursts of white light into the treeline.</w:t>
      </w:r>
    </w:p>
    <w:p>
      <w:r>
        <w:t>The Vampire noble in the crimson hunting coat—the woman Miller called the Countess—wasn't hiding anymore. She stood on a raised root, her white-bone rifle braced against her shoulder. Every time she fired, a spike of silver-tipped bone tore through the O.S.I. tactical shields, trailing a wake of freezing, red mist.</w:t>
      </w:r>
    </w:p>
    <w:p>
      <w:r>
        <w:t>'You're late, Director,' the Countess called out, her voice a melodic chill that bypassed the ears and settled in the spine. 'My family has already bled the perimeter. The Heart is open. We don't need the Weaver to unlock it anymore; we only need her to stabilise the harvest.'</w:t>
      </w:r>
    </w:p>
    <w:p>
      <w:r>
        <w:t>'Like hell,' Caleb gritted his teeth. He stepped into the clearing, his silver aura expanding into a blinding platinum dome that caught a volley of bone-shards. The impact made him slide back an inch in the mud, but he didn't buckle. His density was reaching its limit, his mercury-skin glowing with a heat that steamed in the humid air.</w:t>
      </w:r>
    </w:p>
    <w:p>
      <w:r>
        <w:t>'Elara, the tree!' Caleb shouted. 'It's dying!'</w:t>
      </w:r>
    </w:p>
    <w:p>
      <w:r>
        <w:t>Elara looked at the massive oak. Through her gold-tinted vision, the 'Heart' was a disaster. The golden Threads of the original seal were being gnawed on by the Vampires' crimson Aetheric siphons—parasitic devices they had hammered into the white bark. The emerald pulse was slowing, turning a sickly, necrotic violet.</w:t>
      </w:r>
    </w:p>
    <w:p>
      <w:r>
        <w:t>'They're draining the life-force to power their own bloodlines,' Elara realised, her golden sigils flaring with a frantic heat. 'If they take it all, the forest won't just die—it will collapse into the Void, and take the triad with it!'</w:t>
      </w:r>
    </w:p>
    <w:p>
      <w:r>
        <w:t>She lunged for the tree, her hands reaching for the siphons, but a sudden, high-pitched screeching erupted from the O.S.I. tactical headsets.</w:t>
      </w:r>
    </w:p>
    <w:p>
      <w:r>
        <w:t>'Miller! My HUD is going white!' one of the soldiers screamed, clutching his helmet.</w:t>
      </w:r>
    </w:p>
    <w:p>
      <w:r>
        <w:t>'The frequency!' Sarah Chen's voice crackled over the comms, distorted by a surge of pure, rhythmic Static. 'Director, the Lich! He's found the back-door through the Aegis-7's uplink! He's not hacking the computers—he's hacking thegear!'</w:t>
      </w:r>
    </w:p>
    <w:p>
      <w:r>
        <w:t>Director Miller froze, his eyes widening as he looked at his men. The tactical visors of the O.S.I. squad didn't just flicker; they turned a solid, terrifying violet.</w:t>
      </w:r>
    </w:p>
    <w:p>
      <w:r>
        <w:t>'The... King... speaks... through... the... wire...'</w:t>
      </w:r>
    </w:p>
    <w:p>
      <w:r>
        <w:t>The voice came from the soldiers' own comms-units, but it wasn't human. It was the dry, grinding resonance of the Lich.</w:t>
      </w:r>
    </w:p>
    <w:p>
      <w:r>
        <w:t>In a horrific display of 'Digital Hollowing,' the tactical agents stopped fighting the Vampires. They stood perfectly still, their bodies jerking in frame-skipping motions as the Lich's consciousness poured through their neural-link headsets. Their skin turned a translucent, greyish hue, and their eyes, visible behind the visors, became twin pits of violet static.</w:t>
      </w:r>
    </w:p>
    <w:p>
      <w:r>
        <w:t>'No,' Miller whispered, his rifle slipping from his grip. 'Not them.'</w:t>
      </w:r>
    </w:p>
    <w:p>
      <w:r>
        <w:t>'Miller, get down!' Silas roared.</w:t>
      </w:r>
    </w:p>
    <w:p>
      <w:r>
        <w:t>The Hollowed O.S.I. soldiers turned their Salt-Pulse rifles on the triad. The very weapons designed to save them were now being wielded by the King of Shadows.</w:t>
      </w:r>
    </w:p>
    <w:p>
      <w:r>
        <w:t>The Lich spoke again, his voice emerging from every speaker in the clearing, including the Countess's own bone-radio.'The blood is old. The salt is weak. But the technology... the technology is a perfect bridge.'</w:t>
      </w:r>
    </w:p>
    <w:p>
      <w:r>
        <w:t>The Countess's smile vanished. She realised too late that the Lich didn't want the Heart for himself; he wanted to turn the entire global O.S.I. network into his personal army. She raised her bone-rifle to fire at the Hollowed soldiers, but the forest itself—now under the Lich's corrupted influence—lashed out. Thorny vines erupted from the earth, wrapping around her legs and pulling her towards the necrotic roots of the tree.</w:t>
      </w:r>
    </w:p>
    <w:p>
      <w:r>
        <w:t>'The Triad Circuit!' Elara screamed, reaching for Caleb and Silas. 'We have to ground the network!'</w:t>
      </w:r>
    </w:p>
    <w:p>
      <w:r>
        <w:t>They slammed their hands together. The connection was a violent, prismatic explosion.</w:t>
      </w:r>
    </w:p>
    <w:p>
      <w:r>
        <w:t>Elara became the Processor. She didn't just see the Static; she saw the digital code the Lich was using. She reached into the Aetheric network, her golden Threads clashing with his violet corruption. She wasn't fighting a ghost; she was fighting a virus.</w:t>
      </w:r>
    </w:p>
    <w:p>
      <w:r>
        <w:t>'Caleb, hold the physical line!' Elara commanded.</w:t>
      </w:r>
    </w:p>
    <w:p>
      <w:r>
        <w:t>Caleb Braced against the barrage of salt-fire from the Hollowed soldiers. Every shot that hit his platinum shield felt like a sledgehammer, but he funneled the kinetic energy through the circuit to Silas.</w:t>
      </w:r>
    </w:p>
    <w:p>
      <w:r>
        <w:t xml:space="preserve">Silas, his purple-stained hands buried in the mud, took that energy and turned it into Silence. He didn't just anchor the dead; he anchored the signal. He reached for the </w:t>
      </w:r>
      <w:r>
        <w:rPr>
          <w:b/>
        </w:rPr>
        <w:t>Threads</w:t>
      </w:r>
      <w:r>
        <w:t xml:space="preserve"> connecting the Lich to the soldiers' gear and began to snip them with midnight-black </w:t>
      </w:r>
      <w:r>
        <w:rPr>
          <w:b/>
        </w:rPr>
        <w:t>Chains</w:t>
      </w:r>
      <w:r>
        <w:t xml:space="preserve"> of necromantic interference.</w:t>
      </w:r>
    </w:p>
    <w:p>
      <w:r>
        <w:t>'Miller, the fail-safe!' Elara shouted, her eyes bleeding gold light. 'The Kinetic Shackle protocols in your vest! We can use them to override the uplink!'</w:t>
      </w:r>
    </w:p>
    <w:p>
      <w:r>
        <w:t>Director Miller looked at the injector in his hand—the same device he had intended to use to siphon the triad. It was a 'Mundane' anchor, a piece of tech that could reset a frequency. He looked at Caleb, his son, who was trembling under the weight of the barrage.</w:t>
      </w:r>
    </w:p>
    <w:p>
      <w:r>
        <w:t>Miller didn't use the injector on the triad. He slammed it into the central server unit of his own tactical rig.</w:t>
      </w:r>
    </w:p>
    <w:p>
      <w:r>
        <w:t>'Resetting the frequency!' Miller roared.</w:t>
      </w:r>
    </w:p>
    <w:p>
      <w:r>
        <w:t>A wave of pure, white 'Null-Static' erupted from Miller's rig, clashing with the Lich's violet signal. For a heartbeat, the two powers wrestled—modern science and ancient shadow.</w:t>
      </w:r>
    </w:p>
    <w:p>
      <w:r>
        <w:t>The Hollowed soldiers collapsed, the violet light in their visors extinguishing. The Lich's voice was cut off mid-sentence, replaced by the natural, terrifying scream of the forest.</w:t>
      </w:r>
    </w:p>
    <w:p>
      <w:r>
        <w:t>But the Countess was free. She lunged for the Heart, her bone-dagger aimed at the centre of the tree's pulse. 'If I cannot have the immortality,' she hissed, 'then none of you shall have the world!'</w:t>
      </w:r>
    </w:p>
    <w:p>
      <w:r>
        <w:t>'NO!' Caleb broke the circuit, lunging forward with his silver-weighted baton.</w:t>
      </w:r>
    </w:p>
    <w:p>
      <w:r>
        <w:t>He struck the Countess mid-air, the impact sending a shockwave of silver and crimson light through the clearing. The Vampire was thrown back into the thorns, but the Heart... the Heart had stopped beating.</w:t>
      </w:r>
    </w:p>
    <w:p>
      <w:r>
        <w:t>The emerald light in the roots flickered once and went dark.</w:t>
      </w:r>
    </w:p>
    <w:p>
      <w:r>
        <w:t>The 'Green Labyrinth' began to dissolve. The trees didn't just shift; they began to turn into grey ash, the In-Between reclaiming the geometry of the forest as the Anchor failed.</w:t>
      </w:r>
    </w:p>
    <w:p>
      <w:r>
        <w:t>'We have to go!' Miller shouted, grabbing the unconscious Rook and dragging him towards the transport. 'The whole region is collapsing!'</w:t>
      </w:r>
    </w:p>
    <w:p>
      <w:r>
        <w:t>As they scrambled back into the Aegis-7, Elara looked back at the white oak. The tree was a skeleton now, a monument to a debt that was no longer being paid.</w:t>
      </w:r>
    </w:p>
    <w:p>
      <w:r>
        <w:t>The triad sat in the back of the transport as the ramp closed, their hands still trembling from the resonance. They had saved the Heart from the Vampires, but the Lich had won a much bigger prize. He knew their frequency now. And he knew that the O.S.I.'s technology was the very door he had been looking for.</w:t>
      </w:r>
    </w:p>
    <w:p>
      <w:r>
        <w:t>'Miller,' Caleb said, his voice a low, heavy rasp. 'What's the next anchor?'</w:t>
      </w:r>
    </w:p>
    <w:p>
      <w:r>
        <w:t>Miller didn't look up from his monitors. His hands were shaking. 'The Iron Anchor. Pittsburgh. The industrial ley-lines.'</w:t>
      </w:r>
    </w:p>
    <w:p>
      <w:r>
        <w:t>He looked at the three of them. 'But we aren't going there yet. We're going to the one place the Lich can't reach.'</w:t>
      </w:r>
    </w:p>
    <w:p>
      <w:r>
        <w:t>'Where?' Elara asked.</w:t>
      </w:r>
    </w:p>
    <w:p>
      <w:r>
        <w:t>'The Void-Vault,' Miller said. 'Under the Smithsonian. It's time you saw what the Seven really left behind.'</w:t>
      </w:r>
    </w:p>
    <w:p>
      <w:r/>
      <w:r>
        <w:rPr>
          <w:i/>
        </w:rPr>
        <w:t xml:space="preserve"> </w:t>
      </w:r>
      <w:r>
        <w:t xml:space="preserve"> *</w:t>
      </w:r>
    </w:p>
    <w:p>
      <w:r>
        <w:t>The Aftermath</w:t>
      </w:r>
    </w:p>
    <w:p>
      <w:r>
        <w:t>The silence inside the Aegis-7 transport was a screaming vacuum, louder than the earlier barrage of gunfire and Static. The air still smelled faintly of ozone, burnt salt, and the sweet, decaying scent of the dying forest.</w:t>
      </w:r>
    </w:p>
    <w:p>
      <w:r>
        <w:t>Caleb sat hunched, his knuckles white against his knees, the mercury-skin on his arms slowly receding beneath his tactical gear. He was physically fine, but the feeling of the Lich—the cold, digital violation—still clung to him like a phantom chill. He looked at Silas, who was methodically wiping mud from his necromantic chains, his face unreadable.</w:t>
      </w:r>
    </w:p>
    <w:p>
      <w:r>
        <w:t>'He didn't just hack the comms, Silas,' Caleb said, his voice barely above a whisper. 'He was in them. I could feel him in the shield, tasting the kinetic charge.'</w:t>
      </w:r>
    </w:p>
    <w:p>
      <w:r>
        <w:t>Silas finally looked up, his purple eyes stark against his grime-streaked face. 'The King of Shadows is a collector. He doesn't want just the Triad; he wants all the tools that hold the world together. The old magics and the new.' He gestured to the unconscious O.S.I. agent, Rook, who was strapped into a medical bench, a breathing mask covering his face. 'Rook's a good soldier. But for a minute there, he was nothing but a wire for that thing.'</w:t>
      </w:r>
    </w:p>
    <w:p>
      <w:r>
        <w:t>Elara leaned forward from the copilot's seat, her golden eyes focused on the screen of a stripped-down O.S.I. diagnostics unit. 'The Lich left a signature. A rhythmic, patterned interference. It wasn't random Static; it was a code. He used the Aegis-7's own frequency-hopping algorithm against us. It's a blueprint for a global attack.'</w:t>
      </w:r>
    </w:p>
    <w:p>
      <w:r>
        <w:t>She slammed her fist lightly on the dashboard. 'We saved the forest, but the trade-off was catastrophic. He now owns the backbone of global communication, or at least the knowledge of how to seize it. We just handed him the keys to the kingdom's network.'</w:t>
      </w:r>
    </w:p>
    <w:p>
      <w:r/>
      <w:r>
        <w:rPr>
          <w:i/>
        </w:rPr>
        <w:t xml:space="preserve"> </w:t>
      </w:r>
      <w:r>
        <w:t xml:space="preserve"> *</w:t>
      </w:r>
    </w:p>
    <w:p>
      <w:r>
        <w:t>Director Miller's Burden</w:t>
      </w:r>
    </w:p>
    <w:p>
      <w:r>
        <w:t>Director Miller was in the pilot's seat, his back rigid. He wasn't flying; the transport was on autopilot, carving a sonic path eastward. He hadn't spoken since he slammed the injector into his rig. He looked older, the lines around his mouth etched deep with fatigue and self-reproach.</w:t>
      </w:r>
    </w:p>
    <w:p>
      <w:r>
        <w:t>'The Kinetic Shackle protocol,' Miller finally said, his voice flat. 'It was designed to cut the link between the Triad and the Anchor—a contingency in case you went rogue.' He finally turned, looking directly at Caleb. 'I built it to stopyou. I was going to use it to ground your power and pull the three of you in for study.'</w:t>
      </w:r>
    </w:p>
    <w:p>
      <w:r>
        <w:t>Caleb felt a cold knot form in his stomach. 'But you used it to save us.'</w:t>
      </w:r>
    </w:p>
    <w:p>
      <w:r>
        <w:t>'I used it to save the world, son,' Miller corrected, a raw intensity in his gaze. 'The Lich's network control would have turned every tactical unit, every defence satellite, every drone, into a weapon against humanity. A million Hollowed Men in less than an hour. I reset the frequency, but that protocol is a one-time use. It's burned out.'</w:t>
      </w:r>
    </w:p>
    <w:p>
      <w:r>
        <w:t>He pulled a physical map out of a compartment—a faded, parchment-like blueprint of the United States overlaid with glowing sigils and ley-lines.</w:t>
      </w:r>
    </w:p>
    <w:p>
      <w:r>
        <w:t>'The Shackle is broken. The Green Anchor is dust. Three down, four to go.' Miller stabbed a finger onto the paper, pointing to a central, glowing node. 'The Iron Anchor—Pittsburgh—that's the next logical target for the Vampires. It controls the industrial output and the resource flow. But the Lich's actions change everything.'</w:t>
      </w:r>
    </w:p>
    <w:p>
      <w:r>
        <w:t>He traced a line from Pittsburgh, past Washington D.C., to a small, unassuming circle just off the Potomac.</w:t>
      </w:r>
    </w:p>
    <w:p>
      <w:r>
        <w:t>'He can still tap into the grid, even if the primary O.S.I. network is temporarily offline. We need to go dark. We need to disappear into a place of true analog Silence.'</w:t>
      </w:r>
    </w:p>
    <w:p>
      <w:r/>
      <w:r>
        <w:rPr>
          <w:i/>
        </w:rPr>
        <w:t xml:space="preserve"> </w:t>
      </w:r>
      <w:r>
        <w:t xml:space="preserve"> *</w:t>
      </w:r>
    </w:p>
    <w:p>
      <w:r>
        <w:t>The Void-Vault</w:t>
      </w:r>
    </w:p>
    <w:p>
      <w:r>
        <w:t>'The Smithsonian?' Elara questioned, scepticism colouring her tone. 'That's hardly silent. It's packed with tourists and security.'</w:t>
      </w:r>
    </w:p>
    <w:p>
      <w:r>
        <w:t>Miller shook his head. 'The Museum of Natural History is a front. Beneath it is a deep-earth installation built during the Cold War. The Void-Vault. The Seven used it as their final staging ground before they broke the original binding in 1692.'</w:t>
      </w:r>
    </w:p>
    <w:p>
      <w:r>
        <w:t>'What's down there?' Silas asked, wiping his chains clean with almost ceremonial focus.</w:t>
      </w:r>
    </w:p>
    <w:p>
      <w:r>
        <w:t>'The relics. The raw data. What the founders couldn't bear to destroy but couldn't let fall into the wrong hands,' Miller explained. 'The Void-Vault is shielded by a temporal stasis field; it literally exists a microsecond outside the current moment. No digital signal can pass through the barrier. It's the one place the Lich's wire-god can't reach.'</w:t>
      </w:r>
    </w:p>
    <w:p>
      <w:r>
        <w:t>He fixed the Triad with a heavy, unyielding stare.</w:t>
      </w:r>
    </w:p>
    <w:p>
      <w:r>
        <w:t>'We are going there to do two things. First, we hide. Second, we find out what the Seven—your ancestors—really intended for the world. We need to know what the ultimate fail-safe for the binding is. Because if the Lich gets to the remaining Anchors, a simple reset won't stop him. We'll need an unbinding protocol.'</w:t>
      </w:r>
    </w:p>
    <w:p>
      <w:r>
        <w:t>The transport roared on through the violet-streaked night, leaving the dying Berkshires behind. The Triad looked at the flickering map, understanding that the game had shifted. They were no longer fighting to preserve a cage; they were fighting to prevent a coronation. The Lich was no longer a ghost in the machine; he was the King of the Wires, and he was coming for the rest of the world.</w:t>
      </w:r>
    </w:p>
    <w:p>
      <w:pPr>
        <w:pageBreakBefore w:val="1"/>
      </w:pPr>
      <w:r>
        <w:t>CHAPTER FORTY-NINE</w:t>
      </w:r>
    </w:p>
    <w:p>
      <w:pPr>
        <w:pageBreakBefore w:val="1"/>
      </w:pPr>
      <w:r>
        <w:t>CHAPTER FORTY-NINE: The Static Horizon</w:t>
      </w:r>
    </w:p>
    <w:p>
      <w:r>
        <w:t>September 26, 2025 – 05:30 AM</w:t>
      </w:r>
    </w:p>
    <w:p>
      <w:r>
        <w:t>In Transit – The 'Black Rook' Aegis-7 Transport (Alt: 2,000 ft)</w:t>
      </w:r>
    </w:p>
    <w:p>
      <w:r>
        <w:t>The interior of the Black Rook was not merely a pressurized hold; it was a pressurized tomb of cooling, specialized industrial hardware, its aluminium frame humming with the residual Static of their recent, catastrophic engagement. Every joint and weld seemed to echo the unvoiced grief of its passengers. The Aegis-7, designed for rapid exfiltration from high-Aetheric density zones, was currently pushing its limits in a sky that was rapidly becoming an alien medium.</w:t>
      </w:r>
    </w:p>
    <w:p>
      <w:r>
        <w:t>As the transport cleared the final, fractured Berkshire ridge, the sound of the engines underwent a profound, disturbing transformation. It was no longer the confident, healthy, mechanical roar of a jet turbine fighting against air resistance; it was a strained, rhythmic, almost panicked whine. This sound struggled visibly against the increasing Aetheric density of the atmosphere, which was now thick and viscous, pulling at the hull like treacle. Inside the hold, the air was heavy, almost suffocating, with the clean, sharp scent of ozone—the electrical fallout of reality's degradation—mingling with the metallic, bitter tang of Caleb Miller's silver-mercury sweat. The Guardian's internal regulators were running red-hot, leaking trace elements into the cabin.</w:t>
      </w:r>
    </w:p>
    <w:p>
      <w:r>
        <w:t>Elara Vance sat rigidly in the copilot's seat, her forehead pressed hard against the reinforced, lead-glass viewport. Her focus was not on the blurring sky or the fading horizon. She was staring directly into the phenomenon they had begun to call the Packet-Loss.</w:t>
      </w:r>
    </w:p>
    <w:p>
      <w:r/>
      <w:r>
        <w:rPr>
          <w:i/>
        </w:rPr>
        <w:t>Observation 172:</w:t>
      </w:r>
      <w:r>
        <w:t xml:space="preserve"> Elara whispered, the resonance of her voice sounding eerily triple-toned as it resonated through the hyper-charged air. Her golden sigils, normally blazing with the light of the Weaver archetype, were dim, flickering in a slow, exhausted three-beat pulse — the residual rhythm of the Triad's failing synchronisation.</w:t>
      </w:r>
    </w:p>
    <w:p>
      <w:r/>
      <w:r>
        <w:rPr>
          <w:i/>
        </w:rPr>
        <w:t>The destruction of the Heart Anchor hasn't just released the energy; it has fundamentally deleted the local textures. The forest isn't burning in a fire. It's... it's de-rezzing.</w:t>
      </w:r>
      <w:r/>
    </w:p>
    <w:p>
      <w:r>
        <w:t>Behind her, the sprawling expanse of the Berkshires was not merely receding; it was vanishing. In the specialized rearview monitors—tuned to visualize the collapsing Ley-Net—the once-lush green mountains were being silently and systematically overwritten by an ashen, rolling tide of non-existence. This phenomenon, which the Office of Static Integrity (O.S.I.) grimly designated the Grey Zone, looked exactly like a corrupted image file. It was a place where the physical laws governing the trees, the granite rocks, the water, and the very air were no longer being 'rendered' by the operating system of the Mundane world.</w:t>
      </w:r>
    </w:p>
    <w:p>
      <w:r>
        <w:t>'The resolution is hitting zero,' Elara muttered, her powerful Weaver Mind automatically and clinically logging the catastrophic data stream. This detached process was the only thing keeping the deeper current of visceral panic at bay. 'The Lich didn't just break the seal. He unzipped the directory structure of existence itself.'</w:t>
      </w:r>
    </w:p>
    <w:p>
      <w:r>
        <w:t>In the rear of the hold, Caleb Miller was a grim, potent study in physical exhaustion. His massive frame, normally radiating kinetic energy, lay prone on the reinforced medical bench. His chest rose and fell in shallow, jagged hitches, each breath a struggle against the atmospheric pressure. The mercury-light beneath his skin, the signature of his Anchor-state, was a dull, tarnished grey—the exact, dead colour of wet lead. Beside him, Agent Sarah Chen, a field medic whose face was a mask of focused stress, was frantically swapping out the 'Salt-Filters' on Specialist Rook's specialized breathing apparatus.</w:t>
      </w:r>
    </w:p>
    <w:p>
      <w:r>
        <w:t>Rook remained deeply unconscious, his body shielded by the Guardian's natural hardiness. His extensive silver-inked tattoos, usually static, were pulsing with a frantic, erratic strobe light show—a clear, alarming sign that his 'Body' archetype was fighting desperately to repair the profound systemic damage the Lich's 'Digital Hollowing' attack had inflicted on his nervous system.</w:t>
      </w:r>
    </w:p>
    <w:p>
      <w:r>
        <w:t>'He's lucky he's a Guardian,' Chen whispered, her fingers trembling slightly as she adjusted the HUD on her diagnostic tablet, which was displaying a cascade of crimson warning signs. 'A Mundane would have had their brain-stem instantly liquefied by that much ambient violet Static. Caleb, you need to stay in the 'Brace.' If you drop your density now, the Aetheric Fever will reclaim the cabin and Rook will flatline.'</w:t>
      </w:r>
    </w:p>
    <w:p>
      <w:r>
        <w:t>'I'm... holding,' Caleb rasped back, his voice a low-frequency rumble that didn't just speak, but made the steel floorboards and his own bones vibrate. He shifted his tired eyes to Silas, who was sitting hunched in the corner, his knees pulled up tightly to his chest, the picture of introverted agony.</w:t>
      </w:r>
    </w:p>
    <w:p>
      <w:r>
        <w:t xml:space="preserve">Silas Thorne was arguably the most changed of the three. The catastrophic feedback loop he had been forced into had left its indelible mark. His skin was now a permanent, translucent ash-grey, and the sickly purple staining of the encroaching Static had advanced, creeping up from his hands past his wrists, and now touching his collarbone. He wasn't looking at the cabin's internal layout; he was staring unnervingly into the complex </w:t>
      </w:r>
      <w:r>
        <w:rPr>
          <w:b/>
        </w:rPr>
        <w:t>Threads</w:t>
      </w:r>
      <w:r>
        <w:t xml:space="preserve"> of the transport's essential wiring, reading the data-flow like an open manuscript.</w:t>
      </w:r>
    </w:p>
    <w:p>
      <w:r>
        <w:t>'He's still there,' Silas said, his voice a dry, papery whisper, drained of all inflection. 'The Lich. He didn't just hack the soldiers' gear and their comms, Caleb. He's in the 'Black Rook's' flight computer. He's not flying the plane, but he's hitching a silent ride on the master encryption keys, monitoring every action.'</w:t>
      </w:r>
    </w:p>
    <w:p>
      <w:r>
        <w:t>'Director!' Elara shouted towards the shielded cockpit, her voice cutting through the mechanical whine. 'Silas says the hostile signal is active! He's using our platform!'</w:t>
      </w:r>
    </w:p>
    <w:p>
      <w:r>
        <w:t>Director Miller didn't turn around. He sat in the pilot's chair, his back a rigid, unyielding line of iron-grey discipline and monumental responsibility. He had just lost his entire tactical squad—highly trained men he had personally overseen and trained for a decade—to the Lich's insidious digital virus. He had been forced to execute the 'Hard Reset' protocol, effectively killing the men to save the mission and prevent a cascade failure.</w:t>
      </w:r>
    </w:p>
    <w:p>
      <w:r>
        <w:t>'I know, Ms. Vance,' Miller said, his voice utterly flat and hollowed out by grief and necessity. 'I've already cut the digital uplink. We're flying completely dark, on analog gyroscopes and manual throttle alone. The O.S.I. network is... it's a graveyard right now. Every 'Men in Grey' station from Boston to D.C. is currently experiencing a total systems-overwrite, a complete rewrite of their fundamental operational code.'</w:t>
      </w:r>
    </w:p>
    <w:p>
      <w:r>
        <w:t>Miller finally turned his head, and for the first time, the Triad saw the full, terrifying weight of the 'Acceptable Legacy Cost' in his own eyes. He looked profoundly older, his face a sudden map of self-reproach, existential terror, and a deep, ancestral fear of failure.</w:t>
      </w:r>
    </w:p>
    <w:p>
      <w:r>
        <w:t>'He's not just a ghost in the machine anymore,' Miller said, looking pointedly at the Triad—the Weaver, the Guardian, and the Anchor. 'He's achieved the status of aSystem Administrator. He used your combined Resonance at the Heart to gain a complete, granular map of the global Ley-Net. Right now, he's probably rewriting the GPS coordinates for every nuclear silo on the planet, not with hostile targets, but with indecipherable 17th-century ciphers, just to watch the world scramble.'</w:t>
      </w:r>
    </w:p>
    <w:p>
      <w:r>
        <w:t>The sheer, monumental weight of the statement settled over the cabin like a leaden shroud. Their 'Difficult Partnership,' born of reluctant tactical necessity, had moved far beyond a mere covert operation. They were now the only three uncompromised nodes in a global network that had been fundamentally taken over by a digital god.</w:t>
      </w:r>
    </w:p>
    <w:p>
      <w:r/>
      <w:r>
        <w:rPr>
          <w:i/>
        </w:rPr>
        <w:t xml:space="preserve"> </w:t>
      </w:r>
      <w:r>
        <w:t xml:space="preserve"> *</w:t>
      </w:r>
    </w:p>
    <w:p>
      <w:r>
        <w:t>08:15 AM — Crossing the Hudson River</w:t>
      </w:r>
    </w:p>
    <w:p>
      <w:r>
        <w:t>The sun began its ascent as they crossed into New York airspace, but it was not a beacon of hope. It was a bruised, sickly yellow light that felt less like morning and more like a celestial warning. The sky over Manhattan was a swirling, malevolent vortex of amethyst clouds and violent electrical activity. Down below, the Statue of Liberty was not just standing; she was glowing with a frantic, pulsing, white-hot Aetheric charge. She was a natural 'Salt-Seal,' a massive energy shunt, fighting a desperate, losing battle against the rising tide of the Drowned Static.</w:t>
      </w:r>
    </w:p>
    <w:p>
      <w:r>
        <w:t>'We're entering the 'High-Voltage' corridor,' Elara reported, her golden eyes reflecting the violet, chaotic storm outside. The Weaver's internal systems were screaming. 'The D.C. signal is pulsing. It's... it's fundamentally different from the others, Silas. It's not a lens or a tree or a natural convergence. It's a rhythmic, deep, mechanical hum.'</w:t>
      </w:r>
    </w:p>
    <w:p>
      <w:r>
        <w:t>'The Smithsonian Vault,' Miller noted, his hands tight and white-knuckled on the manual yoke, steering the Black Rook through terrifying turbulence. 'It was built by the 'Architects'—the Masonic branch of the original 1692 Council. They didn't trust the O.S.I.'s biological containment system—the Triad itself. They wanted to build a cold, fail-safe machine that could 'Ground' the world's Static without relying on living, fallible keys. They called it the Siphon.'</w:t>
      </w:r>
    </w:p>
    <w:p>
      <w:r>
        <w:t>'And did it work?' Silas asked, his eyes still locked on the wiring.</w:t>
      </w:r>
    </w:p>
    <w:p>
      <w:r>
        <w:t>'It worked for three centuries,' Miller replied, his voice laced with the historical irony of their current situation. 'But the Siphon requires a specific, bio-resonant frequency to stay stable. The Seventh Anchor. It's the 'Root Access' to the entire Shackle system. If the Lich gets to it, he won't just unbind the world from its laws. He'll delete it. The system will purge itself of all data.'</w:t>
      </w:r>
    </w:p>
    <w:p>
      <w:r>
        <w:t>Elara looked down at her palms. The golden sigils were shifting again, the intricate, luminous lines lengthening and reforming into the complex geometric patterns she had first seen drawn in the Smithsonian floor-plans within the classified Kinetic Shackle files. The realization hit her with the cold, sharp clarity of a prophecy fulfilled.</w:t>
      </w:r>
    </w:p>
    <w:p>
      <w:r>
        <w:t>'We're the only ones who can open the seal,' Elara realised, her voice sounding triple-toned with a sudden, sharp, terrible authority. 'That's why you built us, isn't it, Miller? Not to save the world, not to be heroes. But to act as the expendable keys for the Vault.'</w:t>
      </w:r>
    </w:p>
    <w:p>
      <w:r>
        <w:t>Miller didn't answer immediately. He looked at the holographic topographic map of the Potomac below, where a single, deep-violet, unnervingly steady dot was pulsing right under the National Mall.</w:t>
      </w:r>
    </w:p>
    <w:p>
      <w:r>
        <w:t>'I didn't build you, Elara,' Miller finally said, his voice barely audible over the strained hum of the engines, heavy with the weight of generations of O.S.I. secrecy. 'I just inherited the debt. But yes. Without you, the Vault stays locked, the Seventh Anchor inaccessible. And if the Vault stays locked, the Lich eventually finds a way to pick the lock with a thousand years of accumulated Static. We have to reach the Seventh Anchor and engage the Siphon before he realises the Smithsonian is the only 'Null-Zone' left on the planet.'</w:t>
      </w:r>
    </w:p>
    <w:p>
      <w:r>
        <w:t>The Black Rook banked sharply towards the south, carving a desperate, matte-black path through the violet-streaked morning. In the back of the hold, the Triad closed the loop. Elara reached across the narrow space and grabbed Caleb's silver-threaded arm, the contact sending a stabilising jolt through her. Caleb, in turn, reached for Silas's fragile, purple-stained hand.</w:t>
      </w:r>
    </w:p>
    <w:p>
      <w:r>
        <w:t>The Shared Static hummed between them—a steady, rhythmic three-beat pulse that wasn't a weapon but a localised firewall, a bubble of integrity against the Lich's overwhelming digital signal. They were no longer mere fugitives, failed iterations, or expendable assets. They were a weaponized frequency, a singular key, heading towards the heart of the collapsing machine.</w:t>
      </w:r>
    </w:p>
    <w:p>
      <w:r/>
      <w:r>
        <w:rPr>
          <w:i/>
        </w:rPr>
        <w:t>Observation 174:</w:t>
      </w:r>
      <w:r>
        <w:t xml:space="preserve"> Elara mentally logged, the towers of D.C. becoming grimly visible on the near horizon.</w:t>
      </w:r>
    </w:p>
    <w:p>
      <w:r/>
      <w:r>
        <w:rPr>
          <w:i/>
        </w:rPr>
        <w:t>The Descent is reaching its final depth. The Librarian is about to enter the Restricted Section.</w:t>
      </w:r>
      <w:r/>
    </w:p>
    <w:p>
      <w:r>
        <w:t>The transport accelerated, a streak of matte-black shadow cutting violently through the amethyst sky, heading towards the final, desperate move at the end of history.</w:t>
      </w:r>
    </w:p>
    <w:p>
      <w:pPr>
        <w:pageBreakBefore w:val="1"/>
      </w:pPr>
      <w:r>
        <w:t>CHAPTER FIFTY:</w:t>
      </w:r>
    </w:p>
    <w:p>
      <w:pPr>
        <w:pageBreakBefore w:val="1"/>
      </w:pPr>
      <w:r>
        <w:t>CHAPTER FIFTY: The Grey Zone</w:t>
      </w:r>
    </w:p>
    <w:p>
      <w:r>
        <w:t>September 26, 2025 – 10:45 AM</w:t>
      </w:r>
    </w:p>
    <w:p>
      <w:r>
        <w:t>Interstate 95 South – The Perimeter of the Capital</w:t>
      </w:r>
    </w:p>
    <w:p>
      <w:r>
        <w:t>The world behind the Black Rook was no longer being rendered; it had become a casualty of a metaphysical stroke.</w:t>
      </w:r>
    </w:p>
    <w:p>
      <w:r>
        <w:t>As the Aegis-7 transport roared south, its armoured bulk a defiant streak against a dissolving landscape, the rearview cameras displayed a terrifying horizon. It was a horizon drained of all texture, a canvas scrubbed clean of life. The Grey Zone was spreading from the wreckage of the Berkshires—a silent, ashen tide of non-existence that followed the catastrophic failure of the Heart Anchor. Where ancient hemlocks, granite outcroppings, and rolling hills had stood only hours ago, there was now only a static-filled haze, a region where reality had simply encountered a 'Division by Zero' error and ceased to compute. It was the colour of old television snow, vast and swallowing.</w:t>
      </w:r>
    </w:p>
    <w:p>
      <w:r>
        <w:t>'The sensor arrays are hitting a wall of nothing, Director,' Agent Sarah Chen whispered, her voice tight with disbelief, her face pale in the reflected glow of the tactical monitors. The screens showed spectral lines terminating abruptly in the void. 'The GPS satellites are still pinging, still locating the spot where the forestshouldbe, but the ground they're looking at... it doesn't match the topographic maps anymore. It's like a corrupted save file, Director. The world is deleting its own history to save space and resources that no longer exist.'</w:t>
      </w:r>
    </w:p>
    <w:p>
      <w:r>
        <w:t>'Keep us on the road, Sarah,' Director Arthur Miller commanded, his voice sounding hollow, like a recording played in an empty, reverberating room. He sat in the commander's chair, a figure of stoic, ruined authority, his hands gripping the armrests until the reinforced leather groaned a protest. He had lost his entire tactical team, his ancestral Sanctuary, and the weight of his family's three-century-old secret had finally crushed him. Now, he was just a man in a black box, a moving target running towards a hidden basement in D.C., his desperation masked only by routine.</w:t>
      </w:r>
    </w:p>
    <w:p>
      <w:r>
        <w:t>In the back of the hold, the Triad sat in a tight, silent triangle. The Shared Static—the symbiotic conduit of their joined power—was a visibly shimmering, prismatic field now, a dangerous corona of silver, gold, and violet energy that pulsed between them in a regular, low sixty-hertz rhythm. It was a shared heartbeat, and it was screaming.</w:t>
      </w:r>
    </w:p>
    <w:p>
      <w:r>
        <w:t>'I can feel the Berkshires screaming,' Silas Thorne said, his voice a low thrum of pain. He had his eyes closed, his purple-stained hands resting on his knees, channeling the psychic shockwave. 'The Threads didn't just break; they were erased. Every ghost, every memory, every sliver of the In-Between that was tied to those woods is... gone. Not dead. Just deleted from the directory. The library burned down, and the card catalog was shredded.'</w:t>
      </w:r>
    </w:p>
    <w:p>
      <w:r>
        <w:t>'It's the Void,' Elara Vance confirmed, her hand resting protectively on the Sewall ledger. The ancient book was warmer now, almost feverish, the ink on the pages glowing with a frantic, pulsing gold light that perfectly matched the sigils etched into the delicate skin of her palms. 'The Heart Anchor was the regulator, the dam. Without it, the In-Between is folding in on itself, sucking the real world into the void on the other side. We didn't save the forest, Caleb. We just watched it de-res into the dark.'</w:t>
      </w:r>
    </w:p>
    <w:p>
      <w:r>
        <w:t>Caleb Miller, the third point of the triangle, didn't look up. His mercury-skin was a dull, tarnished grey—the colour of oxidized lead—reflecting the sheer spiritual exhaustion in his core. He was staring intensely at the steel floorboards, his boots having left deep, permanent indents in the plating from his earlier 'Brace.' 'We saved Miller. We saved Rook. That has to count for something, Elara. That's why we were there.'</w:t>
      </w:r>
    </w:p>
    <w:p>
      <w:r>
        <w:t>'It counts for the Lich knowing our precise frequency, our signature,' Silas countered, his voice sharp and jagged. 'He used the O.S.I. gear, Caleb. He talked to us. He's in the wires now. He's probably hitching a ride on the engine's electronic control unit or maybe listening to the hum of the air conditioning. He's everywhere.'</w:t>
      </w:r>
    </w:p>
    <w:p>
      <w:r/>
      <w:r>
        <w:rPr>
          <w:i/>
        </w:rPr>
        <w:t xml:space="preserve"> </w:t>
      </w:r>
      <w:r>
        <w:t xml:space="preserve"> *</w:t>
      </w:r>
    </w:p>
    <w:p>
      <w:r>
        <w:t>11:30 AM — The D.C. Shield</w:t>
      </w:r>
    </w:p>
    <w:p>
      <w:r>
        <w:t>As they crossed the Potomac River, the landscape changed from cosmic apocalypse to controlled, surgical lockdown. Washington D.C. was not in a 'Grey Zone' yet, but it was under a state of total Aetheric siege. Massive iron-salt pylons, each the size of a telephone pole, had been hastily erected around the entire National Mall perimeter, glowing with a sickly, white-hot light that hummed with a bone-shaking, vibrational frequency. The sky over the Capitol was not blue; it was a swirling, unnatural violet vortex, a reflection of the panicked spirit-world, mirrored perfectly by the still, black, glass-flat water of the Reflecting Pool.</w:t>
      </w:r>
    </w:p>
    <w:p>
      <w:r>
        <w:t>'Welcome to the Capital,' Miller announced, his eyes fixed on the exterior monitors. 'The 'Iron-Bound' protocols have been fully enacted. The entire city is now a city-sized Faraday cage for magic. They're running enough counter-frequency through those pylons to scramble a dozen ghosts at once. It's the only reason the Lich hasn't simply downloaded himself into the Pentagon's mainframe or possessed the President yet.'</w:t>
      </w:r>
    </w:p>
    <w:p>
      <w:r>
        <w:t>The Aegis-7 slowed, the driver navigating the massive vehicle through three separate O.S.I. checkpoints. At each one, grim-faced soldiers in thick, lead-lined hazmat suits scanned the transport for 'Spectral Leakage' using handheld Aegis-Scanners that chirped nervously at the ambient static clinging to the transport's hull.</w:t>
      </w:r>
    </w:p>
    <w:p>
      <w:r>
        <w:t>They pulled up to a non-descript delivery entrance recessed behind the imposing Smithsonian Castle. The building, usually a warm red sandstone icon of history, looked like a fortress of shadow and lead under the oppressive violet sky.</w:t>
      </w:r>
    </w:p>
    <w:p>
      <w:r>
        <w:t>'The Void-Vault is three hundred feet down,' Miller said, finally standing up and checking the silver signet ring—the Miller seal—on his finger. 'It's a 'Null-Zone'—a place where the In-Between cannot penetrate, where magic simply cannot exist. It's where the original Seven stored the things they couldn't destroy and didn't dare leave outside.'</w:t>
      </w:r>
    </w:p>
    <w:p>
      <w:r>
        <w:t>'Why didn't we come here first, Director?' Caleb asked, helping Elara stabilise as she slid off her bench.</w:t>
      </w:r>
    </w:p>
    <w:p>
      <w:r>
        <w:t>'Because entering the Vault requires the specific, harmonic power of a Triad to open the primary seal,' Miller explained, looking directly at Elara. 'And until a week ago, we didn't have a functional Triad that wasn't already hooked up and being siphoned dry by the Lich's machine.'</w:t>
      </w:r>
    </w:p>
    <w:p>
      <w:r/>
      <w:r>
        <w:rPr>
          <w:i/>
        </w:rPr>
        <w:t xml:space="preserve"> </w:t>
      </w:r>
      <w:r>
        <w:t xml:space="preserve"> *</w:t>
      </w:r>
    </w:p>
    <w:p>
      <w:r>
        <w:t>The Vault Descent</w:t>
      </w:r>
    </w:p>
    <w:p>
      <w:r>
        <w:t>The heavy, groaning hydraulic doors of the Smithsonian's freight elevator closed, plunging them instantly into a thick, absolute darkness. The air immediately became heavy, almost palpable. Elara felt the Resonance spike within her—not a warning of danger, but a profound, overwhelming recognition. Something deep in the earth, far below the bedrock, was calling to the gold in her blood and the sigils on her skin, a massive, subterranean, non-magical heartbeat.</w:t>
      </w:r>
    </w:p>
    <w:p>
      <w:r>
        <w:t>'The Seventh Anchor,' Elara whispered, the golden lines on her palms beginning to flare with a searing, painful heat. 'It's not in Pittsburgh or Salem, Director. It's here. Under the accumulated history and the weight of the nation.'</w:t>
      </w:r>
    </w:p>
    <w:p>
      <w:r>
        <w:t>'It's not an Anchor, Elara,' Miller corrected, his face unreadable and hard in the elevator's emergency red light. 'It's the Siphon. The eighth chair. The one my ancestor, Josiah Miller, used to start the whole damn fire in the first place.'</w:t>
      </w:r>
    </w:p>
    <w:p>
      <w:r>
        <w:t>The elevator hit the bottom of its shaft with a heavy, final thud that shook the lead-lined walls. The doors hissed open to reveal a short, oppressive hallway made of pure, unpolished obsidian, its surface cold and ancient. The walls were engraved with the exact same looping golden sigils that were etched into Elara's skin. The air was cold, utterly still, and carried a sharp, metallic scent, like ancient, ionized copper or fresh blood.</w:t>
      </w:r>
    </w:p>
    <w:p>
      <w:r>
        <w:t>Caleb instinctively reached for the silver-weighted baton on his thigh, his chrome eyes—now dull—scanning the obsidian dark. 'This place... it's dead. Absolutely dead. No Static. No noise. It's the quietest place I've ever been.'</w:t>
      </w:r>
    </w:p>
    <w:p>
      <w:r>
        <w:t>'That's the point, Caleb,' Miller said, stepping out first. His voice echoed, flat and dry. 'Three hundred feet of bedrock, a hundred tons of lead shielding, and a field generator running a negative Aetheric charge. This Null-Zone doesn't just block the In-Between; it actively drains it, neutralizes it, like a vacuum for concepts. We call it the Vault, but it's really a prison for consciousness and concepts, not just objects.'</w:t>
      </w:r>
    </w:p>
    <w:p>
      <w:r>
        <w:t>Silas followed, his purple Resonance field sputtering slightly, like a weak flame in a vacuum, struggling to maintain its form. 'So what, exactly, does the Siphon do, Miller? Is it another regulator? Everything we've found so far has been a glorified bandage on a gaping wound.'</w:t>
      </w:r>
    </w:p>
    <w:p>
      <w:r>
        <w:t>Miller stopped before a massive, circular vault door carved entirely from a single sheet of glowing white quartz. The golden sigils on the obsidian floor led directly to it, radiating the cold, draining power of the structure.</w:t>
      </w:r>
    </w:p>
    <w:p>
      <w:r>
        <w:t>'The Seven were not all heroes, Silas. My ancestor, Josiah Miller, was a pragmatist. A killer. When he looked at the risk of the world unbinding entirely—he didn't trust a defence. He built a weapon, something final.'</w:t>
      </w:r>
    </w:p>
    <w:p>
      <w:r>
        <w:t>Elara stepped up to the massive quartz door, placing her glowing palm on its cold, power-draining surface. The quartz flared in response, not with stored energy, but with a holographic projection: a three-dimensional diagram of the world. In the diagram, the Earth was being violently 'unzipped,' its core replaced by a swirling, black vortex of energy.</w:t>
      </w:r>
    </w:p>
    <w:p>
      <w:r>
        <w:t>'The Siphon doesn't regulate the Threads,' Miller explained, his voice low and ancestral, carrying the weight of his forebear's dark choice. 'It cuts them. Permanently. If the Unbinding becomes irreversible—if the Grey Zone threatens to consume the entire planet—the Siphon is the nuclear option. It's designed to excise our reality from the In-Between, separating our world entirely from the ghost world, the gods, the magic... from everything spiritual.'</w:t>
      </w:r>
    </w:p>
    <w:p>
      <w:r>
        <w:t>'And what's the cost of that clean cut?' Caleb asked, the grim realization dawning on his face.</w:t>
      </w:r>
    </w:p>
    <w:p>
      <w:r>
        <w:t>'Life as we know it,' Elara whispered, pulling her hand back from the searing, neutralizing heat of the quartz. 'It would turn Earth into a blank canvas. No magic, no ghosts, no higher consciousness, no resonance, no Static. Just flesh and rock, governed by cold physics. It kills the soul to save the body.'</w:t>
      </w:r>
    </w:p>
    <w:p>
      <w:r>
        <w:t>Miller looked at the Triad, his face drawn and exhausted. 'We are here for two reasons, and only two. First, the Siphon needs the collective power of a Triad to arm it and bring it online. If we fail in all other options, we use this to ensure the Lich inherits nothing but a sterile, lifeless graveyard of atoms. Second... and most importantly...'</w:t>
      </w:r>
    </w:p>
    <w:p>
      <w:r>
        <w:t>He pointed to a small, unassuming, bolted locker next to the towering vault door. 'The original plans for the Shackle—the only thing that can bind the Lich—the key to its safe-mode, and the detailed journals detailing the Lich's true nature and how he operates are all inside that locker. That information, that knowledge, is the only weapon we have left that doesn't involve absolute suicide.'</w:t>
      </w:r>
    </w:p>
    <w:p>
      <w:r>
        <w:t>He reached into his jacket and pulled out a worn, leather-bound journal—the family book he had spent the last week hiding and protecting. He handed it to Elara.</w:t>
      </w:r>
    </w:p>
    <w:p>
      <w:r>
        <w:t>'The Sewall family kept the ledger of magic. The Miller family kept the key to the ultimate weapon. Now you hold both sides of the coin.'</w:t>
      </w:r>
    </w:p>
    <w:p>
      <w:r>
        <w:t>Miller stepped towards the enormous quartz vault, his hand settling on the manual override access panel.</w:t>
      </w:r>
    </w:p>
    <w:p>
      <w:r>
        <w:t>'Welcome to the end of Book One,' Miller said. 'Now you get to see why we really had to turn out the lights and lock the door behind us.'</w:t>
      </w:r>
    </w:p>
    <w:p>
      <w:r>
        <w:t>INTERLUDE 3:</w:t>
      </w:r>
    </w:p>
    <w:p>
      <w:r>
        <w:t>INTERLUDE 3:</w:t>
      </w:r>
    </w:p>
    <w:p>
      <w:r>
        <w:t>The Council of Seven</w:t>
      </w:r>
    </w:p>
    <w:p>
      <w:r>
        <w:t>Location: The Void (The Sub-Basement of Reality)</w:t>
      </w:r>
    </w:p>
    <w:p>
      <w:r>
        <w:t>The Void did not have geography; it had weight. It was the negative space between thoughts, a compressive absolute woven from the undone threads of time. Here, the laws of physics were replaced by the laws of consensus.</w:t>
      </w:r>
    </w:p>
    <w:p>
      <w:r>
        <w:t>For three hundred and thirty-three years—a cycle of unholy synchronicity—the Seven had sat in a circle of absolute, pressurized non-existence. They were not dead, yet they lacked the 'Resolution' of the living; they were conceptual echoes, held together by the raw, binding energy of the Shackle of 1692 they had cast on Gallows Hill. In the Void, time was not a river, but a static, corrupted file—a single, eternal afternoon of thick, grey mist that smelled perpetually of ozone and burnt data chips.</w:t>
      </w:r>
    </w:p>
    <w:p>
      <w:r>
        <w:t>The oppressive silence was finally cleaved by a sound that did not exist: a voice that vibrated through the grey matter of the dimension.</w:t>
      </w:r>
    </w:p>
    <w:p>
      <w:r>
        <w:t>'The Nautical Anchor has been grounded,' the voice proclaimed, its tone a fine, metallic wire pulled taut.</w:t>
      </w:r>
    </w:p>
    <w:p>
      <w:r>
        <w:t>It was Martha, the Architect of the Binding Sigils. In the Void, she no longer resembled the woman made of frayed, salt-cured rope; she was a shifting, golden lattice of pure, crystalline intent. Her fingers still moved, performing complex, silent calculations across an invisible loom of Aetheric data, weaving and unweaving the strands of causality. 'The Weaver—the Librarian—has learned to sync. She is no longer just reading the ledger; she is rewriting the frequency. She is performing a denial-of-service on the Shackle itself.'</w:t>
      </w:r>
    </w:p>
    <w:p>
      <w:r>
        <w:t>'And the Guardian? The boy who carries the blood of our failure?'</w:t>
      </w:r>
    </w:p>
    <w:p>
      <w:r>
        <w:t>The inquiry came from the deepest shadow, a cold, heavy question that seemed to absorb the light from Martha's lattice. It was Samuel Sewall, the Chief Judge of the Shackle, the original voice of judicial terror. He sat at the head of the circle, a monument of ancestral guilt, his black cloak merging seamlessly with the surrounding dark. In his hands, he held a spectral, non-Euclidean pocket watch, its hands spinning backward at a terminal, impossible velocity—a constant reminder of the time they were failing to retrieve.</w:t>
      </w:r>
    </w:p>
    <w:p>
      <w:r>
        <w:t>'The Sewall blood has returned to the mercury,' Samuel whispered, his voice a dry, papery rasp, like ancient parchment being shredded. 'He carries the mass of our debt, the very gravity of the first sin. He has anchored the Atlantic, stabilising the rift we created in the harbour. But he is... corrupted. He values the Librarian more than the Seal. He sees the person, not the pattern.'</w:t>
      </w:r>
    </w:p>
    <w:p>
      <w:r>
        <w:t>'They all value the person more than the pattern,' a third, sharper voice joined them—the boy Necromancer, the eighth member of the original covenant, sealed away and resurrected as a tool. His milky, cataracted eyes now glowed with a terrifying, violet-tinted omniscience, seeing through all layers of reality. 'The Triad—the Anchor, the Weaver, and the newly formed Spark—has formed a 'Difficult Partnership' with the Jailers. They are actively using the O.S.I. technology to stabilise the leak. They are trying to patch a metaphysical wound with digital duct tape.'</w:t>
      </w:r>
    </w:p>
    <w:p>
      <w:r>
        <w:t>A ripple of profound, icy distaste passed through the Council. To the architects of the 1692 Shackle, the modern world was a 'low-res' mistake—a noisy, digital corruption of the pristine, Aetheric purity they had sought to preserve. They viewed electricity and fibre optics as the ultimate metaphysical pollutants.</w:t>
      </w:r>
    </w:p>
    <w:p>
      <w:r>
        <w:t>'Technology is a bridge for the Lich,' Samuel stated, his spectral watch clicking with a rhythmic, funereal thrum that beat against the weight of the Void. 'By integrating their unique human Sparks with the iron, the wire, and the wireless network, they are creating a perfect conduit. They are inviting the King of Shadows to lunch. They think they are saving the world, but they are only handing him the keys to the mainframe—a complete data dump of reality.'</w:t>
      </w:r>
    </w:p>
    <w:p>
      <w:r>
        <w:t>'The Heart has failed,' Martha noted, her golden lattice flickering violently as a surge of ashen, entropic energy—the signature of unbinding—rolled through the Void. 'The Berkshires are being deleted. The Grey Zone is spreading like a cancer in the data stream. The resolution of the Mundane world is hitting zero. They are losing the ability tobereal.'</w:t>
      </w:r>
    </w:p>
    <w:p>
      <w:r>
        <w:t>'Then the Great Reset is the only logic remaining,' Samuel declared, standing up slowly. His movement was not a physical act, but a rearrangement of intention. The Void groaned in response, the impossible geometry of the sub-dimension buckling and shrieking under his ancestral mass. 'We cannot allow the Lich to inherit a world of atoms and emotion. If the Triad reaches the Void-Vault, they will attempt to use the Siphon—the very mechanism we built to store the world's magic—to stabilise the unbinding. They will try to save the world by making it permanently half-real.'</w:t>
      </w:r>
    </w:p>
    <w:p>
      <w:r>
        <w:t>'And if they find the Eighth Chair?' the boy Necromancer asked, his violet eyes locking onto the empty space in the circle.</w:t>
      </w:r>
    </w:p>
    <w:p>
      <w:r>
        <w:t>The Council went silent. The profound, curated 'Silence' they had maintained for three centuries suddenly felt thin, brittle, and defensively charged. Every member of the Seven stared at the unseen, seventh member.</w:t>
      </w:r>
    </w:p>
    <w:p>
      <w:r>
        <w:t>'The Traitor is sealed in salt,' Samuel replied, his chrome-like eyes reflecting a sky that wasn't there, a flicker of lightning in a dead dimension. 'He cannot speak. He cannot warn them of the Lie we told in the clearing—the true purpose of the Shackle. But the Lich... the King of Shadows knows. He was the one who helped us build the chair and hide the key.'</w:t>
      </w:r>
    </w:p>
    <w:p>
      <w:r>
        <w:t>Samuel looked not at his compatriots, but towards the 'vibration' that represented the physical world—a flickering, low-quality image of Washington D.C., a city built on a foundation of unacknowledged power.</w:t>
      </w:r>
    </w:p>
    <w:p>
      <w:r>
        <w:t>'If the Weaver opens the Vault, we must be ready to step through the breach,' Samuel commanded, his voice now a terrible, calm finality. 'Not to save them. Not to protect the lie. But to purge the corruption that has infested reality. The world must go dark again, Martha. It is the only way to save the core data. A complete, unrecoverable format.'</w:t>
      </w:r>
    </w:p>
    <w:p>
      <w:r>
        <w:t>The Council of Seven began to vibrate in terrible unison, their individual frequencies braiding into a single, overwhelming chord of metaphysical intent. They were no longer the protectors of Salem's terrible secret. They had activated. They were the System Recovery protocol, the failsafe woven into the fabric of reality itself, and they were preparing to execute a total, absolute formatting of the world.</w:t>
      </w:r>
    </w:p>
    <w:p>
      <w:pPr>
        <w:pageBreakBefore w:val="1"/>
      </w:pPr>
      <w:r>
        <w:t>EPILOGUE: The Eighth Chair</w:t>
      </w:r>
    </w:p>
    <w:p>
      <w:r>
        <w:t>September 26, 2025 – 12:45 PM</w:t>
      </w:r>
    </w:p>
    <w:p>
      <w:r>
        <w:t>Washington D.C. – The Smithsonian Void-Vault</w:t>
      </w:r>
    </w:p>
    <w:p>
      <w:r>
        <w:t>The descent into the Void-Vault was not a drop through space, but a transit through density. It was a passage into the sub-molecular architecture of the world itself.</w:t>
      </w:r>
    </w:p>
    <w:p>
      <w:r>
        <w:t>The freight elevator—a cage of lead-impregnated steel and cold-iron plating designed to nullify psychic and chronal displacement—hummed with a deep, resonant frequency. This oscillation was so precise it caused the golden sigils tattooed onto Elara's palms, the Anchors of Mind, to vibrate in a frantic, uneven rhythm, a sign that the ambient magical Static was increasing exponentially. As they plummeted three hundred feet beneath the red sandstone of the Smithsonian Castle, the Static in Elara's vision began to clarify. The chaotic, ephemeral noise of the modern world—the radio waves, the data packets, the psychic whispers of three hundred million souls—was stripped away, leaving only the raw, elegant, and terrifying geometric architecture of the planet's foundations. She saw the bedrock not as stone, but as a vast, crystalline lattice humming with primordial power.</w:t>
      </w:r>
    </w:p>
    <w:p>
      <w:r>
        <w:t>When the doors, thick as bank vault closures, finally hissed open, the sudden rush of air was bone-dry and cold. It smelled of spent, ancient incense, ionized copper—the odor of a magical current short-circuiting—and a distinct, cold, metallic sweetness that was utterly alien to the twenty-first century, the faint perfume of the Void.</w:t>
      </w:r>
    </w:p>
    <w:p>
      <w:r>
        <w:t>'We are three hundred feet below the bedrock,' Director Arthur Miller announced, his voice echoing flatly and unnaturally against walls made of polished, seamless obsidian. The hallway was a perfect cylinder, its surfaces etched with the same complex golden geometric patterns Elara had spent months deciphering in the Sewall ledger. But here, they were not faded ink; they were ten feet tall, deeply carved, and pulsing with a deep, rhythmic violet light, the colour of raw, trapped energy. 'The Office of Strategic Interdiction (O.S.I.) didn't build this structure. We found it in 1912, hidden behind a false foundation beneath the original Castle. It was constructed by the 'Architects'—the Masonic branch of the original 1692 Council, long before they split into the disparate Houses.'</w:t>
      </w:r>
    </w:p>
    <w:p>
      <w:r>
        <w:t>Caleb Miller, the Anchor of Body, walked beside Elara. His signature silver light was dimmed to a faint, wary shimmer, a precaution against the Vault's Nullifying field. He kept his gloved hand near the silver-weighted baton on his thigh, a tool of last resort against the pure, concentrated energy stored here. 'The 'Void-Vault.' You said the things the Seven couldn't destroy, only contain, are kept here.'</w:t>
      </w:r>
    </w:p>
    <w:p>
      <w:r>
        <w:t>'Not things, Caleb,' Director Miller corrected, his boots clicking sharply on the obsidian floor, the sound unnervingly loud. 'Truths. This is the Null-Zone. A place where the In-Between, the chaos of the Fourth Dimension, cannot penetrate because the local reality's resolution is already at absolute maximum. It is the 'Root Directory' of the world's reality, the original template they locked away.'</w:t>
      </w:r>
    </w:p>
    <w:p>
      <w:r/>
      <w:r>
        <w:rPr>
          <w:i/>
        </w:rPr>
        <w:t xml:space="preserve"> </w:t>
      </w:r>
      <w:r>
        <w:t xml:space="preserve"> *</w:t>
      </w:r>
    </w:p>
    <w:p>
      <w:r>
        <w:t>The Siphon Chamber</w:t>
      </w:r>
    </w:p>
    <w:p>
      <w:r>
        <w:t>The perfect obsidian tunnel opened into a vast, awe-inspiring circular chamber that looked less like a tomb and more like the interior of a massive, silent clockwork heart. The scale was overwhelming. In the centre sat a rotating structure of black iron and green-tinted glass — the Siphon. It was forty feet tall, its massive, interlocking gears turning in total, unnerving silence as it continuously pulled a thick, violet smoke from a barely visible, hairline fracture in the floor. This smoke—pure, filtered Static—was vented directly into a series of massive, lead-lined batteries stacked high against the perimeter.</w:t>
      </w:r>
    </w:p>
    <w:p>
      <w:r>
        <w:t>'This is the source,' Elara whispered, her golden eyes, usually so focused, reflecting the machine's rhythmic, slow thrum. 'This is how they powered the Shackle for three centuries. They weren't just sealing a gate; they were actively siphoning the raw energy of the Void to maintain the world's 'Mundane' resolution. They deliberately built the fence of reality higher by stealing the energy of the chaos. We've been living on borrowed electricity, a magical power grid installed by the Council.'</w:t>
      </w:r>
    </w:p>
    <w:p>
      <w:r>
        <w:t>But Silas Thorne, the Anchor of Soul, wasn't looking at the machine. He walked past the Siphon, his purple-stained hands—still bearing the faint residue of the energy he'd channeled—trembling slightly as he approached the far wall.</w:t>
      </w:r>
    </w:p>
    <w:p>
      <w:r>
        <w:t>Arranged in a semi-circle around the Siphon were seven high-backed chairs. They were crafted from white bone and polished silver, the symbols of Authority and Purity. Six of them were empty, draped in the dust of three centuries, relics of a secret war. But the seventh chair... the seventh chair was utterly shattered, its silver frame twisted into an abstract sculpture as if hit by a massive, localised kinetic discharge.</w:t>
      </w:r>
    </w:p>
    <w:p>
      <w:r>
        <w:t>'Wait,' Silas said, his voice dropping into the low, echoing register of the Anchor, a deep resonance that shook the dust from the empty seats. 'There are only seven chairs in the Council. The Mind, Body, Soul, Authority, Purity, Wisdom, and Fate... the anchors of the Shackle. The seven points of the star they used to bind the world.'</w:t>
      </w:r>
    </w:p>
    <w:p>
      <w:r>
        <w:t>'Look closer, Silas,' Miller commanded, his tone grave.</w:t>
      </w:r>
    </w:p>
    <w:p>
      <w:r>
        <w:t>He pointed a gloved finger to a deep, absolute shadow behind the main Siphon pylon, where the violet light did not penetrate. Hidden in the gloom, almost deliberately overlooked, was an eighth chair.</w:t>
      </w:r>
    </w:p>
    <w:p>
      <w:r>
        <w:t>It wasn't made of bone or silver. It was hewn from solid obsidian, a material that absorbs all light and energy. And unlike the others, it was occupied. A figure sat there, encased in a six-foot pillar of translucent, amber-coloured salt—not ordinary salt, but crystallized Chronal-Flux, designed to halt temporal decay. The person was perfectly, horrifically preserved—a man in the rich, dark garments of a 17th-century scholar, his face frozen in a silent scream of absolute, eternal agony. His eyes were wide open, and through the amber salt, they looked like twin pits of dark, unseeing violet, the colour of the Void he had touched.</w:t>
      </w:r>
    </w:p>
    <w:p>
      <w:r>
        <w:t>'Who is that?' Elara gasped, her golden light flaring in a sympathetic, blinding response to the man's trapped, agonizing energy signature.</w:t>
      </w:r>
    </w:p>
    <w:p>
      <w:r>
        <w:t>'The Eighth Member,' Miller said, his voice heavy with the three-hundred-and-thirty-three-year weight of his family's legacy. 'The one history redacted and excised from the official records. My ancestor, Josiah Miller, called him the 'Traitor.' He was the one who realised that Samuel Sewall's 'Shackle' wasn't a seal to protect humanity—it was a coup to seize the world's power source. He didn't want to close the gate; he wanted to teach the world how to breathe the Static, how to live within the higher resolution. He was the one who tried to warn your ancestor, Martha, before the Purge.'</w:t>
      </w:r>
    </w:p>
    <w:p>
      <w:r>
        <w:t>Elara stepped closer to the amber pillar, her forehead furrowing in concentration. In the man's frozen hand was a small, leather-bound book—the True Grimoire. It wasn't the sanitized, coded 'Black Ledger' Miller possessed; it was the original, unredacted source code of the Council's power, a blueprint for both creation and destruction.</w:t>
      </w:r>
    </w:p>
    <w:p>
      <w:r>
        <w:t>'The Lich didn't orchestrate the breach in 1692,' Elara realised, the full, crushing weight of the truth finally decoding the sigils on the man's signet ring—a symbol of the Eighth House. 'The Lich wasinvitedin. By the Seven. They used the shadow—the chaos of the breach—as an excuse to seize the light and lock it all away. They created the perfect, eternal war to justify their control.'</w:t>
      </w:r>
    </w:p>
    <w:p>
      <w:r>
        <w:t>'And that plan,' Miller said, looking up at the seamless obsidian ceiling as if he could see through it to the world above, 'is entering its final, catastrophic phase.'</w:t>
      </w:r>
    </w:p>
    <w:p>
      <w:r/>
      <w:r>
        <w:rPr>
          <w:i/>
        </w:rPr>
        <w:t xml:space="preserve"> </w:t>
      </w:r>
      <w:r>
        <w:t xml:space="preserve"> *</w:t>
      </w:r>
    </w:p>
    <w:p>
      <w:r>
        <w:t>The Final Breach</w:t>
      </w:r>
    </w:p>
    <w:p>
      <w:r>
        <w:t>A low, rhythmic thud echoed from the deep shaft that led back up to the surface.Thump. Thump. Thump.</w:t>
      </w:r>
    </w:p>
    <w:p>
      <w:r>
        <w:t>It wasn't a mechanical fault or a geological tremor. It was impossibly loud, deep, and rhythmic. It was a heartbeat.</w:t>
      </w:r>
    </w:p>
    <w:p>
      <w:r>
        <w:t>The Siphon, which had been turning with silent deliberation, began to accelerate violently, the silence of the chamber replaced by a high-pitched, crystalline shriek that made the teeth ache. The violet smoke packed into the massive batteries didn't just glow; it ignited into a blinding, violet-white plasma.</w:t>
      </w:r>
    </w:p>
    <w:p>
      <w:r>
        <w:t>'The Seventh Anchor is waking up,' Silas whispered, his eyes twin wells of violet static that mirrored the machine's energy. His whole body hummed. 'The Lich... he's not following us down here. He's already inside the Siphon's buffer. He's using the Vault's own network as his pathway.'</w:t>
      </w:r>
    </w:p>
    <w:p>
      <w:r>
        <w:t>Suddenly, the monitors the O.S.I. had rigged in the room exploded into a blizzard of digital snow, showering sparks and glass. The skeletal, elongated, utterly terrifying face of the Lich appeared on every reflective surface—etched into the green glass of the Siphon, reflected in the polished obsidian walls, and pulsing violently in the gold of Elara's palms.</w:t>
      </w:r>
    </w:p>
    <w:p>
      <w:r>
        <w:t>'The... circuit... is... complete...'</w:t>
      </w:r>
    </w:p>
    <w:p>
      <w:r>
        <w:t>The voice didn't come from the shattered speakers. It emerged from the very atoms of the room, a resonant frequency that spoke only to the mind.</w:t>
      </w:r>
    </w:p>
    <w:p>
      <w:r>
        <w:t>'Thank... you... little... sparks... for... bringing... the... keys... to... my... throne.'</w:t>
      </w:r>
    </w:p>
    <w:p>
      <w:r>
        <w:t>The amber salt pillar around the Eighth Member began to crack with the sound of breaking ice, spiderwebbing outwards from the point of his frozen hand. The True Grimoire in the man's grasp flickered, its resolution failing as the Lich's high-frequency violet signal began to violently 'download' the book's entire data-set directly into the global network—the internet, the power grid, the world's nervous system.</w:t>
      </w:r>
    </w:p>
    <w:p>
      <w:r>
        <w:t>Caleb Miller, the ultimate Anchor of the Physical, stepped deliberately in front of Elara and Silas. His mercury-skin erupted in a blinding, white-hot platinum flare, the energy of his own suppressed mass-manipulation powers. He slammed his boots into the obsidian floor, his density spiking until the entire subterranean Vault groaned and shifted under the sudden, massive gravity increase. The Null-Zone's architecture was now his to command.</w:t>
      </w:r>
    </w:p>
    <w:p>
      <w:r>
        <w:t>'Let him come,' Caleb growled, his chrome eyes hardening into twin discs of iron. 'This is where he stops.'</w:t>
      </w:r>
    </w:p>
    <w:p>
      <w:r>
        <w:t>The heavily reinforced lead-and-iron elevator doors at the end of the hall buckled inward, not with an explosion, but with a silent, terrifying implosion of matter. The absolute darkness of the Void began to pour into the Vault, smelling of wet earth, ozone, and ancient copper. The Night of the Unveiling had reached its true crescendo. The Shackle was gone. The True Grimoire was being unzipped and disseminated. And the world was about to find out exactly what the Seven had been hiding in the dark for three hundred and thirty-three years.</w:t>
      </w:r>
    </w:p>
    <w:p>
      <w:r>
        <w:t>END OF BOOK ONE: THE AWOKEN</w:t>
      </w:r>
    </w:p>
    <w:p>
      <w:r>
        <w:t>THE UNBINDING will return in BOOK TWO: THE CRIMSON LEDGER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eorgia" w:hAnsi="Georgia"/>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