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F7D62" w14:textId="77777777" w:rsidR="00844BD5" w:rsidRDefault="00844BD5" w:rsidP="00844BD5">
      <w:pPr>
        <w:spacing w:after="120" w:line="360" w:lineRule="auto"/>
        <w:jc w:val="center"/>
        <w:rPr>
          <w:sz w:val="96"/>
          <w:szCs w:val="72"/>
        </w:rPr>
      </w:pPr>
      <w:r w:rsidRPr="006F71B0">
        <w:rPr>
          <w:sz w:val="96"/>
          <w:szCs w:val="72"/>
        </w:rPr>
        <w:t>ETERNAL SOUL</w:t>
      </w:r>
    </w:p>
    <w:p w14:paraId="196A0015" w14:textId="77777777" w:rsidR="00844BD5" w:rsidRPr="006F71B0" w:rsidRDefault="00844BD5" w:rsidP="00844BD5">
      <w:pPr>
        <w:spacing w:after="120" w:line="360" w:lineRule="auto"/>
        <w:jc w:val="center"/>
        <w:rPr>
          <w:sz w:val="96"/>
          <w:szCs w:val="72"/>
        </w:rPr>
      </w:pPr>
      <w:r>
        <w:t>By Alice</w:t>
      </w:r>
    </w:p>
    <w:p w14:paraId="1291D330" w14:textId="77777777" w:rsidR="00844BD5" w:rsidRDefault="00844BD5" w:rsidP="00844BD5">
      <w:pPr>
        <w:spacing w:after="120" w:line="360" w:lineRule="auto"/>
      </w:pPr>
    </w:p>
    <w:p w14:paraId="7F5F9CB2" w14:textId="77777777" w:rsidR="00844BD5" w:rsidRDefault="00844BD5" w:rsidP="00844BD5">
      <w:pPr>
        <w:spacing w:after="120" w:line="360" w:lineRule="auto"/>
      </w:pPr>
    </w:p>
    <w:p w14:paraId="120B44B7" w14:textId="77777777" w:rsidR="00844BD5" w:rsidRDefault="00844BD5" w:rsidP="00844BD5">
      <w:pPr>
        <w:spacing w:after="120" w:line="360" w:lineRule="auto"/>
      </w:pPr>
    </w:p>
    <w:p w14:paraId="5557D142" w14:textId="77777777" w:rsidR="00844BD5" w:rsidRDefault="00844BD5" w:rsidP="00844BD5">
      <w:pPr>
        <w:spacing w:after="120" w:line="360" w:lineRule="auto"/>
      </w:pPr>
    </w:p>
    <w:p w14:paraId="2503B455" w14:textId="77777777" w:rsidR="00844BD5" w:rsidRDefault="00844BD5" w:rsidP="00844BD5">
      <w:pPr>
        <w:spacing w:after="120" w:line="360" w:lineRule="auto"/>
      </w:pPr>
    </w:p>
    <w:p w14:paraId="1A29F52D" w14:textId="77777777" w:rsidR="00844BD5" w:rsidRDefault="00844BD5" w:rsidP="00844BD5">
      <w:pPr>
        <w:spacing w:after="120" w:line="360" w:lineRule="auto"/>
      </w:pPr>
    </w:p>
    <w:p w14:paraId="56AF8016" w14:textId="77777777" w:rsidR="00844BD5" w:rsidRDefault="00844BD5" w:rsidP="00844BD5">
      <w:pPr>
        <w:spacing w:after="120" w:line="360" w:lineRule="auto"/>
      </w:pPr>
    </w:p>
    <w:p w14:paraId="25D1A36F" w14:textId="77777777" w:rsidR="00844BD5" w:rsidRDefault="00844BD5" w:rsidP="00844BD5">
      <w:pPr>
        <w:spacing w:after="120" w:line="360" w:lineRule="auto"/>
      </w:pPr>
    </w:p>
    <w:p w14:paraId="7677B230" w14:textId="77777777" w:rsidR="00844BD5" w:rsidRDefault="00844BD5" w:rsidP="00844BD5">
      <w:pPr>
        <w:spacing w:after="120" w:line="360" w:lineRule="auto"/>
      </w:pPr>
    </w:p>
    <w:p w14:paraId="68FBC59C" w14:textId="77777777" w:rsidR="00844BD5" w:rsidRDefault="00844BD5" w:rsidP="00844BD5">
      <w:pPr>
        <w:spacing w:after="120" w:line="360" w:lineRule="auto"/>
      </w:pPr>
    </w:p>
    <w:p w14:paraId="3759A0B5" w14:textId="77777777" w:rsidR="00E94D38" w:rsidRDefault="00E94D38" w:rsidP="00844BD5">
      <w:pPr>
        <w:spacing w:after="120" w:line="360" w:lineRule="auto"/>
      </w:pPr>
    </w:p>
    <w:p w14:paraId="65DEC7C1" w14:textId="77777777" w:rsidR="00E94D38" w:rsidRDefault="00E94D38" w:rsidP="00844BD5">
      <w:pPr>
        <w:spacing w:after="120" w:line="360" w:lineRule="auto"/>
      </w:pPr>
    </w:p>
    <w:p w14:paraId="1D28D305" w14:textId="77777777" w:rsidR="00E94D38" w:rsidRDefault="00E94D38" w:rsidP="00844BD5">
      <w:pPr>
        <w:spacing w:after="120" w:line="360" w:lineRule="auto"/>
      </w:pPr>
    </w:p>
    <w:p w14:paraId="63D6016F" w14:textId="77777777" w:rsidR="00E94D38" w:rsidRDefault="00E94D38" w:rsidP="00844BD5">
      <w:pPr>
        <w:spacing w:after="120" w:line="360" w:lineRule="auto"/>
      </w:pPr>
    </w:p>
    <w:p w14:paraId="785C1640" w14:textId="77777777" w:rsidR="00E94D38" w:rsidRDefault="00E94D38" w:rsidP="00844BD5">
      <w:pPr>
        <w:spacing w:after="120" w:line="360" w:lineRule="auto"/>
      </w:pPr>
    </w:p>
    <w:p w14:paraId="334854E3" w14:textId="77777777" w:rsidR="00E94D38" w:rsidRDefault="00E94D38" w:rsidP="00844BD5">
      <w:pPr>
        <w:spacing w:after="120" w:line="360" w:lineRule="auto"/>
      </w:pPr>
    </w:p>
    <w:p w14:paraId="46DE10A1" w14:textId="77777777" w:rsidR="00E94D38" w:rsidRDefault="00E94D38" w:rsidP="00844BD5">
      <w:pPr>
        <w:spacing w:after="120" w:line="360" w:lineRule="auto"/>
      </w:pPr>
    </w:p>
    <w:p w14:paraId="782868B5" w14:textId="77777777" w:rsidR="00E94D38" w:rsidRDefault="00E94D38" w:rsidP="00844BD5">
      <w:pPr>
        <w:spacing w:after="120" w:line="360" w:lineRule="auto"/>
      </w:pPr>
    </w:p>
    <w:p w14:paraId="2E14DF77" w14:textId="77777777" w:rsidR="00E94D38" w:rsidRDefault="00E94D38" w:rsidP="00844BD5">
      <w:pPr>
        <w:spacing w:after="120" w:line="360" w:lineRule="auto"/>
      </w:pPr>
    </w:p>
    <w:p w14:paraId="7835B0BD" w14:textId="77777777" w:rsidR="00E94D38" w:rsidRDefault="00E94D38" w:rsidP="00844BD5">
      <w:pPr>
        <w:spacing w:after="120" w:line="360" w:lineRule="auto"/>
      </w:pPr>
    </w:p>
    <w:p w14:paraId="6E90FFC2" w14:textId="77777777" w:rsidR="00E94D38" w:rsidRDefault="00E94D38" w:rsidP="00844BD5">
      <w:pPr>
        <w:spacing w:after="120" w:line="360" w:lineRule="auto"/>
      </w:pPr>
    </w:p>
    <w:p w14:paraId="1DD8DA59" w14:textId="3ECA3646" w:rsidR="00844BD5" w:rsidRDefault="00844BD5" w:rsidP="00844BD5">
      <w:pPr>
        <w:spacing w:after="120" w:line="360" w:lineRule="auto"/>
      </w:pPr>
      <w:r>
        <w:lastRenderedPageBreak/>
        <w:t>Copyright © 2025 by Alice</w:t>
      </w:r>
      <w:r>
        <w:br/>
      </w:r>
      <w:r>
        <w:br/>
        <w:t>All rights reserved.</w:t>
      </w:r>
      <w:r>
        <w:br/>
        <w:t>No part of this publication may be reproduced, distributed, or transmitted in any form or by any means, including photocopying, recording, or other electronic or mechanical methods, without the prior written permission of the author, except in the case of brief quotations used in reviews or scholarly discussion.</w:t>
      </w:r>
      <w:r>
        <w:br/>
      </w:r>
      <w:r>
        <w:br/>
        <w:t>This is a work of fiction. Names, characters, places, and incidents are the product of the author's imagination or are used fictitiously. Any resemblance to actual persons, living or dead, or actual events is purely coincidental.</w:t>
      </w:r>
      <w:r>
        <w:br/>
      </w:r>
      <w:r>
        <w:br/>
        <w:t>Cover design by Alice</w:t>
      </w:r>
      <w:r>
        <w:br/>
        <w:t>Interior formatting by Alice</w:t>
      </w:r>
      <w:r>
        <w:br/>
      </w:r>
      <w:r>
        <w:br/>
        <w:t>First Edition</w:t>
      </w:r>
      <w:r>
        <w:br/>
        <w:t>ISBN: To be assigned by Amazon KDP</w:t>
      </w:r>
      <w:r>
        <w:br/>
        <w:t>Printed in the United States of America</w:t>
      </w:r>
    </w:p>
    <w:p w14:paraId="233D58A8" w14:textId="77777777" w:rsidR="00844BD5" w:rsidRDefault="00844BD5" w:rsidP="00844BD5">
      <w:pPr>
        <w:spacing w:after="120" w:line="360" w:lineRule="auto"/>
      </w:pPr>
    </w:p>
    <w:p w14:paraId="037EF416" w14:textId="77777777" w:rsidR="00844BD5" w:rsidRDefault="00844BD5" w:rsidP="00844BD5">
      <w:pPr>
        <w:spacing w:after="120" w:line="360" w:lineRule="auto"/>
      </w:pPr>
    </w:p>
    <w:p w14:paraId="3866954F" w14:textId="77777777" w:rsidR="00844BD5" w:rsidRDefault="00844BD5" w:rsidP="00844BD5">
      <w:pPr>
        <w:spacing w:after="120" w:line="360" w:lineRule="auto"/>
      </w:pPr>
    </w:p>
    <w:p w14:paraId="527ABCB5" w14:textId="77777777" w:rsidR="00844BD5" w:rsidRDefault="00844BD5" w:rsidP="00844BD5">
      <w:pPr>
        <w:spacing w:after="120" w:line="360" w:lineRule="auto"/>
      </w:pPr>
    </w:p>
    <w:p w14:paraId="49A650C2" w14:textId="77777777" w:rsidR="00844BD5" w:rsidRDefault="00844BD5" w:rsidP="00844BD5">
      <w:pPr>
        <w:spacing w:after="120" w:line="360" w:lineRule="auto"/>
      </w:pPr>
    </w:p>
    <w:p w14:paraId="0C74F6A0" w14:textId="77777777" w:rsidR="00844BD5" w:rsidRDefault="00844BD5" w:rsidP="00844BD5">
      <w:pPr>
        <w:spacing w:after="120" w:line="360" w:lineRule="auto"/>
      </w:pPr>
    </w:p>
    <w:p w14:paraId="704EC521" w14:textId="77777777" w:rsidR="00E94D38" w:rsidRDefault="00E94D38" w:rsidP="00E94D38">
      <w:pPr>
        <w:spacing w:after="120" w:line="360" w:lineRule="auto"/>
        <w:jc w:val="center"/>
      </w:pPr>
    </w:p>
    <w:p w14:paraId="69C92C3D" w14:textId="77777777" w:rsidR="00E94D38" w:rsidRDefault="00E94D38" w:rsidP="00E94D38">
      <w:pPr>
        <w:spacing w:after="120" w:line="360" w:lineRule="auto"/>
        <w:jc w:val="center"/>
      </w:pPr>
    </w:p>
    <w:p w14:paraId="2291911C" w14:textId="77777777" w:rsidR="00E94D38" w:rsidRDefault="00E94D38" w:rsidP="00E94D38">
      <w:pPr>
        <w:spacing w:after="120" w:line="360" w:lineRule="auto"/>
        <w:jc w:val="center"/>
      </w:pPr>
    </w:p>
    <w:p w14:paraId="3D8A9CE2" w14:textId="77777777" w:rsidR="00E94D38" w:rsidRDefault="00E94D38" w:rsidP="00E94D38">
      <w:pPr>
        <w:spacing w:after="120" w:line="360" w:lineRule="auto"/>
        <w:jc w:val="center"/>
      </w:pPr>
    </w:p>
    <w:p w14:paraId="73D5976C" w14:textId="77777777" w:rsidR="00E94D38" w:rsidRDefault="00E94D38" w:rsidP="00E94D38">
      <w:pPr>
        <w:spacing w:after="120" w:line="360" w:lineRule="auto"/>
        <w:jc w:val="center"/>
      </w:pPr>
    </w:p>
    <w:p w14:paraId="11B5CC58" w14:textId="77777777" w:rsidR="00E94D38" w:rsidRDefault="00E94D38" w:rsidP="00E94D38">
      <w:pPr>
        <w:spacing w:after="120" w:line="360" w:lineRule="auto"/>
        <w:jc w:val="center"/>
      </w:pPr>
    </w:p>
    <w:p w14:paraId="1DA7B490" w14:textId="77777777" w:rsidR="00E94D38" w:rsidRDefault="00E94D38" w:rsidP="00E94D38">
      <w:pPr>
        <w:spacing w:after="120" w:line="360" w:lineRule="auto"/>
        <w:jc w:val="center"/>
      </w:pPr>
    </w:p>
    <w:p w14:paraId="75AFE866" w14:textId="77777777" w:rsidR="00E94D38" w:rsidRDefault="00E94D38" w:rsidP="00E94D38">
      <w:pPr>
        <w:spacing w:after="120" w:line="360" w:lineRule="auto"/>
        <w:jc w:val="center"/>
      </w:pPr>
    </w:p>
    <w:p w14:paraId="04FCFE47" w14:textId="77777777" w:rsidR="00E94D38" w:rsidRDefault="00E94D38" w:rsidP="00E94D38">
      <w:pPr>
        <w:spacing w:after="120" w:line="360" w:lineRule="auto"/>
        <w:jc w:val="center"/>
      </w:pPr>
    </w:p>
    <w:p w14:paraId="1B4F4CA4" w14:textId="77777777" w:rsidR="00E94D38" w:rsidRDefault="00E94D38" w:rsidP="00E94D38">
      <w:pPr>
        <w:spacing w:after="120" w:line="360" w:lineRule="auto"/>
        <w:jc w:val="center"/>
      </w:pPr>
    </w:p>
    <w:p w14:paraId="3270CB84" w14:textId="77777777" w:rsidR="00E94D38" w:rsidRDefault="00E94D38" w:rsidP="00E94D38">
      <w:pPr>
        <w:spacing w:after="120" w:line="360" w:lineRule="auto"/>
        <w:jc w:val="center"/>
      </w:pPr>
    </w:p>
    <w:p w14:paraId="208B7DC0" w14:textId="77777777" w:rsidR="00E94D38" w:rsidRDefault="00E94D38" w:rsidP="00E94D38">
      <w:pPr>
        <w:spacing w:after="120" w:line="360" w:lineRule="auto"/>
        <w:jc w:val="center"/>
      </w:pPr>
    </w:p>
    <w:p w14:paraId="71C464DF" w14:textId="77777777" w:rsidR="00E94D38" w:rsidRDefault="00E94D38" w:rsidP="00E94D38">
      <w:pPr>
        <w:spacing w:after="120" w:line="360" w:lineRule="auto"/>
        <w:jc w:val="center"/>
      </w:pPr>
    </w:p>
    <w:p w14:paraId="49734E67" w14:textId="77777777" w:rsidR="00E94D38" w:rsidRDefault="00E94D38" w:rsidP="00E94D38">
      <w:pPr>
        <w:spacing w:after="120" w:line="360" w:lineRule="auto"/>
        <w:jc w:val="center"/>
      </w:pPr>
    </w:p>
    <w:p w14:paraId="5CAAA9EE" w14:textId="77777777" w:rsidR="00F00CDA" w:rsidRDefault="00F00CDA" w:rsidP="00F00CDA">
      <w:pPr>
        <w:spacing w:after="120" w:line="360" w:lineRule="auto"/>
      </w:pPr>
    </w:p>
    <w:p w14:paraId="774640CA" w14:textId="79C02DD1" w:rsidR="00844BD5" w:rsidRDefault="00844BD5" w:rsidP="00F00CDA">
      <w:pPr>
        <w:spacing w:after="120" w:line="360" w:lineRule="auto"/>
        <w:jc w:val="center"/>
      </w:pPr>
      <w:r>
        <w:t>To the little girl once lost and alone, in a foreign world.</w:t>
      </w:r>
      <w:r>
        <w:br/>
        <w:t>This is for all the tears that fell and didn’t.</w:t>
      </w:r>
      <w:r>
        <w:br/>
        <w:t>This story is all your own.</w:t>
      </w:r>
      <w:r>
        <w:br/>
        <w:t>A place forever safe if you must run again.</w:t>
      </w:r>
      <w:r>
        <w:br/>
        <w:t>For now, breathe, you are doing good.</w:t>
      </w:r>
      <w:r>
        <w:br/>
        <w:t>Continue believing. It’s gotten you this far.</w:t>
      </w:r>
    </w:p>
    <w:p w14:paraId="5D3074CD" w14:textId="77777777" w:rsidR="00844BD5" w:rsidRDefault="00844BD5" w:rsidP="00844BD5">
      <w:pPr>
        <w:spacing w:after="120" w:line="360" w:lineRule="auto"/>
      </w:pPr>
    </w:p>
    <w:p w14:paraId="26FDBA36" w14:textId="77777777" w:rsidR="00844BD5" w:rsidRDefault="00844BD5" w:rsidP="00844BD5">
      <w:pPr>
        <w:spacing w:after="120" w:line="360" w:lineRule="auto"/>
      </w:pPr>
    </w:p>
    <w:p w14:paraId="6EDD6602" w14:textId="77777777" w:rsidR="00844BD5" w:rsidRDefault="00844BD5" w:rsidP="00844BD5">
      <w:pPr>
        <w:spacing w:after="120" w:line="360" w:lineRule="auto"/>
      </w:pPr>
    </w:p>
    <w:p w14:paraId="3E9F4400" w14:textId="77777777" w:rsidR="00844BD5" w:rsidRDefault="00844BD5" w:rsidP="00844BD5">
      <w:pPr>
        <w:spacing w:after="120" w:line="360" w:lineRule="auto"/>
      </w:pPr>
    </w:p>
    <w:p w14:paraId="7F0095C7" w14:textId="77777777" w:rsidR="00844BD5" w:rsidRDefault="00844BD5" w:rsidP="00844BD5">
      <w:pPr>
        <w:spacing w:after="120" w:line="360" w:lineRule="auto"/>
      </w:pPr>
    </w:p>
    <w:p w14:paraId="547EF511" w14:textId="77777777" w:rsidR="00844BD5" w:rsidRDefault="00844BD5" w:rsidP="00844BD5">
      <w:pPr>
        <w:spacing w:after="120" w:line="360" w:lineRule="auto"/>
      </w:pPr>
    </w:p>
    <w:p w14:paraId="258C7E18" w14:textId="77777777" w:rsidR="00844BD5" w:rsidRDefault="00844BD5" w:rsidP="00844BD5">
      <w:pPr>
        <w:spacing w:after="120" w:line="360" w:lineRule="auto"/>
      </w:pPr>
    </w:p>
    <w:p w14:paraId="19CE2E4C" w14:textId="77777777" w:rsidR="00844BD5" w:rsidRDefault="00844BD5" w:rsidP="00844BD5">
      <w:pPr>
        <w:spacing w:after="120" w:line="360" w:lineRule="auto"/>
      </w:pPr>
    </w:p>
    <w:p w14:paraId="15D2C957" w14:textId="77777777" w:rsidR="00844BD5" w:rsidRDefault="00844BD5" w:rsidP="00844BD5">
      <w:pPr>
        <w:spacing w:after="120" w:line="360" w:lineRule="auto"/>
      </w:pPr>
    </w:p>
    <w:p w14:paraId="5282DD21" w14:textId="77777777" w:rsidR="00844BD5" w:rsidRDefault="00844BD5" w:rsidP="00844BD5">
      <w:pPr>
        <w:spacing w:after="120" w:line="360" w:lineRule="auto"/>
      </w:pPr>
    </w:p>
    <w:p w14:paraId="016A229E" w14:textId="77777777" w:rsidR="00844BD5" w:rsidRDefault="00844BD5" w:rsidP="00844BD5">
      <w:pPr>
        <w:jc w:val="center"/>
        <w:rPr>
          <w:rFonts w:ascii="Segoe UI Symbol" w:hAnsi="Segoe UI Symbol" w:cs="Segoe UI Symbol"/>
          <w:b/>
          <w:sz w:val="28"/>
        </w:rPr>
      </w:pPr>
    </w:p>
    <w:p w14:paraId="5FBEC2E4" w14:textId="77777777" w:rsidR="00844BD5" w:rsidRDefault="00844BD5" w:rsidP="00844BD5">
      <w:pPr>
        <w:jc w:val="center"/>
        <w:rPr>
          <w:rFonts w:ascii="Segoe UI Symbol" w:hAnsi="Segoe UI Symbol" w:cs="Segoe UI Symbol"/>
          <w:b/>
          <w:sz w:val="28"/>
        </w:rPr>
      </w:pPr>
    </w:p>
    <w:p w14:paraId="34478736" w14:textId="77777777" w:rsidR="00844BD5" w:rsidRDefault="00844BD5" w:rsidP="00844BD5">
      <w:pPr>
        <w:jc w:val="center"/>
      </w:pPr>
      <w:r>
        <w:rPr>
          <w:rFonts w:ascii="Segoe UI Symbol" w:hAnsi="Segoe UI Symbol" w:cs="Segoe UI Symbol"/>
          <w:b/>
          <w:sz w:val="28"/>
        </w:rPr>
        <w:t>⚚</w:t>
      </w:r>
      <w:r>
        <w:rPr>
          <w:b/>
          <w:sz w:val="28"/>
        </w:rPr>
        <w:t xml:space="preserve"> CHAPTER 1</w:t>
      </w:r>
    </w:p>
    <w:p w14:paraId="25BD24FB" w14:textId="77777777" w:rsidR="00121116" w:rsidRDefault="00AA3789">
      <w:r>
        <w:t>The nightmare had returned—dark, suffocating shadows pulling me into an abyss, my lungs burning as I struggled for air. My mind screamed to wake, but the shadows held fast, whispering ancient secrets I couldn’t understand. My chest tightened as though I’d forgotten how to breathe. Then, I jolted awake, gasping, as if I’d just surfaced from drowning.</w:t>
      </w:r>
    </w:p>
    <w:p w14:paraId="6440675B" w14:textId="1D9BCB05" w:rsidR="00121116" w:rsidRDefault="00AA3789">
      <w:r>
        <w:t>The thin blanket on my body barely provided warmth against the relentless cold. My throat was dry and raw, the air heavy with the acrid scent of damp wood smoke. But the shadows didn’t vanish with the light. They lingered, pressing on my chest like invisible chains. Even awake, I couldn’t shake the feeling that they weren’t figments of my imagination. They felt alive, lurking just beyond the firelight, as though they’d followed me from the dream.</w:t>
      </w:r>
      <w:r w:rsidR="001513BE">
        <w:t xml:space="preserve"> </w:t>
      </w:r>
      <w:r w:rsidR="001513BE" w:rsidRPr="001513BE">
        <w:t>Some say dreams are where the Hecate speak, if they speak at all. I didn’t believe in signs or fate—but lately, the dark felt too familiar. Like it was following me. Like it knew me.</w:t>
      </w:r>
    </w:p>
    <w:p w14:paraId="15C9F46A" w14:textId="19D05B89" w:rsidR="00121116" w:rsidRDefault="00AA3789">
      <w:r>
        <w:t xml:space="preserve">There was a strange familiarity to them, an ancient echo pulling at me. Their touch wasn’t painful, but cold and invasive, as though they were searching for something buried deep within me—something I wasn’t ready to find. </w:t>
      </w:r>
      <w:r w:rsidR="00170F97">
        <w:t>A</w:t>
      </w:r>
      <w:r>
        <w:t xml:space="preserve"> figure emerged from the shadows—a formless mass with glinting, otherworldly eyes. It reached for me, and in that instant, I felt a spark of recognition, as if the darkness knew me better than I knew myself.</w:t>
      </w:r>
    </w:p>
    <w:p w14:paraId="7FB23EA0" w14:textId="77777777" w:rsidR="00121116" w:rsidRDefault="00AA3789">
      <w:r>
        <w:t>I bolted upright, gulping for air. The threadbare fabric scratched against my skin, and the frost in the cottage clawed at my bones. Beside me, my sister Ela slept soundly, her peaceful breaths a jarring contrast to the storm raging inside me. Though we shared a bed, Ela remained blissfully unaware of my nightly battles. I’d never spoken of them, not even to our mother. Admitting it would only burden her further, and I couldn’t bear to add to her worries.</w:t>
      </w:r>
    </w:p>
    <w:p w14:paraId="74198233" w14:textId="77777777" w:rsidR="00121116" w:rsidRDefault="00AA3789">
      <w:r>
        <w:t>I felt chained to my life, cursed by everything I touched. True freedom was a concept I could barely grasp. The world appeared in shades of gray, devoid of color. Rising from the bed, I saw my mother asleep next to the fire, its warmth casting flickering shadows on her pale, fatigued face. The cold reality of the room grounded me, but the nightmare’s tendrils still clung to my mind. What was it about the shadows that felt so... familiar? It wasn’t the first time I had dreamt of them, and I doubted it would be the last. I rubbed my temples, willing the images to fade. Could they mean something? No. They were just dreams. But the unease stayed with me, a gnawing thought I couldn’t shake. Why did it feel like they were waiting for me to understand something I wasn’t ready to face? Slipping into my thin, hole-pierced snow boots, I grabbed my coat and headed to the market. With only a few coins to spare, I bought fresh eggs and bread—the only comforts I could afford in the biting cold.</w:t>
      </w:r>
    </w:p>
    <w:p w14:paraId="37751C4A" w14:textId="77777777" w:rsidR="001513BE" w:rsidRDefault="001513BE">
      <w:r w:rsidRPr="001513BE">
        <w:t>Nights were for earning. The tavern. The men. Their hands. Their coin. It all blurred into something I had to stomach to keep us fed.</w:t>
      </w:r>
    </w:p>
    <w:p w14:paraId="57154384" w14:textId="07A0E862" w:rsidR="00BA3379" w:rsidRDefault="00285D00">
      <w:r>
        <w:lastRenderedPageBreak/>
        <w:t>~</w:t>
      </w:r>
    </w:p>
    <w:p w14:paraId="7924AA2A" w14:textId="52EBB3B5" w:rsidR="00121116" w:rsidRDefault="00121116"/>
    <w:p w14:paraId="558570DC" w14:textId="77777777" w:rsidR="005B7EBE" w:rsidRDefault="003D4217">
      <w:r>
        <w:t>A few hours had gone by</w:t>
      </w:r>
      <w:r w:rsidR="002E1EDD">
        <w:t xml:space="preserve"> the time I </w:t>
      </w:r>
      <w:r w:rsidR="006460A4">
        <w:t xml:space="preserve">had </w:t>
      </w:r>
      <w:r w:rsidR="00307E6D">
        <w:t xml:space="preserve">helped Ela finish up </w:t>
      </w:r>
      <w:r w:rsidR="00EC5011">
        <w:t>housework</w:t>
      </w:r>
      <w:r w:rsidR="00307E6D">
        <w:t>. It was time</w:t>
      </w:r>
      <w:r w:rsidR="00EA38DB">
        <w:t xml:space="preserve">. I looked at the </w:t>
      </w:r>
      <w:r w:rsidR="00EC5011">
        <w:t>reflection</w:t>
      </w:r>
      <w:r w:rsidR="00EA38DB">
        <w:t xml:space="preserve"> of the water from the tub, fi</w:t>
      </w:r>
      <w:r w:rsidR="00EC5011">
        <w:t>xing</w:t>
      </w:r>
      <w:r w:rsidR="00EA38DB">
        <w:t xml:space="preserve"> my hair </w:t>
      </w:r>
      <w:r w:rsidR="00EC5011">
        <w:t>into a loose braid,</w:t>
      </w:r>
      <w:r w:rsidR="00EA38DB">
        <w:t xml:space="preserve"> </w:t>
      </w:r>
      <w:r w:rsidR="005B7EBE">
        <w:t xml:space="preserve">brushing off my face, </w:t>
      </w:r>
      <w:r w:rsidR="00EC5011">
        <w:t xml:space="preserve">attempting to make myself look less dreadful. </w:t>
      </w:r>
    </w:p>
    <w:p w14:paraId="0EA1122F" w14:textId="7273E645" w:rsidR="00121116" w:rsidRDefault="00AA3789">
      <w:r>
        <w:t>I made my way there</w:t>
      </w:r>
      <w:r w:rsidR="005B7EBE">
        <w:t>, to the Taver</w:t>
      </w:r>
      <w:r w:rsidR="00757D98">
        <w:t>n</w:t>
      </w:r>
      <w:r w:rsidR="005B7EBE">
        <w:t>. T</w:t>
      </w:r>
      <w:r>
        <w:t xml:space="preserve">he walk long and my steps heavy with dread. The familiar </w:t>
      </w:r>
      <w:r w:rsidR="00B24709">
        <w:t xml:space="preserve">pit in my </w:t>
      </w:r>
      <w:r w:rsidR="00B7785D">
        <w:t>stomach</w:t>
      </w:r>
      <w:r w:rsidR="00B24709">
        <w:t xml:space="preserve"> s</w:t>
      </w:r>
      <w:r>
        <w:t>ettled over me like a heavy cloak. I thought of Mother, her frail hands gripping the blanket as she murmured her thanks for the bread, I brought her. She never asked where the money came from, and I never offered to tell her. The thought of her knowing—of Ela and Rowan knowing—made my stomach twist. How could they look at me the same? But what choice did I have? Medicine and food weren’t free, and the village offered little mercy to those who couldn’t keep up. Every step closer to the tavern felt like another weight pressing down on me, yet I couldn’t stop. For them, I would carry it all. It was the only way I could afford my mother’s medicine and keep my siblings fed. The thought of them ever finding out twisted my stomach into knots, the shame pressing down on my chest like a stone.</w:t>
      </w:r>
    </w:p>
    <w:p w14:paraId="5443518A" w14:textId="77777777" w:rsidR="00121116" w:rsidRDefault="00AA3789">
      <w:r>
        <w:t>The tavern was alive with noise, the air thick with the stench of spilled ale, sweat, and something sour I could never place. The men didn’t notice me when I first arrived—no one ever did. I slipped into the shadows, blending in with the dim light.</w:t>
      </w:r>
    </w:p>
    <w:p w14:paraId="359C0B60" w14:textId="77777777" w:rsidR="00121116" w:rsidRDefault="00AA3789">
      <w:r>
        <w:t>But it was only a matter of time.</w:t>
      </w:r>
    </w:p>
    <w:p w14:paraId="7411BCBB" w14:textId="77777777" w:rsidR="001513BE" w:rsidRPr="001513BE" w:rsidRDefault="001513BE" w:rsidP="001513BE">
      <w:r w:rsidRPr="001513BE">
        <w:t>“Sky!”</w:t>
      </w:r>
      <w:r w:rsidRPr="001513BE">
        <w:br/>
        <w:t>His voice slurred like melting wax, thick with ale. I didn’t flinch. Didn’t look. Just moved toward him—because that’s what was expected.</w:t>
      </w:r>
    </w:p>
    <w:p w14:paraId="67825834" w14:textId="77777777" w:rsidR="001513BE" w:rsidRPr="001513BE" w:rsidRDefault="001513BE" w:rsidP="001513BE">
      <w:r w:rsidRPr="001513BE">
        <w:t>His hand wrapped around my wrist, rough and possessive. “Stay a moment, girl.” His breath reeked of rot and sweat. My stomach turned. I smiled anyway.</w:t>
      </w:r>
    </w:p>
    <w:p w14:paraId="0E7EAFEA" w14:textId="77777777" w:rsidR="001513BE" w:rsidRPr="001513BE" w:rsidRDefault="001513BE" w:rsidP="001513BE">
      <w:r w:rsidRPr="001513BE">
        <w:t>“Of course.”</w:t>
      </w:r>
      <w:r w:rsidRPr="001513BE">
        <w:br/>
        <w:t>His fingers lingered like he owned me. Maybe he did. At least for tonight.</w:t>
      </w:r>
    </w:p>
    <w:p w14:paraId="2D2F6280" w14:textId="77777777" w:rsidR="001513BE" w:rsidRPr="001513BE" w:rsidRDefault="001513BE" w:rsidP="001513BE">
      <w:r w:rsidRPr="001513BE">
        <w:t>“Good girl,” he muttered. I wasn’t a girl. I was a product. Payment processed. A body to fill his emptiness. I hated him. I hated me for needing the coin more than my pride.</w:t>
      </w:r>
    </w:p>
    <w:p w14:paraId="0DE28EB6" w14:textId="429AD183" w:rsidR="001513BE" w:rsidRPr="001513BE" w:rsidRDefault="001513BE" w:rsidP="001513BE">
      <w:r w:rsidRPr="001513BE">
        <w:t>So</w:t>
      </w:r>
      <w:r w:rsidR="00185892">
        <w:t>,</w:t>
      </w:r>
      <w:r w:rsidRPr="001513BE">
        <w:t xml:space="preserve"> I let go. Let my body go limp. Let the numbness take over.</w:t>
      </w:r>
      <w:r w:rsidRPr="001513BE">
        <w:br/>
        <w:t>I wasn’t there. Not really.</w:t>
      </w:r>
      <w:r w:rsidRPr="001513BE">
        <w:br/>
        <w:t>I was somewhere colder, quieter—where the stench of men and ale couldn’t reach me. I thought of Ela’s laugh echoing through the cottage last week, the way she lit up over eggs and stale bread. That’s what I clung to. That, not his hands.</w:t>
      </w:r>
    </w:p>
    <w:p w14:paraId="47899729" w14:textId="77777777" w:rsidR="001513BE" w:rsidRPr="001513BE" w:rsidRDefault="001513BE" w:rsidP="001513BE">
      <w:r w:rsidRPr="001513BE">
        <w:lastRenderedPageBreak/>
        <w:t>When it ended, I slipped off his lap. My legs shook. My skin didn’t feel like mine.</w:t>
      </w:r>
      <w:r w:rsidRPr="001513BE">
        <w:br/>
        <w:t>Mira saw me. Said nothing. Just handed me a bundle of herbs. Her hand rested on mine—warm. The only warmth I’d felt all night.</w:t>
      </w:r>
    </w:p>
    <w:p w14:paraId="0478DED5" w14:textId="77777777" w:rsidR="001513BE" w:rsidRPr="001513BE" w:rsidRDefault="001513BE" w:rsidP="001513BE">
      <w:r w:rsidRPr="001513BE">
        <w:t xml:space="preserve">“This </w:t>
      </w:r>
      <w:proofErr w:type="spellStart"/>
      <w:r w:rsidRPr="001513BE">
        <w:t>place’ll</w:t>
      </w:r>
      <w:proofErr w:type="spellEnd"/>
      <w:r w:rsidRPr="001513BE">
        <w:t xml:space="preserve"> kill you,” she murmured.</w:t>
      </w:r>
    </w:p>
    <w:p w14:paraId="2C094A2D" w14:textId="77777777" w:rsidR="001513BE" w:rsidRPr="001513BE" w:rsidRDefault="001513BE" w:rsidP="001513BE">
      <w:r w:rsidRPr="001513BE">
        <w:t>I didn’t argue. She wasn’t wrong.</w:t>
      </w:r>
    </w:p>
    <w:p w14:paraId="2EC52BBD" w14:textId="77777777" w:rsidR="00121116" w:rsidRDefault="00AA3789">
      <w:r>
        <w:t>~</w:t>
      </w:r>
    </w:p>
    <w:p w14:paraId="663930C8" w14:textId="77777777" w:rsidR="001513BE" w:rsidRPr="001513BE" w:rsidRDefault="00AA3789" w:rsidP="001513BE">
      <w:r>
        <w:t xml:space="preserve">The walk home felt like an eternity. The wind clawed through my thin coat, slicing into my skin as I pulled it tighter, though it offered little warmth. </w:t>
      </w:r>
      <w:r w:rsidR="001513BE" w:rsidRPr="001513BE">
        <w:t>The village slept, quiet and dead. Good. I hated walking past their faces in daylight, pretending we were all the same.</w:t>
      </w:r>
      <w:r w:rsidR="001513BE" w:rsidRPr="001513BE">
        <w:br/>
        <w:t>We weren’t.</w:t>
      </w:r>
      <w:r w:rsidR="001513BE" w:rsidRPr="001513BE">
        <w:br/>
        <w:t>I slid the latch open and stepped inside. Firelight flickered low, fighting a losing battle. My fingers stung as the heat touched them.</w:t>
      </w:r>
    </w:p>
    <w:p w14:paraId="3B11645D" w14:textId="77777777" w:rsidR="001513BE" w:rsidRPr="001513BE" w:rsidRDefault="001513BE" w:rsidP="001513BE">
      <w:r w:rsidRPr="001513BE">
        <w:t>Ela stirred. “Sky?”</w:t>
      </w:r>
      <w:r w:rsidRPr="001513BE">
        <w:br/>
        <w:t>Her voice was thick with sleep, still soft. Still kind.</w:t>
      </w:r>
    </w:p>
    <w:p w14:paraId="2544195B" w14:textId="30C27759" w:rsidR="001513BE" w:rsidRPr="001513BE" w:rsidRDefault="001513BE" w:rsidP="001513BE">
      <w:r w:rsidRPr="001513BE">
        <w:t>“Go back to sleep,” I murmured, brushing a strand of hair from her face. My hand trembled. I hoped she didn’t notice.</w:t>
      </w:r>
      <w:r w:rsidRPr="001513BE">
        <w:br/>
        <w:t xml:space="preserve">She blinked </w:t>
      </w:r>
      <w:r w:rsidR="00CD0501" w:rsidRPr="001513BE">
        <w:t>once and</w:t>
      </w:r>
      <w:r w:rsidRPr="001513BE">
        <w:t xml:space="preserve"> was out again.</w:t>
      </w:r>
    </w:p>
    <w:p w14:paraId="408D7C2B" w14:textId="77777777" w:rsidR="001513BE" w:rsidRPr="001513BE" w:rsidRDefault="001513BE" w:rsidP="001513BE">
      <w:r w:rsidRPr="001513BE">
        <w:t>Rowan didn’t move. Of course not. He never woke, never asked.</w:t>
      </w:r>
    </w:p>
    <w:p w14:paraId="0EE15BBC" w14:textId="77777777" w:rsidR="001513BE" w:rsidRPr="001513BE" w:rsidRDefault="001513BE" w:rsidP="001513BE">
      <w:r w:rsidRPr="001513BE">
        <w:t>I sat there a while, just watching them. They looked peaceful under the patchwork quilt. Like they belonged to another life. One where nothing hurt.</w:t>
      </w:r>
    </w:p>
    <w:p w14:paraId="7688F42A" w14:textId="77777777" w:rsidR="001513BE" w:rsidRPr="001513BE" w:rsidRDefault="001513BE" w:rsidP="001513BE">
      <w:r w:rsidRPr="001513BE">
        <w:t>I didn’t. I belonged here, in the silence after everything.</w:t>
      </w:r>
    </w:p>
    <w:p w14:paraId="2BB1E20F" w14:textId="7279B3FC" w:rsidR="001513BE" w:rsidRPr="001513BE" w:rsidRDefault="00AA3789" w:rsidP="001513BE">
      <w:r>
        <w:t>Pushing myself upright, I moved to the washbasin in the corner, my steps heavy and uneven</w:t>
      </w:r>
      <w:r w:rsidR="001513BE" w:rsidRPr="001513BE">
        <w:rPr>
          <w:rFonts w:ascii="Times New Roman" w:eastAsia="Times New Roman" w:hAnsi="Times New Roman" w:cs="Times New Roman"/>
          <w:sz w:val="24"/>
          <w:szCs w:val="24"/>
        </w:rPr>
        <w:t xml:space="preserve"> </w:t>
      </w:r>
      <w:r w:rsidR="001513BE" w:rsidRPr="001513BE">
        <w:t>I scrubbed until the sting in my skin overtook the memory of their hands. It didn’t help. Nothing ever did.</w:t>
      </w:r>
      <w:r w:rsidR="001513BE" w:rsidRPr="001513BE">
        <w:br/>
        <w:t>The water turned cloudy, swirling like it could suck the filth out of me if I just let it. But it never took enough.</w:t>
      </w:r>
      <w:r w:rsidR="001513BE" w:rsidRPr="001513BE">
        <w:br/>
        <w:t>I looked at the girl in the reflection. Hollow eyes. Tight jaw. A stranger I woke up as every morning.</w:t>
      </w:r>
    </w:p>
    <w:p w14:paraId="623A2F2A" w14:textId="77777777" w:rsidR="001513BE" w:rsidRPr="001513BE" w:rsidRDefault="001513BE" w:rsidP="001513BE">
      <w:r w:rsidRPr="001513BE">
        <w:t>I gripped the basin, forehead pressed to its cold rim, breathing slow and quiet. The fire danced across the walls behind me, throwing shadows that twitched when I blinked.</w:t>
      </w:r>
      <w:r w:rsidRPr="001513BE">
        <w:br/>
        <w:t>I hated that they still scared me.</w:t>
      </w:r>
    </w:p>
    <w:p w14:paraId="280F6177" w14:textId="2C1A1902" w:rsidR="00121116" w:rsidRDefault="00AA3789">
      <w:r>
        <w:t xml:space="preserve">I dried my hands, the towel’s coarse fibers scraping against my skin, but the motions felt hollow. My legs moved on their own, carrying me to </w:t>
      </w:r>
      <w:r w:rsidR="001513BE">
        <w:t>closer to the warmth</w:t>
      </w:r>
      <w:r>
        <w:t>. Ela stirred as I slipped into bed beside her, her soft breathing breaking the suffocating silence. She didn’t wake, her peaceful expression a cruel contrast to the storm raging inside me.</w:t>
      </w:r>
    </w:p>
    <w:p w14:paraId="711ACFF8" w14:textId="77777777" w:rsidR="00121116" w:rsidRDefault="00AA3789">
      <w:r>
        <w:lastRenderedPageBreak/>
        <w:t>I lay staring at the cracked ceiling, every muscle in my body taut with exhaustion, yet sleep felt impossible. The shadows in the room seemed alive, shifting at the edges of my vision. Each time I closed my eyes, they surged closer—the men’s faces, their hands, their hunger—etched into my mind like scars I couldn’t erase.</w:t>
      </w:r>
    </w:p>
    <w:p w14:paraId="2CA950B6" w14:textId="6DF041D0" w:rsidR="00121116" w:rsidRDefault="00AA3789">
      <w:r>
        <w:t>I clenched the thin blanket tighter, forcing the memories back. But they never stayed buried. They rose again and again, a relentless tide threatening to drown me. I wondered if it would ever stop, or if this was all I would ever know</w:t>
      </w:r>
      <w:r w:rsidR="001513BE">
        <w:t>.</w:t>
      </w:r>
    </w:p>
    <w:p w14:paraId="768A1414" w14:textId="77777777" w:rsidR="00121116" w:rsidRDefault="00AA3789">
      <w:r>
        <w:t>My gaze drifted to Ela, her face softened by sleep. She didn’t know what I did to protect her, to keep her safe. She could never know. A single tear slipped down my cheek, hot against the cold still clinging to my skin. I wiped it away quickly, burying the emotion as deeply as I could.</w:t>
      </w:r>
    </w:p>
    <w:p w14:paraId="2A314BC9" w14:textId="77777777" w:rsidR="00121116" w:rsidRDefault="00AA3789">
      <w:r>
        <w:t>Ela’s breathing was steady, peaceful, a stark contrast to the storm raging inside me. I closed my eyes again, trying to find some peace in the sound, but the nightmare shadows were already creeping in, waiting for me.</w:t>
      </w:r>
    </w:p>
    <w:p w14:paraId="40353610" w14:textId="77777777" w:rsidR="00121116" w:rsidRDefault="00AA3789">
      <w:r>
        <w:t>~</w:t>
      </w:r>
    </w:p>
    <w:p w14:paraId="5467C7B2" w14:textId="77777777" w:rsidR="00121116" w:rsidRDefault="00AA3789">
      <w:r>
        <w:br w:type="page"/>
      </w:r>
    </w:p>
    <w:p w14:paraId="3607AE08" w14:textId="3610F36A" w:rsidR="00121116" w:rsidRDefault="00AA3789">
      <w:r>
        <w:lastRenderedPageBreak/>
        <w:t>I woke to the sound of Rowan moving about the house. He was getting ready for school</w:t>
      </w:r>
      <w:r w:rsidR="001513BE">
        <w:t xml:space="preserve">. </w:t>
      </w:r>
      <w:r>
        <w:t xml:space="preserve">I needed to make breakfast. I dragged myself out of bed, every muscle aching, and went to the small </w:t>
      </w:r>
      <w:r w:rsidR="001513BE">
        <w:t>stove</w:t>
      </w:r>
      <w:r>
        <w:t>.</w:t>
      </w:r>
    </w:p>
    <w:p w14:paraId="5FAC3C73" w14:textId="77777777" w:rsidR="00121116" w:rsidRDefault="00AA3789">
      <w:r>
        <w:t>“Morning, Sky,” Rowan said, slinging his bag over his shoulder. “I’m heading to school early. Extra lessons.”</w:t>
      </w:r>
    </w:p>
    <w:p w14:paraId="6D97F5EB" w14:textId="77777777" w:rsidR="00121116" w:rsidRDefault="00AA3789">
      <w:r>
        <w:t>“Good,” I replied, forcing a smile. “You’re going to do great things, Rowan.”</w:t>
      </w:r>
    </w:p>
    <w:p w14:paraId="79C23905" w14:textId="77777777" w:rsidR="00121116" w:rsidRDefault="00AA3789">
      <w:r>
        <w:t>He paused, his eyes flickering to my worn coat and the hollows under my eyes. “Sky... are you sure you’re okay?”</w:t>
      </w:r>
    </w:p>
    <w:p w14:paraId="2B127060" w14:textId="77777777" w:rsidR="00121116" w:rsidRDefault="00AA3789">
      <w:r>
        <w:t>“Always,” I said lightly, though my voice caught at the edges. “Go on. Don’t let me hold you back.”</w:t>
      </w:r>
    </w:p>
    <w:p w14:paraId="7D6DDA94" w14:textId="77777777" w:rsidR="00121116" w:rsidRDefault="00AA3789">
      <w:r>
        <w:t>He hesitated a moment longer, guilt clouding his face, before nodding and leaving.</w:t>
      </w:r>
    </w:p>
    <w:p w14:paraId="7A675972" w14:textId="64E2D4FB" w:rsidR="00121116" w:rsidRDefault="001513BE">
      <w:r w:rsidRPr="001513BE">
        <w:t>Ela was already at the table, slicing stale bread like it was a feast. “It’s not much,” she said, smiling. “But if we eat it by the fire—”</w:t>
      </w:r>
      <w:r w:rsidRPr="001513BE">
        <w:br/>
        <w:t>“It’ll taste better. I know.”</w:t>
      </w:r>
      <w:r w:rsidRPr="001513BE">
        <w:br/>
        <w:t>Her hope hurt more than the hunger.</w:t>
      </w:r>
    </w:p>
    <w:p w14:paraId="69DF6A04" w14:textId="77777777" w:rsidR="00121116" w:rsidRDefault="00AA3789">
      <w:r>
        <w:t>Her kindness was like a knife to my chest—sharp and cutting. I watched her, the way her face still held the softness of a child, untouched by the world’s cruelty. I would keep it that way, I promised myself.</w:t>
      </w:r>
    </w:p>
    <w:p w14:paraId="4B00A404" w14:textId="77777777" w:rsidR="001513BE" w:rsidRDefault="00AA3789" w:rsidP="001513BE">
      <w:r>
        <w:t xml:space="preserve">Mother stirred as I brought her a bowl of weak broth. </w:t>
      </w:r>
      <w:r w:rsidR="001513BE" w:rsidRPr="001513BE">
        <w:t>“You look tired, Sky,” she said softly.</w:t>
      </w:r>
      <w:r w:rsidR="001513BE" w:rsidRPr="001513BE">
        <w:br/>
        <w:t>I smiled too quickly. “Just a long night.”</w:t>
      </w:r>
      <w:r w:rsidR="001513BE" w:rsidRPr="001513BE">
        <w:br/>
        <w:t>She reached for my hand—thin, cold, always so gentle.</w:t>
      </w:r>
      <w:r w:rsidR="001513BE" w:rsidRPr="001513BE">
        <w:br/>
        <w:t>I hated that she still looked at me like I was good</w:t>
      </w:r>
      <w:r>
        <w:t>.</w:t>
      </w:r>
    </w:p>
    <w:p w14:paraId="0EF3A8F5" w14:textId="5D5618C2" w:rsidR="00121116" w:rsidRDefault="00AA3789" w:rsidP="001513BE">
      <w:r>
        <w:t xml:space="preserve"> “You’re working too hard.”</w:t>
      </w:r>
    </w:p>
    <w:p w14:paraId="34A580F1" w14:textId="77777777" w:rsidR="00121116" w:rsidRDefault="00AA3789">
      <w:r>
        <w:t>“It’s nothing I can’t handle,” I said, the lie as smooth as it was practiced. Because I had to handle it. No one else could.</w:t>
      </w:r>
    </w:p>
    <w:p w14:paraId="4C507165" w14:textId="77777777" w:rsidR="00121116" w:rsidRDefault="00AA3789">
      <w:r>
        <w:t>As Rowan’s footsteps faded outside, and Ela hummed softly by the fire, I let myself sit for a moment. For all our struggles, we had this—this quiet, fragile peace. It wasn’t much, but it was enough.</w:t>
      </w:r>
    </w:p>
    <w:p w14:paraId="451B1359" w14:textId="77777777" w:rsidR="00121116" w:rsidRDefault="00AA3789">
      <w:r>
        <w:t>Ela, at seventeen, worked at the nearby farm, her hands raw from feeding animals and hauling buckets of milk every morning. She never complained, even when her boots froze through in the snow.</w:t>
      </w:r>
    </w:p>
    <w:p w14:paraId="3AC20723" w14:textId="77777777" w:rsidR="00121116" w:rsidRDefault="00AA3789">
      <w:r>
        <w:t xml:space="preserve">She was so untouched by the darkness I carried. Her kindness was a fragile thing, something I fought to protect with every piece of myself. Last week, I watched her slip half her bread into a beggar’s hands at the market. “You need it more than I do,” she’d said softly, her voice steady despite the wind whipping at her violet dress. I’d wanted to scold her, to remind her </w:t>
      </w:r>
      <w:r>
        <w:lastRenderedPageBreak/>
        <w:t>that we had so little, but I couldn’t. Not when her kindness was the only light in a world like this.</w:t>
      </w:r>
    </w:p>
    <w:p w14:paraId="4098A055" w14:textId="77777777" w:rsidR="00121116" w:rsidRDefault="00AA3789">
      <w:r>
        <w:t>Rowan, too, carried his weight in quieter ways. At fifteen, he buried himself in school, determined to build a better life than the one we had now. “Don’t waste this,” I’d told him more than once, clutching the coat I’d worked nights to buy him. And he hadn’t—not yet.</w:t>
      </w:r>
    </w:p>
    <w:p w14:paraId="3A4BB5D2" w14:textId="77777777" w:rsidR="00121116" w:rsidRDefault="00AA3789">
      <w:r>
        <w:t>I picked up more shifts at the tavern, counting every coin we earned to prepare for the long, cruel winter. Winters here were always cruel. The cold crept into our bones, no matter how many layers we wore, and the fire in our small hearth burned too low, too quickly.</w:t>
      </w:r>
    </w:p>
    <w:p w14:paraId="058B0412" w14:textId="77777777" w:rsidR="00121116" w:rsidRDefault="00AA3789">
      <w:r>
        <w:t>Sometimes, I lay awake at night, listening to the wind howl outside and Ela’s soft breathing beside me. What would they do without me? The thought clawed at my mind like frostbite, sharp and unrelenting.</w:t>
      </w:r>
    </w:p>
    <w:p w14:paraId="308B546F" w14:textId="77777777" w:rsidR="001513BE" w:rsidRDefault="001513BE">
      <w:r w:rsidRPr="001513BE">
        <w:t>Winters here didn’t knock. They broke in.</w:t>
      </w:r>
      <w:r w:rsidRPr="001513BE">
        <w:br/>
        <w:t>The cold seeped through the walls, the floor, the thin fabric of our clothes. We huddled by the fire like it could save us, but it never burned long enough.</w:t>
      </w:r>
      <w:r w:rsidRPr="001513BE">
        <w:br/>
        <w:t>They said the Hecate—the King himself—could conjure flame from nothing. Warm entire cities with a glance. But magic like that didn’t belong to people like us.</w:t>
      </w:r>
    </w:p>
    <w:p w14:paraId="4127E4A8" w14:textId="4CE0A67F" w:rsidR="00121116" w:rsidRDefault="00AA3789">
      <w:r>
        <w:t>The village elders whispered that the Hecate’s strength wasn’t bound by nature or reason.</w:t>
      </w:r>
      <w:r w:rsidR="001513BE">
        <w:t xml:space="preserve"> </w:t>
      </w:r>
      <w:r>
        <w:t>Some claimed they could snatch your soul with a glance, others that their power was a curse—burning brighter as the kingdoms around them crumbled. But the greatest fear lay in their unpredictability. Were they saviors or the bringers of ruin?</w:t>
      </w:r>
    </w:p>
    <w:p w14:paraId="44B83D7D" w14:textId="5C1E21BF" w:rsidR="001513BE" w:rsidRDefault="001513BE">
      <w:r>
        <w:t>All ruled by gods in human skin.</w:t>
      </w:r>
    </w:p>
    <w:p w14:paraId="327BCAC3" w14:textId="5D88FD8F" w:rsidR="00121116" w:rsidRDefault="00AA3789">
      <w:r>
        <w:t xml:space="preserve">I sometimes wondered what it would be like to have that strength—just a flicker of </w:t>
      </w:r>
      <w:r w:rsidR="001513BE">
        <w:t xml:space="preserve">their </w:t>
      </w:r>
      <w:r>
        <w:t>power to shield my family from the bitter chill. But the Hecate’s magic was distant, bound to purposes I couldn’t begin to understand, leaving us to brace against each winter on our own.</w:t>
      </w:r>
    </w:p>
    <w:p w14:paraId="7B149BAA" w14:textId="6FE0B46E" w:rsidR="001513BE" w:rsidRDefault="00AA3789">
      <w:r>
        <w:t xml:space="preserve">In winters like these, people froze in their sleep when firewood ran out. Our village, miles from the nearest forest, relied on wood imported from villages bordering the Black Forest—a place whispered to be teeming with deadly creatures. On our side we had the walls burnt into the ground, hiding another land. The boarder was uncrossable, each realm had been defined by a wall weaved of ancient magic. </w:t>
      </w:r>
      <w:r w:rsidR="000A4293">
        <w:t xml:space="preserve">There was ours, </w:t>
      </w:r>
      <w:r w:rsidR="001513BE">
        <w:t>the Eastern</w:t>
      </w:r>
      <w:r w:rsidR="000A4293">
        <w:t xml:space="preserve"> realm</w:t>
      </w:r>
      <w:r w:rsidR="007F7CAF">
        <w:t xml:space="preserve"> and a</w:t>
      </w:r>
      <w:r w:rsidR="007D3584">
        <w:t xml:space="preserve">side </w:t>
      </w:r>
      <w:r w:rsidR="003F03D2">
        <w:t xml:space="preserve">it, </w:t>
      </w:r>
      <w:r w:rsidR="005F62DF">
        <w:t>the Hyperborea</w:t>
      </w:r>
      <w:r w:rsidR="007D3584">
        <w:t xml:space="preserve"> realm. </w:t>
      </w:r>
      <w:r w:rsidR="002D6D60">
        <w:t xml:space="preserve">The </w:t>
      </w:r>
      <w:r w:rsidR="001513BE">
        <w:t>Occident</w:t>
      </w:r>
      <w:r w:rsidR="00D310E1">
        <w:t xml:space="preserve"> realm</w:t>
      </w:r>
      <w:r w:rsidR="001513BE">
        <w:t xml:space="preserve">, and </w:t>
      </w:r>
      <w:r w:rsidR="00D310E1">
        <w:t xml:space="preserve">the </w:t>
      </w:r>
      <w:r w:rsidR="001513BE">
        <w:t>Austral</w:t>
      </w:r>
      <w:r w:rsidR="00D310E1">
        <w:t xml:space="preserve"> realm</w:t>
      </w:r>
      <w:r w:rsidR="00F640FC">
        <w:t xml:space="preserve"> </w:t>
      </w:r>
      <w:r w:rsidR="0012447C">
        <w:t>did not touch ours</w:t>
      </w:r>
      <w:r w:rsidR="00386D17">
        <w:t xml:space="preserve">. </w:t>
      </w:r>
      <w:r w:rsidR="00B33BD1">
        <w:t xml:space="preserve">Seas divided us from even knowing what they could look like. </w:t>
      </w:r>
      <w:r w:rsidR="002B3D6C">
        <w:t>Regardless, e</w:t>
      </w:r>
      <w:r w:rsidR="001513BE">
        <w:t>ach one</w:t>
      </w:r>
      <w:r w:rsidR="002B3D6C">
        <w:t xml:space="preserve"> was</w:t>
      </w:r>
      <w:r w:rsidR="007F7CAF">
        <w:t xml:space="preserve"> </w:t>
      </w:r>
      <w:r w:rsidR="001513BE">
        <w:t xml:space="preserve">locked behind walls not of stone, but of spells woven so tightly no human could ever pass through. They say those barriers were born from the final war, cast to keep us apart, to keep what’s dangerous inside—or out. </w:t>
      </w:r>
    </w:p>
    <w:p w14:paraId="035D7A84" w14:textId="34F5FE92" w:rsidR="001513BE" w:rsidRPr="001513BE" w:rsidRDefault="001513BE" w:rsidP="001513BE">
      <w:r>
        <w:t>Only six human villages remain on the Eastern side. Ours is one of them—forgotten, starved, clinging to survival in the long shadow of the Hecate’s rule. The King governs the East from behind his own fortress of power, sealed behind magic older than time. Once a year, he emerges—gliding into our village like a shadow draped in gold. He speaks little, his presence more haunting than holy. No one dares look too long. We bow, we obey, and when the ritual ends, he disappears as if he was never there at all.</w:t>
      </w:r>
      <w:r w:rsidRPr="001513BE">
        <w:rPr>
          <w:rFonts w:ascii="Times New Roman" w:eastAsia="Times New Roman" w:hAnsi="Times New Roman" w:cs="Times New Roman"/>
          <w:sz w:val="24"/>
          <w:szCs w:val="24"/>
        </w:rPr>
        <w:t xml:space="preserve"> </w:t>
      </w:r>
      <w:r w:rsidRPr="001513BE">
        <w:t>I was expected to marry. Pop out sons. Obey. That was the plan. My plan? Survive long enough to make sure my siblings didn’t end up like me.</w:t>
      </w:r>
    </w:p>
    <w:p w14:paraId="3431CE7B" w14:textId="77777777" w:rsidR="001513BE" w:rsidRPr="001513BE" w:rsidRDefault="001513BE" w:rsidP="001513BE">
      <w:r w:rsidRPr="001513BE">
        <w:t>No man wanted me—not really. Not to keep. I was too strange, too blunt, too... broken, they said. Like I was a cracked vase meant to sit on a dusty shelf, not a bride to show off. Fine. I didn’t want their promises anyway. Their kind of love came with bruises and bars.</w:t>
      </w:r>
    </w:p>
    <w:p w14:paraId="75CB04D2" w14:textId="77777777" w:rsidR="001513BE" w:rsidRPr="001513BE" w:rsidRDefault="001513BE" w:rsidP="001513BE">
      <w:r w:rsidRPr="001513BE">
        <w:t>Marriage was just another cage. So instead, I sold what I had to give—and I made sure it bought more than just food. It bought time. Safety. Futures that weren’t mine. Not for me, but for Ela. For Rowan. For Mother. For the sliver of hope I wasn’t ready to bury yet.</w:t>
      </w:r>
    </w:p>
    <w:p w14:paraId="0884D8B7" w14:textId="77777777" w:rsidR="001513BE" w:rsidRPr="001513BE" w:rsidRDefault="001513BE" w:rsidP="001513BE">
      <w:r w:rsidRPr="001513BE">
        <w:t>I didn’t need their respect. I needed their coin. That was the difference between us starving and surviving. Between sickness and medicine. Between freezing and one more day of warmth.</w:t>
      </w:r>
    </w:p>
    <w:p w14:paraId="6B7A91A9" w14:textId="77777777" w:rsidR="001513BE" w:rsidRPr="001513BE" w:rsidRDefault="001513BE" w:rsidP="001513BE">
      <w:r w:rsidRPr="001513BE">
        <w:t>They thought they owned me. Let them. As long as they paid up, I could pretend not to care.</w:t>
      </w:r>
    </w:p>
    <w:p w14:paraId="4C1AC247" w14:textId="034E37D9" w:rsidR="001513BE" w:rsidRPr="001513BE" w:rsidRDefault="001513BE" w:rsidP="001513BE">
      <w:r w:rsidRPr="001513BE">
        <w:t xml:space="preserve">I lived for others. For Ela’s soft, unspoiled kindness. For Rowan’s cold ambition and the </w:t>
      </w:r>
      <w:r w:rsidR="00564A4E" w:rsidRPr="001513BE">
        <w:t>future,</w:t>
      </w:r>
      <w:r w:rsidRPr="001513BE">
        <w:t xml:space="preserve"> I bought him with my shame. For our mother, frail and fading, who used to sing lullabies before the sickness hollowed her out.</w:t>
      </w:r>
    </w:p>
    <w:p w14:paraId="534AFFF6" w14:textId="7F4A5A34" w:rsidR="001513BE" w:rsidRDefault="001513BE">
      <w:r w:rsidRPr="001513BE">
        <w:t>My world didn’t stretch past the forest’s edge—but the fire in my chest did. I didn’t have dreams anymore. I had duty. I had survival. I had the bitter hope that maybe, just maybe, they’d make it out—while I stayed behind, swallowed by the darkness that already claimed me.</w:t>
      </w:r>
    </w:p>
    <w:p w14:paraId="04114DC7" w14:textId="77777777" w:rsidR="001513BE" w:rsidRDefault="001513BE"/>
    <w:p w14:paraId="7C481E09" w14:textId="77777777" w:rsidR="001513BE" w:rsidRPr="001513BE" w:rsidRDefault="001513BE" w:rsidP="001513BE">
      <w:r w:rsidRPr="001513BE">
        <w:t>“Sky!”</w:t>
      </w:r>
      <w:r w:rsidRPr="001513BE">
        <w:br/>
        <w:t>Ela’s voice shattered the silence like glass.</w:t>
      </w:r>
      <w:r w:rsidRPr="001513BE">
        <w:br/>
        <w:t>I snapped upright—then froze.</w:t>
      </w:r>
    </w:p>
    <w:p w14:paraId="75B5458A" w14:textId="77777777" w:rsidR="001513BE" w:rsidRPr="001513BE" w:rsidRDefault="001513BE" w:rsidP="001513BE">
      <w:r w:rsidRPr="001513BE">
        <w:t>Smoke curled from the skillet. The eggs were blackened, curling in on themselves like dried leaves. My hand… it was still gripping the iron handle.</w:t>
      </w:r>
      <w:r w:rsidRPr="001513BE">
        <w:br/>
        <w:t>I hadn’t felt a thing.</w:t>
      </w:r>
    </w:p>
    <w:p w14:paraId="4639AC27" w14:textId="77777777" w:rsidR="001513BE" w:rsidRPr="001513BE" w:rsidRDefault="001513BE" w:rsidP="001513BE">
      <w:r w:rsidRPr="001513BE">
        <w:lastRenderedPageBreak/>
        <w:t>The heat should’ve blistered me. Scalded straight through skin and bone. But all I felt was warmth—dull, distant. Like it belonged to someone else.</w:t>
      </w:r>
    </w:p>
    <w:p w14:paraId="2D8E3919" w14:textId="77777777" w:rsidR="001513BE" w:rsidRPr="001513BE" w:rsidRDefault="001513BE" w:rsidP="001513BE">
      <w:r w:rsidRPr="001513BE">
        <w:t>My lungs finally reacted, coughing against the smoke as I stumbled back. The smell clawed at my throat, sour and heavy.</w:t>
      </w:r>
      <w:r w:rsidRPr="001513BE">
        <w:br/>
        <w:t>I grabbed the handle again without thinking, yanked the pan from the stovetop. It hissed in my grip. Still, no pain.</w:t>
      </w:r>
    </w:p>
    <w:p w14:paraId="44314142" w14:textId="77777777" w:rsidR="001513BE" w:rsidRPr="001513BE" w:rsidRDefault="001513BE" w:rsidP="001513BE">
      <w:r w:rsidRPr="001513BE">
        <w:t>Rowan flung the door open as I reached it. I didn’t speak. Just hurled the skillet into the snow. Steam exploded on impact, rising in a burst of angry white.</w:t>
      </w:r>
    </w:p>
    <w:p w14:paraId="30A15E43" w14:textId="77777777" w:rsidR="001513BE" w:rsidRPr="001513BE" w:rsidRDefault="001513BE" w:rsidP="001513BE">
      <w:r w:rsidRPr="001513BE">
        <w:t>“Sky—your hand!”</w:t>
      </w:r>
      <w:r w:rsidRPr="001513BE">
        <w:br/>
        <w:t>His voice cracked. He was already reaching for it.</w:t>
      </w:r>
    </w:p>
    <w:p w14:paraId="39AA0FA6" w14:textId="77777777" w:rsidR="001513BE" w:rsidRPr="001513BE" w:rsidRDefault="001513BE" w:rsidP="001513BE">
      <w:r w:rsidRPr="001513BE">
        <w:t>I looked down. Nothing. Not a mark. Not even red.</w:t>
      </w:r>
      <w:r w:rsidRPr="001513BE">
        <w:br/>
        <w:t>“It’s fine,” I muttered, but my voice didn’t sound like mine.</w:t>
      </w:r>
    </w:p>
    <w:p w14:paraId="4C272EF1" w14:textId="77777777" w:rsidR="001513BE" w:rsidRPr="001513BE" w:rsidRDefault="001513BE" w:rsidP="001513BE">
      <w:r w:rsidRPr="001513BE">
        <w:t>Ela rushed to my side. “You didn’t move. You were just... staring. What happened?”</w:t>
      </w:r>
    </w:p>
    <w:p w14:paraId="300704C5" w14:textId="77777777" w:rsidR="0022741F" w:rsidRDefault="001513BE" w:rsidP="001513BE">
      <w:r w:rsidRPr="001513BE">
        <w:t>“I—I don’t know.”</w:t>
      </w:r>
      <w:r w:rsidRPr="001513BE">
        <w:br/>
        <w:t>My voice felt underwater. “I just… forgot.”</w:t>
      </w:r>
      <w:r w:rsidRPr="001513BE">
        <w:br/>
        <w:t xml:space="preserve">But that wasn’t it. I hadn’t </w:t>
      </w:r>
      <w:r w:rsidRPr="001513BE">
        <w:rPr>
          <w:i/>
          <w:iCs/>
        </w:rPr>
        <w:t>forgotten</w:t>
      </w:r>
      <w:r w:rsidRPr="001513BE">
        <w:t>. I’d been somewhere else. Deep inside something.</w:t>
      </w:r>
      <w:r w:rsidRPr="001513BE">
        <w:br/>
      </w:r>
      <w:r w:rsidR="0022741F">
        <w:t>It felt… off. Like the heat didn’t see me.</w:t>
      </w:r>
    </w:p>
    <w:p w14:paraId="4B203D4D" w14:textId="79B1AB56" w:rsidR="001513BE" w:rsidRPr="001513BE" w:rsidRDefault="001513BE" w:rsidP="001513BE">
      <w:r w:rsidRPr="001513BE">
        <w:t>That thought rattled in my chest, but I shoved it down where the rest of the broken things lived.</w:t>
      </w:r>
    </w:p>
    <w:p w14:paraId="2EDC8A31" w14:textId="6CD2D72E" w:rsidR="001513BE" w:rsidRPr="001513BE" w:rsidRDefault="001513BE" w:rsidP="001513BE">
      <w:r w:rsidRPr="001513BE">
        <w:t xml:space="preserve">We went back inside. The air still smelled of smoke and ruin. I cleaned up the mess with shaking hands, eyes darting toward my skin every few seconds—waiting for blisters to rise, for </w:t>
      </w:r>
      <w:r w:rsidRPr="001513BE">
        <w:rPr>
          <w:i/>
          <w:iCs/>
        </w:rPr>
        <w:t>something</w:t>
      </w:r>
      <w:r w:rsidRPr="001513BE">
        <w:t xml:space="preserve"> to explai</w:t>
      </w:r>
      <w:r w:rsidR="00CC766F">
        <w:t xml:space="preserve">n why </w:t>
      </w:r>
      <w:r w:rsidR="00404444">
        <w:t xml:space="preserve">there was no trace </w:t>
      </w:r>
      <w:r w:rsidR="001B4F2A">
        <w:t>what had just happened.</w:t>
      </w:r>
    </w:p>
    <w:p w14:paraId="5DAE3DC2" w14:textId="77777777" w:rsidR="001513BE" w:rsidRPr="001513BE" w:rsidRDefault="001513BE" w:rsidP="001513BE">
      <w:r w:rsidRPr="001513BE">
        <w:t>But there was nothing.</w:t>
      </w:r>
      <w:r w:rsidRPr="001513BE">
        <w:br/>
        <w:t>My hands were untouched. And that scared me more than any burn ever could.</w:t>
      </w:r>
    </w:p>
    <w:p w14:paraId="57316C83" w14:textId="77777777" w:rsidR="00121116" w:rsidRDefault="00AA3789">
      <w:r>
        <w:t>As we sat down for a simple meal of bread, my mother, who had been resting, stirred. She looked at me with tired eyes. "Sky, is everything alright?"</w:t>
      </w:r>
    </w:p>
    <w:p w14:paraId="1E1CC6DE" w14:textId="77777777" w:rsidR="00121116" w:rsidRDefault="00AA3789">
      <w:r>
        <w:t>I forced a smile. "Yes, Mother. Just a little mishap with breakfast. Nothing to worry about."</w:t>
      </w:r>
    </w:p>
    <w:p w14:paraId="5105EDFE" w14:textId="77777777" w:rsidR="00121116" w:rsidRDefault="00AA3789">
      <w:r>
        <w:t>She nodded, her gaze lingering on me for a moment before she closed her eyes again. I could see the concern etched in her face, but she didn’t press further.</w:t>
      </w:r>
    </w:p>
    <w:p w14:paraId="5466C560" w14:textId="77777777" w:rsidR="001513BE" w:rsidRPr="001513BE" w:rsidRDefault="001513BE" w:rsidP="001513BE">
      <w:r w:rsidRPr="001513BE">
        <w:t>I slipped on my boots and cloak, keeping my eyes down. No one tried to stop me. They didn’t need to. I wasn’t running—I just needed air. Space. Silence. Somewhere I wasn’t being watched.</w:t>
      </w:r>
    </w:p>
    <w:p w14:paraId="05AECE9E" w14:textId="77777777" w:rsidR="001513BE" w:rsidRPr="001513BE" w:rsidRDefault="001513BE" w:rsidP="001513BE">
      <w:r w:rsidRPr="001513BE">
        <w:lastRenderedPageBreak/>
        <w:t>I took the long route, skirting the edge of the village where the snow hadn’t yet fallen thick. The sky stretched white above me, the kind of white that held back a storm. Clouds hung low and swollen, swallowing what little sun tried to rise.</w:t>
      </w:r>
    </w:p>
    <w:p w14:paraId="1E39359A" w14:textId="26A59869" w:rsidR="001513BE" w:rsidRPr="001513BE" w:rsidRDefault="001513BE" w:rsidP="001513BE">
      <w:r w:rsidRPr="001513BE">
        <w:t>My hands were still warm from the skillet. Too warm. And untouched. I clenched them in my coat pockets, trying not to think about i</w:t>
      </w:r>
      <w:r w:rsidR="00CB6054">
        <w:t xml:space="preserve">t, </w:t>
      </w:r>
      <w:r w:rsidRPr="001513BE">
        <w:t>but that only made it louder.</w:t>
      </w:r>
    </w:p>
    <w:p w14:paraId="13CA2340" w14:textId="77777777" w:rsidR="001513BE" w:rsidRPr="001513BE" w:rsidRDefault="001513BE" w:rsidP="001513BE">
      <w:r w:rsidRPr="001513BE">
        <w:t>I headed toward the barn, the path packed hard from weeks of footsteps. The horses always calmed me. They didn’t ask questions. Didn’t stare.</w:t>
      </w:r>
    </w:p>
    <w:p w14:paraId="4CB6FA9B" w14:textId="77777777" w:rsidR="001513BE" w:rsidRPr="001513BE" w:rsidRDefault="001513BE" w:rsidP="001513BE">
      <w:r w:rsidRPr="001513BE">
        <w:t>My father used to walk this path too. It hit me suddenly, sharp and uninvited. I didn’t think about him often. We’d all learned not to.</w:t>
      </w:r>
      <w:r w:rsidRPr="001513BE">
        <w:br/>
        <w:t>He left when I was ten, chasing fortune across the sea. Ten men went. None came back. No wreckage, no survivors—just a story swallowed by a storm no one saw.</w:t>
      </w:r>
    </w:p>
    <w:p w14:paraId="22B8FA88" w14:textId="77777777" w:rsidR="001513BE" w:rsidRPr="001513BE" w:rsidRDefault="001513BE" w:rsidP="001513BE">
      <w:r w:rsidRPr="001513BE">
        <w:t>He’d gambled everything on that voyage. Our food. Our money. Our future. And when he vanished, the weight he left behind landed on me.</w:t>
      </w:r>
    </w:p>
    <w:p w14:paraId="2D6FEE4D" w14:textId="3800FAE6" w:rsidR="001513BE" w:rsidRPr="001513BE" w:rsidRDefault="001513BE" w:rsidP="001513BE">
      <w:commentRangeStart w:id="0"/>
      <w:r w:rsidRPr="001513BE">
        <w:t>After he was gone, the stories started up again. The ones we weren't supposed to believe. Hyperboreans who summoned storms</w:t>
      </w:r>
      <w:r w:rsidR="002E4100">
        <w:t xml:space="preserve"> capable </w:t>
      </w:r>
      <w:r w:rsidR="00DF3BB6">
        <w:t>of crumbling</w:t>
      </w:r>
      <w:r w:rsidR="002E4100">
        <w:t xml:space="preserve"> </w:t>
      </w:r>
      <w:r w:rsidR="00F47A04">
        <w:t xml:space="preserve">our village </w:t>
      </w:r>
      <w:r w:rsidR="00DF3BB6">
        <w:t>till no evidence of it was left</w:t>
      </w:r>
      <w:r w:rsidRPr="001513BE">
        <w:t xml:space="preserve">. Occidentals who flew on the wind. </w:t>
      </w:r>
      <w:r w:rsidR="00DF3BB6">
        <w:t>But n</w:t>
      </w:r>
      <w:r w:rsidRPr="001513BE">
        <w:t>one of them scared us half as much as the one who ruled us.</w:t>
      </w:r>
      <w:commentRangeEnd w:id="0"/>
      <w:r>
        <w:rPr>
          <w:rStyle w:val="CommentReference"/>
        </w:rPr>
        <w:commentReference w:id="0"/>
      </w:r>
    </w:p>
    <w:p w14:paraId="3A15D0F9" w14:textId="77777777" w:rsidR="001513BE" w:rsidRPr="001513BE" w:rsidRDefault="001513BE" w:rsidP="001513BE">
      <w:r w:rsidRPr="001513BE">
        <w:t>The King of the East.</w:t>
      </w:r>
    </w:p>
    <w:p w14:paraId="71FEA17E" w14:textId="129FA1F9" w:rsidR="001513BE" w:rsidRPr="001513BE" w:rsidRDefault="001513BE" w:rsidP="001513BE">
      <w:r w:rsidRPr="001513BE">
        <w:t>Even now, with days until the ritual, I could feel him pressing down on the village. Like the weight in the air was his doing. His magic. His will.</w:t>
      </w:r>
      <w:r w:rsidR="00BD1710">
        <w:t xml:space="preserve"> I had a habit to let my mind wonder in all directions till </w:t>
      </w:r>
      <w:r w:rsidR="006F44EE">
        <w:t xml:space="preserve">nothing made sense anymore. </w:t>
      </w:r>
    </w:p>
    <w:p w14:paraId="50865216" w14:textId="03618715" w:rsidR="001513BE" w:rsidRPr="001513BE" w:rsidRDefault="001513BE" w:rsidP="001513BE">
      <w:r w:rsidRPr="001513BE">
        <w:t xml:space="preserve">I </w:t>
      </w:r>
      <w:r w:rsidR="00455E29">
        <w:t>glided the wooden door of</w:t>
      </w:r>
      <w:r w:rsidRPr="001513BE">
        <w:t xml:space="preserve"> the barn</w:t>
      </w:r>
      <w:r w:rsidR="00455E29">
        <w:t xml:space="preserve"> open</w:t>
      </w:r>
      <w:r w:rsidRPr="001513BE">
        <w:t>. The horses were quiet, the air inside warm from their breath. I let myself get lost in the rhythm of brushing them, checking hooves, refilling water.</w:t>
      </w:r>
      <w:r w:rsidR="006F44EE">
        <w:t xml:space="preserve"> </w:t>
      </w:r>
      <w:r w:rsidRPr="001513BE">
        <w:t>Work was good. Work made sense.</w:t>
      </w:r>
    </w:p>
    <w:p w14:paraId="4C0804D0" w14:textId="1709B860" w:rsidR="001513BE" w:rsidRDefault="00253888" w:rsidP="001513BE">
      <w:r>
        <w:t xml:space="preserve">My </w:t>
      </w:r>
      <w:r w:rsidR="001513BE" w:rsidRPr="001513BE">
        <w:t>fingers were raw, but at least they were still mine.</w:t>
      </w:r>
      <w:r w:rsidR="001513BE" w:rsidRPr="001513BE">
        <w:br/>
        <w:t>I needed this morning. To be normal. To feel real again.</w:t>
      </w:r>
    </w:p>
    <w:p w14:paraId="0A2B0D94" w14:textId="77777777" w:rsidR="00613437" w:rsidRPr="001513BE" w:rsidRDefault="00613437" w:rsidP="001513BE"/>
    <w:p w14:paraId="0555F067" w14:textId="027A86DD" w:rsidR="00121116" w:rsidRDefault="00613437">
      <w:r>
        <w:t>~</w:t>
      </w:r>
    </w:p>
    <w:p w14:paraId="27E7F9AC" w14:textId="77777777" w:rsidR="00613437" w:rsidRDefault="00613437"/>
    <w:p w14:paraId="110A17A6" w14:textId="77777777" w:rsidR="00613437" w:rsidRDefault="00613437"/>
    <w:p w14:paraId="1BA626CE" w14:textId="7D07CF16" w:rsidR="001513BE" w:rsidRPr="001513BE" w:rsidRDefault="001513BE" w:rsidP="001513BE">
      <w:r w:rsidRPr="001513BE">
        <w:lastRenderedPageBreak/>
        <w:t xml:space="preserve">The sunless days were coming. You could smell it in the wind—cold, sharp, and full of warning. Snow had already begun to settle </w:t>
      </w:r>
      <w:r w:rsidR="005C6F30">
        <w:t xml:space="preserve">comfortably </w:t>
      </w:r>
      <w:r w:rsidRPr="001513BE">
        <w:t>on the roofs, each flake one more nail in winter’s coffin.</w:t>
      </w:r>
    </w:p>
    <w:p w14:paraId="502B5CCA" w14:textId="77777777" w:rsidR="001513BE" w:rsidRPr="001513BE" w:rsidRDefault="001513BE" w:rsidP="001513BE">
      <w:r w:rsidRPr="001513BE">
        <w:t>I was scraping together every coin I had—tavern tips, barn wages, a little extra for delivering letters—to buy firewood, a coat for Rowan, and boots for Ela so she wouldn’t freeze during morning chores. It would never be enough. It never was.</w:t>
      </w:r>
    </w:p>
    <w:p w14:paraId="2A9394D0" w14:textId="77777777" w:rsidR="001513BE" w:rsidRPr="001513BE" w:rsidRDefault="001513BE" w:rsidP="001513BE">
      <w:r w:rsidRPr="001513BE">
        <w:t>But even the cold wasn’t what people feared most. Not this time of year.</w:t>
      </w:r>
    </w:p>
    <w:p w14:paraId="7AC0CAD2" w14:textId="77777777" w:rsidR="001513BE" w:rsidRPr="001513BE" w:rsidRDefault="001513BE" w:rsidP="001513BE">
      <w:r w:rsidRPr="001513BE">
        <w:t>Our village was last on the King’s route. He would arrive any day now, and with him came the celebration. Music, food, and drink—everything meant to distract us from the truth. That today, like every year, wasn’t just a festival. It was a test.</w:t>
      </w:r>
    </w:p>
    <w:p w14:paraId="5131E3A2" w14:textId="77777777" w:rsidR="001513BE" w:rsidRPr="001513BE" w:rsidRDefault="001513BE" w:rsidP="001513BE">
      <w:r w:rsidRPr="001513BE">
        <w:t>They dressed it up in tradition, but we all knew what it was. Every girl who turned eighteen that year would step into the ritual. No exceptions. No refusals.</w:t>
      </w:r>
      <w:r w:rsidRPr="001513BE">
        <w:br/>
        <w:t>The wealthier families paraded their daughters in silks and polished smiles. The rest of us wore what we had. I had a threadbare dress and a red cloak I prayed wouldn’t fall apart.</w:t>
      </w:r>
    </w:p>
    <w:p w14:paraId="01F695BF" w14:textId="77777777" w:rsidR="001513BE" w:rsidRPr="001513BE" w:rsidRDefault="001513BE" w:rsidP="001513BE">
      <w:r w:rsidRPr="001513BE">
        <w:t>I didn’t care what the King thought of me. I had nothing left to offer but my silence and a mind too tired to fear him. Let them play their games. I’d pick a card, drink afterward, and pretend for a night that I wasn’t drowning.</w:t>
      </w:r>
    </w:p>
    <w:p w14:paraId="6BDB7655" w14:textId="77777777" w:rsidR="001513BE" w:rsidRPr="001513BE" w:rsidRDefault="001513BE" w:rsidP="001513BE">
      <w:r w:rsidRPr="001513BE">
        <w:t>The market buzzed with whispers. “Stay away from the black card,” I heard one mother warn. “It’s cursed. No one’s ever picked it—and no one ever will.”</w:t>
      </w:r>
      <w:r w:rsidRPr="001513BE">
        <w:br/>
        <w:t>Another disagreed. “The cards show your soul. If your fate is dark, that card finds you.”</w:t>
      </w:r>
    </w:p>
    <w:p w14:paraId="5D5792B1" w14:textId="77777777" w:rsidR="001513BE" w:rsidRPr="001513BE" w:rsidRDefault="001513BE" w:rsidP="001513BE">
      <w:r w:rsidRPr="001513BE">
        <w:t>They said it was just myth. That centuries ago, one girl came close—hovered her hand above it—and vanished.</w:t>
      </w:r>
      <w:r w:rsidRPr="001513BE">
        <w:br/>
        <w:t>Just stories. Just fear.</w:t>
      </w:r>
      <w:r w:rsidRPr="001513BE">
        <w:br/>
        <w:t>And yet... I couldn’t stop thinking about it.</w:t>
      </w:r>
    </w:p>
    <w:p w14:paraId="03A36BCB" w14:textId="77777777" w:rsidR="001513BE" w:rsidRPr="001513BE" w:rsidRDefault="001513BE" w:rsidP="001513BE">
      <w:r w:rsidRPr="001513BE">
        <w:t>I worked harder that week, trying to lose myself in chores. Trying not to imagine the King’s emerald eyes. Trying not to wonder what it meant to draw a card no one believed could be drawn.</w:t>
      </w:r>
    </w:p>
    <w:p w14:paraId="300B2ADF" w14:textId="77777777" w:rsidR="00121116" w:rsidRDefault="00AA3789">
      <w:r>
        <w:t>The ritual would begin with each girl being presented with eight cards. The cards, they said, held truths even we dared not whisper aloud. They were not just tools of divination; they were mirrors, reflecting parts of our souls we’d spent lifetimes trying to bury.</w:t>
      </w:r>
    </w:p>
    <w:p w14:paraId="37787073" w14:textId="77777777" w:rsidR="00121116" w:rsidRDefault="00AA3789">
      <w:r>
        <w:t>And the King? He wasn’t searching for a girl’s future. He sought something older, something woven into the fabric of the Eastern realm itself. No one knew why, but the warnings echoed in every home, every whisper between mothers and daughters: Pray your card doesn’t call him.</w:t>
      </w:r>
    </w:p>
    <w:p w14:paraId="227EB18A" w14:textId="77777777" w:rsidR="00121116" w:rsidRDefault="00AA3789">
      <w:r>
        <w:t xml:space="preserve">The ritual was designed to strip away choice. Each girl was placed in a trance, their hands moving as though guided by an unseen force. The card chosen was said to reveal the shape </w:t>
      </w:r>
      <w:r>
        <w:lastRenderedPageBreak/>
        <w:t>of her womanhood—whether she would marry well, bear sons, or toil in obscurity. For some, it was a promise of prosperity; for others, a sentence of despair. Yet none of us could look away. The cards held power, mystery, and fear in equal measure.</w:t>
      </w:r>
    </w:p>
    <w:p w14:paraId="716DB2BA" w14:textId="77777777" w:rsidR="00121116" w:rsidRDefault="00AA3789">
      <w:r>
        <w:t>But there was one card no one dared speak of. A card of shadows, of ruin and darkness. Its mere existence was enough to send mothers clutching their daughters’ hands tighter on the way to the ceremony. They said choosing it was impossible, that no soul could be dark enough to draw it. But the fear lingered, unspoken yet undeniable. The card was a curse, a fate worse than death.</w:t>
      </w:r>
    </w:p>
    <w:p w14:paraId="6260916B" w14:textId="47815166" w:rsidR="00121116" w:rsidRDefault="001513BE">
      <w:r w:rsidRPr="001513BE">
        <w:t>The elite families—the ones who only birthed sons—were revered, as if their bloodlines had never touched shadow. But I saw them for what they were. Polished cages. Their wives wore silk and smiled through clenched teeth.</w:t>
      </w:r>
      <w:r w:rsidRPr="001513BE">
        <w:br/>
        <w:t>They clung to the myth of the black card like it justified every rule they forced on us. Like controlling women was the only way to keep the darkness at bay.</w:t>
      </w:r>
      <w:r>
        <w:t xml:space="preserve"> </w:t>
      </w:r>
      <w:r w:rsidR="00AA3789">
        <w:t xml:space="preserve">It was a twisted justification for the oppression we endured—a belief that no woman could be stronger than a man. </w:t>
      </w:r>
    </w:p>
    <w:p w14:paraId="547609F3" w14:textId="77777777" w:rsidR="001513BE" w:rsidRPr="001513BE" w:rsidRDefault="001513BE" w:rsidP="001513BE">
      <w:r w:rsidRPr="001513BE">
        <w:t>hadn’t slept. Another night lost to tavern men and horse stalls.</w:t>
      </w:r>
      <w:r w:rsidRPr="001513BE">
        <w:br/>
        <w:t>I’d told everyone I was away delivering letters, just to avoid the pity in their eyes.</w:t>
      </w:r>
    </w:p>
    <w:p w14:paraId="4F688119" w14:textId="77777777" w:rsidR="001513BE" w:rsidRPr="001513BE" w:rsidRDefault="001513BE" w:rsidP="001513BE">
      <w:r w:rsidRPr="001513BE">
        <w:t>When I got home, Mother was awake. Waiting.</w:t>
      </w:r>
      <w:r w:rsidRPr="001513BE">
        <w:br/>
        <w:t>Her eyes were hollow, a haunted echo of the day my father disappeared.</w:t>
      </w:r>
    </w:p>
    <w:p w14:paraId="772D8368" w14:textId="77777777" w:rsidR="001513BE" w:rsidRPr="001513BE" w:rsidRDefault="001513BE" w:rsidP="001513BE">
      <w:r w:rsidRPr="001513BE">
        <w:t>“You shouldn’t be up,” I said, pulling a blanket tighter over her frail shoulders.</w:t>
      </w:r>
    </w:p>
    <w:p w14:paraId="28171921" w14:textId="77777777" w:rsidR="001513BE" w:rsidRPr="001513BE" w:rsidRDefault="001513BE" w:rsidP="001513BE">
      <w:r w:rsidRPr="001513BE">
        <w:t>“I’m going,” she whispered. “To the celebration.”</w:t>
      </w:r>
    </w:p>
    <w:p w14:paraId="192BD3A5" w14:textId="77777777" w:rsidR="001513BE" w:rsidRPr="001513BE" w:rsidRDefault="001513BE" w:rsidP="001513BE">
      <w:r w:rsidRPr="001513BE">
        <w:t>I blinked. “No, you’re not. It’s too cold. I’ll sneak you a pastry. You can hear the music from here.”</w:t>
      </w:r>
    </w:p>
    <w:p w14:paraId="41630D73" w14:textId="77777777" w:rsidR="001513BE" w:rsidRPr="001513BE" w:rsidRDefault="001513BE" w:rsidP="001513BE">
      <w:r w:rsidRPr="001513BE">
        <w:t>Her hand gripped mine. “Sky, I need to be there. It’s the day of the ritual. I need to see you.”</w:t>
      </w:r>
    </w:p>
    <w:p w14:paraId="1007CA93" w14:textId="77777777" w:rsidR="001513BE" w:rsidRPr="001513BE" w:rsidRDefault="001513BE" w:rsidP="001513BE">
      <w:r w:rsidRPr="001513BE">
        <w:t>Something in her voice cracked, like it had been holding back for years.</w:t>
      </w:r>
      <w:r w:rsidRPr="001513BE">
        <w:br/>
        <w:t>“Let me be there,” she said. “Please.”</w:t>
      </w:r>
    </w:p>
    <w:p w14:paraId="15F31C0F" w14:textId="77777777" w:rsidR="001513BE" w:rsidRPr="001513BE" w:rsidRDefault="001513BE" w:rsidP="001513BE">
      <w:r w:rsidRPr="001513BE">
        <w:t>She had never begged. Not once.</w:t>
      </w:r>
    </w:p>
    <w:p w14:paraId="2A8816D6" w14:textId="77777777" w:rsidR="001513BE" w:rsidRPr="001513BE" w:rsidRDefault="001513BE" w:rsidP="001513BE">
      <w:r w:rsidRPr="001513BE">
        <w:t>I sat down beside her, searching her face. “What’s wrong, Mother?”</w:t>
      </w:r>
    </w:p>
    <w:p w14:paraId="41E0C9BD" w14:textId="77777777" w:rsidR="001513BE" w:rsidRPr="001513BE" w:rsidRDefault="001513BE" w:rsidP="001513BE">
      <w:r w:rsidRPr="001513BE">
        <w:t>She didn’t answer right away. Just reached up and cupped my cheek. “You are so brave, my Sky. I am proud of you. I will always love you. No matter what.”</w:t>
      </w:r>
    </w:p>
    <w:p w14:paraId="67A821C3" w14:textId="77777777" w:rsidR="001513BE" w:rsidRPr="001513BE" w:rsidRDefault="001513BE" w:rsidP="001513BE">
      <w:r w:rsidRPr="001513BE">
        <w:t>My chest tightened. “Is something going to happen?”</w:t>
      </w:r>
    </w:p>
    <w:p w14:paraId="38242855" w14:textId="77777777" w:rsidR="001513BE" w:rsidRPr="001513BE" w:rsidRDefault="001513BE" w:rsidP="001513BE">
      <w:r w:rsidRPr="001513BE">
        <w:t>“Nothing more than what’s meant to.”</w:t>
      </w:r>
    </w:p>
    <w:p w14:paraId="5E2C0D55" w14:textId="39BF1591" w:rsidR="001513BE" w:rsidRPr="001513BE" w:rsidRDefault="001513BE" w:rsidP="001513BE">
      <w:r w:rsidRPr="001513BE">
        <w:t xml:space="preserve">“I can skip it. </w:t>
      </w:r>
      <w:r>
        <w:t>No one will notice</w:t>
      </w:r>
      <w:r w:rsidRPr="001513BE">
        <w:t>. I’ll stay with you—”</w:t>
      </w:r>
    </w:p>
    <w:p w14:paraId="237992B5" w14:textId="77777777" w:rsidR="001513BE" w:rsidRPr="001513BE" w:rsidRDefault="001513BE" w:rsidP="001513BE">
      <w:r w:rsidRPr="001513BE">
        <w:lastRenderedPageBreak/>
        <w:t>“No.” Her voice turned sharp. “If you refuse the ritual, they will come for you. You don’t want that. Neither do I.”</w:t>
      </w:r>
    </w:p>
    <w:p w14:paraId="09FDE6F9" w14:textId="77777777" w:rsidR="001513BE" w:rsidRPr="001513BE" w:rsidRDefault="001513BE" w:rsidP="001513BE">
      <w:r w:rsidRPr="001513BE">
        <w:t>She softened again, brushing my hair behind my ear. “No matter what your soul picks, it does not define you. Trust yourself. Don’t fear what’s inside you, Sky. Let it speak.”</w:t>
      </w:r>
    </w:p>
    <w:p w14:paraId="6C92A14A" w14:textId="77777777" w:rsidR="001513BE" w:rsidRPr="001513BE" w:rsidRDefault="001513BE" w:rsidP="001513BE">
      <w:r w:rsidRPr="001513BE">
        <w:t>I didn’t know what she meant. But I nodded anyway. Her hands were cold. I wrapped the blanket tighter.</w:t>
      </w:r>
    </w:p>
    <w:p w14:paraId="339A893F" w14:textId="77777777" w:rsidR="001513BE" w:rsidRDefault="00AA3789">
      <w:r>
        <w:t xml:space="preserve">She smiled at me one last time and kissed my cheek, her mouth warm against my cold cheek. My golden hair in a loose braid. I wore one of the two dresses I owned, simple looking, old and thin, covered by my red cloak. </w:t>
      </w:r>
    </w:p>
    <w:p w14:paraId="2DB79FAC" w14:textId="1BBCC33C" w:rsidR="00121116" w:rsidRDefault="00AA3789">
      <w:r>
        <w:t>They were waiting by the door for me.</w:t>
      </w:r>
    </w:p>
    <w:p w14:paraId="1B5EA671" w14:textId="77777777" w:rsidR="001513BE" w:rsidRDefault="00AA3789">
      <w:r>
        <w:t xml:space="preserve">My sister, Ela, wore a simple violet dress, </w:t>
      </w:r>
      <w:r w:rsidR="001513BE" w:rsidRPr="001513BE">
        <w:t>the one I saved months to buy her. She’d braided her hair tighter than usual, her cheeks pink with excitement.</w:t>
      </w:r>
      <w:r w:rsidR="001513BE" w:rsidRPr="001513BE">
        <w:br/>
        <w:t>“Thomas will be there,” she said, trying not to smile. I let her believe in something sweet.</w:t>
      </w:r>
      <w:r w:rsidR="001513BE">
        <w:t xml:space="preserve"> </w:t>
      </w:r>
    </w:p>
    <w:p w14:paraId="68DF727D" w14:textId="77777777" w:rsidR="001513BE" w:rsidRDefault="001513BE">
      <w:r w:rsidRPr="001513BE">
        <w:t>Rowan looked neat, cleaner than usual. Fresh trim, fresh shave—though the tiny cuts on his jaw gave him away. His boots were the pair I bought him that morning. His eyes didn’t show much, but I knew he felt the weight. Maybe not like I did. But enough.</w:t>
      </w:r>
      <w:r w:rsidRPr="001513BE">
        <w:br/>
        <w:t>They looked hopeful. I tried to match it.</w:t>
      </w:r>
      <w:r>
        <w:t xml:space="preserve"> </w:t>
      </w:r>
    </w:p>
    <w:p w14:paraId="476DDB7C" w14:textId="794861DE" w:rsidR="00121116" w:rsidRDefault="00AA3789">
      <w:r>
        <w:t>They both looked graceful despite our limited means.</w:t>
      </w:r>
    </w:p>
    <w:p w14:paraId="5C89F57E" w14:textId="62AD4BD7" w:rsidR="00121116" w:rsidRDefault="00AA3789">
      <w:r>
        <w:t xml:space="preserve">In stark contrast, I looked every bit </w:t>
      </w:r>
      <w:r w:rsidR="001513BE">
        <w:t>of our struggle</w:t>
      </w:r>
      <w:r>
        <w:t>. My boots were rusty and old, the leather cracked and worn. My dress, equally aged, hung loosely on my frame. Fortunately, my red cloak was still in good enough shape to hide the rips in my dress from riding. Its deep color stood out against the drabness of my attire.</w:t>
      </w:r>
    </w:p>
    <w:p w14:paraId="339BCD9F" w14:textId="77777777" w:rsidR="00121116" w:rsidRDefault="00AA3789">
      <w:r>
        <w:t>Ela took my hand as we stepped outside, her grip firm but comforting. Her touch steadied me, even as dread coiled in my stomach. My mother’s cryptic words echoed in my mind, their weight heavier with each step. I tried to brush it off and smiled at Ela and Rowan. They looked overjoyed for this day, knowing they would drink and eat good food for the first time in months.</w:t>
      </w:r>
    </w:p>
    <w:p w14:paraId="7B2C2759" w14:textId="77777777" w:rsidR="00121116" w:rsidRDefault="00AA3789">
      <w:r>
        <w:t>Ela whispered, “I know your card will be of a bright future,” her voice brimming with a hope I couldn’t fathom. How could she believe that in a world so cruel? I squeezed her hand, mirroring her confidence with a smile that didn’t reach my eyes. Deep down, I already knew—my fate would be no kinder than my present.</w:t>
      </w:r>
    </w:p>
    <w:p w14:paraId="67EE7252" w14:textId="77777777" w:rsidR="00121116" w:rsidRDefault="00AA3789">
      <w:r>
        <w:br w:type="page"/>
      </w:r>
    </w:p>
    <w:p w14:paraId="0D783662" w14:textId="77777777" w:rsidR="001513BE" w:rsidRPr="001513BE" w:rsidRDefault="001513BE" w:rsidP="001513BE">
      <w:r w:rsidRPr="001513BE">
        <w:lastRenderedPageBreak/>
        <w:t>We stepped into the village square, and the air changed.</w:t>
      </w:r>
      <w:r w:rsidRPr="001513BE">
        <w:br/>
        <w:t>Banners whipped in the wind—bright colors trying to outshine the fear. Fires crackled. Music played. People smiled too wide, too hard.</w:t>
      </w:r>
      <w:r w:rsidRPr="001513BE">
        <w:br/>
        <w:t>I smelled meat roasting, sweetbread baking, but none of it could cover the metallic tang in the air.</w:t>
      </w:r>
      <w:r w:rsidRPr="001513BE">
        <w:br/>
        <w:t>A celebration dressed as a distraction.</w:t>
      </w:r>
    </w:p>
    <w:p w14:paraId="661B6EA2" w14:textId="2BCB6C26" w:rsidR="00121116" w:rsidRDefault="001513BE">
      <w:r w:rsidRPr="001513BE">
        <w:t>Eyes followed me. Whispers paused as we passed. Some pitied. Some waited to see which card I'd draw.</w:t>
      </w:r>
      <w:r w:rsidRPr="001513BE">
        <w:br/>
        <w:t>I smiled like it didn’t matter. Like my stomach wasn’t a knot of stone.</w:t>
      </w:r>
    </w:p>
    <w:p w14:paraId="54371087" w14:textId="77777777" w:rsidR="001513BE" w:rsidRPr="001513BE" w:rsidRDefault="00AA3789" w:rsidP="001513BE">
      <w:r>
        <w:t xml:space="preserve">The King appeared like a shadow come to life, his dark robes trailing behind him. The air thickened, the whispers of the villagers dying on their tongues. He was power and indifference incarnate, a being so far removed from us that even the light seemed afraid to touch him. I kept my gaze low, refusing to look at him directly. The others whispered of his power, his ability to see into our very souls. The air felt heavy, thick with expectation and dread. My stomach churned. How could a card—simple parchment and ink—hold so much sway over our lives? How could the King, with his endless power, place so much faith in this ritual? Yet, as much as I wanted to dismiss it as nonsense, unease clawed at my chest. What if </w:t>
      </w:r>
      <w:r w:rsidR="001513BE">
        <w:t>it was true</w:t>
      </w:r>
      <w:r>
        <w:t xml:space="preserve">? What if the cards really did reflect </w:t>
      </w:r>
      <w:r w:rsidR="001513BE">
        <w:t xml:space="preserve">what laid deep inside </w:t>
      </w:r>
      <w:r>
        <w:t xml:space="preserve">our souls? </w:t>
      </w:r>
      <w:r w:rsidR="001513BE" w:rsidRPr="001513BE">
        <w:t>His eyes scanned the crowd, slow and deliberate. They landed on no one—and yet, I felt them anyway. Like a blade grazing my skin.</w:t>
      </w:r>
    </w:p>
    <w:p w14:paraId="5F81E388" w14:textId="77777777" w:rsidR="001513BE" w:rsidRPr="001513BE" w:rsidRDefault="001513BE" w:rsidP="001513BE">
      <w:r w:rsidRPr="001513BE">
        <w:t>“The cards do not lie,” he said, voice sharp and steady. “They see what you will not. They speak what you fear to hear.”</w:t>
      </w:r>
    </w:p>
    <w:p w14:paraId="1502C61B" w14:textId="77777777" w:rsidR="001513BE" w:rsidRPr="001513BE" w:rsidRDefault="001513BE" w:rsidP="001513BE">
      <w:r w:rsidRPr="001513BE">
        <w:t>A tremor passed through the crowd. I held my breath. My heart thudded against my ribs like it wanted out.</w:t>
      </w:r>
    </w:p>
    <w:p w14:paraId="3DE83620" w14:textId="2676AA4A" w:rsidR="001513BE" w:rsidRPr="001513BE" w:rsidRDefault="00AA3789" w:rsidP="001513BE">
      <w:r>
        <w:t xml:space="preserve"> </w:t>
      </w:r>
      <w:r w:rsidR="001513BE" w:rsidRPr="001513BE">
        <w:t>“Fear will not change what already lives inside you.”</w:t>
      </w:r>
    </w:p>
    <w:p w14:paraId="39C0D5F2" w14:textId="4C6F2C41" w:rsidR="001513BE" w:rsidRDefault="001513BE">
      <w:r>
        <w:t>I wanted to believe it was just theater. That this was all for show. But the air itself had changed—thicker, darker, waiting.</w:t>
      </w:r>
    </w:p>
    <w:p w14:paraId="7A159F57" w14:textId="41BE39EB" w:rsidR="00121116" w:rsidRDefault="001513BE">
      <w:r>
        <w:t>I didn’t believe in fate. But I believed in fear.</w:t>
      </w:r>
    </w:p>
    <w:p w14:paraId="6D83EB6B" w14:textId="724FD8E1" w:rsidR="001513BE" w:rsidRDefault="001513BE">
      <w:r w:rsidRPr="001513BE">
        <w:t>The crowd buzzed with hushed fear as the King entered the tent</w:t>
      </w:r>
      <w:r>
        <w:t xml:space="preserve">. </w:t>
      </w:r>
      <w:r w:rsidRPr="001513BE">
        <w:t>He didn’t just walk. He claimed space, like the world bent slightly around him.</w:t>
      </w:r>
    </w:p>
    <w:p w14:paraId="2A8ED520" w14:textId="73931B1C" w:rsidR="00121116" w:rsidRDefault="00AA3789">
      <w:r>
        <w:t>The celebration continued back in full swing moments later after the first woman entered the tent, a stark contrast to the tension that gripped my heart. I could see the other girls, all dressed in their finest, their faces a mix of excitement and anxiety. Some wore elaborate gowns with intricate embroidery, while others, like me, wore simple dresses. Their carefree smiles and laughter made me envious.</w:t>
      </w:r>
    </w:p>
    <w:p w14:paraId="06AAAA54" w14:textId="77777777" w:rsidR="001513BE" w:rsidRPr="001513BE" w:rsidRDefault="001513BE" w:rsidP="001513BE">
      <w:r w:rsidRPr="001513BE">
        <w:lastRenderedPageBreak/>
        <w:t>The line moved forward. Girls giggled nervously. Smoothed skirts. Whispered prayers.</w:t>
      </w:r>
      <w:r w:rsidRPr="001513BE">
        <w:br/>
        <w:t>One by one, they stepped into the tent. One by one, they came back changed.</w:t>
      </w:r>
      <w:r w:rsidRPr="001513BE">
        <w:br/>
        <w:t>Some smiling. Some pale. One crying.</w:t>
      </w:r>
    </w:p>
    <w:p w14:paraId="5C551581" w14:textId="77777777" w:rsidR="001513BE" w:rsidRPr="001513BE" w:rsidRDefault="001513BE" w:rsidP="001513BE">
      <w:r w:rsidRPr="001513BE">
        <w:t>“No one ever picks the black card,” someone whispered behind me. “No soul is that cursed.”</w:t>
      </w:r>
    </w:p>
    <w:p w14:paraId="449304AA" w14:textId="16A9AEFC" w:rsidR="00121116" w:rsidRDefault="00AA3789">
      <w:r>
        <w:t>Their conversation fell away, but the unease stayed with me. The black card—what did it mean? I had heard the stories, of course. A soul so tainted by shadows that it could only bring ruin. But they were just stories.</w:t>
      </w:r>
      <w:r w:rsidR="001513BE">
        <w:t xml:space="preserve"> Nonsense, created to imply fear. </w:t>
      </w:r>
    </w:p>
    <w:p w14:paraId="562B4613" w14:textId="77777777" w:rsidR="001513BE" w:rsidRPr="001513BE" w:rsidRDefault="001513BE" w:rsidP="001513BE">
      <w:r w:rsidRPr="001513BE">
        <w:t>I turned once more to find Ela and Rowan in the crowd. Ela waved with a shy smile. Rowan gave me a single, silent nod. My throat tightened. They looked so hopeful. So sure.</w:t>
      </w:r>
    </w:p>
    <w:p w14:paraId="552C3A97" w14:textId="77777777" w:rsidR="001513BE" w:rsidRDefault="001513BE" w:rsidP="001513BE">
      <w:r w:rsidRPr="001513BE">
        <w:t>I wasn’t.</w:t>
      </w:r>
    </w:p>
    <w:p w14:paraId="75403F35" w14:textId="77777777" w:rsidR="000C078E" w:rsidRPr="001513BE" w:rsidRDefault="000C078E" w:rsidP="001513BE"/>
    <w:p w14:paraId="02A987F7" w14:textId="77777777" w:rsidR="000C078E" w:rsidRDefault="000C078E" w:rsidP="001513BE">
      <w:r>
        <w:t>~</w:t>
      </w:r>
    </w:p>
    <w:p w14:paraId="54C3EC0F" w14:textId="77777777" w:rsidR="000C078E" w:rsidRDefault="000C078E" w:rsidP="001513BE"/>
    <w:p w14:paraId="1A296D50" w14:textId="3CD1B971" w:rsidR="001513BE" w:rsidRPr="001513BE" w:rsidRDefault="001513BE" w:rsidP="001513BE">
      <w:r w:rsidRPr="001513BE">
        <w:t>The tent swallowed me whole.</w:t>
      </w:r>
      <w:r w:rsidRPr="001513BE">
        <w:br/>
        <w:t>The warmth inside didn’t feel comforting. It felt watchful.</w:t>
      </w:r>
    </w:p>
    <w:p w14:paraId="42535839" w14:textId="77777777" w:rsidR="001513BE" w:rsidRPr="001513BE" w:rsidRDefault="001513BE" w:rsidP="001513BE">
      <w:r w:rsidRPr="001513BE">
        <w:t xml:space="preserve">The King sat upon a throne of twisted wood and polished </w:t>
      </w:r>
      <w:proofErr w:type="gramStart"/>
      <w:r w:rsidRPr="001513BE">
        <w:t>root,</w:t>
      </w:r>
      <w:proofErr w:type="gramEnd"/>
      <w:r w:rsidRPr="001513BE">
        <w:t xml:space="preserve"> the frame carved with black butterflies that shimmered faintly in the low firelight. It looked ancient—like it had grown from the earth itself and remembered every soul who’d dared sit on it.</w:t>
      </w:r>
    </w:p>
    <w:p w14:paraId="126C6B76" w14:textId="77777777" w:rsidR="001513BE" w:rsidRPr="001513BE" w:rsidRDefault="001513BE" w:rsidP="001513BE">
      <w:r w:rsidRPr="001513BE">
        <w:t>He didn’t look up at first. Just let the silence stretch. Let me feel it.</w:t>
      </w:r>
    </w:p>
    <w:p w14:paraId="64633ECB" w14:textId="77777777" w:rsidR="001513BE" w:rsidRPr="001513BE" w:rsidRDefault="001513BE" w:rsidP="001513BE">
      <w:r w:rsidRPr="001513BE">
        <w:t>When he did, his gaze landed like weight across my chest.</w:t>
      </w:r>
      <w:r w:rsidRPr="001513BE">
        <w:br/>
        <w:t>His skin gleamed like weathered bronze, gold-kissed and dusted with shadow. His hair was dark, slightly tousled—wild, but deliberate. Crowned with a circlet of black rubies that glinted like wine in a dying sun.</w:t>
      </w:r>
      <w:r w:rsidRPr="001513BE">
        <w:br/>
        <w:t>His eyes, green and sharp, reminded me of leaves after the rain—cutting, fresh, and far too knowing.</w:t>
      </w:r>
    </w:p>
    <w:p w14:paraId="4E6CE30A" w14:textId="77777777" w:rsidR="001513BE" w:rsidRPr="001513BE" w:rsidRDefault="001513BE" w:rsidP="001513BE">
      <w:r w:rsidRPr="001513BE">
        <w:t>The ring on his finger bore a stone so deep it didn’t reflect the firelight—it drank it.</w:t>
      </w:r>
    </w:p>
    <w:p w14:paraId="424EC2AF" w14:textId="77777777" w:rsidR="001513BE" w:rsidRPr="001513BE" w:rsidRDefault="001513BE" w:rsidP="001513BE">
      <w:r w:rsidRPr="001513BE">
        <w:t>Two guards flanked him like sentinels carved from ancient bark and metal. Their armor glimmered like amber turned to steel. Each wore a ring like his. Their weapons pulsed with the same buried magic.</w:t>
      </w:r>
    </w:p>
    <w:p w14:paraId="628F9B6C" w14:textId="77777777" w:rsidR="001513BE" w:rsidRPr="001513BE" w:rsidRDefault="001513BE" w:rsidP="001513BE">
      <w:r w:rsidRPr="001513BE">
        <w:t>One stepped forward, took my arm, and guided me to the seat across from him.</w:t>
      </w:r>
      <w:r w:rsidRPr="001513BE">
        <w:br/>
        <w:t>I sat.</w:t>
      </w:r>
    </w:p>
    <w:p w14:paraId="3A4A74FF" w14:textId="77777777" w:rsidR="001513BE" w:rsidRPr="001513BE" w:rsidRDefault="001513BE" w:rsidP="001513BE">
      <w:r w:rsidRPr="001513BE">
        <w:t>“You’re not afraid of me,” he said. Not a question.</w:t>
      </w:r>
    </w:p>
    <w:p w14:paraId="557730A7" w14:textId="77777777" w:rsidR="001513BE" w:rsidRPr="001513BE" w:rsidRDefault="001513BE" w:rsidP="001513BE">
      <w:r w:rsidRPr="001513BE">
        <w:t>I met his gaze, though it hurt to hold. “No.”</w:t>
      </w:r>
    </w:p>
    <w:p w14:paraId="58926496" w14:textId="77777777" w:rsidR="001513BE" w:rsidRPr="001513BE" w:rsidRDefault="001513BE" w:rsidP="001513BE">
      <w:r w:rsidRPr="001513BE">
        <w:lastRenderedPageBreak/>
        <w:t>A pause. A flicker of curiosity.</w:t>
      </w:r>
    </w:p>
    <w:p w14:paraId="0329BA3E" w14:textId="77777777" w:rsidR="001513BE" w:rsidRPr="001513BE" w:rsidRDefault="001513BE" w:rsidP="001513BE">
      <w:r w:rsidRPr="001513BE">
        <w:t>“Your name.”</w:t>
      </w:r>
    </w:p>
    <w:p w14:paraId="72DA97A4" w14:textId="77777777" w:rsidR="001513BE" w:rsidRPr="001513BE" w:rsidRDefault="001513BE" w:rsidP="001513BE">
      <w:r w:rsidRPr="001513BE">
        <w:t>“Sky.”</w:t>
      </w:r>
    </w:p>
    <w:p w14:paraId="46F8547C" w14:textId="77777777" w:rsidR="001513BE" w:rsidRPr="001513BE" w:rsidRDefault="001513BE" w:rsidP="001513BE">
      <w:r w:rsidRPr="001513BE">
        <w:t>He repeated it like testing something unfamiliar on his tongue. “Sky.”</w:t>
      </w:r>
    </w:p>
    <w:p w14:paraId="3FCDE4CD" w14:textId="77777777" w:rsidR="001513BE" w:rsidRPr="001513BE" w:rsidRDefault="001513BE" w:rsidP="001513BE">
      <w:r w:rsidRPr="001513BE">
        <w:t>“Let’s get this over with,” he said at last. “</w:t>
      </w:r>
      <w:proofErr w:type="gramStart"/>
      <w:r w:rsidRPr="001513BE">
        <w:t>So</w:t>
      </w:r>
      <w:proofErr w:type="gramEnd"/>
      <w:r w:rsidRPr="001513BE">
        <w:t xml:space="preserve"> you can return to whatever you think your life is.”</w:t>
      </w:r>
    </w:p>
    <w:p w14:paraId="58CF5873" w14:textId="77777777" w:rsidR="001513BE" w:rsidRPr="001513BE" w:rsidRDefault="001513BE" w:rsidP="001513BE">
      <w:r w:rsidRPr="001513BE">
        <w:t>I didn’t answer. Because I didn’t know what it was anymore.</w:t>
      </w:r>
    </w:p>
    <w:p w14:paraId="18E69BBB" w14:textId="1BB16429" w:rsidR="00121116" w:rsidRDefault="00AA3789">
      <w:r>
        <w:t>But to him, it didn’t matter. This was duty for him—a display of power, a reminder that we were under his control, safe only by his will. I could see the indifference in the way he carried himself, as though this visit was as tedious to him as it was terrifying to us. Yet I understood why he came. It was necessary to keep us in line, to ensure the villages remembered their place and never dared cross into his lands.</w:t>
      </w:r>
    </w:p>
    <w:p w14:paraId="61F10D47" w14:textId="77777777" w:rsidR="00121116" w:rsidRDefault="00AA3789">
      <w:r>
        <w:t>Not that anyone ever would. The Black Forest alone was enough to keep us bound. Its shadows held dangers we couldn’t name—magical creatures far beyond our comprehension, lurking in a darkness that no human could hope to survive. Against magic, we were powerless. Stories of what lay beyond the forest only deepened our fear, ensuring no one even dreamed of rebellion.</w:t>
      </w:r>
    </w:p>
    <w:p w14:paraId="6D19D70E" w14:textId="135C3843" w:rsidR="001513BE" w:rsidRDefault="00AA3789">
      <w:r>
        <w:t xml:space="preserve">The King’s laws were unyielding, his power the only barrier between our fragile lives and the monsters of the Eastern realm. He demanded nothing from us—no tribute, no tithe. It wasn’t mercy, I realized. It was indifference. To him, we were shadows beneath his throne, irrelevant unless we disrupted the fragile order he maintained. </w:t>
      </w:r>
    </w:p>
    <w:p w14:paraId="02818F36" w14:textId="77777777" w:rsidR="00121116" w:rsidRDefault="00AA3789">
      <w:r>
        <w:t>The stories of his wrath haunted every whispered tale—entire villages obliterated because of one foolish soul. No one had dared challenge his rule in decades. The cost of rebellion was too high, and the fear he cultivated was absolute.</w:t>
      </w:r>
    </w:p>
    <w:p w14:paraId="2A8FC1EB" w14:textId="77777777" w:rsidR="00121116" w:rsidRDefault="00AA3789">
      <w:r>
        <w:br w:type="page"/>
      </w:r>
    </w:p>
    <w:p w14:paraId="247BD832" w14:textId="77777777" w:rsidR="00121116" w:rsidRDefault="00AA3789">
      <w:r>
        <w:lastRenderedPageBreak/>
        <w:t>The cards gleamed faintly in the dim room, their golden edges shimmering like whispers of a secret I didn’t want to hear. Eight of them, laid in perfect symmetry, their surfaces unreadable. The King flicked his fingers, and the room plunged into a suffocating darkness, leaving only the cards aglow. The air thickened, every breath a struggle.</w:t>
      </w:r>
    </w:p>
    <w:p w14:paraId="3E21B362" w14:textId="77777777" w:rsidR="00121116" w:rsidRDefault="00AA3789">
      <w:r>
        <w:t>My hand moved on its own, trembling but guided by an invisible pull. It hovered, paused, then landed on the sixth card. A shiver ran through me as my fingers brushed its surface, the connection like cold fire sparking up my arm. The trance shattered, and the room flooded with light, leaving me gasping and unsteady.</w:t>
      </w:r>
    </w:p>
    <w:p w14:paraId="2DEB7970" w14:textId="77777777" w:rsidR="00121116" w:rsidRDefault="00AA3789">
      <w:r>
        <w:t>The King’s expression shifted. Gone was the disinterest—the casual air of authority. His emerald eyes narrowed, sharp and focused, burning into me with an intensity that made my breath hitch. The remaining cards dissolved, leaving only the one beneath my fingers. Its edges pulsed faintly, the light dimming, as if retreating into itself.</w:t>
      </w:r>
    </w:p>
    <w:p w14:paraId="3D9E986D" w14:textId="77777777" w:rsidR="00121116" w:rsidRDefault="00AA3789">
      <w:r>
        <w:t>My heartbeat thundered in my ears, each pulse echoing my rising dread. I wasn’t ready for this—for the truth the card might hold or the finality it might impose. Yet, I couldn’t pull my hand away. Slowly, almost defiantly, the card turned. Its movement reverberated through the air like a drumbeat, the force rattling the table beneath it.</w:t>
      </w:r>
    </w:p>
    <w:p w14:paraId="084A662B" w14:textId="77777777" w:rsidR="00121116" w:rsidRDefault="00AA3789">
      <w:r>
        <w:t>The King froze. His face, once unreadable, drained of its color. His jaw tightened, emerald eyes locking onto mine with an intensity that stole the air from the room. His fear was palpable, a weight pressing against my chest. I didn’t dare breathe, let alone speak. This wasn’t the reaction of a bored ruler entertained by a ritual. This was something else—something far more dangerous.</w:t>
      </w:r>
    </w:p>
    <w:p w14:paraId="293E278F" w14:textId="77777777" w:rsidR="00121116" w:rsidRDefault="00AA3789">
      <w:r>
        <w:t>I tore my gaze from his and looked down. The card stared back at me, blank and infinite. A black void swallowed the edges, a nothingness so vast it seemed to pull at my very soul. I tried to look away, but it drew me in, my breath hitching as its darkness echoed in my mind.</w:t>
      </w:r>
    </w:p>
    <w:p w14:paraId="50806BAB" w14:textId="77777777" w:rsidR="00121116" w:rsidRDefault="00AA3789">
      <w:r>
        <w:t>“What does it mean?” I whispered, my voice barely audible.</w:t>
      </w:r>
    </w:p>
    <w:p w14:paraId="69AF6D57" w14:textId="77777777" w:rsidR="00121116" w:rsidRDefault="00AA3789">
      <w:r>
        <w:t>The King didn’t answer. His emerald eyes stayed fixed on mine, not with indifference but with something deeper—fear? Anger? Recognition? He rose suddenly, his chair scraping against the floor. The sharp sound shattered the silence as he gestured to his guards. They moved to his side, speaking in low tones. Their voices were lost to me, as though the air itself carried no sound.</w:t>
      </w:r>
    </w:p>
    <w:p w14:paraId="0A0283DE" w14:textId="77777777" w:rsidR="00121116" w:rsidRDefault="00AA3789">
      <w:r>
        <w:t>I clutched the edge of the table, forcing myself to speak again, louder this time. “What did I choose? Am I going to die?”</w:t>
      </w:r>
    </w:p>
    <w:p w14:paraId="1D898649" w14:textId="77777777" w:rsidR="00121116" w:rsidRDefault="00AA3789">
      <w:r>
        <w:t>I could feel my face growing cold, my palms sweating.</w:t>
      </w:r>
    </w:p>
    <w:p w14:paraId="29EBBDE7" w14:textId="77777777" w:rsidR="00121116" w:rsidRDefault="00AA3789">
      <w:r>
        <w:t>The room felt colder, the shadows around me stretching, curling, as though alive. The King turned to his guards, his voice low but sharp. “Secure her. Now.”</w:t>
      </w:r>
    </w:p>
    <w:p w14:paraId="1F9B95C1" w14:textId="77777777" w:rsidR="001513BE" w:rsidRPr="001513BE" w:rsidRDefault="00AA3789" w:rsidP="001513BE">
      <w:r>
        <w:lastRenderedPageBreak/>
        <w:t xml:space="preserve">My heart raced, fear rising to my throat. </w:t>
      </w:r>
      <w:r w:rsidR="001513BE" w:rsidRPr="001513BE">
        <w:t>The guards pulled me to my feet like I weighed nothing. My boots scraped against the floor. I thrashed. “Wait! Let me go—what’s happening?!”</w:t>
      </w:r>
    </w:p>
    <w:p w14:paraId="2ECCCC0E" w14:textId="77777777" w:rsidR="001513BE" w:rsidRPr="001513BE" w:rsidRDefault="001513BE" w:rsidP="001513BE">
      <w:r w:rsidRPr="001513BE">
        <w:t>No one answered. Their grip was iron.</w:t>
      </w:r>
    </w:p>
    <w:p w14:paraId="01BCFEBF" w14:textId="77777777" w:rsidR="001513BE" w:rsidRPr="001513BE" w:rsidRDefault="001513BE" w:rsidP="001513BE">
      <w:r w:rsidRPr="001513BE">
        <w:t>The King stepped forward. I flinched.</w:t>
      </w:r>
      <w:r w:rsidRPr="001513BE">
        <w:br/>
        <w:t>“This isn’t about what you understand,” he said, quiet and final. “It’s about what you are.”</w:t>
      </w:r>
    </w:p>
    <w:p w14:paraId="4A8587B4" w14:textId="77777777" w:rsidR="001513BE" w:rsidRPr="001513BE" w:rsidRDefault="001513BE" w:rsidP="001513BE">
      <w:r w:rsidRPr="001513BE">
        <w:t>“I didn’t choose anything!” I shouted. “I don’t even know what this is!”</w:t>
      </w:r>
    </w:p>
    <w:p w14:paraId="7FB3E592" w14:textId="77777777" w:rsidR="001513BE" w:rsidRPr="001513BE" w:rsidRDefault="001513BE" w:rsidP="001513BE">
      <w:r w:rsidRPr="001513BE">
        <w:t>His hand caught mine. Cold. Steady.</w:t>
      </w:r>
      <w:r w:rsidRPr="001513BE">
        <w:br/>
        <w:t>And the world vanished.</w:t>
      </w:r>
    </w:p>
    <w:p w14:paraId="337B1970" w14:textId="77777777" w:rsidR="001513BE" w:rsidRPr="001513BE" w:rsidRDefault="001513BE" w:rsidP="001513BE">
      <w:r w:rsidRPr="001513BE">
        <w:t>Darkness swallowed me whole.</w:t>
      </w:r>
    </w:p>
    <w:p w14:paraId="148B99DC" w14:textId="77777777" w:rsidR="001513BE" w:rsidRPr="001513BE" w:rsidRDefault="001513BE" w:rsidP="001513BE">
      <w:r w:rsidRPr="001513BE">
        <w:t>I gasped, but the air was wet and wrong—cold stone beneath my feet, something dripping in the distance.</w:t>
      </w:r>
      <w:r w:rsidRPr="001513BE">
        <w:br/>
        <w:t>The space pressed in, thick and close. My skin crawled. My breath hitched.</w:t>
      </w:r>
      <w:r w:rsidRPr="001513BE">
        <w:br/>
        <w:t>“What did you do?” I whispered. “Where am I?”</w:t>
      </w:r>
    </w:p>
    <w:p w14:paraId="4A9A3AED" w14:textId="77777777" w:rsidR="001513BE" w:rsidRPr="001513BE" w:rsidRDefault="001513BE" w:rsidP="001513BE">
      <w:r w:rsidRPr="001513BE">
        <w:t>He didn’t answer right away. Just stared. His eyes glowed like dying firelight reflected in water. And then, finally, he let go of my hand.</w:t>
      </w:r>
    </w:p>
    <w:p w14:paraId="19D3842C" w14:textId="77777777" w:rsidR="001513BE" w:rsidRPr="001513BE" w:rsidRDefault="001513BE" w:rsidP="001513BE">
      <w:r w:rsidRPr="001513BE">
        <w:t>The warmth of him faded, replaced by a chill that cut through muscle and bone. He watched me for another breath, unreadable, before he stepped back.</w:t>
      </w:r>
      <w:r w:rsidRPr="001513BE">
        <w:br/>
        <w:t>Then he was gone.</w:t>
      </w:r>
      <w:r w:rsidRPr="001513BE">
        <w:br/>
        <w:t>A shimmer of gold and smoke—and gone.</w:t>
      </w:r>
    </w:p>
    <w:p w14:paraId="628238F1" w14:textId="77777777" w:rsidR="001513BE" w:rsidRPr="001513BE" w:rsidRDefault="001513BE" w:rsidP="001513BE">
      <w:r w:rsidRPr="001513BE">
        <w:t>I was alone.</w:t>
      </w:r>
    </w:p>
    <w:p w14:paraId="38CF4ECB" w14:textId="77777777" w:rsidR="001513BE" w:rsidRPr="001513BE" w:rsidRDefault="001513BE" w:rsidP="001513BE">
      <w:r w:rsidRPr="001513BE">
        <w:t>The dark here wasn’t absence. It was alive. Watching. Breathing.</w:t>
      </w:r>
      <w:r w:rsidRPr="001513BE">
        <w:br/>
        <w:t>Whispers scraped along my spine—just out of reach, but too close to ignore.</w:t>
      </w:r>
    </w:p>
    <w:p w14:paraId="040E820A" w14:textId="77777777" w:rsidR="001513BE" w:rsidRPr="001513BE" w:rsidRDefault="001513BE" w:rsidP="001513BE">
      <w:r w:rsidRPr="001513BE">
        <w:t>My legs shook. My fingers clawed the wall. Damp stone. Uneven.</w:t>
      </w:r>
      <w:r w:rsidRPr="001513BE">
        <w:br/>
        <w:t>“Move,” I whispered. “Move, Sky. Move.”</w:t>
      </w:r>
    </w:p>
    <w:p w14:paraId="3B9F6744" w14:textId="77777777" w:rsidR="001513BE" w:rsidRPr="001513BE" w:rsidRDefault="001513BE" w:rsidP="001513BE">
      <w:r w:rsidRPr="001513BE">
        <w:t>Each step forward was a battle. The air tasted like rust. My lungs burned. My eyes stung.</w:t>
      </w:r>
      <w:r w:rsidRPr="001513BE">
        <w:br/>
        <w:t>But I kept going.</w:t>
      </w:r>
    </w:p>
    <w:p w14:paraId="6D4966EE" w14:textId="77777777" w:rsidR="001513BE" w:rsidRPr="001513BE" w:rsidRDefault="001513BE" w:rsidP="001513BE">
      <w:r w:rsidRPr="001513BE">
        <w:t>Toward the water. Toward anything.</w:t>
      </w:r>
      <w:r w:rsidRPr="001513BE">
        <w:br/>
        <w:t>Toward the thought of Ela and Rowan, safe and warm.</w:t>
      </w:r>
      <w:r w:rsidRPr="001513BE">
        <w:br/>
        <w:t>I had to believe they were okay. I had to believe I could still get back to them.</w:t>
      </w:r>
    </w:p>
    <w:p w14:paraId="33FEA063" w14:textId="77777777" w:rsidR="001513BE" w:rsidRPr="001513BE" w:rsidRDefault="001513BE" w:rsidP="001513BE">
      <w:r w:rsidRPr="001513BE">
        <w:t>The shadows whispered otherwise.</w:t>
      </w:r>
    </w:p>
    <w:p w14:paraId="32CC2C2B" w14:textId="4A5BCD68" w:rsidR="00121116" w:rsidRDefault="00AA3789" w:rsidP="001513BE">
      <w:r>
        <w:br w:type="page"/>
      </w:r>
    </w:p>
    <w:p w14:paraId="68BA996E" w14:textId="77777777" w:rsidR="00121116" w:rsidRDefault="00AA3789">
      <w:r>
        <w:lastRenderedPageBreak/>
        <w:t>The darkness consumed me, an entity alive and watchful. It pressed from all sides, damp and suffocating, coiling around my body like an unrelenting tide. My breath came in shallow gasps, each one stolen by the oppressive air, thick with moisture and something metallic, like old blood. The shadows didn’t just shift—they slithered, dragging unseen claws across my skin. Their presence was tangible, crawling into my mind with whispers I couldn’t hear but felt in my very bones.</w:t>
      </w:r>
    </w:p>
    <w:p w14:paraId="599CEF72" w14:textId="77777777" w:rsidR="00121116" w:rsidRDefault="00AA3789">
      <w:r>
        <w:t>Each step was a battle against the panic clawing at my throat, a relentless whisper echoing in my mind: You should have chosen differently. Anything but this. My stomach twisted in a violent knot, empty and heaving, but I forced myself forward. There had to be an end to this—to the weight crushing my ribs and the cold sinking into my marrow. Somewhere beyond the shadows was light, or so I told myself.</w:t>
      </w:r>
    </w:p>
    <w:p w14:paraId="749AC420" w14:textId="77777777" w:rsidR="00121116" w:rsidRDefault="00AA3789">
      <w:r>
        <w:t>I braced myself against the jagged wall, my fingers scraping its rough, damp surface. Focus. I listened, straining for anything beyond the distant drip of water. The faint sound gave me a direction, a fragile hope. My boots shuffled forward, the soles slipping slightly against the uneven ground.</w:t>
      </w:r>
    </w:p>
    <w:p w14:paraId="1D206641" w14:textId="3F6AD7EE" w:rsidR="00121116" w:rsidRDefault="00AA3789">
      <w:r>
        <w:t xml:space="preserve">The air grew colder, thicker with each step, wrapping around me like a suffocating shroud. </w:t>
      </w:r>
    </w:p>
    <w:p w14:paraId="42D46B52" w14:textId="27231D17" w:rsidR="001513BE" w:rsidRDefault="001513BE">
      <w:r w:rsidRPr="001513BE">
        <w:t>A screech tore through the dark behind me—high, inhuman.</w:t>
      </w:r>
      <w:r w:rsidRPr="001513BE">
        <w:br/>
        <w:t>My body locked. My breath stuck.</w:t>
      </w:r>
      <w:r w:rsidRPr="001513BE">
        <w:br/>
        <w:t>Run.</w:t>
      </w:r>
      <w:r w:rsidRPr="001513BE">
        <w:br/>
        <w:t>My mind screamed it, but my legs felt like stone.</w:t>
      </w:r>
    </w:p>
    <w:p w14:paraId="7EFF83E2" w14:textId="77777777" w:rsidR="00121116" w:rsidRDefault="00AA3789">
      <w:r>
        <w:t>Another screech echoed, closer this time. The sound rippled through the tunnel, the vibration sinking into my bones. I stumbled forward, the instinct to survive overriding the paralysis in my limbs. My breaths came in short, desperate gasps as I forced myself to keep moving, each step heavier than the last.</w:t>
      </w:r>
    </w:p>
    <w:p w14:paraId="2B735EC1" w14:textId="77777777" w:rsidR="00121116" w:rsidRDefault="00AA3789">
      <w:r>
        <w:t>The light wavered ahead, a fragile beacon in the sea of darkness. It wasn’t steady or warm, but cold and flickering, like a star on the verge of dying. My chest tightened as I stumbled toward it, torn between relief and a gnawing dread. Each step brought me closer, the faint glow carving jagged shadows into the uneven stone walls.</w:t>
      </w:r>
    </w:p>
    <w:p w14:paraId="0406CA17" w14:textId="77777777" w:rsidR="00121116" w:rsidRDefault="00AA3789">
      <w:r>
        <w:t>The shadows around me thrashed, as if resisting my approach. The air grew heavier, colder, biting at my skin with an unnatural chill. My legs burned with every step, the rawness in my throat threatening to rob me of breath, but I couldn’t stop. The light was a promise, fragile yet undeniable—a thread of hope in a world that had stolen everything else.</w:t>
      </w:r>
    </w:p>
    <w:p w14:paraId="13837BC5" w14:textId="77777777" w:rsidR="00121116" w:rsidRDefault="00AA3789">
      <w:r>
        <w:t>The closer I got, the more the shadows recoiled, curling back into the void as though the light’s presence was anathema to them. Yet the figure remained, its form a constant, unyielding weight in the air. I felt it closing in behind me, its guttural breaths a low, primal rhythm that quickened my own.</w:t>
      </w:r>
    </w:p>
    <w:p w14:paraId="362FFCE0" w14:textId="77777777" w:rsidR="00121116" w:rsidRDefault="00AA3789">
      <w:r>
        <w:lastRenderedPageBreak/>
        <w:t>I broke into a final sprint, my boots skidding on the slick ground. My fingers clawed at the wall for balance as I launched myself toward the light, desperation fueling the last of my strength. I halted as the thick twirling darkness staggered in front of me.</w:t>
      </w:r>
    </w:p>
    <w:p w14:paraId="0D2DDC33" w14:textId="77777777" w:rsidR="001513BE" w:rsidRPr="001513BE" w:rsidRDefault="001513BE" w:rsidP="001513BE">
      <w:r w:rsidRPr="001513BE">
        <w:t>The light ahead wavered like a mirage. I lunged for it, slipping into a chamber carved from the rock itself.</w:t>
      </w:r>
      <w:r w:rsidRPr="001513BE">
        <w:br/>
        <w:t>The shadows peeled back. A pedestal stood in the center, and resting atop it—</w:t>
      </w:r>
      <w:r w:rsidRPr="001513BE">
        <w:br/>
        <w:t>A crystal.</w:t>
      </w:r>
    </w:p>
    <w:p w14:paraId="336541AF" w14:textId="77777777" w:rsidR="001513BE" w:rsidRPr="001513BE" w:rsidRDefault="001513BE" w:rsidP="001513BE">
      <w:r w:rsidRPr="001513BE">
        <w:t>It pulsed with light—not bright, but alive. Soft, rhythmic, like a heartbeat. My heartbeat.</w:t>
      </w:r>
    </w:p>
    <w:p w14:paraId="4E95A70A" w14:textId="77777777" w:rsidR="001513BE" w:rsidRPr="001513BE" w:rsidRDefault="001513BE" w:rsidP="001513BE">
      <w:r w:rsidRPr="001513BE">
        <w:t>The dark behind me screeched. I spun, but the tunnel was gone. Stone had sealed it.</w:t>
      </w:r>
    </w:p>
    <w:p w14:paraId="5E35F85F" w14:textId="77777777" w:rsidR="001513BE" w:rsidRPr="001513BE" w:rsidRDefault="001513BE" w:rsidP="001513BE">
      <w:r w:rsidRPr="001513BE">
        <w:t>Trapped.</w:t>
      </w:r>
    </w:p>
    <w:p w14:paraId="57862C7A" w14:textId="77777777" w:rsidR="001513BE" w:rsidRPr="001513BE" w:rsidRDefault="001513BE" w:rsidP="001513BE">
      <w:r w:rsidRPr="001513BE">
        <w:t>My breath came fast, ragged. I turned back to the crystal. Its glow called to me. Not with words, but with something deeper—familiar.</w:t>
      </w:r>
    </w:p>
    <w:p w14:paraId="51652799" w14:textId="77777777" w:rsidR="001513BE" w:rsidRPr="001513BE" w:rsidRDefault="001513BE" w:rsidP="001513BE">
      <w:r w:rsidRPr="001513BE">
        <w:t>Then the shadows moved.</w:t>
      </w:r>
    </w:p>
    <w:p w14:paraId="30AD0C46" w14:textId="77777777" w:rsidR="001513BE" w:rsidRPr="001513BE" w:rsidRDefault="001513BE" w:rsidP="001513BE">
      <w:r w:rsidRPr="001513BE">
        <w:t>Not drifted—</w:t>
      </w:r>
      <w:r w:rsidRPr="001513BE">
        <w:rPr>
          <w:i/>
          <w:iCs/>
        </w:rPr>
        <w:t>slithered</w:t>
      </w:r>
      <w:r w:rsidRPr="001513BE">
        <w:t>.</w:t>
      </w:r>
      <w:r w:rsidRPr="001513BE">
        <w:br/>
        <w:t>A shape emerged, wrong in every way. Smoke and something solid, twisting, reshaping itself as it came.</w:t>
      </w:r>
      <w:r w:rsidRPr="001513BE">
        <w:br/>
        <w:t>Eyes opened. Silver. Unblinking. Endless.</w:t>
      </w:r>
      <w:r w:rsidRPr="001513BE">
        <w:br/>
        <w:t>It saw me. Knew me.</w:t>
      </w:r>
    </w:p>
    <w:p w14:paraId="79BC9E49" w14:textId="77777777" w:rsidR="001513BE" w:rsidRPr="001513BE" w:rsidRDefault="001513BE" w:rsidP="001513BE">
      <w:r w:rsidRPr="001513BE">
        <w:t>“What are you?” I breathed.</w:t>
      </w:r>
      <w:r w:rsidRPr="001513BE">
        <w:br/>
        <w:t>It hissed—long and low, like language half-remembered. My body screamed to run. I couldn’t.</w:t>
      </w:r>
    </w:p>
    <w:p w14:paraId="541153F3" w14:textId="77777777" w:rsidR="001513BE" w:rsidRPr="001513BE" w:rsidRDefault="001513BE" w:rsidP="001513BE">
      <w:r w:rsidRPr="001513BE">
        <w:t>I stumbled back. My boots hit something metal. A sword.</w:t>
      </w:r>
      <w:r w:rsidRPr="001513BE">
        <w:br/>
        <w:t>I grabbed it with both hands. Heavy. Rusted. Cold.</w:t>
      </w:r>
    </w:p>
    <w:p w14:paraId="37CE6DD1" w14:textId="77777777" w:rsidR="001513BE" w:rsidRPr="001513BE" w:rsidRDefault="001513BE" w:rsidP="001513BE">
      <w:r w:rsidRPr="001513BE">
        <w:t>It lunged.</w:t>
      </w:r>
      <w:r w:rsidRPr="001513BE">
        <w:br/>
        <w:t>I swung.</w:t>
      </w:r>
      <w:r w:rsidRPr="001513BE">
        <w:br/>
        <w:t xml:space="preserve">The blade struck true—if that word meant anything here. The thing </w:t>
      </w:r>
      <w:r w:rsidRPr="001513BE">
        <w:rPr>
          <w:i/>
          <w:iCs/>
        </w:rPr>
        <w:t>screamed</w:t>
      </w:r>
      <w:r w:rsidRPr="001513BE">
        <w:t>, a sound that tore at my skin. Not pain. Not only.</w:t>
      </w:r>
      <w:r w:rsidRPr="001513BE">
        <w:br/>
      </w:r>
      <w:r w:rsidRPr="001513BE">
        <w:rPr>
          <w:i/>
          <w:iCs/>
        </w:rPr>
        <w:t>Fury.</w:t>
      </w:r>
    </w:p>
    <w:p w14:paraId="0557AAEB" w14:textId="77777777" w:rsidR="001513BE" w:rsidRPr="001513BE" w:rsidRDefault="001513BE" w:rsidP="001513BE">
      <w:r w:rsidRPr="001513BE">
        <w:t>It flickered, recoiled. Stilled.</w:t>
      </w:r>
      <w:r w:rsidRPr="001513BE">
        <w:br/>
        <w:t>Then its eyes found mine again.</w:t>
      </w:r>
    </w:p>
    <w:p w14:paraId="0F44B17F" w14:textId="77777777" w:rsidR="001513BE" w:rsidRPr="001513BE" w:rsidRDefault="001513BE" w:rsidP="001513BE">
      <w:r w:rsidRPr="001513BE">
        <w:t>Not just rage now.</w:t>
      </w:r>
      <w:r w:rsidRPr="001513BE">
        <w:br/>
      </w:r>
      <w:r w:rsidRPr="001513BE">
        <w:rPr>
          <w:b/>
          <w:bCs/>
        </w:rPr>
        <w:t>Recognition.</w:t>
      </w:r>
    </w:p>
    <w:p w14:paraId="595A0A7C" w14:textId="77777777" w:rsidR="001513BE" w:rsidRPr="001513BE" w:rsidRDefault="001513BE" w:rsidP="001513BE">
      <w:r w:rsidRPr="001513BE">
        <w:t>It knew me.</w:t>
      </w:r>
    </w:p>
    <w:p w14:paraId="6E511D79" w14:textId="77777777" w:rsidR="001513BE" w:rsidRPr="001513BE" w:rsidRDefault="001513BE" w:rsidP="001513BE">
      <w:r w:rsidRPr="001513BE">
        <w:t>My grip tightened on the sword. “Why?” I whispered. “Why do you know me?”</w:t>
      </w:r>
    </w:p>
    <w:p w14:paraId="38E49069" w14:textId="77777777" w:rsidR="001513BE" w:rsidRPr="001513BE" w:rsidRDefault="001513BE" w:rsidP="001513BE">
      <w:r w:rsidRPr="001513BE">
        <w:lastRenderedPageBreak/>
        <w:t>It tilted its head. A question in the shape of a gesture. Then it vanished—into itself, into smoke, into the dark.</w:t>
      </w:r>
    </w:p>
    <w:p w14:paraId="3384E3E3" w14:textId="77777777" w:rsidR="001513BE" w:rsidRPr="001513BE" w:rsidRDefault="001513BE" w:rsidP="001513BE">
      <w:r w:rsidRPr="001513BE">
        <w:t>Silence followed, dense and crushing.</w:t>
      </w:r>
    </w:p>
    <w:p w14:paraId="204E342B" w14:textId="77777777" w:rsidR="001513BE" w:rsidRPr="001513BE" w:rsidRDefault="001513BE" w:rsidP="001513BE">
      <w:r w:rsidRPr="001513BE">
        <w:t>I couldn’t stop shaking.</w:t>
      </w:r>
      <w:r w:rsidRPr="001513BE">
        <w:br/>
        <w:t>My hands clenched the sword like it could anchor me. It didn’t.</w:t>
      </w:r>
      <w:r w:rsidRPr="001513BE">
        <w:br/>
        <w:t>The creature’s eyes wouldn’t leave me—not even now, long after it was gone. They saw me. Like they’d been waiting.</w:t>
      </w:r>
    </w:p>
    <w:p w14:paraId="73340713" w14:textId="77777777" w:rsidR="001513BE" w:rsidRPr="001513BE" w:rsidRDefault="001513BE" w:rsidP="001513BE">
      <w:r w:rsidRPr="001513BE">
        <w:t>And the worst part?</w:t>
      </w:r>
      <w:r w:rsidRPr="001513BE">
        <w:br/>
        <w:t xml:space="preserve">It didn’t attack. It </w:t>
      </w:r>
      <w:r w:rsidRPr="001513BE">
        <w:rPr>
          <w:i/>
          <w:iCs/>
        </w:rPr>
        <w:t>spared</w:t>
      </w:r>
      <w:r w:rsidRPr="001513BE">
        <w:t xml:space="preserve"> me.</w:t>
      </w:r>
    </w:p>
    <w:p w14:paraId="2E005040" w14:textId="77777777" w:rsidR="001513BE" w:rsidRPr="001513BE" w:rsidRDefault="001513BE" w:rsidP="001513BE">
      <w:r w:rsidRPr="001513BE">
        <w:t>The crystal still pulsed behind me. I didn’t want to look, but I couldn’t not.</w:t>
      </w:r>
      <w:r w:rsidRPr="001513BE">
        <w:br/>
        <w:t>Its light throbbed in time with my heart, soft and steady. Like it knew something I didn’t.</w:t>
      </w:r>
    </w:p>
    <w:p w14:paraId="5D1373E6" w14:textId="77777777" w:rsidR="001513BE" w:rsidRPr="001513BE" w:rsidRDefault="001513BE" w:rsidP="001513BE">
      <w:r w:rsidRPr="001513BE">
        <w:t>I turned toward it—and stopped.</w:t>
      </w:r>
    </w:p>
    <w:p w14:paraId="4E5237CA" w14:textId="77777777" w:rsidR="001513BE" w:rsidRPr="001513BE" w:rsidRDefault="001513BE" w:rsidP="001513BE">
      <w:r w:rsidRPr="001513BE">
        <w:t>“Hello, Sky.”</w:t>
      </w:r>
    </w:p>
    <w:p w14:paraId="4333162D" w14:textId="77777777" w:rsidR="001513BE" w:rsidRPr="001513BE" w:rsidRDefault="001513BE" w:rsidP="001513BE">
      <w:r w:rsidRPr="001513BE">
        <w:t>The voice wasn’t loud. It didn’t need to be. It slid across the chamber like oil.</w:t>
      </w:r>
      <w:r w:rsidRPr="001513BE">
        <w:br/>
        <w:t>I spun, the sword raised—but there was nothing.</w:t>
      </w:r>
    </w:p>
    <w:p w14:paraId="19E6955D" w14:textId="77777777" w:rsidR="001513BE" w:rsidRPr="001513BE" w:rsidRDefault="001513BE" w:rsidP="001513BE">
      <w:r w:rsidRPr="001513BE">
        <w:t>“No use looking. I’m everywhere. And nowhere.”</w:t>
      </w:r>
    </w:p>
    <w:p w14:paraId="3DFCE288" w14:textId="77777777" w:rsidR="001513BE" w:rsidRPr="001513BE" w:rsidRDefault="001513BE" w:rsidP="001513BE">
      <w:r w:rsidRPr="001513BE">
        <w:t>My stomach turned. I backed into the wall, breath heaving. The air shifted.</w:t>
      </w:r>
    </w:p>
    <w:p w14:paraId="298B5BC4" w14:textId="77777777" w:rsidR="001513BE" w:rsidRPr="001513BE" w:rsidRDefault="001513BE" w:rsidP="001513BE">
      <w:r w:rsidRPr="001513BE">
        <w:t>“W-who are you?”</w:t>
      </w:r>
    </w:p>
    <w:p w14:paraId="624C384E" w14:textId="77777777" w:rsidR="001513BE" w:rsidRPr="001513BE" w:rsidRDefault="001513BE" w:rsidP="001513BE">
      <w:r w:rsidRPr="001513BE">
        <w:t>Laughter. Low. Coiling.</w:t>
      </w:r>
      <w:r w:rsidRPr="001513BE">
        <w:br/>
        <w:t>“Something old. Something patient. It’s been so long since I’ve tasted fear.”</w:t>
      </w:r>
      <w:r w:rsidRPr="001513BE">
        <w:br/>
        <w:t>A pause. A slow inhale.</w:t>
      </w:r>
      <w:r w:rsidRPr="001513BE">
        <w:br/>
        <w:t>“But you... you’re not just human, are you?”</w:t>
      </w:r>
    </w:p>
    <w:p w14:paraId="2118FAD4" w14:textId="77777777" w:rsidR="001513BE" w:rsidRPr="001513BE" w:rsidRDefault="001513BE" w:rsidP="001513BE">
      <w:r w:rsidRPr="001513BE">
        <w:t>The shadows thickened. The chamber dimmed. I couldn’t breathe right.</w:t>
      </w:r>
    </w:p>
    <w:p w14:paraId="565B5F78" w14:textId="77777777" w:rsidR="001513BE" w:rsidRPr="001513BE" w:rsidRDefault="001513BE" w:rsidP="001513BE">
      <w:r w:rsidRPr="001513BE">
        <w:t>“You’ll scream for me eventually,” it whispered. “I’ll enjoy it.”</w:t>
      </w:r>
    </w:p>
    <w:p w14:paraId="0A6A713D" w14:textId="77777777" w:rsidR="001513BE" w:rsidRPr="001513BE" w:rsidRDefault="001513BE" w:rsidP="001513BE">
      <w:r w:rsidRPr="001513BE">
        <w:t>My grip tightened on the sword. My arms ached. My chest felt too small.</w:t>
      </w:r>
      <w:r w:rsidRPr="001513BE">
        <w:br/>
        <w:t>I stumbled forward. Pressed a hand to the wall just to stay upright.</w:t>
      </w:r>
    </w:p>
    <w:p w14:paraId="3086E131" w14:textId="77777777" w:rsidR="001513BE" w:rsidRPr="001513BE" w:rsidRDefault="001513BE" w:rsidP="001513BE">
      <w:r w:rsidRPr="001513BE">
        <w:t>“You can do this,” I whispered.</w:t>
      </w:r>
      <w:r w:rsidRPr="001513BE">
        <w:br/>
        <w:t>But the words didn’t feel like mine.</w:t>
      </w:r>
    </w:p>
    <w:p w14:paraId="4179D8D6" w14:textId="77777777" w:rsidR="001513BE" w:rsidRPr="001513BE" w:rsidRDefault="001513BE" w:rsidP="001513BE">
      <w:r w:rsidRPr="001513BE">
        <w:t>My thoughts slipped. Back to the card. The void.</w:t>
      </w:r>
      <w:r w:rsidRPr="001513BE">
        <w:br/>
        <w:t>The King’s eyes.</w:t>
      </w:r>
      <w:r w:rsidRPr="001513BE">
        <w:br/>
        <w:t xml:space="preserve">That moment when he saw me—and </w:t>
      </w:r>
      <w:r w:rsidRPr="001513BE">
        <w:rPr>
          <w:i/>
          <w:iCs/>
        </w:rPr>
        <w:t>knew</w:t>
      </w:r>
      <w:r w:rsidRPr="001513BE">
        <w:t>.</w:t>
      </w:r>
      <w:r w:rsidRPr="001513BE">
        <w:br/>
        <w:t>Just like the creature had.</w:t>
      </w:r>
    </w:p>
    <w:p w14:paraId="7A8060E1" w14:textId="77777777" w:rsidR="001513BE" w:rsidRPr="001513BE" w:rsidRDefault="001513BE" w:rsidP="001513BE">
      <w:r w:rsidRPr="001513BE">
        <w:lastRenderedPageBreak/>
        <w:t>They all knew something I didn’t.</w:t>
      </w:r>
      <w:r w:rsidRPr="001513BE">
        <w:br/>
        <w:t>And that scared me more than the dark.</w:t>
      </w:r>
    </w:p>
    <w:p w14:paraId="4844A147" w14:textId="77777777" w:rsidR="00121116" w:rsidRDefault="00AA3789">
      <w:r>
        <w:br w:type="page"/>
      </w:r>
    </w:p>
    <w:p w14:paraId="0BEBF637" w14:textId="77777777" w:rsidR="00121116" w:rsidRDefault="00AA3789">
      <w:pPr>
        <w:pStyle w:val="Heading1"/>
      </w:pPr>
      <w:r>
        <w:lastRenderedPageBreak/>
        <w:t>Chapter 9</w:t>
      </w:r>
    </w:p>
    <w:p w14:paraId="2A488EF9" w14:textId="73921694" w:rsidR="00121116" w:rsidRDefault="00AA3789">
      <w:r>
        <w:t>The black void of the card lingered in my mind, a hollow, endless abyss that seemed to echo with truths I wasn’t ready to face. What did the card mean? What had I chosen? I didn’t ask for this. I didn’t want it. But the King’s reaction had made one thing clear: my choice, or lack of one, no longer mattered. The card had been drawn. Whatever it meant, whatever it saw in me, it couldn’t be undone. The thought wrapped around my chest, heavy and suffocating. I pressed my palms into my temples, as if I could squeeze the memories away, but the void refused to leave. The King’s words replayed in my mind, sharp and deliberate: The cards do not lie. They see what you cannot.</w:t>
      </w:r>
    </w:p>
    <w:p w14:paraId="3CA1A40C" w14:textId="77777777" w:rsidR="00121116" w:rsidRDefault="00AA3789">
      <w:r>
        <w:t>I snapped out of my own head as I felt the presence of something malevolent lurking just beyond the edge of the light. My eyes strained to see, but the shadows remained impenetrable, hiding whatever horror awaited me.</w:t>
      </w:r>
    </w:p>
    <w:p w14:paraId="201F460A" w14:textId="77777777" w:rsidR="00121116" w:rsidRDefault="00AA3789">
      <w:r>
        <w:t>The chamber thrummed with an ancient energy, the air heavy with a malevolence that seemed alive. The crystal’s flickering light cast shifting shadows that danced with sinister intent. Then came the voice—a low, mocking chuckle that coiled around my spine like ice. I took a deep breath, trying to steady myself. I had to find a way out, to escape whatever this shape-shifting shadow was. I could feel that the creature lurking in the darkness was not going to let me go easily. It relished my fear, feeding off my terror, and I could feel its presence growing stronger, closing in on me.</w:t>
      </w:r>
    </w:p>
    <w:p w14:paraId="6ACEB3C3" w14:textId="77777777" w:rsidR="00121116" w:rsidRDefault="00AA3789">
      <w:r>
        <w:t>“Let’s see how long you can survive, little thing,” the voice hissed, the words echoing through the chamber, amplifying my fear. “Run. Run while you still can.”</w:t>
      </w:r>
    </w:p>
    <w:p w14:paraId="16D340A5" w14:textId="77777777" w:rsidR="00121116" w:rsidRDefault="00AA3789">
      <w:r>
        <w:t>The wall behind me reopened. I looked at the stone and the opening, unsure of what to do. But I wanted to escape this nightmare more than the crystal intrigued me. With a final, terrified glance around the chamber, I turned and bolted into the darkness, the sound of my own footsteps echoing through the tunnels. The oppressive shadows seemed to follow me, the voice’s sinister laughter ringing in my ears. My heart raced, my breath coming in ragged gasps as I plunged deeper into the unknown, desperate to escape the malevolent force that hunted me.</w:t>
      </w:r>
    </w:p>
    <w:p w14:paraId="4163B6B5" w14:textId="77777777" w:rsidR="00121116" w:rsidRDefault="00AA3789">
      <w:r>
        <w:t>I flinched at every noise, my eyes darting around, assessing my surroundings often. The thickness of the air enrobed me, uneasiness sticking to my skin like a cold sweat.</w:t>
      </w:r>
    </w:p>
    <w:p w14:paraId="29652382" w14:textId="77777777" w:rsidR="00121116" w:rsidRDefault="00AA3789">
      <w:r>
        <w:t>“Sky?” The voice whispered in my ear, questioning my name. “Why Sky?”</w:t>
      </w:r>
    </w:p>
    <w:p w14:paraId="280FFF54" w14:textId="77777777" w:rsidR="00121116" w:rsidRDefault="00AA3789">
      <w:r>
        <w:t>“Oh, come on.” It dripped with sarcasm. “Fine.” Its tone turned firm and unforgiving. “We could have done it with a little bit more fun.” It taunted.</w:t>
      </w:r>
    </w:p>
    <w:p w14:paraId="08C30FD6" w14:textId="77777777" w:rsidR="00121116" w:rsidRDefault="00AA3789">
      <w:r>
        <w:t xml:space="preserve">I gasped as an invisible force struck me, cutting off my oxygen. I collapsed to my knees, feeling something sharp slice through my lower abdomen. I covered the wound with my hands. I couldn't see anything, but I felt the warm, thick liquid pouring from me, soaking through my fingers. Pain radiated from the wound, spreading like wildfire through my body. My vision blurred as I fought to stay conscious, the oppressive darkness closing in around </w:t>
      </w:r>
      <w:r>
        <w:lastRenderedPageBreak/>
        <w:t>me. The air grew colder, each breath a struggle. I tried to steady myself, to stand, but my legs refused to obey.</w:t>
      </w:r>
    </w:p>
    <w:p w14:paraId="3E4341CF" w14:textId="77777777" w:rsidR="00121116" w:rsidRDefault="00AA3789">
      <w:r>
        <w:t>“You feel that, Sky?” The voice oozed with delight. “That’s the sensation of your life slipping away. Such a sweet, sweet feeling.”</w:t>
      </w:r>
    </w:p>
    <w:p w14:paraId="35407D76" w14:textId="3843226D" w:rsidR="00121116" w:rsidRDefault="00AA3789">
      <w:commentRangeStart w:id="1"/>
      <w:r>
        <w:t xml:space="preserve">I </w:t>
      </w:r>
      <w:r w:rsidR="001513BE">
        <w:t xml:space="preserve">grit </w:t>
      </w:r>
      <w:r>
        <w:t xml:space="preserve">my teeth, trying to push back the waves of pain and fear. I had to find a way to fight </w:t>
      </w:r>
      <w:commentRangeEnd w:id="1"/>
      <w:r w:rsidR="001513BE">
        <w:rPr>
          <w:rStyle w:val="CommentReference"/>
        </w:rPr>
        <w:commentReference w:id="1"/>
      </w:r>
      <w:r>
        <w:t>back, to survive. I couldn’t let this malevolent force win. But the darkness was so complete, so consuming, that I felt my strength waning with every passing second.</w:t>
      </w:r>
    </w:p>
    <w:p w14:paraId="77DB6957" w14:textId="77777777" w:rsidR="001513BE" w:rsidRPr="001513BE" w:rsidRDefault="001513BE" w:rsidP="001513BE">
      <w:r w:rsidRPr="001513BE">
        <w:t>I tried to breathe. To move.</w:t>
      </w:r>
      <w:r w:rsidRPr="001513BE">
        <w:br/>
        <w:t>My fingers slipped. My arms gave out.</w:t>
      </w:r>
    </w:p>
    <w:p w14:paraId="3765382D" w14:textId="77777777" w:rsidR="001513BE" w:rsidRPr="001513BE" w:rsidRDefault="001513BE" w:rsidP="001513BE">
      <w:r w:rsidRPr="001513BE">
        <w:t>Then—</w:t>
      </w:r>
      <w:r w:rsidRPr="001513BE">
        <w:br/>
        <w:t>Something else.</w:t>
      </w:r>
      <w:r w:rsidRPr="001513BE">
        <w:br/>
        <w:t xml:space="preserve">A pulse. Cold. Deep. Not outside me, but </w:t>
      </w:r>
      <w:r w:rsidRPr="001513BE">
        <w:rPr>
          <w:i/>
          <w:iCs/>
        </w:rPr>
        <w:t>in</w:t>
      </w:r>
      <w:r w:rsidRPr="001513BE">
        <w:t>.</w:t>
      </w:r>
    </w:p>
    <w:p w14:paraId="4128DCB5" w14:textId="77777777" w:rsidR="001513BE" w:rsidRPr="001513BE" w:rsidRDefault="001513BE" w:rsidP="001513BE">
      <w:r w:rsidRPr="001513BE">
        <w:t>The darkness receded. Just a breath. Just enough.</w:t>
      </w:r>
    </w:p>
    <w:p w14:paraId="57A7D4BC" w14:textId="77777777" w:rsidR="001513BE" w:rsidRPr="001513BE" w:rsidRDefault="001513BE" w:rsidP="001513BE">
      <w:r w:rsidRPr="001513BE">
        <w:t>I gasped, air rushing back like a tide.</w:t>
      </w:r>
    </w:p>
    <w:p w14:paraId="5C9906FD" w14:textId="77777777" w:rsidR="001513BE" w:rsidRPr="001513BE" w:rsidRDefault="001513BE" w:rsidP="001513BE">
      <w:r w:rsidRPr="001513BE">
        <w:t>And then I saw it.</w:t>
      </w:r>
    </w:p>
    <w:p w14:paraId="75ADF7D1" w14:textId="77777777" w:rsidR="001513BE" w:rsidRPr="001513BE" w:rsidRDefault="001513BE" w:rsidP="001513BE">
      <w:r w:rsidRPr="001513BE">
        <w:t>A faint glow.</w:t>
      </w:r>
      <w:r w:rsidRPr="001513BE">
        <w:br/>
        <w:t>Blue.</w:t>
      </w:r>
      <w:r w:rsidRPr="001513BE">
        <w:br/>
        <w:t>My hands trembled. My vision blurred. But it was there. Reflected in the dark stone—my eyes.</w:t>
      </w:r>
    </w:p>
    <w:p w14:paraId="2E08F9F3" w14:textId="77777777" w:rsidR="001513BE" w:rsidRDefault="001513BE" w:rsidP="001513BE">
      <w:r w:rsidRPr="001513BE">
        <w:t>Glowing.</w:t>
      </w:r>
      <w:r w:rsidRPr="001513BE">
        <w:br/>
        <w:t>Not fire. Not light. Something deeper.</w:t>
      </w:r>
      <w:r w:rsidRPr="001513BE">
        <w:br/>
        <w:t>Like the first spark of a storm being born</w:t>
      </w:r>
    </w:p>
    <w:p w14:paraId="79527F31" w14:textId="77777777" w:rsidR="001513BE" w:rsidRPr="001513BE" w:rsidRDefault="001513BE" w:rsidP="001513BE">
      <w:r w:rsidRPr="001513BE">
        <w:t>Blood soaked my dress. The cut pulsed with heat.</w:t>
      </w:r>
      <w:r w:rsidRPr="001513BE">
        <w:br/>
        <w:t>I pressed harder against it, trying to stop the bleeding, but it was no use. Warmth kept spilling through my fingers.</w:t>
      </w:r>
    </w:p>
    <w:p w14:paraId="6CE66A24" w14:textId="77777777" w:rsidR="001513BE" w:rsidRPr="001513BE" w:rsidRDefault="001513BE" w:rsidP="001513BE">
      <w:r w:rsidRPr="001513BE">
        <w:t>A faint blue glow spilled from my eyes, washing the cave walls in light. Cold. Beautiful. Wrong.</w:t>
      </w:r>
      <w:r w:rsidRPr="001513BE">
        <w:br/>
        <w:t>It didn’t feel like mine.</w:t>
      </w:r>
    </w:p>
    <w:p w14:paraId="5E82E448" w14:textId="77777777" w:rsidR="001513BE" w:rsidRPr="001513BE" w:rsidRDefault="001513BE" w:rsidP="001513BE">
      <w:r w:rsidRPr="001513BE">
        <w:t>My breath caught. I tilted my head back, dizzy. Sweat clung to me like glue. My braid had come undone, strands sticking to my cheeks.</w:t>
      </w:r>
    </w:p>
    <w:p w14:paraId="5E7C8C13" w14:textId="77777777" w:rsidR="001513BE" w:rsidRPr="001513BE" w:rsidRDefault="001513BE" w:rsidP="001513BE">
      <w:r w:rsidRPr="001513BE">
        <w:t>My reflection shimmered in a pool near the wall—eyes like frozen fire. Blue. Alive.</w:t>
      </w:r>
      <w:r w:rsidRPr="001513BE">
        <w:br/>
        <w:t>Not human.</w:t>
      </w:r>
      <w:r w:rsidRPr="001513BE">
        <w:br/>
        <w:t>Not mine.</w:t>
      </w:r>
    </w:p>
    <w:p w14:paraId="6B16A0A6" w14:textId="77777777" w:rsidR="001513BE" w:rsidRPr="001513BE" w:rsidRDefault="001513BE" w:rsidP="001513BE">
      <w:r w:rsidRPr="001513BE">
        <w:lastRenderedPageBreak/>
        <w:t>I closed my eyes. The cold crept in again, pulling me under like a tide. I wanted to follow it. Just for a while.</w:t>
      </w:r>
    </w:p>
    <w:p w14:paraId="5E1DE1C9" w14:textId="77777777" w:rsidR="001513BE" w:rsidRPr="001513BE" w:rsidRDefault="001513BE" w:rsidP="001513BE">
      <w:r w:rsidRPr="001513BE">
        <w:t>“Breathe,” a whisper came.</w:t>
      </w:r>
      <w:r w:rsidRPr="001513BE">
        <w:br/>
        <w:t>My lungs shuddered.</w:t>
      </w:r>
    </w:p>
    <w:p w14:paraId="3B6BC1FF" w14:textId="77777777" w:rsidR="001513BE" w:rsidRPr="001513BE" w:rsidRDefault="001513BE" w:rsidP="001513BE">
      <w:r w:rsidRPr="001513BE">
        <w:t>“Sky.”</w:t>
      </w:r>
    </w:p>
    <w:p w14:paraId="2FFE35A5" w14:textId="77777777" w:rsidR="001513BE" w:rsidRPr="001513BE" w:rsidRDefault="001513BE" w:rsidP="001513BE">
      <w:r w:rsidRPr="001513BE">
        <w:t>I flinched. The voice was low. Male. Firm.</w:t>
      </w:r>
    </w:p>
    <w:p w14:paraId="465CC4E5" w14:textId="77777777" w:rsidR="001513BE" w:rsidRPr="001513BE" w:rsidRDefault="001513BE" w:rsidP="001513BE">
      <w:r w:rsidRPr="001513BE">
        <w:t>“Get up.”</w:t>
      </w:r>
    </w:p>
    <w:p w14:paraId="6FFA69BE" w14:textId="77777777" w:rsidR="001513BE" w:rsidRPr="001513BE" w:rsidRDefault="001513BE" w:rsidP="001513BE">
      <w:r w:rsidRPr="001513BE">
        <w:t>My eyes snapped open.</w:t>
      </w:r>
    </w:p>
    <w:p w14:paraId="74B79515" w14:textId="77777777" w:rsidR="001513BE" w:rsidRPr="001513BE" w:rsidRDefault="001513BE" w:rsidP="001513BE">
      <w:r w:rsidRPr="001513BE">
        <w:t>“You need to get out.”</w:t>
      </w:r>
    </w:p>
    <w:p w14:paraId="41DF3898" w14:textId="77777777" w:rsidR="001513BE" w:rsidRPr="001513BE" w:rsidRDefault="001513BE" w:rsidP="001513BE">
      <w:r w:rsidRPr="001513BE">
        <w:t>I didn’t recognize the voice, but something in me obeyed. I pushed off the wall, staggering to my feet.</w:t>
      </w:r>
      <w:r w:rsidRPr="001513BE">
        <w:br/>
        <w:t>I didn’t look down. I couldn’t.</w:t>
      </w:r>
    </w:p>
    <w:p w14:paraId="2B8B03B3" w14:textId="77777777" w:rsidR="001513BE" w:rsidRPr="001513BE" w:rsidRDefault="001513BE" w:rsidP="001513BE">
      <w:r w:rsidRPr="001513BE">
        <w:t>The glow from my eyes lit the tunnel in soft blue. My feet moved, guided more by instinct than thought.</w:t>
      </w:r>
    </w:p>
    <w:p w14:paraId="0F19B3C3" w14:textId="77777777" w:rsidR="001513BE" w:rsidRPr="001513BE" w:rsidRDefault="001513BE" w:rsidP="001513BE">
      <w:r w:rsidRPr="001513BE">
        <w:t>“Follow the path of your eyes.”</w:t>
      </w:r>
    </w:p>
    <w:p w14:paraId="6811E920" w14:textId="77777777" w:rsidR="001513BE" w:rsidRPr="001513BE" w:rsidRDefault="001513BE" w:rsidP="001513BE">
      <w:r w:rsidRPr="001513BE">
        <w:t>I repeated the words like a spell.</w:t>
      </w:r>
    </w:p>
    <w:p w14:paraId="12294DB0" w14:textId="77777777" w:rsidR="001513BE" w:rsidRPr="001513BE" w:rsidRDefault="001513BE" w:rsidP="001513BE">
      <w:r w:rsidRPr="001513BE">
        <w:t>The cold lingered in my blood, just enough to dull the pain. Each step burned. I kept moving.</w:t>
      </w:r>
      <w:r w:rsidRPr="001513BE">
        <w:br/>
        <w:t>The tunnel narrowed. The air grew sharp again.</w:t>
      </w:r>
    </w:p>
    <w:p w14:paraId="55962357" w14:textId="77777777" w:rsidR="001513BE" w:rsidRPr="001513BE" w:rsidRDefault="001513BE" w:rsidP="001513BE">
      <w:r w:rsidRPr="001513BE">
        <w:t>Then—light.</w:t>
      </w:r>
      <w:r w:rsidRPr="001513BE">
        <w:br/>
        <w:t>Not my own.</w:t>
      </w:r>
    </w:p>
    <w:p w14:paraId="7BD6A89A" w14:textId="77777777" w:rsidR="001513BE" w:rsidRPr="001513BE" w:rsidRDefault="001513BE" w:rsidP="001513BE">
      <w:r w:rsidRPr="001513BE">
        <w:t>Ahead, something shimmered—gold and dark, twining like smoke and sunlight.</w:t>
      </w:r>
    </w:p>
    <w:p w14:paraId="750F20A4" w14:textId="77777777" w:rsidR="001513BE" w:rsidRPr="001513BE" w:rsidRDefault="001513BE" w:rsidP="001513BE">
      <w:r w:rsidRPr="001513BE">
        <w:t>I didn’t hesitate. I let it pull me.</w:t>
      </w:r>
    </w:p>
    <w:p w14:paraId="4FA38828" w14:textId="77777777" w:rsidR="00121116" w:rsidRDefault="00AA3789">
      <w:r>
        <w:br w:type="page"/>
      </w:r>
    </w:p>
    <w:p w14:paraId="1AF64F1A" w14:textId="77777777" w:rsidR="001513BE" w:rsidRPr="001513BE" w:rsidRDefault="001513BE" w:rsidP="001513BE">
      <w:r w:rsidRPr="001513BE">
        <w:lastRenderedPageBreak/>
        <w:t>The light wrapped around me. Not warm—</w:t>
      </w:r>
      <w:r w:rsidRPr="001513BE">
        <w:rPr>
          <w:b/>
          <w:bCs/>
        </w:rPr>
        <w:t>golden</w:t>
      </w:r>
      <w:r w:rsidRPr="001513BE">
        <w:t>, sharp, alive. It poured into my chest like breath after drowning.</w:t>
      </w:r>
    </w:p>
    <w:p w14:paraId="7645513D" w14:textId="77777777" w:rsidR="001513BE" w:rsidRPr="001513BE" w:rsidRDefault="001513BE" w:rsidP="001513BE">
      <w:r w:rsidRPr="001513BE">
        <w:t>My fingers tingled. The pain faded. My limbs felt weightless.</w:t>
      </w:r>
      <w:r w:rsidRPr="001513BE">
        <w:br/>
        <w:t>For a heartbeat, I wasn’t broken.</w:t>
      </w:r>
      <w:r w:rsidRPr="001513BE">
        <w:br/>
        <w:t xml:space="preserve">I was </w:t>
      </w:r>
      <w:r w:rsidRPr="001513BE">
        <w:rPr>
          <w:i/>
          <w:iCs/>
        </w:rPr>
        <w:t>new</w:t>
      </w:r>
      <w:r w:rsidRPr="001513BE">
        <w:t>.</w:t>
      </w:r>
    </w:p>
    <w:p w14:paraId="686A4EAF" w14:textId="77777777" w:rsidR="001513BE" w:rsidRPr="001513BE" w:rsidRDefault="001513BE" w:rsidP="001513BE">
      <w:r w:rsidRPr="001513BE">
        <w:t>Then the darkness snapped back. The tunnel swallowed the light, and my body crashed with it.</w:t>
      </w:r>
      <w:r w:rsidRPr="001513BE">
        <w:br/>
        <w:t>The wound screamed. My legs buckled. Cold sweat dripped down my back.</w:t>
      </w:r>
    </w:p>
    <w:p w14:paraId="515986DC" w14:textId="77777777" w:rsidR="001513BE" w:rsidRPr="001513BE" w:rsidRDefault="001513BE" w:rsidP="001513BE">
      <w:r w:rsidRPr="001513BE">
        <w:t>I pressed on. I had to.</w:t>
      </w:r>
    </w:p>
    <w:p w14:paraId="7297865A" w14:textId="77777777" w:rsidR="001513BE" w:rsidRPr="001513BE" w:rsidRDefault="001513BE" w:rsidP="001513BE">
      <w:r w:rsidRPr="001513BE">
        <w:t>“The end is near. Keep going.”</w:t>
      </w:r>
      <w:r w:rsidRPr="001513BE">
        <w:br/>
        <w:t>The voice—steady, distant, familiar. Not cruel. Not like the other.</w:t>
      </w:r>
    </w:p>
    <w:p w14:paraId="3A0A2222" w14:textId="77777777" w:rsidR="001513BE" w:rsidRPr="001513BE" w:rsidRDefault="001513BE" w:rsidP="001513BE">
      <w:r w:rsidRPr="001513BE">
        <w:t>I kept moving. Every step hurt. Every breath scraped.</w:t>
      </w:r>
    </w:p>
    <w:p w14:paraId="31CC3A82" w14:textId="77777777" w:rsidR="001513BE" w:rsidRPr="001513BE" w:rsidRDefault="001513BE" w:rsidP="001513BE">
      <w:r w:rsidRPr="001513BE">
        <w:t>“Oh, Sky…”</w:t>
      </w:r>
      <w:r w:rsidRPr="001513BE">
        <w:br/>
        <w:t>The malicious voice slithered back, laughing in the dark.</w:t>
      </w:r>
    </w:p>
    <w:p w14:paraId="02ED63FF" w14:textId="77777777" w:rsidR="001513BE" w:rsidRPr="001513BE" w:rsidRDefault="001513BE" w:rsidP="001513BE">
      <w:r w:rsidRPr="001513BE">
        <w:t>I didn’t look back.</w:t>
      </w:r>
    </w:p>
    <w:p w14:paraId="6821EE26" w14:textId="77777777" w:rsidR="001513BE" w:rsidRPr="001513BE" w:rsidRDefault="001513BE" w:rsidP="001513BE">
      <w:r w:rsidRPr="001513BE">
        <w:t>“Run all you like, little human. But you won’t run forever.”</w:t>
      </w:r>
    </w:p>
    <w:p w14:paraId="78BA10B4" w14:textId="77777777" w:rsidR="001513BE" w:rsidRPr="001513BE" w:rsidRDefault="001513BE" w:rsidP="001513BE">
      <w:r w:rsidRPr="001513BE">
        <w:t>I stumbled. Caught the wall. Pushed forward.</w:t>
      </w:r>
      <w:r w:rsidRPr="001513BE">
        <w:br/>
        <w:t>The tunnel narrowed, and then—</w:t>
      </w:r>
      <w:r w:rsidRPr="001513BE">
        <w:br/>
        <w:t>Light.</w:t>
      </w:r>
      <w:r w:rsidRPr="001513BE">
        <w:br/>
        <w:t>Cold and pale. A way out.</w:t>
      </w:r>
    </w:p>
    <w:p w14:paraId="151FC5A0" w14:textId="77777777" w:rsidR="001513BE" w:rsidRPr="001513BE" w:rsidRDefault="001513BE" w:rsidP="001513BE">
      <w:r w:rsidRPr="001513BE">
        <w:t>I ran.</w:t>
      </w:r>
    </w:p>
    <w:p w14:paraId="7EED44E4" w14:textId="77777777" w:rsidR="001513BE" w:rsidRPr="001513BE" w:rsidRDefault="001513BE" w:rsidP="001513BE">
      <w:r w:rsidRPr="001513BE">
        <w:t>My lungs burned. My vision blurred. My entire body screamed. But I ran.</w:t>
      </w:r>
    </w:p>
    <w:p w14:paraId="6F78E0C0" w14:textId="77777777" w:rsidR="001513BE" w:rsidRPr="001513BE" w:rsidRDefault="001513BE" w:rsidP="001513BE">
      <w:r w:rsidRPr="001513BE">
        <w:t>The light grew. And then—space.</w:t>
      </w:r>
    </w:p>
    <w:p w14:paraId="0B5324C2" w14:textId="77777777" w:rsidR="001513BE" w:rsidRPr="001513BE" w:rsidRDefault="001513BE" w:rsidP="001513BE">
      <w:r w:rsidRPr="001513BE">
        <w:t>I burst into the open night, collapsed to the ground, and stared up at a sky so wide it made me dizzy.</w:t>
      </w:r>
    </w:p>
    <w:p w14:paraId="0FB5D576" w14:textId="77777777" w:rsidR="001513BE" w:rsidRPr="001513BE" w:rsidRDefault="001513BE" w:rsidP="001513BE">
      <w:r w:rsidRPr="001513BE">
        <w:t xml:space="preserve">No more stone. No more whispers. No </w:t>
      </w:r>
      <w:proofErr w:type="gramStart"/>
      <w:r w:rsidRPr="001513BE">
        <w:t>more dark</w:t>
      </w:r>
      <w:proofErr w:type="gramEnd"/>
      <w:r w:rsidRPr="001513BE">
        <w:t>—</w:t>
      </w:r>
    </w:p>
    <w:p w14:paraId="4DCABF12" w14:textId="77777777" w:rsidR="001513BE" w:rsidRPr="001513BE" w:rsidRDefault="001513BE" w:rsidP="001513BE">
      <w:r w:rsidRPr="001513BE">
        <w:t>“We will meet again, Sky,” the voice breathed through my thoughts.</w:t>
      </w:r>
    </w:p>
    <w:p w14:paraId="76110002" w14:textId="77777777" w:rsidR="001513BE" w:rsidRPr="001513BE" w:rsidRDefault="001513BE" w:rsidP="001513BE">
      <w:r w:rsidRPr="001513BE">
        <w:t>And then it was gone.</w:t>
      </w:r>
    </w:p>
    <w:p w14:paraId="13950A96" w14:textId="77777777" w:rsidR="00121116" w:rsidRDefault="00AA3789">
      <w:r>
        <w:br w:type="page"/>
      </w:r>
    </w:p>
    <w:p w14:paraId="78ACC73D" w14:textId="4050FDE6" w:rsidR="00121116" w:rsidRDefault="00AA3789">
      <w:r>
        <w:lastRenderedPageBreak/>
        <w:t>I pushed my palms onto the still rocky ground, which was slightly smoother than the jagged terrain inside the tunnels and attempted to get up. As I lifted my head, I took in my surroundings, realizing the precarious nature of my situation. I was nowhere near the bottom of the mountain. Instead, I found myself on a stone platform carved into the mountainside, the world stretching out in a haunting display of stars and blackened clouds. The altitude stole my breath, and the realization struck: I was far from home, far from anything familiar. The safety of solid ground seemed an impossible dream below me.</w:t>
      </w:r>
    </w:p>
    <w:p w14:paraId="17645CDC" w14:textId="77777777" w:rsidR="00121116" w:rsidRDefault="00AA3789">
      <w:r>
        <w:t>A strong breeze blew, whipping my golden strands of hair across my face, a chilling reminder of the altitude and the sheer drop just a few feet away.</w:t>
      </w:r>
    </w:p>
    <w:p w14:paraId="004B1468" w14:textId="77777777" w:rsidR="00121116" w:rsidRDefault="00AA3789">
      <w:r>
        <w:t>The platform was narrow and uneven, its edges crumbling slightly under the relentless force of the wind.</w:t>
      </w:r>
    </w:p>
    <w:p w14:paraId="2BC3CC7F" w14:textId="77777777" w:rsidR="001513BE" w:rsidRDefault="00AA3789">
      <w:r>
        <w:t xml:space="preserve">I stood still, my knees locked, muscles trembling from exhaustion. The sun had long set, and the moon peeked slightly through a thick blanket of clouds, casting an eerie silver glow over the edge of the world. </w:t>
      </w:r>
      <w:r w:rsidR="001513BE" w:rsidRPr="001513BE">
        <w:t>I thought of Ela’s laugh. Rowan’s crooked smile. I pictured them wrapped in blankets, full of bread and festival wine.</w:t>
      </w:r>
      <w:r w:rsidR="001513BE" w:rsidRPr="001513BE">
        <w:br/>
        <w:t>Safe.</w:t>
      </w:r>
      <w:r w:rsidR="001513BE" w:rsidRPr="001513BE">
        <w:br/>
        <w:t>Far away.</w:t>
      </w:r>
    </w:p>
    <w:p w14:paraId="3929AE56" w14:textId="6FBFCA61" w:rsidR="00121116" w:rsidRDefault="00AA3789">
      <w:r>
        <w:t>The wind roared, fierce and unrelenting, dragging at me as though it sought to fling me into the abyss. My legs buckled, exhaustion claiming what little strength I had left. Just as the void seemed ready to claim me, strong hands caught my waist, steadying me against the gale. The warmth of his touch was jarring against the mountain’s icy wrath, grounding me when I felt like crumbling.</w:t>
      </w:r>
    </w:p>
    <w:p w14:paraId="05C3371F" w14:textId="77777777" w:rsidR="001513BE" w:rsidRPr="001513BE" w:rsidRDefault="001513BE" w:rsidP="001513BE">
      <w:r w:rsidRPr="001513BE">
        <w:t>I flinched. Froze. Slowly, I turned.</w:t>
      </w:r>
    </w:p>
    <w:p w14:paraId="2D2645F4" w14:textId="77777777" w:rsidR="001513BE" w:rsidRPr="001513BE" w:rsidRDefault="001513BE" w:rsidP="001513BE">
      <w:r w:rsidRPr="001513BE">
        <w:t>A man stood there, tall and still, like he’d been carved from the mountain itself.</w:t>
      </w:r>
    </w:p>
    <w:p w14:paraId="30566321" w14:textId="77777777" w:rsidR="001513BE" w:rsidRPr="001513BE" w:rsidRDefault="001513BE" w:rsidP="001513BE">
      <w:r w:rsidRPr="001513BE">
        <w:t>Moonlight caught on his eyes—deep blue, sharp, calm. Not cold. Not cruel.</w:t>
      </w:r>
    </w:p>
    <w:p w14:paraId="7D25B962" w14:textId="77777777" w:rsidR="001513BE" w:rsidRPr="001513BE" w:rsidRDefault="001513BE" w:rsidP="001513BE">
      <w:r w:rsidRPr="001513BE">
        <w:t>“Hello again, Sky,” he said.</w:t>
      </w:r>
    </w:p>
    <w:p w14:paraId="2B45E0FC" w14:textId="77777777" w:rsidR="001513BE" w:rsidRPr="001513BE" w:rsidRDefault="001513BE" w:rsidP="001513BE">
      <w:r w:rsidRPr="001513BE">
        <w:t>My breath caught. His voice was low, deliberate. Like it had been waiting for this moment longer than I had been alive.</w:t>
      </w:r>
    </w:p>
    <w:p w14:paraId="32D4EB1B" w14:textId="77777777" w:rsidR="001513BE" w:rsidRPr="001513BE" w:rsidRDefault="001513BE" w:rsidP="001513BE">
      <w:r w:rsidRPr="001513BE">
        <w:t>His dark hair was tousled, windswept, streaked faintly with silver. His skin held a golden warmth the night couldn't swallow.</w:t>
      </w:r>
    </w:p>
    <w:p w14:paraId="2D4C3032" w14:textId="77777777" w:rsidR="001513BE" w:rsidRPr="001513BE" w:rsidRDefault="001513BE" w:rsidP="001513BE">
      <w:r w:rsidRPr="001513BE">
        <w:t>A sword hung at his side, but he didn’t reach for it. He didn’t need to. His presence was enough—grounded, commanding, impossible.</w:t>
      </w:r>
    </w:p>
    <w:p w14:paraId="5EE1A948" w14:textId="77777777" w:rsidR="001513BE" w:rsidRPr="001513BE" w:rsidRDefault="001513BE" w:rsidP="001513BE">
      <w:r w:rsidRPr="001513BE">
        <w:t>I took a step back. The wind bit harder without him.</w:t>
      </w:r>
    </w:p>
    <w:p w14:paraId="12281510" w14:textId="77777777" w:rsidR="001513BE" w:rsidRPr="001513BE" w:rsidRDefault="001513BE" w:rsidP="001513BE">
      <w:r w:rsidRPr="001513BE">
        <w:t>“Who are you?” I asked, voice rough from silence. “How do you know my name?”</w:t>
      </w:r>
    </w:p>
    <w:p w14:paraId="26BCBB7D" w14:textId="77777777" w:rsidR="001513BE" w:rsidRPr="001513BE" w:rsidRDefault="001513BE" w:rsidP="001513BE">
      <w:r w:rsidRPr="001513BE">
        <w:lastRenderedPageBreak/>
        <w:t>He tilted his head slightly. “You called me.”</w:t>
      </w:r>
    </w:p>
    <w:p w14:paraId="3171787D" w14:textId="77777777" w:rsidR="001513BE" w:rsidRPr="001513BE" w:rsidRDefault="001513BE" w:rsidP="001513BE">
      <w:r w:rsidRPr="001513BE">
        <w:t>My heart skipped.</w:t>
      </w:r>
      <w:r w:rsidRPr="001513BE">
        <w:br/>
        <w:t>“I didn’t.”</w:t>
      </w:r>
    </w:p>
    <w:p w14:paraId="69281139" w14:textId="77777777" w:rsidR="001513BE" w:rsidRPr="001513BE" w:rsidRDefault="001513BE" w:rsidP="001513BE">
      <w:r w:rsidRPr="001513BE">
        <w:t>A pause. “Not with words.”</w:t>
      </w:r>
    </w:p>
    <w:p w14:paraId="4129B24A" w14:textId="77777777" w:rsidR="001513BE" w:rsidRPr="001513BE" w:rsidRDefault="001513BE" w:rsidP="001513BE">
      <w:r w:rsidRPr="001513BE">
        <w:t>My skin prickled. My mouth opened, then closed. I didn’t know what to say.</w:t>
      </w:r>
    </w:p>
    <w:p w14:paraId="77A9A103" w14:textId="77777777" w:rsidR="001513BE" w:rsidRPr="001513BE" w:rsidRDefault="001513BE" w:rsidP="001513BE">
      <w:r w:rsidRPr="001513BE">
        <w:t>“Why did you help me?” I asked, more accusation than thanks.</w:t>
      </w:r>
    </w:p>
    <w:p w14:paraId="4192F204" w14:textId="77777777" w:rsidR="001513BE" w:rsidRPr="001513BE" w:rsidRDefault="001513BE" w:rsidP="001513BE">
      <w:r w:rsidRPr="001513BE">
        <w:t>His expression didn’t change. “Because I had to.”</w:t>
      </w:r>
    </w:p>
    <w:p w14:paraId="3D5B5C18" w14:textId="77777777" w:rsidR="001513BE" w:rsidRPr="001513BE" w:rsidRDefault="001513BE" w:rsidP="001513BE">
      <w:r w:rsidRPr="001513BE">
        <w:t>“That’s not an answer.”</w:t>
      </w:r>
    </w:p>
    <w:p w14:paraId="74E8D9FC" w14:textId="77777777" w:rsidR="001513BE" w:rsidRPr="001513BE" w:rsidRDefault="001513BE" w:rsidP="001513BE">
      <w:r w:rsidRPr="001513BE">
        <w:t>He finally smiled—barely. “No. It’s not.”</w:t>
      </w:r>
    </w:p>
    <w:p w14:paraId="1EB31C8F" w14:textId="77777777" w:rsidR="001C196D" w:rsidRDefault="00AA3789">
      <w:r>
        <w:t xml:space="preserve">As disoriented as I was, I saw him clearer than ever. His presence cut through the fog of my confusion like a beacon. Waves clashed faintly but with force below the clouds, their relentless rhythm echoing the turmoil inside me. The wind roared, carrying the sorrows of the sea, its howl a mournful song. The air felt moist and salty, each breath filling my lungs with the brine of the ocean. All that resonated in my ears was the agitated ocean, its cries mingling with the wind. </w:t>
      </w:r>
    </w:p>
    <w:p w14:paraId="0296F93D" w14:textId="150C94BF" w:rsidR="00121116" w:rsidRDefault="00AA3789">
      <w:r>
        <w:t>The corners of my vision darkened, a creeping shadow blurring the edges of my reality. Everything slowly spun away, the world dissolving into a whirlpool that pulled me under, deeper and deeper, until it felt as though I was being swallowed by a crashing wave.</w:t>
      </w:r>
    </w:p>
    <w:p w14:paraId="6AB5B7BB" w14:textId="603696AD" w:rsidR="0074669C" w:rsidRPr="0074669C" w:rsidRDefault="0074669C" w:rsidP="0074669C">
      <w:pPr>
        <w:spacing w:before="100" w:beforeAutospacing="1" w:after="100" w:afterAutospacing="1" w:line="240" w:lineRule="auto"/>
        <w:rPr>
          <w:rFonts w:ascii="Times New Roman" w:eastAsia="Times New Roman" w:hAnsi="Times New Roman" w:cs="Times New Roman"/>
          <w:sz w:val="24"/>
          <w:szCs w:val="24"/>
        </w:rPr>
      </w:pPr>
      <w:r w:rsidRPr="0074669C">
        <w:rPr>
          <w:rFonts w:ascii="Times New Roman" w:eastAsia="Times New Roman" w:hAnsi="Times New Roman" w:cs="Times New Roman"/>
          <w:sz w:val="24"/>
          <w:szCs w:val="24"/>
        </w:rPr>
        <w:t>Heat surged through me—too much, too fast.</w:t>
      </w:r>
      <w:r w:rsidRPr="0074669C">
        <w:rPr>
          <w:rFonts w:ascii="Times New Roman" w:eastAsia="Times New Roman" w:hAnsi="Times New Roman" w:cs="Times New Roman"/>
          <w:sz w:val="24"/>
          <w:szCs w:val="24"/>
        </w:rPr>
        <w:br/>
        <w:t xml:space="preserve">My knees hit the floor. Cold stone. A sharp gasp. Then </w:t>
      </w:r>
      <w:r w:rsidR="00C94BEF">
        <w:rPr>
          <w:rFonts w:ascii="Times New Roman" w:eastAsia="Times New Roman" w:hAnsi="Times New Roman" w:cs="Times New Roman"/>
          <w:sz w:val="24"/>
          <w:szCs w:val="24"/>
        </w:rPr>
        <w:t>nothing</w:t>
      </w:r>
      <w:r w:rsidRPr="0074669C">
        <w:rPr>
          <w:rFonts w:ascii="Times New Roman" w:eastAsia="Times New Roman" w:hAnsi="Times New Roman" w:cs="Times New Roman"/>
          <w:sz w:val="24"/>
          <w:szCs w:val="24"/>
        </w:rPr>
        <w:t>.</w:t>
      </w:r>
      <w:r w:rsidRPr="0074669C">
        <w:rPr>
          <w:rFonts w:ascii="Times New Roman" w:eastAsia="Times New Roman" w:hAnsi="Times New Roman" w:cs="Times New Roman"/>
          <w:sz w:val="24"/>
          <w:szCs w:val="24"/>
        </w:rPr>
        <w:br/>
        <w:t>I didn’t remember falling.</w:t>
      </w:r>
      <w:r w:rsidRPr="0074669C">
        <w:rPr>
          <w:rFonts w:ascii="Times New Roman" w:eastAsia="Times New Roman" w:hAnsi="Times New Roman" w:cs="Times New Roman"/>
          <w:sz w:val="24"/>
          <w:szCs w:val="24"/>
        </w:rPr>
        <w:br/>
        <w:t>Just the sound of my breath breaking.</w:t>
      </w:r>
    </w:p>
    <w:p w14:paraId="3316C1CA" w14:textId="1B7B307F" w:rsidR="00981956" w:rsidRPr="0074669C" w:rsidRDefault="0074669C" w:rsidP="0074669C">
      <w:pPr>
        <w:spacing w:before="100" w:beforeAutospacing="1" w:after="100" w:afterAutospacing="1" w:line="240" w:lineRule="auto"/>
        <w:rPr>
          <w:rFonts w:ascii="Times New Roman" w:eastAsia="Times New Roman" w:hAnsi="Times New Roman" w:cs="Times New Roman"/>
          <w:sz w:val="24"/>
          <w:szCs w:val="24"/>
        </w:rPr>
      </w:pPr>
      <w:r w:rsidRPr="0074669C">
        <w:rPr>
          <w:rFonts w:ascii="Times New Roman" w:eastAsia="Times New Roman" w:hAnsi="Times New Roman" w:cs="Times New Roman"/>
          <w:sz w:val="24"/>
          <w:szCs w:val="24"/>
        </w:rPr>
        <w:t>The rest vanished in shadow.</w:t>
      </w:r>
    </w:p>
    <w:p w14:paraId="42D506A2" w14:textId="77777777" w:rsidR="0074669C" w:rsidRDefault="0074669C"/>
    <w:p w14:paraId="68F6039F" w14:textId="438C896D" w:rsidR="0045712D" w:rsidRPr="001513BE" w:rsidRDefault="00000F9C" w:rsidP="001513BE">
      <w:pPr>
        <w:rPr>
          <w:b/>
          <w:bCs/>
          <w:sz w:val="28"/>
          <w:szCs w:val="28"/>
        </w:rPr>
      </w:pPr>
      <w:r w:rsidRPr="00C76635">
        <w:rPr>
          <w:b/>
          <w:bCs/>
          <w:sz w:val="28"/>
          <w:szCs w:val="28"/>
        </w:rPr>
        <w:t xml:space="preserve">CHAPTER </w:t>
      </w:r>
      <w:r w:rsidR="00352C5E" w:rsidRPr="00C76635">
        <w:rPr>
          <w:b/>
          <w:bCs/>
          <w:sz w:val="28"/>
          <w:szCs w:val="28"/>
        </w:rPr>
        <w:t>#</w:t>
      </w:r>
    </w:p>
    <w:p w14:paraId="1F7334B5" w14:textId="0D4F5F25" w:rsidR="00981956" w:rsidRDefault="00C45C3F" w:rsidP="001513BE">
      <w:pPr>
        <w:rPr>
          <w:rStyle w:val="Strong"/>
        </w:rPr>
      </w:pPr>
      <w:r>
        <w:t xml:space="preserve">The room spun. </w:t>
      </w:r>
      <w:r w:rsidR="00981956">
        <w:t>My vision blurred—</w:t>
      </w:r>
      <w:r w:rsidR="00981956">
        <w:rPr>
          <w:rStyle w:val="Strong"/>
        </w:rPr>
        <w:t>shadows, blood</w:t>
      </w:r>
      <w:r>
        <w:rPr>
          <w:rStyle w:val="Strong"/>
        </w:rPr>
        <w:t>.</w:t>
      </w:r>
    </w:p>
    <w:p w14:paraId="15958DBC" w14:textId="643C96FD" w:rsidR="00C45C3F" w:rsidRDefault="00C45C3F" w:rsidP="001513BE">
      <w:r>
        <w:t>The room spun.</w:t>
      </w:r>
    </w:p>
    <w:p w14:paraId="1A8DECC8" w14:textId="77777777" w:rsidR="00C76635" w:rsidRPr="00C76635" w:rsidRDefault="00C76635" w:rsidP="00C76635">
      <w:r w:rsidRPr="00C76635">
        <w:t>The softness of the bed jolted me back.</w:t>
      </w:r>
      <w:r w:rsidRPr="00C76635">
        <w:br/>
        <w:t>I gasped, eyes flying open, panic surging. I tried to sit—failed. My limbs were dead weight.</w:t>
      </w:r>
    </w:p>
    <w:p w14:paraId="51C16E20" w14:textId="77777777" w:rsidR="00C76635" w:rsidRPr="00C76635" w:rsidRDefault="00C76635" w:rsidP="00C76635">
      <w:r w:rsidRPr="00C76635">
        <w:t>“Breathe,” Vidar said. His voice was low, near—but not touching. “You’re safe.”</w:t>
      </w:r>
    </w:p>
    <w:p w14:paraId="04AAA7AE" w14:textId="77777777" w:rsidR="00C76635" w:rsidRPr="00C76635" w:rsidRDefault="00C76635" w:rsidP="00C76635">
      <w:r w:rsidRPr="00C76635">
        <w:lastRenderedPageBreak/>
        <w:t>I curled in on myself, trembling. The soaked silk clung to every inch of me.</w:t>
      </w:r>
      <w:r w:rsidRPr="00C76635">
        <w:br/>
        <w:t>He didn’t come closer.</w:t>
      </w:r>
      <w:r w:rsidRPr="00C76635">
        <w:br/>
        <w:t>Didn’t reach for me.</w:t>
      </w:r>
      <w:r w:rsidRPr="00C76635">
        <w:br/>
        <w:t>Just waited.</w:t>
      </w:r>
    </w:p>
    <w:p w14:paraId="21EF80D3" w14:textId="77777777" w:rsidR="00C76635" w:rsidRPr="00C76635" w:rsidRDefault="00C76635" w:rsidP="00C76635">
      <w:r w:rsidRPr="00C76635">
        <w:t>I winced, fresh pain lancing through me as the cuts along my arms pulled.</w:t>
      </w:r>
    </w:p>
    <w:p w14:paraId="7C2DE47B" w14:textId="77777777" w:rsidR="00C76635" w:rsidRPr="00C76635" w:rsidRDefault="00C76635" w:rsidP="00C76635">
      <w:r w:rsidRPr="00C76635">
        <w:t>He remained still, at the edge of the hearth’s glow. Watching. Guarded.</w:t>
      </w:r>
      <w:r w:rsidRPr="00C76635">
        <w:br/>
        <w:t>He wasn’t staring at my body. He was reading the edges of me—my breath, my fear, the storm behind my eyes.</w:t>
      </w:r>
    </w:p>
    <w:p w14:paraId="07A34DFB" w14:textId="77777777" w:rsidR="00C76635" w:rsidRPr="00C76635" w:rsidRDefault="00C76635" w:rsidP="00C76635">
      <w:r w:rsidRPr="00C76635">
        <w:t>And for some reason, that was worse.</w:t>
      </w:r>
    </w:p>
    <w:p w14:paraId="1EF33D13" w14:textId="77777777" w:rsidR="00C76635" w:rsidRPr="00C76635" w:rsidRDefault="00C76635" w:rsidP="00C76635">
      <w:r w:rsidRPr="00C76635">
        <w:t>The tears came anyway. Hot. Silent.</w:t>
      </w:r>
    </w:p>
    <w:p w14:paraId="747ABFCA" w14:textId="77777777" w:rsidR="00C76635" w:rsidRPr="00C76635" w:rsidRDefault="00C76635" w:rsidP="00C76635">
      <w:r w:rsidRPr="00C76635">
        <w:t>“I don’t know what happened,” I whispered.</w:t>
      </w:r>
    </w:p>
    <w:p w14:paraId="241CA9F0" w14:textId="77777777" w:rsidR="00C76635" w:rsidRPr="00C76635" w:rsidRDefault="00C76635" w:rsidP="00C76635">
      <w:r w:rsidRPr="00C76635">
        <w:t>He didn’t answer. Just stayed there—anchored, unblinking.</w:t>
      </w:r>
      <w:r w:rsidRPr="00C76635">
        <w:br/>
        <w:t>The fire crackled behind him. The wind clawed at the windows like it wanted in.</w:t>
      </w:r>
    </w:p>
    <w:p w14:paraId="5EA052DB" w14:textId="31EAC11D" w:rsidR="0040726D" w:rsidRDefault="00C76635" w:rsidP="001513BE">
      <w:r w:rsidRPr="00C76635">
        <w:t>For a breath, we were still.</w:t>
      </w:r>
      <w:r w:rsidRPr="00C76635">
        <w:br/>
        <w:t>Just breathing.</w:t>
      </w:r>
    </w:p>
    <w:p w14:paraId="4A281A27" w14:textId="77777777" w:rsidR="0040726D" w:rsidRPr="0040726D" w:rsidRDefault="0040726D" w:rsidP="0040726D">
      <w:r w:rsidRPr="0040726D">
        <w:t>The pain began to ease—not gone, but quiet. Like it knew it wasn’t in charge anymore.</w:t>
      </w:r>
    </w:p>
    <w:p w14:paraId="7F80226E" w14:textId="77777777" w:rsidR="0040726D" w:rsidRPr="0040726D" w:rsidRDefault="0040726D" w:rsidP="0040726D">
      <w:r w:rsidRPr="0040726D">
        <w:t>Something moved inside me.</w:t>
      </w:r>
      <w:r w:rsidRPr="0040726D">
        <w:br/>
        <w:t xml:space="preserve">Not magic. Not rage. </w:t>
      </w:r>
      <w:r w:rsidRPr="0040726D">
        <w:rPr>
          <w:b/>
          <w:bCs/>
        </w:rPr>
        <w:t>Something colder. Clearer.</w:t>
      </w:r>
    </w:p>
    <w:p w14:paraId="71B5D51D" w14:textId="77777777" w:rsidR="0040726D" w:rsidRPr="0040726D" w:rsidRDefault="0040726D" w:rsidP="0040726D">
      <w:r w:rsidRPr="0040726D">
        <w:t>I wasn’t just a girl they could burn through and forget.</w:t>
      </w:r>
      <w:r w:rsidRPr="0040726D">
        <w:br/>
        <w:t>I was still here.</w:t>
      </w:r>
      <w:r w:rsidRPr="0040726D">
        <w:br/>
        <w:t>And next time—I’d burn back.</w:t>
      </w:r>
    </w:p>
    <w:p w14:paraId="67BD9CD0" w14:textId="77777777" w:rsidR="0040726D" w:rsidRPr="0040726D" w:rsidRDefault="0040726D" w:rsidP="0040726D">
      <w:r w:rsidRPr="0040726D">
        <w:t>My gaze rose, locking on Vidar’s. The firelight caught his eyes, but they were already unreadable.</w:t>
      </w:r>
      <w:r w:rsidRPr="0040726D">
        <w:br/>
        <w:t>Mine weren’t.</w:t>
      </w:r>
    </w:p>
    <w:p w14:paraId="7035CB53" w14:textId="77777777" w:rsidR="0040726D" w:rsidRPr="0040726D" w:rsidRDefault="0040726D" w:rsidP="0040726D">
      <w:r w:rsidRPr="0040726D">
        <w:t>Whatever he saw in them, he didn’t speak.</w:t>
      </w:r>
    </w:p>
    <w:p w14:paraId="5AC62157" w14:textId="77777777" w:rsidR="0040726D" w:rsidRPr="0040726D" w:rsidRDefault="0040726D" w:rsidP="0040726D">
      <w:r w:rsidRPr="0040726D">
        <w:t>But something in his jaw tightened.</w:t>
      </w:r>
    </w:p>
    <w:p w14:paraId="1BC41618" w14:textId="31C87492" w:rsidR="0040726D" w:rsidRDefault="0040726D" w:rsidP="001513BE">
      <w:r w:rsidRPr="0040726D">
        <w:t xml:space="preserve">The sting in my skin faded. Not from healing—but because </w:t>
      </w:r>
      <w:r w:rsidRPr="0040726D">
        <w:rPr>
          <w:b/>
          <w:bCs/>
        </w:rPr>
        <w:t>something inside me had decided I wouldn’t bleed for them again.</w:t>
      </w:r>
    </w:p>
    <w:p w14:paraId="3A2DC06D" w14:textId="77777777" w:rsidR="00715537" w:rsidRDefault="00715537" w:rsidP="001513BE"/>
    <w:p w14:paraId="343007AC" w14:textId="77777777" w:rsidR="001513BE" w:rsidRPr="001513BE" w:rsidRDefault="001513BE" w:rsidP="001513BE">
      <w:r w:rsidRPr="001513BE">
        <w:t>My clothes—it hit me suddenly—weren’t mine. Softer. Warmer. Clean.</w:t>
      </w:r>
      <w:r w:rsidRPr="001513BE">
        <w:br/>
        <w:t>“You—”</w:t>
      </w:r>
    </w:p>
    <w:p w14:paraId="31A326E7" w14:textId="77777777" w:rsidR="001513BE" w:rsidRPr="001513BE" w:rsidRDefault="001513BE" w:rsidP="001513BE">
      <w:r w:rsidRPr="001513BE">
        <w:t>“My housemaid, Saga,” he said. “She changed them.”</w:t>
      </w:r>
    </w:p>
    <w:p w14:paraId="5B184874" w14:textId="77777777" w:rsidR="001513BE" w:rsidRPr="001513BE" w:rsidRDefault="001513BE" w:rsidP="001513BE">
      <w:r w:rsidRPr="001513BE">
        <w:lastRenderedPageBreak/>
        <w:t>I looked away. The tension in my shoulders didn’t ease, but my heart beat a little slower.</w:t>
      </w:r>
      <w:r w:rsidRPr="001513BE">
        <w:br/>
        <w:t>Whoever he was, this place didn’t want to hurt me.</w:t>
      </w:r>
      <w:r w:rsidRPr="001513BE">
        <w:br/>
        <w:t>Not yet.</w:t>
      </w:r>
    </w:p>
    <w:p w14:paraId="6DB665B4" w14:textId="77777777" w:rsidR="001513BE" w:rsidRPr="001513BE" w:rsidRDefault="001513BE" w:rsidP="001513BE">
      <w:r w:rsidRPr="001513BE">
        <w:t>“This is my home,” he said, voice lower now. “I brought you here to recover.”</w:t>
      </w:r>
    </w:p>
    <w:p w14:paraId="0968897A" w14:textId="77777777" w:rsidR="001513BE" w:rsidRPr="001513BE" w:rsidRDefault="001513BE" w:rsidP="001513BE">
      <w:r w:rsidRPr="001513BE">
        <w:t>The words didn’t land. I was too cold, too alert, too confused.</w:t>
      </w:r>
    </w:p>
    <w:p w14:paraId="0A6ED422" w14:textId="77777777" w:rsidR="001513BE" w:rsidRPr="001513BE" w:rsidRDefault="001513BE" w:rsidP="001513BE">
      <w:r w:rsidRPr="001513BE">
        <w:t>“Thank you,” I whispered, uncertain whether I meant it.</w:t>
      </w:r>
    </w:p>
    <w:p w14:paraId="58CCC26A" w14:textId="77777777" w:rsidR="001513BE" w:rsidRPr="001513BE" w:rsidRDefault="001513BE" w:rsidP="001513BE">
      <w:r w:rsidRPr="001513BE">
        <w:t>“Vidar.”</w:t>
      </w:r>
    </w:p>
    <w:p w14:paraId="424B40D6" w14:textId="77777777" w:rsidR="001513BE" w:rsidRPr="001513BE" w:rsidRDefault="001513BE" w:rsidP="001513BE">
      <w:r w:rsidRPr="001513BE">
        <w:t>The name hit something deep. Not familiar—but not foreign, either. Like hearing a song in a language I’d never learned and still somehow understood.</w:t>
      </w:r>
    </w:p>
    <w:p w14:paraId="5C0333E6" w14:textId="77777777" w:rsidR="001513BE" w:rsidRPr="001513BE" w:rsidRDefault="001513BE" w:rsidP="001513BE">
      <w:r w:rsidRPr="001513BE">
        <w:t>“You’re one of them,” I breathed.</w:t>
      </w:r>
    </w:p>
    <w:p w14:paraId="01EAD673" w14:textId="77777777" w:rsidR="001513BE" w:rsidRPr="001513BE" w:rsidRDefault="001513BE" w:rsidP="001513BE">
      <w:r w:rsidRPr="001513BE">
        <w:t>“A Hecate.” He nodded. “Yes.”</w:t>
      </w:r>
    </w:p>
    <w:p w14:paraId="2931AFBA" w14:textId="77777777" w:rsidR="001513BE" w:rsidRPr="001513BE" w:rsidRDefault="001513BE" w:rsidP="001513BE">
      <w:r w:rsidRPr="001513BE">
        <w:t>My stomach twisted. He looked calm—measured—but I didn’t trust it. The way he watched me felt like a mirror reflecting things I hadn’t admitted even to myself.</w:t>
      </w:r>
    </w:p>
    <w:p w14:paraId="722F4404" w14:textId="77777777" w:rsidR="001513BE" w:rsidRPr="001513BE" w:rsidRDefault="001513BE" w:rsidP="001513BE">
      <w:r w:rsidRPr="001513BE">
        <w:t>I sat upright too fast. Pain lanced through my side, and I hissed.</w:t>
      </w:r>
      <w:r w:rsidRPr="001513BE">
        <w:br/>
        <w:t>My eyes flicked to the fire. The softness of the bed. The strange peace of the room. None of it felt like mine.</w:t>
      </w:r>
    </w:p>
    <w:p w14:paraId="1A514F4E" w14:textId="77777777" w:rsidR="001513BE" w:rsidRPr="001513BE" w:rsidRDefault="001513BE" w:rsidP="001513BE">
      <w:r w:rsidRPr="001513BE">
        <w:t>But it felt good.</w:t>
      </w:r>
      <w:r w:rsidRPr="001513BE">
        <w:br/>
        <w:t>And that scared me more than the dark.</w:t>
      </w:r>
    </w:p>
    <w:p w14:paraId="3C5C34EF" w14:textId="77777777" w:rsidR="001513BE" w:rsidRPr="001513BE" w:rsidRDefault="001513BE" w:rsidP="001513BE">
      <w:r w:rsidRPr="001513BE">
        <w:t>I thought of Ela. Rowan. Their faces. What if they thought I was dead? What if they were right?</w:t>
      </w:r>
      <w:r w:rsidRPr="001513BE">
        <w:br/>
        <w:t>I couldn’t stay here—not when they were waiting.</w:t>
      </w:r>
    </w:p>
    <w:p w14:paraId="3867873F" w14:textId="77777777" w:rsidR="001513BE" w:rsidRPr="001513BE" w:rsidRDefault="001513BE" w:rsidP="001513BE">
      <w:r w:rsidRPr="001513BE">
        <w:t>“I need to go home,” I said, swinging my legs out from the bed.</w:t>
      </w:r>
    </w:p>
    <w:p w14:paraId="76BC4E3B" w14:textId="77777777" w:rsidR="001513BE" w:rsidRPr="001513BE" w:rsidRDefault="001513BE" w:rsidP="001513BE">
      <w:r w:rsidRPr="001513BE">
        <w:t>Pain tore through my abdomen. I buckled, catching myself on the edge.</w:t>
      </w:r>
    </w:p>
    <w:p w14:paraId="31121F2D" w14:textId="77777777" w:rsidR="001513BE" w:rsidRPr="001513BE" w:rsidRDefault="001513BE" w:rsidP="001513BE">
      <w:r w:rsidRPr="001513BE">
        <w:t>“You’ll collapse halfway,” Vidar said. Not cruel—just matter-of-fact.</w:t>
      </w:r>
    </w:p>
    <w:p w14:paraId="1F42D100" w14:textId="77777777" w:rsidR="001513BE" w:rsidRPr="001513BE" w:rsidRDefault="001513BE" w:rsidP="001513BE">
      <w:r w:rsidRPr="001513BE">
        <w:t>I glared up at him. “I don’t care.”</w:t>
      </w:r>
    </w:p>
    <w:p w14:paraId="6158A3B2" w14:textId="77777777" w:rsidR="001513BE" w:rsidRPr="001513BE" w:rsidRDefault="001513BE" w:rsidP="001513BE">
      <w:r w:rsidRPr="001513BE">
        <w:t>“Clearly.”</w:t>
      </w:r>
    </w:p>
    <w:p w14:paraId="208CD46F" w14:textId="77777777" w:rsidR="001513BE" w:rsidRPr="001513BE" w:rsidRDefault="001513BE" w:rsidP="001513BE">
      <w:r w:rsidRPr="001513BE">
        <w:t>I lay back, breath catching, blinking up at him. “Where are we?”</w:t>
      </w:r>
    </w:p>
    <w:p w14:paraId="55BE67F6" w14:textId="77777777" w:rsidR="001513BE" w:rsidRPr="001513BE" w:rsidRDefault="001513BE" w:rsidP="001513BE">
      <w:r w:rsidRPr="001513BE">
        <w:t>“Hyperborea.”</w:t>
      </w:r>
    </w:p>
    <w:p w14:paraId="04A726B5" w14:textId="77777777" w:rsidR="001513BE" w:rsidRPr="001513BE" w:rsidRDefault="001513BE" w:rsidP="001513BE">
      <w:r w:rsidRPr="001513BE">
        <w:t>The name hit like a blow. My breath stilled. I pushed upright again, despite the pain.</w:t>
      </w:r>
    </w:p>
    <w:p w14:paraId="1B84952B" w14:textId="77777777" w:rsidR="001513BE" w:rsidRPr="001513BE" w:rsidRDefault="001513BE" w:rsidP="001513BE">
      <w:r w:rsidRPr="001513BE">
        <w:t>“That’s not possible.”</w:t>
      </w:r>
    </w:p>
    <w:p w14:paraId="485B5AED" w14:textId="77777777" w:rsidR="001513BE" w:rsidRPr="001513BE" w:rsidRDefault="001513BE" w:rsidP="001513BE">
      <w:r w:rsidRPr="001513BE">
        <w:lastRenderedPageBreak/>
        <w:t>He didn’t answer.</w:t>
      </w:r>
    </w:p>
    <w:p w14:paraId="73BC1ACC" w14:textId="68101F05" w:rsidR="001513BE" w:rsidRPr="001513BE" w:rsidRDefault="001513BE" w:rsidP="001513BE">
      <w:r w:rsidRPr="001513BE">
        <w:t>“No one crosses the realms. Not without magic.</w:t>
      </w:r>
      <w:r>
        <w:t>”</w:t>
      </w:r>
    </w:p>
    <w:p w14:paraId="3F098C76" w14:textId="77777777" w:rsidR="001513BE" w:rsidRPr="001513BE" w:rsidRDefault="001513BE" w:rsidP="001513BE">
      <w:r w:rsidRPr="001513BE">
        <w:t>“And yet,” he said simply, “here you are.”</w:t>
      </w:r>
    </w:p>
    <w:p w14:paraId="6C5E6A53" w14:textId="77777777" w:rsidR="001513BE" w:rsidRPr="001513BE" w:rsidRDefault="001513BE" w:rsidP="001513BE">
      <w:r w:rsidRPr="001513BE">
        <w:t>My mouth went dry. “How?”</w:t>
      </w:r>
    </w:p>
    <w:p w14:paraId="7D21DBB9" w14:textId="77777777" w:rsidR="001513BE" w:rsidRPr="001513BE" w:rsidRDefault="001513BE" w:rsidP="001513BE">
      <w:r w:rsidRPr="001513BE">
        <w:t>“The cave’s magic is old. Unpredictable. But even it doesn’t open without cause.”</w:t>
      </w:r>
    </w:p>
    <w:p w14:paraId="16F745DD" w14:textId="77777777" w:rsidR="001513BE" w:rsidRPr="001513BE" w:rsidRDefault="001513BE" w:rsidP="001513BE">
      <w:r w:rsidRPr="001513BE">
        <w:t>My fists clenched. “The King of the East put me there. I didn’t ask to go. He grabbed my hand and—”</w:t>
      </w:r>
    </w:p>
    <w:p w14:paraId="273FFA4A" w14:textId="77777777" w:rsidR="001513BE" w:rsidRPr="001513BE" w:rsidRDefault="001513BE" w:rsidP="001513BE">
      <w:r w:rsidRPr="001513BE">
        <w:t>“And you ended up inside the most forbidden place in all four realms,” Vidar finished. His gaze sharpened. “That doesn’t happen by accident.”</w:t>
      </w:r>
    </w:p>
    <w:p w14:paraId="11AC2CF1" w14:textId="77777777" w:rsidR="00121116" w:rsidRDefault="00AA3789">
      <w:r>
        <w:t>“But I am human,” I murmured, though my voice faltered. “And even if I’m not… how is that possible?”</w:t>
      </w:r>
    </w:p>
    <w:p w14:paraId="47B913F1" w14:textId="77777777" w:rsidR="001513BE" w:rsidRPr="001513BE" w:rsidRDefault="001513BE" w:rsidP="001513BE">
      <w:r w:rsidRPr="001513BE">
        <w:t>“You can’t be human.”</w:t>
      </w:r>
    </w:p>
    <w:p w14:paraId="223ED16E" w14:textId="77777777" w:rsidR="001513BE" w:rsidRPr="001513BE" w:rsidRDefault="001513BE" w:rsidP="001513BE">
      <w:r w:rsidRPr="001513BE">
        <w:t>The words didn’t make sense at first. They floated, distant. Then they sank—heavy and sharp.</w:t>
      </w:r>
    </w:p>
    <w:p w14:paraId="5EF52A5F" w14:textId="77777777" w:rsidR="001513BE" w:rsidRPr="001513BE" w:rsidRDefault="001513BE" w:rsidP="001513BE">
      <w:r w:rsidRPr="001513BE">
        <w:t>I blinked at him. “What?”</w:t>
      </w:r>
    </w:p>
    <w:p w14:paraId="7E676E4D" w14:textId="77777777" w:rsidR="001513BE" w:rsidRPr="001513BE" w:rsidRDefault="001513BE" w:rsidP="001513BE">
      <w:r w:rsidRPr="001513BE">
        <w:t>Vidar’s voice was low, firm. “I’ve seen humans try to survive what you just did. None of them lived.”</w:t>
      </w:r>
    </w:p>
    <w:p w14:paraId="60FF8079" w14:textId="77777777" w:rsidR="001513BE" w:rsidRPr="001513BE" w:rsidRDefault="001513BE" w:rsidP="001513BE">
      <w:r w:rsidRPr="001513BE">
        <w:t>My chest tightened. “No… no, I’m not—”</w:t>
      </w:r>
    </w:p>
    <w:p w14:paraId="44F08F94" w14:textId="77777777" w:rsidR="001513BE" w:rsidRPr="001513BE" w:rsidRDefault="001513BE" w:rsidP="001513BE">
      <w:r w:rsidRPr="001513BE">
        <w:t>“You’re a Hecate, Sky.”</w:t>
      </w:r>
    </w:p>
    <w:p w14:paraId="5BC0F0A3" w14:textId="77777777" w:rsidR="001513BE" w:rsidRPr="001513BE" w:rsidRDefault="001513BE" w:rsidP="001513BE">
      <w:r w:rsidRPr="001513BE">
        <w:t>The silence that followed felt like falling off the edge of a cliff.</w:t>
      </w:r>
    </w:p>
    <w:p w14:paraId="13DC8F2F" w14:textId="77777777" w:rsidR="001513BE" w:rsidRPr="001513BE" w:rsidRDefault="001513BE" w:rsidP="001513BE">
      <w:r w:rsidRPr="001513BE">
        <w:t>“No.”</w:t>
      </w:r>
    </w:p>
    <w:p w14:paraId="2B02557A" w14:textId="77777777" w:rsidR="001513BE" w:rsidRPr="001513BE" w:rsidRDefault="001513BE" w:rsidP="001513BE">
      <w:r w:rsidRPr="001513BE">
        <w:t>“I’m not,” I whispered again. But it sounded weaker now. Even to me.</w:t>
      </w:r>
    </w:p>
    <w:p w14:paraId="1395F29A" w14:textId="77777777" w:rsidR="001513BE" w:rsidRPr="001513BE" w:rsidRDefault="001513BE" w:rsidP="001513BE">
      <w:r w:rsidRPr="001513BE">
        <w:t>Vidar leaned against the mantle, arms folded. Watching.</w:t>
      </w:r>
      <w:r w:rsidRPr="001513BE">
        <w:br/>
        <w:t>“Do you truly believe you’re ordinary?”</w:t>
      </w:r>
    </w:p>
    <w:p w14:paraId="7A88CA25" w14:textId="77777777" w:rsidR="001513BE" w:rsidRPr="001513BE" w:rsidRDefault="001513BE" w:rsidP="001513BE">
      <w:r w:rsidRPr="001513BE">
        <w:t>I thought of the shadows. The black card. The voice in the tunnel.</w:t>
      </w:r>
    </w:p>
    <w:p w14:paraId="0F22CF41" w14:textId="4B89CA85" w:rsidR="001513BE" w:rsidRDefault="001513BE">
      <w:r w:rsidRPr="001513BE">
        <w:t>“If I’m Hecate… how?”</w:t>
      </w:r>
    </w:p>
    <w:p w14:paraId="5237AEC9" w14:textId="68F59565" w:rsidR="00121116" w:rsidRDefault="00AA3789">
      <w:r>
        <w:t>Vidar exhaled, running a hand through his dark hair. “Hecate magic isn’t instinct. It’s an art—one that requires practice, understanding, and manipulation. You’ve yet to let it flow through you.</w:t>
      </w:r>
      <w:r w:rsidR="001513BE">
        <w:t xml:space="preserve"> But it’s in there. Dormant, waiting to be nudged. </w:t>
      </w:r>
    </w:p>
    <w:p w14:paraId="3D393740" w14:textId="77777777" w:rsidR="00121116" w:rsidRDefault="00AA3789">
      <w:r>
        <w:lastRenderedPageBreak/>
        <w:t>The weight of his words pressed on me like stone.</w:t>
      </w:r>
    </w:p>
    <w:p w14:paraId="5709711C" w14:textId="77777777" w:rsidR="00121116" w:rsidRDefault="00AA3789">
      <w:r>
        <w:t>Vidar turned slightly, his gaze shifting to the distant mountains, where a jagged line of frost glimmered in the twilight. “And if the Eastern King is involved, this isn’t coincidence. Hyperborea doesn’t allow accidents. Its magic is sealed—layers of it—ancient and unbreakable. Whatever brought you here, Sky, it’s because you have something he wants. Or fears.”</w:t>
      </w:r>
    </w:p>
    <w:p w14:paraId="2045175D" w14:textId="77777777" w:rsidR="00121116" w:rsidRDefault="00AA3789">
      <w:r>
        <w:t>His words chilled me. Hyperborea. A name I’d only ever heard in whispers. Some called it a frozen paradise, untouched by time. Others said it was a graveyard of forgotten power, a realm no one could leave. And now I stood here, with its secrets pressing down on me, heavier than the sky.</w:t>
      </w:r>
    </w:p>
    <w:p w14:paraId="159E1C9C" w14:textId="77777777" w:rsidR="00121116" w:rsidRDefault="00AA3789">
      <w:r>
        <w:t>I stared at Vidar, a hundred questions caught in my throat, but what slipped out surprised even me. “What did you give up to be here?”</w:t>
      </w:r>
    </w:p>
    <w:p w14:paraId="6DBC4DA2" w14:textId="5C78FE69" w:rsidR="00121116" w:rsidRDefault="00AA3789">
      <w:r>
        <w:t>Vidar stilled, his expression unreadable. For the briefest moment, something flickered in his gaze—a shadow of pain—but he turned away. “</w:t>
      </w:r>
      <w:r w:rsidR="001513BE">
        <w:t>Nothing that matters</w:t>
      </w:r>
      <w:r>
        <w:t>.”</w:t>
      </w:r>
      <w:r w:rsidR="001513BE">
        <w:t xml:space="preserve"> Silence reigned between us.</w:t>
      </w:r>
    </w:p>
    <w:p w14:paraId="6BFB2C32" w14:textId="77777777" w:rsidR="00121116" w:rsidRDefault="00AA3789">
      <w:r>
        <w:t>His evasion hit harder than I expected.</w:t>
      </w:r>
    </w:p>
    <w:p w14:paraId="26574045" w14:textId="77777777" w:rsidR="001513BE" w:rsidRDefault="001513BE"/>
    <w:p w14:paraId="1DDB6D2E" w14:textId="77777777" w:rsidR="00121116" w:rsidRDefault="00AA3789">
      <w:r>
        <w:t>“I don’t care what the King thinks,” I snapped, my voice cutting through the silence like glass. “He has the wrong person. I just want to go back to my family.” My tone softened, but there was steel beneath it. “So either you help me get back to my realm, or I’ll figure it out on my own.”</w:t>
      </w:r>
    </w:p>
    <w:p w14:paraId="223B19CB" w14:textId="1664B50D" w:rsidR="00121116" w:rsidRDefault="00AA3789">
      <w:r>
        <w:t xml:space="preserve">Vidar turned back to me slowly, his expression unreadable. </w:t>
      </w:r>
      <w:r w:rsidR="001513BE" w:rsidRPr="001513BE">
        <w:t xml:space="preserve">Vidar studied me a moment longer. His expression unreadable. </w:t>
      </w:r>
      <w:r>
        <w:t>“Do you really think you can survive Hyperborea alone?”</w:t>
      </w:r>
    </w:p>
    <w:p w14:paraId="505955A4" w14:textId="77777777" w:rsidR="00121116" w:rsidRDefault="00AA3789">
      <w:r>
        <w:t>The question hit me like ice water. I clenched my fists, my breath unsteady. For the first time, the thought of going alone—facing this vast, unknowable world without him—felt less like a challenge and more like a death sentence.</w:t>
      </w:r>
    </w:p>
    <w:p w14:paraId="0E3746B4" w14:textId="22E57676" w:rsidR="00121116" w:rsidRDefault="00AA3789">
      <w:r>
        <w:t>And worse, I was starting to realize I needed him</w:t>
      </w:r>
      <w:r w:rsidR="001513BE">
        <w:t>, already.</w:t>
      </w:r>
    </w:p>
    <w:p w14:paraId="79A01DDC" w14:textId="77777777" w:rsidR="00121116" w:rsidRDefault="00AA3789">
      <w:r>
        <w:t>Not because I trusted him. But because I didn’t know how to do this without him.</w:t>
      </w:r>
    </w:p>
    <w:p w14:paraId="59A06952" w14:textId="77777777" w:rsidR="001513BE" w:rsidRPr="001513BE" w:rsidRDefault="001513BE" w:rsidP="001513BE">
      <w:r w:rsidRPr="001513BE">
        <w:t>“You should rest,” Vidar said quietly, the firelight casting gold across his face. “Once you're stronger, we’ll find a way to get you home.”</w:t>
      </w:r>
    </w:p>
    <w:p w14:paraId="79F5579C" w14:textId="77777777" w:rsidR="001513BE" w:rsidRPr="001513BE" w:rsidRDefault="001513BE" w:rsidP="001513BE">
      <w:r w:rsidRPr="001513BE">
        <w:t>His voice was calm, steady. Like what he promised was simple.</w:t>
      </w:r>
    </w:p>
    <w:p w14:paraId="542F004B" w14:textId="77777777" w:rsidR="001513BE" w:rsidRPr="001513BE" w:rsidRDefault="001513BE" w:rsidP="001513BE">
      <w:r w:rsidRPr="001513BE">
        <w:t>I searched his eyes, waiting for the lie. But all I saw was quiet certainty.</w:t>
      </w:r>
    </w:p>
    <w:p w14:paraId="2A2B2A91" w14:textId="77777777" w:rsidR="001513BE" w:rsidRPr="001513BE" w:rsidRDefault="001513BE" w:rsidP="001513BE">
      <w:r w:rsidRPr="001513BE">
        <w:lastRenderedPageBreak/>
        <w:t>My body gave in before my mind could catch up. I sank back into the bed. The warmth wasn’t comfort. It was surrender.</w:t>
      </w:r>
    </w:p>
    <w:p w14:paraId="550CD70A" w14:textId="77777777" w:rsidR="001513BE" w:rsidRPr="001513BE" w:rsidRDefault="001513BE" w:rsidP="001513BE">
      <w:r w:rsidRPr="001513BE">
        <w:t>My thoughts snagged on one thing. I forced myself to speak, even as my eyes threatened to close. “How did you know my name in the cave?”</w:t>
      </w:r>
    </w:p>
    <w:p w14:paraId="68A276B8" w14:textId="77777777" w:rsidR="001513BE" w:rsidRPr="001513BE" w:rsidRDefault="001513BE" w:rsidP="001513BE">
      <w:r w:rsidRPr="001513BE">
        <w:t>A pause. “You called me.”</w:t>
      </w:r>
    </w:p>
    <w:p w14:paraId="3BB153C0" w14:textId="77777777" w:rsidR="001513BE" w:rsidRPr="001513BE" w:rsidRDefault="001513BE" w:rsidP="001513BE">
      <w:r w:rsidRPr="001513BE">
        <w:t>“I didn’t.”</w:t>
      </w:r>
    </w:p>
    <w:p w14:paraId="1CE6BD9A" w14:textId="77777777" w:rsidR="001513BE" w:rsidRPr="001513BE" w:rsidRDefault="001513BE" w:rsidP="001513BE">
      <w:r w:rsidRPr="001513BE">
        <w:t>“Not with your voice,” he said, gaze unblinking. “Fear has a sound too. And yours reached deeper than most.”</w:t>
      </w:r>
    </w:p>
    <w:p w14:paraId="5B04700C" w14:textId="77777777" w:rsidR="001513BE" w:rsidRPr="001513BE" w:rsidRDefault="001513BE" w:rsidP="001513BE">
      <w:r w:rsidRPr="001513BE">
        <w:t>I stared at him, throat dry. “You were already looking.”</w:t>
      </w:r>
    </w:p>
    <w:p w14:paraId="544B518D" w14:textId="77777777" w:rsidR="001513BE" w:rsidRPr="001513BE" w:rsidRDefault="001513BE" w:rsidP="001513BE">
      <w:r w:rsidRPr="001513BE">
        <w:t>“I was,” he said. “But only my shadows can travel that far. I followed them. You’re lucky they found you first.”</w:t>
      </w:r>
    </w:p>
    <w:p w14:paraId="68847C37" w14:textId="77777777" w:rsidR="001513BE" w:rsidRPr="001513BE" w:rsidRDefault="001513BE" w:rsidP="001513BE">
      <w:r w:rsidRPr="001513BE">
        <w:t>He turned to go. “Goodnight, Sky.”</w:t>
      </w:r>
    </w:p>
    <w:p w14:paraId="3D9E3CB2" w14:textId="77777777" w:rsidR="001513BE" w:rsidRPr="001513BE" w:rsidRDefault="001513BE" w:rsidP="001513BE">
      <w:r w:rsidRPr="001513BE">
        <w:t>The door closed with barely a sound.</w:t>
      </w:r>
    </w:p>
    <w:p w14:paraId="7A8B5605" w14:textId="77777777" w:rsidR="001513BE" w:rsidRPr="001513BE" w:rsidRDefault="001513BE" w:rsidP="001513BE">
      <w:r w:rsidRPr="001513BE">
        <w:t>The fire dimmed. The wind beyond the curtains whispered like a memory.</w:t>
      </w:r>
    </w:p>
    <w:p w14:paraId="4E700A75" w14:textId="77777777" w:rsidR="001513BE" w:rsidRPr="001513BE" w:rsidRDefault="001513BE" w:rsidP="001513BE">
      <w:r w:rsidRPr="001513BE">
        <w:t>For the first time in days, my body stilled. I let the warmth hold me.</w:t>
      </w:r>
    </w:p>
    <w:p w14:paraId="3B4E0218" w14:textId="77777777" w:rsidR="001513BE" w:rsidRPr="001513BE" w:rsidRDefault="001513BE" w:rsidP="001513BE">
      <w:r w:rsidRPr="001513BE">
        <w:t>Sleep took me.</w:t>
      </w:r>
    </w:p>
    <w:p w14:paraId="3AB33985" w14:textId="77777777" w:rsidR="001513BE" w:rsidRPr="001513BE" w:rsidRDefault="001513BE" w:rsidP="001513BE">
      <w:r w:rsidRPr="001513BE">
        <w:t>But peace didn’t last.</w:t>
      </w:r>
    </w:p>
    <w:p w14:paraId="08B28540" w14:textId="77777777" w:rsidR="001513BE" w:rsidRPr="001513BE" w:rsidRDefault="001513BE" w:rsidP="001513BE">
      <w:r w:rsidRPr="001513BE">
        <w:t>Shadows returned—clawing at my mind, whispering my name.</w:t>
      </w:r>
    </w:p>
    <w:p w14:paraId="43AEAB3C" w14:textId="77777777" w:rsidR="001513BE" w:rsidRPr="001513BE" w:rsidRDefault="001513BE" w:rsidP="001513BE">
      <w:r w:rsidRPr="001513BE">
        <w:t>“Sky,” they hissed, voices curling like smoke through locked doors.</w:t>
      </w:r>
    </w:p>
    <w:p w14:paraId="1EEC0579" w14:textId="77777777" w:rsidR="001513BE" w:rsidRPr="001513BE" w:rsidRDefault="001513BE" w:rsidP="001513BE">
      <w:r w:rsidRPr="001513BE">
        <w:t>I woke with a gasp.</w:t>
      </w:r>
    </w:p>
    <w:p w14:paraId="5F9AC347" w14:textId="77777777" w:rsidR="001513BE" w:rsidRPr="001513BE" w:rsidRDefault="001513BE" w:rsidP="001513BE">
      <w:r w:rsidRPr="001513BE">
        <w:t>The fire surged—bright and sudden. In the corners of the room, the shadows retreated.</w:t>
      </w:r>
    </w:p>
    <w:p w14:paraId="4F427034" w14:textId="77777777" w:rsidR="001513BE" w:rsidRPr="001513BE" w:rsidRDefault="001513BE" w:rsidP="001513BE">
      <w:r w:rsidRPr="001513BE">
        <w:t>Morning crept through the window, pale and cold. I rose slowly, the pain still sharp at my side.</w:t>
      </w:r>
    </w:p>
    <w:p w14:paraId="42D76CEE" w14:textId="77777777" w:rsidR="001513BE" w:rsidRPr="001513BE" w:rsidRDefault="001513BE" w:rsidP="001513BE">
      <w:r w:rsidRPr="001513BE">
        <w:t>Blood had dried thick beneath the bandages. My skin was bruised, angry.</w:t>
      </w:r>
    </w:p>
    <w:p w14:paraId="5D7AD1D5" w14:textId="77777777" w:rsidR="001513BE" w:rsidRPr="001513BE" w:rsidRDefault="001513BE" w:rsidP="001513BE">
      <w:r w:rsidRPr="001513BE">
        <w:t>I dressed in silence.</w:t>
      </w:r>
    </w:p>
    <w:p w14:paraId="4BD0BD62" w14:textId="77777777" w:rsidR="001513BE" w:rsidRPr="001513BE" w:rsidRDefault="001513BE" w:rsidP="001513BE">
      <w:r w:rsidRPr="001513BE">
        <w:t>The wooden door creaked as I opened it. A hallway stretched out, quiet and unfamiliar.</w:t>
      </w:r>
    </w:p>
    <w:p w14:paraId="21FE2CC0" w14:textId="77777777" w:rsidR="001513BE" w:rsidRPr="001513BE" w:rsidRDefault="001513BE" w:rsidP="001513BE">
      <w:r w:rsidRPr="001513BE">
        <w:t>At the far end, a spiral staircase curved downward like a question waiting to be answered.</w:t>
      </w:r>
    </w:p>
    <w:p w14:paraId="2F07748E" w14:textId="77777777" w:rsidR="001513BE" w:rsidRPr="001513BE" w:rsidRDefault="001513BE" w:rsidP="001513BE">
      <w:r w:rsidRPr="001513BE">
        <w:t>I descended barefoot. The wood was cold beneath my steps, smooth and ancient.</w:t>
      </w:r>
    </w:p>
    <w:p w14:paraId="4C0F24E8" w14:textId="77777777" w:rsidR="001513BE" w:rsidRPr="001513BE" w:rsidRDefault="001513BE" w:rsidP="001513BE">
      <w:r w:rsidRPr="001513BE">
        <w:lastRenderedPageBreak/>
        <w:t>The scent of burning pine and something older filled the air. Every stone, every corner whispered of power—old, deliberate, restrained.</w:t>
      </w:r>
    </w:p>
    <w:p w14:paraId="7C07B065" w14:textId="77777777" w:rsidR="001513BE" w:rsidRPr="001513BE" w:rsidRDefault="001513BE" w:rsidP="001513BE">
      <w:r w:rsidRPr="001513BE">
        <w:t>At the base, the hall opened wide. Light and shadow danced across muted tapestries and carved pillars.</w:t>
      </w:r>
    </w:p>
    <w:p w14:paraId="4E0703E8" w14:textId="77777777" w:rsidR="001513BE" w:rsidRPr="001513BE" w:rsidRDefault="001513BE" w:rsidP="001513BE">
      <w:r w:rsidRPr="001513BE">
        <w:t>I didn’t belong here.</w:t>
      </w:r>
      <w:r w:rsidRPr="001513BE">
        <w:br/>
        <w:t>But something in me had already started listening.</w:t>
      </w:r>
    </w:p>
    <w:p w14:paraId="281D580F" w14:textId="2CCEA682" w:rsidR="00121116" w:rsidRDefault="00AA3789">
      <w:r>
        <w:t>The silence was almost palpable, broken only by the faint crackling of a distant fireplace.</w:t>
      </w:r>
    </w:p>
    <w:p w14:paraId="15088597" w14:textId="77777777" w:rsidR="001513BE" w:rsidRPr="001513BE" w:rsidRDefault="001513BE" w:rsidP="001513BE">
      <w:r w:rsidRPr="001513BE">
        <w:t>I moved slowly, unsure of where I was going, but my feet pulled me toward the warmth.</w:t>
      </w:r>
    </w:p>
    <w:p w14:paraId="02F9ADCD" w14:textId="77777777" w:rsidR="001513BE" w:rsidRPr="001513BE" w:rsidRDefault="001513BE" w:rsidP="001513BE">
      <w:r w:rsidRPr="001513BE">
        <w:t>The sitting room opened like a secret. Firelight danced across stone and silk. A hearth glowed steady at the center, casting flickers on the walls.</w:t>
      </w:r>
      <w:r w:rsidRPr="001513BE">
        <w:br/>
        <w:t>I drifted toward it, drawn by its quiet. By the illusion of safety.</w:t>
      </w:r>
    </w:p>
    <w:p w14:paraId="4F904F7E" w14:textId="77777777" w:rsidR="001513BE" w:rsidRPr="001513BE" w:rsidRDefault="001513BE" w:rsidP="001513BE">
      <w:r w:rsidRPr="001513BE">
        <w:t>The silence broke.</w:t>
      </w:r>
      <w:r w:rsidRPr="001513BE">
        <w:br/>
        <w:t>A shadow shifted in the light. I turned—and there he was.</w:t>
      </w:r>
    </w:p>
    <w:p w14:paraId="6E466252" w14:textId="77777777" w:rsidR="001513BE" w:rsidRPr="001513BE" w:rsidRDefault="001513BE" w:rsidP="001513BE">
      <w:r w:rsidRPr="001513BE">
        <w:t>Vidar stood at the edge of the room, tall and still, the fire catching on the silver streaks in his dark hair.</w:t>
      </w:r>
      <w:r w:rsidRPr="001513BE">
        <w:br/>
        <w:t>His eyes met mine, calm as ever—but watching. Always watching.</w:t>
      </w:r>
    </w:p>
    <w:p w14:paraId="1D36E3EB" w14:textId="77777777" w:rsidR="001513BE" w:rsidRPr="001513BE" w:rsidRDefault="001513BE" w:rsidP="001513BE">
      <w:r w:rsidRPr="001513BE">
        <w:t>“Good morning,” he said.</w:t>
      </w:r>
      <w:r w:rsidRPr="001513BE">
        <w:br/>
        <w:t>His voice carried like warmth in cold water.</w:t>
      </w:r>
    </w:p>
    <w:p w14:paraId="5DD27939" w14:textId="77777777" w:rsidR="001513BE" w:rsidRPr="001513BE" w:rsidRDefault="001513BE" w:rsidP="001513BE">
      <w:r w:rsidRPr="001513BE">
        <w:t>I nodded, unsure of my own voice. “Better,” I managed. “But the wound still aches.”</w:t>
      </w:r>
    </w:p>
    <w:p w14:paraId="6E816B27" w14:textId="77777777" w:rsidR="001513BE" w:rsidRPr="001513BE" w:rsidRDefault="001513BE" w:rsidP="001513BE">
      <w:r w:rsidRPr="001513BE">
        <w:t>“Saga will tend to it,” he said, stepping closer. “And she’ll draw a bath.”</w:t>
      </w:r>
      <w:r w:rsidRPr="001513BE">
        <w:br/>
        <w:t>His gaze didn’t judge—but it saw everything.</w:t>
      </w:r>
    </w:p>
    <w:p w14:paraId="75F8A323" w14:textId="77777777" w:rsidR="001513BE" w:rsidRPr="001513BE" w:rsidRDefault="001513BE" w:rsidP="001513BE">
      <w:r w:rsidRPr="001513BE">
        <w:t>I glanced down at myself. Dirt. Blood. Shadows under my eyes.</w:t>
      </w:r>
      <w:r w:rsidRPr="001513BE">
        <w:br/>
        <w:t>I didn’t need a mirror to know I looked like something half-alive.</w:t>
      </w:r>
    </w:p>
    <w:p w14:paraId="5E976C2D" w14:textId="77777777" w:rsidR="001513BE" w:rsidRPr="001513BE" w:rsidRDefault="001513BE" w:rsidP="001513BE">
      <w:r w:rsidRPr="001513BE">
        <w:t>“A bath sounds… good,” I whispered.</w:t>
      </w:r>
    </w:p>
    <w:p w14:paraId="721DDAED" w14:textId="77777777" w:rsidR="001513BE" w:rsidRPr="001513BE" w:rsidRDefault="001513BE" w:rsidP="001513BE">
      <w:r w:rsidRPr="001513BE">
        <w:t>He nodded once. “Rest here. She’ll find you.”</w:t>
      </w:r>
    </w:p>
    <w:p w14:paraId="7E64BB77" w14:textId="77777777" w:rsidR="001513BE" w:rsidRPr="001513BE" w:rsidRDefault="001513BE" w:rsidP="001513BE">
      <w:r w:rsidRPr="001513BE">
        <w:t>Then he was gone.</w:t>
      </w:r>
      <w:r w:rsidRPr="001513BE">
        <w:br/>
        <w:t>No sound to his steps. No weight left behind.</w:t>
      </w:r>
    </w:p>
    <w:p w14:paraId="7978D0B8" w14:textId="77777777" w:rsidR="001513BE" w:rsidRPr="001513BE" w:rsidRDefault="001513BE" w:rsidP="001513BE">
      <w:r w:rsidRPr="001513BE">
        <w:t>I sank onto the nearest chair, the fire’s warmth kissing my frozen skin.</w:t>
      </w:r>
      <w:r w:rsidRPr="001513BE">
        <w:br/>
        <w:t>For a moment, the house felt still.</w:t>
      </w:r>
      <w:r w:rsidRPr="001513BE">
        <w:br/>
        <w:t>Not safe.</w:t>
      </w:r>
      <w:r w:rsidRPr="001513BE">
        <w:br/>
        <w:t>But not dangerous, either.</w:t>
      </w:r>
    </w:p>
    <w:p w14:paraId="2AEC12DD" w14:textId="77777777" w:rsidR="001513BE" w:rsidRPr="001513BE" w:rsidRDefault="001513BE" w:rsidP="001513BE">
      <w:r w:rsidRPr="001513BE">
        <w:t>Just quiet.</w:t>
      </w:r>
    </w:p>
    <w:p w14:paraId="186BE4B7" w14:textId="77777777" w:rsidR="00121116" w:rsidRDefault="00AA3789">
      <w:r>
        <w:lastRenderedPageBreak/>
        <w:t>~</w:t>
      </w:r>
    </w:p>
    <w:p w14:paraId="45E691CA" w14:textId="77777777" w:rsidR="001513BE" w:rsidRPr="001513BE" w:rsidRDefault="001513BE" w:rsidP="001513BE">
      <w:r w:rsidRPr="001513BE">
        <w:t>Saga arrived without ceremony—tall, sturdy, efficient. She didn’t speak much. Just knelt before me and unwrapped the bandage.</w:t>
      </w:r>
    </w:p>
    <w:p w14:paraId="3973C1F5" w14:textId="77777777" w:rsidR="001513BE" w:rsidRPr="001513BE" w:rsidRDefault="001513BE" w:rsidP="001513BE">
      <w:r w:rsidRPr="001513BE">
        <w:t>The air hit raw skin. I gasped. She didn’t flinch.</w:t>
      </w:r>
    </w:p>
    <w:p w14:paraId="28E4AA19" w14:textId="595DC40D" w:rsidR="001513BE" w:rsidRPr="001513BE" w:rsidRDefault="001513BE" w:rsidP="001513BE">
      <w:r w:rsidRPr="001513BE">
        <w:t xml:space="preserve">Her hands were sure, practiced. </w:t>
      </w:r>
      <w:r>
        <w:t>Strawberry blonde h</w:t>
      </w:r>
      <w:r w:rsidRPr="001513BE">
        <w:t>air tied back in a neat bun. Eyes patient.</w:t>
      </w:r>
      <w:r w:rsidRPr="001513BE">
        <w:br/>
        <w:t>“This will sting,” she said. It did.</w:t>
      </w:r>
    </w:p>
    <w:p w14:paraId="675E4F9B" w14:textId="77777777" w:rsidR="001513BE" w:rsidRPr="001513BE" w:rsidRDefault="001513BE" w:rsidP="001513BE">
      <w:r w:rsidRPr="001513BE">
        <w:t>But her presence grounded me. Like she’d done this a hundred times. Like she wasn’t fazed by blood or magic or fear.</w:t>
      </w:r>
    </w:p>
    <w:p w14:paraId="2820D4F0" w14:textId="77777777" w:rsidR="001513BE" w:rsidRPr="001513BE" w:rsidRDefault="001513BE" w:rsidP="001513BE">
      <w:r w:rsidRPr="001513BE">
        <w:t>I let her work in silence.</w:t>
      </w:r>
    </w:p>
    <w:p w14:paraId="0E95B6AF" w14:textId="77777777" w:rsidR="001513BE" w:rsidRPr="001513BE" w:rsidRDefault="001513BE" w:rsidP="001513BE">
      <w:r w:rsidRPr="001513BE">
        <w:t>The fire snapped behind us. Somewhere beyond, wind howled against the stone.</w:t>
      </w:r>
    </w:p>
    <w:p w14:paraId="2DC2B066" w14:textId="77777777" w:rsidR="00121116" w:rsidRDefault="00AA3789">
      <w:r>
        <w:t>She helped me to my feet and guided me to a separate room, related to my chamber, where a large, clawfoot bathtub awaited, filled with steaming water. The room was dimly lit, the flickering candlelight casting long shadows on the walls. The air was thick with the scent of lavender and herbs, a welcome change from the oppressive dampness of the cave.</w:t>
      </w:r>
    </w:p>
    <w:p w14:paraId="20F60B07" w14:textId="77777777" w:rsidR="00121116" w:rsidRDefault="00AA3789">
      <w:r>
        <w:t>"Take your time," Saga said softly, her voice barely above a whisper. "I’ll be just outside if you need anything."</w:t>
      </w:r>
    </w:p>
    <w:p w14:paraId="0A975D25" w14:textId="77777777" w:rsidR="001513BE" w:rsidRPr="001513BE" w:rsidRDefault="00AA3789" w:rsidP="001513BE">
      <w:r>
        <w:t>I nodded, grateful for her presence but relieved to be alone. As the door closed behind her, I slipped into the hot water</w:t>
      </w:r>
      <w:r w:rsidR="001513BE">
        <w:t xml:space="preserve">. </w:t>
      </w:r>
      <w:r w:rsidR="001513BE" w:rsidRPr="001513BE">
        <w:t>Steam curled around me as I sank into the tub, the heat biting at my skin.</w:t>
      </w:r>
      <w:r w:rsidR="001513BE" w:rsidRPr="001513BE">
        <w:br/>
        <w:t>The sting brought tears to my eyes—but I welcomed it. At least it was real.</w:t>
      </w:r>
    </w:p>
    <w:p w14:paraId="6BDD0A50" w14:textId="77777777" w:rsidR="001513BE" w:rsidRPr="001513BE" w:rsidRDefault="001513BE" w:rsidP="001513BE">
      <w:r w:rsidRPr="001513BE">
        <w:t>Blood and dirt slipped from my body into the water, clouding it with everything I wanted to forget.</w:t>
      </w:r>
      <w:r w:rsidRPr="001513BE">
        <w:br/>
        <w:t>I scrubbed hard. Too hard. My fingers raw, skin flushed red.</w:t>
      </w:r>
      <w:r w:rsidRPr="001513BE">
        <w:br/>
        <w:t>But it still didn’t feel like enough.</w:t>
      </w:r>
    </w:p>
    <w:p w14:paraId="19E18FE8" w14:textId="77777777" w:rsidR="001513BE" w:rsidRPr="001513BE" w:rsidRDefault="001513BE" w:rsidP="001513BE">
      <w:r w:rsidRPr="001513BE">
        <w:t>The darkness clung like oil, the memory of the cave crawling under my skin.</w:t>
      </w:r>
      <w:r w:rsidRPr="001513BE">
        <w:br/>
        <w:t>No matter how much I scrubbed, I couldn’t reach it.</w:t>
      </w:r>
    </w:p>
    <w:p w14:paraId="7D5A8009" w14:textId="77777777" w:rsidR="001513BE" w:rsidRPr="001513BE" w:rsidRDefault="001513BE" w:rsidP="001513BE">
      <w:r w:rsidRPr="001513BE">
        <w:t>My throat tightened. My chest ached. I wanted to scream, to tear the feeling out with my hands.</w:t>
      </w:r>
      <w:r w:rsidRPr="001513BE">
        <w:br/>
        <w:t>But I just sat there. Quiet. Soaked. Shaking.</w:t>
      </w:r>
    </w:p>
    <w:p w14:paraId="13EEC16C" w14:textId="77777777" w:rsidR="001513BE" w:rsidRPr="001513BE" w:rsidRDefault="001513BE" w:rsidP="001513BE">
      <w:r w:rsidRPr="001513BE">
        <w:t>A knock.</w:t>
      </w:r>
      <w:r w:rsidRPr="001513BE">
        <w:br/>
        <w:t>“Miss?” Saga’s voice—gentle. “Are you alright?”</w:t>
      </w:r>
    </w:p>
    <w:p w14:paraId="497F124B" w14:textId="77777777" w:rsidR="001513BE" w:rsidRPr="001513BE" w:rsidRDefault="001513BE" w:rsidP="001513BE">
      <w:r w:rsidRPr="001513BE">
        <w:t>I swallowed hard. “Yes.” It came out barely more than a breath.</w:t>
      </w:r>
    </w:p>
    <w:p w14:paraId="2AED9AB8" w14:textId="77777777" w:rsidR="001513BE" w:rsidRPr="001513BE" w:rsidRDefault="001513BE" w:rsidP="001513BE">
      <w:r w:rsidRPr="001513BE">
        <w:lastRenderedPageBreak/>
        <w:t>“There are clothes waiting for you,” she added.</w:t>
      </w:r>
    </w:p>
    <w:p w14:paraId="785545A7" w14:textId="77777777" w:rsidR="001513BE" w:rsidRPr="001513BE" w:rsidRDefault="001513BE" w:rsidP="001513BE">
      <w:r w:rsidRPr="001513BE">
        <w:t>I nodded even though she couldn’t see. “Thank you.”</w:t>
      </w:r>
    </w:p>
    <w:p w14:paraId="7A5E1C70" w14:textId="77777777" w:rsidR="001513BE" w:rsidRPr="001513BE" w:rsidRDefault="001513BE" w:rsidP="001513BE">
      <w:r w:rsidRPr="001513BE">
        <w:t>I forced myself to rise, wrapping a towel around my trembling body. The cold air hit hard, but I welcomed that too. It meant I’d survived.</w:t>
      </w:r>
    </w:p>
    <w:p w14:paraId="0775EFCC" w14:textId="77777777" w:rsidR="001513BE" w:rsidRPr="001513BE" w:rsidRDefault="001513BE" w:rsidP="001513BE">
      <w:r w:rsidRPr="001513BE">
        <w:t>I opened the door. Saga stood with a bundle in her arms. She offered it without a word.</w:t>
      </w:r>
      <w:r w:rsidRPr="001513BE">
        <w:br/>
        <w:t>The fabric was soft—richer than anything I’d worn before. A tunic, deep navy with faint stitching along the collar like leaves curling in on themselves.</w:t>
      </w:r>
      <w:r w:rsidRPr="001513BE">
        <w:br/>
        <w:t>Pants to match. A cloak heavier than it looked, lined in warm velvet. A leaf-shaped clasp at the shoulder caught the candlelight.</w:t>
      </w:r>
    </w:p>
    <w:p w14:paraId="527D295E" w14:textId="77777777" w:rsidR="001513BE" w:rsidRPr="001513BE" w:rsidRDefault="001513BE" w:rsidP="001513BE">
      <w:r w:rsidRPr="001513BE">
        <w:t>“Let’s get you dressed,” Saga said gently. “You’ll feel better.”</w:t>
      </w:r>
    </w:p>
    <w:p w14:paraId="26A8E732" w14:textId="77777777" w:rsidR="001513BE" w:rsidRPr="001513BE" w:rsidRDefault="001513BE" w:rsidP="001513BE">
      <w:r w:rsidRPr="001513BE">
        <w:t>I nodded, holding the towel tighter around myself.</w:t>
      </w:r>
      <w:r w:rsidRPr="001513BE">
        <w:br/>
        <w:t>She understood, turning away without a word.</w:t>
      </w:r>
    </w:p>
    <w:p w14:paraId="38BA4028" w14:textId="77777777" w:rsidR="001513BE" w:rsidRPr="001513BE" w:rsidRDefault="001513BE" w:rsidP="001513BE">
      <w:r w:rsidRPr="001513BE">
        <w:t>For a moment, I just stood there, clutching the new clothes—too soft, too clean, too real.</w:t>
      </w:r>
      <w:r w:rsidRPr="001513BE">
        <w:br/>
        <w:t>Like they belonged to someone else.</w:t>
      </w:r>
    </w:p>
    <w:p w14:paraId="39F60528" w14:textId="5C3C13F3" w:rsidR="00121116" w:rsidRDefault="00121116" w:rsidP="001513BE"/>
    <w:p w14:paraId="689EC963" w14:textId="77777777" w:rsidR="00121116" w:rsidRDefault="00AA3789">
      <w:r>
        <w:t>Saga signaled me to turn around as she brushed my wet hair, slowly untangling the knots. I tensed at each stroke, pulling on my scalp. “Much better,” she said, satisfied. Its lengths restored, my hair drooped over my shoulder, covering my chest. The water dripped onto the cloak, but my clothes underneath remained dry. I slipped on a pair of brown boots, warming my feet, though they felt rough on my blisters.</w:t>
      </w:r>
    </w:p>
    <w:p w14:paraId="2EA0CE0E" w14:textId="77777777" w:rsidR="00121116" w:rsidRDefault="00AA3789">
      <w:r>
        <w:t>Saga led me back downstairs, as my stomach filled the silence with cries of hunger. “Here,” she motioned, letting me walk past her into the dining room. Vidar sat at the end of the table, resting back as he watched me enter. The polished table was set for a meal. The room was lit by a grand chandelier, its light reflecting off the polished wooden floor. Large cushioned chairs, similar to those in the sitting room, lined the table. A detailed rug, rich in color and design, lay beneath the table, adding warmth to the space. A large window high up on one wall provided a blurred view of a white horizon, the light diffused by the frosted glass. “Well, you look better,” he mocked.</w:t>
      </w:r>
    </w:p>
    <w:p w14:paraId="6A0DC8EC" w14:textId="77777777" w:rsidR="00121116" w:rsidRDefault="00AA3789">
      <w:r>
        <w:t>I took a seat in the middle, a couple of chairs down, wanting to make sure I wasn’t too close. He watched me carefully, without saying anything else, as he dug into his plate filled with meat, a rich type of darker grain, and vegetables. The aromas of the meat freshly grilled, and the seasoned vegetables filled my nostrils. I couldn’t wait any longer; I stuffed my mouth with the warm, hearty food, too starved to act with manners. I couldn’t remember the last time I had a meal, and a proper one like this had to be years ago.</w:t>
      </w:r>
    </w:p>
    <w:p w14:paraId="2DE1FDC5" w14:textId="77777777" w:rsidR="00121116" w:rsidRDefault="00AA3789">
      <w:r>
        <w:t xml:space="preserve">The meal was simple yet delicious, with rich and comforting flavors that began to ease the tension in my body. As I ate, the warmth of the food provided a brief respite from my </w:t>
      </w:r>
      <w:r>
        <w:lastRenderedPageBreak/>
        <w:t>swirling thoughts. Vidar ate with elegance, each bite delicate and measured, as if every movement were part of a practiced ritual. In contrast, I had given up on any pretense of refinement, tearing the meat off the bone with my bare teeth.</w:t>
      </w:r>
    </w:p>
    <w:p w14:paraId="51D147F5" w14:textId="77777777" w:rsidR="00121116" w:rsidRDefault="00AA3789">
      <w:r>
        <w:t>He glanced up, his vibrant eyes catching mine, and I saw a flicker of amusement there, his gaze fixed on the way I devoured the food like a ferocious animal.</w:t>
      </w:r>
    </w:p>
    <w:p w14:paraId="64C2503A" w14:textId="77777777" w:rsidR="00121116" w:rsidRDefault="00AA3789">
      <w:r>
        <w:t>“What?” I snapped, my mouth full, knowing exactly why he looked at me with that mix of surprise and amusement.</w:t>
      </w:r>
    </w:p>
    <w:p w14:paraId="0D8CB331" w14:textId="77777777" w:rsidR="00121116" w:rsidRDefault="00AA3789">
      <w:r>
        <w:t>“Nothing. Just looked like you were hungry,” he replied with a slight wince, the corners of his mouth twitching as if suppressing a smile.</w:t>
      </w:r>
    </w:p>
    <w:p w14:paraId="69C3046A" w14:textId="77777777" w:rsidR="00121116" w:rsidRDefault="00AA3789">
      <w:r>
        <w:t>I threw him a glare, ignoring his subtle jab, and continued eating until the bone was licked clean and my plate was spotless.</w:t>
      </w:r>
    </w:p>
    <w:p w14:paraId="798D3763" w14:textId="77777777" w:rsidR="00121116" w:rsidRDefault="00AA3789">
      <w:r>
        <w:t>After we finished eating, Vidar leaned back in his chair, his expression growing more serious. The air seemed to grow colder, and the shadows in the room deepened as he spoke.</w:t>
      </w:r>
    </w:p>
    <w:p w14:paraId="3992CBD9" w14:textId="7A1D9B15" w:rsidR="00121116" w:rsidRDefault="001513BE">
      <w:r>
        <w:t xml:space="preserve">“What exactly happened in the cave?” </w:t>
      </w:r>
      <w:r w:rsidR="00AA3789">
        <w:t>Vidar’s tone suddenly dropped.</w:t>
      </w:r>
    </w:p>
    <w:p w14:paraId="5F4ADEFA" w14:textId="77777777" w:rsidR="001513BE" w:rsidRPr="001513BE" w:rsidRDefault="001513BE" w:rsidP="001513BE">
      <w:r w:rsidRPr="001513BE">
        <w:t>His voice had changed—lower, colder.</w:t>
      </w:r>
    </w:p>
    <w:p w14:paraId="5658F396" w14:textId="77777777" w:rsidR="001513BE" w:rsidRPr="001513BE" w:rsidRDefault="001513BE" w:rsidP="001513BE">
      <w:r w:rsidRPr="001513BE">
        <w:t>I stiffened.</w:t>
      </w:r>
    </w:p>
    <w:p w14:paraId="2D85A85F" w14:textId="77777777" w:rsidR="001513BE" w:rsidRPr="001513BE" w:rsidRDefault="001513BE" w:rsidP="001513BE">
      <w:r w:rsidRPr="001513BE">
        <w:t>“I don’t know,” I said. “It all happened fast.”</w:t>
      </w:r>
    </w:p>
    <w:p w14:paraId="7B99070B" w14:textId="77777777" w:rsidR="001513BE" w:rsidRPr="001513BE" w:rsidRDefault="001513BE" w:rsidP="001513BE">
      <w:r w:rsidRPr="001513BE">
        <w:t>“Sky.”</w:t>
      </w:r>
    </w:p>
    <w:p w14:paraId="38B03C97" w14:textId="77777777" w:rsidR="001513BE" w:rsidRPr="001513BE" w:rsidRDefault="001513BE" w:rsidP="001513BE">
      <w:r w:rsidRPr="001513BE">
        <w:t>“I’m telling the truth.”</w:t>
      </w:r>
    </w:p>
    <w:p w14:paraId="5C112F9D" w14:textId="77777777" w:rsidR="001513BE" w:rsidRPr="001513BE" w:rsidRDefault="001513BE" w:rsidP="001513BE">
      <w:r w:rsidRPr="001513BE">
        <w:t>He studied me. Not accusing—just waiting.</w:t>
      </w:r>
    </w:p>
    <w:p w14:paraId="1A5C942C" w14:textId="18D5600F" w:rsidR="001513BE" w:rsidRPr="001513BE" w:rsidRDefault="001513BE" w:rsidP="001513BE">
      <w:r w:rsidRPr="001513BE">
        <w:t>“Did you see anything?</w:t>
      </w:r>
      <w:r>
        <w:t>”</w:t>
      </w:r>
    </w:p>
    <w:p w14:paraId="6CAD124E" w14:textId="09229E94" w:rsidR="001513BE" w:rsidRPr="001513BE" w:rsidRDefault="001513BE" w:rsidP="001513BE">
      <w:r w:rsidRPr="001513BE">
        <w:t>I looked at my hands.</w:t>
      </w:r>
      <w:r w:rsidRPr="001513BE">
        <w:br/>
        <w:t>I hesitated. The truth sat like a stone in my throat.</w:t>
      </w:r>
      <w:r w:rsidRPr="001513BE">
        <w:br/>
        <w:t>I tried to swallow it. I couldn’t.</w:t>
      </w:r>
    </w:p>
    <w:p w14:paraId="1F9DA49B" w14:textId="0E5B2981" w:rsidR="00121116" w:rsidRDefault="001513BE">
      <w:r w:rsidRPr="001513BE">
        <w:t>“Something… hit me,” I said. “A light. Or energy. I don’t know what it was</w:t>
      </w:r>
      <w:r w:rsidR="00AA3789">
        <w:t>.</w:t>
      </w:r>
      <w:r>
        <w:t xml:space="preserve"> </w:t>
      </w:r>
      <w:r w:rsidR="00AA3789">
        <w:t xml:space="preserve">I-I saw a </w:t>
      </w:r>
      <w:r>
        <w:t>it</w:t>
      </w:r>
      <w:r w:rsidR="00AA3789">
        <w:t>” I stammered, the words tumbling out as I tried to make sense of it. “At first, I thought it was the way out, some kind of exit. But it wasn’t. It drew me in. Or maybe…” I hesitated, shame tightening my throat. “Maybe I wanted to believe it was something good. Something that could save me.”</w:t>
      </w:r>
    </w:p>
    <w:p w14:paraId="3985C9CD" w14:textId="77777777" w:rsidR="001513BE" w:rsidRPr="001513BE" w:rsidRDefault="001513BE" w:rsidP="001513BE">
      <w:r w:rsidRPr="001513BE">
        <w:t>His posture shifted. I saw it—barely—but it was there. Something sharp behind his calm.</w:t>
      </w:r>
    </w:p>
    <w:p w14:paraId="5C9BA0D3" w14:textId="77777777" w:rsidR="001513BE" w:rsidRPr="001513BE" w:rsidRDefault="001513BE" w:rsidP="001513BE">
      <w:r w:rsidRPr="001513BE">
        <w:t>“Go on,” he said.</w:t>
      </w:r>
    </w:p>
    <w:p w14:paraId="5975B94F" w14:textId="77777777" w:rsidR="001513BE" w:rsidRPr="001513BE" w:rsidRDefault="001513BE" w:rsidP="001513BE">
      <w:r w:rsidRPr="001513BE">
        <w:lastRenderedPageBreak/>
        <w:t>“It went through me.” My voice cracked. “Not around. Through. Like it… took something. Or left something. I couldn’t tell.”</w:t>
      </w:r>
    </w:p>
    <w:p w14:paraId="1452F2CE" w14:textId="77777777" w:rsidR="001513BE" w:rsidRPr="001513BE" w:rsidRDefault="001513BE" w:rsidP="001513BE">
      <w:r w:rsidRPr="001513BE">
        <w:t>The air in the room thickened.</w:t>
      </w:r>
      <w:r w:rsidRPr="001513BE">
        <w:br/>
        <w:t>Vidar stepped closer, his shadow spilling across the rug like smoke.</w:t>
      </w:r>
    </w:p>
    <w:p w14:paraId="4D3979EA" w14:textId="77777777" w:rsidR="001513BE" w:rsidRPr="001513BE" w:rsidRDefault="001513BE" w:rsidP="001513BE">
      <w:r w:rsidRPr="001513BE">
        <w:t>“It didn’t take,” he said. “It gave.”</w:t>
      </w:r>
    </w:p>
    <w:p w14:paraId="3106DEE0" w14:textId="77777777" w:rsidR="001513BE" w:rsidRPr="001513BE" w:rsidRDefault="001513BE" w:rsidP="001513BE">
      <w:r w:rsidRPr="001513BE">
        <w:t>I stared at him. My hands clenched in my lap.</w:t>
      </w:r>
    </w:p>
    <w:p w14:paraId="6FA0FB2F" w14:textId="77777777" w:rsidR="001513BE" w:rsidRPr="001513BE" w:rsidRDefault="001513BE" w:rsidP="001513BE">
      <w:r w:rsidRPr="001513BE">
        <w:t>“What was it?”</w:t>
      </w:r>
    </w:p>
    <w:p w14:paraId="0DD122AD" w14:textId="77777777" w:rsidR="001513BE" w:rsidRPr="001513BE" w:rsidRDefault="001513BE" w:rsidP="001513BE">
      <w:r w:rsidRPr="001513BE">
        <w:t>“Old magic,” he said softly. “Magic that doesn’t belong to your kind. That most would burn under.”</w:t>
      </w:r>
    </w:p>
    <w:p w14:paraId="2B2C1034" w14:textId="77777777" w:rsidR="001513BE" w:rsidRPr="001513BE" w:rsidRDefault="001513BE" w:rsidP="001513BE">
      <w:r w:rsidRPr="001513BE">
        <w:t>“Then why didn’t I?”</w:t>
      </w:r>
    </w:p>
    <w:p w14:paraId="54766E0F" w14:textId="77777777" w:rsidR="001513BE" w:rsidRPr="001513BE" w:rsidRDefault="001513BE" w:rsidP="001513BE">
      <w:r w:rsidRPr="001513BE">
        <w:t>His silence made the fire feel colder.</w:t>
      </w:r>
    </w:p>
    <w:p w14:paraId="5E69271D" w14:textId="77777777" w:rsidR="001513BE" w:rsidRPr="001513BE" w:rsidRDefault="001513BE" w:rsidP="001513BE">
      <w:r w:rsidRPr="001513BE">
        <w:t>“Why me?” I asked.</w:t>
      </w:r>
    </w:p>
    <w:p w14:paraId="030E726F" w14:textId="77777777" w:rsidR="001513BE" w:rsidRPr="001513BE" w:rsidRDefault="001513BE" w:rsidP="001513BE">
      <w:r w:rsidRPr="001513BE">
        <w:t>He crouched before me, his gaze level. “Because something inside you called to it. Because you're not just human, Sky. You never were.”</w:t>
      </w:r>
    </w:p>
    <w:p w14:paraId="5C48B934" w14:textId="77777777" w:rsidR="001513BE" w:rsidRPr="001513BE" w:rsidRDefault="001513BE" w:rsidP="001513BE">
      <w:r w:rsidRPr="001513BE">
        <w:t>My breath hitched.</w:t>
      </w:r>
      <w:r w:rsidRPr="001513BE">
        <w:br/>
        <w:t>I wanted to laugh. Scream. Leave.</w:t>
      </w:r>
      <w:r w:rsidRPr="001513BE">
        <w:br/>
        <w:t>Instead, I sat frozen, wrapped in someone else’s clothes, in someone else’s world.</w:t>
      </w:r>
    </w:p>
    <w:p w14:paraId="6CF5F886" w14:textId="77777777" w:rsidR="001513BE" w:rsidRPr="001513BE" w:rsidRDefault="001513BE" w:rsidP="001513BE">
      <w:r w:rsidRPr="001513BE">
        <w:t>“You think I want this?” I whispered.</w:t>
      </w:r>
    </w:p>
    <w:p w14:paraId="334C2E75" w14:textId="77777777" w:rsidR="001513BE" w:rsidRPr="001513BE" w:rsidRDefault="001513BE" w:rsidP="001513BE">
      <w:r w:rsidRPr="001513BE">
        <w:t>“I think it wants you.”</w:t>
      </w:r>
    </w:p>
    <w:p w14:paraId="0C9F0910" w14:textId="77777777" w:rsidR="001513BE" w:rsidRPr="001513BE" w:rsidRDefault="001513BE" w:rsidP="001513BE">
      <w:r w:rsidRPr="001513BE">
        <w:t>“I just want to go home.”</w:t>
      </w:r>
    </w:p>
    <w:p w14:paraId="4C2B5406" w14:textId="77777777" w:rsidR="001513BE" w:rsidRPr="001513BE" w:rsidRDefault="001513BE" w:rsidP="001513BE">
      <w:r w:rsidRPr="001513BE">
        <w:t>His expression didn’t change. But the room felt smaller.</w:t>
      </w:r>
    </w:p>
    <w:p w14:paraId="35434046" w14:textId="56A40675" w:rsidR="001513BE" w:rsidRPr="001513BE" w:rsidRDefault="001513BE" w:rsidP="001513BE">
      <w:commentRangeStart w:id="2"/>
      <w:r w:rsidRPr="001513BE">
        <w:t>“Then use it,” he said. “Find a way. But don’t pretend you can go back to who you were. That girl is gone.”</w:t>
      </w:r>
      <w:r>
        <w:t xml:space="preserve"> </w:t>
      </w:r>
    </w:p>
    <w:p w14:paraId="41961B82" w14:textId="746FF37E" w:rsidR="00121116" w:rsidRDefault="001513BE">
      <w:r>
        <w:t>“T</w:t>
      </w:r>
      <w:r w:rsidR="00AA3789">
        <w:t xml:space="preserve">his power may be the only way back to your realm. Crossing the barrier isn’t easy. Its </w:t>
      </w:r>
      <w:r>
        <w:t xml:space="preserve">powerful </w:t>
      </w:r>
      <w:r w:rsidR="00AA3789">
        <w:t>magic divides our worlds with purpose, and it doesn’t yield lightly. But you—you might be the exception</w:t>
      </w:r>
      <w:r>
        <w:t>.</w:t>
      </w:r>
      <w:commentRangeEnd w:id="2"/>
      <w:r>
        <w:rPr>
          <w:rStyle w:val="CommentReference"/>
        </w:rPr>
        <w:commentReference w:id="2"/>
      </w:r>
      <w:r>
        <w:t>”</w:t>
      </w:r>
    </w:p>
    <w:p w14:paraId="00A7895A" w14:textId="77777777" w:rsidR="001513BE" w:rsidRPr="001513BE" w:rsidRDefault="001513BE" w:rsidP="001513BE">
      <w:r w:rsidRPr="001513BE">
        <w:t>I looked away.</w:t>
      </w:r>
      <w:r w:rsidRPr="001513BE">
        <w:br/>
        <w:t>“I didn’t ask for this.”</w:t>
      </w:r>
    </w:p>
    <w:p w14:paraId="357AB75F" w14:textId="7BEDE7BF" w:rsidR="001513BE" w:rsidRDefault="001513BE">
      <w:r w:rsidRPr="001513BE">
        <w:t>“No one ever does.”</w:t>
      </w:r>
    </w:p>
    <w:p w14:paraId="36AA2A5C" w14:textId="1CEA7FC1" w:rsidR="00121116" w:rsidRDefault="001513BE">
      <w:r>
        <w:lastRenderedPageBreak/>
        <w:t xml:space="preserve">He was right. </w:t>
      </w:r>
      <w:r w:rsidR="00AA3789">
        <w:t xml:space="preserve">If this magic truly ran through me, then maybe—just maybe—it was my way back. The king could have it after that. I didn’t want it. I didn’t need it. It felt foreign, invasive, like it wasn’t meant for me. But if it could bring me home, I </w:t>
      </w:r>
      <w:r>
        <w:t>would</w:t>
      </w:r>
      <w:r w:rsidR="00AA3789">
        <w:t xml:space="preserve"> wield it.</w:t>
      </w:r>
      <w:r>
        <w:t xml:space="preserve"> </w:t>
      </w:r>
    </w:p>
    <w:p w14:paraId="3927E6FC" w14:textId="77777777" w:rsidR="00121116" w:rsidRDefault="00AA3789">
      <w:r>
        <w:t>“So, where do I start? I don’t feel it anymore. What if it just passed through me because I was never meant to have it?” My voice wavered despite my effort to sound sure.</w:t>
      </w:r>
    </w:p>
    <w:p w14:paraId="4AD52A09" w14:textId="77777777" w:rsidR="00121116" w:rsidRDefault="00AA3789">
      <w:r>
        <w:t>“You doubt yourself too much,” Vidar said softly, his voice steady like a quiet tide. “I can feel the rush inside you. You just haven’t allowed yourself to feel it again. Let your mind roam free.” His tone dropped to a whisper, as though his words were meant for the air itself. “Find that rush, Sky.”</w:t>
      </w:r>
    </w:p>
    <w:p w14:paraId="6EBA88F6" w14:textId="77777777" w:rsidR="00121116" w:rsidRDefault="00AA3789">
      <w:r>
        <w:t>The silence between us thickened, heavy with unspoken expectations. I closed my eyes, reaching for the depths of my being. Memories of the cave surged back—fear, desperation, and then, the light. I had felt it then, a pulse of energy that surged through me, igniting something deep within.</w:t>
      </w:r>
    </w:p>
    <w:p w14:paraId="05254294" w14:textId="77777777" w:rsidR="00121116" w:rsidRDefault="00AA3789">
      <w:r>
        <w:t>I latched onto that memory, focusing on the faint echo of power. At first, it was elusive, like trying to grasp smoke, but then I caught it—a flicker, a spark of warmth nestled in the pit of my stomach. Faint but undeniable. I let my thoughts drift, pushing away the doubts and fears clouding my mind.</w:t>
      </w:r>
    </w:p>
    <w:p w14:paraId="0177C8F7" w14:textId="77777777" w:rsidR="00121116" w:rsidRDefault="00AA3789">
      <w:r>
        <w:t>“There,” Vidar murmured, his voice barely audible. “Do you feel it?”</w:t>
      </w:r>
    </w:p>
    <w:p w14:paraId="6B654AC0" w14:textId="77777777" w:rsidR="00121116" w:rsidRDefault="00AA3789">
      <w:r>
        <w:t>I nodded, keeping my eyes shut, the warmth blossoming into something more—a fragile flame with the potential to grow into an inferno. The darkness within me—the anger, the pain—it all seemed to feed the fire, not smother it.</w:t>
      </w:r>
    </w:p>
    <w:p w14:paraId="27F1893C" w14:textId="77777777" w:rsidR="00121116" w:rsidRDefault="00AA3789">
      <w:r>
        <w:t>Vidar’s hand settled on my shoulder, grounding me, his touch a steady anchor against the rising tide within. “That’s it. Embrace it. Don’t fight it.”</w:t>
      </w:r>
    </w:p>
    <w:p w14:paraId="782A8DF2" w14:textId="77777777" w:rsidR="00121116" w:rsidRDefault="00AA3789">
      <w:r>
        <w:t>The flame flared, a rush of heat flooding my veins, and my eyes snapped open. For a moment, everything sharpened—the shadows in the room pulsed in time with my heartbeat, and the air itself felt alive.</w:t>
      </w:r>
    </w:p>
    <w:p w14:paraId="729C7B0C" w14:textId="77777777" w:rsidR="001513BE" w:rsidRPr="001513BE" w:rsidRDefault="001513BE" w:rsidP="001513BE">
      <w:r w:rsidRPr="001513BE">
        <w:t>My eyes snapped open.</w:t>
      </w:r>
    </w:p>
    <w:p w14:paraId="78297770" w14:textId="77777777" w:rsidR="001513BE" w:rsidRPr="001513BE" w:rsidRDefault="001513BE" w:rsidP="001513BE">
      <w:r w:rsidRPr="001513BE">
        <w:t>Vidar stood very still, watching.</w:t>
      </w:r>
      <w:r w:rsidRPr="001513BE">
        <w:br/>
        <w:t>“You felt it.”</w:t>
      </w:r>
    </w:p>
    <w:p w14:paraId="69D7FC18" w14:textId="77777777" w:rsidR="001513BE" w:rsidRPr="001513BE" w:rsidRDefault="001513BE" w:rsidP="001513BE">
      <w:r w:rsidRPr="001513BE">
        <w:t>“It’s…” I swallowed. “Louder than I expected.”</w:t>
      </w:r>
    </w:p>
    <w:p w14:paraId="1DEF2107" w14:textId="77777777" w:rsidR="001513BE" w:rsidRPr="001513BE" w:rsidRDefault="001513BE" w:rsidP="001513BE">
      <w:r w:rsidRPr="001513BE">
        <w:t>“And it will grow louder. Sharper. Hungrier.”</w:t>
      </w:r>
    </w:p>
    <w:p w14:paraId="79D2CA21" w14:textId="77777777" w:rsidR="001513BE" w:rsidRPr="001513BE" w:rsidRDefault="001513BE" w:rsidP="001513BE">
      <w:r w:rsidRPr="001513BE">
        <w:t>I looked down at my hands. They were steady. But my blood felt like it was burning—slow and deep.</w:t>
      </w:r>
    </w:p>
    <w:p w14:paraId="26A143DC" w14:textId="77777777" w:rsidR="001513BE" w:rsidRPr="001513BE" w:rsidRDefault="001513BE" w:rsidP="001513BE">
      <w:r w:rsidRPr="001513BE">
        <w:t>“How long will this last?”</w:t>
      </w:r>
    </w:p>
    <w:p w14:paraId="13B509BE" w14:textId="77777777" w:rsidR="001513BE" w:rsidRPr="001513BE" w:rsidRDefault="001513BE" w:rsidP="001513BE">
      <w:r w:rsidRPr="001513BE">
        <w:lastRenderedPageBreak/>
        <w:t>“Until you control it,” he said. “And that depends on you.”</w:t>
      </w:r>
    </w:p>
    <w:p w14:paraId="2343880E" w14:textId="77777777" w:rsidR="001513BE" w:rsidRPr="001513BE" w:rsidRDefault="001513BE" w:rsidP="001513BE">
      <w:r w:rsidRPr="001513BE">
        <w:t>“And what if I don’t want it?”</w:t>
      </w:r>
    </w:p>
    <w:p w14:paraId="70C7463E" w14:textId="77777777" w:rsidR="001513BE" w:rsidRPr="001513BE" w:rsidRDefault="001513BE" w:rsidP="001513BE">
      <w:r w:rsidRPr="001513BE">
        <w:t>He tilted his head. “Too late.”</w:t>
      </w:r>
    </w:p>
    <w:p w14:paraId="27DEAB77" w14:textId="77777777" w:rsidR="001513BE" w:rsidRPr="001513BE" w:rsidRDefault="001513BE" w:rsidP="001513BE">
      <w:r w:rsidRPr="001513BE">
        <w:t>Silence settled. Then:</w:t>
      </w:r>
      <w:r w:rsidRPr="001513BE">
        <w:br/>
        <w:t>“We’ll train. And we’ll search for a way to get you home. But you’re not going back the same.”</w:t>
      </w:r>
    </w:p>
    <w:p w14:paraId="2464C049" w14:textId="77777777" w:rsidR="001513BE" w:rsidRPr="001513BE" w:rsidRDefault="001513BE" w:rsidP="001513BE">
      <w:r w:rsidRPr="001513BE">
        <w:t>I nodded slowly. “Why are you helping me?”</w:t>
      </w:r>
    </w:p>
    <w:p w14:paraId="48317202" w14:textId="77777777" w:rsidR="001513BE" w:rsidRPr="001513BE" w:rsidRDefault="001513BE" w:rsidP="001513BE">
      <w:r w:rsidRPr="001513BE">
        <w:t>“Curiosity,” he said simply. “And because if I don’t, this power might kill you. Or worse—kill someone else.”</w:t>
      </w:r>
    </w:p>
    <w:p w14:paraId="2BEF8720" w14:textId="77777777" w:rsidR="001513BE" w:rsidRPr="001513BE" w:rsidRDefault="001513BE" w:rsidP="001513BE">
      <w:r w:rsidRPr="001513BE">
        <w:t>I didn’t thank him. I just stood, the decision heavy in my chest.</w:t>
      </w:r>
    </w:p>
    <w:p w14:paraId="1F1FACA5" w14:textId="77777777" w:rsidR="001513BE" w:rsidRPr="001513BE" w:rsidRDefault="001513BE" w:rsidP="001513BE">
      <w:r w:rsidRPr="001513BE">
        <w:t>“Let’s go then.”</w:t>
      </w:r>
    </w:p>
    <w:p w14:paraId="1D2EFD80" w14:textId="77777777" w:rsidR="001513BE" w:rsidRPr="001513BE" w:rsidRDefault="001513BE" w:rsidP="001513BE">
      <w:r w:rsidRPr="001513BE">
        <w:t>He led the way. The corridors were shadowed in navy and dark wood. Our footsteps echoed like ghosts.</w:t>
      </w:r>
    </w:p>
    <w:p w14:paraId="2EBFDCE3" w14:textId="77777777" w:rsidR="001513BE" w:rsidRPr="001513BE" w:rsidRDefault="001513BE" w:rsidP="001513BE">
      <w:r w:rsidRPr="001513BE">
        <w:t>Outside, the cold slapped my skin awake. The pine trees waited beyond the hill, dark against snow.</w:t>
      </w:r>
    </w:p>
    <w:p w14:paraId="1189AB96" w14:textId="77777777" w:rsidR="001513BE" w:rsidRPr="001513BE" w:rsidRDefault="001513BE" w:rsidP="001513BE">
      <w:r w:rsidRPr="001513BE">
        <w:t>I followed. My boots sank. His didn’t.</w:t>
      </w:r>
    </w:p>
    <w:p w14:paraId="4584DA5D" w14:textId="77777777" w:rsidR="00121116" w:rsidRDefault="00AA3789">
      <w:r>
        <w:t>As we reached the top of the small hill, now surrounded by scattered trees, I paused to catch my breath. These trees were different—smaller, but wider, flourishing with tiny blue flowers amidst dark green leaves. They looked majestic, yet something about them felt ominous, as if touching them would burn my skin.</w:t>
      </w:r>
    </w:p>
    <w:p w14:paraId="14BA0900" w14:textId="77777777" w:rsidR="00121116" w:rsidRDefault="00AA3789">
      <w:r>
        <w:t>The branches creaked in harmony, the wind whistling through the trees’ massive trunks. Each one was so large it made me feel minuscule. They appeared ancient, unstoppable, as if they had witnessed countless secrets over the ages. The air tasted sour yet sweet like honey, the scent of wildflowers and wood tickling my nostrils. I lifted my face to the white sky, where light danced on my skin. The sun pierced through the delicate clouds, and behind the infinite woods, I could see mountains stabbing through the sky’s layers. Ice-crusted stones descended the mountains, their snow-covered peaks so white they were almost blinding.</w:t>
      </w:r>
    </w:p>
    <w:p w14:paraId="3FF813AD" w14:textId="77777777" w:rsidR="00121116" w:rsidRDefault="00AA3789">
      <w:r>
        <w:t>Every color around me was vibrant, alive—so different from the pale, muted tones of my homeland. Large eagle-like birds flew above us with black beaks, making an insufferable screeching noise. Their black eyes seemed to bore into me, as if they wanted to devour me, yet they didn’t dare get too close.</w:t>
      </w:r>
    </w:p>
    <w:p w14:paraId="2B17A30C" w14:textId="77777777" w:rsidR="00121116" w:rsidRDefault="00AA3789">
      <w:r>
        <w:t>The air felt clean, fresh, running through my lungs. A land so beautiful, yet so mysterious. Full of secrets.</w:t>
      </w:r>
    </w:p>
    <w:p w14:paraId="44D6DCF9" w14:textId="37D35C73" w:rsidR="00121116" w:rsidRDefault="00AA3789">
      <w:r>
        <w:lastRenderedPageBreak/>
        <w:t>I wasn’t on human land. Nowhere near it. I could feel it in my bones—the magic that imprinted these lands. I was far from the dark forest, far from my village</w:t>
      </w:r>
      <w:r w:rsidR="001513BE">
        <w:t xml:space="preserve">. </w:t>
      </w:r>
      <w:r>
        <w:t xml:space="preserve">My lungs burnt, as I fought to catch my breath quietly, before he would turn around. </w:t>
      </w:r>
    </w:p>
    <w:p w14:paraId="7B45DA31" w14:textId="77777777" w:rsidR="001513BE" w:rsidRDefault="00AA3789">
      <w:commentRangeStart w:id="3"/>
      <w:r>
        <w:t>“Here,” he said, gesturing to the open space, as I stood behind him, under his shadow. “We’ll start here.</w:t>
      </w:r>
      <w:r w:rsidR="001513BE">
        <w:t>”</w:t>
      </w:r>
    </w:p>
    <w:p w14:paraId="01E81F97" w14:textId="1E180B95" w:rsidR="00121116" w:rsidRDefault="001513BE">
      <w:r>
        <w:t>“</w:t>
      </w:r>
      <w:r w:rsidR="00AA3789">
        <w:t>The magic within you is like a sleeping beast. You must awaken it, coax it out, and learn to command it.”</w:t>
      </w:r>
      <w:commentRangeEnd w:id="3"/>
      <w:r>
        <w:rPr>
          <w:rStyle w:val="CommentReference"/>
        </w:rPr>
        <w:commentReference w:id="3"/>
      </w:r>
    </w:p>
    <w:p w14:paraId="4110A33F" w14:textId="6CCF825E" w:rsidR="00121116" w:rsidRDefault="00AA3789">
      <w:r>
        <w:t xml:space="preserve"> “How do I do that?”</w:t>
      </w:r>
    </w:p>
    <w:p w14:paraId="365374FE" w14:textId="77777777" w:rsidR="00121116" w:rsidRDefault="00AA3789">
      <w:r>
        <w:t>Vidar turned to face me and stepped closer, his presence both intimidating and comforting. “Close your eyes and focus. Remember the feeling of the light passing through you, the rush of energy. It’s still within you, waiting to be called upon.” Slowly, I began to sense a flicker of warmth, a tiny ember buried beneath the layers of my fear and doubt.</w:t>
      </w:r>
    </w:p>
    <w:p w14:paraId="3ABBFB3B" w14:textId="77777777" w:rsidR="00121116" w:rsidRDefault="00AA3789">
      <w:r>
        <w:t>Vidar’s voice was a low whisper, guiding me. “Feel it, Sky. Let it grow.”</w:t>
      </w:r>
    </w:p>
    <w:p w14:paraId="58A1E0CC" w14:textId="77777777" w:rsidR="00121116" w:rsidRDefault="00AA3789">
      <w:r>
        <w:t>The ember inside me pulsed, sending a wave of heat through my veins. It was faint, but it was there. I focused on the warmth, allowing it to spread, to fill me. The darkness within me, the anger, the pain—all of it seemed to feed the flame.</w:t>
      </w:r>
    </w:p>
    <w:p w14:paraId="5539CE32" w14:textId="77777777" w:rsidR="00121116" w:rsidRDefault="00AA3789">
      <w:r>
        <w:t>Suddenly, a surge of energy burst forth, startling me. My eyes snapped open, and I saw a faint glow emanating from my hands. The shadows around us danced wildly, reacting to the energy I had unleashed.</w:t>
      </w:r>
    </w:p>
    <w:p w14:paraId="25A83712" w14:textId="19A6583D" w:rsidR="00121116" w:rsidRDefault="00AA3789">
      <w:r>
        <w:t>Vidar watched me intently, a satisfied smile on his lips. “Good.”</w:t>
      </w:r>
    </w:p>
    <w:p w14:paraId="41557E63" w14:textId="77777777" w:rsidR="00121116" w:rsidRDefault="00AA3789">
      <w:r>
        <w:t>I stared at my hands, the glow fading but the sensation lingering. “What now?”</w:t>
      </w:r>
    </w:p>
    <w:p w14:paraId="07DE756F" w14:textId="58DE4425" w:rsidR="00121116" w:rsidRDefault="00AA3789">
      <w:r>
        <w:t xml:space="preserve">“Now, we refine it. Control it. Harness it,” Vidar said, his voice firm. “This is just the beginning, Sky. </w:t>
      </w:r>
      <w:r w:rsidR="001513BE">
        <w:t>There will be much more to unfold</w:t>
      </w:r>
      <w:r>
        <w:t>.”</w:t>
      </w:r>
      <w:r w:rsidR="001513BE">
        <w:t xml:space="preserve"> The wind picked up again. The forest leaned in to listen.</w:t>
      </w:r>
    </w:p>
    <w:p w14:paraId="1C4185B3" w14:textId="45C6A3EA" w:rsidR="001513BE" w:rsidRDefault="001513BE">
      <w:r w:rsidRPr="001513BE">
        <w:t>“But first, you have to stop pretending it doesn’t belong to you.”</w:t>
      </w:r>
    </w:p>
    <w:p w14:paraId="5B2A9C3E" w14:textId="77777777" w:rsidR="001513BE" w:rsidRDefault="001513BE">
      <w:r w:rsidRPr="001513BE">
        <w:t>I didn’t answer.</w:t>
      </w:r>
      <w:r w:rsidRPr="001513BE">
        <w:br/>
        <w:t>But something inside me had already begun to listen</w:t>
      </w:r>
      <w:r>
        <w:t>.</w:t>
      </w:r>
    </w:p>
    <w:p w14:paraId="03CA102B" w14:textId="705DD7BF" w:rsidR="00121116" w:rsidRDefault="00AA3789">
      <w:r>
        <w:t>His words resonated within me, echoing the silent vow I had made to myself. I would not be a pawn in anyone's game. I would master this power and use it on my own terms.</w:t>
      </w:r>
    </w:p>
    <w:p w14:paraId="79DAE79B" w14:textId="772D021F" w:rsidR="00121116" w:rsidRDefault="00AA3789">
      <w:r>
        <w:t xml:space="preserve">"We'll start with </w:t>
      </w:r>
      <w:r w:rsidR="001513BE">
        <w:t>channeling</w:t>
      </w:r>
      <w:r w:rsidR="00B13A0A">
        <w:t xml:space="preserve"> its </w:t>
      </w:r>
      <w:r w:rsidR="001513BE">
        <w:t>presence</w:t>
      </w:r>
      <w:r>
        <w:t xml:space="preserve">," Vidar said, moving to a clear spot in </w:t>
      </w:r>
      <w:commentRangeStart w:id="4"/>
      <w:r>
        <w:t>the courtyard</w:t>
      </w:r>
      <w:commentRangeEnd w:id="4"/>
      <w:r w:rsidR="001513BE">
        <w:rPr>
          <w:rStyle w:val="CommentReference"/>
        </w:rPr>
        <w:commentReference w:id="4"/>
      </w:r>
      <w:r>
        <w:t>. "You need to learn how to summon and control your power at will. Close your eyes again, and this time, try to bring the warmth back without my guidance."</w:t>
      </w:r>
    </w:p>
    <w:p w14:paraId="5DF42908" w14:textId="77777777" w:rsidR="00121116" w:rsidRDefault="00AA3789">
      <w:r>
        <w:lastRenderedPageBreak/>
        <w:t>I did as he instructed, closing my eyes and delving into the darkness behind my eyelids. I focused on my anger, only uncovering one layer. The memory of its scar and the rage that was still fresh.  I took a deep breath, pushing aside the doubts and fears that threatened to overwhelm me, and I let pure anger build within my soul.</w:t>
      </w:r>
    </w:p>
    <w:p w14:paraId="7AD6FE54" w14:textId="77777777" w:rsidR="00121116" w:rsidRDefault="00AA3789">
      <w:r>
        <w:t>For a moment, there was nothing. Just the cold biting at my skin and the sound of the wind rustling through the pine trees. Then, slowly, I felt it again. The faint ember of warmth, buried deep within me. I focused on it, willing it to grow, to spread.</w:t>
      </w:r>
    </w:p>
    <w:p w14:paraId="24E7E855" w14:textId="77777777" w:rsidR="00121116" w:rsidRDefault="00AA3789">
      <w:r>
        <w:t>The warmth began to pulse, stronger this time. It spread through my veins, a wave of heat that chased away the cold. I opened my eyes, and once again, a faint glow emanated from my hands. The shadows around us reacted, swirling in a chaotic dance.</w:t>
      </w:r>
    </w:p>
    <w:p w14:paraId="6FC8DC9E" w14:textId="77777777" w:rsidR="00121116" w:rsidRDefault="00AA3789">
      <w:r>
        <w:t>Vidar nodded approvingly. "Good. Now, hold that feeling. Don't let it fade."</w:t>
      </w:r>
    </w:p>
    <w:p w14:paraId="07C48E24" w14:textId="77777777" w:rsidR="00121116" w:rsidRDefault="00AA3789">
      <w:r>
        <w:t>I concentrated, trying to maintain the warmth and the glow. It was harder than before, the energy fluctuating as my focus wavered. But I held on, determined not to let it slip away.</w:t>
      </w:r>
    </w:p>
    <w:p w14:paraId="1A8DAE8E" w14:textId="77777777" w:rsidR="00121116" w:rsidRDefault="00AA3789">
      <w:r>
        <w:t>"Now, release it," Vidar instructed.</w:t>
      </w:r>
    </w:p>
    <w:p w14:paraId="486E4F42" w14:textId="77777777" w:rsidR="00121116" w:rsidRDefault="00AA3789">
      <w:r>
        <w:t>I hesitated for a moment, then let go of the warmth. The glow faded, and the shadows around us settled. I felt a strange sense of loss, as if a part of me had dimmed.</w:t>
      </w:r>
    </w:p>
    <w:p w14:paraId="4AE3705E" w14:textId="77777777" w:rsidR="00121116" w:rsidRDefault="00AA3789">
      <w:r>
        <w:t>"Again," Vidar said. "This time, faster."</w:t>
      </w:r>
    </w:p>
    <w:p w14:paraId="125A9460" w14:textId="77777777" w:rsidR="00121116" w:rsidRDefault="00AA3789">
      <w:r>
        <w:t>We repeated the exercise, again and again. Each time, it became a little easier to summon the warmth, to control the glow. The darkness within me, the anger and the pain, seemed to feed the flame, giving me strength.</w:t>
      </w:r>
    </w:p>
    <w:p w14:paraId="37FAF2A1" w14:textId="77777777" w:rsidR="00121116" w:rsidRDefault="00AA3789">
      <w:commentRangeStart w:id="5"/>
      <w:r>
        <w:t>Hours passed, the sun sinking lower in the sky, casting long shadows across the courtyard. My body ached with exhaustion, but I felt a growing sense of accomplishment. I was learning, slowly but surely, to control the power within me. As I thought to channel more power one last time, the green of the trees mixed as they blurred away. I collapsed onto the cold ground.</w:t>
      </w:r>
      <w:commentRangeEnd w:id="5"/>
      <w:r w:rsidR="00C5219F">
        <w:rPr>
          <w:rStyle w:val="CommentReference"/>
        </w:rPr>
        <w:commentReference w:id="5"/>
      </w:r>
    </w:p>
    <w:p w14:paraId="313AD678" w14:textId="77777777" w:rsidR="00121116" w:rsidRDefault="00AA3789">
      <w:r>
        <w:t>Vidar finally called a halt, his expression one of satisfaction. "You've done well, Sky. This is just the beginning.” He extended out his hand, pulling me up on my feet. I nodded, too tired to speak. I felt a glimmer of hope. I wasn't just a pawn in someone else's game. I had a weapon, and with Vidar's help, I would learn to wield it.</w:t>
      </w:r>
    </w:p>
    <w:p w14:paraId="3942741D" w14:textId="77777777" w:rsidR="00121116" w:rsidRDefault="00AA3789">
      <w:r>
        <w:t>As we headed back inside, the cold night air biting at my skin, I knew that this was just the start of my journey. The darkness within me was no longer a curse. It was a source of strength, one that I would learn to control. No matter what it took, I would master this power and find my way back home. And when I did, I would be ready to face whatever lay ahead.</w:t>
      </w:r>
    </w:p>
    <w:p w14:paraId="456D510E" w14:textId="77777777" w:rsidR="00121116" w:rsidRDefault="00AA3789">
      <w:r>
        <w:lastRenderedPageBreak/>
        <w:t>I lay in the unfamiliar bed, the luxury of it pressing down on me like a weight. Guilt gnawed at the edges of my mind, a bitter reminder that while I was cocooned in warmth, my siblings were huddled together, using their bodies’ heat to survive the night. My eyes grew heavy, and I allowed them to close. But the darkness behind my lids was too much, too deep. I snapped them open, gasping for breath, as if the shadows had been moments away from swallowing me whole.</w:t>
      </w:r>
    </w:p>
    <w:p w14:paraId="0DCB5BBB" w14:textId="77777777" w:rsidR="00121116" w:rsidRDefault="00AA3789">
      <w:r>
        <w:t>The room’s obscurity blurred the lines between reality and memory, pulling me back to the blackness of the tunnels, to the suffocating confines of my past life. Painful memories clawed their way to the surface, relentless and unforgiving. My mind spiraled, trapped in a vortex of fear and nightmares. My skin burned as if an invisible fire roared through me, licking at my nerves, my thoughts, my very soul. My heart pounded in my chest, a wild, untamed thing that threatened to break free.</w:t>
      </w:r>
    </w:p>
    <w:p w14:paraId="4D8AE003" w14:textId="77777777" w:rsidR="00121116" w:rsidRDefault="00AA3789">
      <w:r>
        <w:t>I needed to move, to escape the oppressive weight of the bed, the room, the memories. But my body refused to obey, paralyzed by a fear so primal it left me helpless. My hands clenched into fists, nails digging into my palms until the skin broke, the pain a distant, almost welcome sensation. Demons, real and imagined, haunted the edges of my vision, taunting me, daring me to close my eyes again. But every time I did, I was back in that cave, back in the darkness, back to fighting for my life.</w:t>
      </w:r>
    </w:p>
    <w:p w14:paraId="63C0AD14" w14:textId="77777777" w:rsidR="00121116" w:rsidRDefault="00AA3789">
      <w:r>
        <w:t>Driven by a need I couldn’t fully understand, I forced myself to move, to crawl towards the window. My knees scraped against the rough wooden floor, splinters digging into my shins, but I didn’t care. I needed air, needed to feel something other than the suffocating heat of my fear. The window loomed ahead, its surface a fractured mess of broken glass, but I kept going, driven by a single, desperate thought: fresh air.</w:t>
      </w:r>
    </w:p>
    <w:p w14:paraId="71BCB7DF" w14:textId="77777777" w:rsidR="00121116" w:rsidRDefault="00AA3789">
      <w:r>
        <w:t>The shards of glass bit into my hands as I reached the window, embedding themselves in my skin, but I barely noticed the pain. My body collapsed into the glass, the sharp edges cutting into my flesh, drawing blood that pooled beneath me, staining the floor. My cheek pressed against the cold, unforgiving surface, the jagged edges of the glass slicing into my skin.</w:t>
      </w:r>
    </w:p>
    <w:p w14:paraId="6FE6DD85" w14:textId="77777777" w:rsidR="00121116" w:rsidRDefault="00AA3789">
      <w:r>
        <w:t>My breath came in ragged, uneven gasps, the effort of drawing air into my lungs almost too much to bear. But I needed to breathe, needed to remind myself that I was still alive, that this was real. With a final, desperate push, I lifted myself onto my knees, the pain of the glass in my palms a sharp, distant throb. My hands gripped the window’s ledge, smearing it with blood as I pulled myself up, my face rising into the open frame.</w:t>
      </w:r>
    </w:p>
    <w:p w14:paraId="06CD2CBC" w14:textId="77777777" w:rsidR="00121116" w:rsidRDefault="00AA3789">
      <w:r>
        <w:t xml:space="preserve">The night air rushed in, cold and clean, filling my lungs and calming the storm inside me. I hung there, barely holding onto the edge, every ounce of energy focused on keeping myself from collapsing. But the fresh air was enough. It anchored me, pulled me back from the brink. I breathed in again, and again, each breath a victory, each one a reminder that I had survived another night. The door swung open with a resounding crash. Vidar stood in the doorway, his presence dominating the room. His shirt hung open, revealing the powerful muscles of his chest, marred by a large scar that drew my gaze like a magnet. Black vines of </w:t>
      </w:r>
      <w:r>
        <w:lastRenderedPageBreak/>
        <w:t>sharp, daggered flowers wound around his broad shoulders, trailing ominously down his back, their dark tendrils an intricate and unsettling pattern against his skin. The cashmere navy blue underpants clung to his hips, the silver band catching the dim light as his legs, similarly entwined with the vine-like tattoos, seemed almost like an extension of the dark power he exuded.</w:t>
      </w:r>
    </w:p>
    <w:p w14:paraId="0839CDB1" w14:textId="77777777" w:rsidR="00121116" w:rsidRDefault="00AA3789">
      <w:r>
        <w:t>My head hung limply, resting on my arm as it dangled out of the glassless window. The cold air brushed against my feverish skin, but it did little to cool the fire raging within me. I could feel the burn of my sweat clinging to my flushed skin, the heat making the world around me spin wildly, distorting the room into a surreal, shifting nightmare.</w:t>
      </w:r>
    </w:p>
    <w:p w14:paraId="2C94A4EB" w14:textId="77777777" w:rsidR="00121116" w:rsidRDefault="00AA3789">
      <w:r>
        <w:t>“SKY!” Vidar’s voice sliced through the haze, sharp and commanding, but I couldn’t respond. My body refused to obey, locked in a state of exhaustion and delirium. My eyes rolled slightly, threatening to disappear into the back of my head as I struggled to maintain a grasp on consciousness.</w:t>
      </w:r>
    </w:p>
    <w:p w14:paraId="5D8785E3" w14:textId="77777777" w:rsidR="00121116" w:rsidRDefault="00AA3789">
      <w:r>
        <w:t>The floor seemed to tremble under the weight of his steps, or maybe it was just the tremor of my own weakening body. Vidar moved toward me, each step crunching the broken glass underfoot, the sound sharp and grating. His approach was relentless, his face a mask of determination mixed with something I couldn’t quite read—concern, perhaps?</w:t>
      </w:r>
    </w:p>
    <w:p w14:paraId="33285059" w14:textId="77777777" w:rsidR="00121116" w:rsidRDefault="00AA3789">
      <w:r>
        <w:t>He scooped me up with ease, lifting my limp form as if I weighed nothing. My hair clung to my sticky, sweat-drenched skin, and the heat radiating from my body felt unbearable. I was burning up, the heat consuming me from the inside out. The world around me spun faster, the room a chaotic blur of shadows and broken glass, all stained with the mess I had created. My lids slowly, drooled into blackness.</w:t>
      </w:r>
    </w:p>
    <w:p w14:paraId="2C9F3BFA" w14:textId="77777777" w:rsidR="00121116" w:rsidRDefault="00AA3789">
      <w:r>
        <w:t>My breath came in short, desperate gasps as Vidar placed me gently on the cushioned mattress. The sudden softness beneath me was jarring, and the impact jolted me back to a semblance of awareness. My eyes snapped open, wide and wild, as I realized where I was. I tried to sit up, to regain some control, but my body betrayed me, drained of all strength. I could do nothing but lie there, panting, as the room continued to spin, and darkness threatened to pull me under once more. “Breathe, Sky. Breathe,” he whispered, his voice a steady anchor in the storm of my panic.</w:t>
      </w:r>
    </w:p>
    <w:p w14:paraId="73CCB0E5" w14:textId="77777777" w:rsidR="00121116" w:rsidRDefault="00AA3789">
      <w:r>
        <w:t>Gradually, the sharp sting of the cuts began to subside, and the panic that had gripped my bones started to release its hold. I managed to sit up, curling into myself as tightly as I could, hugging my knees close to my chest. The silk gown clung to my body, soaked and nearly transparent, the outline of my naked form visible beneath it. But Vidar paid no attention to it; his focus was solely on me, on pulling me back from the brink.</w:t>
      </w:r>
    </w:p>
    <w:p w14:paraId="0EAB418C" w14:textId="77777777" w:rsidR="00121116" w:rsidRDefault="00AA3789">
      <w:r>
        <w:t>My face twisted in pain as I felt each cut, each shard of glass embedded in my skin. Vidar hesitated, his hand hovering in the air before gently caressing my blood-streaked cheek. I didn’t resist—I couldn’t. I had no strength left to fight him, and in that moment, I didn’t want to. His touch, warm and reassuring, grounded me, pulling me back into the harsh reality that surrounded us.</w:t>
      </w:r>
    </w:p>
    <w:p w14:paraId="5AFE512E" w14:textId="77777777" w:rsidR="00121116" w:rsidRDefault="00AA3789">
      <w:r>
        <w:lastRenderedPageBreak/>
        <w:t>Panting, I finally found my voice. “I don’t know what happened.” The words came out in a shaky whisper, and as I spoke, tears began to spill down my face, hot and uncontrollable. I didn’t try to stop them. I let them flow, let them mix with the sweat that coated my skin, washing away some of the blood and grime.</w:t>
      </w:r>
    </w:p>
    <w:p w14:paraId="697D29D3" w14:textId="77777777" w:rsidR="00121116" w:rsidRDefault="00AA3789">
      <w:r>
        <w:t>Vidar’s hand tightened around my face, his grip firm but not painful. He cupped my entire face in his large hand, his presence steady and unyielding. The throbbing in my head began to ease, the burning cuts gradually losing their sting as the salt from my tears ceased its relentless assault.</w:t>
      </w:r>
    </w:p>
    <w:p w14:paraId="01BA74E0" w14:textId="77777777" w:rsidR="00121116" w:rsidRDefault="00AA3789">
      <w:r>
        <w:t>For a moment, the world shrank to just the two of us—his hand, my tears, the quiet rhythm of our breaths. In his touch, there was no judgment, no anger—just a cold, silent acknowledgment of the darkness we both carried. I wasn’t alone in this, but that offered no comfort, only the grim understanding that survival was my only option. I endured because I had no choice, not because I wanted to. An unsettling flicker of anger and revenge ignited within me, burning brighter with each passing second as I clung to life. This power, foreign and overwhelming, would not consume me—I would master it, not for myself, but for my family. For the revenge I owed to those who had shattered our lives, who had harmed us without remorse. In this moment, I made a silent vow: this power would fuel my fight for a better life, a life I could reclaim on my terms.</w:t>
      </w:r>
    </w:p>
    <w:p w14:paraId="69225418" w14:textId="77777777" w:rsidR="00121116" w:rsidRDefault="00AA3789">
      <w:r>
        <w:t>For the first time, I felt the possibility of being feared. I was no longer just a faintly beating heart wrapped in fragile flesh; I was something more, something dangerous. The thought of wielding that fear sent a cold thrill through me, a strength I hadn’t realized I possessed. I looked up at Vidar, my gaze locking with his icy eyes. The grey depths of my own eyes gleamed with a new resolve, a dark determination that had taken root deep within me.</w:t>
      </w:r>
    </w:p>
    <w:p w14:paraId="650108B1" w14:textId="77777777" w:rsidR="00121116" w:rsidRDefault="00AA3789">
      <w:r>
        <w:t>As I stared him down, the sharp sting of the glass shards embedded in my skin began to fade. It was as if the very power that now coursed through me was pushing the remnants of my suffering out, forcing the glass to retreat, the wounds to seal themselves. The sensation was both unsettling and exhilarating, a mix of fear and wonder as my body knit itself back together. The blood that had streaked my skin vanished, leaving behind only a faint echo of the agony that had nearly unraveled me. I was no longer a victim, no longer the helpless girl bound by a cruel world’s rules. I was something else now—something capable of fighting back, of making others tremble. And I would start with those who had wronged me and my family. This power was my path, my weapon, and I would wield it. I looked around the room, now feeling the cold air blow through the broken window. The remnants of my panic were scattered everywhere—shards of glass glinting in the dim light, streaks of blood smeared across the floor, the remnants of a battle fought and lost within myself. I was confused but I knew what had caused it.</w:t>
      </w:r>
    </w:p>
    <w:p w14:paraId="73B75553" w14:textId="77777777" w:rsidR="00121116" w:rsidRDefault="00AA3789">
      <w:r>
        <w:t>“I’m sorry,” I whispered, my voice barely audible, as if the words themselves might shatter what little control I had left. “I can clean it up.” I meant every word. I was terrified of what I had done, but also intrigued, wanting for more.</w:t>
      </w:r>
    </w:p>
    <w:p w14:paraId="5B5147FD" w14:textId="77777777" w:rsidR="00121116" w:rsidRDefault="00AA3789">
      <w:r>
        <w:lastRenderedPageBreak/>
        <w:t>Vidar’s expression remained impassive, his eyes cold as they swept over the chaos I had created. “I will have Saga take care of it in the morning,” he imposed, his tone leaving no room for argument. “You can sleep in another room for tonight.”</w:t>
      </w:r>
    </w:p>
    <w:p w14:paraId="5843920B" w14:textId="77777777" w:rsidR="00121116" w:rsidRDefault="00AA3789">
      <w:r>
        <w:t>His words were an order, not a suggestion, and I knew better than to resist. But a flicker of defiance sparked within me—a stubborn refusal to be treated as a fragile thing, a burden. Still, I nodded, too exhausted to argue, too weary to challenge him. The power I had felt earlier, that surge of dark strength, had ebbed away, leaving only a hollow ache in its place.</w:t>
      </w:r>
    </w:p>
    <w:p w14:paraId="3346A7BC" w14:textId="77777777" w:rsidR="00121116" w:rsidRDefault="00AA3789">
      <w:r>
        <w:t>Vidar turned and moved toward the door, his presence still commanding even as he left me alone with my thoughts. But before he could step out, I found myself speaking again, the words spilling out before I could stop them.</w:t>
      </w:r>
    </w:p>
    <w:p w14:paraId="389D94D0" w14:textId="77777777" w:rsidR="00121116" w:rsidRDefault="00AA3789">
      <w:r>
        <w:t>“Why do you care?” My voice was stronger now, tinged with a bitterness I couldn’t quite suppress. “Why are you helping me, Vidar? What do you want from me?”</w:t>
      </w:r>
    </w:p>
    <w:p w14:paraId="1062CE46" w14:textId="77777777" w:rsidR="00121116" w:rsidRDefault="00AA3789">
      <w:r>
        <w:t>He paused, his back still turned to me, his shoulders tense. The silence stretched out between us, thick and heavy. When he finally spoke, his voice was low, almost a growl.</w:t>
      </w:r>
    </w:p>
    <w:p w14:paraId="39901DAF" w14:textId="77777777" w:rsidR="00121116" w:rsidRDefault="00AA3789">
      <w:r>
        <w:t>“You are more than you realize, Sky. There’s a power in you that even you don’t fully understand. And I need you to harness it—for your sake,</w:t>
      </w:r>
    </w:p>
    <w:p w14:paraId="68CF9CA3" w14:textId="77777777" w:rsidR="00121116" w:rsidRDefault="00AA3789">
      <w:r>
        <w:t>The firmness of his words sent a chill down my spine, colder than the wind blowing through the broken window. I could sense there was more to his motives, something he wasn’t telling me. But I was too drained to pry further, too battered by the night’s events to dig into the shadows of his intentions.</w:t>
      </w:r>
    </w:p>
    <w:p w14:paraId="7FB8FFCA" w14:textId="77777777" w:rsidR="00121116" w:rsidRDefault="00AA3789">
      <w:r>
        <w:t>“Come,” he said, his voice softening slightly, though the edge remained. “I’ll show you to another room.”</w:t>
      </w:r>
    </w:p>
    <w:p w14:paraId="7739DBC5" w14:textId="77777777" w:rsidR="00121116" w:rsidRDefault="00AA3789">
      <w:r>
        <w:t>I hesitated for a moment before rising from the bed, my legs unsteady beneath me. The cold floor bit into my bare feet as I followed him out of the room, leaving behind the remnants of my breakdown. The corridor was dark, the flickering candlelight casting long, wavering shadows on the midnight blue walls. Each step echoed in the silence, a reminder of the emptiness around us.</w:t>
      </w:r>
    </w:p>
    <w:p w14:paraId="01B10A48" w14:textId="77777777" w:rsidR="00121116" w:rsidRDefault="00AA3789">
      <w:r>
        <w:t>Vidar led me down a winding hall to a smaller, more secluded room. It was simpler than the one I had destroyed—no grand windows, no ornate furniture, just a bed, a chair, and a small table. The only light came from a single candle, its flame dancing in the darkness.</w:t>
      </w:r>
    </w:p>
    <w:p w14:paraId="7FE42D6A" w14:textId="77777777" w:rsidR="00121116" w:rsidRDefault="00AA3789">
      <w:r>
        <w:t>“This will do for tonight,” he said, his voice devoid of emotion.</w:t>
      </w:r>
    </w:p>
    <w:p w14:paraId="6FAF43BA" w14:textId="77777777" w:rsidR="00121116" w:rsidRDefault="00AA3789">
      <w:r>
        <w:t>I stepped inside, the door closing softly behind me as Vidar left without another word. The silence was thick, almost suffocating, but I welcomed it. I needed the quiet, needed the darkness to swallow me whole, to hide me from the world, from myself.</w:t>
      </w:r>
    </w:p>
    <w:p w14:paraId="31C63008" w14:textId="77777777" w:rsidR="00121116" w:rsidRDefault="00AA3789">
      <w:r>
        <w:lastRenderedPageBreak/>
        <w:t>I climbed into the bed, the sheets cool against my feverish skin. As I lay there, staring up at the ceiling, I felt the weight of the night settle over me, pressing down until it was hard to breathe. My thoughts were a tangled mess of fear, anger, and something else—something darker, something that whispered promises of power and revenge.</w:t>
      </w:r>
    </w:p>
    <w:p w14:paraId="1B2D6751" w14:textId="77777777" w:rsidR="00121116" w:rsidRDefault="00AA3789">
      <w:r>
        <w:t>But I pushed those thoughts away, too exhausted to confront them now. Sleep would come eventually, I hoped. And when it did, maybe I would find some semblance of peace. But deep down, I knew peace was not meant for me. Not anymore.</w:t>
      </w:r>
    </w:p>
    <w:p w14:paraId="6668B3B5" w14:textId="77777777" w:rsidR="00CA257D" w:rsidRPr="00CA257D" w:rsidRDefault="00CA257D" w:rsidP="00CA257D">
      <w:r w:rsidRPr="00CA257D">
        <w:t>Something darker still moved in me—coiled in the corners of thought, whispering promises of power and retribution.</w:t>
      </w:r>
      <w:r w:rsidRPr="00CA257D">
        <w:br/>
        <w:t>I pushed it away. Not now. I was too tired.</w:t>
      </w:r>
    </w:p>
    <w:p w14:paraId="59C32070" w14:textId="77777777" w:rsidR="00CA257D" w:rsidRPr="00CA257D" w:rsidRDefault="00CA257D" w:rsidP="00CA257D">
      <w:r w:rsidRPr="00CA257D">
        <w:t>I tried to sleep. I pictured Ela and Rowan playing in the snow, their laughter high and bright, back when life still felt like it might one day be fair.</w:t>
      </w:r>
      <w:r w:rsidRPr="00CA257D">
        <w:br/>
        <w:t>Back when they still believed in safety.</w:t>
      </w:r>
    </w:p>
    <w:p w14:paraId="2DC041EE" w14:textId="77777777" w:rsidR="00CA257D" w:rsidRPr="00CA257D" w:rsidRDefault="00CA257D" w:rsidP="00CA257D">
      <w:r w:rsidRPr="00CA257D">
        <w:t>I used to watch them from the steps—quiet, watchful. Hiding what the world really was.</w:t>
      </w:r>
    </w:p>
    <w:p w14:paraId="43AE07C0" w14:textId="77777777" w:rsidR="00CA257D" w:rsidRPr="00CA257D" w:rsidRDefault="00CA257D" w:rsidP="00CA257D">
      <w:r w:rsidRPr="00CA257D">
        <w:t>But innocence never stays.</w:t>
      </w:r>
      <w:r w:rsidRPr="00CA257D">
        <w:br/>
        <w:t>The cracks had started to show in them too. In their eyes. Their voices.</w:t>
      </w:r>
    </w:p>
    <w:p w14:paraId="066C24C0" w14:textId="77777777" w:rsidR="00CA257D" w:rsidRPr="00CA257D" w:rsidRDefault="00CA257D" w:rsidP="00CA257D">
      <w:r w:rsidRPr="00CA257D">
        <w:t>I’d done everything I could to protect them—kept them fed, bandaged, warm. I never asked questions. Never let them see me bleed.</w:t>
      </w:r>
    </w:p>
    <w:p w14:paraId="7DCA7E9C" w14:textId="77777777" w:rsidR="00CA257D" w:rsidRPr="00CA257D" w:rsidRDefault="00CA257D" w:rsidP="00CA257D">
      <w:r w:rsidRPr="00CA257D">
        <w:t>But now I wasn’t there.</w:t>
      </w:r>
      <w:r w:rsidRPr="00CA257D">
        <w:br/>
        <w:t>And I couldn’t stop thinking: what if something already happened?</w:t>
      </w:r>
      <w:r w:rsidRPr="00CA257D">
        <w:br/>
        <w:t>What if I’d left too soon?</w:t>
      </w:r>
    </w:p>
    <w:p w14:paraId="5C6834F6" w14:textId="77777777" w:rsidR="00CA257D" w:rsidRPr="00CA257D" w:rsidRDefault="00CA257D" w:rsidP="00CA257D">
      <w:r w:rsidRPr="00CA257D">
        <w:t>That guilt buried into my chest like frost. It didn’t ache. It froze.</w:t>
      </w:r>
    </w:p>
    <w:p w14:paraId="7DB14956" w14:textId="77777777" w:rsidR="00121116" w:rsidRDefault="00AA3789">
      <w:r>
        <w:t>I had hoped, foolishly perhaps, to shield them from ever reaching the bottom, to keep them from falling into the same despair that had swallowed me whole. But now, in my absence, anything could have happened. Perhaps it was too late. Perhaps something had already happened. The thought gnawed at me, a cold dread that refused to let go. We didn’t speak much, but they understood that I was in charge, that I was responsible for them. I had protected them in silence, holding their hands from afar, even when they didn’t realize it. I had tended to Rowan’s wounds when he came home from school, bruised and bannered from yet another fight. I never asked for details; it wasn’t my place to pry. I was just there, the constant presence, the silent protector, hoping that it would be enough. But now, lying in this unfamiliar bed, far from home, I couldn’t shake the fear that it hadn’t been enough. That my absence had let them vulnerable, exposed to the very darkness I had tried so hard to keep at bay. The weight of that responsibility pressed down on me, heavy and unforgiving, as I stared into the shadows of the room, wondering if I would ever see them again.</w:t>
      </w:r>
    </w:p>
    <w:p w14:paraId="50B1FEEC" w14:textId="77777777" w:rsidR="00462E21" w:rsidRDefault="00462E21"/>
    <w:p w14:paraId="69AA06FD" w14:textId="236EE75C" w:rsidR="00462E21" w:rsidRPr="00410430" w:rsidRDefault="00410430">
      <w:pPr>
        <w:rPr>
          <w:b/>
          <w:bCs/>
          <w:sz w:val="28"/>
          <w:szCs w:val="28"/>
        </w:rPr>
      </w:pPr>
      <w:r w:rsidRPr="00410430">
        <w:rPr>
          <w:b/>
          <w:bCs/>
          <w:sz w:val="28"/>
          <w:szCs w:val="28"/>
        </w:rPr>
        <w:lastRenderedPageBreak/>
        <w:t>~</w:t>
      </w:r>
    </w:p>
    <w:p w14:paraId="414D3BBA" w14:textId="77777777" w:rsidR="00462E21" w:rsidRDefault="00462E21"/>
    <w:p w14:paraId="73BF4605" w14:textId="77777777" w:rsidR="00410430" w:rsidRPr="00410430" w:rsidRDefault="00410430" w:rsidP="00410430">
      <w:r w:rsidRPr="00410430">
        <w:t>I woke drenched in sweat, breath shallow. The sheets clung to my skin, soaked through.</w:t>
      </w:r>
    </w:p>
    <w:p w14:paraId="0BEE2A6D" w14:textId="77777777" w:rsidR="00410430" w:rsidRPr="00410430" w:rsidRDefault="00410430" w:rsidP="00410430">
      <w:r w:rsidRPr="00410430">
        <w:t>I sat up fast, memory rushing in like cold air through a cracked door.</w:t>
      </w:r>
    </w:p>
    <w:p w14:paraId="4ADE4DC5" w14:textId="77777777" w:rsidR="00410430" w:rsidRPr="00410430" w:rsidRDefault="00410430" w:rsidP="00410430">
      <w:r w:rsidRPr="00410430">
        <w:t>The house was silent. Too silent.</w:t>
      </w:r>
      <w:r w:rsidRPr="00410430">
        <w:br/>
        <w:t>I threw on my cloak and crept down the stairs, each board creaking beneath my steps.</w:t>
      </w:r>
    </w:p>
    <w:p w14:paraId="4D5A64EB" w14:textId="77777777" w:rsidR="00410430" w:rsidRPr="00410430" w:rsidRDefault="00410430" w:rsidP="00410430">
      <w:r w:rsidRPr="00410430">
        <w:t>No sign of Vidar. The fire in the main room had burned low.</w:t>
      </w:r>
    </w:p>
    <w:p w14:paraId="1FDE69DC" w14:textId="77777777" w:rsidR="00410430" w:rsidRPr="00410430" w:rsidRDefault="00410430" w:rsidP="00410430">
      <w:r w:rsidRPr="00410430">
        <w:t>Saga found me near the entry hall. Her expression didn’t shift, but her voice was soft.</w:t>
      </w:r>
      <w:r w:rsidRPr="00410430">
        <w:br/>
        <w:t>“He’s out. Hunting. Left word for you.”</w:t>
      </w:r>
    </w:p>
    <w:p w14:paraId="328FD246" w14:textId="77777777" w:rsidR="00410430" w:rsidRPr="00410430" w:rsidRDefault="00410430" w:rsidP="00410430">
      <w:r w:rsidRPr="00410430">
        <w:t>I waited.</w:t>
      </w:r>
    </w:p>
    <w:p w14:paraId="5282877E" w14:textId="77777777" w:rsidR="00410430" w:rsidRPr="00410430" w:rsidRDefault="00410430" w:rsidP="00410430">
      <w:r w:rsidRPr="00410430">
        <w:t>“He said you could visit his library,” she added. “If you’d like.”</w:t>
      </w:r>
    </w:p>
    <w:p w14:paraId="7494D239" w14:textId="77777777" w:rsidR="00410430" w:rsidRPr="00410430" w:rsidRDefault="00410430" w:rsidP="00410430">
      <w:r w:rsidRPr="00410430">
        <w:t>I nodded, not trusting my voice.</w:t>
      </w:r>
    </w:p>
    <w:p w14:paraId="0C51D2AA" w14:textId="77777777" w:rsidR="00410430" w:rsidRPr="00410430" w:rsidRDefault="00410430" w:rsidP="00410430">
      <w:r w:rsidRPr="00410430">
        <w:t>She gave directions with practiced precision, then disappeared again, silent as snow.</w:t>
      </w:r>
    </w:p>
    <w:p w14:paraId="3A0B8446" w14:textId="77777777" w:rsidR="00410430" w:rsidRPr="00410430" w:rsidRDefault="00410430" w:rsidP="00410430">
      <w:r w:rsidRPr="00410430">
        <w:t>I followed the path she’d described, until I reached a set of tall black doors, carved with delicate silver veins that shimmered like stars.</w:t>
      </w:r>
    </w:p>
    <w:p w14:paraId="66DE33F7" w14:textId="77777777" w:rsidR="00410430" w:rsidRPr="00410430" w:rsidRDefault="00410430" w:rsidP="00410430">
      <w:r w:rsidRPr="00410430">
        <w:t>I placed my palms against them. The wood was cool, unnaturally smooth. It opened beneath my touch—soundless, welcoming.</w:t>
      </w:r>
    </w:p>
    <w:p w14:paraId="757C6FF5" w14:textId="77777777" w:rsidR="00410430" w:rsidRPr="00410430" w:rsidRDefault="00410430" w:rsidP="00410430">
      <w:r w:rsidRPr="00410430">
        <w:t>Inside:</w:t>
      </w:r>
      <w:r w:rsidRPr="00410430">
        <w:br/>
        <w:t>A sea of books.</w:t>
      </w:r>
      <w:r w:rsidRPr="00410430">
        <w:br/>
        <w:t>Shelves climbed toward the ceiling like trees in a forest that had grown without sunlight.</w:t>
      </w:r>
    </w:p>
    <w:p w14:paraId="41DFF30E" w14:textId="77777777" w:rsidR="00410430" w:rsidRPr="00410430" w:rsidRDefault="00410430" w:rsidP="00410430">
      <w:r w:rsidRPr="00410430">
        <w:t>The scent of paper and old leather filled the air, thick and quiet.</w:t>
      </w:r>
    </w:p>
    <w:p w14:paraId="477C2D0A" w14:textId="77777777" w:rsidR="00410430" w:rsidRPr="00410430" w:rsidRDefault="00410430" w:rsidP="00410430">
      <w:r w:rsidRPr="00410430">
        <w:t>I walked the aisles slowly, fingers grazing the spines. Some had titles in languages I couldn’t read. Some had no titles at all.</w:t>
      </w:r>
    </w:p>
    <w:p w14:paraId="01D8A105" w14:textId="77777777" w:rsidR="00410430" w:rsidRPr="00410430" w:rsidRDefault="00410430" w:rsidP="00410430">
      <w:r w:rsidRPr="00410430">
        <w:t>Then—my hand stopped.</w:t>
      </w:r>
    </w:p>
    <w:p w14:paraId="6EA5DBC2" w14:textId="77777777" w:rsidR="00410430" w:rsidRPr="00410430" w:rsidRDefault="00410430" w:rsidP="00410430">
      <w:r w:rsidRPr="00410430">
        <w:t>Not by choice.</w:t>
      </w:r>
      <w:r w:rsidRPr="00410430">
        <w:br/>
        <w:t>Something pulled.</w:t>
      </w:r>
      <w:r w:rsidRPr="00410430">
        <w:br/>
        <w:t>And I froze.</w:t>
      </w:r>
    </w:p>
    <w:p w14:paraId="4C440019" w14:textId="77777777" w:rsidR="004C020C" w:rsidRPr="004C020C" w:rsidRDefault="004C020C" w:rsidP="004C020C">
      <w:r w:rsidRPr="004C020C">
        <w:t>A shift in the room pulled me back.</w:t>
      </w:r>
      <w:r w:rsidRPr="004C020C">
        <w:br/>
        <w:t>Not sound—</w:t>
      </w:r>
      <w:r w:rsidRPr="004C020C">
        <w:rPr>
          <w:b/>
          <w:bCs/>
        </w:rPr>
        <w:t>presence</w:t>
      </w:r>
      <w:r w:rsidRPr="004C020C">
        <w:t>.</w:t>
      </w:r>
    </w:p>
    <w:p w14:paraId="67C48B95" w14:textId="77777777" w:rsidR="004C020C" w:rsidRPr="004C020C" w:rsidRDefault="004C020C" w:rsidP="004C020C">
      <w:r w:rsidRPr="004C020C">
        <w:lastRenderedPageBreak/>
        <w:t>I blinked. The book was still in my lap, open to the same page. The fire had died down, leaving long shadows across the floor.</w:t>
      </w:r>
    </w:p>
    <w:p w14:paraId="7A2BBE6C" w14:textId="77777777" w:rsidR="004C020C" w:rsidRPr="004C020C" w:rsidRDefault="004C020C" w:rsidP="004C020C">
      <w:r w:rsidRPr="004C020C">
        <w:t>Vidar stood in the doorway. Still. Silent. Watching.</w:t>
      </w:r>
    </w:p>
    <w:p w14:paraId="7B3539A1" w14:textId="77777777" w:rsidR="004C020C" w:rsidRPr="004C020C" w:rsidRDefault="004C020C" w:rsidP="004C020C">
      <w:r w:rsidRPr="004C020C">
        <w:t>His presence darkened the air—not with threat, but weight.</w:t>
      </w:r>
    </w:p>
    <w:p w14:paraId="43F0D431" w14:textId="77777777" w:rsidR="004C020C" w:rsidRPr="004C020C" w:rsidRDefault="004C020C" w:rsidP="004C020C">
      <w:r w:rsidRPr="004C020C">
        <w:t>“You fell asleep,” he said. No judgment. Just observation.</w:t>
      </w:r>
    </w:p>
    <w:p w14:paraId="09093BA3" w14:textId="77777777" w:rsidR="004C020C" w:rsidRPr="004C020C" w:rsidRDefault="004C020C" w:rsidP="004C020C">
      <w:r w:rsidRPr="004C020C">
        <w:t>I straightened instinctively, closing the book. The title caught in the firelight.</w:t>
      </w:r>
      <w:r w:rsidRPr="004C020C">
        <w:br/>
        <w:t>He saw it.</w:t>
      </w:r>
    </w:p>
    <w:p w14:paraId="42419BE7" w14:textId="77777777" w:rsidR="004C020C" w:rsidRPr="004C020C" w:rsidRDefault="004C020C" w:rsidP="004C020C">
      <w:r w:rsidRPr="004C020C">
        <w:t>Something flickered in his expression. Recognition. Caution.</w:t>
      </w:r>
    </w:p>
    <w:p w14:paraId="6A06D5E4" w14:textId="77777777" w:rsidR="004C020C" w:rsidRPr="004C020C" w:rsidRDefault="004C020C" w:rsidP="004C020C">
      <w:r w:rsidRPr="004C020C">
        <w:t>He stepped closer. “Did it speak to you?”</w:t>
      </w:r>
    </w:p>
    <w:p w14:paraId="23487807" w14:textId="77777777" w:rsidR="004C020C" w:rsidRPr="004C020C" w:rsidRDefault="004C020C" w:rsidP="004C020C">
      <w:r w:rsidRPr="004C020C">
        <w:t>“No,” I said quickly. Then added, “Not in words.”</w:t>
      </w:r>
    </w:p>
    <w:p w14:paraId="2E31631C" w14:textId="77777777" w:rsidR="004C020C" w:rsidRPr="004C020C" w:rsidRDefault="004C020C" w:rsidP="004C020C">
      <w:r w:rsidRPr="004C020C">
        <w:t>A pause.</w:t>
      </w:r>
    </w:p>
    <w:p w14:paraId="37B3F659" w14:textId="77777777" w:rsidR="004C020C" w:rsidRPr="004C020C" w:rsidRDefault="004C020C" w:rsidP="004C020C">
      <w:r w:rsidRPr="004C020C">
        <w:t>“That book isn’t a story,” he said quietly. “It’s a door.”</w:t>
      </w:r>
    </w:p>
    <w:p w14:paraId="0DFE919F" w14:textId="77777777" w:rsidR="004C020C" w:rsidRPr="004C020C" w:rsidRDefault="004C020C" w:rsidP="004C020C">
      <w:r w:rsidRPr="004C020C">
        <w:t>“To what?”</w:t>
      </w:r>
    </w:p>
    <w:p w14:paraId="7A2539B4" w14:textId="77777777" w:rsidR="004C020C" w:rsidRPr="004C020C" w:rsidRDefault="004C020C" w:rsidP="004C020C">
      <w:r w:rsidRPr="004C020C">
        <w:t>He didn’t answer right away.</w:t>
      </w:r>
    </w:p>
    <w:p w14:paraId="0123B065" w14:textId="77777777" w:rsidR="004C020C" w:rsidRPr="004C020C" w:rsidRDefault="004C020C" w:rsidP="004C020C">
      <w:r w:rsidRPr="004C020C">
        <w:t>“Not all knowledge was meant to be read,” he said. “Some of it reads you.”</w:t>
      </w:r>
    </w:p>
    <w:p w14:paraId="5132CBDC" w14:textId="77777777" w:rsidR="004C020C" w:rsidRPr="004C020C" w:rsidRDefault="004C020C" w:rsidP="004C020C">
      <w:r w:rsidRPr="004C020C">
        <w:t>I looked down at the cover. My hands had gone cold.</w:t>
      </w:r>
    </w:p>
    <w:p w14:paraId="24C3A778" w14:textId="77777777" w:rsidR="004C020C" w:rsidRPr="004C020C" w:rsidRDefault="004C020C" w:rsidP="004C020C">
      <w:r w:rsidRPr="004C020C">
        <w:t>But I didn’t let go.</w:t>
      </w:r>
    </w:p>
    <w:p w14:paraId="2F20EF80" w14:textId="52A07DB0" w:rsidR="00121116" w:rsidRDefault="00556654">
      <w:r>
        <w:t>“</w:t>
      </w:r>
      <w:r w:rsidR="00583A4D">
        <w:t>It holds a</w:t>
      </w:r>
      <w:r w:rsidR="00AA3789">
        <w:t xml:space="preserve"> key to understanding the forces that shape our world—and those who seek to control them."</w:t>
      </w:r>
    </w:p>
    <w:p w14:paraId="1D90E05D" w14:textId="77777777" w:rsidR="00121116" w:rsidRDefault="00AA3789">
      <w:r>
        <w:t>His words hung in the air, heavy with implication. I looked down at the book again, suddenly aware of its weight, not just physically, but in what it represented. I had only scratched the surface, barely begun to understand the depths of what lay within.</w:t>
      </w:r>
    </w:p>
    <w:p w14:paraId="59FC019C" w14:textId="77777777" w:rsidR="00121116" w:rsidRDefault="00AA3789">
      <w:r>
        <w:t>"Be careful with what you seek," Vidar continued, his tone almost cautionary, though still carrying that edge of authority. "Knowledge is power, but it can also be a burden. Some doors, once opened, cannot be closed again."</w:t>
      </w:r>
    </w:p>
    <w:p w14:paraId="33D6B5DC" w14:textId="77777777" w:rsidR="00121116" w:rsidRDefault="00AA3789">
      <w:r>
        <w:t>I swallowed hard, the gravity of his words settling over me like a shroud. The library, once a place of wonder, now felt oppressive, the endless rows of books towering over me like silent sentinels guarding ancient secrets.</w:t>
      </w:r>
    </w:p>
    <w:p w14:paraId="4F0B79E2" w14:textId="77777777" w:rsidR="00121116" w:rsidRDefault="00AA3789">
      <w:r>
        <w:t>I questioned whether I truly wanted to uncover everything or if it would be wiser to leave the past buried where it lay. The uncertainty gnawed at me, but Vidar’s voice interrupted my thoughts.</w:t>
      </w:r>
    </w:p>
    <w:p w14:paraId="064FBF74" w14:textId="2751EBBC" w:rsidR="00121116" w:rsidRDefault="00AA3789">
      <w:r>
        <w:lastRenderedPageBreak/>
        <w:t xml:space="preserve">“Come on,” he said, his rumbling tone softening into something more inviting. “I have a friend who might </w:t>
      </w:r>
      <w:r w:rsidR="00BB6D33">
        <w:t>help</w:t>
      </w:r>
      <w:r>
        <w:t>.” He extended his hand toward me, a silent offer to pull me from the depths of the chair that seemed to swallow me whole. I hesitated for only a moment before taking it, letting him lift me effortlessly to my feet.</w:t>
      </w:r>
    </w:p>
    <w:p w14:paraId="3C706B48" w14:textId="77777777" w:rsidR="00121116" w:rsidRDefault="00AA3789">
      <w:r>
        <w:t>As we entered the dining room, my eyes were drawn to the figure seated further down the table—a tall, elegant male, whose very presence seemed to command the space. His hair was a flawless white, like freshly fallen snow, contrasting starkly with the dark ambiance of the room. His nose was narrow and sharp, and his jawline exuded a sense of power that was both captivating and intimidating.</w:t>
      </w:r>
    </w:p>
    <w:p w14:paraId="7D96B14D" w14:textId="77777777" w:rsidR="00F74812" w:rsidRDefault="00AA3789">
      <w:r>
        <w:t xml:space="preserve">Vidar gave me a cunning wink as we approached, though it did little to settle the unease curling in my gut. “Hello, Sky,” he greeted, his voice smooth—almost too smooth. </w:t>
      </w:r>
    </w:p>
    <w:p w14:paraId="3FD06E17" w14:textId="1FE3B4AA" w:rsidR="00121116" w:rsidRDefault="00AA3789">
      <w:r>
        <w:t>“</w:t>
      </w:r>
      <w:r w:rsidR="00A33EF5">
        <w:t>Meet my</w:t>
      </w:r>
      <w:r>
        <w:t xml:space="preserve"> friend, Cronus.”</w:t>
      </w:r>
    </w:p>
    <w:p w14:paraId="3A1C4664" w14:textId="77777777" w:rsidR="00121116" w:rsidRDefault="00AA3789">
      <w:r>
        <w:t>Cronus inclined his head in a measured, calculated gesture. Everything about him radiated control, from the way he moved to the deliberate precision in his eyes. I mirrored his nod, though the motion felt stiff and hollow. The air between us was charged with something unspoken, an invisible force pressing on my chest.</w:t>
      </w:r>
    </w:p>
    <w:p w14:paraId="69C54297" w14:textId="77777777" w:rsidR="00121116" w:rsidRDefault="00AA3789">
      <w:r>
        <w:t>Vidar took his place at the head of the table, leaving me seated directly across from Cronus. It wasn’t a choice—it was inevitability. The arrangement gave no room for comfort, only a reminder of the tension that seemed to thicken with each passing second.</w:t>
      </w:r>
    </w:p>
    <w:p w14:paraId="4F989A02" w14:textId="77777777" w:rsidR="00121116" w:rsidRDefault="00AA3789">
      <w:r>
        <w:t>Cronus’s presence was suffocating. His charcoal eyes were deep and endless, as though they could unravel every secret hidden within me. I felt the weight of his gaze burrowing into my very core, dissecting me piece by piece. My chest tightened, the air growing heavier, like a coiling storm waiting to break. My hands clenched against my thighs beneath the table, every nerve in my body stretched taut.</w:t>
      </w:r>
    </w:p>
    <w:p w14:paraId="2C5921EF" w14:textId="77777777" w:rsidR="00121116" w:rsidRDefault="00AA3789">
      <w:r>
        <w:t>Desperate to calm my nerves, I reached for the glass in front of me and swallowed the dark liquor in one swift motion. The burn blazed its way down my throat and into my chest, its fiery warmth momentarily cutting through the icy tension in the room. I poured myself another glass, my movements slow and deliberate. Lifting the drink to my lips, I held Cronus’s gaze without flinching, daring him to speak first.</w:t>
      </w:r>
    </w:p>
    <w:p w14:paraId="7277942E" w14:textId="77777777" w:rsidR="00121116" w:rsidRDefault="00AA3789">
      <w:r>
        <w:t>“You seem to have a taste for our spirits,” he said at last, his tone carrying a hint of amusement.</w:t>
      </w:r>
    </w:p>
    <w:p w14:paraId="707C980D" w14:textId="77777777" w:rsidR="00121116" w:rsidRDefault="00AA3789">
      <w:r>
        <w:t>I narrowed my eyes slightly, letting his words linger in the air. His voice was too casual, his words too mocking, but I forced my irritation beneath a mask of indifference. “It’s stronger than what I’m used to,” I replied evenly, my voice calm despite the flicker of annoyance in my chest.</w:t>
      </w:r>
    </w:p>
    <w:p w14:paraId="76E227ED" w14:textId="77777777" w:rsidR="00121116" w:rsidRDefault="00AA3789">
      <w:r>
        <w:lastRenderedPageBreak/>
        <w:t>Cronus’s faint smile faded, replaced by a sharper, more serious expression. “I hear you survived the unspoken cave,” he remarked, his voice tinged with curiosity—and something darker. “Few do. It’s a wicked place.”</w:t>
      </w:r>
    </w:p>
    <w:p w14:paraId="37CCC7E0" w14:textId="77777777" w:rsidR="001C4E2F" w:rsidRPr="001C4E2F" w:rsidRDefault="001C4E2F" w:rsidP="001C4E2F">
      <w:r w:rsidRPr="001C4E2F">
        <w:t>His words carried weight—too much. But I refused to let him see how deeply they unsettled me.</w:t>
      </w:r>
    </w:p>
    <w:p w14:paraId="461CAA73" w14:textId="77777777" w:rsidR="001C4E2F" w:rsidRPr="001C4E2F" w:rsidRDefault="001C4E2F" w:rsidP="001C4E2F">
      <w:r w:rsidRPr="001C4E2F">
        <w:t>“How do you know Vidar?” I asked, voice cool.</w:t>
      </w:r>
    </w:p>
    <w:p w14:paraId="54C3E1F5" w14:textId="77777777" w:rsidR="001C4E2F" w:rsidRPr="001C4E2F" w:rsidRDefault="001C4E2F" w:rsidP="001C4E2F">
      <w:r w:rsidRPr="001C4E2F">
        <w:t>The two exchanged a look. A flicker of something old and unfinished passed between them.</w:t>
      </w:r>
    </w:p>
    <w:p w14:paraId="79C04838" w14:textId="77777777" w:rsidR="001C4E2F" w:rsidRPr="001C4E2F" w:rsidRDefault="001C4E2F" w:rsidP="001C4E2F">
      <w:r w:rsidRPr="001C4E2F">
        <w:t>Cronus gave a sharp smile. “I nearly killed him.”</w:t>
      </w:r>
    </w:p>
    <w:p w14:paraId="609F92D7" w14:textId="77777777" w:rsidR="001C4E2F" w:rsidRPr="001C4E2F" w:rsidRDefault="001C4E2F" w:rsidP="001C4E2F">
      <w:r w:rsidRPr="001C4E2F">
        <w:t>Vidar didn’t flinch.</w:t>
      </w:r>
    </w:p>
    <w:p w14:paraId="64D11DBE" w14:textId="77777777" w:rsidR="001C4E2F" w:rsidRPr="001C4E2F" w:rsidRDefault="001C4E2F" w:rsidP="001C4E2F">
      <w:r w:rsidRPr="001C4E2F">
        <w:t>“He nearly killed me too. We were enemies. Or so I thought.”</w:t>
      </w:r>
    </w:p>
    <w:p w14:paraId="456EE17B" w14:textId="77777777" w:rsidR="001C4E2F" w:rsidRPr="001C4E2F" w:rsidRDefault="001C4E2F" w:rsidP="001C4E2F">
      <w:r w:rsidRPr="001C4E2F">
        <w:t>He paused, and his tone turned harder. “Turns out, Vidar was playing a different game. Spying from within. I didn’t learn the truth until after blades were drawn.”</w:t>
      </w:r>
    </w:p>
    <w:p w14:paraId="49CD1542" w14:textId="77777777" w:rsidR="001C4E2F" w:rsidRPr="001C4E2F" w:rsidRDefault="001C4E2F" w:rsidP="001C4E2F">
      <w:r w:rsidRPr="001C4E2F">
        <w:t xml:space="preserve">I didn’t like how casually </w:t>
      </w:r>
      <w:proofErr w:type="gramStart"/>
      <w:r w:rsidRPr="001C4E2F">
        <w:t>he</w:t>
      </w:r>
      <w:proofErr w:type="gramEnd"/>
      <w:r w:rsidRPr="001C4E2F">
        <w:t xml:space="preserve"> spoke of violence. But underneath it—I could feel the weight of something real. A respect forged in blood.</w:t>
      </w:r>
    </w:p>
    <w:p w14:paraId="5BB55C31" w14:textId="77777777" w:rsidR="001C4E2F" w:rsidRPr="001C4E2F" w:rsidRDefault="001C4E2F" w:rsidP="001C4E2F">
      <w:r w:rsidRPr="001C4E2F">
        <w:t>Cronus’s eyes returned to me, colder now. “And your King… left you to die in that cave. Yet your people still worship him.”</w:t>
      </w:r>
    </w:p>
    <w:p w14:paraId="579EAE1F" w14:textId="77777777" w:rsidR="001C4E2F" w:rsidRPr="001C4E2F" w:rsidRDefault="001C4E2F" w:rsidP="001C4E2F">
      <w:r w:rsidRPr="001C4E2F">
        <w:t>Something flared in my chest.</w:t>
      </w:r>
      <w:r w:rsidRPr="001C4E2F">
        <w:br/>
        <w:t>“He’s kept the villages safe,” I said, sharper than I intended. “Whatever his reasons, we’re alive because of him.”</w:t>
      </w:r>
    </w:p>
    <w:p w14:paraId="7D8AD1CB" w14:textId="77777777" w:rsidR="001C4E2F" w:rsidRPr="001C4E2F" w:rsidRDefault="001C4E2F" w:rsidP="001C4E2F">
      <w:r w:rsidRPr="001C4E2F">
        <w:t>Cronus’s expression darkened. “You think that’s mercy?”</w:t>
      </w:r>
    </w:p>
    <w:p w14:paraId="519F6696" w14:textId="77777777" w:rsidR="001C4E2F" w:rsidRPr="001C4E2F" w:rsidRDefault="001C4E2F" w:rsidP="001C4E2F">
      <w:r w:rsidRPr="001C4E2F">
        <w:t>His words dropped like stones.</w:t>
      </w:r>
    </w:p>
    <w:p w14:paraId="6B2F5C7C" w14:textId="77777777" w:rsidR="001C4E2F" w:rsidRPr="001C4E2F" w:rsidRDefault="001C4E2F" w:rsidP="001C4E2F">
      <w:r w:rsidRPr="001C4E2F">
        <w:t>“Humans were spared because you pose no threat. Not because you’re loved. Magic governs these realms—not men, and certainly not your King.”</w:t>
      </w:r>
    </w:p>
    <w:p w14:paraId="12FBF2A4" w14:textId="77777777" w:rsidR="001C4E2F" w:rsidRPr="001C4E2F" w:rsidRDefault="001C4E2F" w:rsidP="001C4E2F">
      <w:r w:rsidRPr="001C4E2F">
        <w:t>The truth burned, but I didn’t look away.</w:t>
      </w:r>
    </w:p>
    <w:p w14:paraId="66983F23" w14:textId="77777777" w:rsidR="001C4E2F" w:rsidRPr="001C4E2F" w:rsidRDefault="001C4E2F" w:rsidP="001C4E2F">
      <w:r w:rsidRPr="001C4E2F">
        <w:t>“I fought for your kind once,” he continued, voice quieter now. “I believed you deserved peace. But nothing in our world comes free. There’s always a cost.”</w:t>
      </w:r>
    </w:p>
    <w:p w14:paraId="79BB1F71" w14:textId="77777777" w:rsidR="001C4E2F" w:rsidRPr="001C4E2F" w:rsidRDefault="001C4E2F" w:rsidP="001C4E2F">
      <w:r w:rsidRPr="001C4E2F">
        <w:t>I felt it then—like something inside me had braced against a storm.</w:t>
      </w:r>
    </w:p>
    <w:p w14:paraId="1AB22A50" w14:textId="77777777" w:rsidR="001C4E2F" w:rsidRPr="001C4E2F" w:rsidRDefault="001C4E2F" w:rsidP="001C4E2F">
      <w:r w:rsidRPr="001C4E2F">
        <w:t>“Your power,” he said, “is finite. Every act of magic drains you. And one day, you’ll feel it—all of it. The ache. The hollowing. The risk.”</w:t>
      </w:r>
    </w:p>
    <w:p w14:paraId="400E0712" w14:textId="77777777" w:rsidR="001C4E2F" w:rsidRPr="001C4E2F" w:rsidRDefault="001C4E2F" w:rsidP="001C4E2F">
      <w:r w:rsidRPr="001C4E2F">
        <w:t>I swallowed, throat dry.</w:t>
      </w:r>
    </w:p>
    <w:p w14:paraId="7532065E" w14:textId="77777777" w:rsidR="001C4E2F" w:rsidRPr="001C4E2F" w:rsidRDefault="001C4E2F" w:rsidP="001C4E2F">
      <w:r w:rsidRPr="001C4E2F">
        <w:lastRenderedPageBreak/>
        <w:t>He leaned back. “The King didn’t protect you. He positioned you. Don’t confuse control with care.”</w:t>
      </w:r>
    </w:p>
    <w:p w14:paraId="1B2B3345" w14:textId="77777777" w:rsidR="001C4E2F" w:rsidRPr="001C4E2F" w:rsidRDefault="001C4E2F" w:rsidP="001C4E2F">
      <w:r w:rsidRPr="001C4E2F">
        <w:t>His words settled in me like ice.</w:t>
      </w:r>
      <w:r w:rsidRPr="001C4E2F">
        <w:br/>
        <w:t>But beneath the fear was something harder.</w:t>
      </w:r>
      <w:r w:rsidRPr="001C4E2F">
        <w:br/>
      </w:r>
      <w:r w:rsidRPr="001C4E2F">
        <w:rPr>
          <w:b/>
          <w:bCs/>
        </w:rPr>
        <w:t>Resolve.</w:t>
      </w:r>
    </w:p>
    <w:p w14:paraId="635A9FED" w14:textId="77777777" w:rsidR="001C4E2F" w:rsidRPr="001C4E2F" w:rsidRDefault="001C4E2F" w:rsidP="001C4E2F">
      <w:r w:rsidRPr="001C4E2F">
        <w:t>“Then teach me,” I said. “If I’m caught in this, I want to understand it.”</w:t>
      </w:r>
    </w:p>
    <w:p w14:paraId="26B63A57" w14:textId="77777777" w:rsidR="001C4E2F" w:rsidRPr="001C4E2F" w:rsidRDefault="001C4E2F" w:rsidP="001C4E2F">
      <w:r w:rsidRPr="001C4E2F">
        <w:t>He tilted his head slightly. Not mockery—surprise.</w:t>
      </w:r>
      <w:r w:rsidRPr="001C4E2F">
        <w:br/>
        <w:t>Vidar nodded once.</w:t>
      </w:r>
    </w:p>
    <w:p w14:paraId="37E8DD05" w14:textId="77777777" w:rsidR="001C4E2F" w:rsidRPr="001C4E2F" w:rsidRDefault="001C4E2F" w:rsidP="001C4E2F">
      <w:r w:rsidRPr="001C4E2F">
        <w:t>“Very well,” Cronus said. “But there’s no going back.”</w:t>
      </w:r>
    </w:p>
    <w:p w14:paraId="7B73D23E" w14:textId="77777777" w:rsidR="001C4E2F" w:rsidRPr="001C4E2F" w:rsidRDefault="001C4E2F" w:rsidP="001C4E2F">
      <w:r w:rsidRPr="001C4E2F">
        <w:t>“I’ve already started,” I said. I glanced at Vidar, searching his expression.</w:t>
      </w:r>
      <w:r w:rsidRPr="001C4E2F">
        <w:br/>
        <w:t>“I just need to survive it.”</w:t>
      </w:r>
    </w:p>
    <w:p w14:paraId="7D5E913E" w14:textId="77777777" w:rsidR="00121116" w:rsidRDefault="00AA3789">
      <w:r>
        <w:t>“I’m already a part of this world, whether I want to be or not,” I continued, my tone sharper now, determination slicing through my words. “I don’t think I have a choice anymore. So, teach me,” I demanded, my voice carrying an edge of defiance I didn’t entirely feel.</w:t>
      </w:r>
    </w:p>
    <w:p w14:paraId="2FF6EE23" w14:textId="77777777" w:rsidR="00121116" w:rsidRDefault="00AA3789">
      <w:r>
        <w:t>Cronus’s navy eyes locked onto mine, cutting through the layers of walls I had built to protect myself. There was a promise in his gaze—a silent vow that sent a shiver racing down my spine. That promise stirred something within me, something I hadn’t realized I’d been longing for: a sense of purpose. For the first time, there was meaning in my life, fragile but undeniable, like the first flicker of a flame.</w:t>
      </w:r>
    </w:p>
    <w:p w14:paraId="2F1A7CDF" w14:textId="77777777" w:rsidR="00121116" w:rsidRDefault="00AA3789">
      <w:r>
        <w:t>A fire ignited deep inside me—a burning desire for power unlike anything I’d ever felt. It was more than a craving; it was an insatiable hunger, a need that pulsed through my veins with each heartbeat. The power within me, once dormant, now surged to life, demanding to be unleashed. It whispered of strength, of freedom, of something far greater than I had ever dared to dream.</w:t>
      </w:r>
    </w:p>
    <w:p w14:paraId="26354DC8" w14:textId="77777777" w:rsidR="00121116" w:rsidRDefault="00AA3789">
      <w:r>
        <w:t>I could feel it awakening in my bones, in the very core of my being. It was as if my soul had been lying in wait for this moment, for this promise of power to set it ablaze. The darkness that had always lingered on the edges of my mind now felt like a source of strength, a well of energy that I could harness—if I only had the knowledge and the will.</w:t>
      </w:r>
    </w:p>
    <w:p w14:paraId="65F5B22B" w14:textId="77777777" w:rsidR="00121116" w:rsidRDefault="00AA3789">
      <w:r>
        <w:t>Cronus’s gaze never wavered, his eyes a mirror of the intensity roiling inside me. He understood—perhaps better than I did—the path I was stepping onto. This power I sought was dangerous, intoxicating, and I was teetering on the edge of something far greater than myself.</w:t>
      </w:r>
    </w:p>
    <w:p w14:paraId="1DC10486" w14:textId="77777777" w:rsidR="00121116" w:rsidRDefault="00AA3789">
      <w:r>
        <w:t>And yet, I didn’t care. Not entirely. For the first time, I felt alive. Truly alive. But that feeling came with a shadow of doubt, gnawing at the edges of my resolve. I didn’t know if this power was truly mine to wield, if I was capable of mastering it—or if it would consume me instead.</w:t>
      </w:r>
    </w:p>
    <w:p w14:paraId="10D7478C" w14:textId="77777777" w:rsidR="00121116" w:rsidRDefault="00AA3789">
      <w:r>
        <w:lastRenderedPageBreak/>
        <w:t>The path ahead was a tangle of uncertainty, and trust was a luxury I couldn’t afford. Not in the King. Not in Cronus. And perhaps not even in Vidar. The only thing I knew for certain was that I had to survive. If this power could help me escape, I would learn to wield it. I would absorb every lesson they had to teach, and when the time came, I would leave. Alone. I wouldn’t need their help—not once I knew enough to carve my own path. What I had been given—or cursed with—would be my salvation.</w:t>
      </w:r>
    </w:p>
    <w:p w14:paraId="03C9393B" w14:textId="77777777" w:rsidR="00C00311" w:rsidRPr="00C00311" w:rsidRDefault="00C00311" w:rsidP="00C00311">
      <w:r w:rsidRPr="00C00311">
        <w:t>Vidar’s voice broke through.</w:t>
      </w:r>
      <w:r w:rsidRPr="00C00311">
        <w:br/>
        <w:t>“Cronus is the King of Hyperborea.”</w:t>
      </w:r>
    </w:p>
    <w:p w14:paraId="59A54F58" w14:textId="77777777" w:rsidR="00C00311" w:rsidRPr="00C00311" w:rsidRDefault="00C00311" w:rsidP="00C00311">
      <w:r w:rsidRPr="00C00311">
        <w:t>Just that. No ceremony. No awe.</w:t>
      </w:r>
      <w:r w:rsidRPr="00C00311">
        <w:br/>
        <w:t>But the air around the table shifted.</w:t>
      </w:r>
    </w:p>
    <w:p w14:paraId="35E1C4AD" w14:textId="77777777" w:rsidR="00C00311" w:rsidRPr="00C00311" w:rsidRDefault="00C00311" w:rsidP="00C00311">
      <w:r w:rsidRPr="00C00311">
        <w:t>I didn’t react. Not outwardly.</w:t>
      </w:r>
      <w:r w:rsidRPr="00C00311">
        <w:br/>
        <w:t>But inside, something locked into place.</w:t>
      </w:r>
      <w:r w:rsidRPr="00C00311">
        <w:br/>
        <w:t>The way Cronus moved. The way others watched him. I had known.</w:t>
      </w:r>
      <w:r w:rsidRPr="00C00311">
        <w:br/>
        <w:t>But hearing it… made it real.</w:t>
      </w:r>
    </w:p>
    <w:p w14:paraId="3142F54B" w14:textId="77777777" w:rsidR="00C00311" w:rsidRPr="00C00311" w:rsidRDefault="00C00311" w:rsidP="00C00311">
      <w:r w:rsidRPr="00C00311">
        <w:t>Cronus gave a slight nod, still chewing, as if he hadn’t just changed the shape of the world.</w:t>
      </w:r>
    </w:p>
    <w:p w14:paraId="70C90CEB" w14:textId="77777777" w:rsidR="00C00311" w:rsidRPr="00C00311" w:rsidRDefault="00C00311" w:rsidP="00C00311">
      <w:r w:rsidRPr="00C00311">
        <w:t>I lowered my eyes to my plate. The carrots were soft, sweet, irrelevant.</w:t>
      </w:r>
      <w:r w:rsidRPr="00C00311">
        <w:br/>
        <w:t>A crown didn’t change what I felt.</w:t>
      </w:r>
      <w:r w:rsidRPr="00C00311">
        <w:br/>
        <w:t>The weight.</w:t>
      </w:r>
      <w:r w:rsidRPr="00C00311">
        <w:br/>
        <w:t>The pull.</w:t>
      </w:r>
    </w:p>
    <w:p w14:paraId="6C0188EE" w14:textId="77777777" w:rsidR="00C00311" w:rsidRPr="00C00311" w:rsidRDefault="00C00311" w:rsidP="00C00311">
      <w:r w:rsidRPr="00C00311">
        <w:t>What was I becoming?</w:t>
      </w:r>
    </w:p>
    <w:p w14:paraId="11EF1284" w14:textId="77777777" w:rsidR="00C00311" w:rsidRDefault="00C00311" w:rsidP="00C00311">
      <w:r w:rsidRPr="00C00311">
        <w:t>And how much of me would survive it?</w:t>
      </w:r>
    </w:p>
    <w:p w14:paraId="7B8CE0A7" w14:textId="77777777" w:rsidR="00C00311" w:rsidRDefault="00C00311" w:rsidP="00C00311"/>
    <w:p w14:paraId="120F57AB" w14:textId="09820207" w:rsidR="00C00311" w:rsidRPr="0095298B" w:rsidRDefault="00C00311" w:rsidP="00C00311">
      <w:pPr>
        <w:rPr>
          <w:b/>
          <w:bCs/>
          <w:sz w:val="28"/>
          <w:szCs w:val="28"/>
        </w:rPr>
      </w:pPr>
      <w:r w:rsidRPr="0095298B">
        <w:rPr>
          <w:b/>
          <w:bCs/>
          <w:sz w:val="28"/>
          <w:szCs w:val="28"/>
        </w:rPr>
        <w:t xml:space="preserve">CHAPTER </w:t>
      </w:r>
      <w:r w:rsidR="0095298B" w:rsidRPr="0095298B">
        <w:rPr>
          <w:b/>
          <w:bCs/>
          <w:sz w:val="28"/>
          <w:szCs w:val="28"/>
        </w:rPr>
        <w:t>#</w:t>
      </w:r>
    </w:p>
    <w:p w14:paraId="34772100" w14:textId="77777777" w:rsidR="00121116" w:rsidRDefault="00AA3789">
      <w:r>
        <w:t>I climbed the snowy hill, the wind slicing across my face like a blade. Cronus awaited me at the summit, alone. He stood with an aura of effortless command, his dark coat clinging to his powerful frame, his immaculate white hair slicked back without a single strand out of place. His hazy gray pants emphasized the strength in his thighs, and the only thing missing was a crown. He looked every inch the king he was—a powerful one. A large sword hung loosely from his belt, the hilt crowned with a gleaming charcoal stone that pulsed faintly, as though alive. The air around him was deathly cold, as if the very atmosphere feared to warm in his presence.</w:t>
      </w:r>
    </w:p>
    <w:p w14:paraId="5939CAD9" w14:textId="77777777" w:rsidR="00121116" w:rsidRDefault="00AA3789">
      <w:r>
        <w:t>I scanned the summit, searching for Vidar, but he was nowhere to be found. My chest tightened, my body shrinking beneath the weight of Cronus’s presence. The thought of facing Cronus without him sent a ripple of unease through me, but I forced my feet forward.</w:t>
      </w:r>
    </w:p>
    <w:p w14:paraId="1927DC79" w14:textId="77777777" w:rsidR="00121116" w:rsidRDefault="00AA3789">
      <w:r>
        <w:lastRenderedPageBreak/>
        <w:t>As I reached the summit, his smirk deepened. It wasn’t welcoming—it was cruel, as if he relished the tension crackling in the air between us. “Are you ready?” he asked, his voice low, laced with an edge I couldn’t name. I instinctively wrapped my arms around myself, the urge to hide surging through me, but I couldn’t move. My body screamed to flee, yet my feet remained rooted to the snow-packed ground.</w:t>
      </w:r>
    </w:p>
    <w:p w14:paraId="2941C82E" w14:textId="77777777" w:rsidR="00121116" w:rsidRDefault="00AA3789">
      <w:r>
        <w:t>I swallowed hard, my hands clenching at my sides. “Let’s just start and get this over with,” I said, my voice steady despite the tremor in my chest. My mistrust sharpened with every breath I took near him. Cronus felt like a predator circling its prey, calculating, waiting. I couldn’t shake the feeling that he was testing me—not just my powers, but something deeper.</w:t>
      </w:r>
    </w:p>
    <w:p w14:paraId="5BA9455B" w14:textId="77777777" w:rsidR="00121116" w:rsidRDefault="00AA3789">
      <w:r>
        <w:t>“No need to look so tense,” he said, taking a step closer. The air around him seemed colder, heavier, as though the world itself recoiled from his presence. “You won’t hurt me. I’m far beyond anything you could conjure.”</w:t>
      </w:r>
    </w:p>
    <w:p w14:paraId="07D69A31" w14:textId="77777777" w:rsidR="00121116" w:rsidRDefault="00AA3789">
      <w:r>
        <w:t>I forced a scoff, lifting my chin. “I never doubted that.”</w:t>
      </w:r>
    </w:p>
    <w:p w14:paraId="4EE5ED04" w14:textId="77777777" w:rsidR="00121116" w:rsidRDefault="00AA3789">
      <w:commentRangeStart w:id="6"/>
      <w:r>
        <w:t>His smirk curled higher, but his eyes stayed fixed on mine, unblinking. “Then why are you trembling?”</w:t>
      </w:r>
    </w:p>
    <w:p w14:paraId="65C29A87" w14:textId="0AFE06B3" w:rsidR="00121116" w:rsidRDefault="00AA3789">
      <w:r>
        <w:t>The question pierced through me, and I tightened my jaw. “What do you want me to do?” I asked, the words dripping with sarcasm. I bowed mockingly, though the fear in my chest coiled tighter.</w:t>
      </w:r>
      <w:commentRangeEnd w:id="6"/>
      <w:r w:rsidR="00F51EDC">
        <w:rPr>
          <w:rStyle w:val="CommentReference"/>
        </w:rPr>
        <w:commentReference w:id="6"/>
      </w:r>
    </w:p>
    <w:p w14:paraId="75AF1258" w14:textId="77777777" w:rsidR="00121116" w:rsidRDefault="00AA3789">
      <w:r>
        <w:t>Cronus raised an eyebrow, his gaze glinting with amusement. “Careful, Sky. Insolence won’t protect you.”</w:t>
      </w:r>
    </w:p>
    <w:p w14:paraId="585FA9FC" w14:textId="77777777" w:rsidR="00121116" w:rsidRDefault="00AA3789">
      <w:r>
        <w:t>“Neither will arrogance,” I shot back, the defiance in my tone surprising even me.</w:t>
      </w:r>
    </w:p>
    <w:p w14:paraId="690917AA" w14:textId="77777777" w:rsidR="00121116" w:rsidRDefault="00AA3789">
      <w:r>
        <w:t>His smirk faltered, replaced by a cold, unreadable expression. “You think you’re ready to learn?” he asked, his voice cutting through the air like the blade at his side. “Prove it.”</w:t>
      </w:r>
    </w:p>
    <w:p w14:paraId="1CDDBCE9" w14:textId="77777777" w:rsidR="00121116" w:rsidRDefault="00AA3789">
      <w:r>
        <w:t>The snow beneath my feet hardened into ice, the ground trembling as if the mountain itself answered his command. The air grew colder, biting into my skin, and the sky above darkened, the pale light swallowed by shadows.</w:t>
      </w:r>
    </w:p>
    <w:p w14:paraId="01A4FC8F" w14:textId="77777777" w:rsidR="00121116" w:rsidRDefault="00AA3789">
      <w:r>
        <w:t>“You want power,” Cronus said, his voice echoing with a resonance that sent shivers through me. “Then understand this: weakness is not tolerated in this world. You will not learn from comfort. You will not grow without pain. If you want to survive, you will face the truth.”</w:t>
      </w:r>
    </w:p>
    <w:p w14:paraId="3179991F" w14:textId="77777777" w:rsidR="00121116" w:rsidRDefault="00AA3789">
      <w:r>
        <w:t>The shadows surrounding him deepened, and before I could react, he was gone, his figure dissolving into the icy wind. The hill transformed around me, the snow shifting into jagged peaks and endless crevasses. The ice beneath my feet shimmered faintly, unnatural and alive.</w:t>
      </w:r>
    </w:p>
    <w:p w14:paraId="20F40352" w14:textId="77777777" w:rsidR="00121116" w:rsidRDefault="00AA3789">
      <w:r>
        <w:lastRenderedPageBreak/>
        <w:t>I took a hesitant step forward, the faint reflections in the ice catching my eye. Shapes twisted and warped beneath the surface—faces. A woman with eyes like mine, her expression etched with sorrow and determination. A man cloaked in shadows, his cruel smile curling as if he were watching me.</w:t>
      </w:r>
    </w:p>
    <w:p w14:paraId="4C302396" w14:textId="77777777" w:rsidR="00121116" w:rsidRDefault="00AA3789">
      <w:r>
        <w:t>The vision flickered and vanished, leaving me trembling. It wasn’t just the cold seeping into my bones that made me shiver—it was the weight of what I’d seen. The ice hadn’t simply reflected memories. It had shown me something real. Something inevitable.</w:t>
      </w:r>
    </w:p>
    <w:p w14:paraId="6DD21BED" w14:textId="77777777" w:rsidR="00121116" w:rsidRDefault="00AA3789">
      <w:r>
        <w:t>The wind howled, fierce and unrelenting, driving shards of ice into my face like tiny daggers. Each gust seemed to whisper of danger, daring me to take another step. My breath came in shallow bursts as I forced myself to move, each footfall cautious against the treacherous terrain. Beneath me, the ground cracked ominously, a low groan echoing through the frozen expanse.</w:t>
      </w:r>
    </w:p>
    <w:p w14:paraId="308640F2" w14:textId="77777777" w:rsidR="00121116" w:rsidRDefault="00AA3789">
      <w:r>
        <w:t>A sinking feeling clawed at my chest. The challenge had already begun. Cronus’s words echoed in my mind: You will not grow without pain. He hadn’t warned me, hadn’t prepared me for this. And yet, some part of me had known. The moment his shadow had vanished into the wind, I had known that I would face this alone.</w:t>
      </w:r>
    </w:p>
    <w:p w14:paraId="2976427B" w14:textId="77777777" w:rsidR="00121116" w:rsidRDefault="00AA3789">
      <w:r>
        <w:t>I took another step forward—and the ground gave way beneath me.</w:t>
      </w:r>
    </w:p>
    <w:p w14:paraId="38E135DC" w14:textId="77777777" w:rsidR="00121116" w:rsidRDefault="00AA3789">
      <w:r>
        <w:t>My heart leaped into my throat as I plummeted into darkness, icy walls flashing past me in a blur of pale blue. The air rushed around me, sharp and biting, before the walls tightened, and I slammed to a halt. My body wedged between two jagged walls of ice, the narrow crevasse pressing against me from all sides. Darkness swallowed everything, save for the faint shimmer of light reflecting off the icy walls.</w:t>
      </w:r>
    </w:p>
    <w:p w14:paraId="32DC1635" w14:textId="77777777" w:rsidR="00121116" w:rsidRDefault="00AA3789">
      <w:r>
        <w:t>My chest heaved, panic clawing at the edges of my mind, but I forced it back, gritting my teeth. My breaths came in short, ragged gasps, clouds of condensation vanishing into the void. The cold seeped into my bones, a relentless assault that threatened to sap every ounce of my strength.</w:t>
      </w:r>
    </w:p>
    <w:p w14:paraId="404CCE90" w14:textId="77777777" w:rsidR="00121116" w:rsidRDefault="00AA3789">
      <w:r>
        <w:t>This is a test, I reminded myself, Cronus’s voice a shadow in my mind. I can’t let him break me.</w:t>
      </w:r>
    </w:p>
    <w:p w14:paraId="5D9D45F3" w14:textId="77777777" w:rsidR="00121116" w:rsidRDefault="00AA3789">
      <w:r>
        <w:t>Desperation curled in my stomach, a primal urge to scream, to surrender to the crushing weight of the ice around me. But I didn’t. I couldn’t. I latched onto the feelings that had always kept me moving forward—anger at the King for abandoning me, rage at the deception that had shaped my life, the ache of loneliness that had become my constant companion.</w:t>
      </w:r>
    </w:p>
    <w:p w14:paraId="75915ABC" w14:textId="77777777" w:rsidR="00121116" w:rsidRDefault="00AA3789">
      <w:r>
        <w:t>Fear and misery coursed through my veins, sharp and biting. But I didn’t let them consume me. I let them burn.</w:t>
      </w:r>
    </w:p>
    <w:p w14:paraId="6452C7DE" w14:textId="77777777" w:rsidR="00121116" w:rsidRDefault="00AA3789">
      <w:r>
        <w:lastRenderedPageBreak/>
        <w:t>Memories rose to the surface, unbidden but welcome. The struggles I had endured, the injustices I had fought against, the pain that had shaped me. They weren’t weaknesses. They were fuel. They roiled inside me like a tempest, igniting a fire I hadn’t known still burned.</w:t>
      </w:r>
    </w:p>
    <w:p w14:paraId="56CA8D4D" w14:textId="77777777" w:rsidR="00121116" w:rsidRDefault="00AA3789">
      <w:r>
        <w:t>I clenched my fists, teeth grinding as I focused on that fire. The ice around me groaned, faint cracks spidering through its surface. I felt it—the raw, searing heat building within me, not gentle or comforting, but fierce and unyielding. This power didn’t come from hope. It came from the darkest parts of me, forged in anger and pain.</w:t>
      </w:r>
    </w:p>
    <w:p w14:paraId="339BB444" w14:textId="77777777" w:rsidR="00121116" w:rsidRDefault="00AA3789">
      <w:r>
        <w:t>The ice shuddered and splintered, and the crevasse widened just enough to give me room to move. I clawed at the walls, muscles screaming in protest as I dragged myself forward. Inch by inch, I fought against the crushing weight, the raw power of my emotions forcing the ice to yield. My fingers bled against the jagged edges, but I didn’t stop. I couldn’t stop.</w:t>
      </w:r>
    </w:p>
    <w:p w14:paraId="775F60C1" w14:textId="77777777" w:rsidR="00121116" w:rsidRDefault="00AA3789">
      <w:r>
        <w:t>The walls groaned louder, as if resisting my will, but they gave way under the relentless force of the heat surging through me. Each movement sent shards of ice raining down, the crevasse trembling as if the mountain itself recognized the fury I wielded.</w:t>
      </w:r>
    </w:p>
    <w:p w14:paraId="210FB3F7" w14:textId="77777777" w:rsidR="00121116" w:rsidRDefault="00AA3789">
      <w:r>
        <w:t>With one final push, I broke free.</w:t>
      </w:r>
    </w:p>
    <w:p w14:paraId="7277DB47" w14:textId="77777777" w:rsidR="00121116" w:rsidRDefault="00AA3789">
      <w:r>
        <w:t>I collapsed onto the snow, gasping for air, the freezing wind tearing at my face. My body shook with exhaustion, every muscle screaming, but I didn’t care. I had made it. I had survived.</w:t>
      </w:r>
    </w:p>
    <w:p w14:paraId="7B2416BE" w14:textId="77777777" w:rsidR="00121116" w:rsidRDefault="00AA3789">
      <w:r>
        <w:t>The sky above was still dark, the wind still howling, but for the first time, I didn’t feel its bite. The fire within me still burned, faint but steady, a reminder of what I was becoming.</w:t>
      </w:r>
    </w:p>
    <w:p w14:paraId="32898337" w14:textId="77777777" w:rsidR="00121116" w:rsidRDefault="00AA3789">
      <w:r>
        <w:t>Cronus reappeared, his form unraveling from the shadows as if he had been part of them all along. He stood over me, his expression carved from stone—cold, unreadable. “You survived,” he said, his tone carrying a faint thread of approval. But his approval wasn’t a comfort. It was a double-edged sword, a reminder that survival was only the bare minimum in his eyes. He expected more. Demanded more.</w:t>
      </w:r>
    </w:p>
    <w:p w14:paraId="607BA920" w14:textId="77777777" w:rsidR="00121116" w:rsidRDefault="00AA3789">
      <w:r>
        <w:t>The fire inside me stirred in response, flickering like an ember fighting against the cold. It wasn’t a comforting warmth—it was sharp, volatile, a force I had barely begun to understand. Yet it demanded as much from me as Cronus did, urging me forward even as my body screamed in protest.</w:t>
      </w:r>
    </w:p>
    <w:p w14:paraId="031409CB" w14:textId="77777777" w:rsidR="00121116" w:rsidRDefault="00AA3789">
      <w:r>
        <w:t>“Why do you care so much about helping me?” The question slipped out before I could stop it, my voice raw and hoarse. “Why me?”</w:t>
      </w:r>
    </w:p>
    <w:p w14:paraId="32C86A11" w14:textId="77777777" w:rsidR="00121116" w:rsidRDefault="00AA3789">
      <w:r>
        <w:t xml:space="preserve">Cronus’s gaze sharpened, his midnight-blue eyes narrowing as they bore into mine. The weight of his attention made my chest tighten, as if the air around me had frozen solid. “Because you’re worth it,” he said, his words simple but heavy with conviction. His voice, steady and measured, carried a certainty that unsettled me. “And because, whether you like it or not, your choices will shape more than just yourself. But don’t mistake survival for </w:t>
      </w:r>
      <w:r>
        <w:lastRenderedPageBreak/>
        <w:t>victory. It’s only the first step. You must learn to thrive. To dominate. That is the only way to wield the power within you.”</w:t>
      </w:r>
    </w:p>
    <w:p w14:paraId="4D99E64B" w14:textId="77777777" w:rsidR="00121116" w:rsidRDefault="00AA3789">
      <w:r>
        <w:t>His words struck something deep within me—fear, perhaps, or understanding. I forced myself to stand, every muscle in my body screaming in protest. The freezing wind bit at my skin, but I pushed past the pain. “I will,” I said, my voice firm despite the exhaustion that clawed at the edges of my resolve. “I’ll learn. Whatever it takes.”</w:t>
      </w:r>
    </w:p>
    <w:p w14:paraId="2424AD1B" w14:textId="77777777" w:rsidR="00121116" w:rsidRDefault="00AA3789">
      <w:r>
        <w:t>Cronus studied me for a long moment, his expression as inscrutable as ever. Then he nodded, a faint motion that carried a weight far beyond its simplicity. “We shall see,” he said, his voice darker now, laced with something that made my stomach twist. “But remember, Sky—the greatest challenge lies not in what I set before you, but in what you must overcome within yourself.”</w:t>
      </w:r>
    </w:p>
    <w:p w14:paraId="2E11A0D4" w14:textId="77777777" w:rsidR="00121116" w:rsidRDefault="00AA3789">
      <w:r>
        <w:t>He turned without another word, his figure a shadow against the endless white. The wind howled around me as he walked away, leaving me alone once more. The cold gnawed at my bones, the darkness pressing down on me like a weight I couldn’t shake. The crushing loneliness remained, but it was joined by something else—a grim resolve, cold and unyielding. It wasn’t hope that stirred within me. It was the bitter clarity that survival was a battle, and I was only beginning to grasp its depth.</w:t>
      </w:r>
    </w:p>
    <w:p w14:paraId="7553AB72" w14:textId="77777777" w:rsidR="00121116" w:rsidRDefault="00AA3789">
      <w:r>
        <w:t>The path ahead was brutal, likely more so than I could comprehend, but there was no alternative. There was no light at the end, no salvation waiting to embrace me. Only the certainty of more pain, more struggle. And in that certainty, I found acceptance. I would endure. I would learn. Because I had to.</w:t>
      </w:r>
    </w:p>
    <w:p w14:paraId="25E52ABA" w14:textId="77777777" w:rsidR="00121116" w:rsidRDefault="00AA3789">
      <w:r>
        <w:t>The thought gnawed at me, growing sharper with every passing moment. Cronus’s help couldn’t be born from curiosity. There was more to his motives than he let on, and the weight of that unknown made my skin prickle with unease. My feet, numb and icy, moved before I could think better of it. I rushed down the hill after him, my breaths sharp and uneven as the wind fought to push me back. “Why are you helping me?” I shouted, my voice barely carrying through the biting gale.</w:t>
      </w:r>
    </w:p>
    <w:p w14:paraId="63A4F437" w14:textId="77777777" w:rsidR="00121116" w:rsidRDefault="00AA3789">
      <w:r>
        <w:t>Cronus halted. His back was a rigid, imposing line against the white expanse, unmoving even as the storm clawed at him. The wind picked up, sending a flurry of snow into my face. I blinked rapidly, my vision blurring as the cold bit into my cheeks. When I reached him, he turned slowly, his midnight-blue eyes cutting through me as sharply as any blade.</w:t>
      </w:r>
    </w:p>
    <w:p w14:paraId="4A39C93B" w14:textId="77777777" w:rsidR="00121116" w:rsidRDefault="00AA3789">
      <w:r>
        <w:t>I stopped, my breath catching as I forced myself to meet his gaze. Small flakes of snow clung to my lashes, melting against my skin as I struggled to steady my voice. “Why are you helping me?” I asked again, my tone firmer, more demanding this time.</w:t>
      </w:r>
    </w:p>
    <w:p w14:paraId="25E9C1D0" w14:textId="77777777" w:rsidR="00121116" w:rsidRDefault="00AA3789">
      <w:r>
        <w:t>He smirked, the snow swirling around him as if it dared not touch him. “Let’s just say that even a king has debts to repay,” he said, his tone casual, though it carried an undercurrent I couldn’t quite grasp. The vivid navy of his eyes cut through the white expanse, cold yet unrelenting, a reminder of the power that lingered beneath his composed exterior.</w:t>
      </w:r>
    </w:p>
    <w:p w14:paraId="13BD1930" w14:textId="77777777" w:rsidR="00121116" w:rsidRDefault="00AA3789">
      <w:r>
        <w:lastRenderedPageBreak/>
        <w:t>I searched his gaze, desperate to understand his true intentions, but they revealed nothing. “And I’m curious,” he continued, his voice lowering to something darker, almost troubled, “how a human like you was able to absorb that kind of magic.”</w:t>
      </w:r>
    </w:p>
    <w:p w14:paraId="587C0AFF" w14:textId="77777777" w:rsidR="00121116" w:rsidRDefault="00AA3789">
      <w:r>
        <w:t>His words hung in the icy air between us, heavy with unspoken implications. This wasn’t just about a favor to a friend; this was something deeper, something far more dangerous. His curiosity wasn’t idle—it was calculated, a blade honed to cut through the layers of truth I hadn’t even begun to uncover.</w:t>
      </w:r>
    </w:p>
    <w:p w14:paraId="29BEBA32" w14:textId="77777777" w:rsidR="00121116" w:rsidRDefault="00AA3789">
      <w:r>
        <w:t>“I was the one, wasn’t I?” The words spilled out before I could stop them, the thought that had been gnawing at the edges of my mind finally breaking free. “Rainer, the card’s test of faith. I picked the one he needed. For whatever reason, I possess what he desires. And you knew it.” My voice trembled, though I fought to keep it steady. I had never referred to the King by his name before, but now, he felt too close, too personal to remain a distant figure. “You’re not here to fulfill a debt. You’re here because you need to know why Rainer has played this game.”</w:t>
      </w:r>
    </w:p>
    <w:p w14:paraId="14F9D6AD" w14:textId="77777777" w:rsidR="00121116" w:rsidRDefault="00AA3789">
      <w:r>
        <w:t>Cronus didn’t flinch. “Yes,” he said, his voice calm and unwavering, as if he had been waiting for me to realize this. My chest tightened at his blunt admission. He wasn’t hiding anything—not from me, at least. “But this stays between us,” he added, his tone dropping as he leaned in, his shadow stretching over me like a dark omen.</w:t>
      </w:r>
    </w:p>
    <w:p w14:paraId="4FAD5B67" w14:textId="77777777" w:rsidR="00121116" w:rsidRDefault="00AA3789">
      <w:r>
        <w:t>His gaze held mine, piercing and unyielding, as he measured his next words. “Rainer is not who he appears to be,” he said, his voice steady, each word deliberate. “You may see him as a ruler who has kept peace, who has ensured the survival of your people. But that’s only half the story. There are those within the Hecate realms who would see him dethroned—cast out from the position he has held for centuries.”</w:t>
      </w:r>
    </w:p>
    <w:p w14:paraId="48984CDE" w14:textId="77777777" w:rsidR="00121116" w:rsidRDefault="00AA3789">
      <w:r>
        <w:t>A cold shiver ran down my spine, but I didn’t let it show. “Why?” I asked, my voice steadier than I felt. “What could he have done to make his own people turn against him?”</w:t>
      </w:r>
    </w:p>
    <w:p w14:paraId="15C9C14F" w14:textId="77777777" w:rsidR="00121116" w:rsidRDefault="00AA3789">
      <w:r>
        <w:t>Cronus’s expression darkened, his lips curling into the faintest trace of a grim smile. “Rainer has ruled the largest territory in this world, but the way he holds that power is in question. He’s drained the land, used its resources—its magic—to maintain his dominance, while others starve and struggle. You’ve seen it. You’ve lived it. And then there’s the island…”</w:t>
      </w:r>
    </w:p>
    <w:p w14:paraId="7809B34F" w14:textId="77777777" w:rsidR="00121116" w:rsidRDefault="00AA3789">
      <w:r>
        <w:t>“The island?” I repeated, the words catching in my throat.</w:t>
      </w:r>
    </w:p>
    <w:p w14:paraId="2730E612" w14:textId="77777777" w:rsidR="00121116" w:rsidRDefault="00AA3789">
      <w:r>
        <w:t>“Asine Island,” Cronus said, his voice dropping to a whisper, as though the very name carried a curse. “It’s the only place where the boundaries between our world and others are thin. A place of unimaginable power, tapped into by the brave—or the reckless. The cave you emerged from is tied to it, a gateway to something far greater than anyone can comprehend. And it’s that power that keeps him untouchable. Fear keeps his enemies dormant.”</w:t>
      </w:r>
    </w:p>
    <w:p w14:paraId="19F70A7F" w14:textId="77777777" w:rsidR="00121116" w:rsidRDefault="00AA3789">
      <w:r>
        <w:lastRenderedPageBreak/>
        <w:t>I tried to process his words, but the weight of them made the ground beneath me feel unsteady. “So, what do you want from me?” I asked, my voice barely audible.</w:t>
      </w:r>
    </w:p>
    <w:p w14:paraId="355A6854" w14:textId="77777777" w:rsidR="00121116" w:rsidRDefault="00AA3789">
      <w:r>
        <w:t>Cronus stepped closer, his presence heavy and overwhelming. “I need to know why Rainer chose you, Sky. What makes you different? What is it that you possess that even he cannot grasp? And if there’s a way to dethrone him, I need to know if you are the key.” His words landed like a blow, their gravity pulling at the fragile pieces of my resolve. Why had Rainer chosen me? And what did it mean for who I was—or who I was supposed to become?</w:t>
      </w:r>
    </w:p>
    <w:p w14:paraId="68612F36" w14:textId="77777777" w:rsidR="00121116" w:rsidRDefault="00AA3789">
      <w:r>
        <w:t>The shadows around us seemed to deepen as my thoughts spiraled, my chest tightening under the weight of a responsibility I had never asked for. “What if I don’t know?” I asked, my voice trembling. “What if there’s nothing special about me?”</w:t>
      </w:r>
    </w:p>
    <w:p w14:paraId="735D1C81" w14:textId="77777777" w:rsidR="00121116" w:rsidRDefault="00AA3789">
      <w:r>
        <w:t>Cronus’s smirk returned, a flicker of cold amusement lighting his gaze. “Oh, there’s something,” he said, his tone almost mocking. “Whether you see it yet or not, the rest of us do. And when you finally figure it out…” He leaned in closer, his breath cold against my skin, his next words a promise and a warning. “The question isn’t whether you’ll use it. It’s who you’ll use it for.”</w:t>
      </w:r>
    </w:p>
    <w:p w14:paraId="561B84A9" w14:textId="77777777" w:rsidR="00121116" w:rsidRDefault="00AA3789">
      <w:r>
        <w:t>His words lingered in the air, their weight pressing down on me like the chill of the mountain wind. The full reality of my situation began to settle over me—whatever power I held, whatever I was capable of, it wasn’t just about survival anymore. It was about something larger. Something far more dangerous.</w:t>
      </w:r>
    </w:p>
    <w:p w14:paraId="78BD34B6" w14:textId="77777777" w:rsidR="00121116" w:rsidRDefault="00AA3789">
      <w:r>
        <w:t>I wasn’t just a pawn in Rainer’s game; I was a potential weapon in a war I hadn’t even known existed.</w:t>
      </w:r>
    </w:p>
    <w:p w14:paraId="0D9C2AD9" w14:textId="77777777" w:rsidR="00121116" w:rsidRDefault="00AA3789">
      <w:r>
        <w:t>And the most terrifying part was that I had no idea whose side I was really on.</w:t>
      </w:r>
    </w:p>
    <w:p w14:paraId="3B247CB5" w14:textId="77777777" w:rsidR="00121116" w:rsidRDefault="00AA3789">
      <w:r>
        <w:t>~Next Chapter</w:t>
      </w:r>
    </w:p>
    <w:p w14:paraId="01D0F63D" w14:textId="77777777" w:rsidR="00121116" w:rsidRDefault="00AA3789">
      <w:r>
        <w:t>The fire crackled softly in the hearth, its warmth spreading through the room in gentle waves. I sat in one of the large, cushioned chairs, the velvety fabric soft against my skin. The events of the day clung to me, heavy and unrelenting. My muscles ached, my thoughts spun in endless loops, and yet, somehow, the stillness of the room seeped into me, dulling the edges of my turmoil.</w:t>
      </w:r>
    </w:p>
    <w:p w14:paraId="48832467" w14:textId="77777777" w:rsidR="00121116" w:rsidRDefault="00AA3789">
      <w:r>
        <w:t>Vidar sat across from me, silent. His presence was calm, grounding even—a quiet counterbalance to the storm raging within me.</w:t>
      </w:r>
    </w:p>
    <w:p w14:paraId="6A185DA2" w14:textId="77777777" w:rsidR="00121116" w:rsidRDefault="00AA3789">
      <w:r>
        <w:t>I wasn’t sure how long we had been sitting there, the silence stretching between us like an invisible thread. Shadows danced along the walls, the firelight painting flickering shapes across the room. My gaze stayed fixed on the flames, watching them leap and twist as though they held answers to questions I hadn’t yet dared to ask.</w:t>
      </w:r>
    </w:p>
    <w:p w14:paraId="43CCF501" w14:textId="77777777" w:rsidR="00121116" w:rsidRDefault="00AA3789">
      <w:r>
        <w:lastRenderedPageBreak/>
        <w:t>And yet, despite my focus on the fire, I was keenly aware of Vidar. Of the steady rhythm of his breathing. Of the quiet gravity he brought to the space, like a weight that wasn’t burdensome, but grounding.</w:t>
      </w:r>
    </w:p>
    <w:p w14:paraId="28E00972" w14:textId="77777777" w:rsidR="00121116" w:rsidRDefault="00AA3789">
      <w:r>
        <w:t>It was strange. Unsettling, even. Normally, I would be on edge in a moment like this, hyper-aware of every sound, every movement, every potential threat. It was instinct—my armor against a world that had shown me no mercy. But here, in this room, with Vidar sitting across from me, that sharp edge was dulled. As though it had been wrapped in a blanket and set aside.</w:t>
      </w:r>
    </w:p>
    <w:p w14:paraId="35D72B56" w14:textId="77777777" w:rsidR="00121116" w:rsidRDefault="00AA3789">
      <w:r>
        <w:t>The realization made me stiffen, confusion gnawing at the edges of my thoughts. Why did I feel… safer around him? The word itself felt foreign, as though it didn’t belong in my vocabulary. Safety was a luxury, an illusion I couldn’t afford to chase. And yet, as I sat there, listening to the crackle of the fire and the rhythm of Vidar’s breathing, I couldn’t deny the faint sense of calm that had crept into my chest.</w:t>
      </w:r>
    </w:p>
    <w:p w14:paraId="1AA662AD" w14:textId="77777777" w:rsidR="00121116" w:rsidRDefault="00AA3789">
      <w:r>
        <w:t>I clenched my fists, trying to ground myself in the discomfort of this unfamiliar feeling. But the more I fought it, the more it seeped into me, like warmth settling deep into my bones. I stole a glance at Vidar, expecting to find something in his demeanor to set me back on edge—a sharpness, a reminder of the world I lived in.</w:t>
      </w:r>
    </w:p>
    <w:p w14:paraId="7C2457EB" w14:textId="77777777" w:rsidR="00121116" w:rsidRDefault="00AA3789">
      <w:r>
        <w:t>But he just sat there, calm and composed, his eyes half-closed as if lost in thought. He didn’t speak, didn’t press me to break the silence. It was as though he was content just to share the space, without filling it with words or expectations.</w:t>
      </w:r>
    </w:p>
    <w:p w14:paraId="194DC0BE" w14:textId="77777777" w:rsidR="00121116" w:rsidRDefault="00AA3789">
      <w:r>
        <w:t>And that, more than anything, unsettled me. His calmness, his quiet presence, made it hard to keep my walls intact. I wasn’t used to this—to not needing to defend every inch of myself. To not needing to brace for the next attack. It felt wrong. Dangerous, even. Like I was letting something slip through the cracks.</w:t>
      </w:r>
    </w:p>
    <w:p w14:paraId="56E801ED" w14:textId="77777777" w:rsidR="00121116" w:rsidRDefault="00AA3789">
      <w:r>
        <w:t>A soft sigh escaped my lips before I could stop it. I blinked, realizing with a jolt that I had relaxed into the chair. My shoulders were no longer tense. My fists had unclenched. The fire’s warmth wasn’t the only thing easing the knots in my muscles.</w:t>
      </w:r>
    </w:p>
    <w:p w14:paraId="1D9ED730" w14:textId="77777777" w:rsidR="00121116" w:rsidRDefault="00AA3789">
      <w:r>
        <w:t>It was him.</w:t>
      </w:r>
    </w:p>
    <w:p w14:paraId="71B20A1A" w14:textId="77777777" w:rsidR="00121116" w:rsidRDefault="00AA3789">
      <w:r>
        <w:t>That thought terrified me more than any danger I’d faced before.</w:t>
      </w:r>
    </w:p>
    <w:p w14:paraId="563A7417" w14:textId="77777777" w:rsidR="00121116" w:rsidRDefault="00AA3789">
      <w:r>
        <w:t>What did it mean, to feel this way around him? Was it weakness? A crack in the armor I had spent my entire life building? Or was it something else? Something I couldn’t name, buried beneath the layers of fear and pain I carried with me like a second skin.</w:t>
      </w:r>
    </w:p>
    <w:p w14:paraId="1B847EE2" w14:textId="77777777" w:rsidR="00121116" w:rsidRDefault="00AA3789">
      <w:r>
        <w:t>I glanced at Vidar again, searching for something in his calm, unreadable expression. But there was nothing to find. He remained as he was—a quiet force of nature, unaffected by the storm swirling inside me.</w:t>
      </w:r>
    </w:p>
    <w:p w14:paraId="4504667D" w14:textId="77777777" w:rsidR="00121116" w:rsidRDefault="00AA3789">
      <w:r>
        <w:lastRenderedPageBreak/>
        <w:t>And for the first time in as long as I could remember, I didn’t know what to do with the silence. I didn’t know how to fill it.</w:t>
      </w:r>
    </w:p>
    <w:p w14:paraId="54DCA0B3" w14:textId="77777777" w:rsidR="00121116" w:rsidRDefault="00AA3789">
      <w:r>
        <w:t>So, I let it be.</w:t>
      </w:r>
    </w:p>
    <w:p w14:paraId="2F0DE452" w14:textId="77777777" w:rsidR="00121116" w:rsidRDefault="00AA3789">
      <w:r>
        <w:t>I let the quiet settle around us like a blanket, soft and heavy. And for a fleeting moment, I allowed myself to feel the warmth of the fire. To feel the strange, confusing comfort of not being alone.</w:t>
      </w:r>
    </w:p>
    <w:p w14:paraId="42FCE9D7" w14:textId="77777777" w:rsidR="00121116" w:rsidRDefault="00AA3789">
      <w:r>
        <w:t>~ Next Chapter</w:t>
      </w:r>
    </w:p>
    <w:p w14:paraId="7BA3C4F4" w14:textId="77777777" w:rsidR="00121116" w:rsidRDefault="00AA3789">
      <w:r>
        <w:t>I found myself back in the library, searching for more. I couldn’t sleep; the quietness of the night seemed to make me more awake. I ran my fingers across the hard-covered books, each one a gateway to knowledge, until my hand stopped on one randomly. The title etched in silver letters caught my eye: Powers of Hecate.</w:t>
      </w:r>
    </w:p>
    <w:p w14:paraId="54C7BB67" w14:textId="77777777" w:rsidR="00121116" w:rsidRDefault="00AA3789">
      <w:r>
        <w:t>Curiosity piqued, I pulled the book from the shelf, feeling the weight of it in my hands.</w:t>
      </w:r>
    </w:p>
    <w:p w14:paraId="0D6D3484" w14:textId="77777777" w:rsidR="00121116" w:rsidRDefault="00AA3789">
      <w:r>
        <w:t>I flipped through the book’s pages, my fingers tracing the intricate illustrations until one image caught my eye. I froze, captivated by the woman depicted on the page. Her beauty was striking, but it was the cold, almost unnerving allure that held my attention. A silver crown rested heavily on her head, as if it bore the weight of unimaginable power. She wore a large white cape, made from the fur of some majestic beast—fur unlike anything I’d ever seen before.</w:t>
      </w:r>
    </w:p>
    <w:p w14:paraId="3184541E" w14:textId="77777777" w:rsidR="00121116" w:rsidRDefault="00AA3789">
      <w:r>
        <w:t>Her hair, nearly silver, cascaded over her shoulders in smooth waves, framing a face that was both sharp and void of any warmth. She stood with an air of dominance, a presence that seemed to radiate off the page, as if the very ink couldn’t contain it. Her dress, plunging dangerously low, revealed alabaster skin that contrasted sharply with the large crystal pendant hanging between her breasts. The crystal shimmered ominously, almost as if it held a life of its own.</w:t>
      </w:r>
    </w:p>
    <w:p w14:paraId="3C9BC429" w14:textId="77777777" w:rsidR="00121116" w:rsidRDefault="00AA3789">
      <w:r>
        <w:t>Her eyes, piercing silver and devoid of any emotion, seemed to stare beyond the confines of the page, as if looking directly into me—or through me. There was something about her expression, or the lack thereof, that sent a chill down my spine. She was Ayla, born from the ashes, the first of the Hecate. A being not of this world, balancing forces I could barely comprehend. Even in illustration, she was daunting, an embodiment of cold, unyielding power.</w:t>
      </w:r>
    </w:p>
    <w:p w14:paraId="3EC13AC0" w14:textId="77777777" w:rsidR="00121116" w:rsidRDefault="00AA3789">
      <w:r>
        <w:t>Ayla, the First Hecate, was born from the ashes of a world in chaos, her very existence a testament to the delicate balance of power she was destined to maintain. She possessed a chilling allure, a coldness that radiated from her being, seeping into the lands she walked upon. Her presence was feared, not just by humans, but by all who sensed the overwhelming power she carried.</w:t>
      </w:r>
    </w:p>
    <w:p w14:paraId="15F7BA22" w14:textId="77777777" w:rsidR="00121116" w:rsidRDefault="00AA3789">
      <w:r>
        <w:t xml:space="preserve">For a time, she wandered the lands alone, seeking a place where she might belong, but the humans, frightened by her power, shunned her. They built walls around their villages, </w:t>
      </w:r>
      <w:r>
        <w:lastRenderedPageBreak/>
        <w:t>enacted strict laws, and forbade anyone from approaching the home she had built for herself on the far side of the forest. Her dwelling, surrounded by eternal snow and enchanted blue flowers, was a place of both beauty and death—the flowers, though lovely, were deadly to humans who wandered too close.</w:t>
      </w:r>
    </w:p>
    <w:p w14:paraId="5BAC70C8" w14:textId="77777777" w:rsidR="00121116" w:rsidRDefault="00AA3789">
      <w:r>
        <w:t>Ayla’s isolation deepened, her heart growing colder with each passing year. But one day, a young man named Ambrose dared to venture through the forest and into her land. Unlike the others, he did not cower before her; instead, he was intrigued by the mystery of her kind. Though Ayla initially greeted him with suspicion and hostility, hoping to scare him away, Ambrose persisted. He laid down his weapons, offering her no harm, and slowly, her fierce eyes softened.</w:t>
      </w:r>
    </w:p>
    <w:p w14:paraId="016F9EF9" w14:textId="77777777" w:rsidR="00121116" w:rsidRDefault="00AA3789">
      <w:r>
        <w:t>Ambrose never returned to his village. He remained with Ayla, and over time, they fell deeply in love. Together, they had four children—three sons and one daughter—each gifted with a part of Ayla’s formidable abilities. The sons inherited powers over ice, while the daughter and one son wielded the power of flame.</w:t>
      </w:r>
    </w:p>
    <w:p w14:paraId="323262AA" w14:textId="77777777" w:rsidR="00121116" w:rsidRDefault="00AA3789">
      <w:r>
        <w:t>But their happiness was short-lived. One fateful day, while hunting near the human villages, Ambrose was captured. Tortured for information about Ayla, he refused to betray her and died a brutal death at the hands of the villagers. The news of his demise plunged Ayla into a darkness from which she never emerged. Consumed by grief and rage, she unleashed her fury upon the humans, burning their villages to the ground.</w:t>
      </w:r>
    </w:p>
    <w:p w14:paraId="51FFF40B" w14:textId="77777777" w:rsidR="00121116" w:rsidRDefault="00AA3789">
      <w:r>
        <w:t>In their desperation, the human king’s army sought a way to end her reign of terror. After countless failed attempts and the loss of thousands of men, a warrior named Ezekiel succeeded where others had not. Armed with a sword forged from the crystals of a mystical cave—a cave said to house a soul of great evil—Ezekiel pierced Ayla’s heart. The crystals in the sword were imbued with magic, enough to weaken Ayla’s power. She fell, her life ending as the sword plunged through her heart.</w:t>
      </w:r>
    </w:p>
    <w:p w14:paraId="634218A2" w14:textId="77777777" w:rsidR="00121116" w:rsidRDefault="00AA3789">
      <w:r>
        <w:t>Ezekiel’s victory, however, was short-lived. Ayla’s daughter avenged her mother by boiling Ezekiel’s bones until he was reduced to nothing but dust. The sword that killed Ayla vanished shortly thereafter, its whereabouts unknown to this day.</w:t>
      </w:r>
    </w:p>
    <w:p w14:paraId="79B7DDB5" w14:textId="77777777" w:rsidR="00121116" w:rsidRDefault="00AA3789">
      <w:r>
        <w:t>Ayla’s children, left to mourn their mother, built a new world for the Hecate. They established a fragile peace with the humans, an agreement that held for centuries. But the lands were eventually torn apart by war, dividing them into four realms. The book closes on this note, leaving the fate of Ayla’s children shrouded in mystery. Did they survive the war? What became of the world they built? These questions linger, unanswered, as the last pages of the chapter turn to blank.</w:t>
      </w:r>
    </w:p>
    <w:p w14:paraId="1DC1674F" w14:textId="77777777" w:rsidR="00121116" w:rsidRDefault="00AA3789">
      <w:r>
        <w:t>Yawning with exhaustion from my mind having to focus deeply on each word, I closed my eyes. Dosing off.</w:t>
      </w:r>
    </w:p>
    <w:p w14:paraId="1FA51399" w14:textId="77777777" w:rsidR="00121116" w:rsidRDefault="00AA3789">
      <w:r>
        <w:t>~~</w:t>
      </w:r>
    </w:p>
    <w:p w14:paraId="1AED9C84" w14:textId="77777777" w:rsidR="00121116" w:rsidRDefault="00AA3789">
      <w:r>
        <w:lastRenderedPageBreak/>
        <w:t>I woke to the pale light of dawn spilling through the library windows, casting a cold, silver glow across the room. The fire had long since burned down to embers, their faint orange light swallowed by the icy morning air. My body shivered against the chill, the stiffness in my limbs a reminder of how I’d fallen asleep—slumped in the chair, vulnerable, exposed.</w:t>
      </w:r>
    </w:p>
    <w:p w14:paraId="289A35D1" w14:textId="77777777" w:rsidR="00121116" w:rsidRDefault="00AA3789">
      <w:r>
        <w:t>The disorientation clawed at me as I blinked and sat up, my gaze scanning the shadows that still clung to the room. The towering shelves loomed overhead, the faded spines of ancient books watching like silent sentinels. I pressed my hands into the armrests, trying to shake the fog from my mind, when I caught the flicker of movement in the corner of my vision.</w:t>
      </w:r>
    </w:p>
    <w:p w14:paraId="3F0F5FCD" w14:textId="77777777" w:rsidR="00121116" w:rsidRDefault="00AA3789">
      <w:r>
        <w:t>Vidar stood in the doorway, his silhouette framed by the faint morning light spilling into the room. His arms were crossed, and though his posture was relaxed, there was something sharp in the way his eyes lingered on me. A smirk tugged at the corner of his mouth, though it didn’t quite reach his eyes.</w:t>
      </w:r>
    </w:p>
    <w:p w14:paraId="4BDB233F" w14:textId="77777777" w:rsidR="00121116" w:rsidRDefault="00AA3789">
      <w:r>
        <w:t>“Didn’t expect to find you here,” he said, his voice low and deliberate. The faint amusement in his tone was disarming, but there was something beneath it—something measured, as though he were testing my reaction.</w:t>
      </w:r>
    </w:p>
    <w:p w14:paraId="30E417AE" w14:textId="77777777" w:rsidR="00121116" w:rsidRDefault="00AA3789">
      <w:r>
        <w:t>I straightened in the chair, brushing sleep from my eyes as if that might also shake the discomfort of his gaze. “I lost track of time,” I said, my voice rasping slightly. The words felt weak, and I hated that they did.</w:t>
      </w:r>
    </w:p>
    <w:p w14:paraId="396D485A" w14:textId="77777777" w:rsidR="00121116" w:rsidRDefault="00AA3789">
      <w:r>
        <w:t>Vidar stepped into the room, the light catching the sharp lines of his face. His presence filled the space, and though he moved with casual ease, I couldn’t shake the sense that he was studying me, analyzing me as though I were some puzzle he was determined to solve.</w:t>
      </w:r>
    </w:p>
    <w:p w14:paraId="307D6BE1" w14:textId="77777777" w:rsidR="00121116" w:rsidRDefault="00AA3789">
      <w:r>
        <w:t>“You must’ve been more tired than you thought,” he remarked, his tone softening slightly, though his words carried a faint edge. “The library isn’t the most comfortable place to rest. But I suppose it served its purpose.”</w:t>
      </w:r>
    </w:p>
    <w:p w14:paraId="56A05FA4" w14:textId="77777777" w:rsidR="00121116" w:rsidRDefault="00AA3789">
      <w:r>
        <w:t>There was no reproach in his voice, yet the statement felt loaded, as though he saw something in my exhaustion that I hadn’t intended to reveal. I forced a shrug, trying to ignore the way his words pressed into me. “It was fine,” I said, though my body ached with stiffness and the lingering cold of the room.</w:t>
      </w:r>
    </w:p>
    <w:p w14:paraId="61820CAA" w14:textId="77777777" w:rsidR="00121116" w:rsidRDefault="00AA3789">
      <w:r>
        <w:t>Vidar moved closer, his steps unhurried but deliberate, and I felt the air shift around him. The room, which had felt vast and imposing only moments ago, seemed to shrink under his quiet gravity. He stopped a few paces from me, his gaze unwavering. “You should get proper rest, Sky. The days ahead will demand everything you have.”</w:t>
      </w:r>
    </w:p>
    <w:p w14:paraId="552CB9C9" w14:textId="77777777" w:rsidR="00121116" w:rsidRDefault="00AA3789">
      <w:r>
        <w:t>The words weren’t just advice—they were a warning. I could hear it in the way his tone dipped, the weight of his words settling over me like a leaden blanket. My chest tightened under the pressure of his presence, but I refused to look away, even as his eyes seemed to strip away every defense I had.</w:t>
      </w:r>
    </w:p>
    <w:p w14:paraId="2FE040AB" w14:textId="77777777" w:rsidR="00121116" w:rsidRDefault="00AA3789">
      <w:r>
        <w:lastRenderedPageBreak/>
        <w:t>“I’ll be fine,” I said, though the words felt hollow even to me. There was no conviction in them, only a fragile defiance that cracked under the intensity of his gaze.</w:t>
      </w:r>
    </w:p>
    <w:p w14:paraId="491DA222" w14:textId="77777777" w:rsidR="00121116" w:rsidRDefault="00AA3789">
      <w:r>
        <w:t>For a moment, neither of us spoke. The silence stretched between us, heavy and electric. His expression didn’t change, but something flickered in his eyes—something unreadable, but undeniably sharp. It wasn’t pity or concern; it was something colder, more calculating. And yet, beneath it, I thought I caught the faintest glimmer of something else. Something softer.</w:t>
      </w:r>
    </w:p>
    <w:p w14:paraId="10E1CD2B" w14:textId="77777777" w:rsidR="00121116" w:rsidRDefault="00AA3789">
      <w:r>
        <w:t>“You think you’re fine now,” he said at last, his voice quieter but no less intense. “But you’re not ready for what’s coming.”</w:t>
      </w:r>
    </w:p>
    <w:p w14:paraId="4188A3CB" w14:textId="77777777" w:rsidR="00121116" w:rsidRDefault="00AA3789">
      <w:r>
        <w:t>I swallowed hard, the knot in my throat tightening. There was no malice in his words, but they cut all the same. And the worst part was that I couldn’t argue. I wasn’t ready. Not for whatever was coming. Not for the storm I could feel brewing just out of reach.</w:t>
      </w:r>
    </w:p>
    <w:p w14:paraId="32006CED" w14:textId="77777777" w:rsidR="00121116" w:rsidRDefault="00AA3789">
      <w:r>
        <w:t>He stepped back then, his gaze softening just slightly, though the weight of his presence remained. “Come,” he said, his voice still low but carrying a quiet authority. “You need rest.”</w:t>
      </w:r>
    </w:p>
    <w:p w14:paraId="555F9331" w14:textId="77777777" w:rsidR="00121116" w:rsidRDefault="00AA3789">
      <w:r>
        <w:t>Reluctantly, I pushed myself to my feet, my legs protesting with the ache of too many hours spent in the same position. As we left the library, the cold air of the corridor bit at my skin, though it was nothing compared to the weight that lingered in my chest. I stole a glance at Vidar as we walked, his stride confident but unhurried, his expression as composed as ever.</w:t>
      </w:r>
    </w:p>
    <w:p w14:paraId="4E9EA980" w14:textId="77777777" w:rsidR="00121116" w:rsidRDefault="00AA3789">
      <w:r>
        <w:t>When we reached my room, he paused at the door, turning to face me. For a moment, his gaze softened, though his eyes still held that quiet intensity that unsettled me. “Get some sleep,” he said, his voice quieter now, almost a whisper. “You’ll need it.”</w:t>
      </w:r>
    </w:p>
    <w:p w14:paraId="37D96027" w14:textId="77777777" w:rsidR="00121116" w:rsidRDefault="00AA3789">
      <w:r>
        <w:t>There was something unspoken in his words, something that made my stomach twist with unease. I met his gaze, searching for an answer, for some hint of what he wasn’t saying. But his expression betrayed nothing. He gave me a small nod and turned away, his footsteps fading into the shadows of the hallway.</w:t>
      </w:r>
    </w:p>
    <w:p w14:paraId="294A8B0A" w14:textId="77777777" w:rsidR="00121116" w:rsidRDefault="00AA3789">
      <w:r>
        <w:t>I stood there for a moment, my hand resting on the doorframe as the quiet settled around me once more. Vidar’s presence lingered, even in his absence, curling around the edges of my thoughts like smoke. It wasn’t just his words that had left an impression—it was the way he carried them, the unshakable certainty that seemed to define him.</w:t>
      </w:r>
    </w:p>
    <w:p w14:paraId="2BC4D46D" w14:textId="77777777" w:rsidR="00121116" w:rsidRDefault="00AA3789">
      <w:r>
        <w:t>And yet, that certainty only deepened the questions gnawing at my mind. Why did he care? Why did I feel this way around him—a strange mix of safety and unease, as though he were both a shield and a blade?</w:t>
      </w:r>
    </w:p>
    <w:p w14:paraId="3916329D" w14:textId="77777777" w:rsidR="00121116" w:rsidRDefault="00AA3789">
      <w:r>
        <w:t>I stepped into my room and closed the door behind me, leaning against it as I let out a shaky breath. The exhaustion pulled at me like a tide, and I sank onto the bed, though sleep didn’t come easily. Vidar’s words echoed in my mind, accompanied by the quiet, unreadable intensity of his gaze. There was a warning there, and though I didn’t yet know what it meant, I couldn’t shake the sense that it had been meant for more than just me.</w:t>
      </w:r>
    </w:p>
    <w:p w14:paraId="23A082C9" w14:textId="77777777" w:rsidR="00121116" w:rsidRDefault="00AA3789">
      <w:r>
        <w:lastRenderedPageBreak/>
        <w:t>~ Next Chapter</w:t>
      </w:r>
    </w:p>
    <w:p w14:paraId="5FC61303" w14:textId="77777777" w:rsidR="00121116" w:rsidRDefault="00AA3789">
      <w:r>
        <w:t>I was running, eternally in the dark. Snow crunched under my boots, each step heavier than the last. The cold air ripped through my lungs, leaving them raw, and my body ached with every movement. But I kept going, driven by the fear that snapped at my heels—fear of something unseen, but undeniably there, lurking in the shadows just out of sight.</w:t>
      </w:r>
    </w:p>
    <w:p w14:paraId="4CD44A8F" w14:textId="77777777" w:rsidR="00121116" w:rsidRDefault="00AA3789">
      <w:r>
        <w:t>I glanced over my shoulder, the darkness swallowing everything behind me. There was no sign of pursuit, but the feeling was there, crawling beneath my skin, tightening my chest. The world around me was vast yet claustrophobic, the sky hidden behind thick clouds, the ground stretching on endlessly, a barren white wasteland. Trees, twisted and skeletal, jutted out from the snow like gnarled claws, but even they offered no sanctuary.</w:t>
      </w:r>
    </w:p>
    <w:p w14:paraId="073D1C15" w14:textId="77777777" w:rsidR="00121116" w:rsidRDefault="00AA3789">
      <w:r>
        <w:t>My legs felt heavy as if they were sinking into the earth itself. I struggled to keep moving, my breath coming in ragged gasps that hung in the frigid air like smoke. There was no direction, no sense of where I was going, only the desperate need to keep running, to stay ahead of whatever hunted me.</w:t>
      </w:r>
    </w:p>
    <w:p w14:paraId="4E6AF3B9" w14:textId="77777777" w:rsidR="00121116" w:rsidRDefault="00AA3789">
      <w:r>
        <w:t>Suddenly, the ground beneath my feet shifted, the snow seeming to fall away. My steps faltered, and I felt myself sinking—sinking into nothingness. I clawed at the air, trying to find my balance, but there was nothing to hold on to. The world around me blurred, twisting into something unrecognizable, the trees distorting into jagged shapes, the sky swirling like a whirlpool of shadows.</w:t>
      </w:r>
    </w:p>
    <w:p w14:paraId="7814CC7B" w14:textId="77777777" w:rsidR="00121116" w:rsidRDefault="00AA3789">
      <w:r>
        <w:t>And then, just as quickly, it all snapped back into focus.</w:t>
      </w:r>
    </w:p>
    <w:p w14:paraId="50F58770" w14:textId="77777777" w:rsidR="00121116" w:rsidRDefault="00AA3789">
      <w:r>
        <w:t>I was no longer running. The snow was gone. I stood at the edge of a cliff, the world below me a churning sea of darkness. The wind whipped violently, howling in my ears, pulling at my clothes and hair as if it wanted to drag me into the abyss.</w:t>
      </w:r>
    </w:p>
    <w:p w14:paraId="7659BE28" w14:textId="77777777" w:rsidR="00121116" w:rsidRDefault="00AA3789">
      <w:r>
        <w:t>I staggered back from the edge, heart pounding, trying to make sense of where I was. The fear that had chased me was gone, but something far worse took its place—an overwhelming sense of wrongness. This place… it wasn’t real. It couldn’t be. But every sensation was sharp, too vivid to be a dream. My skin tingled, and the cold that bit into me was far too real.</w:t>
      </w:r>
    </w:p>
    <w:p w14:paraId="6BE10901" w14:textId="77777777" w:rsidR="00121116" w:rsidRDefault="00AA3789">
      <w:r>
        <w:t>Then, a voice—a voice that cut through the chaos like a blade.</w:t>
      </w:r>
    </w:p>
    <w:p w14:paraId="33234A99" w14:textId="77777777" w:rsidR="00121116" w:rsidRDefault="00AA3789">
      <w:r>
        <w:t>"Running won't help you, Sky."</w:t>
      </w:r>
    </w:p>
    <w:p w14:paraId="6BF1A453" w14:textId="77777777" w:rsidR="00121116" w:rsidRDefault="00AA3789">
      <w:r>
        <w:t>I froze. Cronus. His voice echoed from everywhere and nowhere all at once. I spun around, searching for him, but the landscape was empty. Nothing but the cliff at my back and the endless void stretching before me.</w:t>
      </w:r>
    </w:p>
    <w:p w14:paraId="3039EEB4" w14:textId="77777777" w:rsidR="00121116" w:rsidRDefault="00AA3789">
      <w:r>
        <w:t>"Do you understand yet?" Cronus’s voice was calm, but there was a sharpness beneath it, a challenge. "You can run all you want, but it will get you nowhere. The real power is learning how to face what hunts you."</w:t>
      </w:r>
    </w:p>
    <w:p w14:paraId="39872E42" w14:textId="77777777" w:rsidR="00121116" w:rsidRDefault="00AA3789">
      <w:r>
        <w:lastRenderedPageBreak/>
        <w:t>A gust of wind pushed me forward, my toes precariously close to the edge of the cliff. My heart thundered in my chest. Was this real? Was this another test?</w:t>
      </w:r>
    </w:p>
    <w:p w14:paraId="12065CAA" w14:textId="77777777" w:rsidR="00121116" w:rsidRDefault="00AA3789">
      <w:r>
        <w:t>"Stop hiding," Cronus whispered, his voice carrying on the wind. "Stop running. Face what lies within you, or you will never escape."</w:t>
      </w:r>
    </w:p>
    <w:p w14:paraId="191DB290" w14:textId="77777777" w:rsidR="00121116" w:rsidRDefault="00AA3789">
      <w:r>
        <w:t>The ground trembled beneath me, cracks spider-webbing through the stone at my feet. Panic clawed at me, but I fought to keep control. I couldn’t fall into the fear. Not now.</w:t>
      </w:r>
    </w:p>
    <w:p w14:paraId="2357F8C2" w14:textId="77777777" w:rsidR="00121116" w:rsidRDefault="00AA3789">
      <w:r>
        <w:t>“Stop!” I shouted into the void, overwhelmed, my voice swallowed by the wind. But no answer came. Only the growing sense that I was teetering on the edge of something far greater than I could comprehend.</w:t>
      </w:r>
    </w:p>
    <w:p w14:paraId="00EEF808" w14:textId="77777777" w:rsidR="00121116" w:rsidRDefault="00AA3789">
      <w:r>
        <w:t>My hands clenched into fists. This wasn’t just a test. This was a lesson, one Cronus had designed to push me to my limits. If I didn’t find a way out of this—if I didn’t find the strength to control what was inside me—I would fall. And there would be no waking from it this time.</w:t>
      </w:r>
    </w:p>
    <w:p w14:paraId="6AADFE4E" w14:textId="77777777" w:rsidR="00121116" w:rsidRDefault="00AA3789">
      <w:r>
        <w:t>I closed my eyes, steadying my breath. I had to find the power, the energy I knew was buried deep within me. I couldn’t rely on anyone else here. Not Vidar, not Cronus. It had to come from me, or I would be lost in this nightmare forever.</w:t>
      </w:r>
    </w:p>
    <w:p w14:paraId="3001E768" w14:textId="77777777" w:rsidR="00121116" w:rsidRDefault="00AA3789">
      <w:r>
        <w:t>The wind roared louder, the ground shaking harder, but I blocked it all out, forcing myself to focus. I reached inside, to the part of me that had always been there, waiting to be unleashed.</w:t>
      </w:r>
    </w:p>
    <w:p w14:paraId="54174364" w14:textId="77777777" w:rsidR="00121116" w:rsidRDefault="00AA3789">
      <w:r>
        <w:t>And slowly, I began to feel it. The warmth, the fire within me, building and pushing back against the cold that surrounded me.</w:t>
      </w:r>
    </w:p>
    <w:p w14:paraId="1B813F87" w14:textId="77777777" w:rsidR="00121116" w:rsidRDefault="00AA3789">
      <w:r>
        <w:t>I wasn’t running anymore. Steadiness settled beneath me, a grounding force that only made the addictive pull of power more intense. The sensation was exhilarating, like nothing I’d ever experienced—a rush of energy that I could feel coursing through every vein. I let the fire inside me erupt, seeking out that intoxicating surge, the euphoria that came with unleashing the power.</w:t>
      </w:r>
    </w:p>
    <w:p w14:paraId="486EDC9C" w14:textId="77777777" w:rsidR="00121116" w:rsidRDefault="00AA3789">
      <w:r>
        <w:t>The wind died down, and with it, everything around me was swallowed by darkness. It was as if the very world had been consumed by the energy I had released. For a moment, I felt unstoppable, until the energy drained from me completely, leaving behind an empty, dizzying void.</w:t>
      </w:r>
    </w:p>
    <w:p w14:paraId="601219D9" w14:textId="77777777" w:rsidR="00121116" w:rsidRDefault="00AA3789">
      <w:r>
        <w:t>When I opened my eyes, the scene around me was nothing short of devastation. I inhaled sharply, smoke filling my lungs and burning my throat. The once towering, unyielding pine trees were reduced to smoldering ash, blackened remnants of what they had been. The air was thick with the acrid stench of destruction.</w:t>
      </w:r>
    </w:p>
    <w:p w14:paraId="3176771E" w14:textId="77777777" w:rsidR="00121116" w:rsidRDefault="00AA3789">
      <w:r>
        <w:t xml:space="preserve">Panic set in as the reality of what I had done sank in. My hands trembled as I brought them to my mouth, muffling the gasp that escaped. “W-why would you let me do this?” I </w:t>
      </w:r>
      <w:r>
        <w:lastRenderedPageBreak/>
        <w:t>whispered, my voice cracking under the weight of the horror I felt. Betrayal and disbelief twisted inside me, mingling with the fading echoes of the power that had surged so strongly just moments before.</w:t>
      </w:r>
    </w:p>
    <w:p w14:paraId="28C49935" w14:textId="77777777" w:rsidR="00121116" w:rsidRDefault="00AA3789">
      <w:r>
        <w:t>“Because it was the only way.” His voice was eerily calm, as if the inferno around us was nothing more than a passing breeze. He stood there, untouched by the devastation, not a speck of ash or a single burn marking him. It was as if the chaos had simply bent around him, leaving him pristine, unaffected.</w:t>
      </w:r>
    </w:p>
    <w:p w14:paraId="193661E5" w14:textId="77777777" w:rsidR="00121116" w:rsidRDefault="00AA3789">
      <w:r>
        <w:t>“For what?” I spat, my voice trembling despite my efforts to steady it. “For me to lose control and destroy everything in sight? To kill these trees?”</w:t>
      </w:r>
    </w:p>
    <w:p w14:paraId="56564749" w14:textId="77777777" w:rsidR="00121116" w:rsidRDefault="00AA3789">
      <w:r>
        <w:t>“Yes,” he replied, his tone unwavering. “It was worth it for you to feel the power surge through your veins, to experience the burn that sears your very bones, and the explosive relief that follows. You needed to reach that breaking point, to see what happens when you unleash your power without restraint.”</w:t>
      </w:r>
    </w:p>
    <w:p w14:paraId="46F9A518" w14:textId="77777777" w:rsidR="00121116" w:rsidRDefault="00AA3789">
      <w:r>
        <w:t>He began to walk toward me, each step deliberate, exuding an aura of unwavering confidence that chilled my blood. The closer he came, the more my remaining strength seemed to wither under the weight of his presence. It was as though he carried with him the void, a presence so consuming that it threatened to smother any life still flickering within me.</w:t>
      </w:r>
    </w:p>
    <w:p w14:paraId="723F60EF" w14:textId="77777777" w:rsidR="00121116" w:rsidRDefault="00AA3789">
      <w:r>
        <w:t>“Now, Sky, you must learn to control it. Wield it with intention, let it become an extension of your will,” he said, his navy eyes locking onto mine with an intensity that sent a chill through me. His breath was cool against my skin as he spoke, and I squared my shoulders, trying to regain a sense of control.</w:t>
      </w:r>
    </w:p>
    <w:p w14:paraId="04769B27" w14:textId="77777777" w:rsidR="00121116" w:rsidRDefault="00AA3789">
      <w:r>
        <w:t>I felt the weight of his gaze pulling at me, dragging my emotions to the surface. My features fell, the mask I usually wore slipping away, leaving me exposed. His stare seemed to strip away the defenses I’d built, leaving me vulnerable to the storm that raged within me. Yet, there was a strange power in that vulnerability, a force I didn’t fully understand but couldn’t ignore.</w:t>
      </w:r>
    </w:p>
    <w:p w14:paraId="552AD10D" w14:textId="77777777" w:rsidR="00121116" w:rsidRDefault="00AA3789">
      <w:r>
        <w:t>Cronus’s hand gripped my shoulder with an intensity that sent a shiver down my spine, not of fear, but of cold, calculated force. His presence was overwhelming, his voice like the chill of steel against my skin. “Strength means nothing if you can’t control it,” he said, each word measured, precise. “You must learn to wield this power with intent, or it will turn on you.”</w:t>
      </w:r>
    </w:p>
    <w:p w14:paraId="66A2CE2A" w14:textId="77777777" w:rsidR="00121116" w:rsidRDefault="00AA3789">
      <w:r>
        <w:t>The weight of his words pressed down on me, but I forced myself to stand firm. This power was new, a raw force I didn’t fully understand, but I wasn’t ready to believe it would break me. I couldn’t afford to. My thoughts were a swirl of confusion and defiance, my gaze locked onto his, searching for any sign that this was a test I could pass.</w:t>
      </w:r>
    </w:p>
    <w:p w14:paraId="0ECC176C" w14:textId="77777777" w:rsidR="00121116" w:rsidRDefault="00AA3789">
      <w:r>
        <w:t xml:space="preserve">Cronus’s eyes bore into mine, unyielding and inscrutable. He didn’t offer comfort or reassurance—only the stark reality of what lay ahead. “This isn’t about you, Sky,” he </w:t>
      </w:r>
      <w:r>
        <w:lastRenderedPageBreak/>
        <w:t>continued, his voice dropping to a near whisper, cold as winter’s breath. “Your power, your choices—they will decide more than you realize. You don’t have the luxury of doubt.”</w:t>
      </w:r>
    </w:p>
    <w:p w14:paraId="46AB4EDE" w14:textId="77777777" w:rsidR="00121116" w:rsidRDefault="00AA3789">
      <w:r>
        <w:t>I felt a knot tighten in my stomach, but I couldn’t let it show. There was no turning back from this. I didn’t understand the full extent of what I was capable of, but I had to believe I could control it. I had to believe that I could survive whatever this was, because the alternative was unthinkable.</w:t>
      </w:r>
    </w:p>
    <w:p w14:paraId="34FD832D" w14:textId="77777777" w:rsidR="00121116" w:rsidRDefault="00AA3789">
      <w:r>
        <w:t>“Then teach me, instead of throwing me into these games.” I said, my voice low but steady, carrying the determination I needed to hold onto. This wasn’t about asking for help—it was about demanding it, forcing my way through the fear and into whatever came next.</w:t>
      </w:r>
    </w:p>
    <w:p w14:paraId="7C9E17BB" w14:textId="77777777" w:rsidR="00121116" w:rsidRDefault="00AA3789">
      <w:r>
        <w:t>For a moment, Cronus simply stared at me, as if calculating the odds of my survival. Then, without a word, he released my shoulder and took a step back, his expression as unreadable as ever. He didn’t nod, didn’t acknowledge my resolve—he simply faded, his form dissolving into swirling plumes of charcoal smoke that drifted away on the cold breeze.</w:t>
      </w:r>
    </w:p>
    <w:p w14:paraId="58015E96" w14:textId="77777777" w:rsidR="00121116" w:rsidRDefault="00AA3789">
      <w:r>
        <w:t>And just like that, he was gone.</w:t>
      </w:r>
    </w:p>
    <w:p w14:paraId="479691DC" w14:textId="77777777" w:rsidR="00121116" w:rsidRDefault="00AA3789">
      <w:r>
        <w:t>I was alone, standing in the middle of a scorched wasteland, the trees around me still smoldering from the fire I had unleashed. The air was thick with the scent of ash and burning wood, the ground beneath my feet hot and cracked. The silence was suffocating, a stark contrast to the chaos that had raged here moments before.</w:t>
      </w:r>
    </w:p>
    <w:p w14:paraId="766677F0" w14:textId="77777777" w:rsidR="00121116" w:rsidRDefault="00AA3789">
      <w:r>
        <w:t>I took a slow, measured breath, the reality of what had just happened settling in like a lead weight in my chest. The fear was still there, simmering beneath the surface, but so was something else—something harder, more resolute.</w:t>
      </w:r>
    </w:p>
    <w:p w14:paraId="54143C48" w14:textId="77777777" w:rsidR="00121116" w:rsidRDefault="00AA3789">
      <w:r>
        <w:t>I had to believe I could do this. I had to.</w:t>
      </w:r>
    </w:p>
    <w:p w14:paraId="27596701" w14:textId="77777777" w:rsidR="00121116" w:rsidRDefault="00AA3789">
      <w:r>
        <w:t>~</w:t>
      </w:r>
    </w:p>
    <w:p w14:paraId="2BD16AD4" w14:textId="77777777" w:rsidR="00121116" w:rsidRDefault="00AA3789">
      <w:r>
        <w:t>“Are you going to let Cronus take over what you promised to help me with?” I asked, my voice sharper than I intended, though a note of hesitation slipped through.</w:t>
      </w:r>
    </w:p>
    <w:p w14:paraId="1BFC1C36" w14:textId="77777777" w:rsidR="00121116" w:rsidRDefault="00AA3789">
      <w:r>
        <w:t>Vidar didn’t flinch. His gaze remained fixed on the hazy night sky outside the window, the faint glow of the moon barely cutting through the thick clouds. “No,” he replied, his tone low, even, almost dispassionate.</w:t>
      </w:r>
    </w:p>
    <w:p w14:paraId="31D30B40" w14:textId="77777777" w:rsidR="00121116" w:rsidRDefault="00AA3789">
      <w:r>
        <w:t>“Then where have you been?” I pressed, frustration edging into my words. I couldn’t keep the bite out of my voice, not when I felt like I was being left to flounder under Cronus’s methods.</w:t>
      </w:r>
    </w:p>
    <w:p w14:paraId="0863629B" w14:textId="77777777" w:rsidR="00121116" w:rsidRDefault="00AA3789">
      <w:r>
        <w:t>“He knows more than I do,” Vidar said calmly, still facing the window. His silhouette was a dark shape against the faint light, his features obscured by shadow. “His methods may be harsh, but they’ll teach you the quickest.”</w:t>
      </w:r>
    </w:p>
    <w:p w14:paraId="67CA8B4E" w14:textId="77777777" w:rsidR="00121116" w:rsidRDefault="00AA3789">
      <w:r>
        <w:lastRenderedPageBreak/>
        <w:t>“His ways are going to kill me—or worse, someone else!” I snapped, my voice rising with the tension that coiled tighter in my chest. But Vidar remained perfectly still, his presence unshaken by my outburst.</w:t>
      </w:r>
    </w:p>
    <w:p w14:paraId="604F159D" w14:textId="77777777" w:rsidR="00121116" w:rsidRDefault="00AA3789">
      <w:r>
        <w:t>The calm radiating from him only stoked the fire in me. How could he stand there, so unaffected, while I struggled to hold myself together? His silence felt like an answer in itself, one that left me feeling raw and exposed.</w:t>
      </w:r>
    </w:p>
    <w:p w14:paraId="54FCFF8D" w14:textId="77777777" w:rsidR="00121116" w:rsidRDefault="00AA3789">
      <w:r>
        <w:t>Finally, he turned, his movements slow and deliberate. His features emerged from the shadows as though carved from stone, the dim light catching the sharp angles of his face. His ocean-blue eyes, normally so piercing, seemed muted in the darkness, reflecting only the faintest glimmer of light from outside. Yet even in their subdued state, they pinned me in place.</w:t>
      </w:r>
    </w:p>
    <w:p w14:paraId="08E4A40F" w14:textId="77777777" w:rsidR="00121116" w:rsidRDefault="00AA3789">
      <w:r>
        <w:t>“He won’t kill you,” Vidar said, his voice as steady as ever. “He knows how to push you to your limits. That’s the only way you’ll learn.”</w:t>
      </w:r>
    </w:p>
    <w:p w14:paraId="46769323" w14:textId="77777777" w:rsidR="00121116" w:rsidRDefault="00AA3789">
      <w:r>
        <w:t>His words should have reassured me, but they didn’t. Instead, they pressed down on me, heavy and unrelenting. Something in his tone—something too calm, too certain—made my frustration ebb, replaced by a growing unease.</w:t>
      </w:r>
    </w:p>
    <w:p w14:paraId="4DF78EB0" w14:textId="77777777" w:rsidR="00121116" w:rsidRDefault="00AA3789">
      <w:r>
        <w:t>I opened my mouth to argue, but the words caught in my throat. The weight of his gaze was too much, and the tension coiled within me began to loosen, unraveling as if by an unseen force. It wasn’t relief, exactly. It was something closer to surrender, a quiet acceptance I hadn’t meant to give.</w:t>
      </w:r>
    </w:p>
    <w:p w14:paraId="2D29E223" w14:textId="77777777" w:rsidR="00121116" w:rsidRDefault="00AA3789">
      <w:r>
        <w:t>The room fell silent, the air thick with the unsaid. For a moment, there was stillness—a fragile peace that settled over me like the faintest touch of warmth in the cold. But it was too unfamiliar, too dangerous. My instincts flared, and I pulled back, retreating into the familiar chaos of my thoughts. I couldn’t afford to let my guard down, not with Vidar, not with anyone.</w:t>
      </w:r>
    </w:p>
    <w:p w14:paraId="3AD51748" w14:textId="77777777" w:rsidR="00121116" w:rsidRDefault="00AA3789">
      <w:r>
        <w:t>Still, the moment lingered, a ghost of calm that I couldn’t quite shake. It unnerved me how easily he could strip away my defenses, how effortlessly he reached into the spaces I kept hidden.</w:t>
      </w:r>
    </w:p>
    <w:p w14:paraId="1BEAF256" w14:textId="77777777" w:rsidR="00121116" w:rsidRDefault="00AA3789">
      <w:r>
        <w:t>I forced myself to speak, my voice softer now, laced with vulnerability I hated showing. “Then at least teach me how to fleet,” I said, the words coming out almost like a plea. “I could use that… please.”</w:t>
      </w:r>
    </w:p>
    <w:p w14:paraId="1F5F842B" w14:textId="77777777" w:rsidR="00121116" w:rsidRDefault="00AA3789">
      <w:r>
        <w:t>Vidar’s gaze softened—not much, but enough to catch me off guard. He studied me for a long moment before he gave a small nod. “Okay,” he said simply.</w:t>
      </w:r>
    </w:p>
    <w:p w14:paraId="2E5E1E91" w14:textId="77777777" w:rsidR="00121116" w:rsidRDefault="00AA3789">
      <w:r>
        <w:t>His agreement came so easily, so unexpectedly, that it left me momentarily stunned. “Okay?” I echoed, disbelief slipping into my tone. “What do I have to do?”</w:t>
      </w:r>
    </w:p>
    <w:p w14:paraId="6BC77C50" w14:textId="77777777" w:rsidR="00121116" w:rsidRDefault="00AA3789">
      <w:r>
        <w:lastRenderedPageBreak/>
        <w:t>He stepped closer, his movements unhurried, his presence filling the space between us. The faintest scent of lavender drifted toward me, carried on a breeze that seemed to follow him. It was an odd contrast to the tension that still clung to the air, but somehow, it fit.</w:t>
      </w:r>
    </w:p>
    <w:p w14:paraId="5EF8E885" w14:textId="77777777" w:rsidR="00121116" w:rsidRDefault="00AA3789">
      <w:r>
        <w:t>“Firstly,” he said, his voice steady, deliberate, “you can’t fleet over short distances. It has to be far.”</w:t>
      </w:r>
    </w:p>
    <w:p w14:paraId="0DFD200B" w14:textId="77777777" w:rsidR="00121116" w:rsidRDefault="00AA3789">
      <w:r>
        <w:t>“In between rooms?” I asked, searching his face for confirmation.</w:t>
      </w:r>
    </w:p>
    <w:p w14:paraId="42C304C9" w14:textId="77777777" w:rsidR="00121116" w:rsidRDefault="00AA3789">
      <w:r>
        <w:t>He shook his head, the motion subtle but definitive. “No. Not to places that are connected. Not to anywhere you can see. It has to be somewhere distant—somewhere you’ve seen before, a place you can picture clearly in your mind. If you can’t visualize it, you won’t reach it. And you can’t fleet to somewhere you’ve never been.”</w:t>
      </w:r>
    </w:p>
    <w:p w14:paraId="4E9B751A" w14:textId="77777777" w:rsidR="00121116" w:rsidRDefault="00AA3789">
      <w:r>
        <w:t>His words settled over me like a weight, the reality of what he was saying slowly sinking in. Fleeting wasn’t a simple escape; it was a skill that demanded precision, focus, and control. It wasn’t just about magic—it was about discipline. And discipline was something I’d always struggled with.</w:t>
      </w:r>
    </w:p>
    <w:p w14:paraId="3CE8375E" w14:textId="77777777" w:rsidR="00121116" w:rsidRDefault="00AA3789">
      <w:r>
        <w:t>“Show me,” I said, my voice firmer now, the softness replaced by a growing determination. “I’m ready.”</w:t>
      </w:r>
    </w:p>
    <w:p w14:paraId="33A0F195" w14:textId="77777777" w:rsidR="00121116" w:rsidRDefault="00AA3789">
      <w:r>
        <w:t>Vidar’s gaze darkened slightly, his expression unreadable. “One more thing,” he said, his voice dropping, a note of warning threading through his tone. “You can’t fleet between realms. Don’t even try.”</w:t>
      </w:r>
    </w:p>
    <w:p w14:paraId="4060B234" w14:textId="77777777" w:rsidR="00121116" w:rsidRDefault="00AA3789">
      <w:r>
        <w:t>The gravity in his words made my skin prickle. I swallowed hard, nodding. “Why can’t we?” I asked, forcing myself to hold his gaze, even as unease coiled in my stomach.</w:t>
      </w:r>
    </w:p>
    <w:p w14:paraId="58A13CE5" w14:textId="77777777" w:rsidR="00121116" w:rsidRDefault="00AA3789">
      <w:r>
        <w:t>“Ancient magic,” Vidar replied, his tone heavy with meaning. “It’s stronger than anyone, stronger than anything. The rules are absolute. Breaking them…” He paused, his eyes narrowing slightly. “It never ends well.”</w:t>
      </w:r>
    </w:p>
    <w:p w14:paraId="3CAA0C63" w14:textId="77777777" w:rsidR="00121116" w:rsidRDefault="00AA3789">
      <w:r>
        <w:t>A chill ran down my spine at the finality in his voice. This wasn’t just a rule—it was a boundary drawn in blood, in failure, in consequences too great to imagine.</w:t>
      </w:r>
    </w:p>
    <w:p w14:paraId="62A9FAB8" w14:textId="77777777" w:rsidR="00121116" w:rsidRDefault="00AA3789">
      <w:r>
        <w:t>Vidar stepped closer, his eyes holding mine with an intensity that made my breath catch. “Fleeting is more than just seeing a place,” he said, his voice softer now, though no less commanding. “You have to feel the distance. Anchor yourself to the memory. If you let emotions cloud it, you won’t reach your destination—if you reach anything at all.”</w:t>
      </w:r>
    </w:p>
    <w:p w14:paraId="2E044CFF" w14:textId="77777777" w:rsidR="00121116" w:rsidRDefault="00AA3789">
      <w:r>
        <w:t>His words struck something deep within me, the weight of his warning settling over my chest like a stone. I thought of the times my powers had faltered, the moments when my emotions had pulled me into chaos. Fleeting wasn’t just about skill—it was a razor’s edge, one misstep away from disaster.</w:t>
      </w:r>
    </w:p>
    <w:p w14:paraId="760A988B" w14:textId="77777777" w:rsidR="00121116" w:rsidRDefault="00AA3789">
      <w:r>
        <w:lastRenderedPageBreak/>
        <w:t>“Remember this,” Vidar said, his voice quiet but firm. “Fleeting with hesitation is as good as letting the magic consume you.”</w:t>
      </w:r>
    </w:p>
    <w:p w14:paraId="0F8AF865" w14:textId="77777777" w:rsidR="00121116" w:rsidRDefault="00AA3789">
      <w:r>
        <w:t>His words lingered, heavy and unrelenting, and I could feel the cold of them seep into me. This wasn’t just training. This was survival.</w:t>
      </w:r>
    </w:p>
    <w:p w14:paraId="616803BF" w14:textId="77777777" w:rsidR="00121116" w:rsidRDefault="00AA3789">
      <w:r>
        <w:t>“You haven’t seen much of these lands,” Vidar continued, his voice regaining its steady calm, “so it will be harder for you. We have to keep it simple. Visualize. Remember the woods where Cronus took you earlier.”</w:t>
      </w:r>
    </w:p>
    <w:p w14:paraId="6E64940B" w14:textId="77777777" w:rsidR="00121116" w:rsidRDefault="00AA3789">
      <w:r>
        <w:t>The burning trees. The memory surged back like a tide, unbidden and overwhelming. My stomach tightened, and a flicker of nausea rolled through me. The image was sharp and vivid: the towering trunks consumed by darker orange flames, their beauty reduced to ash and ruin. The air in that moment had been thick with smoke, heavy with the acrid scent of destruction, and the heat had wrapped around me like a vice. It was the last place I wanted to return to, even in my mind.</w:t>
      </w:r>
    </w:p>
    <w:p w14:paraId="23906C26" w14:textId="77777777" w:rsidR="00121116" w:rsidRDefault="00AA3789">
      <w:r>
        <w:t>I closed my eyes, forcing my breaths to steady, though the weight of the memory bore down on me. I had to picture it, to face it, no matter how much it made my chest ache. Slowly, I drew the scene into focus—the crackling roar of the fire as it devoured everything, the once-vibrant forest now a graveyard of smoldering remains. My senses betrayed me, filling in the gaps: the scorching heat pricked my skin, the sting of smoke burned my throat, and the sight of dancing flames seemed to flicker on the edges of my eyelids.</w:t>
      </w:r>
    </w:p>
    <w:p w14:paraId="7691B4E9" w14:textId="77777777" w:rsidR="00121116" w:rsidRDefault="00AA3789">
      <w:r>
        <w:t>“Do you see yourself there?” Vidar’s voice cut through the chaos, steady and grounding, like the single note of a distant bell.</w:t>
      </w:r>
    </w:p>
    <w:p w14:paraId="4ED636F2" w14:textId="77777777" w:rsidR="00121116" w:rsidRDefault="00AA3789">
      <w:r>
        <w:t>“Yes,” I whispered, though my voice wavered. The knot in my stomach tightened, but somewhere beneath it, a fragile sense of confidence stirred.</w:t>
      </w:r>
    </w:p>
    <w:p w14:paraId="0B06B5C3" w14:textId="77777777" w:rsidR="00121116" w:rsidRDefault="00AA3789">
      <w:r>
        <w:t>“Good,” he replied, his tone unwavering. “Now push deeper. Feel the place you want to go. Let your mind take over your senses, let it guide your body. Feel the power coursing through your veins. If you desire it, your powers will follow. Your mind is the key.”</w:t>
      </w:r>
    </w:p>
    <w:p w14:paraId="1B77B722" w14:textId="77777777" w:rsidR="00121116" w:rsidRDefault="00AA3789">
      <w:r>
        <w:t>His words wrapped around me, pulling me into a focus sharper than I had ever known. I let his voice drown out the fire’s roar, the crackle of the flames fading into the distance. Slowly, I began to feel it: a pulsing energy deep within me, syncing with my heartbeat, like a thread connecting me to the place I was trying to reach. I latched onto it, feeding it with my intent, with the vivid image seared into my mind.</w:t>
      </w:r>
    </w:p>
    <w:p w14:paraId="5AB95D28" w14:textId="77777777" w:rsidR="00121116" w:rsidRDefault="00AA3789">
      <w:r>
        <w:t>The world around me blurred. I was no longer standing in Vidar’s library; I was in the smoldering forest, surrounded by ash and ruin. The acrid scent stung my nostrils, and the air seemed heavy, oppressive. My feet crunched against the charred remains of trees as if the ground itself mourned its devastation.</w:t>
      </w:r>
    </w:p>
    <w:p w14:paraId="14379E27" w14:textId="77777777" w:rsidR="00121116" w:rsidRDefault="00AA3789">
      <w:r>
        <w:t xml:space="preserve">An icy breeze cut through the oppressive heat of the memory, sending a shiver down my spine. I opened my eyes and found myself standing in the stark contrast of white and black. </w:t>
      </w:r>
      <w:r>
        <w:lastRenderedPageBreak/>
        <w:t>Snow stretched out before me, a pristine blanket marred by the dark scars of ash. The trees that had escaped the flames loomed ahead, their needles swaying in the soft wind, whispering secrets in a language I couldn’t understand.</w:t>
      </w:r>
    </w:p>
    <w:p w14:paraId="34BAF0BF" w14:textId="77777777" w:rsidR="00121116" w:rsidRDefault="00AA3789">
      <w:r>
        <w:t>I was alone. The silence was deafening, a heavy reminder of what had unfolded here not long ago. The air carried the scent of charred wood, but beneath it was something more—something mournful, as though the forest itself remembered the violence it had endured. My breath hitched as I took it all in, the weight of what I’d done pressing down on me like an iron chain. The power I had unleashed here still echoed in the silence, a shadow of my rage.</w:t>
      </w:r>
    </w:p>
    <w:p w14:paraId="02B29A2B" w14:textId="77777777" w:rsidR="00121116" w:rsidRDefault="00AA3789">
      <w:r>
        <w:t>But I had done it. I had fleeted here.</w:t>
      </w:r>
    </w:p>
    <w:p w14:paraId="18D121BD" w14:textId="77777777" w:rsidR="00121116" w:rsidRDefault="00AA3789">
      <w:r>
        <w:t>A flicker of pride sparked within me, a faint warmth amidst the cold. For the first time, I felt the tiniest shred of belief in my abilities—not because of what I had destroyed, but because I had controlled the magic, guided it. I let the relief wash over me, the burdens I carried feeling momentarily lighter. It was a small victory, but it was mine.</w:t>
      </w:r>
    </w:p>
    <w:p w14:paraId="2A081965" w14:textId="77777777" w:rsidR="00121116" w:rsidRDefault="00AA3789">
      <w:r>
        <w:t>The chill seeped deeper into my bones, and I knew I couldn’t linger. I had to fleet again—to return. I took one last look at the forest, the stark juxtaposition of the snow-covered ground and the charred remnants of the trees burning itself into my memory. Then I closed my eyes, inhaling deeply as I began to picture the library where Vidar awaited me.</w:t>
      </w:r>
    </w:p>
    <w:p w14:paraId="13C2F7FC" w14:textId="77777777" w:rsidR="00121116" w:rsidRDefault="00AA3789">
      <w:r>
        <w:t>I saw the tall window, framing the snowy expanse beyond, the light filtering in to cast shadows across the dark wooden floor. I pictured the intricate silver patterns of the rug, the faint smell of parchment and history clinging to the bookshelves that lined the walls. My mind rested on the navy velvet chair in the corner, the fabric rich and inviting, standing in quiet contrast to the cold landscape outside.</w:t>
      </w:r>
    </w:p>
    <w:p w14:paraId="39B02C2E" w14:textId="77777777" w:rsidR="00121116" w:rsidRDefault="00AA3789">
      <w:r>
        <w:t>The warmth of the memory wrapped around me, drawing me away from the biting cold. The comfort of that space became my anchor, pulling me back from the desolation of the forest.</w:t>
      </w:r>
    </w:p>
    <w:p w14:paraId="369BABF1" w14:textId="77777777" w:rsidR="00121116" w:rsidRDefault="00AA3789">
      <w:r>
        <w:t>“You’re a quick learner,” Vidar’s voice broke through the stillness, calm and steady. I opened my eyes to find him standing before me, his gaze sharp and intent. For a fleeting moment, I thought I saw something in his expression—a faint glimmer of pride—but it vanished as quickly as it had appeared.</w:t>
      </w:r>
    </w:p>
    <w:p w14:paraId="0D1FFE1E" w14:textId="77777777" w:rsidR="00121116" w:rsidRDefault="00AA3789">
      <w:r>
        <w:t>“I did it,” I whispered, the disbelief lacing my words.</w:t>
      </w:r>
    </w:p>
    <w:p w14:paraId="1F6475E7" w14:textId="77777777" w:rsidR="00121116" w:rsidRDefault="00AA3789">
      <w:r>
        <w:t>“Good,” he said, a smirk tugging at the corner of his mouth. “See? I did teach you something.”</w:t>
      </w:r>
    </w:p>
    <w:p w14:paraId="6C0BF0D0" w14:textId="77777777" w:rsidR="00121116" w:rsidRDefault="00AA3789">
      <w:r>
        <w:t>There was something infuriatingly casual about his tone, as though my accomplishment were expected, inevitable. He clasped his hands behind his back, his movements fluid and deliberate as he turned toward the door.</w:t>
      </w:r>
    </w:p>
    <w:p w14:paraId="212249DC" w14:textId="77777777" w:rsidR="00121116" w:rsidRDefault="00AA3789">
      <w:r>
        <w:lastRenderedPageBreak/>
        <w:t>I rolled my eyes, though he couldn’t see it. Somehow, he seemed to know, a soft chuckle escaping his lips as if he’d caught the gesture. The sound was low and quiet, but it lingered in the air between us, brushing against something I couldn’t quite name.</w:t>
      </w:r>
    </w:p>
    <w:p w14:paraId="3B783EC9" w14:textId="77777777" w:rsidR="00121116" w:rsidRDefault="00AA3789">
      <w:r>
        <w:t>“Where are you going?” I called after him, my voice carrying a hint of urgency. “Is that all you’re going to teach me?”</w:t>
      </w:r>
    </w:p>
    <w:p w14:paraId="0F0D71E6" w14:textId="77777777" w:rsidR="00121116" w:rsidRDefault="00AA3789">
      <w:r>
        <w:t>He didn’t slow his pace, his footsteps steady as they echoed down the hall. “For now,” he replied, his tone distant, almost dismissive.</w:t>
      </w:r>
    </w:p>
    <w:p w14:paraId="11D745F8" w14:textId="77777777" w:rsidR="00121116" w:rsidRDefault="00AA3789">
      <w:r>
        <w:t>A sigh slipped from my lips, a mix of frustration and longing. It wasn’t just that I wanted to learn more—it was something deeper. Something about Vidar drew me in, pulled at the edges of my soul. His coldness was magnetic, his presence a shadow that lingered even when he was gone. I wasn’t sure if he even had a soul, but whatever it was that tethered me to him, it was powerful. And it was impossible to ignore.</w:t>
      </w:r>
    </w:p>
    <w:p w14:paraId="0AA40487" w14:textId="77777777" w:rsidR="00121116" w:rsidRDefault="00AA3789">
      <w:r>
        <w:t>~ Next Chapter</w:t>
      </w:r>
    </w:p>
    <w:p w14:paraId="514E62D1" w14:textId="77777777" w:rsidR="00121116" w:rsidRDefault="00AA3789">
      <w:r>
        <w:t>I hurried down the stairs, my stomach growling in protest, only to freeze in place at the bottom landing. Vidar and Cronus stood before me, their imposing figures blocking the passage to the dining room. The narrow hallway seemed to shrink around them, their presence commanding, almost suffocating.</w:t>
      </w:r>
    </w:p>
    <w:p w14:paraId="4731D979" w14:textId="77777777" w:rsidR="00121116" w:rsidRDefault="00AA3789">
      <w:r>
        <w:t>Vidar was clad in navy leather pants, the silver belt at his waist holding the hilt of his sword, its polished edge gleaming faintly in the dim light. His usual loose blouse was replaced by a fitted leather shirt that clung to his frame, layered beneath a white fur coat with silver accents that shimmered like frost. The coat framed his broad shoulders, giving him an air of quiet authority that made him seem untouchable. His movements, even as he stood still, were infused with a poised strength that made him appear both regal and dangerous.</w:t>
      </w:r>
    </w:p>
    <w:p w14:paraId="5E70BFDC" w14:textId="77777777" w:rsidR="00121116" w:rsidRDefault="00AA3789">
      <w:r>
        <w:t>Cronus, standing beside him, was the embodiment of power. Charcoal-grey pants clung to his legs, sturdy yet tailored, and a silver kirtle fit snugly over his muscular torso, accentuating the solid planes of his chest. His loose charcoal coat, adorned with intricate silver thorny roses, fell to his knees, its pristine fabric marking his high station. The argent belt at his waist, thicker and heavier than Vidar’s, was encrusted with small, glittering diamonds, each one a silent testament to his wealth and status. A thick silver ring with a dark charcoal stone sat on his finger, more commanding than any crown. Cronus didn’t need a symbol of rule—his very presence declared it. Together, they stood like statues carved from strength and precision, their sharp edges a reminder of the power they carried.</w:t>
      </w:r>
    </w:p>
    <w:p w14:paraId="267D5103" w14:textId="77777777" w:rsidR="00121116" w:rsidRDefault="00AA3789">
      <w:r>
        <w:t>I felt the weight of their shadows pressing down on me, making me feel minuscule in their presence.</w:t>
      </w:r>
    </w:p>
    <w:p w14:paraId="30999DC2" w14:textId="77777777" w:rsidR="00121116" w:rsidRDefault="00AA3789">
      <w:r>
        <w:t>“We will be back tomorrow,” Cronus said, his voice a low, gravelly rumble that seemed to reverberate through the hallway. His tone brooked no argument, each word carrying the finality of a command.</w:t>
      </w:r>
    </w:p>
    <w:p w14:paraId="1045E1C3" w14:textId="77777777" w:rsidR="00121116" w:rsidRDefault="00AA3789">
      <w:r>
        <w:lastRenderedPageBreak/>
        <w:t>“Where are you going?” I asked, trying to mask the disappointment creeping into my tone.</w:t>
      </w:r>
    </w:p>
    <w:p w14:paraId="63F2B7DA" w14:textId="77777777" w:rsidR="00121116" w:rsidRDefault="00AA3789">
      <w:r>
        <w:t>“To the Borea Mountains,” Vidar answered, his voice softer but no less resolute. The name carried an unfamiliar weight, as though it were a place where secrets lingered.</w:t>
      </w:r>
    </w:p>
    <w:p w14:paraId="71840101" w14:textId="77777777" w:rsidR="00121116" w:rsidRDefault="00AA3789">
      <w:r>
        <w:t>“Can I come?” The words escaped before I could stop them, a spark of excitement lighting my eyes at the prospect of leaving this place and seeing more of their world.</w:t>
      </w:r>
    </w:p>
    <w:p w14:paraId="70278942" w14:textId="77777777" w:rsidR="00121116" w:rsidRDefault="00AA3789">
      <w:r>
        <w:t>“No,” Vidar replied, his tone curt, extinguishing my excitement before it could take root.</w:t>
      </w:r>
    </w:p>
    <w:p w14:paraId="37C99998" w14:textId="77777777" w:rsidR="00121116" w:rsidRDefault="00AA3789">
      <w:r>
        <w:t>“You’re not ready,” Cronus added, his sharp tone cutting through the air like a blade. There was no room for protest in his words.</w:t>
      </w:r>
    </w:p>
    <w:p w14:paraId="4C16365B" w14:textId="77777777" w:rsidR="00121116" w:rsidRDefault="00AA3789">
      <w:r>
        <w:t>“I can take care of myself,” I said, my voice firmer now, though I fought to keep the frustration from seeping through.</w:t>
      </w:r>
    </w:p>
    <w:p w14:paraId="0B302E9B" w14:textId="77777777" w:rsidR="00121116" w:rsidRDefault="00AA3789">
      <w:r>
        <w:t>“No, you can’t,” Cronus snapped, his tone edged with finality. His dark gaze locked onto mine, unyielding. “Not here. You’ve seen nothing of this realm. Your anger won’t save you out there. We can’t be your guard dogs. We have business to attend to.”</w:t>
      </w:r>
    </w:p>
    <w:p w14:paraId="5278B937" w14:textId="77777777" w:rsidR="00121116" w:rsidRDefault="00AA3789">
      <w:r>
        <w:t>The weight of his words pressed into me, heavy with authority. The dismissal in his tone stung, but I knew better than to challenge him further. Something more was driving them—something urgent that neither was willing to share. Pushing would only make things worse.</w:t>
      </w:r>
    </w:p>
    <w:p w14:paraId="7C6642B3" w14:textId="77777777" w:rsidR="00121116" w:rsidRDefault="00AA3789">
      <w:r>
        <w:t>Vidar’s eyes met mine, the icy blue of his gaze boring into me with a quiet intensity. “Stay here,” he repeated, his earlier gentleness replaced by the firm weight of an order. There was no softness in his voice now, only command.</w:t>
      </w:r>
    </w:p>
    <w:p w14:paraId="7A19D76B" w14:textId="77777777" w:rsidR="00121116" w:rsidRDefault="00AA3789">
      <w:r>
        <w:t>Anger simmered just beneath my skin, a hot, burning frustration that begged to be released. But I swallowed it down, clenching my fists at my sides. Now wasn’t the time. Whatever was pressing on them was bigger than my indignation.</w:t>
      </w:r>
    </w:p>
    <w:p w14:paraId="4C6A1097" w14:textId="77777777" w:rsidR="00121116" w:rsidRDefault="00AA3789">
      <w:r>
        <w:t>“Fine,” I muttered under my breath, conceding with as much dignity as I could muster.</w:t>
      </w:r>
    </w:p>
    <w:p w14:paraId="1C0B6047" w14:textId="77777777" w:rsidR="00121116" w:rsidRDefault="00AA3789">
      <w:r>
        <w:t>“If you need anything, Saga will be here,” Vidar said, his voice quieter now but no less resolute. His gaze lingered on me for a moment longer, as if searching for something. “Stay here.”</w:t>
      </w:r>
    </w:p>
    <w:p w14:paraId="7B793B16" w14:textId="77777777" w:rsidR="00121116" w:rsidRDefault="00AA3789">
      <w:r>
        <w:t>There was something unspoken in his words, a weight that went beyond simple instruction. It left me feeling both grounded and trapped, a tether I hadn’t asked for but couldn’t ignore.</w:t>
      </w:r>
    </w:p>
    <w:p w14:paraId="74DCBD24" w14:textId="77777777" w:rsidR="00121116" w:rsidRDefault="00AA3789">
      <w:r>
        <w:t>As soon as the large wooden door slammed shut behind them, the sound reverberating through the house, I sprinted up the stairs, my hunger forgotten. The echo lingered in the empty hallway, a sharp reminder of their absence, but I barely noticed. The need to defy their orders surged through me like a wildfire, hot and relentless. I could survive on my own—I was certain of it. I had learned enough to navigate this realm, hadn’t I? I didn’t need them. Not Vidar. Not Cronus. And certainly not their suffocating commands.</w:t>
      </w:r>
    </w:p>
    <w:p w14:paraId="5350FB8C" w14:textId="77777777" w:rsidR="00121116" w:rsidRDefault="00AA3789">
      <w:r>
        <w:lastRenderedPageBreak/>
        <w:t>I would find my way back home.</w:t>
      </w:r>
    </w:p>
    <w:p w14:paraId="64CF123C" w14:textId="77777777" w:rsidR="00121116" w:rsidRDefault="00AA3789">
      <w:r>
        <w:t>Reaching my room, I yanked open the armoire, the doors creaking loudly in the stillness. My hands trembled as I grabbed at the clothing inside, pulling out anything that looked warm and sturdy. Thick breeches came first. The rough fabric scratched against my skin as I tugged them over my undergarments, their weight unfamiliar but reassuring. Sturdy. Durable. Perfect for the outdoors. Next, I found a charcoal-grey shirt with a high collar, the material snug against my neck, almost suffocating. I hesitated, the tightness triggering a wave of anxiety that clawed at my chest, but I shoved it down. This wasn’t the time for doubt. The shirt would shield my skin from the biting cold, and I needed every advantage I could muster.</w:t>
      </w:r>
    </w:p>
    <w:p w14:paraId="76FB629B" w14:textId="77777777" w:rsidR="00121116" w:rsidRDefault="00AA3789">
      <w:r>
        <w:t>From the back of the armoire, I pulled a dark blue cloak, so deep in color it was nearly black. The fabric felt soft against my fingers, its wool-lined interior promising warmth. I draped it over my shoulders, fastening it at my throat with a tarnished silver clasp. The weight of it was comforting, grounding me as I tried to steady my breathing. My hands found a pair of silver leather gloves, and I slipped them on, the cool surface molding to my fingers like a second skin.</w:t>
      </w:r>
    </w:p>
    <w:p w14:paraId="2502DA35" w14:textId="77777777" w:rsidR="00121116" w:rsidRDefault="00AA3789">
      <w:r>
        <w:t>A weapon. I needed a weapon. My powers were unreliable at best, volatile at worst. If they failed me, I needed something else to rely on. Frantically, I searched the room, my eyes darting to every corner until they landed on the small drawer of my nightstand. I yanked it open and found a dagger inside, its blade short but sharp, the silver edge glinting faintly in the dim light. The grip was intricate, carved with thorn-like patterns that fit snugly in my hand, the smooth metal cool against my palm. Without hesitation, I slid the dagger into my boot, its cold steel pressing against my calf, a reassuring presence.</w:t>
      </w:r>
    </w:p>
    <w:p w14:paraId="7979ED81" w14:textId="77777777" w:rsidR="00121116" w:rsidRDefault="00AA3789">
      <w:r>
        <w:t>I was ready.</w:t>
      </w:r>
    </w:p>
    <w:p w14:paraId="55996E4A" w14:textId="77777777" w:rsidR="00121116" w:rsidRDefault="00AA3789">
      <w:r>
        <w:t>I stood in the center of the room for a moment, the silence pressing in around me like a heavy cloak. My pulse thrummed in my ears, a relentless drumbeat of anticipation and fear. This wasn’t just a decision—it was a rebellion. A step into the unknown. I squared my shoulders, forcing the uncertainty aside. If I hesitated, even for a second, I might lose my resolve.</w:t>
      </w:r>
    </w:p>
    <w:p w14:paraId="7A28F39B" w14:textId="77777777" w:rsidR="00121116" w:rsidRDefault="00AA3789">
      <w:r>
        <w:t>Opening the door a crack, I peeked out into the hallway, my heart pounding so hard I feared it might give me away. Saga was nowhere to be seen. The dim corridor stretched out before me, silent and empty. I drew a deep breath and slipped out of the room, the cold air of the hallway biting at my cheeks. Each step down the stairs felt like a challenge, the creak of the wooden boards beneath my boots as loud as a shout in the quiet house.</w:t>
      </w:r>
    </w:p>
    <w:p w14:paraId="101682A3" w14:textId="77777777" w:rsidR="00121116" w:rsidRDefault="00AA3789">
      <w:r>
        <w:t>When I reached the large door, I paused, my hand hovering over the rough wood. The silence was deafening, and for a moment, I thought I heard footsteps—a faint, distant sound that sent a jolt of panic through me. I froze, holding my breath, straining to listen. But there was nothing. Just the heavy stillness of the house.</w:t>
      </w:r>
    </w:p>
    <w:p w14:paraId="4A9E6E79" w14:textId="77777777" w:rsidR="00121116" w:rsidRDefault="00AA3789">
      <w:r>
        <w:lastRenderedPageBreak/>
        <w:t>Slowly, carefully, I pushed the door open, the old hinges groaning softly in protest. I winced at the sound, my nerves fraying with each passing second. I braced myself for the telltale sound of Saga’s footsteps rushing down the hall, but none came. The quiet remained unbroken. Seizing the moment, I slipped through the narrow gap I had created, the cold air outside rushing to greet me like a slap to the face. I didn’t wait for the door to close behind me. My heart raced as I stepped into the open, the chill biting at my skin through the layers I’d hastily donned.</w:t>
      </w:r>
    </w:p>
    <w:p w14:paraId="3B00E7D5" w14:textId="77777777" w:rsidR="00121116" w:rsidRDefault="00AA3789">
      <w:r>
        <w:t>I was out.</w:t>
      </w:r>
    </w:p>
    <w:p w14:paraId="2CCAA1FC" w14:textId="77777777" w:rsidR="00121116" w:rsidRDefault="00AA3789">
      <w:r>
        <w:t>But the stillness of the snowy world around me did little to soothe the tension that coiled in my chest. The air was too quiet, too heavy, as if it carried the weight of unseen eyes watching, waiting. The vast expanse of snow stretched out before me, untouched and pristine, but it felt more like a void than a freedom. I swallowed hard, shoving down the doubt that threatened to rise.</w:t>
      </w:r>
    </w:p>
    <w:p w14:paraId="74B4FE96" w14:textId="77777777" w:rsidR="00121116" w:rsidRDefault="00AA3789">
      <w:r>
        <w:t>There was no turning back now.</w:t>
      </w:r>
    </w:p>
    <w:p w14:paraId="5E97A99D" w14:textId="77777777" w:rsidR="00121116" w:rsidRDefault="00AA3789">
      <w:r>
        <w:t>The sky remained shrouded in haze, the sun reduced to a dim, distant glow that barely pierced the thick veil of clouds. It cast the world in muted tones, the pale light giving everything an ethereal, otherworldly quality. As I stepped further into the open, the air hit my lungs, cold and sharp, invigorating and almost painful. But beneath the chill was something else—something ancient. It thrummed faintly in my chest, a rhythm that didn’t belong to me, a pulse that seemed to echo from the earth itself. The sensation was subtle, almost imperceptible, but unmistakably alive, like the heartbeat of the world surrounding me.</w:t>
      </w:r>
    </w:p>
    <w:p w14:paraId="7B52E63D" w14:textId="77777777" w:rsidR="00121116" w:rsidRDefault="00AA3789">
      <w:r>
        <w:t>I paused, my breath misting in the icy air as I took in the vast expanse before me. The snow stretched endlessly in all directions, pristine and undisturbed save for a trail of large footprints leading to the spot where Vidar and Cronus had disappeared. The tracks were deep, cutting into the snow like scars, but beyond them lay untouched whiteness—a blank slate. The path ahead veered away from the hill where I had trained and the woods I had only begun to explore. It was new, unfamiliar, and it called to me.</w:t>
      </w:r>
    </w:p>
    <w:p w14:paraId="3657BC2E" w14:textId="77777777" w:rsidR="00121116" w:rsidRDefault="00AA3789">
      <w:r>
        <w:t>The corridor of trees rose before me, perfectly symmetrical rows stretching into the horizon. Each tree stood tall and regal, their trunks encased in a glimmering layer of ice that caught the faint daylight, refracting it like shards of glass. Beneath the ice, the chestnut bark appeared vibrant, a reminder of the life hidden beneath the frozen armor. The branches above formed an archway, their crystalline limbs interlocking like the ribs of some great, ancient beast. My footsteps crunched softly as I moved forward, each step leaving fresh imprints in the otherwise undisturbed snow.</w:t>
      </w:r>
    </w:p>
    <w:p w14:paraId="5EDAFAAA" w14:textId="77777777" w:rsidR="00121116" w:rsidRDefault="00AA3789">
      <w:r>
        <w:t>The farther I walked, the quieter the world became. The wind that had whispered faintly against my cheeks fell silent, leaving only the faint sound of my boots pressing into the snow. My breaths came quicker, fogging the cold air as I neared the end of the corridor. The trees ended abruptly, as if the path itself had decided I had gone far enough.</w:t>
      </w:r>
    </w:p>
    <w:p w14:paraId="11CF3051" w14:textId="77777777" w:rsidR="00121116" w:rsidRDefault="00AA3789">
      <w:r>
        <w:lastRenderedPageBreak/>
        <w:t>Beyond the path lay an open expanse, the snow stretching out to meet the edge of a looming forest. These trees were darker, their trunks thicker and gnarled, their branches twisting together in a chaotic tangle. They seemed to lean toward one another, their shadows reaching out like clawed hands. A stark contrast to the elegance of Vidar’s chalet, which stood in the distance at the bottom, behind me, its sharp angles and wealth a beacon against the white. But even that felt far away now, as though I had crossed an unseen threshold into another world entirely.</w:t>
      </w:r>
    </w:p>
    <w:p w14:paraId="547D3DC2" w14:textId="77777777" w:rsidR="00121116" w:rsidRDefault="00AA3789">
      <w:r>
        <w:t>As I stepped closer to the forest, something caught my eye—a patch of silver and blue blooms scattered near its edge. The flowers were unlike anything I’d ever seen. Their silver petals gleamed faintly, untouched by the frost that blanketed the ground. They grew in clusters, the deep green leaves beneath them unnaturally large and glossy, as if they’d been plucked from a summer’s garden and planted here by some unseen hand. The flowers seemed to hum with an energy that made the air around them feel heavier. Even the faint light of day seemed to avoid them, casting no shadow, leaving them untouched by the snow. They were vibrant, alive, yet deeply unsettling.</w:t>
      </w:r>
    </w:p>
    <w:p w14:paraId="63B72D5E" w14:textId="77777777" w:rsidR="00121116" w:rsidRDefault="00AA3789">
      <w:r>
        <w:t>A sense of unease prickled at the back of my neck as I moved closer. The forest loomed ahead, its dark canopy swallowing the faint light. The closer I came, the more its branches seemed to move—not with the wind, but with intent. They stretched outward, their gnarled limbs curling as if to ensnare me. I felt the weight of the shadows pressing against my skin, cold and insistent. For a moment, I hesitated, glancing back at the chalet. Its distant silhouette seemed impossibly far, as though it existed in another life.</w:t>
      </w:r>
    </w:p>
    <w:p w14:paraId="05544C97" w14:textId="77777777" w:rsidR="00121116" w:rsidRDefault="00AA3789">
      <w:r>
        <w:t>I drew a deep breath, steeling myself as I turned back to the forest. The flowers whispered of beauty, of danger, of promises I couldn’t yet understand. And still, I stepped forward, feeling the shadows of the dark forest close in around me like a second skin.</w:t>
      </w:r>
    </w:p>
    <w:p w14:paraId="0E0ADD61" w14:textId="77777777" w:rsidR="00121116" w:rsidRDefault="00AA3789">
      <w:r>
        <w:t>~</w:t>
      </w:r>
    </w:p>
    <w:p w14:paraId="51DB7F45" w14:textId="77777777" w:rsidR="00121116" w:rsidRDefault="00AA3789">
      <w:r>
        <w:t>The air cut through me like shards of glass, each breath a sharp reminder of the world I’d chosen to step into. My cheeks burned from the cold, the skin raw beneath the biting wind. Hours must have passed—or maybe it was only minutes. Time felt warped beneath the towering canopy of the forest, its silence stretching endlessly, swallowing me whole. There were no rustling leaves, no distant calls of animals—only the muffled crunch of my boots against the snow and the faint whisper of the wind threading through the trees.</w:t>
      </w:r>
    </w:p>
    <w:p w14:paraId="6CAE5A46" w14:textId="77777777" w:rsidR="00121116" w:rsidRDefault="00AA3789">
      <w:r>
        <w:t>I told myself the silence meant safety. There were no predators, no dangers lurking just out of sight. And yet, the quiet felt too perfect, too unnatural. A whisper of doubt crept in, tightening around my thoughts. Was this freedom? Or had I just traded one trap for another?</w:t>
      </w:r>
    </w:p>
    <w:p w14:paraId="77CA11F5" w14:textId="77777777" w:rsidR="00121116" w:rsidRDefault="00AA3789">
      <w:r>
        <w:t xml:space="preserve">The towering trees above seemed to stretch endlessly into the sky, their icy branches blotting out the fading light. The further I walked, the more the sense of direction slipped from my grasp. The snow stretched out endlessly, its pristine surface offering no landmarks, no signs of where I’d come from—or where I was going. The forest seemed alive, its </w:t>
      </w:r>
      <w:r>
        <w:lastRenderedPageBreak/>
        <w:t>presence heavy and watchful, like an audience waiting to see whether I’d make it through this performance.</w:t>
      </w:r>
    </w:p>
    <w:p w14:paraId="1E1FDED0" w14:textId="77777777" w:rsidR="00121116" w:rsidRDefault="00AA3789">
      <w:r>
        <w:t>I tried to focus on the exhilaration I’d felt when I left, the surge of defiance that had driven me to this moment. But as the sun dipped lower, its dim light disappearing entirely behind the horizon, that thrill gave way to something colder, darker. The shadows of the trees lengthened, twisting into monstrous shapes that seemed to shift with every step I took. I stopped, my breath catching in my throat as I scanned the trees around me. They stood perfectly still, but I couldn’t shake the feeling that I wasn’t alone.</w:t>
      </w:r>
    </w:p>
    <w:p w14:paraId="47B3A050" w14:textId="77777777" w:rsidR="00121116" w:rsidRDefault="00AA3789">
      <w:r>
        <w:t>The moonlight filtered weakly through the dense branches, casting faint silvery streaks on the snow. It was barely enough to see by, and the darkness pressed closer with every passing second. The cold was relentless, slipping beneath my layers and settling deep into my bones. My body trembled, my teeth chattering uncontrollably, the sound unnervingly loud in the oppressive quiet. I clenched my hands into fists, trying to force the numbness from my fingers, but the icy chill refused to be shaken.</w:t>
      </w:r>
    </w:p>
    <w:p w14:paraId="5119F33B" w14:textId="77777777" w:rsidR="00121116" w:rsidRDefault="00AA3789">
      <w:r>
        <w:t>I stopped for a moment, my breath fogging in the air, the only warmth I had left. I closed my eyes and tried to summon the fire within, the power that had once surged through me like a living thing. I could feel its absence like a hollow ache in my chest, a deep, gnawing emptiness where my magic should have been. Panic clawed at the edges of my mind, but I shoved it down. My powers couldn’t be gone—they were just dormant, waiting for the right moment. Weren’t they?</w:t>
      </w:r>
    </w:p>
    <w:p w14:paraId="6B94F3ED" w14:textId="77777777" w:rsidR="00121116" w:rsidRDefault="00AA3789">
      <w:r>
        <w:t>The weight of the forest seemed to press down on me, the silence growing heavier with every step. I glanced over my shoulder, my heart pounding in my chest. The shadows behind me were still, but the unease that prickled along my skin refused to fade. My mind whispered that I should turn back, that the defiance that had felt so exhilarating just hours ago had been a mistake. But I couldn’t go back—not now. Not after everything. To return was to admit failure, to confirm that I wasn’t ready, that I couldn’t survive without them.</w:t>
      </w:r>
    </w:p>
    <w:p w14:paraId="4C5EAE9A" w14:textId="77777777" w:rsidR="00121116" w:rsidRDefault="00AA3789">
      <w:r>
        <w:t>I took another step forward, forcing my legs to move, to keep pushing through the icy resistance of the snow. My breath quickened, each exhale a puff of white in the cold air. The forest stretched on, its dark limbs weaving together like the bars of a cage. The silence wrapped around me, suffocating, oppressive, as though the forest itself was alive and waiting for me to falter.</w:t>
      </w:r>
    </w:p>
    <w:p w14:paraId="675D2C2D" w14:textId="77777777" w:rsidR="00121116" w:rsidRDefault="00AA3789">
      <w:r>
        <w:t>For a moment, I thought I heard something—a faint rustle, the barest hint of movement. I froze, my heart leaping into my throat as I strained to listen. But there was nothing. Just the cold, the dark, and the growing certainty that I had made a terrible mistake.</w:t>
      </w:r>
    </w:p>
    <w:p w14:paraId="7C749934" w14:textId="77777777" w:rsidR="00121116" w:rsidRDefault="00AA3789">
      <w:r>
        <w:t xml:space="preserve">Desperation clawed at me, sharp and unrelenting. I squeezed my eyes shut, forcing my focus inward, willing the magic buried deep within me to surface, to burn, to remind me that I was more than this fragile, trembling body. But there was nothing. The hollow ache where my power should have been only deepened, leaving me raw and vulnerable. I felt human again—merely human—powerless against the elements and the growing dread that </w:t>
      </w:r>
      <w:r>
        <w:lastRenderedPageBreak/>
        <w:t>pressed in from all sides. It was a fragile kind of existence, one I had long since abandoned, but now it threatened to consume me entirely.</w:t>
      </w:r>
    </w:p>
    <w:p w14:paraId="20265E72" w14:textId="77777777" w:rsidR="00121116" w:rsidRDefault="00AA3789">
      <w:r>
        <w:t>The forest shifted around me, the towering trees twisting into grotesque forms. What had once been majestic and silent now loomed like ancient sentinels, their gnarled branches reaching out like skeletal fingers. Shadows stretched across the snow, jagged and sharp, cutting through the pale moonlight. Each step forward was a battle. The ground beneath the snow was treacherous, hiding roots that snagged my boots and rocks that jutted out like jagged teeth. I stumbled more than once, the cold biting into my palms as I caught myself, but I kept going. I had to.</w:t>
      </w:r>
    </w:p>
    <w:p w14:paraId="7B020D4F" w14:textId="77777777" w:rsidR="00121116" w:rsidRDefault="00AA3789">
      <w:r>
        <w:t>The wind rose to a howl, its voice high-pitched and mournful, a ghostly wail that seemed to carry the forest’s despair. It sliced through the silence, but it was no comfort. If anything, it was worse. Every now and then, the sharp snap of a branch or the rustle of unseen movement made me flinch, my heart slamming against my ribs. I stopped once, holding my breath and straining to listen, but the forest offered no answers—only the relentless hammering of my own pulse in my ears.</w:t>
      </w:r>
    </w:p>
    <w:p w14:paraId="18C57DFF" w14:textId="77777777" w:rsidR="00121116" w:rsidRDefault="00AA3789">
      <w:r>
        <w:t>My thoughts betrayed me, conjuring ghosts I couldn’t banish. Ela and Rowan. Their faces flickered at the edges of my mind, pale and haunting, accusations in their silence. Were they safe? Had I abandoned them to their fates, consumed by my own need to escape? Guilt gnawed at me, burrowing deep into the cracks of my resolve. I shook my head, desperate to push the thoughts away, but they lingered like a toxin, heavy and suffocating, poisoning any shred of confidence I had left.</w:t>
      </w:r>
    </w:p>
    <w:p w14:paraId="6B7F617F" w14:textId="77777777" w:rsidR="00121116" w:rsidRDefault="00AA3789">
      <w:r>
        <w:t>And then the whispers began.</w:t>
      </w:r>
    </w:p>
    <w:p w14:paraId="10CC3861" w14:textId="77777777" w:rsidR="00121116" w:rsidRDefault="00AA3789">
      <w:r>
        <w:t>Soft at first, no louder than the rustle of leaves, but unmistakable. They slithered into my thoughts like smoke seeping through a locked door. “You’re not strong enough,” they hissed, their voices serpentine, winding around my mind. “You’ll fail them. You’ll fail yourself.”</w:t>
      </w:r>
    </w:p>
    <w:p w14:paraId="059BA2CE" w14:textId="77777777" w:rsidR="00121116" w:rsidRDefault="00AA3789">
      <w:r>
        <w:t>I clenched my fists, the leather of my gloves creaking under the strain, and forced my legs to keep moving. My hands trembled, but I pressed forward, ignoring the way my breath came in short, ragged bursts. I wouldn’t let this place break me. I couldn’t. Each step felt heavier than the last, as though the air itself was conspiring against me, thick and oppressive. The darkness deepened, the branches above weaving into a dense canopy that swallowed the moonlight entirely. I was walking blind, my world reduced to the crunch of snow beneath my boots and the growing weight of the whispers.</w:t>
      </w:r>
    </w:p>
    <w:p w14:paraId="3EC169D7" w14:textId="77777777" w:rsidR="00121116" w:rsidRDefault="00AA3789">
      <w:r>
        <w:t>Then the forest screamed.</w:t>
      </w:r>
    </w:p>
    <w:p w14:paraId="1D062F01" w14:textId="77777777" w:rsidR="00121116" w:rsidRDefault="00AA3789">
      <w:r>
        <w:t xml:space="preserve">A shriek tore through the stillness, so loud and piercing it seemed to reverberate through my very bones. It wasn’t human—not even close. The sound was primal, feral, filled with an unrelenting rage that made the ground tremble beneath my feet. I froze, every muscle in my body locking up as the noise echoed through the trees, bouncing back at me from every </w:t>
      </w:r>
      <w:r>
        <w:lastRenderedPageBreak/>
        <w:t>direction. My breath caught in my throat, the soundless plea for silence choking me. My hands flew to my ears, but it did nothing to dull the sound. It was everywhere.</w:t>
      </w:r>
    </w:p>
    <w:p w14:paraId="1146014C" w14:textId="77777777" w:rsidR="00121116" w:rsidRDefault="00AA3789">
      <w:r>
        <w:t>My eyes darted around the darkened forest, searching for the source of the noise. The shadows that had seemed merely threatening before now felt alive, moving at the edges of my vision. The wind had stopped, replaced by a deafening stillness, as though the forest itself was holding its breath. The silence that followed the shriek was worse than the sound itself, thick and heavy with expectation.</w:t>
      </w:r>
    </w:p>
    <w:p w14:paraId="45AC8279" w14:textId="77777777" w:rsidR="00121116" w:rsidRDefault="00AA3789">
      <w:r>
        <w:t>Slowly, I turned my head, my heart a frantic drumbeat in my chest. My limbs trembled, both from the cold and the fear that had sunk its claws into me. Whatever had made that sound was close. Too close. I tried to swallow, but my throat was dry, the air too thick to draw a proper breath. My fingers twitched, itching to reach for the dagger hidden in my boot, but I didn’t dare move. Not yet. The shadows around me shifted, and I knew—without a doubt—that I wasn’t alone.</w:t>
      </w:r>
    </w:p>
    <w:p w14:paraId="061628D6" w14:textId="77777777" w:rsidR="00121116" w:rsidRDefault="00AA3789">
      <w:r>
        <w:t>I forced myself to breathe again—slowly, quietly, as though the air itself carried my survival. My mind raced, weighing my options. Should I run, risking the noise and the blind terror of the chase? Or should I stay still, waiting for the creature to scream again, bracing myself to pinpoint its location?</w:t>
      </w:r>
    </w:p>
    <w:p w14:paraId="1B295B28" w14:textId="77777777" w:rsidR="00121116" w:rsidRDefault="00AA3789">
      <w:r>
        <w:t>I chose to wait.</w:t>
      </w:r>
    </w:p>
    <w:p w14:paraId="1C9AD6F7" w14:textId="77777777" w:rsidR="00121116" w:rsidRDefault="00AA3789">
      <w:r>
        <w:t>Running would be reckless. The thought of my boots crashing through the snow, echoing through the stillness, sent a chill through me. So I stood motionless, my muscles taut and trembling, listening to the oppressive silence. My ears strained for any sound, my breath shallow and measured, as though even the faintest exhale might betray me.</w:t>
      </w:r>
    </w:p>
    <w:p w14:paraId="7B357581" w14:textId="77777777" w:rsidR="00121116" w:rsidRDefault="00AA3789">
      <w:r>
        <w:t>Nothing.</w:t>
      </w:r>
    </w:p>
    <w:p w14:paraId="4CE9C368" w14:textId="77777777" w:rsidR="00121116" w:rsidRDefault="00AA3789">
      <w:r>
        <w:t>The forest around me remained silent, unnervingly so. It felt like the world had been muted, the air thick and smothering. Slowly, cautiously, I began to move, my steps deliberate and calculated. Each crunch of snow beneath my boots sent a spike of fear through me, my body taut as a bowstring. I needed safety—a tree, anything that could lift me above the danger lurking in the shadows. My eyes darted from trunk to trunk, searching for one that might hold my weight.</w:t>
      </w:r>
    </w:p>
    <w:p w14:paraId="3EFA5C33" w14:textId="77777777" w:rsidR="00121116" w:rsidRDefault="00AA3789">
      <w:r>
        <w:t>I found it. A slender tree with low-hanging branches, sturdy enough to climb. My fingers dug into the rough bark, the cold biting through my gloves as I hoisted myself upward. But as I shifted my weight, a sharp crack echoed through the forest. The branch beneath me snapped, and I slid down the trunk, the jagged bark tearing through my breeches and slicing into my thigh. Pain flared, sharp and searing, and I bit down on a groan, stifling the scream clawing at my throat.</w:t>
      </w:r>
    </w:p>
    <w:p w14:paraId="25AFEE31" w14:textId="77777777" w:rsidR="00121116" w:rsidRDefault="00AA3789">
      <w:r>
        <w:t xml:space="preserve">The noise—the snap, the scrape—was too loud. My chest tightened as the echo faded into the night. I clung to the trunk, my legs trembling as I pressed my body against the rough </w:t>
      </w:r>
      <w:r>
        <w:lastRenderedPageBreak/>
        <w:t>wood. The blood from the gash in my thigh was warm against my frozen skin, but the fear of what that scent might attract overpowered the pain. Slowly, I began to climb again, each movement a battle against my screaming muscles and the throbbing wound.</w:t>
      </w:r>
    </w:p>
    <w:p w14:paraId="69518339" w14:textId="77777777" w:rsidR="00121116" w:rsidRDefault="00AA3789">
      <w:r>
        <w:t>When I finally reached a sturdier branch, I collapsed against it, my breath coming in ragged gasps. My hands trembled as I tore at my shirt, desperate to stanch the bleeding. The fabric was thick, resisting my frantic attempts, and frustration bubbled up, threatening to choke me. I ripped the shirt off, the cold air biting at my exposed skin, and wrapped it tightly around the wound, the pressure sending fresh waves of agony through my leg. My teeth clenched against the pain as I tightened the makeshift bandage, praying it would be enough.</w:t>
      </w:r>
    </w:p>
    <w:p w14:paraId="77240F19" w14:textId="77777777" w:rsidR="00121116" w:rsidRDefault="00AA3789">
      <w:r>
        <w:t>The icy air stung my bare shoulders, but I pulled my cloak around me, cocooning myself in its heavy folds. My hand reached instinctively for the dagger tucked into my boot, and relief flooded me when my fingers closed around its familiar hilt. I drew the blade, gripping it tightly, the cold metal grounding me against the rising tide of panic.</w:t>
      </w:r>
    </w:p>
    <w:p w14:paraId="3D6439C7" w14:textId="77777777" w:rsidR="00121116" w:rsidRDefault="00AA3789">
      <w:r>
        <w:t>Then, I felt it—a presence. Cold, invasive, crawling along my spine like a shadow come to life. My breath hitched, my heart hammering against my ribs as I scanned the darkness below. The forest had gone silent again, the wind stilled, the trees frozen in place as though holding their breath. My voice broke through the quiet, trembling but defiant.</w:t>
      </w:r>
    </w:p>
    <w:p w14:paraId="49095F55" w14:textId="77777777" w:rsidR="00121116" w:rsidRDefault="00AA3789">
      <w:r>
        <w:t>“Show yourself!” I shouted, my hands shaking as I held the dagger out in front of me. The words echoed into the emptiness, swallowed by the forest.</w:t>
      </w:r>
    </w:p>
    <w:p w14:paraId="079B2A22" w14:textId="77777777" w:rsidR="00121116" w:rsidRDefault="00AA3789">
      <w:r>
        <w:t>“Show yourself!” I demanded again, louder this time, willing strength into my voice even as fear threatened to crush me.</w:t>
      </w:r>
    </w:p>
    <w:p w14:paraId="66ABFD31" w14:textId="77777777" w:rsidR="00121116" w:rsidRDefault="00AA3789">
      <w:r>
        <w:t>And then, it spoke.</w:t>
      </w:r>
    </w:p>
    <w:p w14:paraId="6F1D2C65" w14:textId="77777777" w:rsidR="00121116" w:rsidRDefault="00AA3789">
      <w:r>
        <w:t>“Hello, you delicious Hecate,” a voice rasped, low and menacing, slithering through the shadows like a cold hand on my neck. The sound sent a shudder through my entire body, my grip tightening on the dagger until my knuckles turned white.</w:t>
      </w:r>
    </w:p>
    <w:p w14:paraId="4D3D1899" w14:textId="77777777" w:rsidR="00121116" w:rsidRDefault="00AA3789">
      <w:r>
        <w:t>A shape began to emerge from the darkness—a hulking mass, its form deeper and blacker than the night itself. My stomach twisted, nausea rising as the shadow took shape, its edges sharp and undefined, like smoke and flesh twisted into something monstrous. I froze, bile burning the back of my throat as I tried to hold my ground.</w:t>
      </w:r>
    </w:p>
    <w:p w14:paraId="3BE593CD" w14:textId="77777777" w:rsidR="00121116" w:rsidRDefault="00AA3789">
      <w:r>
        <w:t>“Ah, a young soul,” it hissed, its voice dripping with malice. “You smell of new meat. Delightful.” The creature let out a high-pitched, grating laugh that seemed to reverberate inside my skull. My body shook uncontrollably, my legs threatening to give way even as I pressed my back harder against the tree trunk.</w:t>
      </w:r>
    </w:p>
    <w:p w14:paraId="716400BA" w14:textId="77777777" w:rsidR="00121116" w:rsidRDefault="00AA3789">
      <w:r>
        <w:t xml:space="preserve">The voice lowered, its tone almost mocking. “I hope you enjoyed the day of freedom I let you have,” it whispered, its voice carried by the wind, chilling my skin. “I knew you would need your strength for my little game.” The realization hit me like a blow to the chest—it had </w:t>
      </w:r>
      <w:r>
        <w:lastRenderedPageBreak/>
        <w:t>been watching me. It had been there, lurking in the shadows, waiting. My flesh crawled at the thought, the weight of its gaze searing into me even now.</w:t>
      </w:r>
    </w:p>
    <w:p w14:paraId="247CD6EF" w14:textId="77777777" w:rsidR="00121116" w:rsidRDefault="00AA3789">
      <w:r>
        <w:t>“So tempting, to indulge in your blood,” it murmured, its tone almost... delighted. “The sound of your flesh ripping.” The words clawed at my mind, each syllable sinking deeper, dragging me closer to the edge of despair. My soul screamed for Vidar, his name a desperate plea in the darkness. I reached inward, searching for my magic, for the fire that had once surged through me. But it was gone—silent, empty, as though the forest had swallowed it whole.</w:t>
      </w:r>
    </w:p>
    <w:p w14:paraId="644E4FEF" w14:textId="77777777" w:rsidR="00121116" w:rsidRDefault="00AA3789">
      <w:r>
        <w:t>I gripped the dagger tighter, raising it with trembling hands. “Stay back!” I shouted, my voice cracking but laced with defiance.</w:t>
      </w:r>
    </w:p>
    <w:p w14:paraId="2B5D7E1C" w14:textId="77777777" w:rsidR="00121116" w:rsidRDefault="00AA3789">
      <w:r>
        <w:t>The shadow paused, its form shifting but not advancing. I could feel its malice, its hunger, radiating toward me like a wave. My breath came in sharp, shallow gasps, my body coiled and ready, though I knew the dagger in my hand was nothing against the creature before me. Still, I refused to surrender—not now, not yet.</w:t>
      </w:r>
    </w:p>
    <w:p w14:paraId="3CBBBC6F" w14:textId="77777777" w:rsidR="00121116" w:rsidRDefault="00AA3789">
      <w:r>
        <w:t>I clenched my fists, my body trembling uncontrollably, as if fear had seeped into every muscle and bone. My magic—my very essence—felt distant, unreachable, leaving me hollow and exposed. It wasn’t just fear that gripped me now; it was the stark realization that I was utterly powerless in this moment.</w:t>
      </w:r>
    </w:p>
    <w:p w14:paraId="0938B403" w14:textId="77777777" w:rsidR="00121116" w:rsidRDefault="00AA3789">
      <w:r>
        <w:t>The shadow’s screeching laughter pierced the air, cruel and mocking. “Don’t you know your powers are useless here?” it sneered, the voice slithering around me like a cold chain, tightening with every word.</w:t>
      </w:r>
    </w:p>
    <w:p w14:paraId="5F5E87B7" w14:textId="77777777" w:rsidR="00121116" w:rsidRDefault="00AA3789">
      <w:r>
        <w:t>Useless? The accusation sank in, sharp and cutting. My stomach twisted as the weight of my earlier decisions bore down on me. I had been reckless—defiant. And now, I was paying the price. The one time I needed my Hecate abilities, they were absent, as if the forest itself had sapped them dry. Stupid magic. Stupid forest. Stupid me.</w:t>
      </w:r>
    </w:p>
    <w:p w14:paraId="48897343" w14:textId="77777777" w:rsidR="00121116" w:rsidRDefault="00AA3789">
      <w:r>
        <w:t>Still, I refused to collapse under the weight of my regret. My breath steadied as I forced the terror back, burying it beneath the simmering defiance that had carried me through so much already. “You don’t need magic,” I told myself, the thought ringing hollow but persistent. “You are smart. You are strong.” I repeated the words like a mantra, each one pushing the panic a little further down, steadying the erratic rhythm of my heart.</w:t>
      </w:r>
    </w:p>
    <w:p w14:paraId="5C17ADE0" w14:textId="77777777" w:rsidR="00121116" w:rsidRDefault="00AA3789">
      <w:r>
        <w:t>I roared into the suffocating darkness, “Come get me, then!”</w:t>
      </w:r>
    </w:p>
    <w:p w14:paraId="137650BB" w14:textId="77777777" w:rsidR="00121116" w:rsidRDefault="00AA3789">
      <w:r>
        <w:t>The shadow’s laughter erupted again, a jagged, malicious sound that tore through the stillness. It didn’t echo—it lingered, stretching unnaturally, filling every corner of the forest with its cruelty.</w:t>
      </w:r>
    </w:p>
    <w:p w14:paraId="3D03CE0E" w14:textId="77777777" w:rsidR="00121116" w:rsidRDefault="00AA3789">
      <w:r>
        <w:t>“I’ll give you that,” it sneered, the voice sharper now, as though smiling through its words. “You are braver than you look.”</w:t>
      </w:r>
    </w:p>
    <w:p w14:paraId="5604CACC" w14:textId="77777777" w:rsidR="00121116" w:rsidRDefault="00AA3789">
      <w:r>
        <w:lastRenderedPageBreak/>
        <w:t>The words barely registered before something cold and metallic slithered through the air, binding my wrists with an unnatural strength. I gasped as chains materialized from the shadows, their jagged edges biting into my skin as they yanked my arms apart. The dagger fell from my grasp, landing uselessly in the snow with a dull thud.</w:t>
      </w:r>
    </w:p>
    <w:p w14:paraId="10E4DA8A" w14:textId="77777777" w:rsidR="00121116" w:rsidRDefault="00AA3789">
      <w:r>
        <w:t>“Stop!” I shouted, my voice breaking as the chains tightened. My struggles were futile; the chains pulled me off the branch, dragging me through the snow with unrelenting force. The forest blurred around me, my vision bouncing with every sharp tug until I came to a jarring stop at the feet of the monstrous shadow.</w:t>
      </w:r>
    </w:p>
    <w:p w14:paraId="36A09F39" w14:textId="77777777" w:rsidR="00121116" w:rsidRDefault="00AA3789">
      <w:r>
        <w:t>And then I saw it.</w:t>
      </w:r>
    </w:p>
    <w:p w14:paraId="4B09254C" w14:textId="77777777" w:rsidR="00121116" w:rsidRDefault="00AA3789">
      <w:r>
        <w:t>The moonlight was gone, swallowed entirely by the oppressive canopy above, but the creature’s form seemed to defy the darkness itself. It glowed faintly, not with light, but with an eerie, unnatural clarity, as if the shadows bent themselves to its will, illuminating it in defiance of reason.</w:t>
      </w:r>
    </w:p>
    <w:p w14:paraId="38E8BB69" w14:textId="77777777" w:rsidR="00121116" w:rsidRDefault="00AA3789">
      <w:r>
        <w:t>The creature stepped into view, its grotesque form sharp and vivid against the surrounding blackness. Its lanky, towering frame loomed over me, a grotesque caricature of a predator. The skin stretched taut over its body was leathery and charcoal-black, glistening as though slick with oil. Its claws—long, curved, and glinting—hung by its sides, each one sharp enough to shred through flesh with ease.</w:t>
      </w:r>
    </w:p>
    <w:p w14:paraId="536A8D13" w14:textId="77777777" w:rsidR="00121116" w:rsidRDefault="00AA3789">
      <w:r>
        <w:t>Its face was worse. Its smile stretched unnaturally wide, exposing jagged teeth that gleamed despite the absence of light. Two bottomless black eyes, perfectly round and unblinking, stared down at me with a malice that seemed to pierce through my skin and into my very soul. My body stiffened as I met its gaze, unable to look away from the abyss within its eyes.</w:t>
      </w:r>
    </w:p>
    <w:p w14:paraId="39B2FB41" w14:textId="77777777" w:rsidR="00121116" w:rsidRDefault="00AA3789">
      <w:r>
        <w:t>A pair of smooth, curling horns protruded from its head, black and gleaming like polished stone. The forest’s cold seemed to vanish in the creature’s presence, replaced by a suffocating, sticky heat that clung to my skin, making every breath a struggle.</w:t>
      </w:r>
    </w:p>
    <w:p w14:paraId="225DAEED" w14:textId="77777777" w:rsidR="00121116" w:rsidRDefault="00AA3789">
      <w:r>
        <w:t>It leaned down, its face inches from mine, its rancid breath hot against my cheek. My hood slipped back as its claws gripped my braid, yanking my head upward with a force that sent pain lancing through my scalp. I gasped, the sharp tug pulling tears to the corners of my eyes, but I refused to let them fall.</w:t>
      </w:r>
    </w:p>
    <w:p w14:paraId="7F0C8A6B" w14:textId="77777777" w:rsidR="00121116" w:rsidRDefault="00AA3789">
      <w:r>
        <w:t>The smile faded into a thin, unnatural line as it studied me, its black eyes roaming over my face as if savoring the fear etched into my features. My chest heaved as I fought to keep my breathing steady, the effort of masking my terror leaving my limbs weak.</w:t>
      </w:r>
    </w:p>
    <w:p w14:paraId="1F272049" w14:textId="77777777" w:rsidR="00121116" w:rsidRDefault="00AA3789">
      <w:r>
        <w:t>“You smell of new blood,” it hissed, the words slow and deliberate, dripping with anticipation. “Fresh. Untouched. Delicious.” Its claws scraped lightly against my scalp, sending shivers down my spine. “I wonder... how long you’ll last.”</w:t>
      </w:r>
    </w:p>
    <w:p w14:paraId="3B0E5C46" w14:textId="77777777" w:rsidR="00121116" w:rsidRDefault="00AA3789">
      <w:r>
        <w:lastRenderedPageBreak/>
        <w:t>“What do you want from me?” I demanded, my voice raw, the words scraping against my throat like shards of glass. The question hung in the air, trembling with defiance I wasn’t sure I could sustain.</w:t>
      </w:r>
    </w:p>
    <w:p w14:paraId="30F6B569" w14:textId="77777777" w:rsidR="00121116" w:rsidRDefault="00AA3789">
      <w:r>
        <w:t>It tilted its grotesque head, its endless black eyes narrowing with a cruel fascination. Slowly, its clawed hand rose toward me, dragging one sharp talon across my cheek. The touch wasn’t deep enough to draw blood, but it sent a hot, stinging line of pain across my skin. I flinched, instinctively turning my face away, but the chains around my wrists prevented me from escaping. My head was wrenched forward, and the talon moved with deliberate slowness, as though savoring my reaction.</w:t>
      </w:r>
    </w:p>
    <w:p w14:paraId="039A37AB" w14:textId="77777777" w:rsidR="00121116" w:rsidRDefault="00AA3789">
      <w:r>
        <w:t>Without warning, the chains tightened, and the creature yanked me forward with such force that I was torn from my precarious stance. I crashed into the frozen ground, my knees striking jagged stones hidden beneath the snow. Pain shot through my legs, sharp and immediate, as the wound on my thigh tore open anew. I gasped, the warm gush of blood soaking through the already damp fabric of my breeches. The coppery scent filled the icy air, mingling with the acrid stench of the creature’s breath.</w:t>
      </w:r>
    </w:p>
    <w:p w14:paraId="4E564947" w14:textId="77777777" w:rsidR="00121116" w:rsidRDefault="00AA3789">
      <w:r>
        <w:t>“Get up!” it roared, the sound so powerful it rattled through my bones, reverberating in my skull like a war drum. The force of it made me recoil, my arms trembling as I tried to push myself upright. My wounded leg buckled, screaming with pain as I forced weight onto it. Fresh blood slicked my skin, seeping down into my boot, its sticky warmth a cruel reminder of my weakness.</w:t>
      </w:r>
    </w:p>
    <w:p w14:paraId="5F45FE6F" w14:textId="77777777" w:rsidR="00121116" w:rsidRDefault="00AA3789">
      <w:r>
        <w:t>I gritted my teeth, tears burning at the corners of my eyes. I wouldn’t give it the satisfaction of seeing me cry. Even as my chest heaved with gasping breaths, even as my body screamed for mercy, I willed myself to stand. Every movement sent shockwaves of pain through me, but I refused to stop. I bit down on my lower lip, tasting the metallic tang of blood as I forced myself upright, my body swaying unsteadily against the pull of the chains.</w:t>
      </w:r>
    </w:p>
    <w:p w14:paraId="1B3ED9C5" w14:textId="77777777" w:rsidR="00121116" w:rsidRDefault="00AA3789">
      <w:r>
        <w:t>The creature let out a low, guttural laugh, a sound that crawled under my skin like a swarm of insects. “Look at you,” it sneered, its voice dripping with mockery. “So fragile. So breakable. Yet still trying to fight.”</w:t>
      </w:r>
    </w:p>
    <w:p w14:paraId="55350E31" w14:textId="77777777" w:rsidR="00121116" w:rsidRDefault="00AA3789">
      <w:r>
        <w:t>The words cut deeper than the icy wind ever could, slicing through the fragile veil of determination I had wrapped around myself. My breath came in shallow, ragged bursts as I stumbled forward, the chains tugging me closer to the towering monstrosity. My wounded leg dragged through the snow, leaving a dark red trail behind me. Each step felt like a betrayal of my body, the raw, searing pain threatening to pull me under.</w:t>
      </w:r>
    </w:p>
    <w:p w14:paraId="6F6E4D68" w14:textId="77777777" w:rsidR="00121116" w:rsidRDefault="00AA3789">
      <w:r>
        <w:t>The creature moved ahead with a terrifying ease, its long, spindly legs carrying it effortlessly over the uneven ground. I struggled to keep pace, my limbs growing heavier with every step. My vision blurred, the edges of the world fading into a haze of white and shadow. I could barely feel my hands anymore, the biting cold stealing away any sense of touch. But the chains pulled me forward, unrelenting, demanding I keep moving.</w:t>
      </w:r>
    </w:p>
    <w:p w14:paraId="759C864A" w14:textId="77777777" w:rsidR="00121116" w:rsidRDefault="00AA3789">
      <w:r>
        <w:lastRenderedPageBreak/>
        <w:t>When it finally stopped, the abrupt slack in the chains sent me stumbling to my knees again. I cried out as my body hit the ground, my injured leg collapsing beneath me like dead weight. My cloak had fallen open, and the freezing wind tore at my exposed skin, leaving behind a burning, icy sting. My hands, raw and bloody, scrabbled at the snow as I tried to pull the cloak back around me. The creature watched in silence, its soulless eyes following my every movement with a predatory intensity.</w:t>
      </w:r>
    </w:p>
    <w:p w14:paraId="10D8BA4C" w14:textId="77777777" w:rsidR="00121116" w:rsidRDefault="00AA3789">
      <w:r>
        <w:t>I kept my head down, refusing to meet its gaze. My body trembled violently, both from the cold and from the pain that radiated through every nerve. My blood felt sluggish, as though even my own body was betraying me, slowing down, giving in to the exhaustion that clawed at my mind.</w:t>
      </w:r>
    </w:p>
    <w:p w14:paraId="656FC15C" w14:textId="77777777" w:rsidR="00121116" w:rsidRDefault="00AA3789">
      <w:r>
        <w:t>A claw hooked under my chin, lifting my face upward. The sharp tip dug into my skin, and I winced, my jaw clenching against the pain. It leaned down, its grotesque face inches from mine, and I could see every detail—the leathery texture of its skin, the slick sheen of its curved horns, the glint of its jagged teeth as it grinned. Its breath was warm and putrid, a foul combination of decay and something sickly sweet.</w:t>
      </w:r>
    </w:p>
    <w:p w14:paraId="0B59D8C4" w14:textId="77777777" w:rsidR="00121116" w:rsidRDefault="00AA3789">
      <w:r>
        <w:t>“You reek of weakness,” it rasped, its voice low and guttural. “But there’s something else... something underneath. What are you hiding, pretty thing?”</w:t>
      </w:r>
    </w:p>
    <w:p w14:paraId="10DD91BA" w14:textId="77777777" w:rsidR="00121116" w:rsidRDefault="00AA3789">
      <w:r>
        <w:t>Its words sent a shiver down my spine, a wave of nausea rising in my stomach. It released my chin, the claw sliding away with deliberate slowness, leaving behind a faint scratch. The creature began to circle me, its hulking shadow engulfing my shivering form. I could feel its gaze crawling over me, studying every inch of my broken body.</w:t>
      </w:r>
    </w:p>
    <w:p w14:paraId="1F2C3ABA" w14:textId="77777777" w:rsidR="00121116" w:rsidRDefault="00AA3789">
      <w:r>
        <w:t>“Your scent...” it whispered, its tone almost contemplative now. “It’s more than Hecate. Something older, something raw. What are you?”</w:t>
      </w:r>
    </w:p>
    <w:p w14:paraId="7ED5C736" w14:textId="77777777" w:rsidR="00121116" w:rsidRDefault="00AA3789">
      <w:r>
        <w:t>I forced myself to lift my chin, glaring up at it despite the tears that blurred my vision. “I don’t know,” I spat, my voice trembling but defiant. “And I wouldn’t tell you if I did.”</w:t>
      </w:r>
    </w:p>
    <w:p w14:paraId="6A48540E" w14:textId="77777777" w:rsidR="00121116" w:rsidRDefault="00AA3789">
      <w:r>
        <w:t>The creature’s laughter was sharp and grating, echoing through the desolate forest. “Oh, you will tell me,” it hissed, leaning closer. “In time.”</w:t>
      </w:r>
    </w:p>
    <w:p w14:paraId="73CD9D96" w14:textId="77777777" w:rsidR="00121116" w:rsidRDefault="00AA3789">
      <w:r>
        <w:t>Its words were a promise, dark and unrelenting. I could feel the despair tightening around my chest, squeezing the air from my lungs. My fingers dug into the snow, clutching at the only solid thing I could hold on to. But even as my body shook, even as my strength waned, a spark of something deeper burned within me. I wouldn’t give up—not yet. Not ever.</w:t>
      </w:r>
    </w:p>
    <w:p w14:paraId="3223710A" w14:textId="77777777" w:rsidR="00121116" w:rsidRDefault="00AA3789">
      <w:r>
        <w:t>“What to do with you... what to do with you,” it mused, its lanky form towering over me. “You intrigue me. What will I do with you, little creature?”</w:t>
      </w:r>
    </w:p>
    <w:p w14:paraId="14B455B1" w14:textId="77777777" w:rsidR="00121116" w:rsidRDefault="00AA3789">
      <w:r>
        <w:t>I was no creature. I was human once, now somehow part Hecate. But what was I truly? I was sick of its taunting, sick of its games. I wanted answers. My voice was raspy, but I dared to speak. “What are you?”</w:t>
      </w:r>
    </w:p>
    <w:p w14:paraId="65481E99" w14:textId="77777777" w:rsidR="00121116" w:rsidRDefault="00AA3789">
      <w:r>
        <w:lastRenderedPageBreak/>
        <w:t>The creature grinned, seeming surprised at my audacity.</w:t>
      </w:r>
    </w:p>
    <w:p w14:paraId="1ACAAF5F" w14:textId="77777777" w:rsidR="00121116" w:rsidRDefault="00AA3789">
      <w:r>
        <w:t>“You don’t know what I am?” It laughed, a chilling sound that echoed through the trees.</w:t>
      </w:r>
    </w:p>
    <w:p w14:paraId="6CB6968B" w14:textId="77777777" w:rsidR="00121116" w:rsidRDefault="00AA3789">
      <w:r>
        <w:t>“I am a Demaniss,” it answered, a gleam of wicked pride in its voice.</w:t>
      </w:r>
    </w:p>
    <w:p w14:paraId="33BA33D4" w14:textId="77777777" w:rsidR="00121116" w:rsidRDefault="00AA3789">
      <w:r>
        <w:t>Its lip curled into a malicious smile. “You shall be my slave for now. Your unknown flesh is too precious for me to dig my teeth into... for now,” it sneered.</w:t>
      </w:r>
    </w:p>
    <w:p w14:paraId="0963240F" w14:textId="77777777" w:rsidR="00121116" w:rsidRDefault="00AA3789">
      <w:r>
        <w:t>Relieved, I realized I wasn’t to be its next meal—at least not yet. This reprieve gave me time, a chance to think of a way to escape. It yanked on my chains, commanding me to walk. I obeyed, stumbling forward as we continued into the shadows of the night. Darkness enveloped us, its body blending seamlessly with the gloom. I considered running, momentarily forgetting the heavy chains still binding my wrists, the metal digging into my flesh and leaving my skin raw and sore.</w:t>
      </w:r>
    </w:p>
    <w:p w14:paraId="3B6B1756" w14:textId="77777777" w:rsidR="00121116" w:rsidRDefault="00AA3789">
      <w:r>
        <w:t>The ground turned dry and rough as the wind died around me. Darkness swallowed my sight, and panic gripped my chest. The cave walls pressed in, suffocating, and each breath echoed like a plea for air. “Afraid of the dark?” it taunted, amusement in its tone.</w:t>
      </w:r>
    </w:p>
    <w:p w14:paraId="166B0773" w14:textId="77777777" w:rsidR="00121116" w:rsidRDefault="00AA3789">
      <w:r>
        <w:t>“Let me out, please,” I begged, my voice desperate, each word a plea for air.</w:t>
      </w:r>
    </w:p>
    <w:p w14:paraId="23098C03" w14:textId="77777777" w:rsidR="00121116" w:rsidRDefault="00AA3789">
      <w:r>
        <w:t>It pulled on the chains again, trying to drag me deeper into the cave, but I resisted with all my strength. “Let me sleep outside, please,” I pleaded, my voice breaking, tears threatening to fall. “Please.”</w:t>
      </w:r>
    </w:p>
    <w:p w14:paraId="404D22A3" w14:textId="77777777" w:rsidR="00121116" w:rsidRDefault="00AA3789">
      <w:r>
        <w:t>Its eyes glinted in the darkness as it studied my trembling form. Finally, it relented, a hint of cruel enjoyment in its voice. “Fine, you fool. Sleep in the tundra of the night. More fun for me, hearing you tortured by the cold, your flesh quivering for warmth.”</w:t>
      </w:r>
    </w:p>
    <w:p w14:paraId="6A368EFE" w14:textId="77777777" w:rsidR="00121116" w:rsidRDefault="00AA3789">
      <w:r>
        <w:t>It shoved me toward the entrance, barely visible in the night, pushing harder until I fell onto the snow. “Here,” it said, yanking the chains sharply before I could rise. The Demaniss tied me to a tree near the cave entrance, wrapping the chains tightly around the trunk, leaving me with barely any room to move.</w:t>
      </w:r>
    </w:p>
    <w:p w14:paraId="4A18A6ED" w14:textId="77777777" w:rsidR="00121116" w:rsidRDefault="00AA3789">
      <w:r>
        <w:t>Too exhausted to fight, I slumped against the tree. I watched the Demaniss disappear back into the cave, not even bothering to ensure I wouldn’t escape. It knew I couldn’t. Not in my weakened state, not with these chains. I closed my eyes, momentarily resigning myself to defeat, until I felt something hard beneath me. A branch.</w:t>
      </w:r>
    </w:p>
    <w:p w14:paraId="2EC8A738" w14:textId="77777777" w:rsidR="00121116" w:rsidRDefault="00AA3789">
      <w:r>
        <w:t>Yes, a branch! I could use it, maybe even defend myself with it. Slowly, I shifted my body, careful to move quietly, feeling for a pointed end. It wasn’t sharp enough. I needed to break it. I would have to wait until the creature was asleep, then snap it quickly and quietly.</w:t>
      </w:r>
    </w:p>
    <w:p w14:paraId="62C3D001" w14:textId="77777777" w:rsidR="00121116" w:rsidRDefault="00AA3789">
      <w:r>
        <w:t xml:space="preserve">I waited, listening intently for any sign of the Demaniss settling down. When I thought it was safe, I broke the end of the branch, disguising the sound with the clanking of my chains. I worked quickly, rubbing the broken edge against the rough bark to make it as smooth and </w:t>
      </w:r>
      <w:r>
        <w:lastRenderedPageBreak/>
        <w:t>sharp as possible. I slid the makeshift weapon down my leg, hiding it against the stiff fabric of my breeches, its outline concealed by my cloak. Now, I had a plan. I was ready to strike the next time it came close.</w:t>
      </w:r>
    </w:p>
    <w:p w14:paraId="0D0FAD34" w14:textId="77777777" w:rsidR="00121116" w:rsidRDefault="00AA3789">
      <w:r>
        <w:t>The rest of the night was a battle against the cold. I forced myself to stay awake, knowing that if I closed my eyes, I might never open them again. The freezing air bit into my bones. I shivered violently, my teeth chattering uncontrollably. I had to keep moving, wiggling my toes and fingers, forcing my muscles to stay alive. I tried to gain control over my body, to stop the uncontrollable shaking. I focused on a memory of warmth, the sun glowing across my face, its rays seeping into my skin, heating my bones as I lay in a grassy field, far away from everything. Free. Alone.</w:t>
      </w:r>
    </w:p>
    <w:p w14:paraId="2D745A84" w14:textId="77777777" w:rsidR="00121116" w:rsidRDefault="00AA3789">
      <w:r>
        <w:t>~</w:t>
      </w:r>
    </w:p>
    <w:p w14:paraId="63C13D63" w14:textId="77777777" w:rsidR="00121116" w:rsidRDefault="00AA3789">
      <w:r>
        <w:t>We were walking again, the oppressive silence between us heavier than the chains that bound me. The Demaniss barely spoke, savoring the fear it radiated into me like a toxin. Each heavy step I took felt like a countdown to my doom. But I had a plan—a fragile, reckless plan that hinged on timing and desperation. I had been rehearsing it in my mind all morning, clinging to it as my one chance to escape. It had to work. It had to.</w:t>
      </w:r>
    </w:p>
    <w:p w14:paraId="075CEB17" w14:textId="77777777" w:rsidR="00121116" w:rsidRDefault="00AA3789">
      <w:r>
        <w:t>The sharpened stick pressed against my ribs, concealed beneath my cloak. My fingers brushed its rough surface, grounding me. I stumbled intentionally, collapsing into the snow, forcing the Demaniss to halt. The chain jerked violently as it yanked me forward, but I remained limp, letting my body drag across the icy ground. The freezing snow scraped against my skin, searing like fire. My breathing grew shallow, every muscle screaming at me to move, to fight back against the cold. But I held still. I needed it closer.</w:t>
      </w:r>
    </w:p>
    <w:p w14:paraId="12B388F5" w14:textId="77777777" w:rsidR="00121116" w:rsidRDefault="00AA3789">
      <w:r>
        <w:t>The Demaniss growled, its frustration palpable, the guttural sound cutting through the forest’s oppressive silence. I heard its claws crunch through the snow as it approached. My heart thundered in my chest, every beat a desperate plea for courage. I clutched the stick beneath my body, fingers trembling, waiting for the right moment.</w:t>
      </w:r>
    </w:p>
    <w:p w14:paraId="0C99C9F1" w14:textId="77777777" w:rsidR="00121116" w:rsidRDefault="00AA3789">
      <w:r>
        <w:t>Its breath ghosted over the back of my neck, cold and rank, reeking of decay. I fought the urge to gag, clamping my lips shut as tightly as I could. It was close now. I could feel the weight of its presence pressing down on me, suffocating. The moment stretched into eternity. My lungs burned as I held my breath, locking every muscle in place, waiting for its touch.</w:t>
      </w:r>
    </w:p>
    <w:p w14:paraId="02E4D91A" w14:textId="77777777" w:rsidR="00121116" w:rsidRDefault="00AA3789">
      <w:r>
        <w:t>Claws dug into my shoulder, flipping me onto my back with a force that sent pain radiating through my entire body. It snarled, its soulless black eyes narrowing in satisfaction as it loomed over me. Now.</w:t>
      </w:r>
    </w:p>
    <w:p w14:paraId="206976EA" w14:textId="77777777" w:rsidR="00121116" w:rsidRDefault="00AA3789">
      <w:r>
        <w:t xml:space="preserve">With every ounce of strength I had left, I lunged, driving the sharpened stick upward into its abdomen. The impact jarred my arm, the force reverberating through my body as the branch pierced its leathery skin. The Demaniss let out a piercing, ear-splitting screech, </w:t>
      </w:r>
      <w:r>
        <w:lastRenderedPageBreak/>
        <w:t>doubling over as dark, viscous blood spilled onto the snow. The sight of it was both horrifying and exhilarating—a flicker of hope in a sea of despair.</w:t>
      </w:r>
    </w:p>
    <w:p w14:paraId="0903B8E5" w14:textId="77777777" w:rsidR="00121116" w:rsidRDefault="00AA3789">
      <w:r>
        <w:t>It clawed at the stick embedded in its flesh, its movements frantic and jerky. I didn’t wait. I scrambled to my feet, wrenching the chains from its grasp. The weight of them dragged at my arms as I turned and ran, the snow crunching beneath my boots, my injured leg screaming with every step. Blood soaked through my breeches, warm and sticky against my frozen skin, but the adrenaline pumping through my veins dulled the pain. Survival was all that mattered.</w:t>
      </w:r>
    </w:p>
    <w:p w14:paraId="6ED8D10D" w14:textId="77777777" w:rsidR="00121116" w:rsidRDefault="00AA3789">
      <w:r>
        <w:t>“You stupid fool!” it bellowed, its voice reverberating through the forest like a thunderclap. The rage in its tone made my blood run cold, but I didn’t look back. I couldn’t. My legs moved on instinct, my body a machine running on fear and sheer willpower. The chains clattered behind me, their metallic rattle a deafening reminder of my burden.</w:t>
      </w:r>
    </w:p>
    <w:p w14:paraId="0ED8D1D7" w14:textId="77777777" w:rsidR="00121116" w:rsidRDefault="00AA3789">
      <w:r>
        <w:t>I stumbled, nearly falling, but forced myself to keep going. My breath came in ragged gasps, each inhale scraping against my throat like sandpaper. My vision blurred, the edges of the world melting into a haze of white and shadow. I could barely feel my legs, the pain in my thigh now a distant, throbbing echo. I was running on borrowed time.</w:t>
      </w:r>
    </w:p>
    <w:p w14:paraId="2EF6F129" w14:textId="77777777" w:rsidR="00121116" w:rsidRDefault="00AA3789">
      <w:r>
        <w:t>Through the haze, I saw it—a dark figure standing ahead, solid and immovable against the swirling snow. My heart leapt into my throat. Was it another creature? Another nightmare come to finish me off? But as I drew closer, the figure sharpened, its features becoming clear.</w:t>
      </w:r>
    </w:p>
    <w:p w14:paraId="528E7362" w14:textId="77777777" w:rsidR="00121116" w:rsidRDefault="00AA3789">
      <w:r>
        <w:t>Vidar.</w:t>
      </w:r>
    </w:p>
    <w:p w14:paraId="3DED4700" w14:textId="77777777" w:rsidR="00121116" w:rsidRDefault="00AA3789">
      <w:r>
        <w:t>Relief surged through me, a tidal wave that threatened to drown me. My legs faltered, my body finally succumbing to the exhaustion I had been fighting. I stumbled into him, collapsing against his chest. His arms didn’t reach for me, didn’t embrace me. Instead, he stood firm, his presence a cold, unyielding pillar of strength.</w:t>
      </w:r>
    </w:p>
    <w:p w14:paraId="52C9A104" w14:textId="77777777" w:rsidR="00121116" w:rsidRDefault="00AA3789">
      <w:r>
        <w:t>“A Demaniss marks your scent,” he said, his voice low and hard, devoid of the warmth I had hoped for. “We need to get out of the forest.”</w:t>
      </w:r>
    </w:p>
    <w:p w14:paraId="1C330460" w14:textId="77777777" w:rsidR="00121116" w:rsidRDefault="00AA3789">
      <w:r>
        <w:t>I tried to respond, to explain, but the words caught in my throat, choked by the sheer weight of my ordeal. My chest heaved, my breaths shallow and desperate. My wounded leg throbbed mercilessly, each pulse sending fresh blood trickling down my skin. I felt the world spinning around me, darkness closing in at the edges of my vision.</w:t>
      </w:r>
    </w:p>
    <w:p w14:paraId="6C3B9C42" w14:textId="77777777" w:rsidR="00121116" w:rsidRDefault="00AA3789">
      <w:r>
        <w:t>“I—I can’t,” I whispered, my voice barely audible over the sound of my labored breathing.</w:t>
      </w:r>
    </w:p>
    <w:p w14:paraId="45E67175" w14:textId="77777777" w:rsidR="00121116" w:rsidRDefault="00AA3789">
      <w:r>
        <w:t>Vidar exhaled sharply, the sound sharp and impatient. Without a word, he bent down, grabbing me with a force that left no room for protest. He hoisted me over his shoulder, his grip firm and unyielding. Pain flared through my body, my wounds screaming in protest, but I was too weak to fight him, too tired to do anything but hang limply in his hold.</w:t>
      </w:r>
    </w:p>
    <w:p w14:paraId="349B7B7B" w14:textId="77777777" w:rsidR="00121116" w:rsidRDefault="00AA3789">
      <w:r>
        <w:lastRenderedPageBreak/>
        <w:t>He moved through the forest with a speed and certainty that defied the chaos around us. The trees blurred as we passed, their dark forms melting into one another. My body swayed with each of his powerful strides, the motion lulling me toward unconsciousness. The cold wind bit at my exposed skin, but Vidar’s warmth seeped through the fabric of his coat, a quiet reminder that I was no longer alone.</w:t>
      </w:r>
    </w:p>
    <w:p w14:paraId="4BDCFFB0" w14:textId="77777777" w:rsidR="00121116" w:rsidRDefault="00AA3789">
      <w:r>
        <w:t>I closed my eyes, letting the darkness take me. Vidar was here. I was safe—for now.</w:t>
      </w:r>
    </w:p>
    <w:p w14:paraId="7849F340" w14:textId="77777777" w:rsidR="00121116" w:rsidRDefault="00AA3789">
      <w:r>
        <w:t>~ Next Chapter</w:t>
      </w:r>
    </w:p>
    <w:p w14:paraId="4805E92B" w14:textId="77777777" w:rsidR="00121116" w:rsidRDefault="00AA3789">
      <w:r>
        <w:t>I woke up next to a fire. My body was cocooned in a thick, woolen fur, shielding me from the chill of the night air. The fur was warm and comforting, scented faintly of resin and lavender. It felt like Vidar himself had wrapped his presence around my frail form. His white coat covered me, its softness a stark contrast to the harshness I’d endured. My leg had been carefully bandaged, and beside me lay my torn cloak, stained with dried blood. Vidar must have used it to stem the bleeding. The blood that had caked my skin was gone, cleaned away. I must have been too weak for my wound to heal fully, or perhaps it was too deep. I wasn’t sure.</w:t>
      </w:r>
    </w:p>
    <w:p w14:paraId="25CEE778" w14:textId="77777777" w:rsidR="00121116" w:rsidRDefault="00AA3789">
      <w:r>
        <w:t>Slowly, I lifted my head, trying to sit up, my movements tentative and sluggish. I glanced around, taking in my surroundings. We were out of the forest. A few tall pine trees stood scattered around us, their needles a deep green, barely visible beneath the thick layer of snow weighing down their branches. The ground beneath me was dry, covered in prickly green grass, a shade lighter than the pine trees. Just a bit further back, the ground was cold, blanketed in snow again. The fire must have melted the snow close to it, warming the earth beneath.</w:t>
      </w:r>
    </w:p>
    <w:p w14:paraId="0D92C010" w14:textId="77777777" w:rsidR="00121116" w:rsidRDefault="00AA3789">
      <w:r>
        <w:t>I turned my gaze to the fire, noticing the flames were not the usual vibrant red and orange. There was something different about this fire. Its warmth felt softer, not the fierce, biting heat of a typical blaze. Yet, if I moved too close, the flames threatened to sear, their heat blistering. There was no smoke rising from it, no crackle of burning wood. It seemed almost unnatural, a force against the elements. Power that didn’t come from the ground or nature.</w:t>
      </w:r>
    </w:p>
    <w:p w14:paraId="51DED4A4" w14:textId="77777777" w:rsidR="00121116" w:rsidRDefault="00AA3789">
      <w:r>
        <w:t>I could feel its energy, almost like a living presence. My soul ached for its warmth, a deep yearning that stirred inside me. I felt the walls of my mind caressed by its invisible power, a pull I couldn’t resist. I was drawn closer, compelled to reach out, to let the flames lick my skin, to feel their searing touch and draw strength from their mysterious heat. My body seemed to move on its own, driven by a force beyond my control, drawn to the fire’s unearthly glow.</w:t>
      </w:r>
    </w:p>
    <w:p w14:paraId="6C908592" w14:textId="77777777" w:rsidR="00121116" w:rsidRDefault="00AA3789">
      <w:r>
        <w:t>“Sky! Sky, stop!” Vidar’s voice cut through the trance that had seized my mind, shattering the pull of the fire. I blinked, snapping out of it, suddenly aware of how close I was to the flames. I stumbled back, disoriented, my heart pounding in my chest. I widened my eyes, trying to clear the haze that clouded my vision, feeling the world around me slowly come back into focus.</w:t>
      </w:r>
    </w:p>
    <w:p w14:paraId="7F6124C0" w14:textId="77777777" w:rsidR="00121116" w:rsidRDefault="00AA3789">
      <w:r>
        <w:lastRenderedPageBreak/>
        <w:t>Vidar was seated on the other side of the fire, his eyes locked onto me. He was dressed in the same clothes I’d seen him wear when he left two days ago, but without his white coat—the one now draped around my shoulders. The coat was heavy and warm, its softness a stark contrast to the roughness I felt.</w:t>
      </w:r>
    </w:p>
    <w:p w14:paraId="4CCBDD8C" w14:textId="77777777" w:rsidR="00121116" w:rsidRDefault="00AA3789">
      <w:r>
        <w:t>His black hair was unkempt, with loose strands falling over his forehead. The silver highlights in his hair seemed more prominent now, glinting even in the dim light. Though the sun was hidden behind thick, suffocating clouds, his hair seemed to possess its own ethereal glow, as if moonlight itself had woven through each strand. He looked refreshed, almost untouched by the wilderness around us. Unlike me.</w:t>
      </w:r>
    </w:p>
    <w:p w14:paraId="43FF312E" w14:textId="77777777" w:rsidR="00121116" w:rsidRDefault="00AA3789">
      <w:r>
        <w:t>I was a mess. My hair was nearly out of its braid, wild and tangled. My face was scratched and smeared with dirt, my fingernails encrusted with grime. The bottoms I wore were ripped and torn, and I had nothing on beneath Vidar’s coat. I could feel the dried sweat on my skin mingling with the scent of blood and the lingering odors from the forest. I reeked of fear and desperation.</w:t>
      </w:r>
    </w:p>
    <w:p w14:paraId="300E8C13" w14:textId="77777777" w:rsidR="00121116" w:rsidRDefault="00AA3789">
      <w:r>
        <w:t>But in the dim light of the fire, there was something different about him—something almost human. His eyes, usually so sharp and calculating, softened for just a moment as they met mine. It wasn’t pity or kindness, but something heavier, something I couldn’t name.</w:t>
      </w:r>
    </w:p>
    <w:p w14:paraId="392090FD" w14:textId="77777777" w:rsidR="00121116" w:rsidRDefault="00AA3789">
      <w:r>
        <w:t>“Why do you care?” I asked, my voice sharper than I intended. “Why are you helping me?”</w:t>
      </w:r>
    </w:p>
    <w:p w14:paraId="31671CD1" w14:textId="77777777" w:rsidR="00121116" w:rsidRDefault="00AA3789">
      <w:r>
        <w:t>Vidar’s lips twitched into a faint smirk, but it didn’t reach his eyes. “Don’t mistake my actions for compassion,” he said coolly. “I have my reasons.”</w:t>
      </w:r>
    </w:p>
    <w:p w14:paraId="5BC94EC6" w14:textId="77777777" w:rsidR="00121116" w:rsidRDefault="00AA3789">
      <w:r>
        <w:t>The sky overhead was a blanket of thick, oppressive clouds, leaving no room for even a single ray of moonlight to break through. The world felt muted, subdued. Vidar’s eyes were sharp and devoid of emotion as he watched my every movement, his expression unreadable. He sat on a fallen trunk, arms crossed over his chest, his posture perfect. His back was straight, shoulders squared—every inch of him exuded strength, control. There was no sign of weakness, only power and authority.</w:t>
      </w:r>
    </w:p>
    <w:p w14:paraId="54DFDB65" w14:textId="77777777" w:rsidR="00121116" w:rsidRDefault="00AA3789">
      <w:r>
        <w:t>I tried to steady my breath, feeling a mix of embarrassment and frustration under his intense gaze. His presence alone was enough to remind me of how much I still had to learn—how far I was from mastering anything in this harsh world.</w:t>
      </w:r>
    </w:p>
    <w:p w14:paraId="2AF086E3" w14:textId="77777777" w:rsidR="00121116" w:rsidRDefault="00AA3789">
      <w:r>
        <w:t>“I’m sorry,” the words escaped my dry mouth, almost a whisper, a soft plea for understanding. Vidar’s face remained impassive, his expression unchanged, as if he had heard the words but felt no need to acknowledge them. Instead, he stood up, moving with a deliberate calm, and handed me a gourd filled with water.</w:t>
      </w:r>
    </w:p>
    <w:p w14:paraId="68737A18" w14:textId="77777777" w:rsidR="00121116" w:rsidRDefault="00AA3789">
      <w:r>
        <w:t>Without hesitation, I grabbed it, the cool metal rough against my scraped palms. I tipped it back, letting the cold water glide down my burning throat, easing the thirst I hadn’t even realized was clawing at me. I drank greedily, each swallow a brief reprieve from the dryness that coated my mouth, my chest heaving as I tried to slow my breaths.</w:t>
      </w:r>
    </w:p>
    <w:p w14:paraId="311FDD6F" w14:textId="77777777" w:rsidR="00121116" w:rsidRDefault="00AA3789">
      <w:r>
        <w:lastRenderedPageBreak/>
        <w:t>Vidar watched me in silence, his eyes like cold steel, unreadable and unwavering. I could sense his disappointment simmering beneath the surface, a frustration he didn’t bother to mask. When I finally lowered the gourd, wiping my mouth with the back of my hand, I dared to meet his gaze again.</w:t>
      </w:r>
    </w:p>
    <w:p w14:paraId="2E7EC8B0" w14:textId="77777777" w:rsidR="00121116" w:rsidRDefault="00AA3789">
      <w:r>
        <w:t>“I didn’t mean to disobey you,” I stammered, my voice still rough. “I just—I thought I could handle it.”</w:t>
      </w:r>
    </w:p>
    <w:p w14:paraId="50E5C7DA" w14:textId="77777777" w:rsidR="00121116" w:rsidRDefault="00AA3789">
      <w:r>
        <w:t>His jaw tightened, a flicker of something dark passing through his eyes, but he didn’t speak immediately. Instead, he took a step closer, his presence towering over me. I could feel the tension radiating off him, a controlled storm waiting to break.</w:t>
      </w:r>
    </w:p>
    <w:p w14:paraId="1A30CDB7" w14:textId="77777777" w:rsidR="00121116" w:rsidRDefault="00AA3789">
      <w:r>
        <w:t>“Thought you could handle it?” he finally said, his voice low, each word measured. “And look where that’s gotten you. Nearly devoured by a Demaniss, bleeding out in the snow. This isn’t a game, Sky.”</w:t>
      </w:r>
    </w:p>
    <w:p w14:paraId="5D509EF3" w14:textId="77777777" w:rsidR="00121116" w:rsidRDefault="00AA3789">
      <w:r>
        <w:t>I flinched at his words, each one landing like a blow, but I forced myself to hold his gaze. “I know it’s not a game,” I shot back, my voice gaining a bit of strength. “But I can’t just sit back and do nothing. While you leave, for two days, doing whatever it was. I am clueless, and I have to go home. I have to—” I breathed heavily, the weight of my next words almost too much to bear. “I thought I could find my way there and figure it out when I got to the barrier.” The confession tumbled out of me before I could stop it, the plan I had sworn to keep to myself now laid bare between us.</w:t>
      </w:r>
    </w:p>
    <w:p w14:paraId="78EEB654" w14:textId="77777777" w:rsidR="00121116" w:rsidRDefault="00AA3789">
      <w:r>
        <w:t>Vidar's eyes flickered, a momentary crack in his stony expression. For a heartbeat, I thought I saw something there—empathy, understanding, maybe even pity. But it was gone as quickly as it came, replaced by the same cold, unyielding stare.</w:t>
      </w:r>
    </w:p>
    <w:p w14:paraId="78D59D7D" w14:textId="77777777" w:rsidR="00121116" w:rsidRDefault="00AA3789">
      <w:r>
        <w:t>“You don’t understand this world. You can’t just waltz your way home through these lands,” he said, his voice firm but not unkind. Then, his gaze softened ever so slightly, as if debating whether to share more. “And we are looking for a way, we were.” His words hung in the air for a second, tantalizing me with their vagueness. Before I could ask what he meant, he was already moving on, the moment of vulnerability gone.</w:t>
      </w:r>
    </w:p>
    <w:p w14:paraId="3607B0AF" w14:textId="77777777" w:rsidR="00121116" w:rsidRDefault="00AA3789">
      <w:r>
        <w:t>“We need to keep moving,” he continued briskly. “We’ll have to walk. Any magic here will leave its mark, and the Demaniss will find you. It’s a game for them.” His tone was filled with displeasure, a warning and a reminder all at once.</w:t>
      </w:r>
    </w:p>
    <w:p w14:paraId="6011EF2E" w14:textId="77777777" w:rsidR="00121116" w:rsidRDefault="00AA3789">
      <w:r>
        <w:t>A shiver ran down my spine. The thought of being hunted again, of playing into some twisted game, made my stomach churn. But there was no time to dwell on it. I forced myself to my feet, clutching the fur tighter around my body, and prepared to follow Vidar into the unknown once more.</w:t>
      </w:r>
    </w:p>
    <w:p w14:paraId="2B11AE19" w14:textId="77777777" w:rsidR="00121116" w:rsidRDefault="00AA3789">
      <w:r>
        <w:t xml:space="preserve">The wind clawed at my face, its icy fangs biting through the coarse fabric of Vidar’s coat draped around me. The barren land ahead was a jagged battlefield of frost and rock, a reflection of my own body—scarred, weary, but unwilling to collapse. Behind us, the forest </w:t>
      </w:r>
      <w:r>
        <w:lastRenderedPageBreak/>
        <w:t>loomed like a memory I wanted to bury, its twisted paths still etched in the tremor of my steps. But the sense of relief was fleeting. The terrain ahead was uneven, every step a gamble on whether I’d hit solid ground or slip on a hidden patch of ice.</w:t>
      </w:r>
    </w:p>
    <w:p w14:paraId="6050CE9F" w14:textId="77777777" w:rsidR="00121116" w:rsidRDefault="00AA3789">
      <w:r>
        <w:t>I trudged behind Vidar, each step sending a jolt of pain through my battered legs. The ache in my muscles was a constant reminder of how close I’d come to losing everything. The memory of the Demaniss’s chains biting into my skin haunted me, their cold laughter echoing in my mind. I couldn’t shake the feeling of being hunted. I felt like prey, always one wrong move away from being caught again.</w:t>
      </w:r>
    </w:p>
    <w:p w14:paraId="171385ED" w14:textId="77777777" w:rsidR="00121116" w:rsidRDefault="00AA3789">
      <w:r>
        <w:t>Vidar came to a sudden stop at the base of a small rise in the land. His eyes scanned the horizon, his posture tense and alert. I could see the weight of our situation etched into the lines of his face, his brows furrowed in concentration. His back was to me, but I could feel the urgency radiating from him like a palpable force.</w:t>
      </w:r>
    </w:p>
    <w:p w14:paraId="6305989B" w14:textId="77777777" w:rsidR="00121116" w:rsidRDefault="00AA3789">
      <w:r>
        <w:t>“We need to move faster,” he said without turning around, his voice a low rumble that barely carried over the howling wind. “The Demaniss will be on our trail. They’re relentless hunters. They don’t give up until they’ve gotten what they want.”</w:t>
      </w:r>
    </w:p>
    <w:p w14:paraId="68BC6565" w14:textId="77777777" w:rsidR="00121116" w:rsidRDefault="00AA3789">
      <w:r>
        <w:t>I nodded, though he couldn’t see it. “I’m doing my best,” I muttered, struggling to keep my voice steady despite the exhaustion weighing me down. Each word felt like it was dragged out of me, my throat raw and dry.</w:t>
      </w:r>
    </w:p>
    <w:p w14:paraId="1E8AD3E5" w14:textId="77777777" w:rsidR="00121116" w:rsidRDefault="00AA3789">
      <w:r>
        <w:t>He  finally turned to face me; his expression carved from stone. His gaze flickered over me, taking in my trembling form, the ragged breaths I was trying to control. For a brief moment, I thought I saw a flicker of concern—or was it pity? —in his eyes. But just as quickly, it was gone, replaced by a cold, calculating stare. I had dismantled the relationship we could have built. I had been stubborn again. For whatever reason it was, he was still helping me, but it was no longer out of kindness if it ever was. It was for himself, perhaps still out of curiosity of this all.</w:t>
      </w:r>
    </w:p>
    <w:p w14:paraId="4EEFC9DD" w14:textId="77777777" w:rsidR="00121116" w:rsidRDefault="00AA3789">
      <w:r>
        <w:t>“We have two options,” he began, his voice as steady as ever. He pointed toward a steep ridge rising in the distance. “We can go around it, but that route is longer and keeps us exposed in the open. Or we go over it.” His finger moved to trace the jagged outline of the ridge, its surface marred with rocks and glazed with ice. “It’s faster, but one wrong step and it could be the end.”</w:t>
      </w:r>
    </w:p>
    <w:p w14:paraId="601FFCAC" w14:textId="77777777" w:rsidR="00121116" w:rsidRDefault="00AA3789">
      <w:r>
        <w:t>I followed his gaze, my eyes tracing the treacherous path. The ridge loomed like a wall between us and whatever lay beyond. My stomach twisted at the thought of climbing it, of putting one foot in front of the other and trusting the ground not to slip out from under me. “Over the ridge?” I asked, my voice barely above a whisper, uncertainty clawing at my insides.</w:t>
      </w:r>
    </w:p>
    <w:p w14:paraId="462D4713" w14:textId="77777777" w:rsidR="00121116" w:rsidRDefault="00AA3789">
      <w:r>
        <w:t>Vidar nodded, his face unreadable. “We need to reach the river on the other side. It’s the only place we can rest safely, and the water will help mask our scent from the Demaniss.” He paused, his eyes locking onto mine, hard as steel. “This isn’t a choice. This is survival.”</w:t>
      </w:r>
    </w:p>
    <w:p w14:paraId="520C6FA7" w14:textId="77777777" w:rsidR="00121116" w:rsidRDefault="00AA3789">
      <w:r>
        <w:lastRenderedPageBreak/>
        <w:t>I could feel my heart hammering in my chest, my pulse thudding in my ears. The ridge looked impossibly steep, every rock and patch of ice a potential death trap. My legs already felt like lead, weighed down by exhaustion and fear. I didn’t know if I had it in me to make the climb. But what choice did I have? Vidar’s words echoed in my mind: Adapt, or perish.</w:t>
      </w:r>
    </w:p>
    <w:p w14:paraId="42244C02" w14:textId="77777777" w:rsidR="00121116" w:rsidRDefault="00AA3789">
      <w:r>
        <w:t>I took a deep breath, forcing my shoulders back, trying to summon whatever strength I had left. “Fine,” I said, my voice stronger than I felt. “Over the ridge.”</w:t>
      </w:r>
    </w:p>
    <w:p w14:paraId="0584C99D" w14:textId="77777777" w:rsidR="00121116" w:rsidRDefault="00AA3789">
      <w:r>
        <w:t>A brief, almost imperceptible nod from Vidar was his only response. “Good choice,” he said, and for the first time, I thought I saw a hint of approval in his eyes. “Stay close,” Vidar commanded, his voice sharp and low, a blade slicing through the wind. The ridge rose before us like a jagged scar on the horizon, its surface shimmering with ice. I froze, questioning my decision, but there was no turning back. Only forward.</w:t>
      </w:r>
    </w:p>
    <w:p w14:paraId="52373A31" w14:textId="77777777" w:rsidR="00121116" w:rsidRDefault="00AA3789">
      <w:r>
        <w:t>I took a deep breath and I followed as he began to climb, each step deliberate and sure. The snow was deeper than it looked, and every few steps my foot would slip, sending a jolt of fear through me. I kept my eyes locked on Vidar’s boots, mimicking his movements, willing myself to trust his path.</w:t>
      </w:r>
    </w:p>
    <w:p w14:paraId="2BC03F72" w14:textId="77777777" w:rsidR="00121116" w:rsidRDefault="00AA3789">
      <w:r>
        <w:t>Halfway up, a patch of ice shifted under my boot, and the ground gave way. I gasped, my hands clawing at the ridge as I slid backward. Panic surged, my breath catching in my throat. The icy surface scraped against my gloves, and my fingers scrambled for purchase. This is it, I thought. I’m going to fall.</w:t>
      </w:r>
    </w:p>
    <w:p w14:paraId="094EC37F" w14:textId="77777777" w:rsidR="00121116" w:rsidRDefault="00AA3789">
      <w:r>
        <w:t>Then, suddenly, Vidar’s hand shot out, his grip ironclad around my arm. The strength of it jolted me, stopping my descent as easily as if I weighed nothing. My heart hammered in my chest, the world tilting crazily around me as I tried to catch my breath.</w:t>
      </w:r>
    </w:p>
    <w:p w14:paraId="2DAE92C4" w14:textId="77777777" w:rsidR="00121116" w:rsidRDefault="00AA3789">
      <w:r>
        <w:t>“Breathe,” he said sharply, his voice cutting through my panic like a blade.</w:t>
      </w:r>
    </w:p>
    <w:p w14:paraId="1D412273" w14:textId="77777777" w:rsidR="00121116" w:rsidRDefault="00AA3789">
      <w:r>
        <w:t>I nodded, gasping as I struggled to steady myself. His grip didn’t linger—he let go the moment I found my footing. There was no warmth in his gaze, no comfort. Just cold, unyielding expectation. He turned and continued climbing as if nothing had happened.</w:t>
      </w:r>
    </w:p>
    <w:p w14:paraId="66D366EC" w14:textId="77777777" w:rsidR="00121116" w:rsidRDefault="00AA3789">
      <w:r>
        <w:t>I followed, my muscles screaming in protest, the air burning in my lungs. The higher we climbed, the worse it got. The wind tore at us, icy needles slicing through my clothes. My fingers were numb, my grip faltering, but I forced myself onward. Step after step, I mimicked Vidar’s movements, each one a small victory against the ridge that wanted to swallow me whole.</w:t>
      </w:r>
    </w:p>
    <w:p w14:paraId="57206112" w14:textId="77777777" w:rsidR="00121116" w:rsidRDefault="00AA3789">
      <w:r>
        <w:t>A sudden gust of wind sent a loose rock tumbling past us, its sharp edge slicing through the air before disappearing into the abyss below. I froze, my breath catching as I watched it vanish. Vidar didn’t pause. “Keep moving,” he said without looking back. His voice was steady, commanding, and for some reason, it steadied me too.</w:t>
      </w:r>
    </w:p>
    <w:p w14:paraId="1038DA9D" w14:textId="77777777" w:rsidR="00121116" w:rsidRDefault="00AA3789">
      <w:r>
        <w:lastRenderedPageBreak/>
        <w:t>When we reached the summit, my legs buckled beneath me, the icy ground rushing up to meet me. For a moment, I lay there, staring at the expanse below—the trail we’d conquered. Pride should have come, but all I felt was the ache in my chest and the emptiness of survival.</w:t>
      </w:r>
    </w:p>
    <w:p w14:paraId="7027822A" w14:textId="77777777" w:rsidR="00121116" w:rsidRDefault="00AA3789">
      <w:r>
        <w:t>Vidar stood above me, his silhouette cutting against the pale sky. “This was the easy part,” he said, his tone devoid of pity, but his hand extended toward me nonetheless. I took it. Not because I wanted to, but because I had no choice. Survival wasn’t a choice—it was a demand.</w:t>
      </w:r>
    </w:p>
    <w:p w14:paraId="36B969E3" w14:textId="77777777" w:rsidR="00121116" w:rsidRDefault="00AA3789">
      <w:r>
        <w:t>I swallowed hard, the weight of his words sinking in. Whatever lay ahead, I knew it wouldn’t be easy. But I had made it this far. I wasn’t about to turn back now.</w:t>
      </w:r>
    </w:p>
    <w:p w14:paraId="02200136" w14:textId="77777777" w:rsidR="00121116" w:rsidRDefault="00AA3789">
      <w:r>
        <w:t>“We can’t rest here long,” he said, his voice cutting through the wind. “The Demaniss will catch up if we stop.”</w:t>
      </w:r>
    </w:p>
    <w:p w14:paraId="20DB1CA2" w14:textId="77777777" w:rsidR="00121116" w:rsidRDefault="00AA3789">
      <w:r>
        <w:t>I forced myself to stand, my legs threatening to buckle beneath me. The ache in my body was all-consuming, but I refused to let it show. “I’m ready,” I lied, my voice hoarse and unconvincing.</w:t>
      </w:r>
    </w:p>
    <w:p w14:paraId="10E6262F" w14:textId="77777777" w:rsidR="00121116" w:rsidRDefault="00AA3789">
      <w:r>
        <w:t>Vidar’s gaze flicked to me, his expression unreadable. For a moment, I thought I saw something flicker in his eyes—approval, maybe—but it was gone as quickly as it came. He nodded once, curtly, and turned back to the path ahead.</w:t>
      </w:r>
    </w:p>
    <w:p w14:paraId="68538D72" w14:textId="77777777" w:rsidR="00121116" w:rsidRDefault="00AA3789">
      <w:r>
        <w:t>The horizon was endless, the promise of safety still out of reach.</w:t>
      </w:r>
    </w:p>
    <w:p w14:paraId="68664D57" w14:textId="77777777" w:rsidR="00121116" w:rsidRDefault="00AA3789">
      <w:r>
        <w:t>As we started down the other side of the ridge, I stole a glance at Vidar. His pace was steady, his steps sure, and for all his sharp words and rigid exterior, his presence grounded me in this chaotic, unpredictable world. No matter how much I disliked admitting it, I felt safer with him nearby. For now. The snow thinned slightly, revealing patches of frost-covered earth and jagged rocks. I focused on each step, careful not to let my exhaustion turn into carelessness. My boots crunched against the hardened ground, the sound oddly reassuring amidst the eerie silence that stretched between us.</w:t>
      </w:r>
    </w:p>
    <w:p w14:paraId="37B1F745" w14:textId="77777777" w:rsidR="00121116" w:rsidRDefault="00AA3789">
      <w:r>
        <w:t>“Where are we going?” I asked, my voice cutting through the wind. I hated how small it sounded against the vast expanse around us, but I couldn’t keep the question in any longer. Vidar glanced back, “the King’s Valley,” Vidar said, his words like the snap of a whip. A smirk tugged at the corner of his mouth, and his eyes gleamed with something I couldn’t place—something sharp and dangerous.</w:t>
      </w:r>
    </w:p>
    <w:p w14:paraId="4167E4CA" w14:textId="77777777" w:rsidR="00121116" w:rsidRDefault="00AA3789">
      <w:r>
        <w:t>I frowned, the name pulling at a distant memory. “So, Cronus’s home,” I said, my tone sharper than intended.</w:t>
      </w:r>
    </w:p>
    <w:p w14:paraId="49C0E13D" w14:textId="77777777" w:rsidR="00121116" w:rsidRDefault="00AA3789">
      <w:r>
        <w:t>The smirk lingered as he nodded, the wind tousling his dark hair. “Whether you like it or not, you need him. He can be tough, but he’s powerful and ancient. He knows best.”</w:t>
      </w:r>
    </w:p>
    <w:p w14:paraId="078DC26C" w14:textId="77777777" w:rsidR="00121116" w:rsidRDefault="00AA3789">
      <w:r>
        <w:t xml:space="preserve">I didn’t respond immediately, the weight of his words settling like frost on my skin. Cronus. His name alone carried a chill that rivaled the wind slicing through me. Memories of him </w:t>
      </w:r>
      <w:r>
        <w:lastRenderedPageBreak/>
        <w:t>surfaced unbidden—the cold calculation in his midnight blue eyes, the way his smirks always felt like they held a thousand unspoken threats, and the suffocating presence that filled every room he entered.</w:t>
      </w:r>
    </w:p>
    <w:p w14:paraId="646853DE" w14:textId="77777777" w:rsidR="00121116" w:rsidRDefault="00AA3789">
      <w:r>
        <w:t>“Cronus knows things—about the barrier, about the Demaniss, about you. He’s powerful. You’ll need that.”</w:t>
      </w:r>
    </w:p>
    <w:p w14:paraId="1166530D" w14:textId="77777777" w:rsidR="00121116" w:rsidRDefault="00AA3789">
      <w:r>
        <w:t>I let out a bitter laugh, the sound harsh even to my own ears. “Powerful doesn’t mean trustworthy.”</w:t>
      </w:r>
    </w:p>
    <w:p w14:paraId="1D8CE6AD" w14:textId="77777777" w:rsidR="00121116" w:rsidRDefault="00AA3789">
      <w:r>
        <w:t>Vidar didn’t answer immediately. When he finally spoke, his tone was measured, almost detached. “Trust doesn’t matter. Survival does.”</w:t>
      </w:r>
    </w:p>
    <w:p w14:paraId="417A433B" w14:textId="77777777" w:rsidR="00121116" w:rsidRDefault="00AA3789">
      <w:r>
        <w:t>The words stung, not because they were untrue, but because they reminded me of my own helplessness. Cronus had already helped me once, but his aid had come with strings—strings that bound tighter the more I pulled against them. The memory of his piercing gaze, his voice dripping with amusement and cruelty, sent a chill through me that had nothing to do with the wind.</w:t>
      </w:r>
    </w:p>
    <w:p w14:paraId="0A71F3BF" w14:textId="77777777" w:rsidR="00121116" w:rsidRDefault="00AA3789">
      <w:r>
        <w:t>“And what about you?” I asked, my voice sharper than I intended. “How deep does your connection with Cronus go?”</w:t>
      </w:r>
    </w:p>
    <w:p w14:paraId="50A09A89" w14:textId="77777777" w:rsidR="00121116" w:rsidRDefault="00AA3789">
      <w:r>
        <w:t>Vidar glanced back over his shoulder, his expression calm but guarded. “Deep enough,” he said simply, offering no more than that.</w:t>
      </w:r>
    </w:p>
    <w:p w14:paraId="3C5563CB" w14:textId="77777777" w:rsidR="00121116" w:rsidRDefault="00AA3789">
      <w:r>
        <w:t>The answer didn’t satisfy me, but I let it drop. Pushing him for details would only make him retreat further into that wall of indifference he wore like armor. Still, questions churned in my mind, swirling alongside my unease. How far could I trust Vidar? How far had I already trusted him without realizing it?</w:t>
      </w:r>
    </w:p>
    <w:p w14:paraId="32E23D69" w14:textId="77777777" w:rsidR="00121116" w:rsidRDefault="00AA3789">
      <w:r>
        <w:t>The valley began to rise ahead of us, its entrance obscured by a dense wall of mist that clung to the jagged terrain. The air grew heavier, colder, as if the land itself braced for what lay ahead. I tightened Vidar’s coat around me, the fabric a poor shield against the chill that sank into my bones.</w:t>
      </w:r>
    </w:p>
    <w:p w14:paraId="2C5AB6BE" w14:textId="77777777" w:rsidR="00121116" w:rsidRDefault="00AA3789">
      <w:r>
        <w:t>Beyond it lay Cronus, and with him, answers. Answers I wasn’t sure I wanted but couldn’t afford to ignore.</w:t>
      </w:r>
    </w:p>
    <w:p w14:paraId="2F216972" w14:textId="77777777" w:rsidR="00121116" w:rsidRDefault="00AA3789">
      <w:r>
        <w:t>Vidar’s voice broke through my thoughts. “Don’t fall behind.”</w:t>
      </w:r>
    </w:p>
    <w:p w14:paraId="2FD70CC3" w14:textId="77777777" w:rsidR="00121116" w:rsidRDefault="00AA3789">
      <w:r>
        <w:t>I quickened my pace, swallowing the fear that threatened to rise. The mist loomed closer with every step, swallowing the horizon until it felt like we were walking into the mouth of something ancient and alive. The air tasted metallic, sharp, and my pulse quickened as we passed into the shadow of the valley.</w:t>
      </w:r>
    </w:p>
    <w:p w14:paraId="68116037" w14:textId="77777777" w:rsidR="00121116" w:rsidRDefault="00AA3789">
      <w:r>
        <w:t>Cronus was waiting.</w:t>
      </w:r>
    </w:p>
    <w:p w14:paraId="7DA513D7" w14:textId="77777777" w:rsidR="00121116" w:rsidRDefault="00AA3789">
      <w:r>
        <w:lastRenderedPageBreak/>
        <w:t>That calm confidence, so easy for him, made me wonder—how deep did his connection with Cronus truly go?</w:t>
      </w:r>
    </w:p>
    <w:p w14:paraId="40F71498" w14:textId="77777777" w:rsidR="00121116" w:rsidRDefault="00AA3789">
      <w:r>
        <w:t>The mist thickened as we moved deeper into the valley, curling around us in tendrils that clung to the jagged rocks. Each step forward felt heavier, the ground beneath us shifting from snow-covered earth to uneven, frost-bitten stone. The air carried an unnatural weight, pressing down on my chest, and the metallic taste that lingered on my tongue only sharpened my unease.</w:t>
      </w:r>
    </w:p>
    <w:p w14:paraId="61DDDDDD" w14:textId="77777777" w:rsidR="00121116" w:rsidRDefault="00AA3789">
      <w:r>
        <w:t>I quickened my pace to match Vidar’s, the steady rhythm of his movements the only reassurance in this oppressive expanse. “Are you sure he’ll help me again?” My voice sounded thin against the heavy silence, but I couldn’t stop myself from asking.</w:t>
      </w:r>
    </w:p>
    <w:p w14:paraId="17954E8A" w14:textId="77777777" w:rsidR="00121116" w:rsidRDefault="00AA3789">
      <w:r>
        <w:t>Vidar didn’t slow, his broad frame cutting a confident path through the mist. “He owes me a few,” he said, his tone neutral. “And Cronus never passes up the chance to indulge his... curiosities.” The chill that settled in my chest deepened at his words. Curiosities. That’s what Vidar called it. But I knew better. Cronus’s interests were rarely so benign. The moment I met him, I had read what he was—a figure envious for power, calculating and unforgiving. And while Vidar might think himself immune to Cronus’s ambitions, I knew better. Cronus had an agenda, and I had no doubt we were all pawns in it.</w:t>
      </w:r>
    </w:p>
    <w:p w14:paraId="55F2C326" w14:textId="77777777" w:rsidR="00121116" w:rsidRDefault="00AA3789">
      <w:r>
        <w:t>"And what exactly will he get out of this?" I demanded, my voice sharper than I intended. The mist clung to us like a second skin, amplifying the unease that already pressed on me. My breath came in short bursts, the uneven ground pulling at my boots.</w:t>
      </w:r>
    </w:p>
    <w:p w14:paraId="5D35596D" w14:textId="77777777" w:rsidR="00121116" w:rsidRDefault="00AA3789">
      <w:r>
        <w:t>This time, Vidar stopped. He turned to face me fully, his smirk replaced by something harder, colder. “That’s his business,” he said, his voice low. “All you need to focus on is what he can teach you—how to control your powers before they get you killed. Cronus has the knowledge, and you don’t have the luxury of turning it down.”</w:t>
      </w:r>
    </w:p>
    <w:p w14:paraId="62B49585" w14:textId="77777777" w:rsidR="00121116" w:rsidRDefault="00AA3789">
      <w:r>
        <w:t>His words hung in the air, heavier than the twilight mist that veiled the landscape. I wanted to argue, to push back, but I couldn’t. Vidar wasn’t wrong. Cronus would help, but his aid wouldn’t come freely. Whatever price he asked would weigh heavily, and I wasn’t certain I’d be able to pay it.</w:t>
      </w:r>
    </w:p>
    <w:p w14:paraId="44D8F0E0" w14:textId="77777777" w:rsidR="00121116" w:rsidRDefault="00AA3789">
      <w:r>
        <w:t>The land leveled as we reached the base of the ridge. Ahead, the river carved through the snow-drenched expanse, its wide, churning surface a mix of black and silver. Its edges glittered with the beginnings of ice, but the center roiled fiercely, its current swift and unyielding.</w:t>
      </w:r>
    </w:p>
    <w:p w14:paraId="519D87E2" w14:textId="77777777" w:rsidR="00121116" w:rsidRDefault="00AA3789">
      <w:r>
        <w:t>I didn’t know how to control the power that lay dormant inside me, and the idea of Cronus teaching me—of what he might demand in return—made my skin crawl. But I had no choice. The thought of the Demaniss catching me again… I would do anything to avoid that.</w:t>
      </w:r>
    </w:p>
    <w:p w14:paraId="2372C005" w14:textId="77777777" w:rsidR="00121116" w:rsidRDefault="00AA3789">
      <w:r>
        <w:t xml:space="preserve">Vidar moved first, stepping carefully into the rushing water. The river churned violently, its edges glazed with ice that crackled under his boots. Each movement he made was </w:t>
      </w:r>
      <w:r>
        <w:lastRenderedPageBreak/>
        <w:t>deliberate, the tension in his shoulders visible even as he pressed forward. The icy current surged around him, pulling at his legs, but he didn’t falter.</w:t>
      </w:r>
    </w:p>
    <w:p w14:paraId="043D4E45" w14:textId="77777777" w:rsidR="00121116" w:rsidRDefault="00AA3789">
      <w:r>
        <w:t>I followed, my heart pounding as I stepped onto the unstable surface where the ice thinned to expose dark, freezing water beneath. The river groaned under my weight, the sharp sound echoing like a warning. Each step felt precarious, the water biting through the edges of my boots as the current threatened to drag me under. My breaths came fast and shallow, my focus narrowed to Vidar’s steady form ahead of me.</w:t>
      </w:r>
    </w:p>
    <w:p w14:paraId="3EF0675C" w14:textId="77777777" w:rsidR="00121116" w:rsidRDefault="00AA3789">
      <w:r>
        <w:t>We were halfway across when the air shifted, a subtle but undeniable change. It was as if the river itself was holding its breath, waiting. The low, guttural hum that followed seemed to rise from the ground beneath us, reverberating through the icy surface. Vidar froze, his head snapping toward the tree line we had left behind.</w:t>
      </w:r>
    </w:p>
    <w:p w14:paraId="27BA1A67" w14:textId="77777777" w:rsidR="00121116" w:rsidRDefault="00AA3789">
      <w:r>
        <w:t>“Move,” he hissed, his voice sharper than I’d ever heard it. His hand drifted to the hilt of his blade, his entire body tense. “Now.”</w:t>
      </w:r>
    </w:p>
    <w:p w14:paraId="29939D10" w14:textId="77777777" w:rsidR="00121116" w:rsidRDefault="00AA3789">
      <w:r>
        <w:t>Before I could react, a dark shape burst from the trees, its speed blurring its form into a shadow streaking across the snow. My breath caught in my throat, and my legs locked in place. Demaniss.</w:t>
      </w:r>
    </w:p>
    <w:p w14:paraId="1EFD38C5" w14:textId="77777777" w:rsidR="00121116" w:rsidRDefault="00AA3789">
      <w:r>
        <w:t>Terror rooted me where I stood, the chains rattling against its twisted, unnatural body a sound that clawed at my mind. It moved with impossible speed, closing the distance between us and the river in seconds.</w:t>
      </w:r>
    </w:p>
    <w:p w14:paraId="73779BC1" w14:textId="77777777" w:rsidR="00121116" w:rsidRDefault="00AA3789">
      <w:r>
        <w:t>“Sky!” Vidar’s voice snapped me out of my paralysis. His hand clamped around my arm, yanking me forward with a force that nearly sent me sprawling into the water. “Go! Get to the other side!”</w:t>
      </w:r>
    </w:p>
    <w:p w14:paraId="4E9F322C" w14:textId="77777777" w:rsidR="00121116" w:rsidRDefault="00AA3789">
      <w:r>
        <w:t>The river groaned again, the cracks in the ice widening as the sound of the rushing current grew louder. I stumbled, my footing slipping on the unstable surface, but Vidar’s grip held me steady, his strength the only thing keeping me upright. The Demaniss’s twisted form reached the riverbank, its shadow rippling unnaturally as it hovered at the edge. Chains lashed out, their metallic song slicing through the air as they aimed for us.</w:t>
      </w:r>
    </w:p>
    <w:p w14:paraId="4C54B3F3" w14:textId="77777777" w:rsidR="00121116" w:rsidRDefault="00AA3789">
      <w:r>
        <w:t>Vidar moved with practiced precision, his sword flashing in the dim light as he cut through the first chain that came within reach. “Almost there,” he muttered under his breath, his focus fixed on the far shore. “Almost there.”</w:t>
      </w:r>
    </w:p>
    <w:p w14:paraId="688855AE" w14:textId="77777777" w:rsidR="00121116" w:rsidRDefault="00AA3789">
      <w:r>
        <w:t>But we weren’t fast enough. More chains lashed out, and the ice beneath us began to splinter in earnest, sharp cracks racing across the surface. The cold presence of the Demaniss pressed in on us like a storm, suffocating and relentless. I couldn’t outrun it. It was too fast.</w:t>
      </w:r>
    </w:p>
    <w:p w14:paraId="514BDD56" w14:textId="77777777" w:rsidR="00121116" w:rsidRDefault="00AA3789">
      <w:r>
        <w:t>“Vidar!” My voice came out strangled, choked by fear.</w:t>
      </w:r>
    </w:p>
    <w:p w14:paraId="66770003" w14:textId="77777777" w:rsidR="00121116" w:rsidRDefault="00AA3789">
      <w:r>
        <w:lastRenderedPageBreak/>
        <w:t>He didn’t respond, his movements sharp and deliberate as he forced us forward. The far bank was agonizingly close, just a few steps away, but the Demaniss was closing in. Its shadow loomed over us, its chains striking the ice with enough force to send shards flying.</w:t>
      </w:r>
    </w:p>
    <w:p w14:paraId="7E484FC6" w14:textId="77777777" w:rsidR="00121116" w:rsidRDefault="00AA3789">
      <w:r>
        <w:t>Then it happened. The ice beneath the Demaniss gave way with a thunderous crack, plunging its twisted form into the freezing water. Its shadowy figure writhed as it was swallowed by the current, its chains clattering like broken glass against the rocks.</w:t>
      </w:r>
    </w:p>
    <w:p w14:paraId="37295338" w14:textId="77777777" w:rsidR="00121116" w:rsidRDefault="00AA3789">
      <w:r>
        <w:t>Relief flooded through me, but it was short-lived. More shadows appeared at the water’s edge, twisting and shifting as they encircled Vidar. They were taunting him, moving with a cruel deliberation as their chains snapped toward him in quick, sharp strikes.</w:t>
      </w:r>
    </w:p>
    <w:p w14:paraId="476A6196" w14:textId="77777777" w:rsidR="00121116" w:rsidRDefault="00AA3789">
      <w:r>
        <w:t>Vidar’s sword moved in a blur, cutting through the shadows as they lunged. I saw the sharp glint of a chain arcing toward him, faster than I could shout a warning. My stomach dropped. He’s not going to make it.</w:t>
      </w:r>
    </w:p>
    <w:p w14:paraId="572E93F4" w14:textId="77777777" w:rsidR="00121116" w:rsidRDefault="00AA3789">
      <w:r>
        <w:t>Something inside me snapped. It wasn’t a decision—it was instinct, pure and overwhelming. Heat surged through me, raw and untamed, burning its way out of my body. My hands moved before I could think, and a wave of blistering energy erupted from me, slamming into the Demaniss with enough force to send them recoiling.</w:t>
      </w:r>
    </w:p>
    <w:p w14:paraId="30EED707" w14:textId="77777777" w:rsidR="00121116" w:rsidRDefault="00AA3789">
      <w:r>
        <w:t>The shadows screeched, their forms twisting in agony as they retreated from the force of my attack. The air around me crackled with heat, the energy dissipating as quickly as it had come. My hands tingled, the aftershock leaving me trembling. What had I just done?</w:t>
      </w:r>
    </w:p>
    <w:p w14:paraId="55BBE3C9" w14:textId="77777777" w:rsidR="00121116" w:rsidRDefault="00AA3789">
      <w:r>
        <w:t>Vidar glanced at me, his expression unreadable for a moment before he turned back to the remaining shadows. He moved quickly, his blade cutting through the last of them before they dissolved into the trees, their forms melting back into the darkness.</w:t>
      </w:r>
    </w:p>
    <w:p w14:paraId="241E715C" w14:textId="77777777" w:rsidR="00121116" w:rsidRDefault="00AA3789">
      <w:r>
        <w:t>For a moment, the only sounds were the rushing river and my ragged breaths. My legs felt like they would give out, the weight of what had just happened pressing down on me like a physical force.</w:t>
      </w:r>
    </w:p>
    <w:p w14:paraId="3EEF9A02" w14:textId="77777777" w:rsidR="00121116" w:rsidRDefault="00AA3789">
      <w:r>
        <w:t>Vidar lowered his sword, his gaze finding mine. “You did well,” he said, his voice softer now, though his eyes remained sharp. “But we’re not safe yet. Keep moving.”</w:t>
      </w:r>
    </w:p>
    <w:p w14:paraId="08F4126D" w14:textId="77777777" w:rsidR="00121116" w:rsidRDefault="00AA3789">
      <w:r>
        <w:t>I nodded, though my thoughts were a storm of confusion and fear. The power I had felt—it was nothing like I’d imagined. It wasn’t something I controlled. It was wild, dangerous. And if I couldn’t control it, what good was it? Cronus might be able to teach me, but what would he demand in return? What would this power cost me?</w:t>
      </w:r>
    </w:p>
    <w:p w14:paraId="16738EF5" w14:textId="77777777" w:rsidR="00121116" w:rsidRDefault="00AA3789">
      <w:r>
        <w:t>My breath caught in my chest as the realization washed over me—my body, once screaming with pain and exhaustion, was whole again. The cuts, the bruises, the aches that had weighed me down—they were all gone. Just like that.</w:t>
      </w:r>
    </w:p>
    <w:p w14:paraId="6A3FF8AF" w14:textId="77777777" w:rsidR="00121116" w:rsidRDefault="00AA3789">
      <w:r>
        <w:t xml:space="preserve">I stood there, trembling, not from the cold, but from the sudden lightness in my limbs, the unfamiliar feeling of strength where there had been only weakness. It wasn’t the first time </w:t>
      </w:r>
      <w:r>
        <w:lastRenderedPageBreak/>
        <w:t>this had happened, but it was the first time I hadn’t been clawing for it—desperately reaching for the healing power that seemed to dance just out of my grasp whenever I needed it most.</w:t>
      </w:r>
    </w:p>
    <w:p w14:paraId="33344DCE" w14:textId="77777777" w:rsidR="00121116" w:rsidRDefault="00AA3789">
      <w:r>
        <w:t>Now, it had come without warning. Without my asking for it.</w:t>
      </w:r>
    </w:p>
    <w:p w14:paraId="7899B7D1" w14:textId="77777777" w:rsidR="00121116" w:rsidRDefault="00AA3789">
      <w:r>
        <w:t>What if I couldn’t control what was inside me? What if I didn’t want to?</w:t>
      </w:r>
    </w:p>
    <w:p w14:paraId="3C2DC0EA" w14:textId="77777777" w:rsidR="00121116" w:rsidRDefault="00AA3789">
      <w:r>
        <w:t>I glanced at Vidar, who was watching me, his gaze unreadable. The urgency of the moment was still there, hanging in the air between us, but for a split second, I saw something else in his eyes. Something like... recognition?</w:t>
      </w:r>
    </w:p>
    <w:p w14:paraId="424EB1BE" w14:textId="77777777" w:rsidR="00121116" w:rsidRDefault="00AA3789">
      <w:r>
        <w:t>“What are you waiting for?” Vidar’s voice snapped me out of my thoughts. “Let’s go. The Demaniss won’t stay gone for long.”</w:t>
      </w:r>
    </w:p>
    <w:p w14:paraId="60058C9B" w14:textId="77777777" w:rsidR="00121116" w:rsidRDefault="00AA3789">
      <w:r>
        <w:t>I nodded, though my thoughts were spinning faster than I could keep up with them. How much longer would I have to keep pretending that I had control over this? How much longer until it slipped out of my hands entirely?</w:t>
      </w:r>
    </w:p>
    <w:p w14:paraId="4FEFF431" w14:textId="77777777" w:rsidR="00121116" w:rsidRDefault="00AA3789">
      <w:r>
        <w:t>Vidar moved ahead, his focus already on the path that led deeper into Cronus’s territory. I followed, my legs heavy from  the drenched fur but my mind racing.</w:t>
      </w:r>
    </w:p>
    <w:p w14:paraId="4377EC7E" w14:textId="77777777" w:rsidR="00121116" w:rsidRDefault="00AA3789">
      <w:r>
        <w:t>As the pine trees swallowed us, their long branches forming a canopy that blocked out the light, a new fear began to take hold—one that had nothing to do with the Demaniss or the cold.</w:t>
      </w:r>
    </w:p>
    <w:p w14:paraId="6AB87ECE" w14:textId="77777777" w:rsidR="00121116" w:rsidRDefault="00AA3789">
      <w:r>
        <w:t>This wasn’t just about survival anymore. It wasn’t just about escaping the Demaniss or even finding safety in Cronus’s land. This was about me—and what I was becoming.</w:t>
      </w:r>
    </w:p>
    <w:p w14:paraId="42E5874B" w14:textId="77777777" w:rsidR="00121116" w:rsidRDefault="00AA3789">
      <w:r>
        <w:t>What Cronus had already sensed in me.</w:t>
      </w:r>
    </w:p>
    <w:p w14:paraId="7A8415A5" w14:textId="77777777" w:rsidR="00121116" w:rsidRDefault="00AA3789">
      <w:r>
        <w:t>~</w:t>
      </w:r>
    </w:p>
    <w:p w14:paraId="383F4D22" w14:textId="77777777" w:rsidR="00121116" w:rsidRDefault="00AA3789">
      <w:r>
        <w:t>After hours of trudging through thick snow, my clothes were still damp from the river crossing, the cold seeping through every layer and clinging to my skin like an unrelenting vice. The wet fabric had frozen stiff in places, rubbing against my legs with every step. The snow, nearly up to my knees, didn’t help—it clung to my boots and soaked through what little insulation I had left.</w:t>
      </w:r>
    </w:p>
    <w:p w14:paraId="6F7EE44B" w14:textId="77777777" w:rsidR="00121116" w:rsidRDefault="00AA3789">
      <w:r>
        <w:t>I kept moving because stopping wasn’t an option. The biting cold threatened to consume me if I slowed down, and the only thing keeping me from freezing to death was the forced rhythm of my steps. My teeth chattered despite my efforts to clench my jaw, and my fingers felt numb, even within the thin gloves Vidar had given me. No matter how hard I tried, I couldn’t summon the warmth of my magic—not even a flicker. The power inside me remained stubbornly out of reach, leaving me defenseless against the cold.</w:t>
      </w:r>
    </w:p>
    <w:p w14:paraId="7209145E" w14:textId="77777777" w:rsidR="00121116" w:rsidRDefault="00AA3789">
      <w:r>
        <w:t xml:space="preserve">The wind howled louder as we climbed, driving stinging flurries into my face and cutting through the borrowed coat like it wasn’t there. The air seemed sharper at this altitude, each </w:t>
      </w:r>
      <w:r>
        <w:lastRenderedPageBreak/>
        <w:t>breath a cold blade in my chest. Ahead, Vidar pressed forward with his usual unshaken confidence, his movements unaffected by the storm around us.</w:t>
      </w:r>
    </w:p>
    <w:p w14:paraId="615F558E" w14:textId="77777777" w:rsidR="00121116" w:rsidRDefault="00AA3789">
      <w:r>
        <w:t>The landscape ahead blurred into a white haze, and I had to squint just to make out the jagged outline of the cliff before us.</w:t>
      </w:r>
    </w:p>
    <w:p w14:paraId="216208B9" w14:textId="77777777" w:rsidR="00121116" w:rsidRDefault="00AA3789">
      <w:r>
        <w:t>Vidar raised his arm across my body, commanding me to halt. “Stay here, Sky,” he ordered, his tone firm but quiet. He stepped forward, the wind tugging at his coat and whipping through his dark hair. The sharp lines of his face were set in concentration, his golden skin almost glowing against the pale backdrop. He braced against the biting gusts, moving toward the edge with an ease that seemed unnatural in this frozen, treacherous world.</w:t>
      </w:r>
    </w:p>
    <w:p w14:paraId="48F55668" w14:textId="77777777" w:rsidR="00121116" w:rsidRDefault="00AA3789">
      <w:r>
        <w:t>I watched him as he peered over the cliff, his eyes narrowing at something obscured by the swirling clouds below. The world beyond the edge was hidden in a dense, shifting blanket of mist. My curiosity flared, and I took a hesitant step forward, stopping just short of his side.</w:t>
      </w:r>
    </w:p>
    <w:p w14:paraId="0700AC46" w14:textId="77777777" w:rsidR="00121116" w:rsidRDefault="00AA3789">
      <w:r>
        <w:t>Before I could ask what he saw, Vidar turned abruptly. His arm wrapped firmly around my waist, pulling me against him. The sudden contact startled me, my breath hitching as the warmth of his body clashed with the icy wind. The snow beneath my boots shifted dangerously close to the edge, but his grip didn’t waver.</w:t>
      </w:r>
    </w:p>
    <w:p w14:paraId="3FDDC0C3" w14:textId="77777777" w:rsidR="00121116" w:rsidRDefault="00AA3789">
      <w:r>
        <w:t>“Vidar, what are you—” I started, but the words were swallowed by the howl of the wind.</w:t>
      </w:r>
    </w:p>
    <w:p w14:paraId="3938CFAF" w14:textId="77777777" w:rsidR="00121116" w:rsidRDefault="00AA3789">
      <w:r>
        <w:t>He didn’t look at me, his gaze fixed beyond the cliff as though calculating something. His movements, so deliberate and unshaken, sent unease crawling down my spine. Yet, despite myself, I felt the faintest flicker of safety in his hold. His body shielded mine from the worst of the cold, his presence a steady force against the chaos of the storm.</w:t>
      </w:r>
    </w:p>
    <w:p w14:paraId="5384340E" w14:textId="77777777" w:rsidR="00121116" w:rsidRDefault="00AA3789">
      <w:r>
        <w:t>Then he turned his head, his eyes locking onto mine with an intensity that sent my pulse racing. His grip loosened just slightly, enough for me to catch my breath, but the closeness between us didn’t diminish. Slowly, his hand slid beneath the coat he’d given me, coming to rest over my chest. My heart hammered against my ribs, loud and erratic beneath his palm. His touch, cold yet oddly comforting, sent a shiver through me.</w:t>
      </w:r>
    </w:p>
    <w:p w14:paraId="11CDE1DE" w14:textId="77777777" w:rsidR="00121116" w:rsidRDefault="00AA3789">
      <w:r>
        <w:t>I flinched instinctively, but he didn’t withdraw. Instead, his fingers pressed gently, as though feeling for something deeper than my heartbeat. His expression darkened, his brow furrowing slightly, and for a moment, it felt as though he could sense every thought running through my head. Every fear. Every doubt.</w:t>
      </w:r>
    </w:p>
    <w:p w14:paraId="225EC0E4" w14:textId="77777777" w:rsidR="00121116" w:rsidRDefault="00AA3789">
      <w:r>
        <w:t>“Do you trust me, Sky?” he asked, his voice barely audible above the wind, yet his words carried an unmistakable weight.</w:t>
      </w:r>
    </w:p>
    <w:p w14:paraId="281AA9FF" w14:textId="77777777" w:rsidR="00121116" w:rsidRDefault="00AA3789">
      <w:r>
        <w:t xml:space="preserve">I stared at him, my chest tightening. His question wasn’t one I could answer easily—not with words, not now. But the truth lingered unspoken between us. I trusted him blindly, even though I barely knew him. Even though I shouldn’t. My breath came in shallow gasps, my eyes refusing to break from his as his thumb brushed lightly over the spot where my </w:t>
      </w:r>
      <w:r>
        <w:lastRenderedPageBreak/>
        <w:t>wound had been. The phantom pain seemed to fade under his touch, replaced by a warmth I didn’t fully understand.</w:t>
      </w:r>
    </w:p>
    <w:p w14:paraId="21F853D6" w14:textId="77777777" w:rsidR="00121116" w:rsidRDefault="00AA3789">
      <w:r>
        <w:t>His lips curved into a faint, knowing smile. “I won’t let you go, Sky,” he murmured, his breath warm against my ear. And then, before I could process his words, he tightened his grip and stepped off the cliff.</w:t>
      </w:r>
    </w:p>
    <w:p w14:paraId="4EB4F50F" w14:textId="77777777" w:rsidR="00121116" w:rsidRDefault="00AA3789">
      <w:r>
        <w:t>The world dropped away beneath us. My stomach lurched, the sensation of falling ripping the air from my lungs. My eyes squeezed shut as panic surged through me, bracing for the inevitable crash that would shatter us both. But the impact never came.</w:t>
      </w:r>
    </w:p>
    <w:p w14:paraId="0F2A22C2" w14:textId="77777777" w:rsidR="00121116" w:rsidRDefault="00AA3789">
      <w:r>
        <w:t>The rushing wind slowed, fading into a soft, surreal stillness. Tentatively, I opened one eye, my breath catching in my throat. We weren’t falling. We were floating, suspended in the mist that swirled around us. The clouds cushioned us like a living thing, cradling our descent as though gravity had loosened its grip.</w:t>
      </w:r>
    </w:p>
    <w:p w14:paraId="5E842BF0" w14:textId="77777777" w:rsidR="00121116" w:rsidRDefault="00AA3789">
      <w:r>
        <w:t>Vidar’s arm relaxed slightly around my waist, though his presence still surrounded me like a shield. I felt it then—his magic. It pulsed through the air like a heartbeat, alive and warm, seeping into my skin. His eyes glowed faintly, an intense blue that matched the energy I felt wrapping around us. The sensation wasn’t intrusive but encompassing, as though his power recognized me and reached for something deep inside.</w:t>
      </w:r>
    </w:p>
    <w:p w14:paraId="0F9690A0" w14:textId="77777777" w:rsidR="00121116" w:rsidRDefault="00AA3789">
      <w:r>
        <w:t>The mist began to thin, revealing a world below that took my breath away. A village sprawled across the valley, its cottages clustered together like tiny, glowing beacons against the snowy landscape. Warm light flickered from the windows, illuminating the paths winding between the homes. Beyond the village, a fortress loomed—a dark, imposing structure that stood in stark contrast to the warmth below. Its jagged towers pierced the mist, and even from this distance, it radiated an aura of power and authority.</w:t>
      </w:r>
    </w:p>
    <w:p w14:paraId="1E36F5F6" w14:textId="77777777" w:rsidR="00121116" w:rsidRDefault="00AA3789">
      <w:r>
        <w:t>Vidar’s focus didn’t waver as he guided our descent, his magic holding us steady. The warmth of it lingered on my skin, and for a moment, I forgot the cold entirely. My fear of falling had melted away, replaced by awe at the sight unfolding beneath us. But the questions remained, gnawing at the edges of my mind.</w:t>
      </w:r>
    </w:p>
    <w:p w14:paraId="3D869BCF" w14:textId="77777777" w:rsidR="00121116" w:rsidRDefault="00AA3789">
      <w:r>
        <w:t>“Where are we?” I whispered, my voice barely audible.</w:t>
      </w:r>
    </w:p>
    <w:p w14:paraId="70142BF0" w14:textId="77777777" w:rsidR="00121116" w:rsidRDefault="00AA3789">
      <w:r>
        <w:t>Vidar’s gaze flicked to me, his expression devious. “Welcome to Ithika,” he breathed, his voice barely louder than the wind, yet it carried with the weight of something profound. I exhaled, breathless for a moment, as my eyes took in the scene before us.</w:t>
      </w:r>
    </w:p>
    <w:p w14:paraId="50E68AED" w14:textId="77777777" w:rsidR="00121116" w:rsidRDefault="00AA3789">
      <w:r>
        <w:t>The village unfolded slowly in the twilight, the wooden houses built with care and precision, each unique in its design. The wood was dark, stained by time and weather, but the craftsmanship was undeniable. Each house, though similar in structure, bore slight variations—different shades of brown, from deep, earthy mahogany to the lighter hues of sun-bleached cedar.</w:t>
      </w:r>
    </w:p>
    <w:p w14:paraId="376C7FF0" w14:textId="77777777" w:rsidR="00121116" w:rsidRDefault="00AA3789">
      <w:r>
        <w:lastRenderedPageBreak/>
        <w:t>The lights inside the windows were soft, casting dim, golden glows that shimmered like faint stars against the deepening blue of the sky. The night crept in slowly, the sun dipping beyond the horizon, leaving behind a soft orange glow that tinged the tops of the pine trees scattered throughout the snow. Another night was settling before us, reminding me of our sleepless journey.</w:t>
      </w:r>
    </w:p>
    <w:p w14:paraId="5874EBDC" w14:textId="77777777" w:rsidR="00121116" w:rsidRDefault="00AA3789">
      <w:r>
        <w:t>As we approached, the houses appeared larger, more imposing. Their dark silhouettes loomed over the snowy streets, casting long shadows across the ground. The snow crunched under our feet, thick and fresh, muffling the sound of our steps. My breath came out in short, visible puffs, and the cold air felt sharp in my lungs, but the sight before me made it all fade into the background.</w:t>
      </w:r>
    </w:p>
    <w:p w14:paraId="18893050" w14:textId="77777777" w:rsidR="00121116" w:rsidRDefault="00AA3789">
      <w:r>
        <w:t>The pine trees stood tall, their branches heavy with snow, framing the houses like guardians of the village. The scent of pine lingered in the air, crisp and clean, mixing with the faint, earthy smell of burning wood from the chimneys. Ithika seemed almost untouched by time, as if this place existed in a world separate from the one I knew.</w:t>
      </w:r>
    </w:p>
    <w:p w14:paraId="620F3B49" w14:textId="77777777" w:rsidR="00121116" w:rsidRDefault="00AA3789">
      <w:r>
        <w:t>A strange sense of peace washed over me, despite the danger that still lurked in the shadows beyond the village. It felt as though this place—this hidden village, nestled at the base of the mountains—was safe. A sanctuary, if only for a moment.</w:t>
      </w:r>
    </w:p>
    <w:p w14:paraId="7D6251A2" w14:textId="77777777" w:rsidR="00121116" w:rsidRDefault="00AA3789">
      <w:r>
        <w:t>Vidar’s arm was still draped loosely around my waist, his presence grounding me in the surreal beauty of the scene. I glanced at him, his eyes scanning the village, a softness in his gaze that I hadn’t seen before.</w:t>
      </w:r>
    </w:p>
    <w:p w14:paraId="3FE2A631" w14:textId="77777777" w:rsidR="00121116" w:rsidRDefault="00AA3789">
      <w:r>
        <w:t>His lips curled into a faint smile as he noticed me watching. “It’s... different, isn’t it?” he said softly, his voice filled with a quiet reverence.</w:t>
      </w:r>
    </w:p>
    <w:p w14:paraId="750E86D4" w14:textId="77777777" w:rsidR="00121116" w:rsidRDefault="00AA3789">
      <w:r>
        <w:t>I nodded, unable to find the words to describe what I was feeling. It was more than different. It was otherworldly. This village, with its dimly lit windows and its carefully crafted homes, felt alive—like it held secrets just waiting to be uncovered. And yet, there was an eerie stillness in the air, a calm that felt almost unnatural.</w:t>
      </w:r>
    </w:p>
    <w:p w14:paraId="49577BD6" w14:textId="77777777" w:rsidR="00121116" w:rsidRDefault="00AA3789">
      <w:r>
        <w:t>As we walked further into the village, the path beneath us shifted from snow to gravel, the uneven stones hidden beneath a layer of frost. I stumbled slightly, my legs still weak from the long journey, but Vidar’s hand steadied me, his touch firm and reassuring.</w:t>
      </w:r>
    </w:p>
    <w:p w14:paraId="3C368E4B" w14:textId="77777777" w:rsidR="00121116" w:rsidRDefault="00AA3789">
      <w:r>
        <w:t>We passed by the houses, their windows darkened by shadows, but I could sense movement inside—faint flickers of figures passing by, the soft murmur of voices carried on the wind. I realized then that this village wasn’t deserted. There were Hecates here, watching us, though they remained hidden in the shadows.</w:t>
      </w:r>
    </w:p>
    <w:p w14:paraId="13FDAD03" w14:textId="77777777" w:rsidR="00121116" w:rsidRDefault="00AA3789">
      <w:r>
        <w:t xml:space="preserve">They averted their eyes as we passed, their gazes flicking toward Vidar only briefly before dropping to the ground. It wasn’t just avoidance—it was fear. I could feel it in the way their shoulders stiffened, in the hurried shuffle of their feet as they moved out of our path. Vidar, much larger than the other Hecates, didn’t seem to notice—or if he did, he didn’t care. His </w:t>
      </w:r>
      <w:r>
        <w:lastRenderedPageBreak/>
        <w:t>stride was steady, confident, as though he had walked these streets a hundred times before. He didn’t need their attention. He already had their respect.</w:t>
      </w:r>
    </w:p>
    <w:p w14:paraId="05E316CC" w14:textId="77777777" w:rsidR="00121116" w:rsidRDefault="00AA3789">
      <w:r>
        <w:t>And fear.</w:t>
      </w:r>
    </w:p>
    <w:p w14:paraId="73EE4741" w14:textId="77777777" w:rsidR="00121116" w:rsidRDefault="00AA3789">
      <w:r>
        <w:t>I kept close to his side, sensing the unspoken authority he carried here. He seemed untouchable, far more imposing than I had realized before. Was this why he had been so calm throughout our journey? Because he knew the kind of power he commanded in this place?</w:t>
      </w:r>
    </w:p>
    <w:p w14:paraId="17307CD4" w14:textId="77777777" w:rsidR="00121116" w:rsidRDefault="00AA3789">
      <w:r>
        <w:t>We moved deeper into the village, where the figures grew taller, broader. A few fierce-looking men crossed our path, each dressed in thick, charcoal-colored leathers that marked them as soldiers. Their uniforms, perfectly fitted, outlined the hard, muscular forms beneath. They looked like they had been carved from the very stone that surrounded this village—unshakable, impenetrable.</w:t>
      </w:r>
    </w:p>
    <w:p w14:paraId="3A31A05E" w14:textId="77777777" w:rsidR="00121116" w:rsidRDefault="00AA3789">
      <w:r>
        <w:t>They wore woven leather coats fitted over their broad shoulders and thick pants. Their boots were remarkably black, polished to perfection, crunching over the gravel as they walked. On each of their sides hung a sword, its hilt adorned with a familiar stone—the same dark stone that sat upon Cronus’s blade. Only smaller. The resemblance was unmistakable.</w:t>
      </w:r>
    </w:p>
    <w:p w14:paraId="1CE1F757" w14:textId="77777777" w:rsidR="00121116" w:rsidRDefault="00AA3789">
      <w:r>
        <w:t>Cronus’s soldiers.</w:t>
      </w:r>
    </w:p>
    <w:p w14:paraId="23DA7922" w14:textId="77777777" w:rsidR="00121116" w:rsidRDefault="00AA3789">
      <w:r>
        <w:t>They nodded at Vidar as we passed, a short, deferential greeting. Vidar returned their nods with a brief, almost imperceptible dip of his chin, acknowledging them without breaking stride. He moved among them like a king among his own—known, respected, and above all, feared.</w:t>
      </w:r>
    </w:p>
    <w:p w14:paraId="0F65CD7E" w14:textId="77777777" w:rsidR="00121116" w:rsidRDefault="00AA3789">
      <w:r>
        <w:t>I stole a glance at one of the soldiers as we passed. His eyes flicked to mine for just a second, but it was long enough to see the hardness there—the kind of gaze that belonged to someone who had seen battle, who had lived through things most could only imagine. He nodded once more to Vidar, his gaze quickly dropping back to the ground.</w:t>
      </w:r>
    </w:p>
    <w:p w14:paraId="4F8920D5" w14:textId="77777777" w:rsidR="00121116" w:rsidRDefault="00AA3789">
      <w:r>
        <w:t>They all carried the same stone.</w:t>
      </w:r>
    </w:p>
    <w:p w14:paraId="5ABD5ED9" w14:textId="77777777" w:rsidR="00121116" w:rsidRDefault="00AA3789">
      <w:r>
        <w:t>Was this a sign of their loyalty to Cronus? Or something more?</w:t>
      </w:r>
    </w:p>
    <w:p w14:paraId="2DEC9202" w14:textId="77777777" w:rsidR="00121116" w:rsidRDefault="00AA3789">
      <w:r>
        <w:t>My stomach tightened. This place—it wasn’t just a village. It was a stronghold. A fortress built on power, discipline, and fear. Vidar seemed to fit here perfectly, moving effortlessly through the hierarchy I could barely begin to understand.</w:t>
      </w:r>
    </w:p>
    <w:p w14:paraId="67AA3522" w14:textId="77777777" w:rsidR="00121116" w:rsidRDefault="00AA3789">
      <w:r>
        <w:t>As we continued down the path, the air grew heavier, the weight of the fortress looming in the distance a constant reminder of where we were heading. And with every step, the tension in my chest wound tighter.</w:t>
      </w:r>
    </w:p>
    <w:p w14:paraId="07C55476" w14:textId="77777777" w:rsidR="00121116" w:rsidRDefault="00AA3789">
      <w:r>
        <w:lastRenderedPageBreak/>
        <w:t>This was Cronus’s world, and I had just walked into the center of it. Out of the corner of my eye, a figure shifted in the shadows. A woman, cloaked in deep blue, moved silently along the edges of the path, her steps almost unnoticed by those around her. Something about her caught my attention. Maybe it was the way she seemed to blend into the darkness, or maybe it was the way her gaze, though low and cast toward the ground, flickered up to meet mine.</w:t>
      </w:r>
    </w:p>
    <w:p w14:paraId="3845F70D" w14:textId="77777777" w:rsidR="00121116" w:rsidRDefault="00AA3789">
      <w:r>
        <w:t>For a moment, our eyes locked.</w:t>
      </w:r>
    </w:p>
    <w:p w14:paraId="6F2392CC" w14:textId="77777777" w:rsidR="00121116" w:rsidRDefault="00AA3789">
      <w:r>
        <w:t>Her dark brown eyes, wide with what seemed like shock, quickly attempted to mask whatever emotions flickered there. She tried to keep her expression soft, unreadable, but there was something in the way her gaze lingered—something she wasn’t able to hide completely.</w:t>
      </w:r>
    </w:p>
    <w:p w14:paraId="42C39D96" w14:textId="77777777" w:rsidR="00121116" w:rsidRDefault="00AA3789">
      <w:r>
        <w:t>Her hair, a pale blonde so light it was almost white, peeked out from beneath the hood of her cloak, a few long strands escaping to frame the side of her face. The contrast of her pale skin and the dark fabric of her cloak made her stand out, even in the dim light of the village. She was ghostlike, but far from invisible.</w:t>
      </w:r>
    </w:p>
    <w:p w14:paraId="65815889" w14:textId="77777777" w:rsidR="00121116" w:rsidRDefault="00AA3789">
      <w:r>
        <w:t>She quickly averted her gaze, her face slipping back into the shadows, but the moment left a strange tightness in my chest.</w:t>
      </w:r>
    </w:p>
    <w:p w14:paraId="2E2E5FD4" w14:textId="77777777" w:rsidR="00121116" w:rsidRDefault="00AA3789">
      <w:r>
        <w:t>I swallowed hard, trying to shake off the feeling, but her presence clung to me. There was something about her—something in the way she moved, the way she looked at me—that felt unsettling.</w:t>
      </w:r>
    </w:p>
    <w:p w14:paraId="441F1C9C" w14:textId="77777777" w:rsidR="00121116" w:rsidRDefault="00AA3789">
      <w:r>
        <w:t>Vidar didn’t seem to notice her, or if he did, he didn’t acknowledge it. His focus was fixed ahead, unbothered by the undercurrents of this village.</w:t>
      </w:r>
    </w:p>
    <w:p w14:paraId="78996948" w14:textId="77777777" w:rsidR="00121116" w:rsidRDefault="00AA3789">
      <w:r>
        <w:t>Vidar halted in front of a large building, the sound of rough laughter spilling out into the cold night. The worn wooden sign above the door swung slightly in the wind, faded letters barely visible. It looked like a tavern, the type of place that thrived on strong drink and stronger personalities. The kind of place I would have avoided back home, but there was no avoiding it now.</w:t>
      </w:r>
    </w:p>
    <w:p w14:paraId="3068DC7A" w14:textId="77777777" w:rsidR="00121116" w:rsidRDefault="00AA3789">
      <w:r>
        <w:t>“Let’s stop in here for a bit of warmth and a drink before we go up to Cronus,” Vidar said casually, as though we had all the time in the world. I wasn’t sure how he could be so relaxed with everything looming ahead, but I followed him inside, eager to escape the biting cold.</w:t>
      </w:r>
    </w:p>
    <w:p w14:paraId="41DF0EC2" w14:textId="77777777" w:rsidR="00121116" w:rsidRDefault="00AA3789">
      <w:r>
        <w:t>He opened the wooden door, signaling me to go in first. The warmth inside hit me like a wave, the scent of woodsmoke and alcohol stronger now, almost overwhelming.</w:t>
      </w:r>
    </w:p>
    <w:p w14:paraId="25460B89" w14:textId="77777777" w:rsidR="00121116" w:rsidRDefault="00AA3789">
      <w:r>
        <w:t>The interior was dim, lit only by flickering lanterns and the orange glow of a fire crackling in the corner. The wooden walls were lined with the heads of dead animals—majestic once, now nothing but hollow, lifeless trophies. The air was thick with the scent of pine, sweat, and a sweet, spiced alcohol that clung to everything. It was stifling, the kind of heat that made you want to pull your collar away from your neck just to breathe.</w:t>
      </w:r>
    </w:p>
    <w:p w14:paraId="0B353F32" w14:textId="77777777" w:rsidR="00121116" w:rsidRDefault="00AA3789">
      <w:r>
        <w:lastRenderedPageBreak/>
        <w:t>As we walked deeper into the tavern, I could feel eyes on me. Not from the females, who wore cloaks that hung loose over their slender figures, but from the females. Their gazes clung to me, heavy and unashamed. I straightened my back, trying to ignore the way their eyes seemed to follow my every move, but it was harder than I expected.</w:t>
      </w:r>
    </w:p>
    <w:p w14:paraId="14C60C07" w14:textId="77777777" w:rsidR="00121116" w:rsidRDefault="00AA3789">
      <w:r>
        <w:t>Vidar leaned in close, his breath warm against my ear as he whispered, “Don’t pay them any attention. They’re just hungry and drunk.” His hand slipped into mine, his grip firm. He must have sensed the anxiety gnawing at my insides, threatening to pull me back into memories of home, of places where stares like these meant something far worse.</w:t>
      </w:r>
    </w:p>
    <w:p w14:paraId="0CC81820" w14:textId="77777777" w:rsidR="00121116" w:rsidRDefault="00AA3789">
      <w:r>
        <w:t>I needed a drink. I could handle this. I didn’t like it, but I had lived through worse. This wasn’t new—just another familiar setting I’d have to endure.</w:t>
      </w:r>
    </w:p>
    <w:p w14:paraId="73524436" w14:textId="77777777" w:rsidR="00121116" w:rsidRDefault="00AA3789">
      <w:r>
        <w:t>As we made our way through the crowd, Vidar slowed, angling his head toward me with a playful grin. “It’s Miyala’s tavern,” he said, his tone soft but amused. “Don’t look at her for too long, or she might turn you into a carcass. She doesn’t particularly like strangers. I should warn you, she’ll probably give you a grimy look. Just ignore her. She’s an old soul.” His smirk widened as he added, “Lucky for you, I’m a guest of honor here. She adores me.”</w:t>
      </w:r>
    </w:p>
    <w:p w14:paraId="360FBB7C" w14:textId="77777777" w:rsidR="00121116" w:rsidRDefault="00AA3789">
      <w:r>
        <w:t>His words had a teasing edge, but the way he squeezed my hand made me think there was more to it. I gave him a side-eye, a mischievous glance, but my heart thudded a little harder in my chest as we neared the door. I wasn’t sure I wanted to meet anyone who could get that kind of warning from Vidar.</w:t>
      </w:r>
    </w:p>
    <w:p w14:paraId="1498653B" w14:textId="77777777" w:rsidR="00121116" w:rsidRDefault="00AA3789">
      <w:r>
        <w:t>Behind the bar ahead, stood a woman, her presence commanding without her having to say a word. She was in the middle of a conversation with a few males seated on elevated wooden stools, but as soon as Vidar and I stepped in her line of sight, her gaze shifted, locking onto him.</w:t>
      </w:r>
    </w:p>
    <w:p w14:paraId="35705277" w14:textId="77777777" w:rsidR="00121116" w:rsidRDefault="00AA3789">
      <w:r>
        <w:t>Her hair, a striking red, tumbled in thick, loose curls over her shoulders, held back by a deep forest green headband. The color of her corset matched, cinching her waist tightly, the fabric doing little to hide the generous curve of her chest. Her pale skin almost glowed in the dim light, small freckles dotting her nose and cheekbones, giving her a fierce kind of beauty.</w:t>
      </w:r>
    </w:p>
    <w:p w14:paraId="31186464" w14:textId="77777777" w:rsidR="00121116" w:rsidRDefault="00AA3789">
      <w:r>
        <w:t>There was something about the way she carried herself—her shoulders squared, her stance wide—that made it clear she didn’t need to rely on anyone. She was strong, confident, and judging by the roughness of her hands as she poured drinks, she wasn’t someone who would hesitate to throw a punch.</w:t>
      </w:r>
    </w:p>
    <w:p w14:paraId="0FD01CE8" w14:textId="77777777" w:rsidR="00121116" w:rsidRDefault="00AA3789">
      <w:r>
        <w:t>Her attention was fully on Vidar now, as though no one else in the tavern existed. She put her hands on her hips, shaking her head slightly, an expression of disbelief on her face. I glanced up at Vidar. His lips curled into a joyful smile—the kind of smile you give to someone you haven’t seen in a long time, but you’re relieved they haven’t changed.</w:t>
      </w:r>
    </w:p>
    <w:p w14:paraId="3DF1BC2F" w14:textId="77777777" w:rsidR="00121116" w:rsidRDefault="00AA3789">
      <w:r>
        <w:t>Old friends. Or more. The thought twisted in my stomach, but I pushed it down, unwilling to dwell on what their relationship might have been.</w:t>
      </w:r>
    </w:p>
    <w:p w14:paraId="7DCD30FC" w14:textId="77777777" w:rsidR="00121116" w:rsidRDefault="00AA3789">
      <w:r>
        <w:lastRenderedPageBreak/>
        <w:t>Miyala’s green eyes, flecked with hints of hazel, glowed with something more than recognition as they swept over him. It was as if the room had narrowed, shrinking down to just the two of them. She took him in from head to toe, ignoring me entirely, her attention focused solely on Vidar.</w:t>
      </w:r>
    </w:p>
    <w:p w14:paraId="43DD328D" w14:textId="77777777" w:rsidR="00121116" w:rsidRDefault="00AA3789">
      <w:r>
        <w:t>Without a word, Vidar slammed his powerful forearms onto the bar, the veins in his arms prominent beneath his golden skin. The wood groaned under the weight, and for a second, the entire tavern seemed to hold its breath. The air thickened, not just from the tension but from the heat of flickering lanterns casting shadows that danced across the room.</w:t>
      </w:r>
    </w:p>
    <w:p w14:paraId="17E92092" w14:textId="77777777" w:rsidR="00121116" w:rsidRDefault="00AA3789">
      <w:r>
        <w:t>Miyala stepped forward without hesitation, closing the space between them. Her hands, rough and calloused, met his with a firmness that spoke of years spent enduring and surviving. Vidar gripped her hands tightly, the gesture neither tender nor aggressive—just familiar. There was warmth there, yes, but also the weight of unspoken words, of a history neither seemed eager to revisit.</w:t>
      </w:r>
    </w:p>
    <w:p w14:paraId="6593303E" w14:textId="77777777" w:rsidR="00121116" w:rsidRDefault="00AA3789">
      <w:r>
        <w:t>“Is that really you?” Miyala’s voice was light, teasing even, but her eyes betrayed her. They softened as they searched his face, drinking in every detail as though to confirm this wasn’t some cruel trick of the mind. Her smile faltered for a heartbeat, a flicker of vulnerability quickly masked by her usual confidence.</w:t>
      </w:r>
    </w:p>
    <w:p w14:paraId="5AAEA4FF" w14:textId="77777777" w:rsidR="00121116" w:rsidRDefault="00AA3789">
      <w:r>
        <w:t>Vidar nodded, his own smile lingering at the corners of his mouth, though his eyes remained distant. Miyala reached out, her fingers brushing against the sharp line of his jaw as if needing the tactile proof that he was standing before her. He leaned into her touch, their smiles slowly fading, replaced by a heavy silence. Something unsaid hung between them—a truth too raw to name.</w:t>
      </w:r>
    </w:p>
    <w:p w14:paraId="78FCA8BE" w14:textId="77777777" w:rsidR="00121116" w:rsidRDefault="00AA3789">
      <w:r>
        <w:t>“What brings you here, stranger?” she asked, her voice dipping into something more serious, though her lips twitched in a faint attempt at humor.</w:t>
      </w:r>
    </w:p>
    <w:p w14:paraId="0FE286A0" w14:textId="77777777" w:rsidR="00121116" w:rsidRDefault="00AA3789">
      <w:r>
        <w:t>Vidar shrugged with mock nonchalance, though his smirk lacked its usual edge. “Thought I’d stop in, visit an old friend, maybe grab a drink. Am I not allowed to visit my dear Miyala?” he quipped, though the words carried a sharpness that spoke of deeper motives.</w:t>
      </w:r>
    </w:p>
    <w:p w14:paraId="00535683" w14:textId="77777777" w:rsidR="00121116" w:rsidRDefault="00AA3789">
      <w:r>
        <w:t>Miyala shook her head, already reaching for two oversized shot glasses. “Sure. And I’m the Queen of Ithika,” she muttered, her tone dry but amused. She lined the glasses up with practiced precision, filling them to the brim with a dark, spiced liquor that carried a bitter edge in its aroma. “Tell me the real reason you’re in Ithika,” she said, her smile vanishing as her eyes narrowed. “The last time you were here was decades ago. Don’t lie, Vidar. I know you too well.”</w:t>
      </w:r>
    </w:p>
    <w:p w14:paraId="182A7D6A" w14:textId="77777777" w:rsidR="00121116" w:rsidRDefault="00AA3789">
      <w:r>
        <w:t>Vidar’s smirk faded entirely. He held her gaze for a moment, the weight of her words pressing against the unspoken truths he carried. “So, you must be here to see Cronus?” she asked, her tone pointed, the question more of a statement.</w:t>
      </w:r>
    </w:p>
    <w:p w14:paraId="311A0A3A" w14:textId="77777777" w:rsidR="00121116" w:rsidRDefault="00AA3789">
      <w:r>
        <w:lastRenderedPageBreak/>
        <w:t>Vidar’s jaw tightened, his silence stretching as he finally nodded. “What for, Vidar?” she pressed, her voice dropping lower, more insistent.</w:t>
      </w:r>
    </w:p>
    <w:p w14:paraId="4F071630" w14:textId="77777777" w:rsidR="00121116" w:rsidRDefault="00AA3789">
      <w:r>
        <w:t>His gaze flicked toward the patrons scattered throughout the tavern. Lowering his voice, he leaned in close to her. “I can’t speak of it here,” he murmured, his tone almost apologetic.</w:t>
      </w:r>
    </w:p>
    <w:p w14:paraId="5DEB078D" w14:textId="77777777" w:rsidR="00121116" w:rsidRDefault="00AA3789">
      <w:r>
        <w:t>Miyala studied him for a moment longer, then gave a sharp nod, her curiosity clearly piqued but contained. “Cheers to you, my old friend,” she said finally, lifting her glass. Vidar mirrored her movement, and they downed the shots in unison, neither flinching at the burn. Vidar slammed his glass down with a firm thud, and Miyala immediately refilled it, her movements smooth and familiar. Only then did Vidar shift, turning to reveal me standing awkwardly behind him. My stomach twisted as Miyala’s sharp green eyes swept over me, taking in every detail with a critical gaze. Vidar’s oversized coat hung loosely on me, its weight and size swallowing my frame, making me feel even smaller under her scrutiny. She towered over me, both physically and in spirit, her sharp presence filling the space between us. “And who is this?” she demanded, her voice cutting through the room like a blade.</w:t>
      </w:r>
    </w:p>
    <w:p w14:paraId="1C8D9D71" w14:textId="77777777" w:rsidR="00121116" w:rsidRDefault="00AA3789">
      <w:r>
        <w:t>“I—I’m Sky,” I managed, my voice trembling as I forced the words out. I could feel my cheeks burning, the nerves tangling in my chest like a knotted rope. I glanced at Vidar, silently pleading for him to interject, but he merely gave me a slight nudge, urging me forward.</w:t>
      </w:r>
    </w:p>
    <w:p w14:paraId="7FDDBD22" w14:textId="77777777" w:rsidR="00121116" w:rsidRDefault="00AA3789">
      <w:r>
        <w:t>Miyala didn’t speak immediately. Her gaze lingered on me for a moment longer before she reached under the bar, pulling out another shot glass. Without a word, she filled it and slid it across to me, her expression unreadable.</w:t>
      </w:r>
    </w:p>
    <w:p w14:paraId="78ADAD52" w14:textId="77777777" w:rsidR="00121116" w:rsidRDefault="00AA3789">
      <w:r>
        <w:t>I hesitated, my fingers trembling slightly as I picked up the glass. The thick, bitter liquid burned as it slid down my throat, the fire spreading through my chest. My eyes watered, but I managed to keep my expression neutral, giving a small nod. “Thank you,” I said, my voice barely audible.</w:t>
      </w:r>
    </w:p>
    <w:p w14:paraId="39DF1940" w14:textId="77777777" w:rsidR="00121116" w:rsidRDefault="00AA3789">
      <w:r>
        <w:t>For the first time, Miyala’s lips twitched in what might have been the ghost of a smile. “You’re welcome,” she said simply, turning her attention back to Vidar, as she poured another round for us, her focus now completely off me, much to my relief. I needed the drink. The fiery burn of the liquor spread through me, loosening the tight grip of anxiety on my chest. The tension in my limbs eased ever so slightly as warmth seeped into my bones, dulling the edges of my nerves. The oversized coat Vidar had lent me still hung heavy on my shoulders, the dampness clinging stubbornly to the fabric. It wasn’t much help against the cold or my rattled thoughts, but at least it was something.</w:t>
      </w:r>
    </w:p>
    <w:p w14:paraId="3ED88CD5" w14:textId="77777777" w:rsidR="00121116" w:rsidRDefault="00AA3789">
      <w:r>
        <w:t>“So,” Miyala began, her tone lighter now but still laced with curiosity, “tell me, what have you been up to? Any news from outside the barrier?”</w:t>
      </w:r>
    </w:p>
    <w:p w14:paraId="149FA664" w14:textId="77777777" w:rsidR="00121116" w:rsidRDefault="00AA3789">
      <w:r>
        <w:t xml:space="preserve">Vidar shook his head, but there was something in his eyes—something tight in the way his jaw clenched—that made me suspect the truth was far more complicated. He was hiding something. Miyala seemed to sense it too; her sharp green eyes narrowed slightly, but she </w:t>
      </w:r>
      <w:r>
        <w:lastRenderedPageBreak/>
        <w:t>didn’t press further. Instead, she let the silence stretch, leaving the weight of his unspoken words to fill the space between them.</w:t>
      </w:r>
    </w:p>
    <w:p w14:paraId="4BBF0A17" w14:textId="77777777" w:rsidR="00121116" w:rsidRDefault="00AA3789">
      <w:r>
        <w:t>The air in the tavern felt heavier now, like the charged pause before a storm. I glanced between Vidar and Miyala, my mind spinning with questions I didn’t dare voice. What wasn’t he telling her? And, more importantly, what wasn’t he telling me?</w:t>
      </w:r>
    </w:p>
    <w:p w14:paraId="7AF3044C" w14:textId="77777777" w:rsidR="00121116" w:rsidRDefault="00AA3789">
      <w:r>
        <w:t>I kept to myself, quietly observing their exchange while taking each shot Miyala poured without hesitation. The sharp, bitter liquor burned its way down my throat, the warmth spreading through my limbs like a slow, creeping fire. After the fourth shot, a faint tingling buzz hummed under my skin. My surroundings blurred slightly at the edges, and I wondered briefly what they put in their alcohol here. It felt as potent as the magic I couldn’t seem to summon.</w:t>
      </w:r>
    </w:p>
    <w:p w14:paraId="57F8BFAF" w14:textId="77777777" w:rsidR="00121116" w:rsidRDefault="00AA3789">
      <w:r>
        <w:t>Vidar’s voice cut through my foggy thoughts. “Enough about me. How have you been?” His tone softened, carrying a genuine concern that caught me off guard. For a fleeting moment, it felt like his walls were down, his words revealing more than he intended.</w:t>
      </w:r>
    </w:p>
    <w:p w14:paraId="7CDE81F3" w14:textId="77777777" w:rsidR="00121116" w:rsidRDefault="00AA3789">
      <w:r>
        <w:t>Miyala leaned against the bar, her expression softening as well, though a flicker of frustration lingered in her eyes. “Things are fine here, as always—unless those damn demon brothers walk in.” She sighed, the weariness in her voice betraying the weight she carried. “They leave my bar in ruins every time. You know how they are. There’s no stopping them once they get going.”</w:t>
      </w:r>
    </w:p>
    <w:p w14:paraId="7F2C3E43" w14:textId="77777777" w:rsidR="00121116" w:rsidRDefault="00AA3789">
      <w:r>
        <w:t>Vidar’s expression darkened instantly. His hand curled into a fist on the bar, the veins in his forearm standing out as anger rippled through him. “If I run into those brainless fools, they won’t like what’s coming their way,” he said, his voice low and sharp, a protective edge I hadn’t heard before.</w:t>
      </w:r>
    </w:p>
    <w:p w14:paraId="5F5D7B43" w14:textId="77777777" w:rsidR="00121116" w:rsidRDefault="00AA3789">
      <w:r>
        <w:t>Miyala raised an eyebrow, the corner of her mouth twitching into a faint smirk. “Oh? And what are you going to do, Vidar? Kill them?” Her laugh was bitter, cutting through the tension like a blade. “You know damn well you can’t. Let it go. I handle them just fine. You haven’t been here in ages, and now you want to swoop in and save the day?”</w:t>
      </w:r>
    </w:p>
    <w:p w14:paraId="204E9AF9" w14:textId="77777777" w:rsidR="00121116" w:rsidRDefault="00AA3789">
      <w:r>
        <w:t>Her words hit harder than she likely intended. I could see it in Vidar’s face, the way his shoulders tensed and his smirk faltered. The anger faded, replaced by something heavier—regret. He reached out and took her hand, his grip firm but not forceful. Their eyes locked, and for a moment, the weight of their shared history hung in the air, thick and unspoken.</w:t>
      </w:r>
    </w:p>
    <w:p w14:paraId="029C0FF0" w14:textId="77777777" w:rsidR="00121116" w:rsidRDefault="00AA3789">
      <w:r>
        <w:t>“I know,” he said quietly, his voice soft yet resolute. “I’m sorry. I promise I’ll stop by again soon. Things have been... complicated.”</w:t>
      </w:r>
    </w:p>
    <w:p w14:paraId="381C169F" w14:textId="77777777" w:rsidR="00121116" w:rsidRDefault="00AA3789">
      <w:r>
        <w:t>Miyala’s gaze softened, but she didn’t let him off the hook so easily. “You’re lucky your looks are so distracting. Saves you every time,” she said, her smirk returning, though her tone still carried an edge. “But I’m holding you to that promise. And Vidar...” Her voice dipped, losing its teasing quality. “Be careful. You know where to find me.”</w:t>
      </w:r>
    </w:p>
    <w:p w14:paraId="289CA097" w14:textId="77777777" w:rsidR="00121116" w:rsidRDefault="00AA3789">
      <w:r>
        <w:lastRenderedPageBreak/>
        <w:t>Her words lingered in the air, heavy with meaning. Watching them, I felt a pang of something I couldn’t quite name. Every moment of their exchange seemed to remind me of how little I truly knew about Vidar.</w:t>
      </w:r>
    </w:p>
    <w:p w14:paraId="1BC98EA2" w14:textId="77777777" w:rsidR="00121116" w:rsidRDefault="00AA3789">
      <w:r>
        <w:t>Vidar’s grip on her hand loosened, and he slowly let go, their silent conversation coming to an end. “Thanks for the drinks, Miyala. It was good to see you.”</w:t>
      </w:r>
    </w:p>
    <w:p w14:paraId="1E71A529" w14:textId="77777777" w:rsidR="00121116" w:rsidRDefault="00AA3789">
      <w:r>
        <w:t>She nodded, her eyes lingering on him for just a second longer. “You as well, my friend. Be safe out there.”</w:t>
      </w:r>
    </w:p>
    <w:p w14:paraId="08D9D43D" w14:textId="77777777" w:rsidR="00121116" w:rsidRDefault="00AA3789">
      <w:r>
        <w:t>Then, her gaze shifted to me. Her sharp green eyes swept over me again, but this time, there was something softer in her expression. Caution, yes, but also a flicker of curiosity. “And you, Sky.”</w:t>
      </w:r>
    </w:p>
    <w:p w14:paraId="27AFE06F" w14:textId="77777777" w:rsidR="00121116" w:rsidRDefault="00AA3789">
      <w:r>
        <w:t>I managed a small smile, the lingering warmth of the alcohol giving me just enough confidence to steady my voice. “Thank you for the drinks,” I said, my words more even now, though I could still feel the weight of her gaze pressing into me.</w:t>
      </w:r>
    </w:p>
    <w:p w14:paraId="2141C59D" w14:textId="77777777" w:rsidR="00121116" w:rsidRDefault="00AA3789">
      <w:r>
        <w:t>Miyala gave a single nod, a brief but deliberate acknowledgment, before turning her attention back to the bar. The moment felt like a dismissal, but it wasn’t hostile—just measured, like she was still deciding what to make of me.</w:t>
      </w:r>
    </w:p>
    <w:p w14:paraId="7346CFDB" w14:textId="77777777" w:rsidR="00121116" w:rsidRDefault="00AA3789">
      <w:r>
        <w:t>As Vidar and I stepped outside, the warmth of the tavern’s hearth faded, replaced by the sharp, biting chill of the night air. The sudden cold bit through the damp fabric of Vidar’s oversized coat, clinging to my skin and reminding me how far I was from comfort. But even the icy breeze couldn’t dislodge the weight of what I’d just witnessed—the worry in Miyala’s voice, the unspoken tension that lingered between her and Vidar. Who was he, really?</w:t>
      </w:r>
    </w:p>
    <w:p w14:paraId="7EA0EAC2" w14:textId="77777777" w:rsidR="00121116" w:rsidRDefault="00AA3789">
      <w:r>
        <w:t>The streets were quieter now, the sounds of the tavern muffled as its door swung shut behind us. Darkness had fully settled over the city, the absence of moonlight making the shadows feel deeper, more imposing. Thick clouds draped across the sky, smothering any chance of starlight breaking through. The air was sharper now, its cool edge a startling contrast to my flushed cheeks and the lingering warmth of the alcohol coursing through me.</w:t>
      </w:r>
    </w:p>
    <w:p w14:paraId="7E5B0B62" w14:textId="77777777" w:rsidR="00121116" w:rsidRDefault="00AA3789">
      <w:r>
        <w:t>The drink had worked its way into my veins, leaving me with a faint, pleasant buzz that dulled the sharpest edges of my thoughts. I walked beside Vidar, my steps lighter than before, my tongue loosened by a sparkling thread of courage I hadn’t felt in hours. The questions that had been swirling in my mind finally bubbled to the surface, unfiltered.</w:t>
      </w:r>
    </w:p>
    <w:p w14:paraId="05D0B8FF" w14:textId="77777777" w:rsidR="00121116" w:rsidRDefault="00AA3789">
      <w:r>
        <w:t>“Why haven’t you been here in decades?” I asked, my tone casual, almost teasing. “Don’t you see Cronus more often?”</w:t>
      </w:r>
    </w:p>
    <w:p w14:paraId="3355D4FF" w14:textId="77777777" w:rsidR="00121116" w:rsidRDefault="00AA3789">
      <w:r>
        <w:t>I watched him from the corner of my eye, gauging his reaction. At first, he didn’t respond, his expression unreadable. Then, to my surprise, a flicker of something crossed his face—surprise, maybe, or annoyance? It was gone as quickly as it had appeared, replaced by his usual calm, unshaken demeanor.</w:t>
      </w:r>
    </w:p>
    <w:p w14:paraId="7ED9039D" w14:textId="77777777" w:rsidR="00121116" w:rsidRDefault="00AA3789">
      <w:r>
        <w:lastRenderedPageBreak/>
        <w:t>“It’s just easier for us to meet elsewhere,” he said, his tone smooth but distant, as if the question barely registered. “Fleeting here is... tricky. A lot goes on around here.”</w:t>
      </w:r>
    </w:p>
    <w:p w14:paraId="666C9B17" w14:textId="77777777" w:rsidR="00121116" w:rsidRDefault="00AA3789">
      <w:r>
        <w:t>His words were vague, intentionally so. My brows furrowed as I considered his answer, but before I could push further, I caught the subtle shift in his expression—a weariness, like the weight of something unspoken pulling at him. There was a line he’d drawn in the conversation, an invisible boundary I knew better than to cross.</w:t>
      </w:r>
    </w:p>
    <w:p w14:paraId="6F86A156" w14:textId="77777777" w:rsidR="00121116" w:rsidRDefault="00AA3789">
      <w:r>
        <w:t>“A lot goes on?” I echoed lightly, my tone edging toward curiosity, but I didn’t press him. It wasn’t the first time Vidar had left my questions half-answered, his responses carefully constructed to give just enough without revealing too much. Every time I tried to push deeper, it felt like staring into a bottomless pit—dark, unyielding, and doomed to swallow me whole.</w:t>
      </w:r>
    </w:p>
    <w:p w14:paraId="1AE8543C" w14:textId="77777777" w:rsidR="00121116" w:rsidRDefault="00AA3789">
      <w:r>
        <w:t>I stole another glance at him. His attention had drifted again, his gaze fixed ahead, though his focus was clearly elsewhere. His stride was steady, measured, but his mind was far away. Whatever tied him to this place, to Miyala and the fortress beyond, it was heavy enough to anchor him in silence.</w:t>
      </w:r>
    </w:p>
    <w:p w14:paraId="5DF43C2A" w14:textId="77777777" w:rsidR="00121116" w:rsidRDefault="00AA3789">
      <w:r>
        <w:t>“Fair enough,” I said after a pause, keeping my tone light, as though his answer had satisfied me. It hadn’t—not really. But there was something in the set of his shoulders, the distant look in his eyes, that told me tonight wasn’t the time to dig deeper.</w:t>
      </w:r>
    </w:p>
    <w:p w14:paraId="7DB50433" w14:textId="77777777" w:rsidR="00121116" w:rsidRDefault="00AA3789">
      <w:r>
        <w:t>We walked on in silence, the quiet of the streets wrapping around us like a thick blanket. The distant hum of the city had faded, replaced by the muffled crunch of our boots against the snow-covered stone. The fortress loomed ahead, its dark spires piercing the sky like a warning. It was impossible to ignore—the weight of it pressing against the horizon, a constant reminder of where we were headed and of the unspoken truths that lingered between us.</w:t>
      </w:r>
    </w:p>
    <w:p w14:paraId="246F1CC7" w14:textId="77777777" w:rsidR="00121116" w:rsidRDefault="00AA3789">
      <w:r>
        <w:t>I let my thoughts drift as we walked, the alcohol still warming my insides. Vidar remained silent, his presence both grounding and unsettling. The King’s home seemed to grow closer with each step, its shadow stretching across the quiet streets. And yet, despite the chill in the air and the heaviness of the night, I couldn’t shake the questions clawing at the edges of my mind.</w:t>
      </w:r>
    </w:p>
    <w:p w14:paraId="55AFC8B2" w14:textId="77777777" w:rsidR="00121116" w:rsidRDefault="00AA3789">
      <w:r>
        <w:t>Who was Vidar, really? And why did it feel like every answer he gave only led to more questions?</w:t>
      </w:r>
    </w:p>
    <w:p w14:paraId="53B33CAA" w14:textId="77777777" w:rsidR="00121116" w:rsidRDefault="00AA3789">
      <w:r>
        <w:t>~</w:t>
      </w:r>
    </w:p>
    <w:p w14:paraId="1E2B2418" w14:textId="77777777" w:rsidR="00121116" w:rsidRDefault="00AA3789">
      <w:r>
        <w:t xml:space="preserve">I gasped as the fortress came into view, its massive structure towering over us, guarded by jagged spires of dark stone that speared through the low-hanging clouds. The sharp tips of the rocks looked as though they could pierce the sky itself. At the entrance stood two warriors, flanking large silver doors that gleamed under the faint light. The material of the </w:t>
      </w:r>
      <w:r>
        <w:lastRenderedPageBreak/>
        <w:t>doors was unlike anything I’d ever seen—stronger than metal, and shinier, as if it were forged from something otherworldly.</w:t>
      </w:r>
    </w:p>
    <w:p w14:paraId="78147A7E" w14:textId="77777777" w:rsidR="00121116" w:rsidRDefault="00AA3789">
      <w:r>
        <w:t>The warriors stood motionless in squared stances, their bodies coiled and ready to fight at a moment’s notice. They radiated power, their presence both invincible and intimidating. I had to crane my neck, lifting my gaze higher and higher just to take them in fully. Their muscles bulged beneath polished armor, so tightly bound to their forms that it seemed ready to burst at the seams.</w:t>
      </w:r>
    </w:p>
    <w:p w14:paraId="44AC2271" w14:textId="77777777" w:rsidR="00121116" w:rsidRDefault="00AA3789">
      <w:r>
        <w:t>Their forearms were crisscrossed with dark veins, almost as if their skin itself had been carved from stone. The swords at their sides gleamed with the same dark stone embedded in the hilt—the same as the warriors in the village. Each of them bore striking white hair, ruffled at the top but cropped shorter along the sides. Their skin was sun-kissed, golden, which made no sense given the glacial cold that surrounded us. It was as if they came from another world entirely—one untouched by the ice and snow.</w:t>
      </w:r>
    </w:p>
    <w:p w14:paraId="1AB22DD5" w14:textId="77777777" w:rsidR="00121116" w:rsidRDefault="00AA3789">
      <w:r>
        <w:t>I swallowed hard, unable to tear my eyes away. One of them had glossy blue eyes, like a frozen lake, deep and still. The other’s eyes were nearly white, with only the faintest hint of gray—empty and hollow, like they had seen too much and felt too little. Their gazes pierced straight through me, sending a chill down my spine. There was something lifeless about them, yet they seemed indestructible, untouchable.</w:t>
      </w:r>
    </w:p>
    <w:p w14:paraId="4095039E" w14:textId="77777777" w:rsidR="00121116" w:rsidRDefault="00AA3789">
      <w:r>
        <w:t>Vidar didn’t spare them a glance. His steps were steady, purposeful, as if he had walked this path many times before. I, on the other hand, couldn’t stop staring—evaluating every inch of their statuesque forms, trying to make sense of how something could look so alive yet so dead.</w:t>
      </w:r>
    </w:p>
    <w:p w14:paraId="2FB8A9ED" w14:textId="77777777" w:rsidR="00121116" w:rsidRDefault="00AA3789">
      <w:r>
        <w:t>Without a word, they bowed their heads in acknowledgment, and the giant doors creaked open with a heavy groan. The sound echoed through the cold air, filling the space with a hollow, metallic ring.</w:t>
      </w:r>
    </w:p>
    <w:p w14:paraId="5A5BC7A8" w14:textId="77777777" w:rsidR="00121116" w:rsidRDefault="00AA3789">
      <w:r>
        <w:t>Vidar stepped forward, and I followed close behind, my heart pounding in my chest. As soon as we crossed the threshold, the doors slammed shut behind us with an abruptness that made me jump. The gust of cold air it forced through the space felt like a warning, as if there was no turning back now.</w:t>
      </w:r>
    </w:p>
    <w:p w14:paraId="0E075AB7" w14:textId="77777777" w:rsidR="00121116" w:rsidRDefault="00AA3789">
      <w:r>
        <w:t>The inside was vast and imposing. Dark, stony walls loomed around us, casting long shadows that made the space feel even larger. The floor was so spotless, so polished, that it reflected the faint light like a sheet of silvered glass. Every step I took echoed through the cavernous room, the sound of my boots clinking sharply against the floor.</w:t>
      </w:r>
    </w:p>
    <w:p w14:paraId="4B2FDA6C" w14:textId="77777777" w:rsidR="00121116" w:rsidRDefault="00AA3789">
      <w:r>
        <w:t>An ancient feeling clung to the air. It was more than just the age of the fortress itself—it was as if the walls held secrets, memories, things long forgotten by time. The weight of history pressed down on me from every angle.</w:t>
      </w:r>
    </w:p>
    <w:p w14:paraId="05DB4711" w14:textId="77777777" w:rsidR="00121116" w:rsidRDefault="00AA3789">
      <w:r>
        <w:lastRenderedPageBreak/>
        <w:t>As we stepped further into the fortress, a small group of servants greeted us. They didn’t look quite like the Hecates—smaller, more fragile in appearance, especially the females. Each of them was dressed in simple grey gowns, their long black hair tightly braided, revealing the paleness of their skin. Their eyes, from a distance, seemed almost entirely black, as though they held nothing but darkness inside.</w:t>
      </w:r>
    </w:p>
    <w:p w14:paraId="484204E2" w14:textId="77777777" w:rsidR="00121116" w:rsidRDefault="00AA3789">
      <w:r>
        <w:t>They bowed their heads respectfully to Vidar, and one of the women, slightly taller and stronger-looking than the others, rose from her bow. “Vidar, welcome back,” she said, her voice steady but soft. Her gaze flicked briefly to me before she turned to the other servants. “They will show you both to your chambers. A warm bath and fresh clothing await you. The King will see you at dinner later this evening.”</w:t>
      </w:r>
    </w:p>
    <w:p w14:paraId="27C2244D" w14:textId="77777777" w:rsidR="00121116" w:rsidRDefault="00AA3789">
      <w:r>
        <w:t>Vidar nodded without a word, and I followed one of the women up a long, spiraling staircase made of dark stone. The coolness of the fortress pressed in around me, though the warmth from the fires below still clung faintly to the air.</w:t>
      </w:r>
    </w:p>
    <w:p w14:paraId="5DF75B6A" w14:textId="77777777" w:rsidR="00121116" w:rsidRDefault="00AA3789">
      <w:r>
        <w:t>“What’s your name?” I asked as we ascended the steps, my voice sounding too loud in the quiet space.</w:t>
      </w:r>
    </w:p>
    <w:p w14:paraId="757AC93F" w14:textId="77777777" w:rsidR="00121116" w:rsidRDefault="00AA3789">
      <w:r>
        <w:t>“Zaylee, my lady,” she answered without turning her head.</w:t>
      </w:r>
    </w:p>
    <w:p w14:paraId="02876AA1" w14:textId="77777777" w:rsidR="00121116" w:rsidRDefault="00AA3789">
      <w:r>
        <w:t>“I’m Sky,” I replied, attempting to sound friendly despite the strangeness of the place. She glanced back, offering a polite but distant smile before continuing down a long, dimly lit hallway.</w:t>
      </w:r>
    </w:p>
    <w:p w14:paraId="201255F7" w14:textId="77777777" w:rsidR="00121116" w:rsidRDefault="00AA3789">
      <w:r>
        <w:t>At the end of the hall, she opened an iron door to a large chamber. Vidar’s room, I noted, was just next to mine.</w:t>
      </w:r>
    </w:p>
    <w:p w14:paraId="7A78B667" w14:textId="77777777" w:rsidR="00121116" w:rsidRDefault="00AA3789">
      <w:r>
        <w:t>The room itself was simple yet elegant, the dark green walls creating a soothing atmosphere despite the starkness of the stone fortress. A large bed sat in the middle of the room, its frame made of smooth, dark wood. Near it, a fireplace crackled with silver flames—flames that gave off no smoke or scent, only a soft, comforting warmth. Facing the bed was a silver armoire, its surface carved with delicate patterns of leafless trees. To its side stood a matching vanity, the carvings just as intricate.</w:t>
      </w:r>
    </w:p>
    <w:p w14:paraId="03FA7DD0" w14:textId="77777777" w:rsidR="00121116" w:rsidRDefault="00AA3789">
      <w:r>
        <w:t>Steam drifted out from the bathing room, drawing me toward it. Without paying much more attention to the details of the chamber, I made my way there, eager to rid myself of the grime and the lingering scent of the Demaniss.</w:t>
      </w:r>
    </w:p>
    <w:p w14:paraId="3BB959B9" w14:textId="77777777" w:rsidR="00121116" w:rsidRDefault="00AA3789">
      <w:r>
        <w:t>The floor beneath my feet in the bathing room shimmered like liquid rubies—a deep, blood-red surface that seemed to glisten in the light. The bath itself sat in the center of the room, steam rising from the water, the air thick with the scent of fragrant oils.</w:t>
      </w:r>
    </w:p>
    <w:p w14:paraId="50B3DAC8" w14:textId="77777777" w:rsidR="00121116" w:rsidRDefault="00AA3789">
      <w:r>
        <w:t>Without a second thought, I dropped my coat onto the floor, forgetting that Zaylee was still in the room, her presence so quiet I had nearly forgotten about her entirely. I undressed as I walked toward the tub, feeling the weight of the dirt and the Demaniss's scent clinging to my skin.</w:t>
      </w:r>
    </w:p>
    <w:p w14:paraId="1EDD1CED" w14:textId="77777777" w:rsidR="00121116" w:rsidRDefault="00AA3789">
      <w:r>
        <w:lastRenderedPageBreak/>
        <w:t>As I stepped into the bath, I stiffened. The water was almost too hot, scorching my skin as I lowered myself into it. But after a few moments, the heat melted through my muscles, loosening the tightness in my shoulders, and I let out a slow, relieved breath.</w:t>
      </w:r>
    </w:p>
    <w:p w14:paraId="23AB63A6" w14:textId="77777777" w:rsidR="00121116" w:rsidRDefault="00AA3789">
      <w:r>
        <w:t>The water, thick with the scent of oils, washed over me, pulling away the remnants of the past days—both the physical grime and the invisible tension that had knotted itself into my body.</w:t>
      </w:r>
    </w:p>
    <w:p w14:paraId="011AAFF3" w14:textId="77777777" w:rsidR="00121116" w:rsidRDefault="00AA3789">
      <w:r>
        <w:t>“Miss, I am sorry to disturb you, I will leave you be. I just wanted to let you know, clean clothes are laid on your bed. I will stay close if you require anything else from me,” Zaylee knocked.</w:t>
      </w:r>
    </w:p>
    <w:p w14:paraId="77DCAC2E" w14:textId="77777777" w:rsidR="00121116" w:rsidRDefault="00AA3789">
      <w:r>
        <w:t>“T-thank you.” I replied awkwardly.</w:t>
      </w:r>
    </w:p>
    <w:p w14:paraId="67C655AC" w14:textId="77777777" w:rsidR="00121116" w:rsidRDefault="00AA3789">
      <w:r>
        <w:t>The room was dimly lit by soft candlelight, their warm glow flickering gently against the walls. The faint scents of chamomile and mint hung in the air, soothing and delicate, tickling my nose as I breathed in deeply. The heat from the water, combined with the fragrant oils, loosened each of my muscles until my entire body felt weightless, almost numb.</w:t>
      </w:r>
    </w:p>
    <w:p w14:paraId="3ED1A1B1" w14:textId="77777777" w:rsidR="00121116" w:rsidRDefault="00AA3789">
      <w:r>
        <w:t>I closed my eyes, letting my head fall back, the tension in my shoulders melting away as I slid further into the bath. Slowly, I let myself sink beneath the surface. The world above disappeared, replaced by the muted thrum of my heartbeat resonating through the water. Everything was clear, quiet. My mind drifted into stillness, drowned by the rhythmic pounding of my heart echoing in my ears. I could feel my lungs expand, stretching for air, but I stayed under, savoring the sensation of my body’s need to breathe. I waited until the very last second, when the pressure in my chest became unbearable, and then I burst to the surface, gasping for air.</w:t>
      </w:r>
    </w:p>
    <w:p w14:paraId="0B34E6F5" w14:textId="77777777" w:rsidR="00121116" w:rsidRDefault="00AA3789">
      <w:r>
        <w:t>Testing my limits. Letting a small part of my emotions break free—a much-needed release.</w:t>
      </w:r>
    </w:p>
    <w:p w14:paraId="078D0ED0" w14:textId="77777777" w:rsidR="00121116" w:rsidRDefault="00AA3789">
      <w:r>
        <w:t>But the feeling of the Demaniss still lingered, clinging to my skin like an invisible residue. I scrubbed my body hard, my hands moving with purpose, rubbing my skin raw until it began to sting. Still not enough.</w:t>
      </w:r>
    </w:p>
    <w:p w14:paraId="497DF1D1" w14:textId="77777777" w:rsidR="00121116" w:rsidRDefault="00AA3789">
      <w:r>
        <w:t>Water dripped down my body as I stepped out of the bath, trailing behind me as I made my way toward the bed where a stack of clean clothes had been left. I slid into the black lace undergarments, the delicate fabric clinging to my damp skin. Then I reached for the dress—a dark, smoky fabric with subtle black shimmers below the waist. It fit tightly, the sleeves hugging my arms all the way down to my knuckles. The V-neck plunged low, too low for my liking, stopping just above my stomach, barely covering my breasts.</w:t>
      </w:r>
    </w:p>
    <w:p w14:paraId="7FB2B7DD" w14:textId="77777777" w:rsidR="00121116" w:rsidRDefault="00AA3789">
      <w:r>
        <w:t>A long white cloak of thick, woolen fabric lay folded on the bed. I pulled it around me, the heavy velvet of the hood draping down my back, its warmth cocooning me. I gathered the front of it in my hands, pulling it closed tightly, feeling the soft wool press against my skin. Too much of me was showing.</w:t>
      </w:r>
    </w:p>
    <w:p w14:paraId="06448A6E" w14:textId="77777777" w:rsidR="00121116" w:rsidRDefault="00AA3789">
      <w:r>
        <w:lastRenderedPageBreak/>
        <w:t>The cloak was a welcome barrier, shielding me from the world outside. It wasn’t just the cold I was hiding from—it was the exposure, the vulnerability. I couldn’t stand the feeling of such clothing, meant to display, to reveal. I preferred the cloak’s warmth, the way it concealed, offering me a brief sense of protection in this strange place.</w:t>
      </w:r>
    </w:p>
    <w:p w14:paraId="0E7F5C3B" w14:textId="77777777" w:rsidR="00121116" w:rsidRDefault="00AA3789">
      <w:r>
        <w:t>I braided my wet hair loosely, allowing stray strands to fall naturally over the scars that still marred my neck—reminders of everything I had endured. Pulling on the clean black boots left for me, I straightened and took a slow breath, the weight of what awaited me settling heavily on my chest. My hand hovered at the door handle for a moment before I finally opened it.</w:t>
      </w:r>
    </w:p>
    <w:p w14:paraId="4701F4BC" w14:textId="77777777" w:rsidR="00121116" w:rsidRDefault="00AA3789">
      <w:r>
        <w:t>Vidar was already there, leaning against the stone wall, his gaze sweeping over me as I stepped out. He looked deceptively relaxed, one hand resting casually at his side while the other tousled his wet black hair, letting it fall untamed across his forehead. His eyes gleamed under the dim hallway lights—shadows dancing across his face.</w:t>
      </w:r>
    </w:p>
    <w:p w14:paraId="3116BE11" w14:textId="77777777" w:rsidR="00121116" w:rsidRDefault="00AA3789">
      <w:r>
        <w:t>He glanced over me, and I realized too late that I had let the cloak fall slightly open, allowing the dress to reveal more than I intended. But he didn’t look where most men might have stopped. His eyes traveled quickly, almost assessing, before locking onto mine. His gaze lingered, pulling me into its intensity as though we were the only two people in this endless, cold fortress. The chaotic tangle of my thoughts quieted for a moment, leaving only silence between us.</w:t>
      </w:r>
    </w:p>
    <w:p w14:paraId="50866FFC" w14:textId="77777777" w:rsidR="00121116" w:rsidRDefault="00AA3789">
      <w:r>
        <w:t>“You look... refreshed,” he murmured, the faintest trace of a smirk playing on his lips. His voice was low, rich, each word hanging in the air like a promise or a warning.</w:t>
      </w:r>
    </w:p>
    <w:p w14:paraId="50830045" w14:textId="77777777" w:rsidR="00121116" w:rsidRDefault="00AA3789">
      <w:r>
        <w:t>I forced a faint smile in return. Vidar always had a way of looking untouched by the world, no matter what we faced. His clothes, though simple—a loose tunic tucked into dark leathers—seemed tailored to perfection. The deep V-neck exposed the hard lines of his chest, the skin there marked by scars that only added to his allure, his danger. He wore no sword tonight, and yet, somehow, he felt more dangerous than ever.</w:t>
      </w:r>
    </w:p>
    <w:p w14:paraId="4CAE3C38" w14:textId="77777777" w:rsidR="00121116" w:rsidRDefault="00AA3789">
      <w:r>
        <w:t>Unarmored, but never unarmed.</w:t>
      </w:r>
    </w:p>
    <w:p w14:paraId="5349126D" w14:textId="77777777" w:rsidR="00121116" w:rsidRDefault="00AA3789">
      <w:r>
        <w:t>My eyes flicked down the hallway. It stretched endlessly, the bare stone walls absorbing the dim light, swallowing it whole. There was no art, no warmth—just cold stone and floors that shimmered faintly, as if dusted with powdered silver. I shivered slightly, more from the sense of isolation than the cold.</w:t>
      </w:r>
    </w:p>
    <w:p w14:paraId="3554B085" w14:textId="77777777" w:rsidR="00121116" w:rsidRDefault="00AA3789">
      <w:r>
        <w:t>Vidar extended his arm to me, offering it with the same air of nonchalance he carried in everything. I hesitated for only a moment before wrapping my arm tightly around his, letting his warmth ground me in this strange, unfeeling place. He was the only thing familiar here. And even that felt precarious, as if his comfort could disappear at any moment.</w:t>
      </w:r>
    </w:p>
    <w:p w14:paraId="0D04BEC1" w14:textId="77777777" w:rsidR="00121116" w:rsidRDefault="00AA3789">
      <w:r>
        <w:lastRenderedPageBreak/>
        <w:t>We started walking down the hall, the soft sound of our boots the only thing filling the silence. The stairs that twirled down ahead of us were cast in shadow, disappearing into the depths of the fortress.</w:t>
      </w:r>
    </w:p>
    <w:p w14:paraId="0A169CD3" w14:textId="77777777" w:rsidR="00121116" w:rsidRDefault="00AA3789">
      <w:r>
        <w:t>“What am I walking into?” I asked, my voice quieter than I intended. But it broke the silence, and I needed that. I needed something to ground me.</w:t>
      </w:r>
    </w:p>
    <w:p w14:paraId="208B12A9" w14:textId="77777777" w:rsidR="00121116" w:rsidRDefault="00AA3789">
      <w:r>
        <w:t>Vidar’s eyes flicked toward me, and for a moment, he said nothing. Then, finally, he answered, his voice smooth and measured, “A warm dinner.”</w:t>
      </w:r>
    </w:p>
    <w:p w14:paraId="1257A63A" w14:textId="77777777" w:rsidR="00121116" w:rsidRDefault="00AA3789">
      <w:r>
        <w:t>I glanced up at him, my lips parting to press for more, but he was already continuing, as if he had anticipated my question.</w:t>
      </w:r>
    </w:p>
    <w:p w14:paraId="4790C7D3" w14:textId="77777777" w:rsidR="00121116" w:rsidRDefault="00AA3789">
      <w:r>
        <w:t>“You’ll meet Cyra—Cronus’s sister,” he said, his tone cooling slightly. “And some of his closest... subjects.” He paused, the words heavy, as though “subjects” wasn’t quite the right term.</w:t>
      </w:r>
    </w:p>
    <w:p w14:paraId="184ED1CE" w14:textId="77777777" w:rsidR="00121116" w:rsidRDefault="00AA3789">
      <w:r>
        <w:t>“Cyra,” I repeated, the name sharp and unfamiliar on my tongue. It carried a weight I couldn’t place.</w:t>
      </w:r>
    </w:p>
    <w:p w14:paraId="22D391BF" w14:textId="77777777" w:rsidR="00121116" w:rsidRDefault="00AA3789">
      <w:r>
        <w:t>Vidar nodded. “She’s... complicated. Whatever you do, don’t mention where you’re from in front of her.” His gaze darkened slightly, and his voice dipped lower, colder. “Cronus, for all his faults, has no hatred for humans. He may think them weak, but he believes they still deserve rights—a place here, even if it’s a distant one.”</w:t>
      </w:r>
    </w:p>
    <w:p w14:paraId="298B11EC" w14:textId="77777777" w:rsidR="00121116" w:rsidRDefault="00AA3789">
      <w:r>
        <w:t>“That’s easy for him to say. There are no humans on this side of the barrier,” I said, my voice sharper than I intended. “What about Cyra? Why does she care?”</w:t>
      </w:r>
    </w:p>
    <w:p w14:paraId="573B53CA" w14:textId="77777777" w:rsidR="00121116" w:rsidRDefault="00AA3789">
      <w:r>
        <w:t>Vidar exhaled slowly, his jaw tightening. “Before the barrier, some humans ventured here—the braver ones. But none have been seen since the barriers were created. Cyra despises humans.” He let the words hang in the air, thick and heavy.</w:t>
      </w:r>
    </w:p>
    <w:p w14:paraId="1A0A4A0C" w14:textId="77777777" w:rsidR="00121116" w:rsidRDefault="00AA3789">
      <w:r>
        <w:t>“Why?” I whispered, though part of me already knew the answer.</w:t>
      </w:r>
    </w:p>
    <w:p w14:paraId="17C763C9" w14:textId="77777777" w:rsidR="00121116" w:rsidRDefault="00AA3789">
      <w:r>
        <w:t>Vidar slowed his pace, his eyes flicking down the hall as if scanning for unseen ears. “Her lover was killed in the war... by humans. She cared for him more than I’ve ever seen her care for anyone. She never recovered. She never forgave. And now...” He paused, his gaze hardening. “Now, she’d gladly see every human burned to ash if she had her way. Cronus has kept her from meddling with the humans as best he can, but it’s a fragile balance. She does as she pleases more often than she listens to her brother, even though he is her King. Cronus knows that setting her off causes damage—damage he’s forced to clean up. His sister is everything to him, so he does it.” Vidar’s voice turned even colder. “Don’t be the one to upset that balance. Cronus won’t play nice if you set off the destructive chaos she can be. She doesn’t need reminding of her hatred for humans. If she knew where you came from, she’d bite your head off in seconds. So, go along with whatever story Cronus has decided to tell her.”</w:t>
      </w:r>
    </w:p>
    <w:p w14:paraId="574BDD0D" w14:textId="77777777" w:rsidR="00121116" w:rsidRDefault="00AA3789">
      <w:r>
        <w:lastRenderedPageBreak/>
        <w:t>The cold air of the hallway seeped deeper into my skin. A fragile balance. Cyra was a storm waiting to break. And if I was the one to provoke her, who would end me first—Cronus or her?</w:t>
      </w:r>
    </w:p>
    <w:p w14:paraId="146C1D0F" w14:textId="77777777" w:rsidR="00121116" w:rsidRDefault="00AA3789">
      <w:r>
        <w:t>Vidar’s eyes searched mine, his voice softening for a fleeting moment. “I’ll introduce you, but keep the conversation light. Don’t give her a reason to go looking for more. Once you pique her interest, her games with you will start.”</w:t>
      </w:r>
    </w:p>
    <w:p w14:paraId="12A37A0E" w14:textId="77777777" w:rsidR="00121116" w:rsidRDefault="00AA3789">
      <w:r>
        <w:t>The distant sound of water dripping through the fortress echoed faintly, filling the silence that stretched between us. This place, alive in its own way, felt full of old ghosts and dangerous secrets.</w:t>
      </w:r>
    </w:p>
    <w:p w14:paraId="248E2801" w14:textId="77777777" w:rsidR="00121116" w:rsidRDefault="00AA3789">
      <w:r>
        <w:t>“What about the others?” I asked, breaking the quiet. I needed to prepare for whoever else might be waiting for me tonight.</w:t>
      </w:r>
    </w:p>
    <w:p w14:paraId="7CA17BB0" w14:textId="77777777" w:rsidR="00121116" w:rsidRDefault="00AA3789">
      <w:r>
        <w:t>Vidar’s expression shifted slightly. “Most of them are tolerable. Dangerous, but tolerable. Except for Ichiro and Titus. Their loyalty isn’t just strong—it’s extreme. And that makes them extremely dangerous if you cross them.”</w:t>
      </w:r>
    </w:p>
    <w:p w14:paraId="5A12FA29" w14:textId="77777777" w:rsidR="00121116" w:rsidRDefault="00AA3789">
      <w:r>
        <w:t>“What makes them more dangerous than the others?” I asked, though I wasn’t sure I wanted to hear the answer.</w:t>
      </w:r>
    </w:p>
    <w:p w14:paraId="2513CE0A" w14:textId="77777777" w:rsidR="00121116" w:rsidRDefault="00AA3789">
      <w:r>
        <w:t>Vidar’s face hardened, the playful edge gone, replaced by something darker. “They come from the Borea Mountains—a place that makes even the unforgivable forest look warm and welcoming. It’s a frozen wasteland where only the strongest survive. Their lands are uninhabitable to anyone not born there. They’ve learned to survive on the bare minimum, hunting what most wouldn’t dare to chase. They’re brutal—unforgiving. And they don’t trust outsiders. If they knew where you came from...” His voice trailed off, his meaning clear.</w:t>
      </w:r>
    </w:p>
    <w:p w14:paraId="03D412A1" w14:textId="77777777" w:rsidR="00121116" w:rsidRDefault="00AA3789">
      <w:r>
        <w:t>A shiver ran down my spine, not from the cold but from the weight of his words.</w:t>
      </w:r>
    </w:p>
    <w:p w14:paraId="79DB586B" w14:textId="77777777" w:rsidR="00121116" w:rsidRDefault="00AA3789">
      <w:r>
        <w:t>We reached the top of the staircase, and Vidar stopped, turning to face me fully. His hands rested on my shoulders, his grip firm but not harsh. For the first time, I saw a glimmer of something in his expression—concern, maybe even worry.</w:t>
      </w:r>
    </w:p>
    <w:p w14:paraId="6EDBE7F8" w14:textId="77777777" w:rsidR="00121116" w:rsidRDefault="00AA3789">
      <w:r>
        <w:t>“Only Cronus knows the truth. Keep it that way. Speak of our plans only when it’s the three of us. Do you understand?” His tone carried the command of a warrior, a protector. His blue eyes locked onto mine, searching for any sign of hesitation.</w:t>
      </w:r>
    </w:p>
    <w:p w14:paraId="055F12E7" w14:textId="77777777" w:rsidR="00121116" w:rsidRDefault="00AA3789">
      <w:r>
        <w:t>I nodded quickly, the tension inside me loosening slightly as I saw the relief flicker across his face. His grip softened, and he let out a quiet breath, the intensity in his gaze giving way to something gentler.</w:t>
      </w:r>
    </w:p>
    <w:p w14:paraId="2B64DA7F" w14:textId="77777777" w:rsidR="00121116" w:rsidRDefault="00AA3789">
      <w:r>
        <w:t>“Good,” he murmured, his voice quieter now, though the seriousness remained. “You’ll be fine. Just... be careful of your words. Treat them as royalty.”</w:t>
      </w:r>
    </w:p>
    <w:p w14:paraId="571F04EA" w14:textId="77777777" w:rsidR="00121116" w:rsidRDefault="00AA3789">
      <w:r>
        <w:lastRenderedPageBreak/>
        <w:t>The warmth of his hands lingered on my shoulders as he stepped back, his presence a momentary comfort in the endless shadows of the fortress.</w:t>
      </w:r>
    </w:p>
    <w:p w14:paraId="5C0C697C" w14:textId="77777777" w:rsidR="00121116" w:rsidRDefault="00AA3789">
      <w:r>
        <w:t>The heel of my boot clinked against the stone floor with each step, an unintentional announcement of my arrival as we approached the dining room. The sound echoed through the vast space, making any attempt at subtlety impossible. The room itself was as cold and imposing as the rest of the fortress—a long table made of gleaming steel dominated the center, draped in a black cloth that shimmered under the dim candlelight. It stretched nearly the length of the room, with enough seats for thirty people. The chairs were just as severe, crafted from the same steel, with high backs that tapered into small, sharp blades at the top. Black velvet cushions offered the only hint of softness in the otherwise brutal design.</w:t>
      </w:r>
    </w:p>
    <w:p w14:paraId="6337AA23" w14:textId="77777777" w:rsidR="00121116" w:rsidRDefault="00AA3789">
      <w:r>
        <w:t>At the far end of the table, Cronus lounged with the ease of someone who had long since mastered power. His tailored attire, dark and sleek, whispered authority rather than flaunting it. The silver circlet in his snowy hair seemed less like a crown and more like an extension of his being—understated yet impossible to overlook. His eyes flickered toward me, a brief glance heavy with the weight of knowledge, as though he already knew my every secret. Then, just as quickly, his gaze drifted away, lost in some silent calculation.</w:t>
      </w:r>
    </w:p>
    <w:p w14:paraId="6986F6BA" w14:textId="77777777" w:rsidR="00121116" w:rsidRDefault="00AA3789">
      <w:r>
        <w:t>Beside him sat Cyra, her gaze already pinning me like a blade. Her snowy hair, woven into an intricate crown of braids, shimmered in the candlelight, silver rings glinting in her hair like trapped starlight. She was beautiful, but in a way that warned rather than welcomed. The deep burgundy of her eyes caught the light, the red ring around her irises smoldering like embers. She didn’t just look at me; she dissected me, peeling away my layers until I felt raw under her scrutiny.</w:t>
      </w:r>
    </w:p>
    <w:p w14:paraId="79B41AA1" w14:textId="77777777" w:rsidR="00121116" w:rsidRDefault="00AA3789">
      <w:r>
        <w:t>Her silver dress clung to her like liquid starlight, accentuating every curve with a brazen confidence I couldn’t hope to emulate. By comparison, my cloak felt like armor, heavy and suffocating. I tightened it around me, wishing it could shield me from her gaze. She leaned back in her chair, the motion languid, but her fingers—long and adorned with swirling silver tattoos—tapped rhythmically against the table. Her blood-red lips curled into a slow, deliberate smile, one that spoke of predatory satisfaction.</w:t>
      </w:r>
    </w:p>
    <w:p w14:paraId="0D6E8342" w14:textId="77777777" w:rsidR="00121116" w:rsidRDefault="00AA3789">
      <w:r>
        <w:t>Vidar led me forward, his presence at my side a fragile comfort. I kept my head high, my steps deliberate, but my heart pounded in my chest. The table stretched before me like a battlefield, the empty chairs and cold air amplifying my isolation. Every step felt heavier than the last.</w:t>
      </w:r>
    </w:p>
    <w:p w14:paraId="63AE3CB0" w14:textId="77777777" w:rsidR="00121116" w:rsidRDefault="00AA3789">
      <w:r>
        <w:t>When we reached the table, I let Vidar take the seat beside Cronus, instinctively placing his bulk between me and their piercing gazes. My chair felt too exposed, and I fought the urge to pull my cloak tighter. The faint creak of the chair as I sank into it sounded deafening in the oppressive silence.</w:t>
      </w:r>
    </w:p>
    <w:p w14:paraId="2E5B113E" w14:textId="77777777" w:rsidR="00121116" w:rsidRDefault="00AA3789">
      <w:r>
        <w:t xml:space="preserve">“You must be Sky.” Cyra’s voice sliced through the air, melodic yet edged with steel. Her eyes—those smoldering maroon orbs—locked onto mine, daring me to look away. “Cronus </w:t>
      </w:r>
      <w:r>
        <w:lastRenderedPageBreak/>
        <w:t>mentioned Vidar wasn’t coming alone. I didn’t expect his companion to be...” She tilted her head, her smile sharpening. “...a woman. A dangerously beautiful one.”</w:t>
      </w:r>
    </w:p>
    <w:p w14:paraId="76B1412D" w14:textId="77777777" w:rsidR="00121116" w:rsidRDefault="00AA3789">
      <w:r>
        <w:t>Her words sent a shiver racing down my spine. Dangerous? Beautiful? My throat tightened as I forced myself to meet her gaze. There was no warmth in her expression, only a cold amusement laced with suspicion. She wasn’t complimenting me; she was assessing me.</w:t>
      </w:r>
    </w:p>
    <w:p w14:paraId="091E4A65" w14:textId="77777777" w:rsidR="00121116" w:rsidRDefault="00AA3789">
      <w:r>
        <w:t>“Where did you find her, my love?” Cyra’s voice slithered over the table, smooth and deliberate. Her gaze shifted briefly to Vidar before returning to me, sharper than ever. “Cronus has been so... vague about his guest.” She leaned forward slightly, the motion as predatory as her smile. “And I do hate secrets.”</w:t>
      </w:r>
    </w:p>
    <w:p w14:paraId="6A18BFA8" w14:textId="77777777" w:rsidR="00121116" w:rsidRDefault="00AA3789">
      <w:r>
        <w:t>The air grew heavy, the weight of her words settling on my chest. I tightened my fingers around my cloak, forcing myself to hold her gaze. My voice, when it came, was steady but quiet. “I’m no secret.”</w:t>
      </w:r>
    </w:p>
    <w:p w14:paraId="527D8E5C" w14:textId="77777777" w:rsidR="00121116" w:rsidRDefault="00AA3789">
      <w:r>
        <w:t>A flicker of something—surprise? amusement?—crossed her face before her smile widened. “No secret,” she repeated, the words like silk wrapping around steel. “Then why do you look so afraid?”</w:t>
      </w:r>
    </w:p>
    <w:p w14:paraId="35CB42B4" w14:textId="77777777" w:rsidR="00121116" w:rsidRDefault="00AA3789">
      <w:r>
        <w:t>I stiffened, her words cutting deeper than I’d expected. My heart pounded in my chest, but I refused to look away. “I’m not afraid.”</w:t>
      </w:r>
    </w:p>
    <w:p w14:paraId="51CAC0B7" w14:textId="77777777" w:rsidR="00121116" w:rsidRDefault="00AA3789">
      <w:r>
        <w:t>Her smile deepened, but it didn’t reach her eyes. “We’ll see.”</w:t>
      </w:r>
    </w:p>
    <w:p w14:paraId="6A5017B3" w14:textId="77777777" w:rsidR="00121116" w:rsidRDefault="00AA3789">
      <w:r>
        <w:t>I could feel the weight of her words wrapping around me, cold and unrelenting, as though the very air conspired to suffocate me. Secrets. The word hung between us like a shadow, coiling around my thoughts and tightening its grip with every breath. Instinctively, I pulled my cloak closer, the fabric a thin barrier against the scrutiny I felt pressing into my skin.</w:t>
      </w:r>
    </w:p>
    <w:p w14:paraId="1DAA2B76" w14:textId="77777777" w:rsidR="00121116" w:rsidRDefault="00AA3789">
      <w:r>
        <w:t>Cronus, in stark contrast, was the picture of unbothered elegance. He lounged back further in his chair, one hand resting lazily on the armrest while his fingers tapped a rhythm I couldn’t decipher. The faintest smirk curved his lips as he broke the silence with a soft chuckle, the sound low and dry, as though Cyra’s intensity was nothing more than a fleeting amusement.</w:t>
      </w:r>
    </w:p>
    <w:p w14:paraId="245203E4" w14:textId="77777777" w:rsidR="00121116" w:rsidRDefault="00AA3789">
      <w:r>
        <w:t>“Cyra,” he drawled, his voice smooth, brushing away the tension with the ease of a practiced diplomat, “always so eager to pry. Patience, sister. All will be revealed in time.” His words held the sharp edge of warning, wrapped in a veil of disarming charm.</w:t>
      </w:r>
    </w:p>
    <w:p w14:paraId="796C1A3E" w14:textId="77777777" w:rsidR="00121116" w:rsidRDefault="00AA3789">
      <w:r>
        <w:t>Cyra’s smile didn’t waver, but her eyes darkened, the smoldering maroon depths flickering like embers catching flame. She leaned back slightly, her body a picture of composure even as her expression betrayed the storm simmering beneath. “Of course, dear brother,” she murmured, her tone silk over steel. “I wouldn’t dream of spoiling your... surprises.”</w:t>
      </w:r>
    </w:p>
    <w:p w14:paraId="4337A340" w14:textId="77777777" w:rsidR="00121116" w:rsidRDefault="00AA3789">
      <w:r>
        <w:lastRenderedPageBreak/>
        <w:t>But her gaze snapped back to me, sharp and deliberate, the weight of her scrutiny bearing down on me like a physical force. My heart quickened, the pulse pounding in my ears, but I held her gaze, refusing to look away.</w:t>
      </w:r>
    </w:p>
    <w:p w14:paraId="487EA94A" w14:textId="77777777" w:rsidR="00121116" w:rsidRDefault="00AA3789">
      <w:r>
        <w:t>Cronus shifted, the faint creak of his chair slicing through the quiet. His voice dropped lower, colder. “Enough, Cyra. She is a guest, and you will treat her as such. Play nice. This is not the place for your games.”</w:t>
      </w:r>
    </w:p>
    <w:p w14:paraId="3E3149F5" w14:textId="77777777" w:rsidR="00121116" w:rsidRDefault="00AA3789">
      <w:r>
        <w:t>The subtle reprimand hung in the air, and for a moment, I thought I saw something flicker in Cyra’s eyes—anger, perhaps, or something more calculating. But she only inclined her head, the motion slow and deliberate. “As you wish,” she said, the edge in her tone unmistakable.</w:t>
      </w:r>
    </w:p>
    <w:p w14:paraId="03EF2030" w14:textId="77777777" w:rsidR="00121116" w:rsidRDefault="00AA3789">
      <w:r>
        <w:t>Beside me, Vidar’s presence remained steady, a quiet strength in the chaos of the room. He leaned forward slightly, his gaze meeting Cyra’s with an evenness that felt deliberate. “I found her somewhere unexpected,” he said, his voice calm, measured. “She has a... presence about her, doesn’t she?”</w:t>
      </w:r>
    </w:p>
    <w:p w14:paraId="07B27F4C" w14:textId="77777777" w:rsidR="00121116" w:rsidRDefault="00AA3789">
      <w:r>
        <w:t>Cyra’s lips curved into a faint smile, though it didn’t soften her gaze. “Presence,” she repeated, her voice lingering on the word as though savoring it. Her eyes trailed over me, lingering too long, dissecting me in a way that made my skin crawl. “Yes, I see what you mean.”</w:t>
      </w:r>
    </w:p>
    <w:p w14:paraId="65CA4061" w14:textId="77777777" w:rsidR="00121116" w:rsidRDefault="00AA3789">
      <w:r>
        <w:t>The silence that followed was heavy, charged with an unspoken challenge. My pulse thundered in my chest, but I forced my breathing to steady, my hands to remain still. Whatever game was being played here, I couldn’t afford to falter. I was a guest, yes, but the undercurrent of Cyra’s gaze told me I was something more—a mystery she intended to unravel.</w:t>
      </w:r>
    </w:p>
    <w:p w14:paraId="1B14A4CE" w14:textId="77777777" w:rsidR="00121116" w:rsidRDefault="00AA3789">
      <w:r>
        <w:t>Cronus’s smirk returned, faint but unmistakable. “Enough,” he said, his tone final. “We have more important matters to attend to.”</w:t>
      </w:r>
    </w:p>
    <w:p w14:paraId="020324F8" w14:textId="77777777" w:rsidR="00121116" w:rsidRDefault="00AA3789">
      <w:r>
        <w:t>The tension didn’t fade, but the shift in Cronus’s tone was enough to draw Cyra’s focus away from me. I allowed myself a breath, my grip on my cloak loosening slightly. But the unease remained, coiled tightly in my chest, a silent reminder that I was far from safe.</w:t>
      </w:r>
    </w:p>
    <w:p w14:paraId="4DADDF10" w14:textId="77777777" w:rsidR="00121116" w:rsidRDefault="00AA3789">
      <w:r>
        <w:t>“You’re late, boys. As per usual.”</w:t>
      </w:r>
    </w:p>
    <w:p w14:paraId="22533FA9" w14:textId="77777777" w:rsidR="00121116" w:rsidRDefault="00AA3789">
      <w:r>
        <w:t>Cronus’s voice echoed off the cold stone walls, cutting through the heavy silence of the room. The two men who entered moved with an unhurried grace, their steps deliberate as if they owned every inch of space they passed through. They took their places at the table across from me, one directly across, the other slightly off to the side.</w:t>
      </w:r>
    </w:p>
    <w:p w14:paraId="6EBDEE83" w14:textId="77777777" w:rsidR="00121116" w:rsidRDefault="00AA3789">
      <w:r>
        <w:t xml:space="preserve">The first, the one sitting across from me, was immediately captivating—dangerous in his sharp, effortless beauty. His hair was light blonde, almost silver, styled in spikes that caught the dim glow of the candles. His skin was smooth, pale, with the barest hint of warmth, and his striking blue eyes locked onto mine without hesitation, icy and piercing, as if searching for something hidden deep within me. He wore a dark, tailored jacket that fit snugly over his </w:t>
      </w:r>
      <w:r>
        <w:lastRenderedPageBreak/>
        <w:t>muscular frame, leaving the slightest bit of his chest exposed where heavy silver chains rested against his skin.</w:t>
      </w:r>
    </w:p>
    <w:p w14:paraId="077419AB" w14:textId="77777777" w:rsidR="00121116" w:rsidRDefault="00AA3789">
      <w:r>
        <w:t>His presence was suffocating, a silent force that filled the space around him, though he said nothing for a long moment, simply staring. I had to fight to keep my gaze steady under the intensity of his icy eyes.</w:t>
      </w:r>
    </w:p>
    <w:p w14:paraId="0C097530" w14:textId="77777777" w:rsidR="00121116" w:rsidRDefault="00AA3789">
      <w:r>
        <w:t>“Ichiro,” he finally said, his voice smooth, but with an edge that hinted at something far darker. The name dropped like a weight into the silence, and I felt its heaviness settle over me. There was no softness in his tone, no hint of warmth or welcome. Just the blunt reality of his existence.</w:t>
      </w:r>
    </w:p>
    <w:p w14:paraId="61E17186" w14:textId="77777777" w:rsidR="00121116" w:rsidRDefault="00AA3789">
      <w:r>
        <w:t>Next to him, the second man gave a subtle nod before introducing himself. “Titus.”</w:t>
      </w:r>
    </w:p>
    <w:p w14:paraId="20CD1FA3" w14:textId="77777777" w:rsidR="00121116" w:rsidRDefault="00AA3789">
      <w:r>
        <w:t>Titus was equally imposing, though in a quieter, more restrained way. His hair, dark brown and messy, fell over his forehead in loose curls, and his face, though handsome, carried a weight of exhaustion, as if he'd seen far more than he should have. His jacket was tightly buttoned up, hiding any glimpse of his chest, but the tension in his jaw and shoulders betrayed the storms that lay underneath his calm exterior.</w:t>
      </w:r>
    </w:p>
    <w:p w14:paraId="784370A6" w14:textId="77777777" w:rsidR="00121116" w:rsidRDefault="00AA3789">
      <w:r>
        <w:t>Both wore matching black rings on their middle fingers—thick bands that glinted menacingly in the flickering light, an unspoken bond between them. Whatever connected these two, it was more than just camaraderie—it was something darker, something unbreakable.</w:t>
      </w:r>
    </w:p>
    <w:p w14:paraId="4E459899" w14:textId="77777777" w:rsidR="00121116" w:rsidRDefault="00AA3789">
      <w:r>
        <w:t>Neither man seemed interested in pleasantries, and the room settled into an uncomfortable quiet once more, the tension thick enough to choke on.</w:t>
      </w:r>
    </w:p>
    <w:p w14:paraId="5EFC0F01" w14:textId="77777777" w:rsidR="00121116" w:rsidRDefault="00AA3789">
      <w:r>
        <w:t>Cronus leaned back in his chair, watching the interplay with a quiet amusement that only deepened the unease in the air. “Boys, show a little respect. Sky is a guest, after all,” he said, though his tone held an edge of condescension.</w:t>
      </w:r>
    </w:p>
    <w:p w14:paraId="06D88903" w14:textId="77777777" w:rsidR="00121116" w:rsidRDefault="00AA3789">
      <w:r>
        <w:t>Ichiro’s gaze flicked briefly to Cronus before returning to me. He leaned back slightly, his lips curling into a faint, dangerous smile. “A guest, huh?” The way he said it made it feel more like a challenge than an acknowledgment. “Well then... welcome.”</w:t>
      </w:r>
    </w:p>
    <w:p w14:paraId="3C0CDDEE" w14:textId="77777777" w:rsidR="00121116" w:rsidRDefault="00AA3789">
      <w:r>
        <w:t>The word felt hollow, and his eyes remained sharp, cutting through the air between us. There was no welcome in his tone—just a cold, distant curiosity, as if he were still trying to figure out why I was here, or perhaps whether I deserved to be.</w:t>
      </w:r>
    </w:p>
    <w:p w14:paraId="54AAC2E2" w14:textId="77777777" w:rsidR="00121116" w:rsidRDefault="00AA3789">
      <w:r>
        <w:t>Titus remained silent, his attention shifting elsewhere, though I could feel the weight of his presence pressing down on the space between us. Both men radiated power, but in different ways—Ichiro’s was sharp and deadly, Titus’s simmering beneath the surface, ready to explode if provoked.</w:t>
      </w:r>
    </w:p>
    <w:p w14:paraId="3603469F" w14:textId="77777777" w:rsidR="00121116" w:rsidRDefault="00AA3789">
      <w:r>
        <w:t>I stayed quiet, picking at my finger nails under the table, feeling the tension wind tighter with every passing second.</w:t>
      </w:r>
    </w:p>
    <w:p w14:paraId="36B91888" w14:textId="77777777" w:rsidR="00121116" w:rsidRDefault="00AA3789">
      <w:r>
        <w:lastRenderedPageBreak/>
        <w:t>Another figure appeared, and I stiffened as he took the seat beside me, his broad frame pressing into the space between us, forcing me closer to him than I was to Vidar. His presence wasn’t as immediately threatening as Ichiro’s or Titus’s, but there was something about his size, the way he dominated the space beside me, that set my nerves on edge. I could feel his heat, sense the sheer power that radiated from his body, and the small bubble of safety I had felt with Vidar beside me evaporated.</w:t>
      </w:r>
    </w:p>
    <w:p w14:paraId="75EED9EB" w14:textId="77777777" w:rsidR="00121116" w:rsidRDefault="00AA3789">
      <w:r>
        <w:t>I no longer felt safe. These shadows, these strangers—every one of them unfamiliar, dangerous.</w:t>
      </w:r>
    </w:p>
    <w:p w14:paraId="672AF545" w14:textId="77777777" w:rsidR="00121116" w:rsidRDefault="00AA3789">
      <w:r>
        <w:t>I could feel his eyes on me, watching. Studying. I didn’t want to turn my head, didn’t want to see who this new threat was, but I knew I had to. My heart thudded painfully in my chest, each beat a hollow echo in the silence that had settled over the room. I took a deep breath, trying to slow my racing pulse, and forced myself to look at him.</w:t>
      </w:r>
    </w:p>
    <w:p w14:paraId="76103D4B" w14:textId="77777777" w:rsidR="00121116" w:rsidRDefault="00AA3789">
      <w:r>
        <w:t>Relief, unexpected and jarring, washed over me as my eyes met his. He wasn’t like the others. His face was gentler, though far from innocent. There was something in his features—an old sorrow, a weariness that dulled the sharpness of his gaze. He still looked dangerous, but in a different way.</w:t>
      </w:r>
    </w:p>
    <w:p w14:paraId="680C4F4B" w14:textId="77777777" w:rsidR="00121116" w:rsidRDefault="00AA3789">
      <w:r>
        <w:t>“And who might you be?” His voice was low, rough around the edges but not as cold as Ichiro’s. There was no malice in his tone, just a quiet curiosity. His brow furrowed slightly as he studied me, waiting.</w:t>
      </w:r>
    </w:p>
    <w:p w14:paraId="3B4AE390" w14:textId="77777777" w:rsidR="00121116" w:rsidRDefault="00AA3789">
      <w:r>
        <w:t>“Sky,” I answered, the word barely audible, my voice betraying my nervousness.</w:t>
      </w:r>
    </w:p>
    <w:p w14:paraId="4308D3B2" w14:textId="77777777" w:rsidR="00121116" w:rsidRDefault="00AA3789">
      <w:r>
        <w:t>“Gaius,” he greeted with a small bow of his head, as a faint smile tugged at the corners of his lips. There was no hostility in his expression, just a guarded politeness, as if he was used to being cautious around strangers but hadn’t yet decided if I was worth fearing. His eyes were a deep, stormy blue, almost grey, and though they were softer than the others, they carried their own weight. A burden of loss, of things seen and done that couldn’t be undone.</w:t>
      </w:r>
    </w:p>
    <w:p w14:paraId="44AE18F9" w14:textId="77777777" w:rsidR="00121116" w:rsidRDefault="00AA3789">
      <w:r>
        <w:t>His arms, resting on the table beside him, were marked with scars and covered in intricate tattoos. Swirls of ink twisted across his skin in dark, sweeping patterns that told a story I couldn’t read. The lines were beautiful, but there was darkness in them—an artistry born of pain.</w:t>
      </w:r>
    </w:p>
    <w:p w14:paraId="6600E2F8" w14:textId="77777777" w:rsidR="00121116" w:rsidRDefault="00AA3789">
      <w:r>
        <w:t>His blonde hair was longer than Ichiro’s, brushed back behind his ears, still damp from a recent wash. He smelled clean—citrus and something else, like freshly washed linen. But even his cleanliness, the polish of his appearance, couldn’t fully mask the roughness beneath. He wasn’t innocent. Not by a long shot.</w:t>
      </w:r>
    </w:p>
    <w:p w14:paraId="4B102E1E" w14:textId="77777777" w:rsidR="00121116" w:rsidRDefault="00AA3789">
      <w:r>
        <w:t>There were no rings on his fingers, unlike the matching ones that Ichiro and Titus wore. That difference, small but significant, hinted that whatever dark bond existed between those two, Gaius wasn’t a part of it. He was his own man, separate from their shared history, but no less dangerous.</w:t>
      </w:r>
    </w:p>
    <w:p w14:paraId="46C60F90" w14:textId="77777777" w:rsidR="00121116" w:rsidRDefault="00AA3789">
      <w:r>
        <w:lastRenderedPageBreak/>
        <w:t>His leather vest was simple, fitted, exposing his muscular arms, the veins running like rivers beneath his golden skin. Metal cuffs adorned his wrists, polished and gleaming in the low light. He wasn’t trying to intimidate me, but his very presence—his size, his quiet strength—was enough to keep me on edge.</w:t>
      </w:r>
    </w:p>
    <w:p w14:paraId="374FD8E9" w14:textId="77777777" w:rsidR="00121116" w:rsidRDefault="00AA3789">
      <w:r>
        <w:t>He didn’t judge me the way the others had. His gaze wasn’t piercing, wasn’t dissecting me like a predator sizing up its prey. Instead, he looked at me as if I was just... there. No more, no less. That strange indifference, almost kind in comparison to the others, eased some of the tightness in my chest.</w:t>
      </w:r>
    </w:p>
    <w:p w14:paraId="0D413512" w14:textId="77777777" w:rsidR="00121116" w:rsidRDefault="00AA3789">
      <w:r>
        <w:t>But even so, I couldn’t relax. The discomfort that had settled over me since Ichiro and Titus’s arrival hadn’t dissipated. It still clung to me like a second skin, a constant reminder that I was out of place here. Among them. Among these shadows.</w:t>
      </w:r>
    </w:p>
    <w:p w14:paraId="199D9F86" w14:textId="77777777" w:rsidR="00121116" w:rsidRDefault="00AA3789">
      <w:r>
        <w:t>The clink of silverware against the cold, black steel of the table was the only sound that cut through the silence as the food was served. Large cuts of meat, dripping with dark sauce, were placed in front of us. The vegetables looked charred, almost unrecognizable, their smoky aroma mixing with the thick scent of the room. Everything was rich—too rich—but the weight in the air made it hard to savor. I could hardly even look at the plate in front of me.</w:t>
      </w:r>
    </w:p>
    <w:p w14:paraId="4EFDA30F" w14:textId="77777777" w:rsidR="00121116" w:rsidRDefault="00AA3789">
      <w:r>
        <w:t>“Tell me, Sky,” Cronus’s voice sliced through the heavy atmosphere, smooth yet razor-sharp. The sound sent a chill racing down my spine, the hair on the back of my neck prickling in response. “How familiar are you with the history of my people? These wonderful subjects of mine.” His lips curled into a smile, but there was something predatory in it, something that made the air feel heavier.</w:t>
      </w:r>
    </w:p>
    <w:p w14:paraId="736545F2" w14:textId="77777777" w:rsidR="00121116" w:rsidRDefault="00AA3789">
      <w:r>
        <w:t>My grip on the fork faltered, hovering above the plate as my pulse quickened. What was I supposed to say? I knew almost nothing—not about this place, these beings, or the world they inhabited. My ignorance loomed like a shadow, suffocating. I could feel the weight of their gazes, the unspoken expectations hanging in the air like a noose.</w:t>
      </w:r>
    </w:p>
    <w:p w14:paraId="0F394A68" w14:textId="77777777" w:rsidR="00121116" w:rsidRDefault="00AA3789">
      <w:r>
        <w:t>“Not much,” I admitted finally, my voice quieter than I intended. The words felt thin, brittle, as though they might shatter under the weight of the silence. I scrambled for anything, a fragment of knowledge to cling to, and vaguely recalled a mention of the first Hecate in the book I’d skimmed. But it felt distant, intangible—like trying to hold water in my hands. “I’ve only heard... fragments.”</w:t>
      </w:r>
    </w:p>
    <w:p w14:paraId="23E82411" w14:textId="77777777" w:rsidR="00121116" w:rsidRDefault="00AA3789">
      <w:r>
        <w:t>Cronus’s smile widened, and though his expression remained calm, the tension in the room seemed to thicken. There was no warmth in his grin, only a creeping sense of unease, like the shadow of a predator stalking its prey. “Well,” he said, his tone almost indulgent, “perhaps it’s time you learned what kind of world you’ve stumbled into.”</w:t>
      </w:r>
    </w:p>
    <w:p w14:paraId="1BBC6111" w14:textId="77777777" w:rsidR="00121116" w:rsidRDefault="00AA3789">
      <w:r>
        <w:t xml:space="preserve">He leaned back in his chair, his movements slow and deliberate, his piercing gaze never leaving mine. “You see, Sky,” he began, his voice silky, “our young guest has been... isolated. Sheltered from the truths of this world and the history that should have shaped her. It </w:t>
      </w:r>
      <w:r>
        <w:lastRenderedPageBreak/>
        <w:t>makes her... intriguing.” His eyes gleamed as he glanced at the others seated at the table, as though daring them to question him.</w:t>
      </w:r>
    </w:p>
    <w:p w14:paraId="24E48831" w14:textId="77777777" w:rsidR="00121116" w:rsidRDefault="00AA3789">
      <w:r>
        <w:t>“Vidar and I were fortunate to find her,” he continued, his words dripping with false benevolence. “She’s been alone for quite some time. A stray, wandering without guidance, without the knowledge of who—or what—she truly is.”</w:t>
      </w:r>
    </w:p>
    <w:p w14:paraId="6E49906C" w14:textId="77777777" w:rsidR="00121116" w:rsidRDefault="00AA3789">
      <w:r>
        <w:t>The air felt colder, his words slicing through me with precision. My chest tightened as I sat frozen, acutely aware of how small I felt under his gaze. He wasn’t just speaking to fill the silence; he was weaving a story, one where he held all the power. His words weren’t meant to satisfy their curiosity. They were meant to reinforce my place—beneath him, under his control. I was a pawn in his hands, a piece he could shape as he saw fit.</w:t>
      </w:r>
    </w:p>
    <w:p w14:paraId="17366A29" w14:textId="77777777" w:rsidR="00121116" w:rsidRDefault="00AA3789">
      <w:r>
        <w:t>He shifted in his chair, his eyes locking onto mine with an intensity that made my breath catch. “But don’t worry, my dear,” he said, his voice softening into something almost kind, though the edge never left. “You’ll learn. In time.”</w:t>
      </w:r>
    </w:p>
    <w:p w14:paraId="1D93622A" w14:textId="77777777" w:rsidR="00121116" w:rsidRDefault="00AA3789">
      <w:r>
        <w:t>He leaned back in his chair, his fingers casually tapping the armrest as his gaze flicked over the others at the table. “Ichiro. Why don’t you tell Sky a little about the first war you fought in? You were on the front lines, after all.”</w:t>
      </w:r>
    </w:p>
    <w:p w14:paraId="3A29B2BC" w14:textId="77777777" w:rsidR="00121116" w:rsidRDefault="00AA3789">
      <w:r>
        <w:t>A cold shiver ran through me as Cronus’s words hung in the air. I could feel Ichiro’s gaze slide toward me. Slowly, I turned to meet it, the light from the flames casting sharp shadows across his face. His expression was unreadable, but I could see something dangerous flicker behind his eyes.</w:t>
      </w:r>
    </w:p>
    <w:p w14:paraId="6CBAA917" w14:textId="77777777" w:rsidR="00121116" w:rsidRDefault="00AA3789">
      <w:r>
        <w:t>“The first war,” Ichiro began, his voice low and steady, a smirk playing on his lips. “I ripped apart the enemy’s frontline. One by one.” His words were blunt, as though tearing people apart was no more than an afterthought. “But the second day... they revealed more.”</w:t>
      </w:r>
    </w:p>
    <w:p w14:paraId="4FF5CC8B" w14:textId="77777777" w:rsidR="00121116" w:rsidRDefault="00AA3789">
      <w:r>
        <w:t>I felt my breath catch as he continued, his eyes locked onto mine, pinning me in place.</w:t>
      </w:r>
    </w:p>
    <w:p w14:paraId="23B4CDA2" w14:textId="77777777" w:rsidR="00121116" w:rsidRDefault="00AA3789">
      <w:r>
        <w:t>“The sky turned black with their magic, swirling above us like a storm. We fought for days without sleep. Our soldiers dropped one by one, cut down by creatures summoned from the darkness.” His voice was calm, unnervingly so. “There were... things... on that battlefield that didn’t have a shape, didn’t have a form you could describe.”</w:t>
      </w:r>
    </w:p>
    <w:p w14:paraId="6A419139" w14:textId="77777777" w:rsidR="00121116" w:rsidRDefault="00AA3789">
      <w:r>
        <w:t>I swallowed hard, my stomach churning. The way he spoke, so casually, so coldly—it felt wrong, unnatural.</w:t>
      </w:r>
    </w:p>
    <w:p w14:paraId="706D1B95" w14:textId="77777777" w:rsidR="00121116" w:rsidRDefault="00AA3789">
      <w:r>
        <w:t>Ichiro paused, his gaze still piercing through me, as though testing for a reaction. “But I killed them all the same. And now the few that are left, dare nor step out of that forest.” But the Demeaniss had. Perhaps it was a creature with no boundaries, unafraid of Ichiro’s blade.</w:t>
      </w:r>
    </w:p>
    <w:p w14:paraId="24C82834" w14:textId="77777777" w:rsidR="00121116" w:rsidRDefault="00AA3789">
      <w:r>
        <w:t>A shiver crawled up my spine. His words were like ice, his detachment unsettling. To him, killing was just another task. Nothing more, nothing less.</w:t>
      </w:r>
    </w:p>
    <w:p w14:paraId="2DBB1D25" w14:textId="77777777" w:rsidR="00121116" w:rsidRDefault="00AA3789">
      <w:r>
        <w:lastRenderedPageBreak/>
        <w:t>I could barely breathe. This world... these people... they were soaked in blood and darkness. My stomach twisted, and I fought the urge to push the plate away. Everything here was wrong.</w:t>
      </w:r>
    </w:p>
    <w:p w14:paraId="7E59EE80" w14:textId="77777777" w:rsidR="00121116" w:rsidRDefault="00AA3789">
      <w:r>
        <w:t>I didn’t belong in this world of death. My life before... it almost seemed safer now. The thought alone twisted something inside me, a knot of emotion I couldn’t untangle. It settled heavy in my chest, like a stone sinking deeper into an abyss I didn’t know existed until now. This world, with all its darkness, was swallowing me whole, layer by layer. There was no chaos here, no sound—just a suffocating silence that pressed against my skin, seeping into my veins. I couldn’t shake it. I couldn’t escape it.</w:t>
      </w:r>
    </w:p>
    <w:p w14:paraId="5B1FB170" w14:textId="77777777" w:rsidR="00121116" w:rsidRDefault="00AA3789">
      <w:r>
        <w:t>My eyes, as if by instinct, drifted to the side, searching for something—someone—solid. I found Vidar. Not because I believed in safety, not here, not with him, but because he was the only thing tethering me to this reality. A fragile thread that kept me from unraveling completely. He wasn’t comforting, not in the way comfort should feel, but there was an odd familiarity about him—like the calm in the eye of a storm, knowing full well that the storm would soon tear you apart, yet clinging to that fleeting moment of stillness.</w:t>
      </w:r>
    </w:p>
    <w:p w14:paraId="69E70926" w14:textId="77777777" w:rsidR="00121116" w:rsidRDefault="00AA3789">
      <w:r>
        <w:t>His presence, cold and unyielding, gave me something to hold on to, even if it was the edge of a blade. And maybe that’s what I needed now—something sharp, something real to remind me that this wasn’t a dream, that there was no waking up from this.</w:t>
      </w:r>
    </w:p>
    <w:p w14:paraId="5F56F37C" w14:textId="77777777" w:rsidR="00121116" w:rsidRDefault="00AA3789">
      <w:r>
        <w:t>I tightened my grip on the fork, feeling its weight, grounding myself in its cold metal. My breath, slow and deliberate, echoed in my chest. There was no escaping what I had stepped into. No running from the shadows that now clung to my skin.</w:t>
      </w:r>
    </w:p>
    <w:p w14:paraId="25C7BF7B" w14:textId="77777777" w:rsidR="00121116" w:rsidRDefault="00AA3789">
      <w:r>
        <w:t>I didn’t know what I was searching for when my eyes found him. Maybe it was safety, or at least something that resembled it. But as I looked over at Vidar, I wasn’t sure what I saw.</w:t>
      </w:r>
    </w:p>
    <w:p w14:paraId="7B098694" w14:textId="77777777" w:rsidR="00121116" w:rsidRDefault="00AA3789">
      <w:r>
        <w:t>His gaze swept over me, slow, deliberate, as though he was trying to read something in me I wasn’t ready to show. There was nothing soft about his eyes, nothing comforting, but for reasons I couldn’t name, I felt a faint sense of relief. It was fleeting, uncertain, but it was there—a tether to something solid in this world that was slipping away.</w:t>
      </w:r>
    </w:p>
    <w:p w14:paraId="377CE51C" w14:textId="77777777" w:rsidR="00121116" w:rsidRDefault="00AA3789">
      <w:r>
        <w:t>I didn’t know if I trusted him. I wasn’t even sure if I wanted to. But as his eyes lingered on mine, just for a moment, I felt the weight pressing down on my chest lift. Just enough. I could breathe again.</w:t>
      </w:r>
    </w:p>
    <w:p w14:paraId="4D6E3B10" w14:textId="77777777" w:rsidR="00121116" w:rsidRDefault="00AA3789">
      <w:r>
        <w:t>There wasn’t a smile, no reassurance. His expression was as unreadable as ever, his lips set in a firm line, his gaze steady, unwavering. But it didn’t matter. I held onto that moment—onto him—because it was the only thing I had. The only thing that kept me from sinking deeper into the silence.</w:t>
      </w:r>
    </w:p>
    <w:p w14:paraId="18DCB120" w14:textId="77777777" w:rsidR="00121116" w:rsidRDefault="00AA3789">
      <w:r>
        <w:t>Then, just as quickly, he turned away, his attention shifting back to the others. But that moment lingered with me, a brief reprieve from the darkness pressing in.</w:t>
      </w:r>
    </w:p>
    <w:p w14:paraId="6583EA12" w14:textId="77777777" w:rsidR="00121116" w:rsidRDefault="00AA3789">
      <w:r>
        <w:lastRenderedPageBreak/>
        <w:t>“Oh, enough of that,” Cyra’s voice sliced through the thickened air, breaking the dark tension that had settled like a fog over the room. Her tone, though light, carried an undercurrent of annoyance, as though the memories shared were ones she had grown weary of. “I can’t hear these stories again,” she continued, waving a hand dismissively, her eyes flicking to Ichiro, daring him to continue.</w:t>
      </w:r>
    </w:p>
    <w:p w14:paraId="10B79F64" w14:textId="77777777" w:rsidR="00121116" w:rsidRDefault="00AA3789">
      <w:r>
        <w:t>The shift was immediate. The oppressive heaviness that had gripped the room loosened, just enough for the cold air to seep back in, making the space feel less suffocating. But there was something about her interruption that didn’t feel entirely innocent. It was as if she knew exactly what she was doing, and maybe, just maybe, she had grown tired of the darkness, or perhaps, tired of the power it still held over all of them.</w:t>
      </w:r>
    </w:p>
    <w:p w14:paraId="6F6A738D" w14:textId="77777777" w:rsidR="00121116" w:rsidRDefault="00AA3789">
      <w:r>
        <w:t>Ichiro’s expression darkened, his jaw tightening as he swallowed his frustration. He was clearly unamused, barely containing the simmering anger Cyra’s interruption had provoked. His hands flexed against the table, a raw, restrained energy pulsing beneath his skin. I could feel it—a flicker of heat that tingled against my senses, an unfamiliar awareness that unnerved me.</w:t>
      </w:r>
    </w:p>
    <w:p w14:paraId="61DFD936" w14:textId="77777777" w:rsidR="00121116" w:rsidRDefault="00AA3789">
      <w:r>
        <w:t>“Let’s eat.” Cronus’s command cut through the tension like a blade, his tone as final as a slammed door. The servers appeared almost instantly, carrying trays of roasted meat, vibrant roots, and fresh bread. The aroma hit me like a wave, rich and intoxicating, and I had to fight the instinct to devour the food as though I hadn’t eaten in days. Even though, in reality, it wasn’t far from the truth.</w:t>
      </w:r>
    </w:p>
    <w:p w14:paraId="639CE985" w14:textId="77777777" w:rsidR="00121116" w:rsidRDefault="00AA3789">
      <w:r>
        <w:t>Vidar sat perfectly composed, his movements unhurried as if he had eaten only hours ago. I envied his calm. A servant poured me a glass of their dark liquor, and I seized it gratefully, taking a long sip to quell the ache of hunger gnawing at my stomach. When I finally took a bite, the flavors exploded on my tongue—the crispy skin of the meat, the earthy sweetness of the roots roasted in fragrant herbs. Each bite was a revelation, and I forced myself to savor it slowly, deliberately, despite the near-overwhelming urge to devour it all.</w:t>
      </w:r>
    </w:p>
    <w:p w14:paraId="15B78BA7" w14:textId="77777777" w:rsidR="00121116" w:rsidRDefault="00AA3789">
      <w:r>
        <w:t>I pretended this was normal, that such luxury wasn’t foreign to me. My hands remained steady, my face impassive, though my mind danced with the richness of the food. The conversation shifted into lighter topics, and for the first time, the attention lifted from me. I focused on the food, the glass of liquor refilling once, then twice, as I let the tension in my shoulders ease.</w:t>
      </w:r>
    </w:p>
    <w:p w14:paraId="3D755491" w14:textId="77777777" w:rsidR="00121116" w:rsidRDefault="00AA3789">
      <w:r>
        <w:t>One by one, the others began to excuse themselves. The room thinned, the once bustling table growing quieter. Cyra lingered, her presence sharp and deliberate. I could feel her gaze on me, burning against my skin. It wasn’t until I glanced up that I realized my cloak had slipped, baring my shoulders and the thin fabric of my dress. Her smirk was predatory, her eyes lingering before flicking to mine, meeting my guarded expression.</w:t>
      </w:r>
    </w:p>
    <w:p w14:paraId="593A22C7" w14:textId="77777777" w:rsidR="00121116" w:rsidRDefault="00AA3789">
      <w:r>
        <w:t xml:space="preserve">She tilted her head slightly, her smile deepening as though she’d uncovered a secret I didn’t even know I had. It wasn’t a smile of warmth—it was a warning. A silent declaration of who </w:t>
      </w:r>
      <w:r>
        <w:lastRenderedPageBreak/>
        <w:t>held the upper hand. My grip on the glass tightened, and I forced my features to remain neutral, refusing to give her the satisfaction of a reaction.</w:t>
      </w:r>
    </w:p>
    <w:p w14:paraId="26551FE9" w14:textId="77777777" w:rsidR="00121116" w:rsidRDefault="00AA3789">
      <w:r>
        <w:t>Her gaze moved on, landing on Vidar with a calculated playfulness. This time, her eyes sparkled with a different kind of interest, the smirk on her lips taking on a seductive edge. “Vidar,” she purred, her voice smooth as silk. “You know where to find me if you grow bored.”</w:t>
      </w:r>
    </w:p>
    <w:p w14:paraId="2AB5EB89" w14:textId="77777777" w:rsidR="00121116" w:rsidRDefault="00AA3789">
      <w:r>
        <w:t>Her words dripped with insinuation, and though I kept my expression impassive, a flicker of annoyance bubbled beneath the surface. Her eyes darted back to me, catching the subtle shift in my demeanor, and her smirk deepened. She had seen it—the smallest crack in my armor—and it seemed to delight her.</w:t>
      </w:r>
    </w:p>
    <w:p w14:paraId="2019C1F6" w14:textId="77777777" w:rsidR="00121116" w:rsidRDefault="00AA3789">
      <w:r>
        <w:t>Vidar’s response was calm, dismissive. “Goodnight, Cyra,” he said, his voice carrying an elegance that left no room for argument. He didn’t even look at her as he spoke, and for a moment, I thought I saw a flicker of irritation flash across her face. But she masked it quickly, turning to Cronus with a smile that didn’t quite reach her eyes.</w:t>
      </w:r>
    </w:p>
    <w:p w14:paraId="1732B005" w14:textId="77777777" w:rsidR="00121116" w:rsidRDefault="00AA3789">
      <w:r>
        <w:t>“Goodnight, boys,” she said softly, her tone dripping with a strange mix of affection and superiority. Her hips swayed as she walked away, her movements fluid and deliberate. Even as she left, the air felt heavy with her presence. She was untouchable, dangerous, wielding her power with a grace that was almost enviable. Almost.</w:t>
      </w:r>
    </w:p>
    <w:p w14:paraId="0E976565" w14:textId="77777777" w:rsidR="00121116" w:rsidRDefault="00AA3789">
      <w:r>
        <w:t>But she couldn’t touch Vidar. That much was clear. No matter how she tried, her charms slid off him like water against stone. And for all her amusement, I could sense her frustration beneath the surface, simmering in the way her smile lingered too long. It was a game she hadn’t yet won, and for reasons I couldn’t quite articulate, I hoped she never would.</w:t>
      </w:r>
    </w:p>
    <w:p w14:paraId="6119824C" w14:textId="77777777" w:rsidR="00121116" w:rsidRDefault="00AA3789">
      <w:r>
        <w:t>In that moment, I felt it again—the quiet hum beneath my skin, the burn of something raw and untamed. My power stirred, restless, but it stayed where I willed it, coiling under the surface like a smoldering flame. It was addictive, that feeling, but I forced it back, holding it in place. Not here. Not now.</w:t>
      </w:r>
    </w:p>
    <w:p w14:paraId="2AA876B3" w14:textId="77777777" w:rsidR="00121116" w:rsidRDefault="00AA3789">
      <w:r>
        <w:t>Vidar rose from his chair, his movements as deliberate as ever. He glanced at me, a subtle signal, and I followed suit, my legs steady despite the storm churning within me. The room was quiet now, but the tension lingered, an invisible weight pressing against my chest.</w:t>
      </w:r>
    </w:p>
    <w:p w14:paraId="1BDE89BF" w14:textId="77777777" w:rsidR="00121116" w:rsidRDefault="00AA3789">
      <w:r>
        <w:t>As we stepped away from the table, Cronus’s voice stopped us, smooth and deliberate. “So soon?” he mused, his tone laced with mock disappointment. His sharp emerald gaze settled on me, his smirk deepening as though he enjoyed the effect his words had. “I suppose you’ll need your rest, Sky. Your training must resume—though in privacy, for now. I hope you find comfort here.”</w:t>
      </w:r>
    </w:p>
    <w:p w14:paraId="43571A43" w14:textId="77777777" w:rsidR="00121116" w:rsidRDefault="00AA3789">
      <w:r>
        <w:t xml:space="preserve">The words hung in the air, their meaning layered with subtle menace. It wasn’t an offer of kindness; it was a reminder of my place, a warning that my path would be neither easy nor </w:t>
      </w:r>
      <w:r>
        <w:lastRenderedPageBreak/>
        <w:t>forgiving. His smirk widened, a silent declaration that he knew exactly how little comfort I would find in this place.</w:t>
      </w:r>
    </w:p>
    <w:p w14:paraId="7F9746D1" w14:textId="77777777" w:rsidR="00121116" w:rsidRDefault="00AA3789">
      <w:r>
        <w:t>My chest tightened, but I forced myself to nod. “Thank you,” I replied, my voice steady, though the effort to keep it that way burned in my throat.</w:t>
      </w:r>
    </w:p>
    <w:p w14:paraId="6984AEE4" w14:textId="77777777" w:rsidR="00121116" w:rsidRDefault="00AA3789">
      <w:r>
        <w:t>Vidar moved to my side, his presence anchoring me as Cronus’s smirk followed us to the door. I kept my head high, each step deliberate, refusing to let the weight of his words press me down. But as we left the room, his voice lingered in my mind, a shadow I couldn’t quite shake.</w:t>
      </w:r>
    </w:p>
    <w:p w14:paraId="2236617B" w14:textId="77777777" w:rsidR="00121116" w:rsidRDefault="00AA3789">
      <w:r>
        <w:t>~</w:t>
      </w:r>
    </w:p>
    <w:p w14:paraId="1B4680CE" w14:textId="77777777" w:rsidR="00121116" w:rsidRDefault="00AA3789">
      <w:r>
        <w:t>I couldn’t sleep. My body was a battlefield of exhaustion, yet my mind wouldn’t rest. Thoughts swarmed like vultures, picking at the fragile pieces of my composure. The bed, soft yet foreign, felt like it was rejecting me entirely. I threw the covers aside, frustration clawing at me, and reached for my cloak. The fabric brushed my skin as I slipped it on, the only comfort I could cling to.</w:t>
      </w:r>
    </w:p>
    <w:p w14:paraId="7AC81F7F" w14:textId="77777777" w:rsidR="00121116" w:rsidRDefault="00AA3789">
      <w:r>
        <w:t>The hallway yawned before me, a void of darkness broken only by faint, flickering light casting shadows along the cold stone walls. My footsteps were soft, careful, swallowed by the silence of the hour. Each turn felt heavier, the air thicker. The stillness seemed to press against my chest, but it steadied me—until it didn’t.</w:t>
      </w:r>
    </w:p>
    <w:p w14:paraId="6A6D41F9" w14:textId="77777777" w:rsidR="00121116" w:rsidRDefault="00AA3789">
      <w:r>
        <w:t>A presence crept through the air, sharp and sudden, like a blade drawn in the dark. Before I could react, a hand shot out, seizing me with the force of a vice. My back slammed into the unyielding stone wall, the impact knocking the air from my lungs. I gasped, but the sound was cut short as fingers clamped around my throat. They crushed down with the precision of something that knew exactly how much pain to inflict without breaking.</w:t>
      </w:r>
    </w:p>
    <w:p w14:paraId="7C88CA97" w14:textId="77777777" w:rsidR="00121116" w:rsidRDefault="00AA3789">
      <w:r>
        <w:t>Cronus.</w:t>
      </w:r>
    </w:p>
    <w:p w14:paraId="26D0FA98" w14:textId="77777777" w:rsidR="00121116" w:rsidRDefault="00AA3789">
      <w:r>
        <w:t>His pale eyes gleamed in the dim light, eerily calm against the violence of his grip. He said nothing at first, his expression detached, as if my struggle beneath his hand was beneath his notice. His fingers tightened, and pain shot through my neck like jagged shards of ice.</w:t>
      </w:r>
    </w:p>
    <w:p w14:paraId="3A2A56E3" w14:textId="77777777" w:rsidR="00121116" w:rsidRDefault="00AA3789">
      <w:r>
        <w:t>“You ran,” he growled, his voice low, each word laced with venom. The sound alone felt like a blow, calculated and cruel. “That was stupid.”</w:t>
      </w:r>
    </w:p>
    <w:p w14:paraId="055408C0" w14:textId="77777777" w:rsidR="00121116" w:rsidRDefault="00AA3789">
      <w:r>
        <w:t>I clawed at his hand, panic driving my nails into his skin, but it was useless. His strength was overwhelming, absolute. My legs kicked against the wall, searching for leverage, but found none. The edges of my vision blurred, the shadows around him twisting like specters as he leaned closer.</w:t>
      </w:r>
    </w:p>
    <w:p w14:paraId="03E06FC4" w14:textId="77777777" w:rsidR="00121116" w:rsidRDefault="00AA3789">
      <w:r>
        <w:t xml:space="preserve">“Do you understand what it means to obey, Sky?” His voice was quiet now, a venomous whisper that curled around my thoughts. “Or have you already forgotten who holds your </w:t>
      </w:r>
      <w:r>
        <w:lastRenderedPageBreak/>
        <w:t>leash? I am your King here,” he hissed, his voice sharp and unrelenting. “Your King. Not Vidar. Not anyone else. Me.”</w:t>
      </w:r>
    </w:p>
    <w:p w14:paraId="542C66A7" w14:textId="77777777" w:rsidR="00121116" w:rsidRDefault="00AA3789">
      <w:r>
        <w:t>His words slammed into me, each syllable searing into my mind like molten iron. My chest heaved against the crushing weight, desperate for air, but there was no reprieve. My vision flickered, black tendrils curling at the edges. He was going to kill me.</w:t>
      </w:r>
    </w:p>
    <w:p w14:paraId="466AF434" w14:textId="77777777" w:rsidR="00121116" w:rsidRDefault="00AA3789">
      <w:r>
        <w:t>And then, with a snap of motion, he released me. I collapsed to the floor, gasping, my knees scraping against the rough stone. The sharp sting of oxygen filled my lungs, but the relief was fleeting. Before I could gather myself, his boot pressed against my ribs, forcing me flat against the ground. The weight of it was merciless, pinning me as he crouched low, his face inches from mine.</w:t>
      </w:r>
    </w:p>
    <w:p w14:paraId="10273913" w14:textId="77777777" w:rsidR="00121116" w:rsidRDefault="00AA3789">
      <w:r>
        <w:t>“You think this is pain?” he asked, his voice almost gentle, but the malice in his pale eyes betrayed him. “This is nothing, Sky. Nothing compared to what I could do.”</w:t>
      </w:r>
    </w:p>
    <w:p w14:paraId="4BC53AA2" w14:textId="77777777" w:rsidR="00121116" w:rsidRDefault="00AA3789">
      <w:r>
        <w:t>The pressure on my ribs increased, a spike of pain radiating through my chest. I bit down hard on the scream threatening to escape, refusing to give him the satisfaction. His smirk widened, a cruel, mocking thing, as though my silence amused him.</w:t>
      </w:r>
    </w:p>
    <w:p w14:paraId="6867438C" w14:textId="77777777" w:rsidR="00121116" w:rsidRDefault="00AA3789">
      <w:r>
        <w:t>“You’ve forgotten your place,” he continued, his tone like silk wrapped around steel. “Perhaps Vidar failed to warn you properly about my... methods. Or perhaps he was too kind to mention what my sister might do to you.” He leaned closer, his breath brushing my face, a mockery of intimacy. “Cyra would eat you alive, little one. And she wouldn’t do it quickly. Her games...” He trailed off, his smirk deepening. “You’ve seen her play, haven’t you? Tell me, how does it feel to know she’s watching you, dissecting you with her eyes?”</w:t>
      </w:r>
    </w:p>
    <w:p w14:paraId="5C9744DF" w14:textId="77777777" w:rsidR="00121116" w:rsidRDefault="00AA3789">
      <w:r>
        <w:t>A sharp wave of heat erupted through my body, not from the boot still crushing my ribs, but from something deeper, something wrong. My skin burned, and for a horrifying moment, it felt as though fire coursed through my veins. I cried out, the sound raw and guttural, as the searing pain consumed me.</w:t>
      </w:r>
    </w:p>
    <w:p w14:paraId="323A183F" w14:textId="77777777" w:rsidR="00121116" w:rsidRDefault="00AA3789">
      <w:r>
        <w:t>Cronus watched, unblinking, as though he were a spectator at a show. “Do you feel that?” he asked, his voice soft, almost tender. “That’s what defiance tastes like, Sky. I wonder how much of it you can endure.”</w:t>
      </w:r>
    </w:p>
    <w:p w14:paraId="79C0FEAD" w14:textId="77777777" w:rsidR="00121116" w:rsidRDefault="00AA3789">
      <w:r>
        <w:t>The fire intensified, licking through every nerve, every bone, until I thought I might dissolve beneath its heat. Tears blurred my vision, and my body convulsed against the stone floor. My screams echoed down the empty corridor, swallowed by the darkness.</w:t>
      </w:r>
    </w:p>
    <w:p w14:paraId="7BF73239" w14:textId="77777777" w:rsidR="00121116" w:rsidRDefault="00AA3789">
      <w:r>
        <w:t>“Stop,” I gasped, the word barely audible through the agony. “Please—stop.”</w:t>
      </w:r>
    </w:p>
    <w:p w14:paraId="554EACD1" w14:textId="77777777" w:rsidR="00121116" w:rsidRDefault="00AA3789">
      <w:r>
        <w:t>He crouched lower, his face hovering just above mine. His fingers brushed against my cheek, a mockery of kindness. “Oh, my dear Sky,” he murmured, his voice almost a purr. “Begging already? I thought you’d endure more.”</w:t>
      </w:r>
    </w:p>
    <w:p w14:paraId="4648AE5C" w14:textId="77777777" w:rsidR="00121116" w:rsidRDefault="00AA3789">
      <w:r>
        <w:lastRenderedPageBreak/>
        <w:t>The fire vanished as suddenly as it had come, leaving me trembling, drenched in sweat. The silence that followed was deafening, broken only by the ragged sound of my breaths. My body was a hollow shell, aching and raw, and yet somehow, I felt the faint flicker of something else—something deeper. A pulse, faint but steady, thrumming beneath my skin. My power. It stirred, restless, but still beyond my grasp.</w:t>
      </w:r>
    </w:p>
    <w:p w14:paraId="6D55D07E" w14:textId="77777777" w:rsidR="00121116" w:rsidRDefault="00AA3789">
      <w:r>
        <w:t>Cronus rose, towering over me as I lay crumpled at his feet. “Defy me again,” he said, his tone colder now, stripped of its earlier mockery. “And I will show you what true suffering looks like.”</w:t>
      </w:r>
    </w:p>
    <w:p w14:paraId="102C6025" w14:textId="77777777" w:rsidR="00121116" w:rsidRDefault="00AA3789">
      <w:r>
        <w:t>I pushed myself up onto my hands and knees, my arms trembling under the effort. My throat ached, and though there were no marks, I could still feel the phantom grip of his hand. “I’ve endured worse,” I rasped, the words escaping before I could stop them.</w:t>
      </w:r>
    </w:p>
    <w:p w14:paraId="1171345A" w14:textId="77777777" w:rsidR="00121116" w:rsidRDefault="00AA3789">
      <w:r>
        <w:t>He paused, turning back to face me. His pale eyes narrowed, and for a brief moment, something flickered across his face—surprise? Amusement? It was gone too quickly to tell. He crouched again, his hand gripping my jaw with bruising force, forcing me to meet his gaze.</w:t>
      </w:r>
    </w:p>
    <w:p w14:paraId="3EF20A0E" w14:textId="77777777" w:rsidR="00121116" w:rsidRDefault="00AA3789">
      <w:r>
        <w:t>“Not yet, you haven’t,” he said, his voice a blade of ice. “But you will.”</w:t>
      </w:r>
    </w:p>
    <w:p w14:paraId="66789F1D" w14:textId="77777777" w:rsidR="00121116" w:rsidRDefault="00AA3789">
      <w:r>
        <w:t>He stood and stepped back, his smirk returning. “Remember this, Sky. One more mistake, and what I’ll unleash will make this seem like a kindness.” His words lingered, a chilling promise, before he turned and walked away.</w:t>
      </w:r>
    </w:p>
    <w:p w14:paraId="3C7D082F" w14:textId="77777777" w:rsidR="00121116" w:rsidRDefault="00AA3789">
      <w:r>
        <w:t>I stayed on the floor, my body trembling, the pain still echoing in my bones. But even as the fear clawed at me, something else stirred—a fire that refused to be extinguished. Cronus may have shown me his power, but he hadn’t broken me. Not yet.</w:t>
      </w:r>
    </w:p>
    <w:p w14:paraId="23AFB517" w14:textId="77777777" w:rsidR="00121116" w:rsidRDefault="00AA3789">
      <w:r>
        <w:t>My throat still burned from Cronus’s grip, the ghost of his fingers lingering like a brand etched into my skin. Even now, long after he had released me, the phantom pain lingered. I craved something—anything—to ground me. My thoughts turned to Vidar, unbidden. I needed to feel him, to tell him. To see if he could somehow chase away the suffocating weight of my isolation. But even that thought felt hollow. Could I even trust him? What would he do with the truth? Did he already know who Cronus truly was—or did he only know the facade, a version of Cronus that wasn’t real?</w:t>
      </w:r>
    </w:p>
    <w:p w14:paraId="26C2E7CF" w14:textId="77777777" w:rsidR="00121116" w:rsidRDefault="00AA3789">
      <w:r>
        <w:t>The questions clawed at me, relentless, digging into my mind until I couldn’t breathe. Was I wrong to trust Vidar? Or was he simply as trapped in this place as I was? My heart twisted painfully, the dark hallway spinning around me. He was the one thing that felt familiar, the one comfort I had clung to like a lifeline. But comfort wasn’t safety. I had to remind myself of that, even as a small, desperate part of me begged to believe otherwise.</w:t>
      </w:r>
    </w:p>
    <w:p w14:paraId="1E43A95F" w14:textId="77777777" w:rsidR="00121116" w:rsidRDefault="00AA3789">
      <w:r>
        <w:t xml:space="preserve">I swallowed hard, the raw ache in my throat pulling me back to the present. Cronus’s warning echoed in my ears, sharp and cruel. He had made it clear: this was his game, and </w:t>
      </w:r>
      <w:r>
        <w:lastRenderedPageBreak/>
        <w:t>one wrong move would mean the end for me. For him, it was a game of power. For me, it was survival.</w:t>
      </w:r>
    </w:p>
    <w:p w14:paraId="24C56BB1" w14:textId="77777777" w:rsidR="00121116" w:rsidRDefault="00AA3789">
      <w:r>
        <w:t>I forced myself to move, my footsteps hesitant as I turned and made my way down the dimly lit hall. The walls seemed to press in, the shadows shifting in the corners of my vision, alive and watchful. Every flicker of light felt unnatural, as though it were bending to follow me. My breath sounded too loud in the suffocating quiet, and each step echoed, a stark reminder of how alone I truly was.</w:t>
      </w:r>
    </w:p>
    <w:p w14:paraId="44C13865" w14:textId="77777777" w:rsidR="00121116" w:rsidRDefault="00AA3789">
      <w:r>
        <w:t>The weight of Cronus’s threats coiled tighter around me with every step. The air in this place felt wrong—thick and oppressive, like it was imbued with his presence, his dominance. Every whisper of the wind sounded like footsteps. Every dark corner seemed to harbor something unseen. The darkness here wasn’t just an absence of light. It was alive, waiting, biding its time.</w:t>
      </w:r>
    </w:p>
    <w:p w14:paraId="439D6564" w14:textId="77777777" w:rsidR="00121116" w:rsidRDefault="00AA3789">
      <w:r>
        <w:t>I reached my door and hesitated, glancing over my shoulder one last time. The hallway stretched out behind me, empty and silent, but the feeling of being watched lingered, prickling at the back of my neck. I slipped inside and locked the door behind me, leaning against it as I struggled to steady my racing heart.</w:t>
      </w:r>
    </w:p>
    <w:p w14:paraId="084779FC" w14:textId="77777777" w:rsidR="00121116" w:rsidRDefault="00AA3789">
      <w:r>
        <w:t>The room offered no comfort. Its vastness only made me feel smaller, more vulnerable. I crossed to the bed, my legs unsteady, and pulled the sheer covers over me. The fabric brushed against my skin, light and weightless, but it felt like little more than a fragile barrier against the cold emptiness that seeped in from every corner of the room.</w:t>
      </w:r>
    </w:p>
    <w:p w14:paraId="391F650E" w14:textId="77777777" w:rsidR="00121116" w:rsidRDefault="00AA3789">
      <w:r>
        <w:t>I lay there, staring at the ceiling, waiting for the silence to lull me into some semblance of peace. But all I felt was numbness. Not fear, not anger—just the hollow ache of something too heavy to carry and too embedded to let go. My heart dragged painfully in my chest, its rhythm slow and weary, like it had been beaten down for too long. I wasn’t sure how much more it could take.</w:t>
      </w:r>
    </w:p>
    <w:p w14:paraId="04749FE2" w14:textId="77777777" w:rsidR="00121116" w:rsidRDefault="00AA3789">
      <w:r>
        <w:t>I’d been alone for so long that the ache of it had become familiar. A part of me. It had sunk into my bones, into the fabric of my soul, until it felt as natural as breathing. No matter how much I tried to fill the void, it always lingered, waiting to remind me that it was the only constant in my life.</w:t>
      </w:r>
    </w:p>
    <w:p w14:paraId="092653C2" w14:textId="77777777" w:rsidR="00121116" w:rsidRDefault="00AA3789">
      <w:r>
        <w:t>My mind flickered back to Vidar, the spark of connection I had felt when I was near him. I wanted to believe that he could be my salvation, that he could pull me out of this void. But that, too, felt like a lie. A delusion born of desperation. There were no allies here. No one I could truly trust. Not Vidar, not anyone.</w:t>
      </w:r>
    </w:p>
    <w:p w14:paraId="1E67E4DD" w14:textId="77777777" w:rsidR="00121116" w:rsidRDefault="00AA3789">
      <w:r>
        <w:t>And yet... a part of me rebelled against that thought. When I thought of him, I felt anchored, tethered in a way that defied reason. I hated myself for it, for wanting to believe in something that could so easily be a trap. But in this place, where everything felt like a nightmare, even the faintest glimmer of hope was too tempting to ignore.</w:t>
      </w:r>
    </w:p>
    <w:p w14:paraId="12C3AC48" w14:textId="77777777" w:rsidR="00121116" w:rsidRDefault="00AA3789">
      <w:r>
        <w:lastRenderedPageBreak/>
        <w:t>I turned on my side, facing the empty wall. The room felt too vast, the bed too cold, too empty. I squeezed my eyes shut, willing the world to disappear, but the weight pressing down on me only grew heavier. And in the silence, I realized something that made my chest tighten: I wasn’t hoping for escape anymore. I wasn’t hoping for salvation or freedom. I was just hoping to endure. One more night. One more breath. That was all I had left.</w:t>
      </w:r>
    </w:p>
    <w:p w14:paraId="77B51042" w14:textId="77777777" w:rsidR="00121116" w:rsidRDefault="00AA3789">
      <w:r>
        <w:t>I was screaming on the inside, but there was no one to hear. No one to reach out, no one to pull me from the edges of this quiet abyss. My aches were my own, my silence a prison. This world had welcomed me not with open arms, but with claws poised to tear me apart, to suffocate what little remained of me. And I let it. Piece by piece, I crumbled, the edges of my soul fraying as I sank deeper into the endless pit of myself.</w:t>
      </w:r>
    </w:p>
    <w:p w14:paraId="783DA677" w14:textId="77777777" w:rsidR="00121116" w:rsidRDefault="00AA3789">
      <w:r>
        <w:t>It wasn’t the darkness I feared. Not truly. The shadows, the emptiness—they were familiar companions, ones I’d carried with me for as long as I could remember. No, it was the weight of my existence that clawed at me now. Every breath felt like a struggle, a desperate search for the surface. But the surface didn’t exist. It had never existed, and every attempt to find it only dragged me further down.</w:t>
      </w:r>
    </w:p>
    <w:p w14:paraId="7028120C" w14:textId="77777777" w:rsidR="00121116" w:rsidRDefault="00AA3789">
      <w:r>
        <w:t>Hopelessness had always been my anchor. It tethered me, kept me grounded in the void. But now it was heavier, darker. It wasn’t keeping me still—it was pulling me under, deeper and deeper, until there was nothing left but the faint echo of who I had been. I couldn’t remember what true comfort was. The memory of it was long gone, lost to the hollow years that had stretched endlessly behind me.</w:t>
      </w:r>
    </w:p>
    <w:p w14:paraId="4C494913" w14:textId="77777777" w:rsidR="00121116" w:rsidRDefault="00AA3789">
      <w:r>
        <w:t>And yet, my mind had clung to an illusion. Vidar. I had made him into something he wasn’t—something he couldn’t be. A phantom of safety, a flicker of warmth to keep the cold at bay. He wasn’t real, not in the way I wanted him to be. He was a trick my mind had played on me, a fragile lifeline I’d woven out of desperation. I’d needed him to breathe, to keep going, to stop myself from letting go entirely. But even that illusion was slipping now, fraying at the edges. I knew the truth, even if I didn’t want to admit it. Vidar couldn’t save me. No one could.</w:t>
      </w:r>
    </w:p>
    <w:p w14:paraId="32853B57" w14:textId="77777777" w:rsidR="00121116" w:rsidRDefault="00AA3789">
      <w:r>
        <w:t>I was trapped in a cage of my own making. The bars were unbreakable, forged from my own mind, my own fears. Every scream I let loose echoed faintly, swallowed by the void, until even I couldn’t hear it anymore. The louder I screamed, the quieter it became, until it was nothing but silence. A silence that pressed against my chest, heavy and relentless.</w:t>
      </w:r>
    </w:p>
    <w:p w14:paraId="3C423F7D" w14:textId="77777777" w:rsidR="00121116" w:rsidRDefault="00AA3789">
      <w:r>
        <w:t>There was no one to hear me. No one to pull me back. I was alone in a world that had no purpose other than to break me. It wanted to punish me, to grind me down until there was nothing left to hold on to. And maybe it had succeeded. Maybe it was only a matter of time before I gave up. Before I stopped fighting.</w:t>
      </w:r>
    </w:p>
    <w:p w14:paraId="548A71CE" w14:textId="77777777" w:rsidR="00121116" w:rsidRDefault="00AA3789">
      <w:r>
        <w:t>Maybe, just maybe, I finally would.</w:t>
      </w:r>
    </w:p>
    <w:p w14:paraId="5E3CCC0B" w14:textId="77777777" w:rsidR="00121116" w:rsidRDefault="00AA3789">
      <w:r>
        <w:t>~</w:t>
      </w:r>
    </w:p>
    <w:p w14:paraId="5D6CA486" w14:textId="77777777" w:rsidR="00121116" w:rsidRDefault="00AA3789">
      <w:r>
        <w:lastRenderedPageBreak/>
        <w:t>The morning light seeped through the cracks in the heavy curtains, faint and cold, doing little to lift the weight pressing down on me. Sleep had come in fleeting fragments, just enough to keep my body moving but never enough to quiet the storm inside my head. I hadn’t let myself drown—yet. But waking up to survive another day felt like a hollow victory. Each time I closed my eyes, I saw Cronus’s face, felt his hands constricting around my throat, his words like splinters buried deep in my mind, impossible to pull out.</w:t>
      </w:r>
    </w:p>
    <w:p w14:paraId="2BF0A36A" w14:textId="77777777" w:rsidR="00121116" w:rsidRDefault="00AA3789">
      <w:r>
        <w:t>But I couldn’t let myself linger there. Not now.</w:t>
      </w:r>
    </w:p>
    <w:p w14:paraId="49B9E137" w14:textId="77777777" w:rsidR="00121116" w:rsidRDefault="00AA3789">
      <w:r>
        <w:t>I shrugged on my cloak, the familiar weight grounding me as I stepped out into the hallway. It was quieter than I expected, the air still and thick with a kind of unease. The shadows clung to the walls, stretching out like the echoes of last night’s darkness. Each step I took was deliberate, the cold stone beneath my boots biting through the soles, reminding me with every step that this world wasn’t meant to comfort me. It was meant to break me.</w:t>
      </w:r>
    </w:p>
    <w:p w14:paraId="7B01CE4C" w14:textId="77777777" w:rsidR="00121116" w:rsidRDefault="00AA3789">
      <w:r>
        <w:t>Vidar was already waiting downstairs, his back to me as he stood near the large window overlooking the snow-covered grounds. The faint light from outside outlined his frame, making him seem larger, more imposing. His arms were crossed, his posture deceptively relaxed, but I could feel it—the tension that hummed through him, the quiet control in every line of his body. Even without turning, I knew he was aware of me, like my very presence was a disturbance he’d already measured and accounted for.</w:t>
      </w:r>
    </w:p>
    <w:p w14:paraId="0F543937" w14:textId="77777777" w:rsidR="00121116" w:rsidRDefault="00AA3789">
      <w:r>
        <w:t>“Did you sleep well?” His voice broke the silence, low and even, but it lacked the gentleness I might have hoped for.</w:t>
      </w:r>
    </w:p>
    <w:p w14:paraId="2D23B358" w14:textId="77777777" w:rsidR="00121116" w:rsidRDefault="00AA3789">
      <w:r>
        <w:t>I didn’t answer. What was the point? He could see it on my face, in the stiffness of my movements. The truth was too heavy to put into words, and a lie would have been transparent. I felt everything and nothing all at once, a paradox I didn’t have the energy to unravel.</w:t>
      </w:r>
    </w:p>
    <w:p w14:paraId="4DA411EE" w14:textId="77777777" w:rsidR="00121116" w:rsidRDefault="00AA3789">
      <w:r>
        <w:t>Vidar finally turned to face me, his sharp eyes locking onto mine with a precision that made my skin prickle. He studied me, reading me in a way that felt too intimate, like he could see every fracture, every hidden piece of me I was trying to hold together. For a moment, I hated how easily he could see through me, but there was no escaping it. Not here. Not from him.</w:t>
      </w:r>
    </w:p>
    <w:p w14:paraId="2A50C4EF" w14:textId="77777777" w:rsidR="00121116" w:rsidRDefault="00AA3789">
      <w:r>
        <w:t>“You need to learn to fight.” His words were blunt, stripped of anything resembling softness. He stepped toward me, his movements smooth and controlled, each step deliberate, like a predator closing in on something fragile. “There’s no more waiting. No more pretending this world won’t tear you apart if you’re not ready for it.”</w:t>
      </w:r>
    </w:p>
    <w:p w14:paraId="779FC6C2" w14:textId="77777777" w:rsidR="00121116" w:rsidRDefault="00AA3789">
      <w:r>
        <w:t>The weight of his words settled over me like a second cloak, heavy and inescapable. But instead of fear, I felt... resignation. He was right, of course. Fighting wasn’t a choice. It was survival. In this world, that was the only truth that mattered. But there was something more in his voice, something unspoken. Why did he care whether I survived? Why was he pushing me, teaching me more than just magic, more than just enough to scrape by?</w:t>
      </w:r>
    </w:p>
    <w:p w14:paraId="4798FAAF" w14:textId="77777777" w:rsidR="00121116" w:rsidRDefault="00AA3789">
      <w:r>
        <w:lastRenderedPageBreak/>
        <w:t>The thought tried to take root, but I shoved it down. I couldn’t keep building this invisible hope, this idea that he was something more than what he appeared to be. I knew better. I had to know better.</w:t>
      </w:r>
    </w:p>
    <w:p w14:paraId="52D5EF4E" w14:textId="77777777" w:rsidR="00121116" w:rsidRDefault="00AA3789">
      <w:r>
        <w:t>Vidar took another step forward, his frame towering over me, his gaze steady and unreadable. For a moment, I thought he might say more, but he only gestured toward the stairs with a tilt of his head. “Go change. One of the maids will help you.”</w:t>
      </w:r>
    </w:p>
    <w:p w14:paraId="744A541B" w14:textId="77777777" w:rsidR="00121116" w:rsidRDefault="00AA3789">
      <w:r>
        <w:t>I nodded, the response automatic. “Okay.” My voice was quieter than I intended, but I didn’t fight it. I turned on my toes and made my way back up the stairs, my steps faster than before.</w:t>
      </w:r>
    </w:p>
    <w:p w14:paraId="628988AB" w14:textId="77777777" w:rsidR="00121116" w:rsidRDefault="00AA3789">
      <w:r>
        <w:t>As I climbed, I felt the weight of his gaze follow me, heavy and watchful.</w:t>
      </w:r>
    </w:p>
    <w:p w14:paraId="514CE183" w14:textId="77777777" w:rsidR="00121116" w:rsidRDefault="00AA3789">
      <w:r>
        <w:t>Similar clothing had been left on my bed—a set of light, flexible garments that clung to my body like a second skin. The material was soft, but its tight fit was a reminder of the restrictions around me. I wasn’t sure if it was meant to give me freedom of movement or trap me in place, but it felt like both. Every stretch of the fabric against my skin whispered of something I wasn’t yet ready for.</w:t>
      </w:r>
    </w:p>
    <w:p w14:paraId="0D742CD2" w14:textId="77777777" w:rsidR="00121116" w:rsidRDefault="00AA3789">
      <w:r>
        <w:t>The mirror caught my reflection as I pulled my boots back on. I hardly recognized the person staring back at me—my face drained, but better looking than it had in a long time, clean. My body the same, but stronger. The fitted clothes made me look almost... dangerous. But it was a lie. I didn’t know how to fight. I didn’t know how to survive here. This world, these people... they were all stronger, darker, and I was an intruder pretending to belong.</w:t>
      </w:r>
    </w:p>
    <w:p w14:paraId="3CE819AE" w14:textId="77777777" w:rsidR="00121116" w:rsidRDefault="00AA3789">
      <w:r>
        <w:t>I ran my fingers through my hair, letting out a shallow breath, as if that could shake away the weight settling in my chest. The maid had left, as silent and ghost-like as ever. No words. No comfort. I was truly on my own in this.</w:t>
      </w:r>
    </w:p>
    <w:p w14:paraId="2F2DF431" w14:textId="77777777" w:rsidR="00121116" w:rsidRDefault="00AA3789">
      <w:r>
        <w:t>I tugged the fitted leather belt tight around my waist, the small dagger sheathed at my side. It was more symbolic than practical. I wasn’t trained to use it. But Vidar would change that. Whether I was ready for it or not.</w:t>
      </w:r>
    </w:p>
    <w:p w14:paraId="10FDB653" w14:textId="77777777" w:rsidR="00121116" w:rsidRDefault="00AA3789">
      <w:r>
        <w:t>With one last glance at my reflection, I forced myself to stand taller, straightening my shoulders. The cold air prickled at the back of my neck as I stepped out of the room, my footsteps echoing in the empty halls.</w:t>
      </w:r>
    </w:p>
    <w:p w14:paraId="70483C4E" w14:textId="77777777" w:rsidR="00121116" w:rsidRDefault="00AA3789">
      <w:r>
        <w:t>We walked through the dark stoned hallway to a wooden door, its surface stripped and lined with cold metal. Vidar opened it with a casual flick of two fingers, unveiling the courtyard ensconced between the towering fortifications. Three squared enclosures stood side by side in the center, each bounded by tall glass walls made of sturdy, unbreakable ice that shimmered under the weak sunlight piercing through overcast skies.</w:t>
      </w:r>
    </w:p>
    <w:p w14:paraId="1E3E7858" w14:textId="77777777" w:rsidR="00121116" w:rsidRDefault="00AA3789">
      <w:r>
        <w:t>The ground inside each ring, dark cold stones similar to those under my feet, seemed unforgiving. The thought of being slammed onto it sent a shiver down my spine, heightening the chill from the brisk air.</w:t>
      </w:r>
    </w:p>
    <w:p w14:paraId="5D9B931F" w14:textId="77777777" w:rsidR="00121116" w:rsidRDefault="00AA3789">
      <w:r>
        <w:lastRenderedPageBreak/>
        <w:t>Under a wooden shed, against the left side of the fortress walls and before the fighting rings, stood a scabbard made of rusted metal holding an array of weapons—swords, silver bows, and arrows. Each arrow, forged from sharp metal, boasted a tip designed to pierce skin instantly, cleaving through bone without resistance. Noticeably absent were shields; here, protection seemed a forgotten concept, only aggression honored.</w:t>
      </w:r>
    </w:p>
    <w:p w14:paraId="3467ED38" w14:textId="77777777" w:rsidR="00121116" w:rsidRDefault="00AA3789">
      <w:r>
        <w:t>Across from the rings, multiple archery targets were lined up, their concentric circles scaling from dark blues on the outer to pale blues inside, focusing on a stark white center. The arrangement looked more like a trial by fire than a training ground—a place where one's mettle was tested harshly, with little room for error.</w:t>
      </w:r>
    </w:p>
    <w:p w14:paraId="120458D6" w14:textId="77777777" w:rsidR="00121116" w:rsidRDefault="00AA3789">
      <w:r>
        <w:t>Vidar moved through the ice as if it weren’t even there, stepping into the cold arena without breaking stride. I stopped, staring at the seamless wall of ice before me. It stood solid and unyielding, a silent barrier. His presence, calm and untouchable, contrasted with the storm `unreadable, the slightest smirk curling his lips.</w:t>
      </w:r>
    </w:p>
    <w:p w14:paraId="4BD0B4E7" w14:textId="77777777" w:rsidR="00121116" w:rsidRDefault="00AA3789">
      <w:r>
        <w:t>His voice was low, clipped. “I don’t have all day.”</w:t>
      </w:r>
    </w:p>
    <w:p w14:paraId="20B8CD5F" w14:textId="77777777" w:rsidR="00121116" w:rsidRDefault="00AA3789">
      <w:r>
        <w:t>I didn’t respond, didn’t even acknowledge his words, but my hands clenched at my sides. The way he looked at me, the way he dismissed me without explanation—it twisted something inside me. A spark of frustration.</w:t>
      </w:r>
    </w:p>
    <w:p w14:paraId="6CAB8BFA" w14:textId="77777777" w:rsidR="00121116" w:rsidRDefault="00AA3789">
      <w:r>
        <w:t>He lowered himself onto the cold stone floor, his body moving with purpose as he began a set of push-ups, ignoring me entirely. “Figure it out,” he said, voice thick with indifference. “Or stay out there. Your choice.”</w:t>
      </w:r>
    </w:p>
    <w:p w14:paraId="0C25E731" w14:textId="77777777" w:rsidR="00121116" w:rsidRDefault="00AA3789">
      <w:r>
        <w:t>My teeth clenched. He wouldn’t help me. He wouldn’t even acknowledge that I needed help. But that was the point, wasn’t it? This world offered no hand to hold, no comfort. And Vidar... he was no exception.</w:t>
      </w:r>
    </w:p>
    <w:p w14:paraId="2522EF89" w14:textId="77777777" w:rsidR="00121116" w:rsidRDefault="00AA3789">
      <w:r>
        <w:t>The ice remained hard and unforgiving beneath my fingertips. I let out a breath, cold mist curling in the air around me. Closing my eyes, I reached for that power within, the pulse of something deep and molten. I didn’t want it, didn’t want to acknowledge what it made me feel, but in that moment, I had no choice.</w:t>
      </w:r>
    </w:p>
    <w:p w14:paraId="484C1F1B" w14:textId="77777777" w:rsidR="00121116" w:rsidRDefault="00AA3789">
      <w:r>
        <w:t>Heat surged beneath my skin, the familiar rush of energy that was as much a curse as it was a strength. I let it rise, pushing through the icy grip of uncertainty that threatened to swallow me whole. I stepped forward, and the ice melted at my touch, bending and parting as if I had commanded it.</w:t>
      </w:r>
    </w:p>
    <w:p w14:paraId="2B521B76" w14:textId="77777777" w:rsidR="00121116" w:rsidRDefault="00AA3789">
      <w:r>
        <w:t>I walked through, the cold biting at my skin but never holding me. On the other side, the weight of the stone beneath my boots grounded me, reminded me that I was still here, still fighting to understand this dark, merciless world.</w:t>
      </w:r>
    </w:p>
    <w:p w14:paraId="07F450BE" w14:textId="77777777" w:rsidR="00121116" w:rsidRDefault="00AA3789">
      <w:r>
        <w:t>Vidar didn’t look up. He remained silent, his body moving with precision as he continued his exercise. I was nothing more than a shadow to him, a fleeting presence he barely acknowledged.</w:t>
      </w:r>
    </w:p>
    <w:p w14:paraId="42CA3874" w14:textId="77777777" w:rsidR="00121116" w:rsidRDefault="00AA3789">
      <w:r>
        <w:lastRenderedPageBreak/>
        <w:t>“Give me ten push-ups,” he said, his voice devoid of emotion, as if issuing a command to a soldier.</w:t>
      </w:r>
    </w:p>
    <w:p w14:paraId="62E49327" w14:textId="77777777" w:rsidR="00121116" w:rsidRDefault="00AA3789">
      <w:r>
        <w:t>I stood there, watching him for a moment. His indifference was a heavy thing, a reminder that in this place, survival wasn’t about kindness or understanding. It was about strength. About pushing through the silence and the darkness, no matter what it cost.</w:t>
      </w:r>
    </w:p>
    <w:p w14:paraId="75EE3746" w14:textId="77777777" w:rsidR="00121116" w:rsidRDefault="00AA3789">
      <w:r>
        <w:t>I collapsed after five. My arms gave out beneath me, sending my body crashing to the cold stone floor. The sharp sting of failure clawed at my muscles. Every bone in me ached from the effort, my breath a ragged whisper against the freezing air. Five... almost six.</w:t>
      </w:r>
    </w:p>
    <w:p w14:paraId="4ECB7F26" w14:textId="77777777" w:rsidR="00121116" w:rsidRDefault="00AA3789">
      <w:r>
        <w:t>But it wasn’t enough.</w:t>
      </w:r>
    </w:p>
    <w:p w14:paraId="6FD9C56B" w14:textId="77777777" w:rsidR="00121116" w:rsidRDefault="00AA3789">
      <w:r>
        <w:t>I didn’t dare look up. Vidar didn’t move from where he stood, didn’t offer a word of encouragement or even a glance in my direction. His presence was still and unyielding, as if I weren’t worth his time unless I proved otherwise.</w:t>
      </w:r>
    </w:p>
    <w:p w14:paraId="10779A4D" w14:textId="77777777" w:rsidR="00121116" w:rsidRDefault="00AA3789">
      <w:r>
        <w:t>“Again,” his voice cut through the quiet, low and unforgiving. “Try again.”</w:t>
      </w:r>
    </w:p>
    <w:p w14:paraId="57673C56" w14:textId="77777777" w:rsidR="00121116" w:rsidRDefault="00AA3789">
      <w:r>
        <w:t>A bitter taste crept into my mouth. There was no room for weakness here. No room for failure. My body screamed, every fiber begging me to stop, but I couldn’t. Not now. Not ever. I had to keep going.</w:t>
      </w:r>
    </w:p>
    <w:p w14:paraId="2E828A35" w14:textId="77777777" w:rsidR="00121116" w:rsidRDefault="00AA3789">
      <w:r>
        <w:t>I pressed my hands into the stone, feeling the cold bite into my palms, grounding me. It wasn’t just about strength—it was survival. Slowly, I pulled myself up, my arms shaking, teeth clenched as I forced my body to obey.</w:t>
      </w:r>
    </w:p>
    <w:p w14:paraId="60FCDA5C" w14:textId="77777777" w:rsidR="00121116" w:rsidRDefault="00AA3789">
      <w:r>
        <w:t>Again.</w:t>
      </w:r>
    </w:p>
    <w:p w14:paraId="5F51E3B8" w14:textId="77777777" w:rsidR="00121116" w:rsidRDefault="00AA3789">
      <w:r>
        <w:t>The word echoed in my mind, like a hammer driving into me with every failed breath.</w:t>
      </w:r>
    </w:p>
    <w:p w14:paraId="639A040D" w14:textId="77777777" w:rsidR="00121116" w:rsidRDefault="00AA3789">
      <w:r>
        <w:t>Again.</w:t>
      </w:r>
    </w:p>
    <w:p w14:paraId="269A4A61" w14:textId="77777777" w:rsidR="00121116" w:rsidRDefault="00AA3789">
      <w:r>
        <w:t>He had me doing squats, lunges, more pushups, sprints from one side of the ring to the other, over and over again. Each command came sharp and without pause, his voice steady, unwavering. My muscles ached, burning with every movement, and my breath became shallow, scraping against the back of my throat. Sweat dripped down my face, clinging to my skin as though it might freeze in the cold air, but none of that mattered. Only his voice, only the next task.</w:t>
      </w:r>
    </w:p>
    <w:p w14:paraId="0824350C" w14:textId="77777777" w:rsidR="00121116" w:rsidRDefault="00AA3789">
      <w:r>
        <w:t>Vidar watched me. There was a sharpness to him, a seriousness that never wavered, but beneath it, I sensed something else—something like purpose. He wasn’t being cruel; he was shaping me into something that could survive. As brutal as it was, there was an odd comfort in that, a twisted kind of gratitude.</w:t>
      </w:r>
    </w:p>
    <w:p w14:paraId="7013BD9C" w14:textId="77777777" w:rsidR="00121116" w:rsidRDefault="00AA3789">
      <w:r>
        <w:t xml:space="preserve">I didn’t hate him for this. I couldn’t. If anything, I appreciated the way he refused to coddle me. He was teaching me the only way he knew how—with relentless focus, with the belief that this pain would make me stronger. And as much as my body wanted to give out, as </w:t>
      </w:r>
      <w:r>
        <w:lastRenderedPageBreak/>
        <w:t>much as I wanted to collapse in the ring, I kept going. For myself, yes—but also because I sensed he wouldn’t let me quit, even if I wanted to.</w:t>
      </w:r>
    </w:p>
    <w:p w14:paraId="405E08FA" w14:textId="77777777" w:rsidR="00121116" w:rsidRDefault="00AA3789">
      <w:r>
        <w:t>His presence was constant, unyielding. A silent force that pushed me forward when I had nothing left.</w:t>
      </w:r>
    </w:p>
    <w:p w14:paraId="728B29AC" w14:textId="77777777" w:rsidR="00121116" w:rsidRDefault="00AA3789">
      <w:r>
        <w:t>~</w:t>
      </w:r>
    </w:p>
    <w:p w14:paraId="5FCA96EE" w14:textId="77777777" w:rsidR="00121116" w:rsidRDefault="00AA3789">
      <w:r>
        <w:t>We trained every morning and again in the late afternoon. The rhythm of it, the brutal consistency, was the only thing grounding me in this new reality. Each session felt like a tether—a harsh, unyielding thread that kept me from unraveling completely.</w:t>
      </w:r>
    </w:p>
    <w:p w14:paraId="7A0D1494" w14:textId="77777777" w:rsidR="00121116" w:rsidRDefault="00AA3789">
      <w:r>
        <w:t>“We’ll start with the basics of sparring,” Vidar said one morning, his voice as steady and deliberate as his movements. He dropped into a fighting stance with effortless precision, the motion practiced to the point of second nature. His body seemed to move as one fluid, cohesive force, every muscle in perfect alignment.</w:t>
      </w:r>
    </w:p>
    <w:p w14:paraId="62DB7616" w14:textId="77777777" w:rsidR="00121116" w:rsidRDefault="00AA3789">
      <w:r>
        <w:t>“You need to let the punches come from your hips,” he instructed, his tone firm but devoid of cruelty. “Just using your arms draws no power. Turn your hips and back leg to follow through on your cross. The same goes for your hooks.”</w:t>
      </w:r>
    </w:p>
    <w:p w14:paraId="184E21CE" w14:textId="77777777" w:rsidR="00121116" w:rsidRDefault="00AA3789">
      <w:r>
        <w:t>He demonstrated, each punch cutting cleanly through the air with a grace that caught me off guard. It was like watching a dance—smooth and rhythmic, but with an intensity that bordered on dangerous. Power radiated through his every strike, controlled but undeniable. His feet barely made a sound, light and agile, yet the force behind his punches was palpable, enough to make the air seem heavier.</w:t>
      </w:r>
    </w:p>
    <w:p w14:paraId="0873A053" w14:textId="77777777" w:rsidR="00121116" w:rsidRDefault="00AA3789">
      <w:r>
        <w:t>I tried to mimic him, clumsy and heavy by comparison. My punches felt awkward, the movements stiff, as though my body had forgotten how to move at all. Punching the air seemed futile, like trying to fight something intangible. I could feel Vidar’s gaze on me—sharp but patient, dissecting every faltering motion without a word. He made me repeat each punch again and again until the repetition blurred together into a haze of frustration. The smooth fluidity he made look so easy remained out of reach, my attempts clumsy and disjointed.</w:t>
      </w:r>
    </w:p>
    <w:p w14:paraId="56DA4460" w14:textId="77777777" w:rsidR="00121116" w:rsidRDefault="00AA3789">
      <w:r>
        <w:t>Vidar eventually shifted his focus, stepping away to train on a wooden dummy mounted on a tall metal tripod. The moment he began, his strikes were ferocious yet precise, every motion purposeful. His fists slammed into the wooden arms with such power that the entire frame trembled, but his movements remained seamless, untouched. Sweat dripped from his brow, but it didn’t slow him. He was relentless, lost in a rhythm I couldn’t begin to match.</w:t>
      </w:r>
    </w:p>
    <w:p w14:paraId="0E7E07DF" w14:textId="77777777" w:rsidR="00121116" w:rsidRDefault="00AA3789">
      <w:r>
        <w:t>I stopped for a moment, my breath catching in my throat as I watched him. His focus was absolute, his world condensed into the strikes he delivered with unyielding force. For a brief, foolish moment, I wanted his attention—not his guidance, but his acknowledgment. I wanted him to look at me, even for a second, to see my struggle, to see me.</w:t>
      </w:r>
    </w:p>
    <w:p w14:paraId="1400A632" w14:textId="77777777" w:rsidR="00121116" w:rsidRDefault="00AA3789">
      <w:r>
        <w:t>But he didn’t. His eyes never left his target, his strikes never faltered.</w:t>
      </w:r>
    </w:p>
    <w:p w14:paraId="77F477C5" w14:textId="77777777" w:rsidR="00121116" w:rsidRDefault="00AA3789">
      <w:r>
        <w:lastRenderedPageBreak/>
        <w:t>And then, without warning, I felt it. A sharp ache bloomed in my gut, sudden and jarring, as if one of his punches had somehow reached me across the court. I staggered, clutching my stomach as I bent over slightly, the pain radiating through me. It wasn’t a real blow—I knew that—but it felt no less tangible. My chest tightened, my breath shallow as I forced myself upright.</w:t>
      </w:r>
    </w:p>
    <w:p w14:paraId="78A3B5D3" w14:textId="77777777" w:rsidR="00121116" w:rsidRDefault="00AA3789">
      <w:r>
        <w:t>Vidar kept going, unrelenting, his strikes echoing through the room like the beat of a war drum. He didn’t glance at me, didn’t spare me a moment of his attention, but I knew the message was clear: keep training. The pain was his warning, a silent command I couldn’t ignore.</w:t>
      </w:r>
    </w:p>
    <w:p w14:paraId="3B836A32" w14:textId="77777777" w:rsidR="00121116" w:rsidRDefault="00AA3789">
      <w:r>
        <w:t>I turned away from him, the weight of his indifference pressing down on me, and forced my body to move. My arms rose again, my feet shifted into a stance, and I resumed punching the air. Each strike felt awkward, heavy with exhaustion, but I didn’t stop. My movements were sluggish, my body dragging under the invisible weight that seemed to grow with every second.</w:t>
      </w:r>
    </w:p>
    <w:p w14:paraId="3B8DD476" w14:textId="77777777" w:rsidR="00121116" w:rsidRDefault="00AA3789">
      <w:r>
        <w:t>And then it happened.</w:t>
      </w:r>
    </w:p>
    <w:p w14:paraId="4B1C739B" w14:textId="77777777" w:rsidR="00121116" w:rsidRDefault="00AA3789">
      <w:r>
        <w:t>A sudden warmth flared in my chest, startling and unfamiliar, like an ember catching fire inside me. It wasn’t just a fleeting sensation—it spread, coursing through my veins with a heat that felt both foreign and invigorating. It burned in a way that wasn’t painful but commanding, like it demanded I rise, push, fight. My fists hit the air harder now, more focused, as if the energy itself was guiding me.</w:t>
      </w:r>
    </w:p>
    <w:p w14:paraId="1D8BD8C1" w14:textId="77777777" w:rsidR="00121116" w:rsidRDefault="00AA3789">
      <w:r>
        <w:t>For the first time, my movements felt deliberate, almost purposeful. The warmth surged again, burning brighter, flooding me with a raw, electric vitality that made my skin tingle and my mind sharpen. My breath steadied, and the ache in my gut, so sharp moments ago, melted into the background as if it had never existed. It wasn’t just gone—it was replaced, overshadowed by the fire in my veins, by this power that felt like it didn’t belong to me yet refused to leave.</w:t>
      </w:r>
    </w:p>
    <w:p w14:paraId="1907169E" w14:textId="77777777" w:rsidR="00121116" w:rsidRDefault="00AA3789">
      <w:r>
        <w:t>I struck the air again, harder this time, the force behind my punch surprising even me. The fire pulsed with the motion, urging me on, feeding me. I almost felt... free.</w:t>
      </w:r>
    </w:p>
    <w:p w14:paraId="3FFB6F35" w14:textId="77777777" w:rsidR="00121116" w:rsidRDefault="00AA3789">
      <w:r>
        <w:t>But as quickly as it came, the warmth began to fade, its intensity ebbing until it became a faint hum buried somewhere deep within me. It didn’t leave entirely—its presence lingered, a steady, quiet burn that left me both comforted and unsettled. My body slowed, the weight of exhaustion creeping back in, but I couldn’t forget the fire. It had woken something in me, something I didn’t understand. Something that didn’t feel like it belonged to me at all.</w:t>
      </w:r>
    </w:p>
    <w:p w14:paraId="2BE62CDB" w14:textId="77777777" w:rsidR="00121116" w:rsidRDefault="00AA3789">
      <w:r>
        <w:t>I glanced over my shoulder, half expecting Vidar to notice, to say something. But he was still immersed in his strikes, his movements flawless, untouchable. The sound of his fists slamming into the wooden dummy filled the air, steady and unrelenting. He didn’t look at me. He didn’t seem to sense the shift that had just coursed through me.</w:t>
      </w:r>
    </w:p>
    <w:p w14:paraId="385396EA" w14:textId="77777777" w:rsidR="00121116" w:rsidRDefault="00AA3789">
      <w:r>
        <w:lastRenderedPageBreak/>
        <w:t>But I felt it. I couldn’t shake the feeling that, for a brief moment, something had burned its way into my very core.</w:t>
      </w:r>
    </w:p>
    <w:p w14:paraId="79D1622D" w14:textId="77777777" w:rsidR="00121116" w:rsidRDefault="00AA3789">
      <w:r>
        <w:t>Whatever it had been—a spark of hope, of power—it felt distant now, leaving me alone with the weight of my burden once more.</w:t>
      </w:r>
    </w:p>
    <w:p w14:paraId="70B04A03" w14:textId="77777777" w:rsidR="00121116" w:rsidRDefault="00AA3789">
      <w:r>
        <w:t>Each day, I could feel my body begin to understand the rhythm of it, even if I didn’t yet believe in my own strength. The repetition, the ache, the rawness—it was as relentless as Vidar himself. He believed in the process, in this methodical breakdown of weakness to build something sharper, stronger, in its place.</w:t>
      </w:r>
    </w:p>
    <w:p w14:paraId="3614440F" w14:textId="77777777" w:rsidR="00121116" w:rsidRDefault="00AA3789">
      <w:r>
        <w:t>I wasn’t there yet. My fists still faltered, my stance wavered, and my breath came too fast when I pushed too hard. But through the dull thud of my fists striking the air, the ache in muscles I hadn’t known existed, I could feel something shifting. Slowly, imperceptibly, I was changing.</w:t>
      </w:r>
    </w:p>
    <w:p w14:paraId="4283CDBD" w14:textId="77777777" w:rsidR="00121116" w:rsidRDefault="00AA3789">
      <w:r>
        <w:t>Vidar didn’t say much, but his eyes were always there, sharp and watchful, catching every mistake. He didn’t need to speak for me to feel the weight of his expectations—or his patience. It was a quiet kind of belief, one that didn’t demand anything from me but endurance. And though I didn’t know if I could believe in myself, I could believe in that.</w:t>
      </w:r>
    </w:p>
    <w:p w14:paraId="5578A0C7" w14:textId="77777777" w:rsidR="00121116" w:rsidRDefault="00AA3789">
      <w:r>
        <w:t>The fire I’d felt earlier, that warmth coursing through my veins, lingered faintly. It was distant now, a hum beneath my skin, but it hadn’t disappeared entirely. I didn’t understand it—what it was, why it had come—but it had left a mark. A melody of a deathly whisper, something that made me keep going even when my body screamed for rest.</w:t>
      </w:r>
    </w:p>
    <w:p w14:paraId="0FBCD953" w14:textId="77777777" w:rsidR="00121116" w:rsidRDefault="00AA3789">
      <w:r>
        <w:t>By the time the session ended, my arms hung limp at my sides, my legs trembling under my weight. Vidar stood a few feet away, his fists still steady, his movements precise as he delivered one last strike to the wooden dummy. The sound echoed through the training space, sharp and final.</w:t>
      </w:r>
    </w:p>
    <w:p w14:paraId="5AE9EF43" w14:textId="77777777" w:rsidR="00121116" w:rsidRDefault="00AA3789">
      <w:r>
        <w:t>He turned toward me, his gaze unreadable. “Go rest,” he said, his voice as steady as his strikes. “Tomorrow, we do it again.”</w:t>
      </w:r>
    </w:p>
    <w:p w14:paraId="5B8CBA53" w14:textId="77777777" w:rsidR="00121116" w:rsidRDefault="00AA3789">
      <w:r>
        <w:t>I nodded, the words coming automatically. My body was too tired to argue, my mind too heavy with thoughts I couldn’t untangle. As I walked away, I glanced back, just once. Vidar hadn’t moved. He stood there, the faint light catching on the sharp angles of his face, a statue carved from unyielding stone. For a moment, I thought I saw something in his expression, something almost... distant. But it was gone before I could make sense of it.</w:t>
      </w:r>
    </w:p>
    <w:p w14:paraId="40D4EBF4" w14:textId="77777777" w:rsidR="00121116" w:rsidRDefault="00AA3789">
      <w:r>
        <w:t>The training hadn’t broken me—not yet. But I couldn’t shake the feeling that I was being reshaped, piece by piece, into something unrecognizable. Whether that was a blessing or a curse, I didn’t know.</w:t>
      </w:r>
    </w:p>
    <w:p w14:paraId="436CB566" w14:textId="77777777" w:rsidR="00121116" w:rsidRDefault="00AA3789">
      <w:r>
        <w:t>~</w:t>
      </w:r>
    </w:p>
    <w:p w14:paraId="3C77E804" w14:textId="77777777" w:rsidR="00121116" w:rsidRDefault="00AA3789">
      <w:r>
        <w:lastRenderedPageBreak/>
        <w:t>The moment I stepped into the library, I regretted it. The air felt heavier, colder—like a trap closing around me. The flickering candlelight fought against the oppressive shadows cast by towering shelves, the room breathing with a stillness that whispered of ancient, forbidden knowledge. I resisted the urge to retreat, my pulse quickening as the door groaned shut behind me.</w:t>
      </w:r>
    </w:p>
    <w:p w14:paraId="5F0CB2C0" w14:textId="77777777" w:rsidR="00121116" w:rsidRDefault="00AA3789">
      <w:r>
        <w:t>He was there, of course.</w:t>
      </w:r>
    </w:p>
    <w:p w14:paraId="05324CAA" w14:textId="77777777" w:rsidR="00121116" w:rsidRDefault="00AA3789">
      <w:r>
        <w:t>Cronus sat at the center of the room, his back to me, silver strands of hair catching the faint light like threads of moonlight. My heart lurched, but I kept my steps steady, each one echoing too loudly on the cold stone. The air thickened, his invisible magic curling against my skin, reminding me of my place. The doors, now sealed, loomed like an iron gate behind me.</w:t>
      </w:r>
    </w:p>
    <w:p w14:paraId="75B3D239" w14:textId="77777777" w:rsidR="00121116" w:rsidRDefault="00AA3789">
      <w:r>
        <w:t>"Sky," he said, his voice a low hum, cutting through the silence like a blade. He didn’t turn, but I froze all the same, my body bracing as if expecting a blow.</w:t>
      </w:r>
    </w:p>
    <w:p w14:paraId="0E94C4F4" w14:textId="77777777" w:rsidR="00121116" w:rsidRDefault="00AA3789">
      <w:r>
        <w:t>I curled my fingers into fists, fighting to steady my breath. His tone wasn’t welcoming; it was an assertion of control, a warning. He hadn’t spoken to me since that night in the corridor—since the moment his power had pressed into me like ice crawling through my veins. Even now, the memory of it twisted in my chest.</w:t>
      </w:r>
    </w:p>
    <w:p w14:paraId="7C547C02" w14:textId="77777777" w:rsidR="00121116" w:rsidRDefault="00AA3789">
      <w:r>
        <w:t>"Your steps are quiet," he continued, finally turning, his piercing eyes locking onto mine. They gleamed like a predator’s, sharp and cold. "But not quiet enough."</w:t>
      </w:r>
    </w:p>
    <w:p w14:paraId="502661D8" w14:textId="77777777" w:rsidR="00121116" w:rsidRDefault="00AA3789">
      <w:r>
        <w:t>The distance between us felt vast and suffocating all at once. I tilted my chin upward, refusing to let him see the fear clawing at my resolve. "I wasn’t looking for you," I said, forcing my voice to steady.</w:t>
      </w:r>
    </w:p>
    <w:p w14:paraId="6B8484E4" w14:textId="77777777" w:rsidR="00121116" w:rsidRDefault="00AA3789">
      <w:r>
        <w:t>His smile was thin, a flicker of something dangerous beneath the surface. "Wandering into my sanctuary, then? Bold of you."</w:t>
      </w:r>
    </w:p>
    <w:p w14:paraId="55EB0E78" w14:textId="77777777" w:rsidR="00121116" w:rsidRDefault="00AA3789">
      <w:r>
        <w:t>I swallowed hard, the weight of the room pressing against me. But before I could respond, the doors groaned open behind me. The air shifted, sharper now, and I didn’t need to turn to know who had entered. Cyra. Her presence filled the space like a storm, crackling and icy.</w:t>
      </w:r>
    </w:p>
    <w:p w14:paraId="3597044F" w14:textId="77777777" w:rsidR="00121116" w:rsidRDefault="00AA3789">
      <w:r>
        <w:t>“Sky,” she said, her voice smooth and honeyed, yet barbed. She moved closer, her burgundy eyes sweeping over me before settling on Cronus. "How interesting. It seems you’ve stumbled into my brother’s lair."</w:t>
      </w:r>
    </w:p>
    <w:p w14:paraId="7D8D280E" w14:textId="77777777" w:rsidR="00121116" w:rsidRDefault="00AA3789">
      <w:r>
        <w:t>My stomach churned as her gaze lingered, but I stood my ground. Cyra’s smirk deepened, a mockery of warmth that never reached her eyes. “You have a knack for finding yourself in places you don’t belong.”</w:t>
      </w:r>
    </w:p>
    <w:p w14:paraId="2B46ADBA" w14:textId="77777777" w:rsidR="00121116" w:rsidRDefault="00AA3789">
      <w:r>
        <w:t>Cronus rose, the movement fluid and deliberate. He dwarfed the space, his presence closing in like a shadow swallowing the light. As he approached, his fingers brushed against a nearby shelf, lingering on the spine of a book before plucking it free.</w:t>
      </w:r>
    </w:p>
    <w:p w14:paraId="51839029" w14:textId="77777777" w:rsidR="00121116" w:rsidRDefault="00AA3789">
      <w:r>
        <w:lastRenderedPageBreak/>
        <w:t>"Here," he said, extending the book to me. His voice was calm, almost lazy, but there was a weight to the gesture. “Perhaps this will enlighten you.”</w:t>
      </w:r>
    </w:p>
    <w:p w14:paraId="3F3E5BB2" w14:textId="77777777" w:rsidR="00121116" w:rsidRDefault="00AA3789">
      <w:r>
        <w:t>I hesitated, my pulse quickening as the leather-bound tome hovered between us. The cold brushed my fingertips as I took it, our hands not quite touching. His gaze never wavered, studying me with a depth that felt like he was peeling back layers of my soul.</w:t>
      </w:r>
    </w:p>
    <w:p w14:paraId="56509D98" w14:textId="77777777" w:rsidR="00121116" w:rsidRDefault="00AA3789">
      <w:r>
        <w:t>"Be careful what you read, little wanderer," Cyra murmured, her smile sharpening. "Some knowledge is a burden."</w:t>
      </w:r>
    </w:p>
    <w:p w14:paraId="6DBAB991" w14:textId="77777777" w:rsidR="00121116" w:rsidRDefault="00AA3789">
      <w:r>
        <w:t>The book was heavier than it should have been, its weight sinking into my arms as though the words inside it were alive. Cronus watched me for a moment longer, then turned back to his desk, dismissing me with the smallest flick of his hand. Cyra lingered, her gaze a blade that sliced through my resolve.</w:t>
      </w:r>
    </w:p>
    <w:p w14:paraId="2F6DD85A" w14:textId="77777777" w:rsidR="00121116" w:rsidRDefault="00AA3789">
      <w:r>
        <w:t>Each step toward the door felt like dragging my body through quicksand. But I didn’t falter, even as their shadows followed me, pressing into my back like claws. By the time I reached the threshold, my breaths came shallow and fast, the weight of their presence sinking deep into my bones. And even as the doors closed behind me, the cold lingered, a reminder that I’d been seen—and judged.</w:t>
      </w:r>
    </w:p>
    <w:p w14:paraId="2411C518" w14:textId="77777777" w:rsidR="00121116" w:rsidRDefault="00AA3789">
      <w:r>
        <w:t>I didn’t return to my chamber. I couldn’t—not after the last few days of restless isolation. Every morning after training with Vidar, I had retreated there, blaming exhaustion as an excuse to avoid the halls and the dangers that might lurk within them. But the truth was simpler: I had been afraid. Afraid of what—or who—I might run into. Afraid of trouble finding me when I was already struggling to breathe under the weight of it all. But I was sick of it. Sick of hiding. I couldn’t keep pacing that same four walls, waiting for courage to find me. I had to start making my own next move—whatever that might be. The halls stretched endlessly before me, their cold marbled stones echoing my hesitant steps. Each twist and turn felt like a labyrinth, as though the fortress itself sought to keep me lost.</w:t>
      </w:r>
    </w:p>
    <w:p w14:paraId="58C2FFBC" w14:textId="77777777" w:rsidR="00121116" w:rsidRDefault="00AA3789">
      <w:r>
        <w:t>Finally, I reached the end of the corridor—a steep, black staircase spiraling upward into darkness. I stopped at the base, staring up at the daunting climb. The first step forced me to exaggerate my movement, the uneven height pulling me forward. The air changed as I ascended, colder and stiller with each step, as though the world above was holding its breath.</w:t>
      </w:r>
    </w:p>
    <w:p w14:paraId="4BD9BD37" w14:textId="77777777" w:rsidR="00121116" w:rsidRDefault="00AA3789">
      <w:r>
        <w:t>At the top, I found myself in a narrow, unlit passage. The darkness pressed in, suffocating, but as I moved, something shifted beneath my hand. I glanced down at the leather-bound book I’d been clutching, its surface now faintly aglow. A warm, orange light flickered along its edges, like the ember of a flame caught in a draft. My breath hitched as I moved my hand, the light following my fingers. Was it the book? Or me?</w:t>
      </w:r>
    </w:p>
    <w:p w14:paraId="7B3CD2B9" w14:textId="77777777" w:rsidR="00121116" w:rsidRDefault="00AA3789">
      <w:r>
        <w:t>The light illuminated the path just enough to banish the shadows clinging to my heels. I followed it, each step steadier than the last, until I reached a black door. Its wood was rough under my palm as I pushed it open, the faint glow snuffing out as I stepped inside.</w:t>
      </w:r>
    </w:p>
    <w:p w14:paraId="676D0B0D" w14:textId="77777777" w:rsidR="00121116" w:rsidRDefault="00AA3789">
      <w:r>
        <w:lastRenderedPageBreak/>
        <w:t>The room was bare, save for a small, high window carved into the stone. A weak beam of sunlight filtered through the thick white sky, casting pale light onto the cold floor. Snow swirled faintly beyond the glass, blurring the outlines of the distant village below. It looked impossibly small, its houses and trails of smoke like scattered specks against the snowy expanse. The sight made my chest tighten. From up here, it felt like another world—so far away it might as well have been a dream.</w:t>
      </w:r>
    </w:p>
    <w:p w14:paraId="5D4DD7B3" w14:textId="77777777" w:rsidR="00121116" w:rsidRDefault="00AA3789">
      <w:r>
        <w:t>I sank to the floor, letting the silence settle around me like a second skin. The book rested on my knees, its weight heavy and unfamiliar. Slowly, I opened the first page.</w:t>
      </w:r>
    </w:p>
    <w:p w14:paraId="0E58D009" w14:textId="77777777" w:rsidR="00121116" w:rsidRDefault="00AA3789">
      <w:r>
        <w:t>With trembling fingers, I opened the first page. The parchment felt ancient, alive beneath my touch. As I read, a heaviness settled deep in my stomach, and before I realized it, a tear streaked down my cheek, staining the page. Another followed, and I didn’t bother to wipe it away. The words consumed me, pulling me into a life that wasn’t my own but felt achingly familiar.</w:t>
      </w:r>
    </w:p>
    <w:p w14:paraId="0031B33A" w14:textId="77777777" w:rsidR="00121116" w:rsidRDefault="00AA3789">
      <w:r>
        <w:t>The story unfolded through the eyes of a nameless figure—a woman fierce and unyielding. She fought alongside a man, his pitiless eyes sharp and cold, like blades glinting in the sun. His hair was stark white, spiked like the tips of a crown, and though the page did not name him, I knew who he was.</w:t>
      </w:r>
    </w:p>
    <w:p w14:paraId="0DB57644" w14:textId="77777777" w:rsidR="00121116" w:rsidRDefault="00AA3789">
      <w:r>
        <w:t>Ichiro.</w:t>
      </w:r>
    </w:p>
    <w:p w14:paraId="0586B90B" w14:textId="77777777" w:rsidR="00121116" w:rsidRDefault="00AA3789">
      <w:r>
        <w:t>The name burned through my thoughts like a brand, and my pulse quickened. I hadn’t seen him again but, his cold, calculating gaze had been seared into my memory. Even now, I could recall the weight of his presence, the suffocating silence that accompanied him. But seeing him in these pages, woven into a story of blood and battle, sent a different kind of chill down my spine.</w:t>
      </w:r>
    </w:p>
    <w:p w14:paraId="1C758E88" w14:textId="77777777" w:rsidR="00121116" w:rsidRDefault="00AA3789">
      <w:r>
        <w:t>I had met him only a few days ago. His cold, calculating gaze was impossible to forget. Even now, I could recall the weight of his presence, the suffocating silence that accompanied him, as if his very existence demanded submission. And now, here he was, woven into a story of blood and battle. Seeing him on the page sent a different kind of chill down my spine, one I couldn’t place.</w:t>
      </w:r>
    </w:p>
    <w:p w14:paraId="64E9B188" w14:textId="77777777" w:rsidR="00121116" w:rsidRDefault="00AA3789">
      <w:r>
        <w:t>The woman’s memories bled into my own. She described the heat of the battlefield—the clash of swords, the screams of the fallen. Together, she and Ichiro had been unstoppable, their movements precise and deadly. She had trusted him implicitly, even as they tore through rivers of blood. But I couldn’t fathom trusting him. Not after what I’d seen.</w:t>
      </w:r>
    </w:p>
    <w:p w14:paraId="744C8E50" w14:textId="77777777" w:rsidR="00121116" w:rsidRDefault="00AA3789">
      <w:r>
        <w:t>The woman’s story ended abruptly—lost in a storm of black smoke, her cries swallowed by the darkness. The words blurred as the ache in my chest grew sharper. My fingers tightened around the book’s edges, desperate for answers, even as a voice in the back of my mind warned me to stop.</w:t>
      </w:r>
    </w:p>
    <w:p w14:paraId="37FC8016" w14:textId="77777777" w:rsidR="00121116" w:rsidRDefault="00AA3789">
      <w:r>
        <w:lastRenderedPageBreak/>
        <w:t>I don’t know how long I read. When I finally looked up, the daylight had gone, replaced by a deep, starless night. My surroundings felt strange, unfamiliar, as though the passage of time had shifted the air around me. The book slipped from my hands, the thud of its weight against the ground jolting me. I staggered to the window, gazing out at the sky.</w:t>
      </w:r>
    </w:p>
    <w:p w14:paraId="6CCA8A8E" w14:textId="77777777" w:rsidR="00121116" w:rsidRDefault="00AA3789">
      <w:r>
        <w:t>The vastness of it stretched before me, dark and endless, save for faint streaks of cloud glowing dimly in the moonlight. And then I saw her.</w:t>
      </w:r>
    </w:p>
    <w:p w14:paraId="31325D20" w14:textId="77777777" w:rsidR="00121116" w:rsidRDefault="00AA3789">
      <w:r>
        <w:t>A figure, silhouetted against the sky, her pale hair streaming like a banner in the windless dark. She stood in the void of the window’s expanse, her torn leather and armor revealing jagged cuts, her sword glinting faintly in the night’s glow. Her scream pierced the stillness, sharp and haunting, though it was no louder than a whisper. It sent a shiver down my spine, chilling me to my core.</w:t>
      </w:r>
    </w:p>
    <w:p w14:paraId="742B720F" w14:textId="77777777" w:rsidR="00121116" w:rsidRDefault="00AA3789">
      <w:r>
        <w:t>I blinked, and she was gone. The vast, empty sky stared back at me.</w:t>
      </w:r>
    </w:p>
    <w:p w14:paraId="41C396B2" w14:textId="77777777" w:rsidR="00121116" w:rsidRDefault="00AA3789">
      <w:r>
        <w:t>“You must choose.”</w:t>
      </w:r>
    </w:p>
    <w:p w14:paraId="0778FE36" w14:textId="77777777" w:rsidR="00121116" w:rsidRDefault="00AA3789">
      <w:r>
        <w:t>The voice followed, sharp and icy, cutting through the silence like a blade. It echoed in the room, though no one else was there. My breath curled in the air, visible against the sudden cold. A weight pressed into my chest, heavy as a chain locking into place. Choose what? I wanted to scream the question, but the words stuck in my throat, leaving only the echo of her voice to linger.</w:t>
      </w:r>
    </w:p>
    <w:p w14:paraId="47BD2566" w14:textId="77777777" w:rsidR="00121116" w:rsidRDefault="00AA3789">
      <w:r>
        <w:t>Desperation clawed at me as I retrieved the book, flipping through its pages in search of her—of the woman and Ichiro. But her story was over. The pages were cold now, lifeless, filled only with fragmented tales of battles and division. Of the realms torn apart by darkness.</w:t>
      </w:r>
    </w:p>
    <w:p w14:paraId="3E509458" w14:textId="77777777" w:rsidR="00121116" w:rsidRDefault="00AA3789">
      <w:r>
        <w:t>But the memory of her and Ichiro lingered—haunting, waiting. The chain around my heart tightened, and though I tried to push it away, his eyes—the eyes I had seen and feared—followed me, cutting through my thoughts like a blade.</w:t>
      </w:r>
    </w:p>
    <w:p w14:paraId="3457C917" w14:textId="77777777" w:rsidR="00121116" w:rsidRDefault="00AA3789">
      <w:r>
        <w:t>I dropped the book on the floor again, my heart racing as I turned back to the window in search of her. The figure, the pale hair, the haunting scream—I needed to see her again, to understand. But she wasn’t there. The night sky stretched vast and empty, the haze of the clouds swallowing everything. Instead, I found another kind of storm.</w:t>
      </w:r>
    </w:p>
    <w:p w14:paraId="26CA3805" w14:textId="77777777" w:rsidR="00121116" w:rsidRDefault="00AA3789">
      <w:r>
        <w:t>He stood there, just a step into the room, as silent as the snow falling outside. I hadn’t heard him. How long had he been there? Had he heard her whisper too? Or had it all been inside my head? The thought dissolved the moment his oceanic eyes met mine, their depth pulling me into stillness.</w:t>
      </w:r>
    </w:p>
    <w:p w14:paraId="36D3E84A" w14:textId="77777777" w:rsidR="00121116" w:rsidRDefault="00AA3789">
      <w:r>
        <w:t>“What are you doing up here?” Vidar asked, his tone neither angry nor hostile. It was calm, curious. His voice filled the room like the echo of a question lingering in the snow.</w:t>
      </w:r>
    </w:p>
    <w:p w14:paraId="7A833BDE" w14:textId="77777777" w:rsidR="00121116" w:rsidRDefault="00AA3789">
      <w:r>
        <w:lastRenderedPageBreak/>
        <w:t>“I-I needed somewhere quiet that wasn’t my chambers,” I replied honestly, my voice faltering. I didn’t move, my body frozen under the weight of his presence. He took a step forward, his movements smooth and unhurried, and bent to pick up the book I had dropped. His hands lingered on it for a moment before he closed it and handed it back to me. There was something disarming in the ease of the gesture, as though we were anywhere but here—anyone but who we were.</w:t>
      </w:r>
    </w:p>
    <w:p w14:paraId="179C9D73" w14:textId="77777777" w:rsidR="00121116" w:rsidRDefault="00AA3789">
      <w:r>
        <w:t>I hesitated before taking it from his hand, my fingers brushing against the leather cover. “Anything interesting in there?” he asked, the question casual, almost too casual. His eyes held a trace of amusement, though his expression remained steady.</w:t>
      </w:r>
    </w:p>
    <w:p w14:paraId="6E510A88" w14:textId="77777777" w:rsidR="00121116" w:rsidRDefault="00AA3789">
      <w:r>
        <w:t>I faltered, unsure of how to respond. The truth of what I’d read felt too heavy to put into words, and his demeanor left me off balance. Finally, I chose the simplest answer that came to mind. “No. Nothing.”</w:t>
      </w:r>
    </w:p>
    <w:p w14:paraId="360E07BB" w14:textId="77777777" w:rsidR="00121116" w:rsidRDefault="00AA3789">
      <w:r>
        <w:t>“That’s too bad,” he replied, his gaze softening at the edges, though his lips remained perfectly still. “Hungry?”</w:t>
      </w:r>
    </w:p>
    <w:p w14:paraId="534B6261" w14:textId="77777777" w:rsidR="00121116" w:rsidRDefault="00AA3789">
      <w:r>
        <w:t>Vidar turned his attention to the window, stepping past me without waiting for an answer. His presence pulled me with him, and I found myself standing beside him, both of us looking out into the night. The village lights flickered faintly through the clouds, distant and unreachable.</w:t>
      </w:r>
    </w:p>
    <w:p w14:paraId="0E0A0E17" w14:textId="77777777" w:rsidR="00121116" w:rsidRDefault="00AA3789">
      <w:r>
        <w:t>“Thirsty,” I admitted softly, the word slipping from my lips before I could think better of it.</w:t>
      </w:r>
    </w:p>
    <w:p w14:paraId="32CB3C95" w14:textId="77777777" w:rsidR="00121116" w:rsidRDefault="00AA3789">
      <w:r>
        <w:t>His reflection caught my attention in the window, the curve of his lip pulling into a faint smirk. And then, with no movement I could trace, a glass bottle appeared in his hand, its dark contents glinting in the faint light.</w:t>
      </w:r>
    </w:p>
    <w:p w14:paraId="39DFEAC2" w14:textId="77777777" w:rsidR="00121116" w:rsidRDefault="00AA3789">
      <w:r>
        <w:t>“I hoped you’d say that,” he said, his voice low, almost conspiratorial. He turned, leaning back against the wall below the window, and slid down to sit on the cold stone floor. The motion was effortless, every detail of it steeped in the kind of casual elegance I could never manage.</w:t>
      </w:r>
    </w:p>
    <w:p w14:paraId="5E3DEB04" w14:textId="77777777" w:rsidR="00121116" w:rsidRDefault="00AA3789">
      <w:r>
        <w:t>He uncorked the bottle and raised it to his lips, the movement fluid and unhurried. I watched as he took a long drink, his head tilting back slightly, and then he held the bottle out to me. For a moment, I hesitated, then slid down to the floor beside him, the cold stone pressing against my legs as I settled into the space at his side.</w:t>
      </w:r>
    </w:p>
    <w:p w14:paraId="086DF0CB" w14:textId="77777777" w:rsidR="00121116" w:rsidRDefault="00AA3789">
      <w:r>
        <w:t>The bottle was cool in my hand as I raised it to my lips. The liquor burned as it slid down my throat, a sharp contrast to the icy air around us. I closed my eyes for a moment, letting the sensation wash over me. When I opened them again, faint moonlight danced across the floor, casting shifting shadows at our feet.</w:t>
      </w:r>
    </w:p>
    <w:p w14:paraId="7CBB4447" w14:textId="77777777" w:rsidR="00121116" w:rsidRDefault="00AA3789">
      <w:r>
        <w:t xml:space="preserve">I passed the bottle back to him. Vidar took it without opening his eyes, his head resting against the stone wall, his chest rising and falling as though he’d just let out a breath he’d been holding for years. For the first time, he looked calm, his golden skin half-hidden in the </w:t>
      </w:r>
      <w:r>
        <w:lastRenderedPageBreak/>
        <w:t>shadows, his features softened in the moonlight. The storm he carried with him wherever he went had quieted, if only for a moment.</w:t>
      </w:r>
    </w:p>
    <w:p w14:paraId="37376243" w14:textId="77777777" w:rsidR="00121116" w:rsidRDefault="00AA3789">
      <w:r>
        <w:t>I studied him, the stillness of his face, the way his lips moved faintly as he took another drink. Sitting beside him, I didn’t feel small—not in the way I usually did. Instead, I felt weightless, untethered. For once, I wasn’t the girl burdened by responsibility or fear. I was just a girl, sitting on the floor, letting the world outside fade away.</w:t>
      </w:r>
    </w:p>
    <w:p w14:paraId="62C17197" w14:textId="77777777" w:rsidR="00121116" w:rsidRDefault="00AA3789">
      <w:r>
        <w:t>The silence between us stretched, not heavy but comforting. I didn’t need to speak, and neither did he. And for that brief moment, the storm inside me calmed too.</w:t>
      </w:r>
    </w:p>
    <w:p w14:paraId="322F921C" w14:textId="77777777" w:rsidR="00121116" w:rsidRDefault="00AA3789">
      <w:r>
        <w:t>~</w:t>
      </w:r>
    </w:p>
    <w:p w14:paraId="6605175C" w14:textId="77777777" w:rsidR="00121116" w:rsidRDefault="00AA3789">
      <w:r>
        <w:t>The morning air bit into my skin, sharp as the swords lined along the fortress walls. I wasn’t supposed to be here—not yet. Vidar’s training wouldn’t start until later in the day, but my muscles ached in a way that wasn’t physical, a restlessness thrumming beneath my skin. I couldn’t stay cooped up in my room, couldn’t bear the silence of the stone walls pressing in like an invisible weight.</w:t>
      </w:r>
    </w:p>
    <w:p w14:paraId="6C5E006E" w14:textId="77777777" w:rsidR="00121116" w:rsidRDefault="00AA3789">
      <w:r>
        <w:t>So I came here, to the training grounds, hoping the cold and the open space would bring some relief. Maybe I could practice what Vidar had drilled into me these past days. Or maybe I just needed to hit something—anything—to drive out the storm inside my chest. My mind drifted back to the night before, sitting on the cold ground beside Vidar. I yearned to feel that calm again, but the memory was already slipping away, buried under doubts and the endless unknowns. I pushed it down, deeper, until it became just another unreachable piece of myself.</w:t>
      </w:r>
    </w:p>
    <w:p w14:paraId="6D437E42" w14:textId="77777777" w:rsidR="00121116" w:rsidRDefault="00AA3789">
      <w:r>
        <w:t>The courtyard was empty as I stepped onto the frost-covered stones, my boots crunching softly. A biting chill surrounded me, and for a moment, I thought I was truly alone. I welcomed it, letting the cold clear my head, letting it numb the storm that hadn’t stopped raging since I’d first set foot in this place.</w:t>
      </w:r>
    </w:p>
    <w:p w14:paraId="514FA562" w14:textId="77777777" w:rsidR="00121116" w:rsidRDefault="00AA3789">
      <w:r>
        <w:t>I stretched my arms and legs, feeling the soreness from Vidar’s relentless training settle into my bones. His voice echoed in my head, sharp and unyielding: “You’re too soft. You need to hit harder. Faster. Your enemies won’t wait for you to catch your breath.”</w:t>
      </w:r>
    </w:p>
    <w:p w14:paraId="778880BB" w14:textId="77777777" w:rsidR="00121116" w:rsidRDefault="00AA3789">
      <w:r>
        <w:t>I squared my stance and threw a few punches into the air, trying to mimic the movements he’d shown me. My strikes felt clumsy, weak. Nothing like the fluid grace Vidar had when he moved, his power seeming to flow effortlessly. Frustration flared in my chest, and I threw another punch, harder this time, feeling the strain in my muscles. The cold air burned in my lungs, but I kept going. I needed this. I needed to feel something—anything—to remind myself I was still alive.</w:t>
      </w:r>
    </w:p>
    <w:p w14:paraId="4ABF87DC" w14:textId="77777777" w:rsidR="00121116" w:rsidRDefault="00AA3789">
      <w:r>
        <w:t>Then I saw him.</w:t>
      </w:r>
    </w:p>
    <w:p w14:paraId="30CBDB90" w14:textId="77777777" w:rsidR="00121116" w:rsidRDefault="00AA3789">
      <w:r>
        <w:t xml:space="preserve">Across the courtyard, moving with a deadly grace that made my efforts look laughable, was Gaius. His back was to me, his movements fluid and precise, each strike a carefully </w:t>
      </w:r>
      <w:r>
        <w:lastRenderedPageBreak/>
        <w:t>rehearsed dance of death. He wielded two swords, one in each hand, the blades slicing through the air in a rhythm that was both hypnotic and unnerving. There was no showmanship in his movements, no wasted energy. Just focus. Just purpose.</w:t>
      </w:r>
    </w:p>
    <w:p w14:paraId="17B2F895" w14:textId="77777777" w:rsidR="00121116" w:rsidRDefault="00AA3789">
      <w:r>
        <w:t>I slowed, watching him from a distance, unsure if I should approach. He hadn’t noticed me—or maybe he had. It was hard to tell with Gaius. He gave nothing away.</w:t>
      </w:r>
    </w:p>
    <w:p w14:paraId="47F73ABB" w14:textId="77777777" w:rsidR="00121116" w:rsidRDefault="00AA3789">
      <w:r>
        <w:t>The scars that marked his skin were visible even from here, snaking up his arms, over his neck, and across his chest—faded, brutal reminders of battles fought and survived. And yet, his face was calm, almost detached, as though the violence of his past had become little more than a distant memory.</w:t>
      </w:r>
    </w:p>
    <w:p w14:paraId="7294E029" w14:textId="77777777" w:rsidR="00121116" w:rsidRDefault="00AA3789">
      <w:r>
        <w:t>I took a step forward, the crunch of my boot barely audible, but enough to disturb the silence. His movements didn’t falter, his swords still cutting through the air with lethal precision.</w:t>
      </w:r>
    </w:p>
    <w:p w14:paraId="546888FE" w14:textId="77777777" w:rsidR="00121116" w:rsidRDefault="00AA3789">
      <w:r>
        <w:t>I was about to turn away, deciding it was better not to interrupt him, when his voice cut through the stillness.</w:t>
      </w:r>
    </w:p>
    <w:p w14:paraId="495C5B1B" w14:textId="77777777" w:rsidR="00121116" w:rsidRDefault="00AA3789">
      <w:r>
        <w:t>“If you’re going to watch, you might as well join.”</w:t>
      </w:r>
    </w:p>
    <w:p w14:paraId="771FE4AF" w14:textId="77777777" w:rsidR="00121116" w:rsidRDefault="00AA3789">
      <w:r>
        <w:t>I froze. His tone wasn’t harsh or irritated, but there was something about it that felt like a challenge—a quiet invitation I wasn’t sure I was ready to accept. He didn’t turn, his focus still on the invisible enemy he faced.</w:t>
      </w:r>
    </w:p>
    <w:p w14:paraId="1D951186" w14:textId="77777777" w:rsidR="00121116" w:rsidRDefault="00AA3789">
      <w:r>
        <w:t>“I didn’t mean to disturb you,” I said, my voice quieter than I intended.</w:t>
      </w:r>
    </w:p>
    <w:p w14:paraId="7ACE1692" w14:textId="77777777" w:rsidR="00121116" w:rsidRDefault="00AA3789">
      <w:r>
        <w:t>He finished a series of strikes before lowering his swords and turning to face me. His dark blue eyes met mine, piercing and unreadable, as though he saw straight through me. There was no hostility in his gaze, but there was something assessing, calculating, as though he were deciding whether I was worth his time.</w:t>
      </w:r>
    </w:p>
    <w:p w14:paraId="4F44D786" w14:textId="77777777" w:rsidR="00121116" w:rsidRDefault="00AA3789">
      <w:r>
        <w:t>“You didn’t,” he said simply, though his eyes lingered a moment longer before he turned back to his practice. “Why are you here, Sky?”</w:t>
      </w:r>
    </w:p>
    <w:p w14:paraId="1F0D0C85" w14:textId="77777777" w:rsidR="00121116" w:rsidRDefault="00AA3789">
      <w:r>
        <w:t>The question caught me off guard. He wasn’t asking why I was on the training grounds—he was asking something deeper. Something I wasn’t sure I had the answer to.</w:t>
      </w:r>
    </w:p>
    <w:p w14:paraId="52A5FFD0" w14:textId="77777777" w:rsidR="00121116" w:rsidRDefault="00AA3789">
      <w:r>
        <w:t>“I needed to practice,” I said, my voice barely above a whisper. “To get better.”</w:t>
      </w:r>
    </w:p>
    <w:p w14:paraId="4553C2ED" w14:textId="77777777" w:rsidR="00121116" w:rsidRDefault="00AA3789">
      <w:r>
        <w:t>Gaius raised an eyebrow, the faintest trace of a smirk tugging at his lips. “You think flailing at the air will make you stronger?”</w:t>
      </w:r>
    </w:p>
    <w:p w14:paraId="3969DB4F" w14:textId="77777777" w:rsidR="00121116" w:rsidRDefault="00AA3789">
      <w:r>
        <w:t>The words weren’t cruel, but they hit harder than I expected. He was right, after all. Punching the air wasn’t going to make me stronger. I felt heat rise to my cheeks, embarrassment curling in my chest, and I looked away.</w:t>
      </w:r>
    </w:p>
    <w:p w14:paraId="2D0F3E0B" w14:textId="77777777" w:rsidR="00121116" w:rsidRDefault="00AA3789">
      <w:r>
        <w:lastRenderedPageBreak/>
        <w:t>“You need to know why you fight,” he said, his swords moving once more, slicing through the cold morning air. “Otherwise, it’s just wasted effort.”</w:t>
      </w:r>
    </w:p>
    <w:p w14:paraId="3CCBE564" w14:textId="77777777" w:rsidR="00121116" w:rsidRDefault="00AA3789">
      <w:r>
        <w:t>I frowned, his words settling heavy in my mind. “Why do you fight?” I asked before I could stop myself.</w:t>
      </w:r>
    </w:p>
    <w:p w14:paraId="752C0C69" w14:textId="77777777" w:rsidR="00121116" w:rsidRDefault="00AA3789">
      <w:r>
        <w:t>He stilled, his swords lowering to his sides, but he didn’t turn to face me. There was a pause, long enough that I thought he might not answer.</w:t>
      </w:r>
    </w:p>
    <w:p w14:paraId="35E5053E" w14:textId="77777777" w:rsidR="00121116" w:rsidRDefault="00AA3789">
      <w:r>
        <w:t>“I fight because I have to,” he said finally, his voice low, almost distant. “In this world, you either fight or you die. That’s the only choice.”</w:t>
      </w:r>
    </w:p>
    <w:p w14:paraId="2E06E0FC" w14:textId="77777777" w:rsidR="00121116" w:rsidRDefault="00AA3789">
      <w:r>
        <w:t>The cold weight of his words settled in my chest. He made it sound so simple, but there was something in his tone—something dark, almost hollow—that I couldn’t quite place.</w:t>
      </w:r>
    </w:p>
    <w:p w14:paraId="58F1E5A2" w14:textId="77777777" w:rsidR="00121116" w:rsidRDefault="00AA3789">
      <w:r>
        <w:t>“I fight to survive,” he continued quietly, his voice like the edge of a blade. “Nothing more.”</w:t>
      </w:r>
    </w:p>
    <w:p w14:paraId="530359A2" w14:textId="77777777" w:rsidR="00121116" w:rsidRDefault="00AA3789">
      <w:r>
        <w:t>The finality of his words left me speechless. Gaius wasn’t like the others. He didn’t fight for power or glory. He fought because he had no other choice. And for the first time, I realized how much these people—the Hecate—had lost. How much they had given up just to survive.</w:t>
      </w:r>
    </w:p>
    <w:p w14:paraId="42927744" w14:textId="77777777" w:rsidR="00121116" w:rsidRDefault="00AA3789">
      <w:r>
        <w:t>He resumed his practice, and I stayed where I was, watching his swords carve invisible lines through the air. His movements were hypnotic, and for a moment, I felt the storm inside me quiet just a little.</w:t>
      </w:r>
    </w:p>
    <w:p w14:paraId="07F63643" w14:textId="77777777" w:rsidR="00121116" w:rsidRDefault="00AA3789">
      <w:r>
        <w:t>“You’re holding back,” he said suddenly, his voice breaking through the silence. “Stop thinking about every move. Let the body lead.”</w:t>
      </w:r>
    </w:p>
    <w:p w14:paraId="0B8C518E" w14:textId="77777777" w:rsidR="00121116" w:rsidRDefault="00AA3789">
      <w:r>
        <w:t>I swallowed hard, his words hitting closer to the truth than I wanted to admit. I was holding back. I was afraid—of making mistakes, of showing just how out of place I felt. But I couldn’t let that fear control me. Not anymore.</w:t>
      </w:r>
    </w:p>
    <w:p w14:paraId="21216451" w14:textId="77777777" w:rsidR="00121116" w:rsidRDefault="00AA3789">
      <w:r>
        <w:t>I stepped forward, squaring my stance, and swung the sword in my hand. The motion was clumsy, but I didn’t stop. I let the weight of the blade guide me, moving with it instead of against it. Slowly, the movements began to feel less forced, more natural.</w:t>
      </w:r>
    </w:p>
    <w:p w14:paraId="191245F4" w14:textId="77777777" w:rsidR="00121116" w:rsidRDefault="00AA3789">
      <w:r>
        <w:t>“Better,” Gaius murmured, his voice soft but firm.</w:t>
      </w:r>
    </w:p>
    <w:p w14:paraId="6D1262E7" w14:textId="77777777" w:rsidR="00121116" w:rsidRDefault="00AA3789">
      <w:r>
        <w:t>We trained in silence, the rhythm of our blades cutting through the cold air. And for the first time in what felt like forever, I felt something close to peace.</w:t>
      </w:r>
    </w:p>
    <w:p w14:paraId="756919C5" w14:textId="77777777" w:rsidR="00121116" w:rsidRDefault="00AA3789">
      <w:r>
        <w:t>After a while, Gaius sheathed his sword, his movements as fluid as ever. He turned to me, his expression as unreadable as before, but there was a shift in his gaze. Something subtle, almost imperceptible, but it was there.</w:t>
      </w:r>
    </w:p>
    <w:p w14:paraId="5C0EA376" w14:textId="77777777" w:rsidR="00121116" w:rsidRDefault="00AA3789">
      <w:r>
        <w:t>“Keep practicing,” he said simply, nodding toward the sword in my hand. “You’ll need it.”</w:t>
      </w:r>
    </w:p>
    <w:p w14:paraId="38A1BA50" w14:textId="77777777" w:rsidR="00121116" w:rsidRDefault="00AA3789">
      <w:r>
        <w:lastRenderedPageBreak/>
        <w:t>I didn’t need to ask what he meant. The truth hung in the air between us, unspoken but understood.</w:t>
      </w:r>
    </w:p>
    <w:p w14:paraId="2F755DBD" w14:textId="77777777" w:rsidR="00121116" w:rsidRDefault="00AA3789">
      <w:r>
        <w:t>As he turned to leave, I found myself speaking before I could stop. “Thank you.”</w:t>
      </w:r>
    </w:p>
    <w:p w14:paraId="4499EADC" w14:textId="77777777" w:rsidR="00121116" w:rsidRDefault="00AA3789">
      <w:r>
        <w:t>He paused, glancing back at me. For a moment, his eyes softened, just slightly. Barely enough to notice. But I saw it. And then, just as quickly, it was gone.</w:t>
      </w:r>
    </w:p>
    <w:p w14:paraId="5FD3D389" w14:textId="77777777" w:rsidR="00121116" w:rsidRDefault="00AA3789">
      <w:r>
        <w:t>He didn’t respond. He didn’t need to.</w:t>
      </w:r>
    </w:p>
    <w:p w14:paraId="5C6711E6" w14:textId="77777777" w:rsidR="00121116" w:rsidRDefault="00AA3789">
      <w:r>
        <w:t>Gaius walked away, his figure disappearing into the shadows of the courtyard, leaving me alone with my thoughts and the sword in my hand. There was no dramatic conclusion, no sudden realization. Just a quiet understanding.</w:t>
      </w:r>
    </w:p>
    <w:p w14:paraId="79268A4E" w14:textId="77777777" w:rsidR="00121116" w:rsidRDefault="00AA3789">
      <w:r>
        <w:t>I adjusted my grip on the sword and swung again, feeling the weight settle into my bones, the rhythm starting to feel more natural. And as I trained, I found myself thinking less and moving more.</w:t>
      </w:r>
    </w:p>
    <w:p w14:paraId="5694C5CD" w14:textId="77777777" w:rsidR="00121116" w:rsidRDefault="00AA3789">
      <w:r>
        <w:t>The respect between us didn’t need words. It was something quieter, something that had been built in silence, through movements and purpose.</w:t>
      </w:r>
    </w:p>
    <w:p w14:paraId="24751FDE" w14:textId="77777777" w:rsidR="00121116" w:rsidRDefault="00AA3789">
      <w:r>
        <w:t>I lost track of how long I’d been practicing, the weight of the sword growing familiar in my hand, my muscles burning with the effort but refusing to give in. Gaius had left me alone some time ago, leaving nothing but silence in his wake. And yet, his presence lingered, a reminder of the quiet intensity he carried with him.</w:t>
      </w:r>
    </w:p>
    <w:p w14:paraId="3C544BAF" w14:textId="77777777" w:rsidR="00121116" w:rsidRDefault="00AA3789">
      <w:r>
        <w:t>I swung the sword again, feeling the pull in my shoulders, the subtle shift in my hips as I adjusted. The cold air was no longer biting, not with the sweat dripping down my back, clinging to the inside of my cloak. I could hear my breathing, harsh and uneven, as the strain of the movements began to catch up with me.</w:t>
      </w:r>
    </w:p>
    <w:p w14:paraId="08E84FB8" w14:textId="77777777" w:rsidR="00121116" w:rsidRDefault="00AA3789">
      <w:r>
        <w:t>Out of the corner of my eye, I saw him—Vidar.</w:t>
      </w:r>
    </w:p>
    <w:p w14:paraId="534702D6" w14:textId="77777777" w:rsidR="00121116" w:rsidRDefault="00AA3789">
      <w:r>
        <w:t>He stood at the edge of the courtyard, arms crossed, watching me with that familiar, unreadable expression. For a moment, he didn’t speak, didn’t move, just stood there assessing me. His sharp gaze took in every detail—the way I gripped the sword, the sweat clinging to my skin, the exhaustion evident in the way I moved. I wondered if he saw the storm beneath it all—the frustration, the doubt.</w:t>
      </w:r>
    </w:p>
    <w:p w14:paraId="6644A009" w14:textId="77777777" w:rsidR="00121116" w:rsidRDefault="00AA3789">
      <w:r>
        <w:t>I stopped mid-swing, lowering the blade as I met his gaze. My breath came heavy, my heart pounding in my chest, but I held his stare. I didn’t move. I didn’t speak.</w:t>
      </w:r>
    </w:p>
    <w:p w14:paraId="71BC605E" w14:textId="77777777" w:rsidR="00121116" w:rsidRDefault="00AA3789">
      <w:r>
        <w:t>Vidar’s eyes narrowed, just slightly, but there was no harshness there. If anything, there was a flicker of something I couldn’t quite place—not approval, but not disappointment either. Something quieter.</w:t>
      </w:r>
    </w:p>
    <w:p w14:paraId="62C9F3F4" w14:textId="77777777" w:rsidR="00121116" w:rsidRDefault="00AA3789">
      <w:r>
        <w:t>“Practicing alone?” he said at last, his tone steady, laced with a faint trace of surprise. “Good.”</w:t>
      </w:r>
    </w:p>
    <w:p w14:paraId="78A0B094" w14:textId="77777777" w:rsidR="00121116" w:rsidRDefault="00AA3789">
      <w:r>
        <w:lastRenderedPageBreak/>
        <w:t>I wiped a bead of sweat from my brow, trying to steady my breathing before I answered. “I needed to practice.”</w:t>
      </w:r>
    </w:p>
    <w:p w14:paraId="47A30EE8" w14:textId="77777777" w:rsidR="00121116" w:rsidRDefault="00AA3789">
      <w:r>
        <w:t>His lips curled into a faint, almost imperceptible smile. “Did you pick up that sword all by yourself?”</w:t>
      </w:r>
    </w:p>
    <w:p w14:paraId="557FBEE9" w14:textId="77777777" w:rsidR="00121116" w:rsidRDefault="00AA3789">
      <w:r>
        <w:t>I hesitated, unsure if he was mocking me or genuinely curious. “Gaius was here,” I admitted, glancing toward the spot where Gaius had been training earlier. The memory of his fluid, graceful strikes flickered in my mind, a stark contrast to my own clumsy movements.</w:t>
      </w:r>
    </w:p>
    <w:p w14:paraId="20CBC850" w14:textId="77777777" w:rsidR="00121116" w:rsidRDefault="00AA3789">
      <w:r>
        <w:t>At the mention of Gaius, something flickered across Vidar’s face—recognition, maybe even respect. But he didn’t comment on it. Instead, he stepped closer, his gaze sweeping over me like a blade, sharp and exacting.</w:t>
      </w:r>
    </w:p>
    <w:p w14:paraId="44D06C78" w14:textId="77777777" w:rsidR="00121116" w:rsidRDefault="00AA3789">
      <w:r>
        <w:t>“Show me what you’ve learned,” he said, stepping back and motioning toward me with a slight gesture. “Let’s see if Gaius was any help.”</w:t>
      </w:r>
    </w:p>
    <w:p w14:paraId="0ADE1568" w14:textId="77777777" w:rsidR="00121116" w:rsidRDefault="00AA3789">
      <w:r>
        <w:t>I hesitated, my body already screaming in protest, fatigue weighing heavy in my limbs. But there was no refusing Vidar. I tightened my grip on the sword, adjusted my stance, and lifted the blade again, the weight of it familiar but still awkward.</w:t>
      </w:r>
    </w:p>
    <w:p w14:paraId="04E7FA25" w14:textId="77777777" w:rsidR="00121116" w:rsidRDefault="00AA3789">
      <w:r>
        <w:t>Vidar’s eyes stayed on me, unrelenting, as I squared my shoulders and prepared to strike.</w:t>
      </w:r>
    </w:p>
    <w:p w14:paraId="52741C3B" w14:textId="77777777" w:rsidR="00121116" w:rsidRDefault="00AA3789">
      <w:r>
        <w:t>I moved first, swinging the sword in a wide arc, trying to mimic the fluidity Gaius had shown me. But Vidar was faster. He dodged my strike effortlessly, sidestepping as if my blade had been moving in slow motion.</w:t>
      </w:r>
    </w:p>
    <w:p w14:paraId="4B6BE584" w14:textId="77777777" w:rsidR="00121116" w:rsidRDefault="00AA3789">
      <w:r>
        <w:t>“Again,” he said, his tone neutral, as though this was nothing more than a routine drill.</w:t>
      </w:r>
    </w:p>
    <w:p w14:paraId="0550C9E1" w14:textId="77777777" w:rsidR="00121116" w:rsidRDefault="00AA3789">
      <w:r>
        <w:t>I swung again, harder this time, putting everything I had into the motion. Vidar blocked it with ease, his hand darting out to meet the blade with a practiced precision that left me breathless.</w:t>
      </w:r>
    </w:p>
    <w:p w14:paraId="075D76D0" w14:textId="77777777" w:rsidR="00121116" w:rsidRDefault="00AA3789">
      <w:r>
        <w:t>“Too slow,” he muttered, pushing me back with a casual flick of his wrist. “You’re thinking too much. You’ll never land a hit if you keep second-guessing yourself.”</w:t>
      </w:r>
    </w:p>
    <w:p w14:paraId="27A3B446" w14:textId="77777777" w:rsidR="00121116" w:rsidRDefault="00AA3789">
      <w:r>
        <w:t>Frustration flared in my chest, hot and sharp, but I swallowed it down, forcing myself to focus. Tightening my grip, I attacked again—faster, sharper this time. My movements felt clumsy, disjointed, but I kept pushing, letting the tension in my body drive me forward.</w:t>
      </w:r>
    </w:p>
    <w:p w14:paraId="4E47A96F" w14:textId="77777777" w:rsidR="00121116" w:rsidRDefault="00AA3789">
      <w:r>
        <w:t>Vidar blocked me again, his movements smooth and unhurried, but this time he didn’t push me back. He tilted his head slightly, as though considering something. “Better,” he said at last, the single word carrying more weight than I expected.</w:t>
      </w:r>
    </w:p>
    <w:p w14:paraId="2E3BF685" w14:textId="77777777" w:rsidR="00121116" w:rsidRDefault="00AA3789">
      <w:r>
        <w:t>We fell into a rhythm, a back-and-forth exchange. Vidar moved with a fluid grace that seemed effortless, while I fought to keep up, my strikes growing more desperate as fatigue clawed at my muscles. He didn’t mock me or berate me, but there was no praise either—just a quiet intensity that filled the space between us.</w:t>
      </w:r>
    </w:p>
    <w:p w14:paraId="4D6D1512" w14:textId="77777777" w:rsidR="00121116" w:rsidRDefault="00AA3789">
      <w:r>
        <w:lastRenderedPageBreak/>
        <w:t>Finally, when I thought I couldn’t push myself any further, Vidar stepped back, lowering his hands. “That’s enough,” he said evenly, his voice a calm contrast to the burning in my lungs.</w:t>
      </w:r>
    </w:p>
    <w:p w14:paraId="6CCE3BB0" w14:textId="77777777" w:rsidR="00121116" w:rsidRDefault="00AA3789">
      <w:r>
        <w:t>I stopped, gasping for breath, the sword slipping slightly in my grip as my arms trembled with exhaustion. My entire body ached, drenched in sweat, but I stood tall, refusing to let him see just how spent I was.</w:t>
      </w:r>
    </w:p>
    <w:p w14:paraId="3ED4BB36" w14:textId="77777777" w:rsidR="00121116" w:rsidRDefault="00AA3789">
      <w:r>
        <w:t>Vidar’s gaze softened—just slightly. “You’re improving,” he said, and though his voice was quiet, the faint trace of approval in his tone made my chest tighten. “But you’ve still got a long way to go.”</w:t>
      </w:r>
    </w:p>
    <w:p w14:paraId="021ECC3B" w14:textId="77777777" w:rsidR="00121116" w:rsidRDefault="00AA3789">
      <w:r>
        <w:t>I nodded, unable to form a response, the words caught somewhere between my lungs and my throat.</w:t>
      </w:r>
    </w:p>
    <w:p w14:paraId="728D9D17" w14:textId="77777777" w:rsidR="00121116" w:rsidRDefault="00AA3789">
      <w:r>
        <w:t>He stepped closer, his eyes locking onto mine with a quiet intensity. “You did well,” he said, his voice softer now, almost too quiet to hear. Then, without another word, he turned and walked away, his figure retreating into the shadows at the edge of the courtyard.</w:t>
      </w:r>
    </w:p>
    <w:p w14:paraId="3DD07B43" w14:textId="77777777" w:rsidR="00121116" w:rsidRDefault="00AA3789">
      <w:r>
        <w:t>I watched him go, the weight of his words lingering in the cold morning air. This time, I didn’t feel defenseless. The sword in my hand felt heavier, yes, but also more familiar. The ache in my body was sharper now, but it wasn’t unbearable. It wasn’t enough to stop me.</w:t>
      </w:r>
    </w:p>
    <w:p w14:paraId="02158625" w14:textId="77777777" w:rsidR="00121116" w:rsidRDefault="00AA3789">
      <w:r>
        <w:t>I tightened my grip on the hilt, adjusting my stance once more. And as I swung the blade, the rhythm of my movements began to feel less forced, more natural. The morning light shifted across the frost-covered stones, and for the first time, I didn’t think about whether I was moving too slow or too fast. I just moved.</w:t>
      </w:r>
    </w:p>
    <w:p w14:paraId="0EC7F3E4" w14:textId="77777777" w:rsidR="00121116" w:rsidRDefault="00AA3789">
      <w:r>
        <w:br w:type="page"/>
      </w:r>
    </w:p>
    <w:p w14:paraId="27E41905" w14:textId="77777777" w:rsidR="00121116" w:rsidRDefault="00AA3789">
      <w:pPr>
        <w:pStyle w:val="Heading1"/>
      </w:pPr>
      <w:r>
        <w:lastRenderedPageBreak/>
        <w:t>Chapter 12</w:t>
      </w:r>
    </w:p>
    <w:p w14:paraId="74A09F38" w14:textId="77777777" w:rsidR="00121116" w:rsidRDefault="00AA3789">
      <w:r>
        <w:t>The next morning, as the sun barely crested the horizon, I was back in the courtyard. My muscles ached, but I welcomed the pain. It reminded me that I was still here—still fighting. Each punch cut through the icy air, each movement more precise than the last. I had to be stronger, faster, no matter the cost. Weakness wasn’t a luxury I could afford if I wanted to survive in this place.</w:t>
      </w:r>
    </w:p>
    <w:p w14:paraId="51090F58" w14:textId="77777777" w:rsidR="00121116" w:rsidRDefault="00AA3789">
      <w:r>
        <w:t>Sweat clung to my skin, trickling down my neck, and my braid felt heavy, plastered against my damp back. I pulled it loose, the weight lifting slightly as I twisted the wet strands into a knot on top of my head. Shrugging off my jacket, I bared my arms to the cold, but the chill didn’t reach me. I was too focused.</w:t>
      </w:r>
    </w:p>
    <w:p w14:paraId="639E814D" w14:textId="77777777" w:rsidR="00121116" w:rsidRDefault="00AA3789">
      <w:r>
        <w:t>Then I felt it—a shadow creeping closer.</w:t>
      </w:r>
    </w:p>
    <w:p w14:paraId="52D35B1C" w14:textId="77777777" w:rsidR="00121116" w:rsidRDefault="00AA3789">
      <w:r>
        <w:t>Vidar’s presence arrived before he did, the air shifting subtly as his deliberate steps echoed against the frost-laden stones. He was earlier than usual, as though he’d known I’d already be here. His gaze locked onto me through the ice wall, unwavering, assessing. I tried to ignore him, forcing myself to focus on the rhythm of my strikes, but the weight of his attention tightened around me like a vice.</w:t>
      </w:r>
    </w:p>
    <w:p w14:paraId="115B2FD8" w14:textId="77777777" w:rsidR="00121116" w:rsidRDefault="00AA3789">
      <w:r>
        <w:t>His footsteps grew louder, each one sending a ripple through the silence until he was close—too close.</w:t>
      </w:r>
    </w:p>
    <w:p w14:paraId="72472FCE" w14:textId="77777777" w:rsidR="00121116" w:rsidRDefault="00AA3789">
      <w:r>
        <w:t>I felt his eyes on me, burning into my movements. When I glanced up, his expression had shifted, though I couldn’t place what it meant. There was something unfamiliar in his gaze as he approached. His hand rose, and instinctively, I flinched, bracing for… I didn’t know what. A rebuke? A strike? But his touch was something else entirely.</w:t>
      </w:r>
    </w:p>
    <w:p w14:paraId="3001F6D6" w14:textId="77777777" w:rsidR="00121116" w:rsidRDefault="00AA3789">
      <w:r>
        <w:t>Gentle.</w:t>
      </w:r>
    </w:p>
    <w:p w14:paraId="5667331A" w14:textId="77777777" w:rsidR="00121116" w:rsidRDefault="00AA3789">
      <w:r>
        <w:t>His fingers brushed the damp strands of hair from my face, tucking them behind my ear. The roughness I associated with him melted away in that fleeting moment, leaving me frozen under his scrutiny.</w:t>
      </w:r>
    </w:p>
    <w:p w14:paraId="50205199" w14:textId="77777777" w:rsidR="00121116" w:rsidRDefault="00AA3789">
      <w:r>
        <w:t>I stopped breathing as his hand lingered near my neck, his fingers tracing the path of a scar I had spent years hiding. His grip tightened—not painfully, but with an unspoken weight, as though he had peeled back a layer of me I hadn’t meant to reveal.</w:t>
      </w:r>
    </w:p>
    <w:p w14:paraId="02E73CAB" w14:textId="77777777" w:rsidR="00121116" w:rsidRDefault="00AA3789">
      <w:r>
        <w:t>The sword slipped from my hand, clattering to the stone ground.</w:t>
      </w:r>
    </w:p>
    <w:p w14:paraId="7C0F16AD" w14:textId="77777777" w:rsidR="00121116" w:rsidRDefault="00AA3789">
      <w:r>
        <w:t>I couldn’t move. His fingers tilted my chin, exposing the scar further—the jagged line that snaked along my skin like a cruel reminder of everything I had tried to bury. My heartbeat thundered in my ears, the weight of his touch unraveling me.</w:t>
      </w:r>
    </w:p>
    <w:p w14:paraId="69E5F1A5" w14:textId="77777777" w:rsidR="00121116" w:rsidRDefault="00AA3789">
      <w:r>
        <w:t>This scar was mine. It had belonged to me alone for so long. No one else was supposed to see it.</w:t>
      </w:r>
    </w:p>
    <w:p w14:paraId="35742F05" w14:textId="77777777" w:rsidR="00121116" w:rsidRDefault="00AA3789">
      <w:r>
        <w:lastRenderedPageBreak/>
        <w:t>“Who did this to you?” Vidar’s voice was calm, measured, but the question landed like a stone, heavy and unavoidable. My chest tightened, and for a moment, I couldn’t speak. Couldn’t breathe. His words hung in the air, stripping away the shield I had built around myself.</w:t>
      </w:r>
    </w:p>
    <w:p w14:paraId="453C91C2" w14:textId="77777777" w:rsidR="00121116" w:rsidRDefault="00AA3789">
      <w:r>
        <w:t>“It was my fault,” I said reflexively, the well-worn response tumbling out before I could stop it. A familiar wall I had repeated so many times, I almost believed it myself. I avoided his gaze, but I could feel his eyes burning into me, waiting.</w:t>
      </w:r>
    </w:p>
    <w:p w14:paraId="3FB08922" w14:textId="77777777" w:rsidR="00121116" w:rsidRDefault="00AA3789">
      <w:r>
        <w:t>“Who was it?” His voice sharpened, cutting through the air like a blade. It wasn’t a question anymore—it was a demand.</w:t>
      </w:r>
    </w:p>
    <w:p w14:paraId="7289A607" w14:textId="77777777" w:rsidR="00121116" w:rsidRDefault="00AA3789">
      <w:r>
        <w:t>I stepped back, breaking free from his grasp. His hand dropped, and the warmth of his touch faded as I bent to grab my jacket. I zipped it up to my throat, as though the fabric could hide what had already been exposed.</w:t>
      </w:r>
    </w:p>
    <w:p w14:paraId="25B36217" w14:textId="77777777" w:rsidR="00121116" w:rsidRDefault="00AA3789">
      <w:r>
        <w:t>“It was a long time ago,” I said, my voice thinner than I wanted it to be. It was all I could manage.</w:t>
      </w:r>
    </w:p>
    <w:p w14:paraId="6DC6D675" w14:textId="77777777" w:rsidR="00121116" w:rsidRDefault="00AA3789">
      <w:r>
        <w:t>“What happened?” Vidar’s voice softened slightly, but the command was still there, undeniable.</w:t>
      </w:r>
    </w:p>
    <w:p w14:paraId="001E3900" w14:textId="77777777" w:rsidR="00121116" w:rsidRDefault="00AA3789">
      <w:r>
        <w:t>I hesitated, the words clawing at my throat. I had never spoken about it aloud before—not to anyone. I had buried it so deep, convinced that silence was the only way to keep the memories from consuming me. But now, somehow, the words were rising, cruel and heavy on my tongue, forcing their way out despite everything in me trying to restrain them. The story spilled out, unbidden, as if speaking it aloud would somehow lessen its weight. It didn’t.</w:t>
      </w:r>
    </w:p>
    <w:p w14:paraId="227D5718" w14:textId="77777777" w:rsidR="00121116" w:rsidRDefault="00AA3789">
      <w:r>
        <w:t>“I stole when I shouldn’t have.” The admission felt like a weight dragging me back into the past. The memory loomed, dark and jagged, but there was no escaping it now. “For my family,” I added, sharper this time. “It was winter. We had no money for food. They were starving. Cold. I had to try.”</w:t>
      </w:r>
    </w:p>
    <w:p w14:paraId="3D82FFFF" w14:textId="77777777" w:rsidR="00121116" w:rsidRDefault="00AA3789">
      <w:r>
        <w:t>I avoided his gaze, but I could feel the tension in the air shift, his silence urging me to continue. My fingers flexed against the rough fabric of my jacket as I fought against the instinct to retreat.</w:t>
      </w:r>
    </w:p>
    <w:p w14:paraId="65A3BE6A" w14:textId="77777777" w:rsidR="00121116" w:rsidRDefault="00AA3789">
      <w:r>
        <w:t>“I stole a piece of bread,” I said quietly. “From the wealthy’s feast. I thought no one would notice—they barely acknowledged I existed. They were going to waste it anyway, feed it to their animals while we starved. But someone saw me. One of them.”</w:t>
      </w:r>
    </w:p>
    <w:p w14:paraId="55CCCE1C" w14:textId="77777777" w:rsidR="00121116" w:rsidRDefault="00AA3789">
      <w:r>
        <w:t>The memory surged, unbidden. The man’s rough hands yanking me away, the sharp edge of his blade pressed to my skin. His weight crushing me, his breath reeking of ale. I wasn’t strong enough to fight back then. I was nothing. Less than nothing.</w:t>
      </w:r>
    </w:p>
    <w:p w14:paraId="2D0BEDB4" w14:textId="77777777" w:rsidR="00121116" w:rsidRDefault="00AA3789">
      <w:r>
        <w:lastRenderedPageBreak/>
        <w:t>I swallowed hard, forcing the rest out, even as my voice wavered. “He dragged me from the table, held me down like I was an animal. His knife—” My voice cracked, and I shook my head, trying to push the memory back down where it belonged. “I paid the price for it.”</w:t>
      </w:r>
    </w:p>
    <w:p w14:paraId="3DAACA96" w14:textId="77777777" w:rsidR="00121116" w:rsidRDefault="00AA3789">
      <w:r>
        <w:t>The silence that followed felt heavier than the story I had just spoken. Vidar didn’t interrupt. He didn’t press. But I could feel his gaze on me, steady and unrelenting, as though he were trying to make sense of what I had just revealed.</w:t>
      </w:r>
    </w:p>
    <w:p w14:paraId="5C2ABF2C" w14:textId="77777777" w:rsidR="00121116" w:rsidRDefault="00AA3789">
      <w:r>
        <w:t>Before Vidar could respond, the sharp echo of boots on stone shattered the moment.</w:t>
      </w:r>
    </w:p>
    <w:p w14:paraId="6EF4DD4A" w14:textId="77777777" w:rsidR="00121116" w:rsidRDefault="00AA3789">
      <w:r>
        <w:t>Cyra’s voice followed, smooth and sharp. “Interrupting something, am I?”</w:t>
      </w:r>
    </w:p>
    <w:p w14:paraId="42DA45B6" w14:textId="77777777" w:rsidR="00121116" w:rsidRDefault="00AA3789">
      <w:r>
        <w:t>She stepped into the courtyard, her presence slicing through the cold air like frost on bare skin. Her eyes flicked between Vidar and me, amusement curling her lips, though her tone carried an edge that was impossible to ignore.</w:t>
      </w:r>
    </w:p>
    <w:p w14:paraId="4AB12B43" w14:textId="77777777" w:rsidR="00121116" w:rsidRDefault="00AA3789">
      <w:r>
        <w:t>Vidar straightened immediately, his focus shifting to her with a precision that felt practiced, controlled. Whatever tension had existed between us moments ago evaporated, replaced by something colder—sharper.</w:t>
      </w:r>
    </w:p>
    <w:p w14:paraId="09D58282" w14:textId="77777777" w:rsidR="00121116" w:rsidRDefault="00AA3789">
      <w:r>
        <w:t>Cyra’s gaze lingered on me, assessing, calculating, like a predator circling prey, waiting for the perfect moment to strike.</w:t>
      </w:r>
    </w:p>
    <w:p w14:paraId="5EFC6E8C" w14:textId="77777777" w:rsidR="00121116" w:rsidRDefault="00AA3789">
      <w:r>
        <w:t>“Training our little guest?” she mused, her smile widening as she took another slow step closer. Her silver cloak swept behind her, the metallic sheen catching the weak morning light like a blade poised for the kill.</w:t>
      </w:r>
    </w:p>
    <w:p w14:paraId="1529C8FA" w14:textId="77777777" w:rsidR="00121116" w:rsidRDefault="00AA3789">
      <w:r>
        <w:t>Vidar didn’t respond. His face remained unreadable, his posture rigid yet effortless. But he didn’t step in to shield me either. This was my test, and I knew it.</w:t>
      </w:r>
    </w:p>
    <w:p w14:paraId="7F0FE9AC" w14:textId="77777777" w:rsidR="00121116" w:rsidRDefault="00AA3789">
      <w:r>
        <w:t>Cyra’s piercing gaze locked onto mine. “I hope you’re learning quickly,” she said, her voice barely above a whisper. “In this world, survival is everything.”</w:t>
      </w:r>
    </w:p>
    <w:p w14:paraId="208456EF" w14:textId="77777777" w:rsidR="00121116" w:rsidRDefault="00AA3789">
      <w:r>
        <w:t>That word—survival. I had heard it too many times before, as if I didn’t already understand the weight it carried. But I did. I had felt it, tasted it in every breath I took in this place. I had lived it long before I set foot in these icy halls.</w:t>
      </w:r>
    </w:p>
    <w:p w14:paraId="1007D496" w14:textId="77777777" w:rsidR="00121116" w:rsidRDefault="00AA3789">
      <w:r>
        <w:t>I wanted to roll my eyes, to turn away and walk out of the courtyard, but I didn’t. Instead, I forced myself to hold her stare, even as every instinct screamed at me to look away. My fingers curled around the small stone I had picked up earlier and tucked into my pocket—something to anchor me, to keep my hands from trembling. I wouldn’t shrink beneath her scrutiny. I wouldn’t let her see the cracks in my armor.</w:t>
      </w:r>
    </w:p>
    <w:p w14:paraId="17733617" w14:textId="77777777" w:rsidR="00121116" w:rsidRDefault="00AA3789">
      <w:r>
        <w:t>My pulse quickened, but I stood tall, my resolve burning through the icy air between us.</w:t>
      </w:r>
    </w:p>
    <w:p w14:paraId="39EEE1A7" w14:textId="77777777" w:rsidR="00121116" w:rsidRDefault="00AA3789">
      <w:r>
        <w:t>For a moment, something flickered in Cyra’s eyes—was it approval? Amusement? It was impossible to tell. The corners of her lips twitched ever so slightly, a ghost of a smirk that never fully formed.</w:t>
      </w:r>
    </w:p>
    <w:p w14:paraId="1C53A095" w14:textId="77777777" w:rsidR="00121116" w:rsidRDefault="00AA3789">
      <w:r>
        <w:lastRenderedPageBreak/>
        <w:t>“Maybe there’s more to you than meets the eye after all,” she said, tilting her head slightly.</w:t>
      </w:r>
    </w:p>
    <w:p w14:paraId="4F443098" w14:textId="77777777" w:rsidR="00121116" w:rsidRDefault="00AA3789">
      <w:r>
        <w:t>Vidar’s gaze remained steady, silent, as though waiting for Cyra to make her next move. A tension stretched between them, not one of hostility, but of unspoken judgment—like I was being weighed, measured, and cataloged against their impossibly high standards.</w:t>
      </w:r>
    </w:p>
    <w:p w14:paraId="06092777" w14:textId="77777777" w:rsidR="00121116" w:rsidRDefault="00AA3789">
      <w:r>
        <w:t>Cyra glanced briefly at Vidar, then back to me, something calculating lurking behind her expression. “I wonder,” she murmured, almost to herself. “Will you survive long enough to learn what you need to? Or will you break before then?”</w:t>
      </w:r>
    </w:p>
    <w:p w14:paraId="283BB774" w14:textId="77777777" w:rsidR="00121116" w:rsidRDefault="00AA3789">
      <w:r>
        <w:t>The words hung in the air like a challenge, curling around me, seeping into my bones. I clenched my jaw, but before I could find a response, Cyra turned away, the folds of her cloak swirling behind her like a shadow that refused to fade.</w:t>
      </w:r>
    </w:p>
    <w:p w14:paraId="15F9B1F6" w14:textId="77777777" w:rsidR="00121116" w:rsidRDefault="00AA3789">
      <w:r>
        <w:t>She disappeared into the stone corridors, but her presence lingered long after—like the echo of something dangerous lurking just out of sight.</w:t>
      </w:r>
    </w:p>
    <w:p w14:paraId="272CF586" w14:textId="77777777" w:rsidR="00121116" w:rsidRDefault="00AA3789">
      <w:r>
        <w:t>The silence stretched between Vidar and me, the weight of what had just transpired settling heavily in the space around us. He didn’t speak, didn’t offer any comforting words, but there was something in his eyes—something that felt less cold, less distant. A silent acknowledgment, perhaps, of the fact that I had stood my ground.</w:t>
      </w:r>
    </w:p>
    <w:p w14:paraId="02D3D047" w14:textId="77777777" w:rsidR="00121116" w:rsidRDefault="00AA3789">
      <w:r>
        <w:t>“Pick up the sword,” Vidar said finally, his voice quiet, but carrying the weight of command.</w:t>
      </w:r>
    </w:p>
    <w:p w14:paraId="12E9E8EC" w14:textId="77777777" w:rsidR="00121116" w:rsidRDefault="00AA3789">
      <w:r>
        <w:t>I bent down, my fingers wrapping around the hilt of the sword. It felt heavier this time, but not because of its weight. There was more at stake now—something deeper, something I couldn’t fully understand yet. But I knew one thing: I wasn’t going to let it break me.</w:t>
      </w:r>
    </w:p>
    <w:p w14:paraId="329950E6" w14:textId="77777777" w:rsidR="00121116" w:rsidRDefault="00AA3789">
      <w:r>
        <w:t>As Cyra’s presence dissolved from the courtyard, leaving only the biting wind in her wake, I felt an eerie quietness settle inside me. But it wasn’t peace—not even close. It was something else. The calm before a storm, the silence before something shattered beyond repair.</w:t>
      </w:r>
    </w:p>
    <w:p w14:paraId="3EC143A6" w14:textId="77777777" w:rsidR="00121116" w:rsidRDefault="00AA3789">
      <w:r>
        <w:t>Vidar resumed his movements, slipping effortlessly back into the rhythm of our training. His gaze flicked toward me, sharp and assessing, waiting. The weight of his presence, like the blade in my hand, had become something I couldn’t ignore.</w:t>
      </w:r>
    </w:p>
    <w:p w14:paraId="174D04B5" w14:textId="77777777" w:rsidR="00121116" w:rsidRDefault="00AA3789">
      <w:r>
        <w:t>I wiped the sweat from my brow and took a steadying breath. The cold bit at my exposed skin, but it was nothing compared to the sharpness of the blade I gripped once more. Survival in this world would demand more from me than I had ever imagined. I wasn’t ready.</w:t>
      </w:r>
    </w:p>
    <w:p w14:paraId="00BA5F96" w14:textId="77777777" w:rsidR="00121116" w:rsidRDefault="00AA3789">
      <w:r>
        <w:t>But I didn’t have a choice.</w:t>
      </w:r>
    </w:p>
    <w:p w14:paraId="08F1AA14" w14:textId="77777777" w:rsidR="00121116" w:rsidRDefault="00AA3789">
      <w:r>
        <w:t xml:space="preserve">The training intensified. Vidar said little, his corrections delivered in sharp glances and slight shifts in his stance as he blocked my attacks with effortless precision. Every strike </w:t>
      </w:r>
      <w:r>
        <w:lastRenderedPageBreak/>
        <w:t>that missed made me feel smaller, weaker. The chasm between us loomed like an endless void—between what I was and what I needed to become.</w:t>
      </w:r>
    </w:p>
    <w:p w14:paraId="3A1677AA" w14:textId="77777777" w:rsidR="00121116" w:rsidRDefault="00AA3789">
      <w:r>
        <w:t>I was tired. So tired. My muscles screamed, my lungs burned, and each breath felt like a battle in itself. I wanted to stop, to collapse onto the frozen ground and let it swallow me whole.</w:t>
      </w:r>
    </w:p>
    <w:p w14:paraId="0AF99528" w14:textId="77777777" w:rsidR="00121116" w:rsidRDefault="00AA3789">
      <w:r>
        <w:t>But I couldn’t.</w:t>
      </w:r>
    </w:p>
    <w:p w14:paraId="23DBD9FA" w14:textId="77777777" w:rsidR="00121116" w:rsidRDefault="00AA3789">
      <w:r>
        <w:t>Stopping meant giving in. Giving in meant death. And no one was coming to save me.</w:t>
      </w:r>
    </w:p>
    <w:p w14:paraId="4446195F" w14:textId="77777777" w:rsidR="00121116" w:rsidRDefault="00AA3789">
      <w:r>
        <w:t>Not Vidar. Not anyone.</w:t>
      </w:r>
    </w:p>
    <w:p w14:paraId="50482B46" w14:textId="77777777" w:rsidR="00121116" w:rsidRDefault="00AA3789">
      <w:r>
        <w:t>I swung again, the blade slicing through the air with more force than before, but still not enough. Not yet. Vidar deflected it easily, his eyes narrowing in quiet disapproval.</w:t>
      </w:r>
    </w:p>
    <w:p w14:paraId="7BB10D7E" w14:textId="77777777" w:rsidR="00121116" w:rsidRDefault="00AA3789">
      <w:r>
        <w:t>“You’re still holding back,” he said, his voice calm but piercing. “You think you’re giving everything, but you’re not.”</w:t>
      </w:r>
    </w:p>
    <w:p w14:paraId="525F9EA5" w14:textId="77777777" w:rsidR="00121116" w:rsidRDefault="00AA3789">
      <w:r>
        <w:t>His words cut deeper than any blade. My grip tightened, knuckles whitening under the strain. “You have no idea how much I’m giving,” I snapped, my voice raw and ragged.</w:t>
      </w:r>
    </w:p>
    <w:p w14:paraId="39561428" w14:textId="77777777" w:rsidR="00121116" w:rsidRDefault="00AA3789">
      <w:r>
        <w:t>Vidar’s gaze remained steady, unyielding. “I know exactly how much you’re giving,” he said, stepping closer, his presence looming over me like a shadow. “And it’s not enough.”</w:t>
      </w:r>
    </w:p>
    <w:p w14:paraId="365011CE" w14:textId="77777777" w:rsidR="00121116" w:rsidRDefault="00AA3789">
      <w:r>
        <w:t>I gritted my teeth, swinging again. The clang of metal against metal echoed through the courtyard, vibrating through my bones. My entire body screamed in protest, my muscles burning with exhaustion. The sword felt heavier with each strike, pulling me down like an anchor.</w:t>
      </w:r>
    </w:p>
    <w:p w14:paraId="38C7EC6B" w14:textId="77777777" w:rsidR="00121116" w:rsidRDefault="00AA3789">
      <w:r>
        <w:t>Vidar didn’t let up. He never did.</w:t>
      </w:r>
    </w:p>
    <w:p w14:paraId="68C5A3E1" w14:textId="77777777" w:rsidR="00121116" w:rsidRDefault="00AA3789">
      <w:r>
        <w:t>"You want to survive here?" he said, his voice like ice, sharp and biting. "Then stop fighting like someone who’s already lost."</w:t>
      </w:r>
    </w:p>
    <w:p w14:paraId="012CD4DF" w14:textId="77777777" w:rsidR="00121116" w:rsidRDefault="00AA3789">
      <w:r>
        <w:t>Anger flared inside me, hot and consuming. He didn’t understand. He had no idea what it was like to come from nothing, to have everything torn away.</w:t>
      </w:r>
    </w:p>
    <w:p w14:paraId="2FEF123B" w14:textId="77777777" w:rsidR="00121116" w:rsidRDefault="00AA3789">
      <w:r>
        <w:t>“I’m trying,” I snarled, swinging again with reckless force.</w:t>
      </w:r>
    </w:p>
    <w:p w14:paraId="019B2327" w14:textId="77777777" w:rsidR="00121116" w:rsidRDefault="00AA3789">
      <w:r>
        <w:t>Vidar parried with ease, and suddenly, he was on me. His blade came down hard, faster than I could react. I barely raised mine in time, the impact sending me stumbling back. My feet skidded across the frozen ground, barely keeping me upright.</w:t>
      </w:r>
    </w:p>
    <w:p w14:paraId="37A0333F" w14:textId="77777777" w:rsidR="00121116" w:rsidRDefault="00AA3789">
      <w:r>
        <w:t>His expression didn’t change. Cold. Detached.</w:t>
      </w:r>
    </w:p>
    <w:p w14:paraId="17DAD032" w14:textId="77777777" w:rsidR="00121116" w:rsidRDefault="00AA3789">
      <w:r>
        <w:t>“What do you think this world is?” he asked, stepping closer, his blade still raised. “There’s no mercy here. No hesitation.”</w:t>
      </w:r>
    </w:p>
    <w:p w14:paraId="4071BC65" w14:textId="77777777" w:rsidR="00121116" w:rsidRDefault="00AA3789">
      <w:r>
        <w:lastRenderedPageBreak/>
        <w:t>I wanted to scream, to tell him I already knew that, that I had learned it the hard way long before I stepped into this cursed place. But the words stuck in my throat like ice.</w:t>
      </w:r>
    </w:p>
    <w:p w14:paraId="66554B4D" w14:textId="77777777" w:rsidR="00121116" w:rsidRDefault="00AA3789">
      <w:r>
        <w:t>“Again,” he commanded, stepping back, giving me just enough space to recover.</w:t>
      </w:r>
    </w:p>
    <w:p w14:paraId="7136B64A" w14:textId="77777777" w:rsidR="00121116" w:rsidRDefault="00AA3789">
      <w:r>
        <w:t>My hands shook, my grip slipping on the hilt slick with sweat. Every muscle in my body ached, but there was no time to rest. No time to catch my breath. This world wouldn’t allow it, and neither would Vidar.</w:t>
      </w:r>
    </w:p>
    <w:p w14:paraId="5AFC359C" w14:textId="77777777" w:rsidR="00121116" w:rsidRDefault="00AA3789">
      <w:r>
        <w:t>I lifted the sword again, my arms trembling. The blade felt impossibly heavy, but I forced myself to move.</w:t>
      </w:r>
    </w:p>
    <w:p w14:paraId="18A17DE9" w14:textId="77777777" w:rsidR="00121116" w:rsidRDefault="00AA3789">
      <w:r>
        <w:t>This time, Vidar didn’t block. He sidestepped, letting my blade slice through empty air. I stumbled, catching myself just before I hit the ground.</w:t>
      </w:r>
    </w:p>
    <w:p w14:paraId="06681E21" w14:textId="77777777" w:rsidR="00121116" w:rsidRDefault="00AA3789">
      <w:r>
        <w:t>"You're distracted," he said sharply.</w:t>
      </w:r>
    </w:p>
    <w:p w14:paraId="63587A3B" w14:textId="77777777" w:rsidR="00121116" w:rsidRDefault="00AA3789">
      <w:r>
        <w:t>I was. Cyra's words still lingered, wrapping around my thoughts, pulling me under. Her taunts echoed in my head, and the worst part was—I didn’t know if she was wrong. I didn’t know if I could survive here. If I was strong enough.</w:t>
      </w:r>
    </w:p>
    <w:p w14:paraId="545603A5" w14:textId="77777777" w:rsidR="00121116" w:rsidRDefault="00AA3789">
      <w:r>
        <w:t>Vidar’s gaze bore into me, waiting.</w:t>
      </w:r>
    </w:p>
    <w:p w14:paraId="02D6C575" w14:textId="77777777" w:rsidR="00121116" w:rsidRDefault="00AA3789">
      <w:r>
        <w:t>I swung again, fueled by frustration, but he countered effortlessly. “Again.”</w:t>
      </w:r>
    </w:p>
    <w:p w14:paraId="0461DE4B" w14:textId="77777777" w:rsidR="00121116" w:rsidRDefault="00AA3789">
      <w:r>
        <w:t>This was never going to end.</w:t>
      </w:r>
    </w:p>
    <w:p w14:paraId="39998CFC" w14:textId="77777777" w:rsidR="00121116" w:rsidRDefault="00AA3789">
      <w:r>
        <w:t>And maybe that’s what I needed.</w:t>
      </w:r>
    </w:p>
    <w:p w14:paraId="52C270AF" w14:textId="77777777" w:rsidR="00121116" w:rsidRDefault="00AA3789">
      <w:r>
        <w:t>To never stop fighting.</w:t>
      </w:r>
    </w:p>
    <w:p w14:paraId="0869CFA1" w14:textId="77777777" w:rsidR="00121116" w:rsidRDefault="00AA3789">
      <w:r>
        <w:t>I felt the desperation rising, clawing at me from within. This world was relentless. I had come here with a singular purpose—to survive, to find my family—but the longer I stayed, the more I realized it wasn’t just about survival anymore.</w:t>
      </w:r>
    </w:p>
    <w:p w14:paraId="5E4F1619" w14:textId="77777777" w:rsidR="00121116" w:rsidRDefault="00AA3789">
      <w:r>
        <w:t>It was about power.</w:t>
      </w:r>
    </w:p>
    <w:p w14:paraId="1B0FA948" w14:textId="77777777" w:rsidR="00121116" w:rsidRDefault="00AA3789">
      <w:r>
        <w:t>It was about understanding the darkness that had been pulling me in from the moment I arrived—the choices it demanded, the weight it carried. It wasn’t just about enduring. It was about figuring out where I fit into all of this—this world, these people, the forces lurking beneath the surface. I had to choose. But choose what?</w:t>
      </w:r>
    </w:p>
    <w:p w14:paraId="42DDEDB9" w14:textId="77777777" w:rsidR="00121116" w:rsidRDefault="00AA3789">
      <w:r>
        <w:t>Vidar’s blade came up again, and I could feel my pulse pounding, breath coming in ragged bursts. But something shifted.</w:t>
      </w:r>
    </w:p>
    <w:p w14:paraId="56F59F62" w14:textId="77777777" w:rsidR="00121116" w:rsidRDefault="00AA3789">
      <w:r>
        <w:t>The fear that had gripped me for so long loosened, replaced by something sharper. Hotter.</w:t>
      </w:r>
    </w:p>
    <w:p w14:paraId="27F04FE4" w14:textId="77777777" w:rsidR="00121116" w:rsidRDefault="00AA3789">
      <w:r>
        <w:t>A drive to uncover the truth.</w:t>
      </w:r>
    </w:p>
    <w:p w14:paraId="493596C6" w14:textId="77777777" w:rsidR="00121116" w:rsidRDefault="00AA3789">
      <w:r>
        <w:lastRenderedPageBreak/>
        <w:t>To claim the power I had only begun to understand.</w:t>
      </w:r>
    </w:p>
    <w:p w14:paraId="27E60592" w14:textId="77777777" w:rsidR="00121116" w:rsidRDefault="00AA3789">
      <w:r>
        <w:t>To see the darkness for what it truly was—and decide what to do with it.</w:t>
      </w:r>
    </w:p>
    <w:p w14:paraId="3E706B23" w14:textId="77777777" w:rsidR="00121116" w:rsidRDefault="00AA3789">
      <w:r>
        <w:t>"Again," Vidar barked.</w:t>
      </w:r>
    </w:p>
    <w:p w14:paraId="79CAE0EC" w14:textId="77777777" w:rsidR="00121116" w:rsidRDefault="00AA3789">
      <w:r>
        <w:t>I swung, harder this time. The force cracked through my limbs, raw and untamed. Vidar blocked it, but I saw it—the flicker of surprise in his eyes.</w:t>
      </w:r>
    </w:p>
    <w:p w14:paraId="7723BB50" w14:textId="77777777" w:rsidR="00121116" w:rsidRDefault="00AA3789">
      <w:r>
        <w:t>And that flicker fueled the fire.</w:t>
      </w:r>
    </w:p>
    <w:p w14:paraId="30D5D663" w14:textId="77777777" w:rsidR="00121116" w:rsidRDefault="00AA3789">
      <w:r>
        <w:t>I struck again. And again. Each blow more focused, more desperate. The world blurred, everything fading except for the clash of steel and the burning need inside me. The pain didn't matter anymore. Nothing did.</w:t>
      </w:r>
    </w:p>
    <w:p w14:paraId="168E6437" w14:textId="77777777" w:rsidR="00121116" w:rsidRDefault="00AA3789">
      <w:r>
        <w:t>As our swords clashed relentlessly, each strike harder than the last, my mind drifted back to the words that had poured out of me before Cyra waltzed into the courtyard. But they felt distant now, drowned out by the steady rhythm of our fight.</w:t>
      </w:r>
    </w:p>
    <w:p w14:paraId="6FA75A0F" w14:textId="77777777" w:rsidR="00121116" w:rsidRDefault="00AA3789">
      <w:r>
        <w:t>Through every swing, every breath, I found myself watching him—not just his movements, but him. As if time had slowed, and in that narrowing space between each strike, I saw more than I should. More than he let anyone see.</w:t>
      </w:r>
    </w:p>
    <w:p w14:paraId="0236E79E" w14:textId="77777777" w:rsidR="00121116" w:rsidRDefault="00AA3789">
      <w:r>
        <w:t>His focus was razor-sharp, his dark brows drawn in subtle concentration. The usual effortless strength he carried was still there, but now I could see the precision beneath it, the control. The way his sleeveless arms moved—fluid yet deliberate—his skin glistening with the sheen of sweat that did nothing to weaken the force behind each of his strikes. He was strength, molded into something lethal, something untouchable. Yet still, I looked.</w:t>
      </w:r>
    </w:p>
    <w:p w14:paraId="0F6036BF" w14:textId="77777777" w:rsidR="00121116" w:rsidRDefault="00AA3789">
      <w:r>
        <w:t>I couldn’t stop.</w:t>
      </w:r>
    </w:p>
    <w:p w14:paraId="79210684" w14:textId="77777777" w:rsidR="00121116" w:rsidRDefault="00AA3789">
      <w:r>
        <w:t>I told myself it was just training, just observation—measuring my opponent, studying his skill. But something deeper curled inside me, something I couldn’t name, couldn’t control. The world around us faded, the biting cold, the distant echoes of the fortress, all dissolving into nothing as I watched him.</w:t>
      </w:r>
    </w:p>
    <w:p w14:paraId="0303F197" w14:textId="77777777" w:rsidR="00121116" w:rsidRDefault="00AA3789">
      <w:r>
        <w:t>I saw more than the mask he wore, the armor of intimidation he carried so well. The weight behind his every movement, the way his breath hitched only slightly when our blades locked, the small shifts in his stance that spoke of experience far beyond anything I could comprehend. His power wasn’t just physical—it was woven into him, into the way he carried himself, the way he existed in this place. And for a fleeting moment, I wanted to understand it.</w:t>
      </w:r>
    </w:p>
    <w:p w14:paraId="4957D63E" w14:textId="77777777" w:rsidR="00121116" w:rsidRDefault="00AA3789">
      <w:r>
        <w:t>To understand him.</w:t>
      </w:r>
    </w:p>
    <w:p w14:paraId="49C2DEB1" w14:textId="77777777" w:rsidR="00121116" w:rsidRDefault="00AA3789">
      <w:r>
        <w:t xml:space="preserve">A sharp clang of metal jolted me back into the present, and I grunted, forcing the warmth rising in my chest away. My blade met his again, and this time, the collision sent a ripple of dark smoke swirling through the air, tinged with the dim glow of firelight. It poured from </w:t>
      </w:r>
      <w:r>
        <w:lastRenderedPageBreak/>
        <w:t>me, uncontrolled, raw. And still, he stood in the storm I created, unmoved, unshaken. His eyes flicked to the flicker of power as if it were something to be studied, a puzzle to be solved.</w:t>
      </w:r>
    </w:p>
    <w:p w14:paraId="53E618CC" w14:textId="77777777" w:rsidR="00121116" w:rsidRDefault="00AA3789">
      <w:r>
        <w:t>And then he struck again—harder, faster.</w:t>
      </w:r>
    </w:p>
    <w:p w14:paraId="3D52248C" w14:textId="77777777" w:rsidR="00121116" w:rsidRDefault="00AA3789">
      <w:r>
        <w:t>The illusion shattered. My arms trembled under the force, exhaustion creeping through my limbs. The sword grew heavier in my grasp, the weight of it sinking down, pulling me with it.</w:t>
      </w:r>
    </w:p>
    <w:p w14:paraId="1350F1EB" w14:textId="77777777" w:rsidR="00121116" w:rsidRDefault="00AA3789">
      <w:r>
        <w:t>I stood there, breathless, staring down at the blade as it rested against the stone, my chest rising and falling in ragged gasps.</w:t>
      </w:r>
    </w:p>
    <w:p w14:paraId="235D7CCB" w14:textId="77777777" w:rsidR="00121116" w:rsidRDefault="00AA3789">
      <w:r>
        <w:t>Vidar studied me in silence, his expression unreadable, his eyes lingering on me as though waiting for something. Then he nodded.</w:t>
      </w:r>
    </w:p>
    <w:p w14:paraId="548948F8" w14:textId="77777777" w:rsidR="00121116" w:rsidRDefault="00AA3789">
      <w:r>
        <w:t>"You're not done."</w:t>
      </w:r>
    </w:p>
    <w:p w14:paraId="31C1280A" w14:textId="77777777" w:rsidR="00121116" w:rsidRDefault="00AA3789">
      <w:r>
        <w:t>His voice was quiet, but it cut through the exhaustion like a blade.</w:t>
      </w:r>
    </w:p>
    <w:p w14:paraId="5A29C838" w14:textId="77777777" w:rsidR="00121116" w:rsidRDefault="00AA3789">
      <w:r>
        <w:t>I looked up at him, my entire body screaming in protest, but I nodded. I wasn’t done.</w:t>
      </w:r>
    </w:p>
    <w:p w14:paraId="0FF2FC37" w14:textId="77777777" w:rsidR="00121116" w:rsidRDefault="00AA3789">
      <w:r>
        <w:t>Not yet.</w:t>
      </w:r>
    </w:p>
    <w:p w14:paraId="77C284B9" w14:textId="77777777" w:rsidR="00121116" w:rsidRDefault="00AA3789">
      <w:r>
        <w:t>“Drop your sword,” Vidar’s order sliced through the air like a blade itself.</w:t>
      </w:r>
    </w:p>
    <w:p w14:paraId="7C6A96A1" w14:textId="77777777" w:rsidR="00121116" w:rsidRDefault="00AA3789">
      <w:r>
        <w:t>The weapon slipped from my trembling fingers, hitting the cold stone with a dull, final thud. My hands tingled, raw and aching, the sting of exhaustion burning beneath my skin. Before I could catch my breath, Vidar was already stepping closer.</w:t>
      </w:r>
    </w:p>
    <w:p w14:paraId="20218E35" w14:textId="77777777" w:rsidR="00121116" w:rsidRDefault="00AA3789">
      <w:r>
        <w:t>“Fists up,” he commanded, his voice stripped of any emotion. No hesitation. No mercy.</w:t>
      </w:r>
    </w:p>
    <w:p w14:paraId="42595A80" w14:textId="77777777" w:rsidR="00121116" w:rsidRDefault="00AA3789">
      <w:r>
        <w:t>My arms screamed in protest, the relentless training having reduced them to little more than dead weight, but I forced them up, knuckles trembling. Sweat carved lines down my spine, soaking into my already damp clothes. Vidar’s eyes bore into mine—cold, unreadable, searching for something I wasn’t sure I had.</w:t>
      </w:r>
    </w:p>
    <w:p w14:paraId="78F1B2C5" w14:textId="77777777" w:rsidR="00121116" w:rsidRDefault="00AA3789">
      <w:r>
        <w:t>He moved first. Fast. Calculated.</w:t>
      </w:r>
    </w:p>
    <w:p w14:paraId="6B641A56" w14:textId="77777777" w:rsidR="00121116" w:rsidRDefault="00AA3789">
      <w:r>
        <w:t>His fist shot toward me with unnerving precision. I stumbled back, barely dodging, but not without cost—his knuckles grazed my ribs, knocking the air from my lungs in a sharp, painful exhale.</w:t>
      </w:r>
    </w:p>
    <w:p w14:paraId="7A534F4C" w14:textId="77777777" w:rsidR="00121116" w:rsidRDefault="00AA3789">
      <w:r>
        <w:t>“Again,” he said, not allowing me a moment to recover.</w:t>
      </w:r>
    </w:p>
    <w:p w14:paraId="691612C3" w14:textId="77777777" w:rsidR="00121116" w:rsidRDefault="00AA3789">
      <w:r>
        <w:t>I steeled myself, planting my feet on the slippery stone, willing my muscles to obey. His next attack came harder, faster. I ducked, my legs nearly giving out beneath me, but I managed to avoid the full force of his strike. My foot skidded, the wet ground threatening to betray me, but I caught myself at the last second.</w:t>
      </w:r>
    </w:p>
    <w:p w14:paraId="0EDAC24C" w14:textId="77777777" w:rsidR="00121116" w:rsidRDefault="00AA3789">
      <w:r>
        <w:lastRenderedPageBreak/>
        <w:t>Vidar circled, a predator assessing his prey. His movements were smooth, methodical—each step measured, deliberate. There was no stopping, no slowing. Each strike came without warning, each attack pushing me further past my limits.</w:t>
      </w:r>
    </w:p>
    <w:p w14:paraId="795C8FF5" w14:textId="77777777" w:rsidR="00121116" w:rsidRDefault="00AA3789">
      <w:r>
        <w:t>“Faster,” his voice cut through the haze of fatigue clouding my mind.</w:t>
      </w:r>
    </w:p>
    <w:p w14:paraId="6F0BAC9A" w14:textId="77777777" w:rsidR="00121116" w:rsidRDefault="00AA3789">
      <w:r>
        <w:t>Faster. I had nothing left, but I lunged anyway.</w:t>
      </w:r>
    </w:p>
    <w:p w14:paraId="2DE980DD" w14:textId="77777777" w:rsidR="00121116" w:rsidRDefault="00AA3789">
      <w:r>
        <w:t>My fist sliced through the air, aimed at his chest. I knew it wouldn’t land cleanly, but I tried. Vidar caught it with ease, his grip unyielding as he twisted my arm behind my back, locking me into place. My pulse roared in my ears, my breath shallow.</w:t>
      </w:r>
    </w:p>
    <w:p w14:paraId="72016DEE" w14:textId="77777777" w:rsidR="00121116" w:rsidRDefault="00AA3789">
      <w:r>
        <w:t>“You’ll need more than that,” he murmured, his voice a low hum against the shell of my ear.</w:t>
      </w:r>
    </w:p>
    <w:p w14:paraId="3BE346E3" w14:textId="77777777" w:rsidR="00121116" w:rsidRDefault="00AA3789">
      <w:r>
        <w:t>Frustration boiled in my chest. I gritted my teeth and swung my elbow back with everything I had left. He released me just before impact, sidestepping effortlessly, the motion fluid—effortless. The difference between us was painfully clear.</w:t>
      </w:r>
    </w:p>
    <w:p w14:paraId="19233D05" w14:textId="77777777" w:rsidR="00121116" w:rsidRDefault="00AA3789">
      <w:r>
        <w:t>I dropped to a knee, gasping, my vision swimming, but before I could catch myself, his hand clamped around my arm, yanking me upright once more.</w:t>
      </w:r>
    </w:p>
    <w:p w14:paraId="77E8B863" w14:textId="77777777" w:rsidR="00121116" w:rsidRDefault="00AA3789">
      <w:r>
        <w:t>“Keep moving.”</w:t>
      </w:r>
    </w:p>
    <w:p w14:paraId="35F6AA6C" w14:textId="77777777" w:rsidR="00121116" w:rsidRDefault="00AA3789">
      <w:r>
        <w:t>There was no room for weakness here. No time to collapse, no mercy.</w:t>
      </w:r>
    </w:p>
    <w:p w14:paraId="52F4BFD5" w14:textId="77777777" w:rsidR="00121116" w:rsidRDefault="00AA3789">
      <w:r>
        <w:t>Something snapped inside me. Without thinking, I surged forward, jabbing with my right hand. This time, my knuckles connected with his ribs. He barely reacted, only the briefest flicker of acknowledgment crossing his face before he caught my wrist and twisted it, sending me crashing to the ground.</w:t>
      </w:r>
    </w:p>
    <w:p w14:paraId="12703CFA" w14:textId="77777777" w:rsidR="00121116" w:rsidRDefault="00AA3789">
      <w:r>
        <w:t>The impact knocked the wind from me, pain radiating through my bones. The cold stone beneath me felt unforgiving, and for a second, I didn’t move. Vidar loomed above me, silent, watching.</w:t>
      </w:r>
    </w:p>
    <w:p w14:paraId="76DFFA30" w14:textId="77777777" w:rsidR="00121116" w:rsidRDefault="00AA3789">
      <w:r>
        <w:t>“Don’t stop,” he said, his voice still calm, still unmoved. “Keep fighting.”</w:t>
      </w:r>
    </w:p>
    <w:p w14:paraId="098E0C8F" w14:textId="77777777" w:rsidR="00121116" w:rsidRDefault="00AA3789">
      <w:r>
        <w:t>I wanted to. I wanted to fight, to prove that I wasn’t as weak as I felt—but my body had reached its limit. My chest heaved with ragged breaths, and I could feel the tremor in my muscles, the weight of exhaustion pressing down on me like a boulder.</w:t>
      </w:r>
    </w:p>
    <w:p w14:paraId="29848D03" w14:textId="77777777" w:rsidR="00121116" w:rsidRDefault="00AA3789">
      <w:r>
        <w:t>Vidar stepped back, sheathing his swords with a sharp clink.</w:t>
      </w:r>
    </w:p>
    <w:p w14:paraId="5D22755E" w14:textId="77777777" w:rsidR="00121116" w:rsidRDefault="00AA3789">
      <w:r>
        <w:t>“Good.” His voice was steady, cool, with that same relentless tone that never wavered. “We’re done for today. Go get a shower.”</w:t>
      </w:r>
    </w:p>
    <w:p w14:paraId="0DFD89B8" w14:textId="77777777" w:rsidR="00121116" w:rsidRDefault="00AA3789">
      <w:r>
        <w:t>Just like that, it was over.</w:t>
      </w:r>
    </w:p>
    <w:p w14:paraId="529900E7" w14:textId="77777777" w:rsidR="00121116" w:rsidRDefault="00AA3789">
      <w:r>
        <w:lastRenderedPageBreak/>
        <w:t>For a moment, I stood there, staring at him, struggling to steady my breathing. His dismissal felt like both a relief and a challenge—today I had survived, but that was all. I hadn’t won anything. Not yet.</w:t>
      </w:r>
    </w:p>
    <w:p w14:paraId="52C48C70" w14:textId="77777777" w:rsidR="00121116" w:rsidRDefault="00AA3789">
      <w:r>
        <w:t>I wiped the sweat from my brow, my fingers trembling slightly as I traced the grit and dried blood caked along my skin. I was a mess. Every inch of me screamed in protest, but deep down, something was stirring. A shift.</w:t>
      </w:r>
    </w:p>
    <w:p w14:paraId="594C7B74" w14:textId="77777777" w:rsidR="00121116" w:rsidRDefault="00AA3789">
      <w:r>
        <w:t>I glanced at Vidar’s back as he meticulously arranged the weapons, his movements precise, almost ritualistic. He was already thinking about tomorrow. About the next battle. About pushing me further.</w:t>
      </w:r>
    </w:p>
    <w:p w14:paraId="6628F804" w14:textId="77777777" w:rsidR="00121116" w:rsidRDefault="00AA3789">
      <w:r>
        <w:t>I turned away, each step heavier than the last, my legs sluggish as I walked toward the fortress. The cold air outside wrapped around me, clinging to the sweat on my skin, seeping into the cuts and bruises I’d earned today. It should’ve made me feel smaller.</w:t>
      </w:r>
    </w:p>
    <w:p w14:paraId="4CBF9A5A" w14:textId="77777777" w:rsidR="00121116" w:rsidRDefault="00AA3789">
      <w:r>
        <w:t>But it didn’t.</w:t>
      </w:r>
    </w:p>
    <w:p w14:paraId="6D9153EC" w14:textId="77777777" w:rsidR="00121116" w:rsidRDefault="00AA3789">
      <w:r>
        <w:t>The pain, the exhaustion—it all meant something now. And though my body was broken, my resolve wasn’t.</w:t>
      </w:r>
    </w:p>
    <w:p w14:paraId="7B4D6DC8" w14:textId="77777777" w:rsidR="00121116" w:rsidRDefault="00AA3789">
      <w:r>
        <w:t>I wasn’t quite as weak anymore.</w:t>
      </w:r>
    </w:p>
    <w:p w14:paraId="647984F8" w14:textId="77777777" w:rsidR="00121116" w:rsidRDefault="00AA3789">
      <w:r>
        <w:t>I trudged through the hallways, each step heavier than the last, dirt clinging to my skin and clothes. The dim light cast long shadows, and I focused on getting back to my room, away from everything. Just as I rounded the corner toward the stairs, two figures stood in the hallway, blocking my path. I barely had the energy to notice them at first—until I caught a glimpse of spiky blonde hair and a pair of dead, pitiless eyes.</w:t>
      </w:r>
    </w:p>
    <w:p w14:paraId="24EF0CEA" w14:textId="77777777" w:rsidR="00121116" w:rsidRDefault="00AA3789">
      <w:r>
        <w:t>Ichiro.</w:t>
      </w:r>
    </w:p>
    <w:p w14:paraId="01CF394A" w14:textId="77777777" w:rsidR="00121116" w:rsidRDefault="00AA3789">
      <w:r>
        <w:t>His pale lips twisted into something that might have resembled a smile, but there was nothing friendly about it. His gaze was too sharp, too calculating. Titus stood beside him, his loose curls falling over his face, eyes equally cold but with a different kind of cruelty—more restrained, but no less dangerous.</w:t>
      </w:r>
    </w:p>
    <w:p w14:paraId="05D57BEA" w14:textId="77777777" w:rsidR="00121116" w:rsidRDefault="00AA3789">
      <w:r>
        <w:t>I kept walking, refusing to stop, even though my pulse quickened. The hall felt too narrow, the air too still, as if the entire fortress held its breath. I could feel their eyes on me, watching every movement like wolves circling prey.</w:t>
      </w:r>
    </w:p>
    <w:p w14:paraId="69FF840B" w14:textId="77777777" w:rsidR="00121116" w:rsidRDefault="00AA3789">
      <w:r>
        <w:t>Ichiro’s voice broke the silence, low and deliberate. “It’s not often we see someone out of breath... after spending time with Vidar.”</w:t>
      </w:r>
    </w:p>
    <w:p w14:paraId="0A798823" w14:textId="77777777" w:rsidR="00121116" w:rsidRDefault="00AA3789">
      <w:r>
        <w:t>There was no humor in his words, just cold observation. Titus leaned back against the wall, his arms crossed, watching me with a lazy, almost indifferent gaze—yet I could feel the weight of his attention, as sharp as a blade.</w:t>
      </w:r>
    </w:p>
    <w:p w14:paraId="73684B5A" w14:textId="77777777" w:rsidR="00121116" w:rsidRDefault="00AA3789">
      <w:r>
        <w:lastRenderedPageBreak/>
        <w:t>“Strange,” Titus murmured, his voice a quiet echo in the stone corridor, “how some people push themselves past their limits... for no reason.”</w:t>
      </w:r>
    </w:p>
    <w:p w14:paraId="031FB515" w14:textId="77777777" w:rsidR="00121116" w:rsidRDefault="00AA3789">
      <w:r>
        <w:t>I stopped a few feet from them, my body tense. I didn’t want to engage, but they had positioned themselves too perfectly, like they had been waiting. Calculating.</w:t>
      </w:r>
    </w:p>
    <w:p w14:paraId="7272A3FE" w14:textId="77777777" w:rsidR="00121116" w:rsidRDefault="00AA3789">
      <w:r>
        <w:t>Ichiro stepped forward slightly, just enough to draw attention but not close enough to touch. His expression remained unreadable, though there was a glimmer of something dark in his eyes.</w:t>
      </w:r>
    </w:p>
    <w:p w14:paraId="330A3E6A" w14:textId="77777777" w:rsidR="00121116" w:rsidRDefault="00AA3789">
      <w:r>
        <w:t>“You’re surviving, but it’s only a matter of time” he continued, almost thoughtfully, “what’s the point of wasting your energy? Knowing how to fight won’t be enough.”</w:t>
      </w:r>
    </w:p>
    <w:p w14:paraId="2B092BB8" w14:textId="77777777" w:rsidR="00121116" w:rsidRDefault="00AA3789">
      <w:r>
        <w:t>His words hung in the air, colder than the shadows around us. I clenched my fists, knowing they were testing me, probing for weakness—but I wasn’t going to give them the satisfaction of seeing me falter.</w:t>
      </w:r>
    </w:p>
    <w:p w14:paraId="19DF0910" w14:textId="77777777" w:rsidR="00121116" w:rsidRDefault="00AA3789">
      <w:r>
        <w:t>Titus tilted his head slightly, his gaze still fixed on me, but there was no warmth in it, only quiet curiosity. “Careful, Sky... this place has a way of devouring people who don’t belong.” I felt an uninviting pain pierce through me without warning. It was sharp, sudden—too intense to ignore. I winced, my body instinctively tensing, trying to fight it, but the pain didn’t fade. It clawed deeper. Ichiro chuckled, the sound cold and biting, like a predator toying with its prey.</w:t>
      </w:r>
    </w:p>
    <w:p w14:paraId="1C6B6EC6" w14:textId="77777777" w:rsidR="00121116" w:rsidRDefault="00AA3789">
      <w:r>
        <w:t>“You see, Sky,” he said, his lifeless eyes glinting with cruel amusement. I looked up at him, meeting his gaze with a mixture of rage and defiance. It was the only armor I had left.</w:t>
      </w:r>
    </w:p>
    <w:p w14:paraId="6085721A" w14:textId="77777777" w:rsidR="00121116" w:rsidRDefault="00AA3789">
      <w:r>
        <w:t>“Anger,” Titus added, his voice soft but laced with dark intent, a quiet hiss in the stillness of the hall. “Pure, burning anger. You don’t belong in his world. It shows.”</w:t>
      </w:r>
    </w:p>
    <w:p w14:paraId="7A7736EB" w14:textId="77777777" w:rsidR="00121116" w:rsidRDefault="00AA3789">
      <w:r>
        <w:t>His words were dismissive, patronizing, like they saw through every layer of my being—down to the raw, seething frustration that twisted inside me. “It will consume you... and destroy you from the inside, darling.”</w:t>
      </w:r>
    </w:p>
    <w:p w14:paraId="4A82CFA7" w14:textId="77777777" w:rsidR="00121116" w:rsidRDefault="00AA3789">
      <w:r>
        <w:t>Their words wrapped around me like a vice, tightening with every passing second, every breath. I stayed fierce on the outside, my gaze never leaving Ichiro’s, but inside... I was unraveling. Slowly, piece by piece, I felt myself giving up.</w:t>
      </w:r>
    </w:p>
    <w:p w14:paraId="1765244B" w14:textId="77777777" w:rsidR="00121116" w:rsidRDefault="00AA3789">
      <w:r>
        <w:t>Another wave of sharp pain ripped through me, harder this time, tearing through my nerves like fire. My legs threatened to buckle, but I forced them to stay steady. I wouldn’t fall. Not here. Not in front of them.</w:t>
      </w:r>
    </w:p>
    <w:p w14:paraId="1E2E16EF" w14:textId="77777777" w:rsidR="00121116" w:rsidRDefault="00AA3789">
      <w:r>
        <w:t>But the pain was relentless, gnawing away at the thin layers of control I had left. How long could I hold on? How long before they saw the cracks forming beneath my skin? But instead of breaking, something inside me ignited—a surge of energy, dark and euphoric, flooding every corner of my being. It didn’t just burn; it consumed. Every sensation of pain vanished, swallowed whole by this force. I felt no weakness, only power.</w:t>
      </w:r>
    </w:p>
    <w:p w14:paraId="69327F73" w14:textId="77777777" w:rsidR="00121116" w:rsidRDefault="00AA3789">
      <w:r>
        <w:lastRenderedPageBreak/>
        <w:t>The darkness in me awakened, coiling through my veins like fire, alive and ravenous. It flowed through me in waves, erasing every deadened part of me, every crack I thought would shatter. The more I gave into it, the stronger it became—the more I let it take control, the better it felt.</w:t>
      </w:r>
    </w:p>
    <w:p w14:paraId="51505A8F" w14:textId="77777777" w:rsidR="00121116" w:rsidRDefault="00AA3789">
      <w:r>
        <w:t>I looked down, watching as black smoke curled around me, snaking up from the ground like living shadows. It wasn’t just smoke—it was something darker, something untamed. The flames grew, swirling higher, denser, as I reclaimed control over my body, piece by piece.</w:t>
      </w:r>
    </w:p>
    <w:p w14:paraId="12AEFC7D" w14:textId="77777777" w:rsidR="00121116" w:rsidRDefault="00AA3789">
      <w:r>
        <w:t>The fear, the doubt—it all evaporated in the heat of this power. I wasn’t the same as I was before.</w:t>
      </w:r>
    </w:p>
    <w:p w14:paraId="5E190766" w14:textId="77777777" w:rsidR="00121116" w:rsidRDefault="00AA3789">
      <w:r>
        <w:t>I could feel Ichiro’s and Titus's gazes, their amusement faltering as they watched, realizing this wasn’t the weak, breakable girl they thought I was.</w:t>
      </w:r>
    </w:p>
    <w:p w14:paraId="013DB28B" w14:textId="77777777" w:rsidR="00121116" w:rsidRDefault="00AA3789">
      <w:r>
        <w:t>Both shielded themselves, a sudden pulse of magic rippling through the air, forming a shimmering, protective barrier. The tension between us felt like the very air was tightening, suffocating.</w:t>
      </w:r>
    </w:p>
    <w:p w14:paraId="36F733D9" w14:textId="77777777" w:rsidR="00121116" w:rsidRDefault="00AA3789">
      <w:r>
        <w:t>“I don’t care what will kill me. I won’t stop.” My voice, hoarse and raw, barely rose above a whisper, yet it carried a deadly calm. “I’ll fight with whatever I have left.”</w:t>
      </w:r>
    </w:p>
    <w:p w14:paraId="448CCBE6" w14:textId="77777777" w:rsidR="00121116" w:rsidRDefault="00AA3789">
      <w:r>
        <w:t>Ichiro’s eyes glinted dangerously, a flicker of something dark moving beneath his pale surface. “Do you even know what it is you are fighting for? It will be your dooming.” His words slithered out, cold and detached, like a death sentence already signed.</w:t>
      </w:r>
    </w:p>
    <w:p w14:paraId="6877011B" w14:textId="77777777" w:rsidR="00121116" w:rsidRDefault="00AA3789">
      <w:r>
        <w:t>I felt my power draw back, retreating into me like a coiled snake. Both held their ground, watching me with predatory amusement, their eyes narrowing as if testing, calculating. A thick, smokey grey mist began to twist around their feet, like living shadows. It crept higher, curling around their bodies until their figures blurred into dark silhouettes.</w:t>
      </w:r>
    </w:p>
    <w:p w14:paraId="38725EBF" w14:textId="77777777" w:rsidR="00121116" w:rsidRDefault="00AA3789">
      <w:r>
        <w:t>Without a sound, they dissolved into the smoke, their forms vanishing in front of me. The mist hung for a moment, heavy and oppressive, before it evaporated, leaving the air cold and empty. Their magic knew no limits here, not in this twisted fortress. I envied their freedom, their ease of movement while I felt trapped in these stone walls, bound by unspoken rules. As the last traces of their presence faded, a strange relief washed over me. The air felt lighter, less suffocating. Their oppressive magic had lifted, but the weight of my situation remained. Still, for a moment, I breathed easier.</w:t>
      </w:r>
    </w:p>
    <w:p w14:paraId="16A99B7B" w14:textId="77777777" w:rsidR="00121116" w:rsidRDefault="00AA3789">
      <w:r>
        <w:t>The days stretched on in a monotonous loop—the same stone walls, the same cold corridors, my footsteps echoing in empty halls that only reinforced my isolation. Hope had slipped away, fading like breath in the winter air. I no longer imagined a way out; survival was all that remained. Training was the only thing that tethered me to something real, the only glimmer of purpose I could hold onto. I needed to be stronger, sharper.</w:t>
      </w:r>
    </w:p>
    <w:p w14:paraId="03BE8C36" w14:textId="77777777" w:rsidR="00121116" w:rsidRDefault="00AA3789">
      <w:r>
        <w:t>But the solitude gnawed at me, dragging me deeper into my thoughts—thoughts I couldn’t quiet, no matter how hard I tried.</w:t>
      </w:r>
    </w:p>
    <w:p w14:paraId="4015B4E1" w14:textId="77777777" w:rsidR="00121116" w:rsidRDefault="00AA3789">
      <w:r>
        <w:lastRenderedPageBreak/>
        <w:t>Vidar hadn’t spoken again about the scar he’d seen, nor had he acknowledged the story that had spilled from my lips so easily. I still didn’t understand why I had told him, why the words had poured out like a confession waiting to be heard. As if a part of me had been desperate to say them out loud. And maybe I had been. A part of me had clung to the fleeting comfort of being seen, but the days that followed made me realize that forgetting it would be easier.</w:t>
      </w:r>
    </w:p>
    <w:p w14:paraId="1BC8FD99" w14:textId="77777777" w:rsidR="00121116" w:rsidRDefault="00AA3789">
      <w:r>
        <w:t>I needed to forget it, just as he had.</w:t>
      </w:r>
    </w:p>
    <w:p w14:paraId="08B5929A" w14:textId="77777777" w:rsidR="00121116" w:rsidRDefault="00AA3789">
      <w:r>
        <w:t>Yet I couldn’t.</w:t>
      </w:r>
    </w:p>
    <w:p w14:paraId="38C5E461" w14:textId="77777777" w:rsidR="00121116" w:rsidRDefault="00AA3789">
      <w:r>
        <w:t>That moment lingered, tugging at me in ways I couldn’t quite comprehend. The way his eyes had locked onto mine, the way he had stood there, silent but present. It was too unfamiliar to dismiss, a feeling I didn’t know how to name. And despite pushing it away, there was a spark buried within me, quietly begging for more of that fleeting comfort.</w:t>
      </w:r>
    </w:p>
    <w:p w14:paraId="1AD72D30" w14:textId="77777777" w:rsidR="00121116" w:rsidRDefault="00AA3789">
      <w:r>
        <w:t>But every passing moment made it seem more distant, slipping further into the haze of things I wished I could erase.</w:t>
      </w:r>
    </w:p>
    <w:p w14:paraId="4BED5D02" w14:textId="77777777" w:rsidR="00121116" w:rsidRDefault="00AA3789">
      <w:r>
        <w:t>I could pretend all I wanted, tell myself it didn’t matter. That I didn’t need anyone to see me. But the truth was carved too deep, an aching crack in the armor I had spent years building. That crack scared me more than anything, because I knew what lay beyond it. A storm of everything I had buried—pain, regret, the weight of too many things I wasn’t ready to face.</w:t>
      </w:r>
    </w:p>
    <w:p w14:paraId="6C15F602" w14:textId="77777777" w:rsidR="00121116" w:rsidRDefault="00AA3789">
      <w:r>
        <w:t>I would not let it break.</w:t>
      </w:r>
    </w:p>
    <w:p w14:paraId="218B943A" w14:textId="77777777" w:rsidR="00121116" w:rsidRDefault="00AA3789">
      <w:r>
        <w:t>Not for Vidar. Not for anyone.</w:t>
      </w:r>
    </w:p>
    <w:p w14:paraId="02C24553" w14:textId="77777777" w:rsidR="00121116" w:rsidRDefault="00AA3789">
      <w:r>
        <w:t>But even now, the smallest part of me, the one I hated most, whispered for that feeling again. That brief second of relief, of something beyond the endless fight to stay standing. But I crushed it down, burying it beneath layers of cold resolve. I couldn’t afford to want something like that.</w:t>
      </w:r>
    </w:p>
    <w:p w14:paraId="71EA22DE" w14:textId="77777777" w:rsidR="00121116" w:rsidRDefault="00AA3789">
      <w:r>
        <w:t>I forced my thoughts elsewhere, to the bigger questions that gnawed at the edges of my mind. Who was Vidar in all of this? He didn’t seem to fit with Cronus and his circle, not entirely. There had to be a reason he stood among them, but that question would have to wait. Right now, the only thing I could focus on was their silence.</w:t>
      </w:r>
    </w:p>
    <w:p w14:paraId="3E4894D0" w14:textId="77777777" w:rsidR="00121116" w:rsidRDefault="00AA3789">
      <w:r>
        <w:t>They were playing a game, hovering above the surface, waiting for the right moment to pull me under. Each encounter with them felt rehearsed, every interaction circling back to the same cold, hollow words. Survival is the only task. As if they were daring me to fail, waiting for me to crumble beneath the weight of their expectations.</w:t>
      </w:r>
    </w:p>
    <w:p w14:paraId="0181CB34" w14:textId="77777777" w:rsidR="00121116" w:rsidRDefault="00AA3789">
      <w:r>
        <w:t>But why did I matter?</w:t>
      </w:r>
    </w:p>
    <w:p w14:paraId="6B5D42FC" w14:textId="77777777" w:rsidR="00121116" w:rsidRDefault="00AA3789">
      <w:r>
        <w:lastRenderedPageBreak/>
        <w:t>I felt like an unknown variable in their equation, a piece they hadn’t quite figured out yet. They watched me closely, searching for something they couldn’t see. Waiting. Expecting. But for what?</w:t>
      </w:r>
    </w:p>
    <w:p w14:paraId="73DFA71F" w14:textId="77777777" w:rsidR="00121116" w:rsidRDefault="00AA3789">
      <w:r>
        <w:t>I would only disappoint them.</w:t>
      </w:r>
    </w:p>
    <w:p w14:paraId="661B3317" w14:textId="77777777" w:rsidR="00121116" w:rsidRDefault="00AA3789">
      <w:r>
        <w:t>I could feel their desires, each one shaped selfishly. Cronus, Vidar, Cyra—they all wanted something different from me, but none of them dared to say it aloud. I was walking on thin ice, always looking over my shoulder, bracing for the moment one of them decided to push me further into the depths of this tangled puzzle. And Vidar—his answer was always the same.</w:t>
      </w:r>
    </w:p>
    <w:p w14:paraId="3C83E9AC" w14:textId="77777777" w:rsidR="00121116" w:rsidRDefault="00AA3789">
      <w:r>
        <w:t>Keep training.</w:t>
      </w:r>
    </w:p>
    <w:p w14:paraId="2BA8500A" w14:textId="77777777" w:rsidR="00121116" w:rsidRDefault="00AA3789">
      <w:r>
        <w:t>I would know when the time came, he said. Cronus would have the answers, he said. My strength would guide me home. As if it were that simple.</w:t>
      </w:r>
    </w:p>
    <w:p w14:paraId="73136054" w14:textId="77777777" w:rsidR="00121116" w:rsidRDefault="00AA3789">
      <w:r>
        <w:t>But I didn’t know what home even meant anymore.</w:t>
      </w:r>
    </w:p>
    <w:p w14:paraId="49636868" w14:textId="77777777" w:rsidR="00121116" w:rsidRDefault="00AA3789">
      <w:r>
        <w:t>Vidar moved in silence, a force all on his own. He left nothing behind but the lingering weight of his presence—a quiet storm no one could hear, only feel, simmering beneath his skin, trailing behind him like a shadow that never quite left.</w:t>
      </w:r>
    </w:p>
    <w:p w14:paraId="05A93B39" w14:textId="77777777" w:rsidR="00121116" w:rsidRDefault="00AA3789">
      <w:r>
        <w:t>~</w:t>
      </w:r>
    </w:p>
    <w:p w14:paraId="48519A3A" w14:textId="77777777" w:rsidR="00121116" w:rsidRDefault="00AA3789">
      <w:r>
        <w:t>I had been waiting. Watching. Hoping to cross paths with Ichiro or Titus again. I needed answers—about the woman in the book, about the choice she had spoken of. If I dared to ask.</w:t>
      </w:r>
    </w:p>
    <w:p w14:paraId="7D967676" w14:textId="77777777" w:rsidR="00121116" w:rsidRDefault="00AA3789">
      <w:r>
        <w:t>But I hadn’t seen Cronus or the others in days, or perhaps they had been here all along, hidden in the fortress while I wasted away in my chambers. The only real company I had was Zaylee, who brought me meals in the morning and night without a word.</w:t>
      </w:r>
    </w:p>
    <w:p w14:paraId="104B9371" w14:textId="77777777" w:rsidR="00121116" w:rsidRDefault="00AA3789">
      <w:r>
        <w:t>Sometimes, I would slip out, sneaking through the hallways to the library, my heart pounding in my chest each time I entered. I made sure to put each book back exactly where I found it, my fingers tracing the worn spines as if they held the answers I so desperately sought.</w:t>
      </w:r>
    </w:p>
    <w:p w14:paraId="3E641238" w14:textId="77777777" w:rsidR="00121116" w:rsidRDefault="00AA3789">
      <w:r>
        <w:t>Every night, I devoured ancient texts, searching for her—unconsciously, obsessively. The woman from the book. The one who had whispered to me in that dark room, telling me I had to choose. Who was she? Was she real? Her voice lingered in my mind, sharp and feminine, haunting my thoughts when the silence settled in.</w:t>
      </w:r>
    </w:p>
    <w:p w14:paraId="201BC2B7" w14:textId="77777777" w:rsidR="00121116" w:rsidRDefault="00AA3789">
      <w:r>
        <w:t>Even lying in the massive, carved-wood bed, surrounded by thick silk sheets, I found no comfort. The cold had rooted itself deep within me, unreachable. The ceiling stretched high above, endless, and I searched it blankly, as if looking for stars.</w:t>
      </w:r>
    </w:p>
    <w:p w14:paraId="6409AE2F" w14:textId="77777777" w:rsidR="00121116" w:rsidRDefault="00AA3789">
      <w:r>
        <w:lastRenderedPageBreak/>
        <w:t>But the stars weren’t here. They were back home, buried beneath memories I was beginning to forget.</w:t>
      </w:r>
    </w:p>
    <w:p w14:paraId="626C3AC2" w14:textId="77777777" w:rsidR="00121116" w:rsidRDefault="00AA3789">
      <w:r>
        <w:t>The moonlight, the familiar faces, the safety I once clung to—it was all slipping away, becoming something distant and unreachable. My mind tortured me with images of my family, of their suffering, and no matter how much I tried to push them away, they returned with relentless cruelty.</w:t>
      </w:r>
    </w:p>
    <w:p w14:paraId="6D16FDB7" w14:textId="77777777" w:rsidR="00121116" w:rsidRDefault="00AA3789">
      <w:r>
        <w:t>Maybe they thought I was dead. Maybe it was easier that way.</w:t>
      </w:r>
    </w:p>
    <w:p w14:paraId="26103C22" w14:textId="77777777" w:rsidR="00121116" w:rsidRDefault="00AA3789">
      <w:r>
        <w:t>~</w:t>
      </w:r>
    </w:p>
    <w:p w14:paraId="57DFB87F" w14:textId="77777777" w:rsidR="00121116" w:rsidRDefault="00AA3789">
      <w:r>
        <w:t>And yet, as the darkness around me deepened, all I saw was him.</w:t>
      </w:r>
    </w:p>
    <w:p w14:paraId="3CB5B94D" w14:textId="77777777" w:rsidR="00121116" w:rsidRDefault="00AA3789">
      <w:r>
        <w:t>Vidar.</w:t>
      </w:r>
    </w:p>
    <w:p w14:paraId="22929EA9" w14:textId="77777777" w:rsidR="00121116" w:rsidRDefault="00AA3789">
      <w:r>
        <w:t>His presence had become an anchor in the storm I couldn’t control, a force I couldn’t escape. My thoughts drifted to him without my permission, wondering what lay beneath those unreadable eyes.</w:t>
      </w:r>
    </w:p>
    <w:p w14:paraId="6DDD6B25" w14:textId="77777777" w:rsidR="00121116" w:rsidRDefault="00AA3789">
      <w:r>
        <w:t>My hand drifted to my stomach, fingers brushing the rough, brittle skin, worn from the cold and the endless hours of training. I felt nothing but ice beneath my fingertips. No warmth, no comfort.</w:t>
      </w:r>
    </w:p>
    <w:p w14:paraId="62645BA8" w14:textId="77777777" w:rsidR="00121116" w:rsidRDefault="00AA3789">
      <w:r>
        <w:t>Even when his blade cut me, even when his fists struck, I didn’t flinch. I didn’t want to run.</w:t>
      </w:r>
    </w:p>
    <w:p w14:paraId="3F1D278E" w14:textId="77777777" w:rsidR="00121116" w:rsidRDefault="00AA3789">
      <w:r>
        <w:t>It was a twisted, toxic pull, something I should have wanted to escape, but I didn’t. I wanted to feel everything he made me feel—whether it was pain, strength, or something in between. That small, fleeting sense of control slipping through my fingers. He had cracked something in me that I never thought could break, something I had spent years sealing away.</w:t>
      </w:r>
    </w:p>
    <w:p w14:paraId="5C833F29" w14:textId="77777777" w:rsidR="00121116" w:rsidRDefault="00AA3789">
      <w:r>
        <w:t>And the terrifying part was... I didn’t want to fix it.</w:t>
      </w:r>
    </w:p>
    <w:p w14:paraId="321AFA29" w14:textId="77777777" w:rsidR="00121116" w:rsidRDefault="00AA3789">
      <w:r>
        <w:t>But I couldn’t let it break, either.</w:t>
      </w:r>
    </w:p>
    <w:p w14:paraId="4FFBD0CF" w14:textId="77777777" w:rsidR="00121116" w:rsidRDefault="00AA3789">
      <w:r>
        <w:t>Because what lay beyond that crack—everything I had buried, everything I had refused to face—would swallow me whole. It would drag me under, and I wasn’t sure I would find my way back.</w:t>
      </w:r>
    </w:p>
    <w:p w14:paraId="0A866DD8" w14:textId="77777777" w:rsidR="00121116" w:rsidRDefault="00AA3789">
      <w:r>
        <w:t>I couldn’t let it happen.</w:t>
      </w:r>
    </w:p>
    <w:p w14:paraId="6230A65F" w14:textId="77777777" w:rsidR="00121116" w:rsidRDefault="00AA3789">
      <w:r>
        <w:t>I wouldn’t.</w:t>
      </w:r>
    </w:p>
    <w:p w14:paraId="7F6B7F79" w14:textId="77777777" w:rsidR="00121116" w:rsidRDefault="00AA3789">
      <w:r>
        <w:t>~</w:t>
      </w:r>
    </w:p>
    <w:p w14:paraId="5A06338D" w14:textId="77777777" w:rsidR="00121116" w:rsidRDefault="00AA3789">
      <w:r>
        <w:t xml:space="preserve">Zaylee had a way of appearing in my life at the most unexpected times—quiet, ghost-like, always lingering in the periphery, yet never demanding attention. Today was no different. </w:t>
      </w:r>
      <w:r>
        <w:lastRenderedPageBreak/>
        <w:t>She stood near the entrance of the archway, her pale eyes flickering with something I couldn’t quite decipher. Sympathy? Curiosity? Or something far more dangerous—fear?</w:t>
      </w:r>
    </w:p>
    <w:p w14:paraId="3AF485F5" w14:textId="77777777" w:rsidR="00121116" w:rsidRDefault="00AA3789">
      <w:r>
        <w:t>I didn’t have the energy to care. My body still buzzed with the aftermath of magic, exhaustion gnawing at every nerve, my muscles taut and aching as if bound by unseen chains. The fortress loomed around me, its stone walls pressing in like an iron cage.</w:t>
      </w:r>
    </w:p>
    <w:p w14:paraId="51C3EAC2" w14:textId="77777777" w:rsidR="00121116" w:rsidRDefault="00AA3789">
      <w:r>
        <w:t>But this time, Zaylee didn’t vanish when I passed. Her footsteps followed, soft but deliberate. Slow. Calculated. The air thickened, growing heavier with an unspoken weight, and I slowed, feeling her presence like a shadow clinging too close. I turned, half expecting her to dissolve into the darkness like she always did.</w:t>
      </w:r>
    </w:p>
    <w:p w14:paraId="6411FDC0" w14:textId="77777777" w:rsidR="00121116" w:rsidRDefault="00AA3789">
      <w:r>
        <w:t>"You’re pushing yourself too hard," she murmured, voice barely above a whisper, yet sharp enough to cut through the silence like a blade. "You’ll burn out before long."</w:t>
      </w:r>
    </w:p>
    <w:p w14:paraId="21409075" w14:textId="77777777" w:rsidR="00121116" w:rsidRDefault="00AA3789">
      <w:r>
        <w:t>I stiffened at her words, muscles twitching under her scrutiny. “I don’t have a choice.” My voice was harsher than I intended, laced with bitterness I could no longer suppress. “If I don’t push, I don’t survive.”</w:t>
      </w:r>
    </w:p>
    <w:p w14:paraId="44F2ACF3" w14:textId="77777777" w:rsidR="00121116" w:rsidRDefault="00AA3789">
      <w:r>
        <w:t>Zaylee’s lips twitched—not quite a smile, but something close. Something unreadable. "Survival isn’t always about strength," she said softly, her gaze locking onto mine with an intensity that sent a shiver down my spine. "Not here. Not with them."</w:t>
      </w:r>
    </w:p>
    <w:p w14:paraId="2CE1B4F4" w14:textId="77777777" w:rsidR="00121116" w:rsidRDefault="00AA3789">
      <w:r>
        <w:t>Them.</w:t>
      </w:r>
    </w:p>
    <w:p w14:paraId="69E7C3D6" w14:textId="77777777" w:rsidR="00121116" w:rsidRDefault="00AA3789">
      <w:r>
        <w:t>The word curled through my thoughts like smoke. I frowned. “Who?”</w:t>
      </w:r>
    </w:p>
    <w:p w14:paraId="7B50E8B7" w14:textId="77777777" w:rsidR="00121116" w:rsidRDefault="00AA3789">
      <w:r>
        <w:t>Her eyes darted toward the shadows, as if expecting them to shift, to take form. "These Hecate," she whispered, her voice barely carrying. "This place is built on power, but power... has a way of twisting people into something they were never meant to be."</w:t>
      </w:r>
    </w:p>
    <w:p w14:paraId="69FCBDF9" w14:textId="77777777" w:rsidR="00121116" w:rsidRDefault="00AA3789">
      <w:r>
        <w:t>I swallowed hard. Memories clawed their way to the surface—Ichiro and Titus, the way they toyed with me, bending my will with their magic, testing my limits like I was a mere object to be broken. I felt the darkness I’d unleashed in response, the raw, untamed power that had surged through me... power I didn’t fully understand. Power that terrified me.</w:t>
      </w:r>
    </w:p>
    <w:p w14:paraId="2010DF49" w14:textId="77777777" w:rsidR="00121116" w:rsidRDefault="00AA3789">
      <w:r>
        <w:t>Zaylee must have noticed the shift in my expression because she took a step closer, fingers curling around the fabric she clutched in her hands. "There’s more to this world than you realize," she said. "More to their world... and yours."</w:t>
      </w:r>
    </w:p>
    <w:p w14:paraId="4252C797" w14:textId="77777777" w:rsidR="00121116" w:rsidRDefault="00AA3789">
      <w:r>
        <w:t>A cold unease slithered down my spine. "What do you mean?"</w:t>
      </w:r>
    </w:p>
    <w:p w14:paraId="7CBFBE0C" w14:textId="77777777" w:rsidR="00121116" w:rsidRDefault="00AA3789">
      <w:r>
        <w:t>"You think you’re just surviving, but they see something in you—Cronus, Cyra, Vidar. They’re watching you because they know."</w:t>
      </w:r>
    </w:p>
    <w:p w14:paraId="62EADC86" w14:textId="77777777" w:rsidR="00121116" w:rsidRDefault="00AA3789">
      <w:r>
        <w:t>"Know what?" I demanded, the frustration clawing at my throat. I was tired of the cryptic warnings, the half-truths wrapped in shadows and whispers.</w:t>
      </w:r>
    </w:p>
    <w:p w14:paraId="671AFEC8" w14:textId="77777777" w:rsidR="00121116" w:rsidRDefault="00AA3789">
      <w:r>
        <w:lastRenderedPageBreak/>
        <w:t>Zaylee hesitated, glancing at the darkness as if weighing whether to speak. Finally, she leaned in, her voice hushed but resolute. "You don’t belong here, Sky. Not like them. You’re different." Her gaze lingered on my chest, as if she could see something beneath my skin that even I couldn't. "There’s power in you that even they don’t understand yet."</w:t>
      </w:r>
    </w:p>
    <w:p w14:paraId="11AD3366" w14:textId="77777777" w:rsidR="00121116" w:rsidRDefault="00AA3789">
      <w:r>
        <w:t>Power.</w:t>
      </w:r>
    </w:p>
    <w:p w14:paraId="3C998362" w14:textId="77777777" w:rsidR="00121116" w:rsidRDefault="00AA3789">
      <w:r>
        <w:t>The word settled heavily in my chest. The magic inside me—wild, unpredictable—was more than I had ever dared to acknowledge.</w:t>
      </w:r>
    </w:p>
    <w:p w14:paraId="68520A56" w14:textId="77777777" w:rsidR="00121116" w:rsidRDefault="00AA3789">
      <w:r>
        <w:t>"So tell me," I hissed, my voice raw with desperation. "Just tell me what I am."</w:t>
      </w:r>
    </w:p>
    <w:p w14:paraId="2E6366E0" w14:textId="77777777" w:rsidR="00121116" w:rsidRDefault="00AA3789">
      <w:r>
        <w:t>Zaylee’s hand reached for mine, her touch ice-cold, and for a brief moment, I saw the flicker of something in her eyes—pity, maybe even fear. "I don’t know everything," she admitted, her grip tightening. "But I know this—Cronus needs you for something. Something dangerous. You can’t let him use you."</w:t>
      </w:r>
    </w:p>
    <w:p w14:paraId="366E6CDA" w14:textId="77777777" w:rsidR="00121116" w:rsidRDefault="00AA3789">
      <w:r>
        <w:t>I swallowed hard, my throat dry. "How do I stop him?"</w:t>
      </w:r>
    </w:p>
    <w:p w14:paraId="4552B9FE" w14:textId="77777777" w:rsidR="00121116" w:rsidRDefault="00AA3789">
      <w:r>
        <w:t>Zaylee’s expression darkened, her eyes flickering with something too raw to hide—fear, resignation. Her voice, when it came, was quieter than before, but it held a finality that made my stomach churn. "You can't." She paused, the weight of those words pressing between us like a stone. "There is no stopping him, Sky. Not in the way you think."</w:t>
      </w:r>
    </w:p>
    <w:p w14:paraId="11B6141A" w14:textId="77777777" w:rsidR="00121116" w:rsidRDefault="00AA3789">
      <w:r>
        <w:t>My breath hitched, and for a moment, the walls around us felt closer, suffocating.</w:t>
      </w:r>
    </w:p>
    <w:p w14:paraId="112DE039" w14:textId="77777777" w:rsidR="00121116" w:rsidRDefault="00AA3789">
      <w:r>
        <w:t>"But I can get you out," she whispered, urgency threading through her voice. "Tomorrow night. I'll have provisions ready, but once you're outside... you're on your own."</w:t>
      </w:r>
    </w:p>
    <w:p w14:paraId="27FF95B8" w14:textId="77777777" w:rsidR="00121116" w:rsidRDefault="00AA3789">
      <w:r>
        <w:t>A shiver ran through me—not from fear, but from the sheer weight of the choice in front of me. Escape. It had always felt impossible, like something out of reach, but now? Now, it was real.</w:t>
      </w:r>
    </w:p>
    <w:p w14:paraId="131F715D" w14:textId="77777777" w:rsidR="00121116" w:rsidRDefault="00AA3789">
      <w:r>
        <w:t>Zaylee’s grip on my wrist tightened, pulling me from my thoughts. Her gaze bore into mine, unyielding. "You think you’re just surviving, but there’s more to you than that. They see it—Cronus, Cyra, Vidar. They’re watching you because they know."</w:t>
      </w:r>
    </w:p>
    <w:p w14:paraId="384CB522" w14:textId="77777777" w:rsidR="00121116" w:rsidRDefault="00AA3789">
      <w:r>
        <w:t>A cold dread settled in my bones, the weight of her words wrapping around my ribs like iron chains. The way she said their names—precise, deliberate—made my stomach churn. They weren’t just watching. They were waiting.</w:t>
      </w:r>
    </w:p>
    <w:p w14:paraId="71CDA39A" w14:textId="77777777" w:rsidR="00121116" w:rsidRDefault="00AA3789">
      <w:r>
        <w:t>Zaylee’s fingers slipped away, and as she disappeared into the shadows, her final words echoed in my mind. "Be careful, Sky. Cronus, Cyra, Vidar... they see everything, even when you think you're alone."</w:t>
      </w:r>
    </w:p>
    <w:p w14:paraId="790A4B5F" w14:textId="77777777" w:rsidR="00121116" w:rsidRDefault="00AA3789">
      <w:r>
        <w:t>I hesitated, questioning whether she was telling the truth—whether I could really make it beyond these walls. But deep down, I felt I had no choice. Everything about her—her words, her urgency—told me to run, to grab onto what she offered before it was too late.</w:t>
      </w:r>
    </w:p>
    <w:p w14:paraId="1AFA623E" w14:textId="77777777" w:rsidR="00121116" w:rsidRDefault="00AA3789">
      <w:r>
        <w:lastRenderedPageBreak/>
        <w:t>"I’ll be ready," I said, my voice barely audible.</w:t>
      </w:r>
    </w:p>
    <w:p w14:paraId="12979933" w14:textId="77777777" w:rsidR="00121116" w:rsidRDefault="00AA3789">
      <w:r>
        <w:t>Zaylee squeezed my hand once more before letting go, her eyes flickering with something like sorrow. "Be careful, Sky. Cronus, Cyra, Vidar... they see everything, even when you think you're alone." Her whisper was like a ghost in the air, lingering even as she turned and disappeared into the shadows as silently as she had come.</w:t>
      </w:r>
    </w:p>
    <w:p w14:paraId="5CDD079A" w14:textId="77777777" w:rsidR="00121116" w:rsidRDefault="00AA3789">
      <w:r>
        <w:t>I stood there, alone, feeling the chill of her absence creeping into my bones. My mind raced, clinging to her final words like a lifeline. Tomorrow night. It would be my only chance, I told myself. But with every second that passed, the walls seemed to close in tighter, the weight of the fortress pressing down on me like a trap.</w:t>
      </w:r>
    </w:p>
    <w:p w14:paraId="26798320" w14:textId="77777777" w:rsidR="00121116" w:rsidRDefault="00AA3789">
      <w:r>
        <w:t>I didn’t know what awaited me outside those walls. I wasn’t ready—I never would be. But something inside me, something I had buried deep, stirred again. I had forgotten how to believe in my freedom, abandoned the fragile hope that escape could be more than just a fleeting dream. But now... now, I believed again. Just from the few words Zaylee had said, it had been enough to reignite what I had let slip through my fingers.</w:t>
      </w:r>
    </w:p>
    <w:p w14:paraId="1EA836D9" w14:textId="77777777" w:rsidR="00121116" w:rsidRDefault="00AA3789">
      <w:r>
        <w:t>Her energy had been filled with a truth I couldn’t ignore. Even if my freedom only lasted a day—if I was lucky—it would be enough.</w:t>
      </w:r>
    </w:p>
    <w:p w14:paraId="364CDC9A" w14:textId="77777777" w:rsidR="00121116" w:rsidRDefault="00AA3789">
      <w:r>
        <w:t>Because running was the right answer. Before the chaos that surrounded me finally consumed me whole.</w:t>
      </w:r>
    </w:p>
    <w:p w14:paraId="3DB7DB82" w14:textId="77777777" w:rsidR="00121116" w:rsidRDefault="00AA3789">
      <w:r>
        <w:t>Vidar.</w:t>
      </w:r>
    </w:p>
    <w:p w14:paraId="516CE2B7" w14:textId="77777777" w:rsidR="00121116" w:rsidRDefault="00AA3789">
      <w:r>
        <w:t>Zaylee had spoken his name alongside Cronus and Cyra. It echoed in my mind like a slow, creeping poison, a reminder of the truth I had been too blind—too desperate—to see. I had thought... believed... that he was different. That his intentions were separate from whatever twisted plans Cronus had woven around me. I had chosen to believe he was only in this for the mystery of it all, that maybe, just maybe, he wasn't like the others.</w:t>
      </w:r>
    </w:p>
    <w:p w14:paraId="5942742D" w14:textId="77777777" w:rsidR="00121116" w:rsidRDefault="00AA3789">
      <w:r>
        <w:t>But I had been wrong.</w:t>
      </w:r>
    </w:p>
    <w:p w14:paraId="656FB930" w14:textId="77777777" w:rsidR="00121116" w:rsidRDefault="00AA3789">
      <w:r>
        <w:t>And deep down, I had known.</w:t>
      </w:r>
    </w:p>
    <w:p w14:paraId="0A205449" w14:textId="77777777" w:rsidR="00121116" w:rsidRDefault="00AA3789">
      <w:r>
        <w:t>The weight in my chest grew tighter, a suffocating knot of betrayal and bitter realization. A deceit so carefully wrapped around my thoughts that I hadn’t even noticed it until now. The anger would come later—when I had the space to feel it. For now, there was only the deep, wrenching sting of my own stupidity. I had done this to myself.</w:t>
      </w:r>
    </w:p>
    <w:p w14:paraId="154E32F0" w14:textId="77777777" w:rsidR="00121116" w:rsidRDefault="00AA3789">
      <w:r>
        <w:t>I wanted to believe that Vidar offered something different—some kind of safety. A tether, fragile but unshakable, that had rooted itself in my soul. Unexplainable, but undeniable. My body had lied to me. It had tricked me into trusting him, into believing that I wasn’t entirely alone in this hell.</w:t>
      </w:r>
    </w:p>
    <w:p w14:paraId="7404E06D" w14:textId="77777777" w:rsidR="00121116" w:rsidRDefault="00AA3789">
      <w:r>
        <w:t>But I was.</w:t>
      </w:r>
    </w:p>
    <w:p w14:paraId="7A229B1F" w14:textId="77777777" w:rsidR="00121116" w:rsidRDefault="00AA3789">
      <w:r>
        <w:lastRenderedPageBreak/>
        <w:t>And I had to keep walking, without a hint of the turmoil boiling beneath my skin. I had to make it through another training session before fleeing. I couldn’t let any part of me betray my intentions.</w:t>
      </w:r>
    </w:p>
    <w:p w14:paraId="1CA5F943" w14:textId="77777777" w:rsidR="00121116" w:rsidRDefault="00AA3789">
      <w:r>
        <w:t>When I arrived at the ring, he was waiting.</w:t>
      </w:r>
    </w:p>
    <w:p w14:paraId="265842B4" w14:textId="77777777" w:rsidR="00121116" w:rsidRDefault="00AA3789">
      <w:r>
        <w:t>I moved—not out of instinct, not from training, but to drown out the thoughts racing through my mind. The clashing of steel became a distant hum, the weight of the sword in my grip felt foreign, disconnected. This time, it wasn’t the pain or exhaustion that lingered—it was something else.</w:t>
      </w:r>
    </w:p>
    <w:p w14:paraId="2303B22F" w14:textId="77777777" w:rsidR="00121116" w:rsidRDefault="00AA3789">
      <w:r>
        <w:t>I avoided his eyes until I couldn’t anymore. And when I did, my mind went quiet. Not by my doing—by his.</w:t>
      </w:r>
    </w:p>
    <w:p w14:paraId="5FD770CA" w14:textId="77777777" w:rsidR="00121116" w:rsidRDefault="00AA3789">
      <w:r>
        <w:t>His presence had a way of clearing the chaos inside me, forcing everything else into stillness. But it wasn’t soothing anymore. It was suffocating.</w:t>
      </w:r>
    </w:p>
    <w:p w14:paraId="670EECAB" w14:textId="77777777" w:rsidR="00121116" w:rsidRDefault="00AA3789">
      <w:r>
        <w:t>Vidar stood before me, unchanged, as if the world never touched him. But I saw him differently now. Whatever illusion I had once built around him, I shattered it with every strike of my blade. He had never been my protector. I had made that up, clung to it like a threadbare dream. He was something else—something I could no longer afford to trust.</w:t>
      </w:r>
    </w:p>
    <w:p w14:paraId="429A3C8E" w14:textId="77777777" w:rsidR="00121116" w:rsidRDefault="00AA3789">
      <w:r>
        <w:t>"Again." His voice was cold, flat, a command that left no room for hesitation.</w:t>
      </w:r>
    </w:p>
    <w:p w14:paraId="3211E4A9" w14:textId="77777777" w:rsidR="00121116" w:rsidRDefault="00AA3789">
      <w:r>
        <w:t>I hadn’t realized I had stopped moving.</w:t>
      </w:r>
    </w:p>
    <w:p w14:paraId="737DEF66" w14:textId="77777777" w:rsidR="00121116" w:rsidRDefault="00AA3789">
      <w:r>
        <w:t>I met his gaze again, but this time, I wasn’t looking for approval or guidance. I forced myself to see what was really there—nothing. No reassurance, no kindness. Just a void where I had once imagined something deeper. Vidar wasn’t a protector. He was a watcher. Testing me. Pushing me. Toward what, I still didn’t know.</w:t>
      </w:r>
    </w:p>
    <w:p w14:paraId="41560B40" w14:textId="77777777" w:rsidR="00121116" w:rsidRDefault="00AA3789">
      <w:r>
        <w:t>But none of that mattered anymore.</w:t>
      </w:r>
    </w:p>
    <w:p w14:paraId="1CFA5F02" w14:textId="77777777" w:rsidR="00121116" w:rsidRDefault="00AA3789">
      <w:r>
        <w:t>I tightened my grip on the hilt—not out of determination, but necessity. This wasn’t about him. It had never been about him. He was just another piece of the fortress, another chain around my throat. And that realization twisted inside me, coiling into something sharp and unforgiving.</w:t>
      </w:r>
    </w:p>
    <w:p w14:paraId="4C1B9183" w14:textId="77777777" w:rsidR="00121116" w:rsidRDefault="00AA3789">
      <w:r>
        <w:t>My swing was deliberate, precise—not for him, but for me. Each strike was a confirmation that I was alone in this. No one was coming to save me. Least of all Vidar.</w:t>
      </w:r>
    </w:p>
    <w:p w14:paraId="58AA3ADC" w14:textId="77777777" w:rsidR="00121116" w:rsidRDefault="00AA3789">
      <w:r>
        <w:t>The clash of steel rang out, but I barely felt it. I was somewhere else. Somewhere deeper. Vidar blocked my strike with effortless precision, but I didn’t care. I wasn’t fighting him. I was fighting the lie I had let myself believe.</w:t>
      </w:r>
    </w:p>
    <w:p w14:paraId="15A0F5D2" w14:textId="77777777" w:rsidR="00121116" w:rsidRDefault="00AA3789">
      <w:r>
        <w:t>"You’re stronger. Push for it," he hissed, his tone as indifferent as ever.</w:t>
      </w:r>
    </w:p>
    <w:p w14:paraId="5B034258" w14:textId="77777777" w:rsidR="00121116" w:rsidRDefault="00AA3789">
      <w:r>
        <w:t>I didn’t respond.</w:t>
      </w:r>
    </w:p>
    <w:p w14:paraId="271507A2" w14:textId="77777777" w:rsidR="00121116" w:rsidRDefault="00AA3789">
      <w:r>
        <w:lastRenderedPageBreak/>
        <w:t>Another strike. Another deflection. And still, I didn’t stop. I couldn’t stop. This wasn’t about survival anymore. It was about understanding. Seeing through the façade. Knowing that everything I had been holding onto—hope, trust, safety—was an illusion.</w:t>
      </w:r>
    </w:p>
    <w:p w14:paraId="6CD28746" w14:textId="77777777" w:rsidR="00121116" w:rsidRDefault="00AA3789">
      <w:r>
        <w:t>I had let my shield down, allowed a fire to burn inside me without feeling its heat, letting it nearly consume me. Only the dull throb of knowing had smothered the flames before they could devour what little I had left.</w:t>
      </w:r>
    </w:p>
    <w:p w14:paraId="639C75D3" w14:textId="77777777" w:rsidR="00121116" w:rsidRDefault="00AA3789">
      <w:r>
        <w:t>The numbness spread deeper with every step, with every swing. Each movement became a lifeless repetition, something that no longer carried meaning.</w:t>
      </w:r>
    </w:p>
    <w:p w14:paraId="046100FD" w14:textId="77777777" w:rsidR="00121116" w:rsidRDefault="00AA3789">
      <w:r>
        <w:t>Vidar’s gaze tracked me, assessing, but I didn’t meet it. I had nothing left to give him. Whatever understanding I thought we had shared was buried beneath the weight of this moment—the cold steel between us, the silence louder than the blows we exchanged.</w:t>
      </w:r>
    </w:p>
    <w:p w14:paraId="186F9B84" w14:textId="77777777" w:rsidR="00121116" w:rsidRDefault="00AA3789">
      <w:r>
        <w:t>We clashed again. Metal grinding, scraping like an echo of something hollow. The vibration crawled up my arms, but I felt it as if through a haze, distant and muted. I was here, but I wasn’t.</w:t>
      </w:r>
    </w:p>
    <w:p w14:paraId="0CADD3E0" w14:textId="77777777" w:rsidR="00121116" w:rsidRDefault="00AA3789">
      <w:r>
        <w:t>"Again," he said, his voice like ice, cutting and sharp.</w:t>
      </w:r>
    </w:p>
    <w:p w14:paraId="03A5DF57" w14:textId="77777777" w:rsidR="00121116" w:rsidRDefault="00AA3789">
      <w:r>
        <w:t>I didn’t need to be told twice.</w:t>
      </w:r>
    </w:p>
    <w:p w14:paraId="0D75D178" w14:textId="77777777" w:rsidR="00121116" w:rsidRDefault="00AA3789">
      <w:r>
        <w:t>My grip tightened, not out of will, but because I had no other choice. The motions came like muscle memory now—automatic, mindless, an obligation I hadn’t agreed to but followed anyway.</w:t>
      </w:r>
    </w:p>
    <w:p w14:paraId="7BF1994B" w14:textId="77777777" w:rsidR="00121116" w:rsidRDefault="00AA3789">
      <w:r>
        <w:t>I swung harder this time. Maybe. Or perhaps there was simply more emptiness behind it. Vidar deflected with ease, his expression unwavering, detached. He was an enigma I had thought I could decipher, but the truth was simpler.</w:t>
      </w:r>
    </w:p>
    <w:p w14:paraId="7E92D4FE" w14:textId="77777777" w:rsidR="00121116" w:rsidRDefault="00AA3789">
      <w:r>
        <w:t>There was no mystery. No hidden depth.</w:t>
      </w:r>
    </w:p>
    <w:p w14:paraId="62021320" w14:textId="77777777" w:rsidR="00121116" w:rsidRDefault="00AA3789">
      <w:r>
        <w:t>He was just like the others.</w:t>
      </w:r>
    </w:p>
    <w:p w14:paraId="04A4A066" w14:textId="77777777" w:rsidR="00121116" w:rsidRDefault="00AA3789">
      <w:r>
        <w:t>A bitter taste rose in my throat, but I swallowed it down. What would anger change? Nothing. Not now. Not ever.</w:t>
      </w:r>
    </w:p>
    <w:p w14:paraId="3AAA2081" w14:textId="77777777" w:rsidR="00121116" w:rsidRDefault="00AA3789">
      <w:r>
        <w:t>I had almost let myself believe, foolishly, that this was something else. That in the cold and cruelty of this place, there had been a flicker of something more. But I was wrong.</w:t>
      </w:r>
    </w:p>
    <w:p w14:paraId="2BADB83A" w14:textId="77777777" w:rsidR="00121116" w:rsidRDefault="00AA3789">
      <w:r>
        <w:t>And the realization settled like a stone in my chest.</w:t>
      </w:r>
    </w:p>
    <w:p w14:paraId="428147DC" w14:textId="77777777" w:rsidR="00121116" w:rsidRDefault="00AA3789">
      <w:r>
        <w:t>Vidar blocked another strike with ease, pushing my blade away like it was an afterthought. I felt nothing. Not the pressure of the sword. Not the sweat trailing down my spine. The fire that had once burned inside me, the simmering anger—it was still there, but buried under layers of something else.</w:t>
      </w:r>
    </w:p>
    <w:p w14:paraId="74AEA500" w14:textId="77777777" w:rsidR="00121116" w:rsidRDefault="00AA3789">
      <w:r>
        <w:lastRenderedPageBreak/>
        <w:t>Something colder.</w:t>
      </w:r>
    </w:p>
    <w:p w14:paraId="6AFCE849" w14:textId="77777777" w:rsidR="00121116" w:rsidRDefault="00AA3789">
      <w:r>
        <w:t>Something harder.</w:t>
      </w:r>
    </w:p>
    <w:p w14:paraId="036818F5" w14:textId="77777777" w:rsidR="00121116" w:rsidRDefault="00AA3789">
      <w:r>
        <w:t>~</w:t>
      </w:r>
    </w:p>
    <w:p w14:paraId="4B9219CA" w14:textId="77777777" w:rsidR="00121116" w:rsidRDefault="00AA3789">
      <w:r>
        <w:t>My last night in the fortress.</w:t>
      </w:r>
    </w:p>
    <w:p w14:paraId="3EF4295C" w14:textId="77777777" w:rsidR="00121116" w:rsidRDefault="00AA3789">
      <w:r>
        <w:t>I moved to the dining hall with a false sense of ease, but the moment I stepped inside, I knew something was wrong. The stillness felt unnatural, too expectant, pressing against my skin like a weight I couldn't shake.</w:t>
      </w:r>
    </w:p>
    <w:p w14:paraId="37E37322" w14:textId="77777777" w:rsidR="00121116" w:rsidRDefault="00AA3789">
      <w:r>
        <w:t>The soft clink of silverware against the polished plate in front of me was the only sound in the vast room. For the first time in weeks, I had chosen to eat here instead of in the solitude of my chambers. It felt foreign. Wrong. The dim chandeliers cast long, skeletal shadows over the rows of empty chairs, the vastness of the room swallowing me whole. The space stretched out like an illusion—too much, yet not enough. Each second I sat there felt like I was being watched, judged, trapped.</w:t>
      </w:r>
    </w:p>
    <w:p w14:paraId="2BC4A87C" w14:textId="77777777" w:rsidR="00121116" w:rsidRDefault="00AA3789">
      <w:r>
        <w:t>The food tasted like nothing, each bite mechanical, forced. It wasn’t hunger that brought me here tonight. It was something else entirely. A silent declaration. A final glance at the pieces of this life I was about to leave behind. My mind wasn't in the present; it had already begun planning, racing ahead of me, pulling me toward the inevitable.</w:t>
      </w:r>
    </w:p>
    <w:p w14:paraId="32805B50" w14:textId="77777777" w:rsidR="00121116" w:rsidRDefault="00AA3789">
      <w:r>
        <w:t>And then, the door creaked open.</w:t>
      </w:r>
    </w:p>
    <w:p w14:paraId="013BE3BC" w14:textId="77777777" w:rsidR="00121116" w:rsidRDefault="00AA3789">
      <w:r>
        <w:t>I didn’t need to turn to know who it was. The air shifted, thickened, as if the walls themselves braced against his presence. Cronus.</w:t>
      </w:r>
    </w:p>
    <w:p w14:paraId="719C4456" w14:textId="77777777" w:rsidR="00121116" w:rsidRDefault="00AA3789">
      <w:r>
        <w:t>His footsteps were slow, deliberate, each one measured as if he were savoring the moment. I kept my eyes fixed on my plate, my grip tightening around the fork in my hand. When his shadow fell over me, he took the seat beside mine without invitation, his movements fluid, his confidence suffocating.</w:t>
      </w:r>
    </w:p>
    <w:p w14:paraId="12F69B6C" w14:textId="77777777" w:rsidR="00121116" w:rsidRDefault="00AA3789">
      <w:r>
        <w:t>Cronus settled in as though we were old friends sharing a quiet meal. But we weren’t. And nothing about Cronus was ever casual.</w:t>
      </w:r>
    </w:p>
    <w:p w14:paraId="19B526C6" w14:textId="77777777" w:rsidR="00121116" w:rsidRDefault="00AA3789">
      <w:r>
        <w:t>I lifted my gaze, forcing my expression into something blank, neutral—though my pulse roared beneath my skin.</w:t>
      </w:r>
    </w:p>
    <w:p w14:paraId="559D37AB" w14:textId="77777777" w:rsidR="00121116" w:rsidRDefault="00AA3789">
      <w:r>
        <w:t>“You’ve been training,” he said, his voice smooth, almost pleasant. His eyes, dark and knowing, skimmed over me like a blade, dissecting, waiting for the smallest crack.</w:t>
      </w:r>
    </w:p>
    <w:p w14:paraId="0B6D8EBD" w14:textId="77777777" w:rsidR="00121116" w:rsidRDefault="00AA3789">
      <w:r>
        <w:t>“Yes,” I answered, keeping my voice flat, devoid of anything he could twist.</w:t>
      </w:r>
    </w:p>
    <w:p w14:paraId="0509A68E" w14:textId="77777777" w:rsidR="00121116" w:rsidRDefault="00AA3789">
      <w:r>
        <w:t>His lips curled in that way they always did, like he was savoring a secret I wasn’t privy to. “And how is it going?”</w:t>
      </w:r>
    </w:p>
    <w:p w14:paraId="5E474A69" w14:textId="77777777" w:rsidR="00121116" w:rsidRDefault="00AA3789">
      <w:r>
        <w:lastRenderedPageBreak/>
        <w:t>I met his gaze briefly and regretted it. The air around us felt smaller, thick with something I couldn’t name. “It’s going,” I said, letting the words fall from my lips like stones.</w:t>
      </w:r>
    </w:p>
    <w:p w14:paraId="6FFE7A27" w14:textId="77777777" w:rsidR="00121116" w:rsidRDefault="00AA3789">
      <w:r>
        <w:t>Cronus hummed, a sound that curled deep in my gut, laced with amusement. “Vidar is thorough, isn’t he?”</w:t>
      </w:r>
    </w:p>
    <w:p w14:paraId="10A12C79" w14:textId="77777777" w:rsidR="00121116" w:rsidRDefault="00AA3789">
      <w:r>
        <w:t>The name hung between us, a weight that neither of us acknowledged but both understood. I didn’t answer. I couldn’t. Silence stretched out between us, taut as a wire, crackling with something unspoken.</w:t>
      </w:r>
    </w:p>
    <w:p w14:paraId="1233CCA4" w14:textId="77777777" w:rsidR="00121116" w:rsidRDefault="00AA3789">
      <w:r>
        <w:t>"I imagine," Cronus continued after a pause, his tone deceptively soft, "you’ve learned a great deal since arriving here. This place... has a way of teaching hard lessons."</w:t>
      </w:r>
    </w:p>
    <w:p w14:paraId="683E6945" w14:textId="77777777" w:rsidR="00121116" w:rsidRDefault="00AA3789">
      <w:r>
        <w:t>I stared at the table, feeling his words slide beneath my skin, wrapping around my ribs like iron bands.</w:t>
      </w:r>
    </w:p>
    <w:p w14:paraId="3D597706" w14:textId="77777777" w:rsidR="00121116" w:rsidRDefault="00AA3789">
      <w:r>
        <w:t>“And yet,” he added, his voice dipping lower, “you remain.”</w:t>
      </w:r>
    </w:p>
    <w:p w14:paraId="2C37FDCB" w14:textId="77777777" w:rsidR="00121116" w:rsidRDefault="00AA3789">
      <w:r>
        <w:t>I held my breath, counting the seconds, refusing to let his words take root.</w:t>
      </w:r>
    </w:p>
    <w:p w14:paraId="7B101BB3" w14:textId="77777777" w:rsidR="00121116" w:rsidRDefault="00AA3789">
      <w:r>
        <w:t>“Yes,” I whispered, barely above a breath, but defiant all the same.</w:t>
      </w:r>
    </w:p>
    <w:p w14:paraId="3403A2C1" w14:textId="77777777" w:rsidR="00121116" w:rsidRDefault="00AA3789">
      <w:r>
        <w:t>Cronus chuckled, the sound low and indulgent, like I was an amusing distraction to him. He didn’t need to say it—I was still under his control. I forced another bite of food, ignoring the way my hands trembled just beneath the surface. The walls didn’t move, but they felt closer. Tighter.</w:t>
      </w:r>
    </w:p>
    <w:p w14:paraId="0A87A25B" w14:textId="77777777" w:rsidR="00121116" w:rsidRDefault="00AA3789">
      <w:r>
        <w:t>He lingered a moment longer, drinking in my silence like a fine wine, then rose to his feet with the same unhurried ease he carried everywhere.</w:t>
      </w:r>
    </w:p>
    <w:p w14:paraId="106C212D" w14:textId="77777777" w:rsidR="00121116" w:rsidRDefault="00AA3789">
      <w:r>
        <w:t>“Enjoy your meal,” he murmured, his voice laced with something darker beneath the pleasantries. His gaze flickered over me one last time before he walked away, the door closing behind him with a whisper.</w:t>
      </w:r>
    </w:p>
    <w:p w14:paraId="1F4183F5" w14:textId="77777777" w:rsidR="00121116" w:rsidRDefault="00AA3789">
      <w:r>
        <w:t>I let out a slow breath, my shoulders sinking under the weight of his absence. But the pressure didn’t leave.</w:t>
      </w:r>
    </w:p>
    <w:p w14:paraId="2F7001DB" w14:textId="77777777" w:rsidR="00121116" w:rsidRDefault="00AA3789">
      <w:r>
        <w:t>It was done. The plan was no longer an idea, no longer something abstract. It was happening. And now, with every passing second, the risk felt sharper, more real.</w:t>
      </w:r>
    </w:p>
    <w:p w14:paraId="7703FCB5" w14:textId="77777777" w:rsidR="00121116" w:rsidRDefault="00AA3789">
      <w:r>
        <w:t>I stared at my untouched plate, but my mind was elsewhere—far beyond these walls, tracing escape routes in the dark corners of my thoughts. I had spent so much time convincing myself I could wait, that I could survive this place a little longer. But I was wrong.</w:t>
      </w:r>
    </w:p>
    <w:p w14:paraId="6F0296E6" w14:textId="77777777" w:rsidR="00121116" w:rsidRDefault="00AA3789">
      <w:r>
        <w:t>Tomorrow night.</w:t>
      </w:r>
    </w:p>
    <w:p w14:paraId="5163EC2A" w14:textId="77777777" w:rsidR="00121116" w:rsidRDefault="00AA3789">
      <w:r>
        <w:lastRenderedPageBreak/>
        <w:t>The words pulsed through me, a mantra, an ultimatum. No more waiting. No more caution. This was it. I would leave, or I would die trying. Either way, I couldn’t stay.</w:t>
      </w:r>
    </w:p>
    <w:p w14:paraId="0167F5C8" w14:textId="77777777" w:rsidR="00121116" w:rsidRDefault="00AA3789">
      <w:r>
        <w:t>And yet, doubt coiled deep inside me. I had thought about escape so often that it had become a fantasy—something distant and unreal. But now, sitting here, it felt raw and unpredictable, like stepping off a cliff and hoping the wind would catch me.</w:t>
      </w:r>
    </w:p>
    <w:p w14:paraId="0C4CAA10" w14:textId="77777777" w:rsidR="00121116" w:rsidRDefault="00AA3789">
      <w:r>
        <w:t>My chest felt tight. My hands, steady as they seemed, trembled with a nervous energy I couldn’t contain. I had to go through with it. There was no turning back now.</w:t>
      </w:r>
    </w:p>
    <w:p w14:paraId="7424E853" w14:textId="77777777" w:rsidR="00121116" w:rsidRDefault="00AA3789">
      <w:r>
        <w:t>Home didn’t feel like home anymore. I didn’t miss it—not in the way I should. There was only a quiet guilt lingering in the empty spaces of my heart, whispering that I should miss it, should long for it. But I didn’t. Not really.</w:t>
      </w:r>
    </w:p>
    <w:p w14:paraId="46F1AC8E" w14:textId="77777777" w:rsidR="00121116" w:rsidRDefault="00AA3789">
      <w:r>
        <w:t>I was just a piece on a board, moved by unseen hands, insignificant in the grand scheme of their game.</w:t>
      </w:r>
    </w:p>
    <w:p w14:paraId="40759123" w14:textId="77777777" w:rsidR="00121116" w:rsidRDefault="00AA3789">
      <w:r>
        <w:t>And I didn’t want to play anymore.</w:t>
      </w:r>
    </w:p>
    <w:p w14:paraId="794DC57A" w14:textId="77777777" w:rsidR="00121116" w:rsidRDefault="00AA3789">
      <w:r>
        <w:t>~</w:t>
      </w:r>
    </w:p>
    <w:p w14:paraId="379DCA63" w14:textId="77777777" w:rsidR="00121116" w:rsidRDefault="00AA3789">
      <w:r>
        <w:t>The fortress was quieter than usual—too quiet. I didn’t trust it. It felt unnatural, hollow, as if the walls themselves were holding their breath, waiting. Each step I took, no matter how soft, echoed too loudly against the cold stone floors, ricocheting down the endless corridors like whispers I couldn’t escape.</w:t>
      </w:r>
    </w:p>
    <w:p w14:paraId="3B6A158D" w14:textId="77777777" w:rsidR="00121116" w:rsidRDefault="00AA3789">
      <w:r>
        <w:t>Every second felt heavier, pressing down on me with an unbearable weight. The shadows stretched unnaturally long, swallowing corners and alcoves, threatening to consume me whole. It was as if the fortress itself was expanding, growing with every breath I took, becoming a labyrinth I would never find my way out of if I didn't leave now.</w:t>
      </w:r>
    </w:p>
    <w:p w14:paraId="6FC9970A" w14:textId="77777777" w:rsidR="00121116" w:rsidRDefault="00AA3789">
      <w:r>
        <w:t>I had been preparing for this moment. Zaylee had warned me—there would be no second chances. But the further I walked, the more I felt the crushing isolation of my own thoughts. Doubts crept in like a slow poison, twisting through me. Was this even worth it? What if I failed? What if I was already too late?</w:t>
      </w:r>
    </w:p>
    <w:p w14:paraId="23B44C27" w14:textId="77777777" w:rsidR="00121116" w:rsidRDefault="00AA3789">
      <w:r>
        <w:t>The cold air burned in my throat, sharp and unforgiving. I held my breath, listening. A flicker of movement in the corner of my eye made my pulse lurch, but it was only the shadows dancing with the flickering torchlight. I exhaled slowly and forced my feet forward, fists clenched tightly inside my cloak to stop the trembling.</w:t>
      </w:r>
    </w:p>
    <w:p w14:paraId="56DA2ED6" w14:textId="77777777" w:rsidR="00121116" w:rsidRDefault="00AA3789">
      <w:r>
        <w:t>And then—voices.</w:t>
      </w:r>
    </w:p>
    <w:p w14:paraId="0B43AA34" w14:textId="77777777" w:rsidR="00121116" w:rsidRDefault="00AA3789">
      <w:r>
        <w:t>I froze, heart hammering against my ribs, and slipped into the nearest alcove, pressing my back against the rough stone as if I could sink into it and disappear. The air thickened around me, wrapping tight like invisible chains.</w:t>
      </w:r>
    </w:p>
    <w:p w14:paraId="3DE533EE" w14:textId="77777777" w:rsidR="00121116" w:rsidRDefault="00AA3789">
      <w:r>
        <w:t>“She’s not ready.”</w:t>
      </w:r>
    </w:p>
    <w:p w14:paraId="1D05FD4A" w14:textId="77777777" w:rsidR="00121116" w:rsidRDefault="00AA3789">
      <w:r>
        <w:lastRenderedPageBreak/>
        <w:t>Cronus.</w:t>
      </w:r>
    </w:p>
    <w:p w14:paraId="09D2D2D5" w14:textId="77777777" w:rsidR="00121116" w:rsidRDefault="00AA3789">
      <w:r>
        <w:t>The sound of his voice drained the blood from my face, and I had to swallow back the lump forming in my throat. Me. They’re talking about me. The realization sank like a stone into my gut.</w:t>
      </w:r>
    </w:p>
    <w:p w14:paraId="77EEEBC6" w14:textId="77777777" w:rsidR="00121116" w:rsidRDefault="00AA3789">
      <w:r>
        <w:t>"What is he doing? Let me take over," Ichiro’s voice, sharp and cold, cut through the air. That tone—it always carried a threat, something cruel beneath the surface, waiting to pounce.</w:t>
      </w:r>
    </w:p>
    <w:p w14:paraId="23D80630" w14:textId="77777777" w:rsidR="00121116" w:rsidRDefault="00AA3789">
      <w:r>
        <w:t>I edged closer to the archway, peering through the narrow gap, careful not to be seen. Cronus stood near one of the towering pillars, his face partially shrouded in shadow. His expression was unreadable, but tension coiled through his stance like a predator waiting to strike.</w:t>
      </w:r>
    </w:p>
    <w:p w14:paraId="317231A3" w14:textId="77777777" w:rsidR="00121116" w:rsidRDefault="00AA3789">
      <w:r>
        <w:t>“She needs more time,” he said, his voice controlled but firm. “We can’t take any risks.”</w:t>
      </w:r>
    </w:p>
    <w:p w14:paraId="04E6F7A9" w14:textId="77777777" w:rsidR="00121116" w:rsidRDefault="00AA3789">
      <w:r>
        <w:t>Silence followed, thick and heavy, as if they too were holding their breath. The weight of their conversation pressed against me, making the floor beneath me feel unstable, as if it might crack and give me away.</w:t>
      </w:r>
    </w:p>
    <w:p w14:paraId="2BB7BFC6" w14:textId="77777777" w:rsidR="00121116" w:rsidRDefault="00AA3789">
      <w:r>
        <w:t>“How long until she’s ready?” Cronus asked, impatience bleeding into his tone.</w:t>
      </w:r>
    </w:p>
    <w:p w14:paraId="4344DD4E" w14:textId="77777777" w:rsidR="00121116" w:rsidRDefault="00AA3789">
      <w:r>
        <w:t>"Another week. Maybe," Vidar’s voice, smooth and detached, drifted from the shadows. "Her power must be at its fullest—her mind with it. We need all of it. Every bit of her strength. I know how to break through her. I’m almost there. But if she suspects what I’m pushing for, we risk losing everything. If that happens, starting over would take much... longer.”</w:t>
      </w:r>
    </w:p>
    <w:p w14:paraId="43EAD306" w14:textId="77777777" w:rsidR="00121116" w:rsidRDefault="00AA3789">
      <w:r>
        <w:t>The world tilted under my feet. The truth crashed into me, raw and undeniable.</w:t>
      </w:r>
    </w:p>
    <w:p w14:paraId="22AE7748" w14:textId="77777777" w:rsidR="00121116" w:rsidRDefault="00AA3789">
      <w:r>
        <w:t>They were waiting for something inside me.</w:t>
      </w:r>
    </w:p>
    <w:p w14:paraId="1A22C06D" w14:textId="77777777" w:rsidR="00121116" w:rsidRDefault="00AA3789">
      <w:r>
        <w:t>I wasn’t just a prisoner. I was something they were shaping—a weapon. And Vidar... Vidar had been a part of it all along. The realization deeper than before, left me breathless, my skin crawling with the weight of betrayal. Every interaction, every glance, every moment I thought had meant something—it had all been calculated.</w:t>
      </w:r>
    </w:p>
    <w:p w14:paraId="423CE313" w14:textId="77777777" w:rsidR="00121116" w:rsidRDefault="00AA3789">
      <w:r>
        <w:t>My fists tightened as anger surged through me, burning hotter than fear. But I couldn't afford to let it take over. Not now. Not when I was so close. I forced myself to step back into the shadows, to keep moving, to ignore the urge to confront them.</w:t>
      </w:r>
    </w:p>
    <w:p w14:paraId="34E022B3" w14:textId="77777777" w:rsidR="00121116" w:rsidRDefault="00AA3789">
      <w:r>
        <w:t>My mind raced, their words slicing through me, echoing with each step I took.</w:t>
      </w:r>
    </w:p>
    <w:p w14:paraId="159FFBDB" w14:textId="77777777" w:rsidR="00121116" w:rsidRDefault="00AA3789">
      <w:r>
        <w:t>Her power must be at its fullest...</w:t>
      </w:r>
    </w:p>
    <w:p w14:paraId="358DB755" w14:textId="77777777" w:rsidR="00121116" w:rsidRDefault="00AA3789">
      <w:r>
        <w:t>I didn’t even know what that meant. But I knew I couldn’t stay to find out. I had to leave. I had to leave now.</w:t>
      </w:r>
    </w:p>
    <w:p w14:paraId="18BF0941" w14:textId="77777777" w:rsidR="00121116" w:rsidRDefault="00AA3789">
      <w:r>
        <w:lastRenderedPageBreak/>
        <w:t>I crept away from the archway, every movement slow, deliberate. My pulse thundered in my ears, but I couldn’t let it distract me. I couldn’t let them see me. If they found out I had heard them, I wouldn’t get another chance.</w:t>
      </w:r>
    </w:p>
    <w:p w14:paraId="73D2C020" w14:textId="77777777" w:rsidR="00121116" w:rsidRDefault="00AA3789">
      <w:r>
        <w:t>My throat felt tight, as if their hands were already around it, suffocating me. The fortress had always felt like a prison, but now I understood just how deep it went. I wasn’t just another pawn in their game. I was the game.</w:t>
      </w:r>
    </w:p>
    <w:p w14:paraId="772190B2" w14:textId="77777777" w:rsidR="00121116" w:rsidRDefault="00AA3789">
      <w:r>
        <w:t>And Vidar...</w:t>
      </w:r>
    </w:p>
    <w:p w14:paraId="5DB8ED48" w14:textId="77777777" w:rsidR="00121116" w:rsidRDefault="00AA3789">
      <w:r>
        <w:t>The thought of him made my stomach churn. He had been watching me, waiting to see if I could be shaped into what they needed. And I—I had let him. I had let myself believe there was something more in him, something real.</w:t>
      </w:r>
    </w:p>
    <w:p w14:paraId="1A73BD4C" w14:textId="77777777" w:rsidR="00121116" w:rsidRDefault="00AA3789">
      <w:r>
        <w:t>I gritted my teeth, holding back the scream clawing at my throat. I had been so desperate to feel something—anything—that I let him into places I had sworn never to let anyone go. And he had used it all against me.</w:t>
      </w:r>
    </w:p>
    <w:p w14:paraId="6531D3CA" w14:textId="77777777" w:rsidR="00121116" w:rsidRDefault="00AA3789">
      <w:r>
        <w:t>Tears burned at the edges of my vision, but I blinked them away. Crying wouldn’t save me. Running would.</w:t>
      </w:r>
    </w:p>
    <w:p w14:paraId="4396DBA7" w14:textId="77777777" w:rsidR="00121116" w:rsidRDefault="00AA3789">
      <w:r>
        <w:t>I moved faster, the hallways blurring around me. Each turn, each corridor, felt like a trap. The walls of this fortress—this endless, shifting maze—weren’t built to keep people out. They were meant to keep people like me in. And if I didn't escape now, I never would.</w:t>
      </w:r>
    </w:p>
    <w:p w14:paraId="0D756565" w14:textId="77777777" w:rsidR="00121116" w:rsidRDefault="00AA3789">
      <w:r>
        <w:t>Zaylee’s plan. It was my only chance.</w:t>
      </w:r>
    </w:p>
    <w:p w14:paraId="6BBF915B" w14:textId="77777777" w:rsidR="00121116" w:rsidRDefault="00AA3789">
      <w:r>
        <w:t>I had to trust her. Had to believe she had left what I needed. Had to believe I could make it beyond these walls before they realized I was gone.</w:t>
      </w:r>
    </w:p>
    <w:p w14:paraId="2F383CB5" w14:textId="77777777" w:rsidR="00121116" w:rsidRDefault="00AA3789">
      <w:r>
        <w:t>I swallowed down the fear clawing its way up my throat and forced myself to focus. My heartbeat felt like a war drum, but I had to move. Had to get out.</w:t>
      </w:r>
    </w:p>
    <w:p w14:paraId="1B7DADEB" w14:textId="77777777" w:rsidR="00121116" w:rsidRDefault="00AA3789">
      <w:r>
        <w:t>When I reached my room, it was empty—quiet, like the calm before a storm. And there, on the bed, lay the thicker cloak Zaylee had promised. Warm clothes and a small pack of provisions, exactly as she had said. I sat down on the edge of the bed, staring at the items for a long, heavy moment. My mind was still reeling from what I had overheard. I grabbed the cloak, wrapping it tightly around me. It was heavier than I expected, its warmth immediately enveloping me as if offering some small protection against the cold reality of what I was about to face. As I pulled on the boots, my thoughts briefly returned to Zaylee. Her eyes had held a mixture of pity and fear when she’d warned me. She knew more than she let on, but I didn’t have time to dwell on that. I had to trust that her help had been genuine. With one last glance at the room, I slung the pack over my shoulder and made my way to the door. Every shadow seemed to stretch further, like they knew I was planning to flee Focus. Just move.</w:t>
      </w:r>
    </w:p>
    <w:p w14:paraId="3F85D2C2" w14:textId="77777777" w:rsidR="00121116" w:rsidRDefault="00AA3789">
      <w:r>
        <w:lastRenderedPageBreak/>
        <w:t>The hallways stretched endlessly before me, eerily empty, with only the steady rhythm of my breath and the muffled shuffle of my boots against the stone floor to keep me company. Each step felt heavier than the last, the weight of my decision pressing down on me.</w:t>
      </w:r>
    </w:p>
    <w:p w14:paraId="0BF333C6" w14:textId="77777777" w:rsidR="00121116" w:rsidRDefault="00AA3789">
      <w:r>
        <w:t>I headed toward the rear of the fortress, where Zaylee had mentioned a hidden gate—a servant’s entrance rarely used, guarded by the maid in charge of them all. Making it there unnoticed was nearly impossible on any other night. But tonight, the maid had been granted leave to tend to unknown business.</w:t>
      </w:r>
    </w:p>
    <w:p w14:paraId="0C15D780" w14:textId="77777777" w:rsidR="00121116" w:rsidRDefault="00AA3789">
      <w:r>
        <w:t>I followed the path of black dust Zaylee had promised—fine, glittering fragments only I could see. A rare rock, found high in the mountains where few dared to venture. I hadn’t questioned how she obtained it; I only knew that once I crossed it, the dust would vanish, leaving no trace behind.</w:t>
      </w:r>
    </w:p>
    <w:p w14:paraId="3CF8EF30" w14:textId="77777777" w:rsidR="00121116" w:rsidRDefault="00AA3789">
      <w:r>
        <w:t>The corridors twisted and stretched in ways I had never seen before. Every turn took me deeper into unfamiliar territory, hallways that felt untouched by time. The air grew colder, heavier, as though the fortress itself resisted my escape.</w:t>
      </w:r>
    </w:p>
    <w:p w14:paraId="34FCEC4A" w14:textId="77777777" w:rsidR="00121116" w:rsidRDefault="00AA3789">
      <w:r>
        <w:t>At last, I reached the end.</w:t>
      </w:r>
    </w:p>
    <w:p w14:paraId="6601A347" w14:textId="77777777" w:rsidR="00121116" w:rsidRDefault="00AA3789">
      <w:r>
        <w:t>The hidden passage was almost invisible—seamlessly molded into the wall, small enough that I would have to crawl through it. I hesitated, pressing my hand against the heavy stone. With a low groan, it shifted aside, revealing the narrow tunnel beyond.</w:t>
      </w:r>
    </w:p>
    <w:p w14:paraId="67E1D72C" w14:textId="77777777" w:rsidR="00121116" w:rsidRDefault="00AA3789">
      <w:r>
        <w:t>I bent down, peering into the black void that stretched ahead. Zaylee had said it would lead to the outer grounds, and beyond that, the forest. If I could make it that far, I might have a chance.</w:t>
      </w:r>
    </w:p>
    <w:p w14:paraId="5E08A0E7" w14:textId="77777777" w:rsidR="00121116" w:rsidRDefault="00AA3789">
      <w:r>
        <w:t>I hesitated, the tightness in my chest rising like a tide. The air inside the tunnel was damp, heavy with an earthy scent that reminded me just how deep underground I was. The walls seemed to close in, suffocating.</w:t>
      </w:r>
    </w:p>
    <w:p w14:paraId="0C11A9AB" w14:textId="77777777" w:rsidR="00121116" w:rsidRDefault="00AA3789">
      <w:r>
        <w:t>Just breathe. Breathe.</w:t>
      </w:r>
    </w:p>
    <w:p w14:paraId="1CA6C03E" w14:textId="77777777" w:rsidR="00121116" w:rsidRDefault="00AA3789">
      <w:r>
        <w:t>I swallowed the panic clawing at my throat and crawled forward, dragging my pack behind me. The stone door slid shut behind me with a dull thud, locking me into the darkness.</w:t>
      </w:r>
    </w:p>
    <w:p w14:paraId="4429CA10" w14:textId="77777777" w:rsidR="00121116" w:rsidRDefault="00AA3789">
      <w:r>
        <w:t>No turning back now.</w:t>
      </w:r>
    </w:p>
    <w:p w14:paraId="1239A2DA" w14:textId="77777777" w:rsidR="00121116" w:rsidRDefault="00AA3789">
      <w:r>
        <w:t>The ground beneath me was soft and moist, clinging to my hands as I moved. Sweat dripped down my forehead despite the cold, and each breath felt heavier, harder to take.</w:t>
      </w:r>
    </w:p>
    <w:p w14:paraId="48295345" w14:textId="77777777" w:rsidR="00121116" w:rsidRDefault="00AA3789">
      <w:r>
        <w:t>Just breathe. You are almost there. Believe it.</w:t>
      </w:r>
    </w:p>
    <w:p w14:paraId="746C623E" w14:textId="77777777" w:rsidR="00121116" w:rsidRDefault="00AA3789">
      <w:r>
        <w:t>The words repeated in my head like a desperate prayer, a lifeline against the fear threatening to overwhelm me. My muscles burned with every movement, the tunnel stretching longer than I had expected, as if it were trying to swallow me whole.</w:t>
      </w:r>
    </w:p>
    <w:p w14:paraId="7D01DF1A" w14:textId="77777777" w:rsidR="00121116" w:rsidRDefault="00AA3789">
      <w:r>
        <w:lastRenderedPageBreak/>
        <w:t>Finally, the passage widened. I scrambled to my feet, gasping for air. My body ached, but I could stand now, move freely. A metal gate loomed ahead of me, barely visible in the dim light filtering through cracks in the fortress walls.</w:t>
      </w:r>
    </w:p>
    <w:p w14:paraId="4BD8EEF1" w14:textId="77777777" w:rsidR="00121116" w:rsidRDefault="00AA3789">
      <w:r>
        <w:t>Relief flickered through me, but it was short-lived.</w:t>
      </w:r>
    </w:p>
    <w:p w14:paraId="5C536F30" w14:textId="77777777" w:rsidR="00121116" w:rsidRDefault="00AA3789">
      <w:r>
        <w:t>Then I heard it.</w:t>
      </w:r>
    </w:p>
    <w:p w14:paraId="07DD63E6" w14:textId="77777777" w:rsidR="00121116" w:rsidRDefault="00AA3789">
      <w:r>
        <w:t>Footsteps.</w:t>
      </w:r>
    </w:p>
    <w:p w14:paraId="534E31C4" w14:textId="77777777" w:rsidR="00121116" w:rsidRDefault="00AA3789">
      <w:r>
        <w:t>Soft. Deliberate.</w:t>
      </w:r>
    </w:p>
    <w:p w14:paraId="79D8036B" w14:textId="77777777" w:rsidR="00121116" w:rsidRDefault="00AA3789">
      <w:r>
        <w:t>My blood turned to ice. I pressed myself against the wall, heart hammering against my ribs. The steps were slow, purposeful, coming from the direction I had just left.</w:t>
      </w:r>
    </w:p>
    <w:p w14:paraId="6F080A31" w14:textId="77777777" w:rsidR="00121116" w:rsidRDefault="00AA3789">
      <w:r>
        <w:t>I bit down hard on my lip, forcing myself to stay still. Don’t move. Don’t breathe. The faint glow of the torchlight flickered just beyond the gate, sending erratic shadows skittering across the walls.</w:t>
      </w:r>
    </w:p>
    <w:p w14:paraId="227BF06A" w14:textId="77777777" w:rsidR="00121116" w:rsidRDefault="00AA3789">
      <w:r>
        <w:t>The footsteps stopped.</w:t>
      </w:r>
    </w:p>
    <w:p w14:paraId="07C2DAAB" w14:textId="77777777" w:rsidR="00121116" w:rsidRDefault="00AA3789">
      <w:r>
        <w:t>I dared a glance around the corner, my pulse roaring in my ears. Nothing. No one.</w:t>
      </w:r>
    </w:p>
    <w:p w14:paraId="594B8286" w14:textId="77777777" w:rsidR="00121116" w:rsidRDefault="00AA3789">
      <w:r>
        <w:t>Had I imagined it? Or was someone there, hidden in the darkness, watching?</w:t>
      </w:r>
    </w:p>
    <w:p w14:paraId="40DB358E" w14:textId="77777777" w:rsidR="00121116" w:rsidRDefault="00AA3789">
      <w:r>
        <w:t>I swallowed hard, forcing the panic down. I didn’t know, and I couldn’t afford to find out. Every moment spent lingering was another risk.</w:t>
      </w:r>
    </w:p>
    <w:p w14:paraId="34A2717D" w14:textId="77777777" w:rsidR="00121116" w:rsidRDefault="00AA3789">
      <w:r>
        <w:t>With one last breath, I turned to the gate and pushed it open, stepping into the unknown. The night air hit me like a shock to the system—sharp, cold, and real.</w:t>
      </w:r>
    </w:p>
    <w:p w14:paraId="56E88746" w14:textId="77777777" w:rsidR="00121116" w:rsidRDefault="00AA3789">
      <w:r>
        <w:t>I was outside.</w:t>
      </w:r>
    </w:p>
    <w:p w14:paraId="319A717B" w14:textId="77777777" w:rsidR="00121116" w:rsidRDefault="00AA3789">
      <w:r>
        <w:t xml:space="preserve">The fresh air clung to me, and for a moment, I could only feel the weight of the cloak and the provisions pulling at my shoulders. The terrain outside was worse than I’d anticipated. The mixture of snow and mud clung to my boots, every step dragging me further into the ground as if the earth itself was trying to hold me back. My breath came out in short, quiet bursts as I struggled to keep moving forward, pushing through the cold and wet. The cloak Zaylee had given me was heavy, too heavy in this moment, but I pulled it tighter around me, hoping it would keep me warm enough for the night ahead. Each step felt like a battle. The rocks hidden beneath the snow were sharp, scraping against my boots and threatening to twist my ankles if I wasn’t careful. The ground wasn’t solid—it shifted under my weight, sliding, pulling, threatening to make me fall at any moment. I kept my eyes on the darkness ahead, trying to focus. I had to stay sharp, had to stay alert, but my mind kept drifting back to what I had overheard. “She’s not ready,” Vidar had said. Those words echoed in my mind like a curse. What did they need me for? What kind of power was growing inside me that even they were waiting for? I tried to push the thoughts aside, focusing on the path ahead. But my thoughts kept slipping back, like my feet in the mud. Vidar. I had trusted him—or at least, I </w:t>
      </w:r>
      <w:r>
        <w:lastRenderedPageBreak/>
        <w:t>had wanted to. Even now, a part of me didn’t want to believe he was part of it, part of this... plan. But I couldn’t afford to think that way anymore. I had to see him for what he was. Just like Cronus, just like the others. I slipped on a patch of ice, my feet giving way beneath me as I tumbled forward. I gasped, hitting the ground hard, the cold wetness of the snow seeping into my clothes as I lay there for a moment, stunned. My palms stung from where they had scraped against the jagged rocks hidden beneath the surface. Get up. I pushed myself to my knees, trying to shake off the throbbing pain in my hands. The fortress loomed behind me, barely visible through the mist and the snow. It felt like it was watching me, waiting for me to fail, to crawl back into its walls. But I wouldn’t. I couldn’t. I forced myself to stand, ignoring the burning in my legs as I continued forward. I had to get to the forest. Zaylee had mentioned it would be my safest option once I got far enough away from the fortress. I glanced back one last time, but the dark silhouette of the fortress seemed smaller now, though it still loomed like a shadow in my mind. My body was growing more numb with each step, my muscles screaming in protest. But I had to keep moving. Every step felt like a gamble. The farther I got, the less likely they’d be able to find me. But the wilderness held its own dangers. I could feel the weight of the night pressing down on me, the unknown waiting just beyond the trees. A sharp gust of wind cut through the air, biting into my skin like icy claws. I hunched my shoulders, trying to protect myself from the chill, but the wind only grew stronger, howling through the trees like a warning. Somewhere in the distance, I heard the faintest echo of something—a voice? Or maybe it was just the wind playing tricks on me. I couldn’t be sure. My steps quickened, panic clawing at the edges of my mind. Had they already noticed I was gone? I glanced over my shoulder again, but there was nothing behind me except for the fog rising from the ground, swirling like the ghosts of forgotten souls. I was at the bottom of the hill, approaching the forest. The fortress now stood in the haziness of the night. Suddenly, a crack in the distance—a branch snapping. My heart leapt into my throat, and I stopped dead in my tracks, straining to hear. Silence followed. The air was thick with tension, as if the night itself was holding its breath, waiting.</w:t>
      </w:r>
    </w:p>
    <w:p w14:paraId="0D00487D" w14:textId="77777777" w:rsidR="00121116" w:rsidRDefault="00AA3789">
      <w:r>
        <w:t>I pressed on, my heart hammering against my ribs as I pushed deeper into the darkness. Every step felt heavier, as if invisible hands were reaching for me, clawing at my ankles, trying to drag me back. The weight of the fortress, of everything I had just escaped, still clung to me like a second skin. I was further than I had ever been—past the walls, beyond the reach of anything familiar. No one would hear me scream out here.</w:t>
      </w:r>
    </w:p>
    <w:p w14:paraId="5EE99DDA" w14:textId="77777777" w:rsidR="00121116" w:rsidRDefault="00AA3789">
      <w:r>
        <w:t>But I wouldn’t scream. I wouldn’t stop.</w:t>
      </w:r>
    </w:p>
    <w:p w14:paraId="4359A81C" w14:textId="77777777" w:rsidR="00121116" w:rsidRDefault="00AA3789">
      <w:r>
        <w:t>I kept moving. I had to keep moving.</w:t>
      </w:r>
    </w:p>
    <w:p w14:paraId="619313EF" w14:textId="77777777" w:rsidR="00121116" w:rsidRDefault="00AA3789">
      <w:r>
        <w:t>The trees ahead thickened, their skeletal branches twisting together like grasping fingers, knotting into an unnatural web that swallowed the remaining light. The wind howled through the leaves, rattling the bare limbs like bones. The earth beneath my boots was slick with a mixture of mud and melting snow, making every step treacherous, but I could see the tree line just ahead—a dark, looming mass against the endless stretch of night.</w:t>
      </w:r>
    </w:p>
    <w:p w14:paraId="6270A8E4" w14:textId="77777777" w:rsidR="00121116" w:rsidRDefault="00AA3789">
      <w:r>
        <w:t>I was close now. So close.</w:t>
      </w:r>
    </w:p>
    <w:p w14:paraId="170C1057" w14:textId="77777777" w:rsidR="00121116" w:rsidRDefault="00AA3789">
      <w:r>
        <w:lastRenderedPageBreak/>
        <w:t>Then something twisted deep in my gut.</w:t>
      </w:r>
    </w:p>
    <w:p w14:paraId="44DBA775" w14:textId="77777777" w:rsidR="00121116" w:rsidRDefault="00AA3789">
      <w:r>
        <w:t>A sharp, sudden instinct. A warning.</w:t>
      </w:r>
    </w:p>
    <w:p w14:paraId="39B402C7" w14:textId="77777777" w:rsidR="00121116" w:rsidRDefault="00AA3789">
      <w:r>
        <w:t>I stopped abruptly, glancing over my shoulder. The night behind me was empty, the path I had taken nothing more than a smear of shadow and frost. But the feeling didn’t fade. It lingered, thick and suffocating, pressing against my ribs like unseen fingers tightening their grip.</w:t>
      </w:r>
    </w:p>
    <w:p w14:paraId="49DB6CE0" w14:textId="77777777" w:rsidR="00121116" w:rsidRDefault="00AA3789">
      <w:r>
        <w:t>I swallowed hard, forcing my feet forward. The forest was my only option now. There was no going back.</w:t>
      </w:r>
    </w:p>
    <w:p w14:paraId="01ECAC63" w14:textId="77777777" w:rsidR="00121116" w:rsidRDefault="00AA3789">
      <w:r>
        <w:t>The moment I crossed into the tree line, everything changed.</w:t>
      </w:r>
    </w:p>
    <w:p w14:paraId="6F9E11BA" w14:textId="77777777" w:rsidR="00121116" w:rsidRDefault="00AA3789">
      <w:r>
        <w:t>The air inside the woods was different—denser, charged with something unseen, something watching. The canopy above was so thick it swallowed the moonlight, plunging me into near total darkness. The silence was absolute, deeper than before, pressing against my eardrums like cotton. Even my footsteps sounded muted, swallowed by the heavy quiet.</w:t>
      </w:r>
    </w:p>
    <w:p w14:paraId="1E1AFC85" w14:textId="77777777" w:rsidR="00121116" w:rsidRDefault="00AA3789">
      <w:r>
        <w:t>I wasn’t alone here.</w:t>
      </w:r>
    </w:p>
    <w:p w14:paraId="0C562CBF" w14:textId="77777777" w:rsidR="00121116" w:rsidRDefault="00AA3789">
      <w:r>
        <w:t>I knew it, felt it in my bones.</w:t>
      </w:r>
    </w:p>
    <w:p w14:paraId="60FF583A" w14:textId="77777777" w:rsidR="00121116" w:rsidRDefault="00AA3789">
      <w:r>
        <w:t>I moved carefully, my breath coming in short, controlled bursts. The ground was uneven beneath the snow, gnarled roots snaking their way across the forest floor, hidden rocks lying in wait to trip me. Every rustle of leaves, every crack of a twig sent a jolt of adrenaline through my veins. My senses were raw, hyper-aware of every shift in the darkness around me.</w:t>
      </w:r>
    </w:p>
    <w:p w14:paraId="3EE895CB" w14:textId="77777777" w:rsidR="00121116" w:rsidRDefault="00AA3789">
      <w:r>
        <w:t>And then, the whispers returned.</w:t>
      </w:r>
    </w:p>
    <w:p w14:paraId="7BC755B9" w14:textId="77777777" w:rsidR="00121116" w:rsidRDefault="00AA3789">
      <w:r>
        <w:t>They slithered through the trees, curling around my ears like a breath too close to my skin.</w:t>
      </w:r>
    </w:p>
    <w:p w14:paraId="29309744" w14:textId="77777777" w:rsidR="00121116" w:rsidRDefault="00AA3789">
      <w:r>
        <w:t>"You’re not strong enough."</w:t>
      </w:r>
    </w:p>
    <w:p w14:paraId="4827C553" w14:textId="77777777" w:rsidR="00121116" w:rsidRDefault="00AA3789">
      <w:r>
        <w:t>I clenched my jaw, shaking my head violently. Not real. Not real. But the words burrowed deep, feeding on the vulnerability I had spent so long trying to bury.</w:t>
      </w:r>
    </w:p>
    <w:p w14:paraId="38C9CEC7" w14:textId="77777777" w:rsidR="00121116" w:rsidRDefault="00AA3789">
      <w:r>
        <w:t>"You can’t save them."</w:t>
      </w:r>
    </w:p>
    <w:p w14:paraId="310E8907" w14:textId="77777777" w:rsidR="00121116" w:rsidRDefault="00AA3789">
      <w:r>
        <w:t>I sucked in a sharp breath, forcing my steps to quicken. My mind betrayed me, conjuring images of Ela and Rowan—safe, I hoped, though doubt curled through my stomach like a slow-spreading rot. Had I already lost the chance to protect them? Or had I never been strong enough to begin with?</w:t>
      </w:r>
    </w:p>
    <w:p w14:paraId="15AB9821" w14:textId="77777777" w:rsidR="00121116" w:rsidRDefault="00AA3789">
      <w:r>
        <w:t>The shadows seemed to shift, closing in around me, following me like something alive. My lungs burned from the cold air, from the exhaustion I refused to acknowledge. Every nerve in my body screamed for me to run, but I couldn't afford to be reckless. I had to keep going.</w:t>
      </w:r>
    </w:p>
    <w:p w14:paraId="72F7E182" w14:textId="77777777" w:rsidR="00121116" w:rsidRDefault="00AA3789">
      <w:r>
        <w:lastRenderedPageBreak/>
        <w:t>I forced the whispers back, buried them beneath the sheer force of my will.</w:t>
      </w:r>
    </w:p>
    <w:p w14:paraId="2A9328EC" w14:textId="77777777" w:rsidR="00121116" w:rsidRDefault="00AA3789">
      <w:r>
        <w:t>I had to survive. I had to keep moving.</w:t>
      </w:r>
    </w:p>
    <w:p w14:paraId="6A95A067" w14:textId="77777777" w:rsidR="00121116" w:rsidRDefault="00AA3789">
      <w:r>
        <w:t>Even if something was waiting for me in the dark.</w:t>
      </w:r>
    </w:p>
    <w:p w14:paraId="093771E1" w14:textId="77777777" w:rsidR="00121116" w:rsidRDefault="00AA3789">
      <w:r>
        <w:t>Then, I heard it again—a whisper, soft as breath, carried on the wind.</w:t>
      </w:r>
    </w:p>
    <w:p w14:paraId="2F186BC7" w14:textId="77777777" w:rsidR="00121116" w:rsidRDefault="00AA3789">
      <w:r>
        <w:t>I froze.</w:t>
      </w:r>
    </w:p>
    <w:p w14:paraId="56EB7D1F" w14:textId="77777777" w:rsidR="00121116" w:rsidRDefault="00AA3789">
      <w:r>
        <w:t>There was no mistaking it this time. A voice—low, distant, yet unmistakable.</w:t>
      </w:r>
    </w:p>
    <w:p w14:paraId="232BE136" w14:textId="77777777" w:rsidR="00121116" w:rsidRDefault="00AA3789">
      <w:r>
        <w:t>"She’s not ready."</w:t>
      </w:r>
    </w:p>
    <w:p w14:paraId="656B8B03" w14:textId="77777777" w:rsidR="00121116" w:rsidRDefault="00AA3789">
      <w:r>
        <w:t>My heart slammed against my ribs. Ice flooded my veins.</w:t>
      </w:r>
    </w:p>
    <w:p w14:paraId="69C0ED58" w14:textId="77777777" w:rsidR="00121116" w:rsidRDefault="00AA3789">
      <w:r>
        <w:t>Cronus.</w:t>
      </w:r>
    </w:p>
    <w:p w14:paraId="295E4175" w14:textId="77777777" w:rsidR="00121116" w:rsidRDefault="00AA3789">
      <w:r>
        <w:t>His voice sliced through the silence like a knife, even though I knew—knew—he couldn’t be here.</w:t>
      </w:r>
    </w:p>
    <w:p w14:paraId="2001DBFB" w14:textId="77777777" w:rsidR="00121116" w:rsidRDefault="00AA3789">
      <w:r>
        <w:t>I swallowed hard, barely daring to breathe as I scanned the darkness. And then—I saw them.</w:t>
      </w:r>
    </w:p>
    <w:p w14:paraId="0260E1B0" w14:textId="77777777" w:rsidR="00121116" w:rsidRDefault="00AA3789">
      <w:r>
        <w:t>Three figures, moving like shadows between the trees. Their forms were shrouded, but their presence was undeniable. The way the forest bent around them, the way the air seemed to shudder in their wake.</w:t>
      </w:r>
    </w:p>
    <w:p w14:paraId="59BEC493" w14:textId="77777777" w:rsidR="00121116" w:rsidRDefault="00AA3789">
      <w:r>
        <w:t>"Let me take over."</w:t>
      </w:r>
    </w:p>
    <w:p w14:paraId="0688189F" w14:textId="77777777" w:rsidR="00121116" w:rsidRDefault="00AA3789">
      <w:r>
        <w:t>"She needs more time."</w:t>
      </w:r>
    </w:p>
    <w:p w14:paraId="2E252E61" w14:textId="77777777" w:rsidR="00121116" w:rsidRDefault="00AA3789">
      <w:r>
        <w:t>The words slithered through the trees, winding around me like unseen tendrils. My pulse thundered.</w:t>
      </w:r>
    </w:p>
    <w:p w14:paraId="637115EE" w14:textId="77777777" w:rsidR="00121116" w:rsidRDefault="00AA3789">
      <w:r>
        <w:t>Then I ran.</w:t>
      </w:r>
    </w:p>
    <w:p w14:paraId="04632B60" w14:textId="77777777" w:rsidR="00121116" w:rsidRDefault="00AA3789">
      <w:r>
        <w:t>My feet pounded against the frozen earth, kicking up ice and mud. The cold burned in my lungs, but I pushed forward, deeper into the forest, deeper into the unknown.</w:t>
      </w:r>
    </w:p>
    <w:p w14:paraId="6B83A22B" w14:textId="77777777" w:rsidR="00121116" w:rsidRDefault="00AA3789">
      <w:r>
        <w:t>The darkness swallowed me whole.</w:t>
      </w:r>
    </w:p>
    <w:p w14:paraId="33F1307A" w14:textId="77777777" w:rsidR="00121116" w:rsidRDefault="00AA3789">
      <w:r>
        <w:t>Shadows closed in at every turn, twisting and shifting like living things. I stopped, chest heaving, eyes darting frantically through the trees. Everything looked the same—the gnarled branches, the endless black trunks. Had I been here before?</w:t>
      </w:r>
    </w:p>
    <w:p w14:paraId="46DD7EAE" w14:textId="77777777" w:rsidR="00121116" w:rsidRDefault="00AA3789">
      <w:r>
        <w:t>I swallowed against the dryness in my throat.</w:t>
      </w:r>
    </w:p>
    <w:p w14:paraId="3A51A231" w14:textId="77777777" w:rsidR="00121116" w:rsidRDefault="00AA3789">
      <w:r>
        <w:t>No. Keep going. Don’t stop.</w:t>
      </w:r>
    </w:p>
    <w:p w14:paraId="68C8087E" w14:textId="77777777" w:rsidR="00121116" w:rsidRDefault="00AA3789">
      <w:r>
        <w:lastRenderedPageBreak/>
        <w:t>But the voices followed.</w:t>
      </w:r>
    </w:p>
    <w:p w14:paraId="5CFAA9AE" w14:textId="77777777" w:rsidR="00121116" w:rsidRDefault="00AA3789">
      <w:r>
        <w:t>"Sky…"</w:t>
      </w:r>
    </w:p>
    <w:p w14:paraId="174C653C" w14:textId="77777777" w:rsidR="00121116" w:rsidRDefault="00AA3789">
      <w:r>
        <w:t>I jerked my head around, my breath hitching.</w:t>
      </w:r>
    </w:p>
    <w:p w14:paraId="68D46D49" w14:textId="77777777" w:rsidR="00121116" w:rsidRDefault="00AA3789">
      <w:r>
        <w:t>Nothing.</w:t>
      </w:r>
    </w:p>
    <w:p w14:paraId="38717617" w14:textId="77777777" w:rsidR="00121116" w:rsidRDefault="00AA3789">
      <w:r>
        <w:t>But the whisper had been close—too close.</w:t>
      </w:r>
    </w:p>
    <w:p w14:paraId="73CC31C2" w14:textId="77777777" w:rsidR="00121116" w:rsidRDefault="00AA3789">
      <w:r>
        <w:t>The trees loomed around me, their branches stretching like skeletal fingers. The wind howled, a sound that might have been laughter, or maybe just my own mind unraveling.</w:t>
      </w:r>
    </w:p>
    <w:p w14:paraId="7B9DE4C5" w14:textId="77777777" w:rsidR="00121116" w:rsidRDefault="00AA3789">
      <w:r>
        <w:t>I quickened my pace, forcing my legs to move despite the trembling. The weight of exhaustion dragged at me, but I couldn’t afford to slow down.</w:t>
      </w:r>
    </w:p>
    <w:p w14:paraId="735E5F29" w14:textId="77777777" w:rsidR="00121116" w:rsidRDefault="00AA3789">
      <w:r>
        <w:t>"You’re not ready."</w:t>
      </w:r>
    </w:p>
    <w:p w14:paraId="0675A301" w14:textId="77777777" w:rsidR="00121116" w:rsidRDefault="00AA3789">
      <w:r>
        <w:t>Cronus’s voice. Clear as day.</w:t>
      </w:r>
    </w:p>
    <w:p w14:paraId="69FB219F" w14:textId="77777777" w:rsidR="00121116" w:rsidRDefault="00AA3789">
      <w:r>
        <w:t>I stumbled, my foot catching on a root. I hit the ground hard, ice biting into my palms as I gasped for air.</w:t>
      </w:r>
    </w:p>
    <w:p w14:paraId="6245BCCE" w14:textId="77777777" w:rsidR="00121116" w:rsidRDefault="00AA3789">
      <w:r>
        <w:t>I stared into the shadows, my vision blurring.</w:t>
      </w:r>
    </w:p>
    <w:p w14:paraId="28692831" w14:textId="77777777" w:rsidR="00121116" w:rsidRDefault="00AA3789">
      <w:r>
        <w:t>But no one was there.</w:t>
      </w:r>
    </w:p>
    <w:p w14:paraId="6537B538" w14:textId="77777777" w:rsidR="00121116" w:rsidRDefault="00AA3789">
      <w:r>
        <w:t>Just the trees. Just the wind.</w:t>
      </w:r>
    </w:p>
    <w:p w14:paraId="253001E2" w14:textId="77777777" w:rsidR="00121116" w:rsidRDefault="00AA3789">
      <w:r>
        <w:t>I forced myself upright, shaking the cold from my limbs, but the whispers wouldn’t stop.</w:t>
      </w:r>
    </w:p>
    <w:p w14:paraId="3DC4FB17" w14:textId="77777777" w:rsidR="00121116" w:rsidRDefault="00AA3789">
      <w:r>
        <w:t>They were louder now, insistent.</w:t>
      </w:r>
    </w:p>
    <w:p w14:paraId="48E17FD7" w14:textId="77777777" w:rsidR="00121116" w:rsidRDefault="00AA3789">
      <w:r>
        <w:t>Each word dug into my mind, burrowing beneath my skin, pulling me back toward the fortress.</w:t>
      </w:r>
    </w:p>
    <w:p w14:paraId="0DF236D2" w14:textId="77777777" w:rsidR="00121116" w:rsidRDefault="00AA3789">
      <w:r>
        <w:t>"You’re nothing without us."</w:t>
      </w:r>
    </w:p>
    <w:p w14:paraId="202DD65B" w14:textId="77777777" w:rsidR="00121116" w:rsidRDefault="00AA3789">
      <w:r>
        <w:t>Vidar’s voice this time.</w:t>
      </w:r>
    </w:p>
    <w:p w14:paraId="19852027" w14:textId="77777777" w:rsidR="00121116" w:rsidRDefault="00AA3789">
      <w:r>
        <w:t>I clenched my teeth, pressing my hands to my ears. No. Not real. Not real.</w:t>
      </w:r>
    </w:p>
    <w:p w14:paraId="232F2966" w14:textId="77777777" w:rsidR="00121116" w:rsidRDefault="00AA3789">
      <w:r>
        <w:t>But the words slithered through anyway, like water seeping through cracks.</w:t>
      </w:r>
    </w:p>
    <w:p w14:paraId="6353EE7E" w14:textId="77777777" w:rsidR="00121116" w:rsidRDefault="00AA3789">
      <w:r>
        <w:t>I shook my head violently, whispering to myself. They’re not here. They’re not real.</w:t>
      </w:r>
    </w:p>
    <w:p w14:paraId="25F139B5" w14:textId="77777777" w:rsidR="00121116" w:rsidRDefault="00AA3789">
      <w:r>
        <w:t>The forest disagreed.</w:t>
      </w:r>
    </w:p>
    <w:p w14:paraId="323F97BE" w14:textId="77777777" w:rsidR="00121116" w:rsidRDefault="00AA3789">
      <w:r>
        <w:t>Another gust of wind, another cruel echo of laughter.</w:t>
      </w:r>
    </w:p>
    <w:p w14:paraId="4CAD1656" w14:textId="77777777" w:rsidR="00121116" w:rsidRDefault="00AA3789">
      <w:r>
        <w:t>I broke into a run.</w:t>
      </w:r>
    </w:p>
    <w:p w14:paraId="273EB191" w14:textId="77777777" w:rsidR="00121116" w:rsidRDefault="00AA3789">
      <w:r>
        <w:lastRenderedPageBreak/>
        <w:t>My boots skidded in the mud, my breath coming in ragged bursts. Every shadow seemed to stretch toward me, shifting, crawling just out of my sight.</w:t>
      </w:r>
    </w:p>
    <w:p w14:paraId="2B2ED6BA" w14:textId="77777777" w:rsidR="00121116" w:rsidRDefault="00AA3789">
      <w:r>
        <w:t>"Did you really think you could escape?"</w:t>
      </w:r>
    </w:p>
    <w:p w14:paraId="3EF06940" w14:textId="77777777" w:rsidR="00121116" w:rsidRDefault="00AA3789">
      <w:r>
        <w:t>Ichiro’s voice—closer. Too close.</w:t>
      </w:r>
    </w:p>
    <w:p w14:paraId="28028143" w14:textId="77777777" w:rsidR="00121116" w:rsidRDefault="00AA3789">
      <w:r>
        <w:t>I whipped my head around, but there was nothing. Just trees. Just blackness.</w:t>
      </w:r>
    </w:p>
    <w:p w14:paraId="0325A5FC" w14:textId="77777777" w:rsidR="00121116" w:rsidRDefault="00AA3789">
      <w:r>
        <w:t>My mind twisted against itself. They’re not here. They’re not here.</w:t>
      </w:r>
    </w:p>
    <w:p w14:paraId="565D6254" w14:textId="77777777" w:rsidR="00121116" w:rsidRDefault="00AA3789">
      <w:r>
        <w:t>But I felt them. Their presence pressing down on me, the weight of their words curling around my chest.</w:t>
      </w:r>
    </w:p>
    <w:p w14:paraId="579209AE" w14:textId="77777777" w:rsidR="00121116" w:rsidRDefault="00AA3789">
      <w:r>
        <w:t>The forest was alive with them, breathing, watching.</w:t>
      </w:r>
    </w:p>
    <w:p w14:paraId="188A4EE6" w14:textId="77777777" w:rsidR="00121116" w:rsidRDefault="00AA3789">
      <w:r>
        <w:t>My pulse roared in my ears. I couldn’t stop. I wouldn’t let them drag me back.</w:t>
      </w:r>
    </w:p>
    <w:p w14:paraId="0D019C9C" w14:textId="77777777" w:rsidR="00121116" w:rsidRDefault="00AA3789">
      <w:r>
        <w:t>But the trees stretched endlessly in every direction, and I could no longer tell which way was forward and which way led back to the nightmare I had just escaped.</w:t>
      </w:r>
    </w:p>
    <w:p w14:paraId="11E1B1FD" w14:textId="77777777" w:rsidR="00121116" w:rsidRDefault="00AA3789">
      <w:r>
        <w:t>Then I tripped.</w:t>
      </w:r>
    </w:p>
    <w:p w14:paraId="1A75FBEC" w14:textId="77777777" w:rsidR="00121116" w:rsidRDefault="00AA3789">
      <w:r>
        <w:t>My foot caught on a hidden rock, and I fell hard, the impact knocking the wind from my lungs. My body screamed in protest, pain sparking through my limbs.</w:t>
      </w:r>
    </w:p>
    <w:p w14:paraId="3B4E4B60" w14:textId="77777777" w:rsidR="00121116" w:rsidRDefault="00AA3789">
      <w:r>
        <w:t>I didn’t move.</w:t>
      </w:r>
    </w:p>
    <w:p w14:paraId="45AE7605" w14:textId="77777777" w:rsidR="00121116" w:rsidRDefault="00AA3789">
      <w:r>
        <w:t>I lay there, sprawled against the frozen earth, staring up at the slivers of sky barely visible through the tangled canopy. My breath came in short, sharp gasps.</w:t>
      </w:r>
    </w:p>
    <w:p w14:paraId="50F276FB" w14:textId="77777777" w:rsidR="00121116" w:rsidRDefault="00AA3789">
      <w:r>
        <w:t>The voices circled me, closing in.</w:t>
      </w:r>
    </w:p>
    <w:p w14:paraId="00CB5ADF" w14:textId="77777777" w:rsidR="00121116" w:rsidRDefault="00AA3789">
      <w:r>
        <w:t>"Sky…"</w:t>
      </w:r>
    </w:p>
    <w:p w14:paraId="1469CEC4" w14:textId="77777777" w:rsidR="00121116" w:rsidRDefault="00AA3789">
      <w:r>
        <w:t>"You’ll never be free."</w:t>
      </w:r>
    </w:p>
    <w:p w14:paraId="3A2E000F" w14:textId="77777777" w:rsidR="00121116" w:rsidRDefault="00AA3789">
      <w:r>
        <w:t>I clenched my fists, nails digging into my palms. This isn’t real. It isn’t real.</w:t>
      </w:r>
    </w:p>
    <w:p w14:paraId="11C5100A" w14:textId="77777777" w:rsidR="00121116" w:rsidRDefault="00AA3789">
      <w:r>
        <w:t>But my body wasn’t so sure.</w:t>
      </w:r>
    </w:p>
    <w:p w14:paraId="5004FD7D" w14:textId="77777777" w:rsidR="00121116" w:rsidRDefault="00AA3789">
      <w:r>
        <w:t>I could still hear them. Still feel them.</w:t>
      </w:r>
    </w:p>
    <w:p w14:paraId="6A7D848A" w14:textId="77777777" w:rsidR="00121116" w:rsidRDefault="00AA3789">
      <w:r>
        <w:t>And if my mind couldn’t tell the difference—did it even matter?</w:t>
      </w:r>
    </w:p>
    <w:p w14:paraId="6C52A40E" w14:textId="77777777" w:rsidR="00121116" w:rsidRDefault="00AA3789">
      <w:r>
        <w:t>I blinked through the haze clouding my vision, the biting cold and exhaustion making everything blur together. My limbs felt heavy, my breath ragged, the weight of everything pressing down on me like an unseen force.</w:t>
      </w:r>
    </w:p>
    <w:p w14:paraId="396CABF1" w14:textId="77777777" w:rsidR="00121116" w:rsidRDefault="00AA3789">
      <w:r>
        <w:t>Then, through the fog, I saw it.</w:t>
      </w:r>
    </w:p>
    <w:p w14:paraId="190D03F6" w14:textId="77777777" w:rsidR="00121116" w:rsidRDefault="00AA3789">
      <w:r>
        <w:lastRenderedPageBreak/>
        <w:t>A hand—steady, unwavering—extended toward me.</w:t>
      </w:r>
    </w:p>
    <w:p w14:paraId="235DABD1" w14:textId="77777777" w:rsidR="00121116" w:rsidRDefault="00AA3789">
      <w:r>
        <w:t>“Take my hand,” a voice urged, low and commanding, but not harsh.</w:t>
      </w:r>
    </w:p>
    <w:p w14:paraId="5B953449" w14:textId="77777777" w:rsidR="00121116" w:rsidRDefault="00AA3789">
      <w:r>
        <w:t>I hesitated. The shadows had been playing tricks on me all night, twisting the voices, whispering doubt into my mind. But this voice—this presence—felt different. Grounded. Familiar.</w:t>
      </w:r>
    </w:p>
    <w:p w14:paraId="0603B9AD" w14:textId="77777777" w:rsidR="00121116" w:rsidRDefault="00AA3789">
      <w:r>
        <w:t>I blinked up through the fog, my breath catching in my throat.</w:t>
      </w:r>
    </w:p>
    <w:p w14:paraId="57F6DD90" w14:textId="77777777" w:rsidR="00121116" w:rsidRDefault="00AA3789">
      <w:r>
        <w:t>It was him.</w:t>
      </w:r>
    </w:p>
    <w:p w14:paraId="349ED499" w14:textId="77777777" w:rsidR="00121116" w:rsidRDefault="00AA3789">
      <w:r>
        <w:t>Rainer.</w:t>
      </w:r>
    </w:p>
    <w:p w14:paraId="4C4ED204" w14:textId="77777777" w:rsidR="00121116" w:rsidRDefault="00AA3789">
      <w:r>
        <w:t>The King.</w:t>
      </w:r>
    </w:p>
    <w:p w14:paraId="06DBB488" w14:textId="77777777" w:rsidR="00121116" w:rsidRDefault="00AA3789">
      <w:r>
        <w:t>The one who had taken me from everything I knew and left me in that cave without a word. Now, he stood in front of me, his emerald eyes piercing through the dark, unreadable yet inescapable. His golden skin caught the faint slivers of moonlight that barely broke through the treetops, his presence as imposing as ever. But this time, he wasn’t adorned in royal opulence. No grand robes, no emblems of his power. He was dressed in all black, simple yet effortless, the sharp angles of his frame cutting through the night like a blade. Even in this stripped-down form, he commanded the space around him.</w:t>
      </w:r>
    </w:p>
    <w:p w14:paraId="35A9670D" w14:textId="77777777" w:rsidR="00121116" w:rsidRDefault="00AA3789">
      <w:r>
        <w:t>My heart pounded in my chest, confusion thick in my veins. How is he here?</w:t>
      </w:r>
    </w:p>
    <w:p w14:paraId="3EE3268E" w14:textId="77777777" w:rsidR="00121116" w:rsidRDefault="00AA3789">
      <w:r>
        <w:t>“Take my hand,” he repeated, his voice calm but edged with something firmer, something final. “This isn’t real.”</w:t>
      </w:r>
    </w:p>
    <w:p w14:paraId="2B4ADE58" w14:textId="77777777" w:rsidR="00121116" w:rsidRDefault="00AA3789">
      <w:r>
        <w:t>The world around me wavered, my vision flickering like a dying flame. His words echoed in my mind, warping the false reality I had built around me. Flashes of memories—false memories—exploded in my mind, distorting the present. They came too fast, too vivid. The shadows twisted into moments, one after another, pulling me through fractured scenes until I landed on the one that mattered most.</w:t>
      </w:r>
    </w:p>
    <w:p w14:paraId="724097C1" w14:textId="77777777" w:rsidR="00121116" w:rsidRDefault="00AA3789">
      <w:r>
        <w:t>The day I had met him.</w:t>
      </w:r>
    </w:p>
    <w:p w14:paraId="330AB363" w14:textId="77777777" w:rsidR="00121116" w:rsidRDefault="00AA3789">
      <w:r>
        <w:t>The moment my fate had changed.</w:t>
      </w:r>
    </w:p>
    <w:p w14:paraId="3C90A293" w14:textId="77777777" w:rsidR="00121116" w:rsidRDefault="00AA3789">
      <w:r>
        <w:t>I had been forced into his world. By him.</w:t>
      </w:r>
    </w:p>
    <w:p w14:paraId="13B9B16E" w14:textId="77777777" w:rsidR="00121116" w:rsidRDefault="00AA3789">
      <w:r>
        <w:t>I was here because of him. Running because of him.</w:t>
      </w:r>
    </w:p>
    <w:p w14:paraId="55D87C23" w14:textId="77777777" w:rsidR="00121116" w:rsidRDefault="00AA3789">
      <w:r>
        <w:t>But something deeper stirred beneath my rage, something I couldn’t name. It was as if I had known—somewhere, somehow—that this moment had always been inevitable. A silent agreement forged long before I could remember.</w:t>
      </w:r>
    </w:p>
    <w:p w14:paraId="6D1F26E0" w14:textId="77777777" w:rsidR="00121116" w:rsidRDefault="00AA3789">
      <w:r>
        <w:t>Reality snapped back into focus.</w:t>
      </w:r>
    </w:p>
    <w:p w14:paraId="5F23493F" w14:textId="77777777" w:rsidR="00121116" w:rsidRDefault="00AA3789">
      <w:r>
        <w:lastRenderedPageBreak/>
        <w:t>I stared at his hand, my thoughts a tangled mess. Every instinct screamed not to trust him. But another part of me—the part still desperate for answers—wanted to take it. To ask him the things I had never been allowed to understand.</w:t>
      </w:r>
    </w:p>
    <w:p w14:paraId="67BDE90D" w14:textId="77777777" w:rsidR="00121116" w:rsidRDefault="00AA3789">
      <w:r>
        <w:t>“How?” I rasped, my voice raw and hoarse. My throat ached from the cold, from exhaustion, from the weight of words I had never spoken aloud.</w:t>
      </w:r>
    </w:p>
    <w:p w14:paraId="7BA27887" w14:textId="77777777" w:rsidR="00121116" w:rsidRDefault="00AA3789">
      <w:r>
        <w:t>Rainer didn’t answer immediately. He remained still, his hand unwavering. His presence was composed, but there was something behind his eyes—something measured. He was waiting, watching.</w:t>
      </w:r>
    </w:p>
    <w:p w14:paraId="22F6C6F6" w14:textId="77777777" w:rsidR="00121116" w:rsidRDefault="00AA3789">
      <w:r>
        <w:t>“I’ve always known where to find you,” he said finally, his voice edged with quiet certainty. “I just couldn’t get to you.”</w:t>
      </w:r>
    </w:p>
    <w:p w14:paraId="703B7ED7" w14:textId="77777777" w:rsidR="00121116" w:rsidRDefault="00AA3789">
      <w:r>
        <w:t>His words hit harder than I expected.</w:t>
      </w:r>
    </w:p>
    <w:p w14:paraId="357DF624" w14:textId="77777777" w:rsidR="00121116" w:rsidRDefault="00AA3789">
      <w:r>
        <w:t>I wanted to recoil. To demand answers. Then why did you leave me in that cave? But I had no strength left to rage, no energy to fight the words that lingered unspoken between us.</w:t>
      </w:r>
    </w:p>
    <w:p w14:paraId="3C589C9E" w14:textId="77777777" w:rsidR="00121116" w:rsidRDefault="00AA3789">
      <w:r>
        <w:t>Instead, I watched him. The way his posture never wavered, the way his presence filled the space between us without effort. He wasn’t a Hecate to be trifled with—that much was clear.</w:t>
      </w:r>
    </w:p>
    <w:p w14:paraId="2E7D3590" w14:textId="77777777" w:rsidR="00121116" w:rsidRDefault="00AA3789">
      <w:r>
        <w:t>But there was something different about him now.</w:t>
      </w:r>
    </w:p>
    <w:p w14:paraId="147C98D3" w14:textId="77777777" w:rsidR="00121116" w:rsidRDefault="00AA3789">
      <w:r>
        <w:t>I had only ever seen him in the image of a king—untouchable, adorned in the weight of his power. But now, stripped of that, he was something more... or perhaps, something less. The black fabric clung to his form, elegant yet functional, a stark contrast to the gilded splendor I had once associated with him. And yet, like this, he was more real. More dangerous.</w:t>
      </w:r>
    </w:p>
    <w:p w14:paraId="0AFFA362" w14:textId="77777777" w:rsidR="00121116" w:rsidRDefault="00AA3789">
      <w:r>
        <w:t>I swallowed hard, forcing the words out before I could stop myself. “And now?”</w:t>
      </w:r>
    </w:p>
    <w:p w14:paraId="0C2B9A15" w14:textId="77777777" w:rsidR="00121116" w:rsidRDefault="00AA3789">
      <w:r>
        <w:t>The question carried more weight than I intended.</w:t>
      </w:r>
    </w:p>
    <w:p w14:paraId="7FC2C2EF" w14:textId="77777777" w:rsidR="00121116" w:rsidRDefault="00AA3789">
      <w:r>
        <w:t>Rainer’s expression didn’t change, but I saw the flicker of something in his eyes.</w:t>
      </w:r>
    </w:p>
    <w:p w14:paraId="6DBD4A93" w14:textId="77777777" w:rsidR="00121116" w:rsidRDefault="00AA3789">
      <w:r>
        <w:t>“You’re not safe out here,” he said simply, as if the truth was that easy to grasp. “You must have pieced some of it together if this is where we meet. I hoped you’d run when you gathered enough understanding of who you had met.”</w:t>
      </w:r>
    </w:p>
    <w:p w14:paraId="11E2DE12" w14:textId="77777777" w:rsidR="00121116" w:rsidRDefault="00AA3789">
      <w:r>
        <w:t>A sharp pang twisted in my chest.</w:t>
      </w:r>
    </w:p>
    <w:p w14:paraId="476E04F9" w14:textId="77777777" w:rsidR="00121116" w:rsidRDefault="00AA3789">
      <w:r>
        <w:t>"You left me," I whispered, my voice laced with something colder than the night air. It wasn’t a plea. It wasn’t even anger. It was a truth I still hadn’t made peace with.</w:t>
      </w:r>
    </w:p>
    <w:p w14:paraId="62C19348" w14:textId="77777777" w:rsidR="00121116" w:rsidRDefault="00AA3789">
      <w:r>
        <w:t>His gaze remained steady. “Yes.”</w:t>
      </w:r>
    </w:p>
    <w:p w14:paraId="373C0E4B" w14:textId="77777777" w:rsidR="00121116" w:rsidRDefault="00AA3789">
      <w:r>
        <w:t>No denial. No excuses. Just yes.</w:t>
      </w:r>
    </w:p>
    <w:p w14:paraId="15FD249F" w14:textId="77777777" w:rsidR="00121116" w:rsidRDefault="00AA3789">
      <w:r>
        <w:lastRenderedPageBreak/>
        <w:t>“But it wasn’t supposed to happen this way,” he continued, his voice still controlled, yet edged with something I couldn’t place. “You weren’t supposed to end up here. In this realm.”</w:t>
      </w:r>
    </w:p>
    <w:p w14:paraId="2B72A548" w14:textId="77777777" w:rsidR="00121116" w:rsidRDefault="00AA3789">
      <w:r>
        <w:t>The words hit me harder than I expected, a sharp, undeniable truth settling deep in my bones.</w:t>
      </w:r>
    </w:p>
    <w:p w14:paraId="683B7380" w14:textId="77777777" w:rsidR="00121116" w:rsidRDefault="00AA3789">
      <w:r>
        <w:t>I had suspected it all along—that I wasn’t here by chance, that there were forces at play beyond my understanding. But hearing it from him, spoken so plainly, sent a chill through me. I wasn’t meant to be here... yet I couldn’t shake that sliver of me that felt it right. So, where was it, that I was I supposed to be?</w:t>
      </w:r>
    </w:p>
    <w:p w14:paraId="4BCAE61E" w14:textId="77777777" w:rsidR="00121116" w:rsidRDefault="00AA3789">
      <w:r>
        <w:t>"Then where?" I demanded, the frustration breaking through now, raw and unfiltered. “Where was I supposed to be?”</w:t>
      </w:r>
    </w:p>
    <w:p w14:paraId="41EAE6F6" w14:textId="77777777" w:rsidR="00121116" w:rsidRDefault="00AA3789">
      <w:r>
        <w:t>His jaw tensed slightly, but his voice remained steady. “I will tell you everything you need to know.” A pause. “But not here. We need to leave first.”</w:t>
      </w:r>
    </w:p>
    <w:p w14:paraId="6BAB51F1" w14:textId="77777777" w:rsidR="00121116" w:rsidRDefault="00AA3789">
      <w:r>
        <w:t>My breath came faster, my pulse a frantic rhythm beneath my skin. “What do you want from me?”</w:t>
      </w:r>
    </w:p>
    <w:p w14:paraId="26737DF1" w14:textId="77777777" w:rsidR="00121116" w:rsidRDefault="00AA3789">
      <w:r>
        <w:t>Rainer stepped closer. Not enough to threaten, but enough that I felt his presence consume the space around me. His hand was still outstretched, patient but unwavering.</w:t>
      </w:r>
    </w:p>
    <w:p w14:paraId="37B355E7" w14:textId="77777777" w:rsidR="00121116" w:rsidRDefault="00AA3789">
      <w:r>
        <w:t>“I want to help you,” he said simply. “But you need to come with me.”</w:t>
      </w:r>
    </w:p>
    <w:p w14:paraId="75F3401A" w14:textId="77777777" w:rsidR="00121116" w:rsidRDefault="00AA3789">
      <w:r>
        <w:t>The words lingered in the cold air, weighted and unspoken with things I wasn’t sure I was ready to face.</w:t>
      </w:r>
    </w:p>
    <w:p w14:paraId="0FEF26B3" w14:textId="77777777" w:rsidR="00121116" w:rsidRDefault="00AA3789">
      <w:r>
        <w:t>Another test of trust.</w:t>
      </w:r>
    </w:p>
    <w:p w14:paraId="64AC613D" w14:textId="77777777" w:rsidR="00121116" w:rsidRDefault="00AA3789">
      <w:r>
        <w:t>After everything, how could I trust him?</w:t>
      </w:r>
    </w:p>
    <w:p w14:paraId="441B548D" w14:textId="77777777" w:rsidR="00121116" w:rsidRDefault="00AA3789">
      <w:r>
        <w:t>But trust wasn’t what made my fingers twitch toward his. It wasn’t faith, or belief, or hope. It was need. A desperate, unanswered pull that had haunted me since the moment I had met him.</w:t>
      </w:r>
    </w:p>
    <w:p w14:paraId="67877492" w14:textId="77777777" w:rsidR="00121116" w:rsidRDefault="00AA3789">
      <w:r>
        <w:t>I reached forward, my fingers trembling as they touched his.</w:t>
      </w:r>
    </w:p>
    <w:p w14:paraId="528FEC97" w14:textId="77777777" w:rsidR="00121116" w:rsidRDefault="00AA3789">
      <w:r>
        <w:t>His grip was firm, unyielding. He pulled me to my feet with effortless strength, his presence anchoring me against the storm still raging in my mind.</w:t>
      </w:r>
    </w:p>
    <w:p w14:paraId="767437BE" w14:textId="77777777" w:rsidR="00121116" w:rsidRDefault="00AA3789">
      <w:r>
        <w:t>For a moment, we stood there, caught between the past and the unknown future.</w:t>
      </w:r>
    </w:p>
    <w:p w14:paraId="638B5A86" w14:textId="77777777" w:rsidR="00121116" w:rsidRDefault="00AA3789">
      <w:r>
        <w:t>“You shouldn’t have entered this forest,” Rainer murmured, his voice lower now, almost unreadable.</w:t>
      </w:r>
    </w:p>
    <w:p w14:paraId="741CB319" w14:textId="77777777" w:rsidR="00121116" w:rsidRDefault="00AA3789">
      <w:r>
        <w:t>I met his gaze, my exhaustion pressing down on me like lead. I didn’t speak.</w:t>
      </w:r>
    </w:p>
    <w:p w14:paraId="0C0FBFEB" w14:textId="77777777" w:rsidR="00121116" w:rsidRDefault="00AA3789">
      <w:r>
        <w:t>Because there was nothing left to say.</w:t>
      </w:r>
    </w:p>
    <w:p w14:paraId="53425B55" w14:textId="77777777" w:rsidR="00121116" w:rsidRDefault="00AA3789">
      <w:r>
        <w:lastRenderedPageBreak/>
        <w:t>His grip remained firm, steady, as he turned his gaze toward the darkened forest ahead, his stance shifting—preparing. Watching.</w:t>
      </w:r>
    </w:p>
    <w:p w14:paraId="33B6B83A" w14:textId="77777777" w:rsidR="00121116" w:rsidRDefault="00AA3789">
      <w:r>
        <w:t>And despite every instinct screaming at me to run, I followed.</w:t>
      </w:r>
    </w:p>
    <w:p w14:paraId="03C65593" w14:textId="77777777" w:rsidR="00121116" w:rsidRDefault="00AA3789">
      <w:r>
        <w:t>I drowned in every detail that surrounded me. The stillness, true form of the forest hiding, was too imposing. The corners of my eyes threatening to show them, Cronus, Vidar, Ichiro… I exhaled sharply, pulling the cloak tighter around me in attempt to hide. “They’ll be looking for me,” I broke the silence, forcing myself into a distraction.  “I heard them. They’re waiting for something. Something I have.” I was unconfident of each of my words, but I tried to stand my ground.</w:t>
      </w:r>
    </w:p>
    <w:p w14:paraId="6ACDAD56" w14:textId="77777777" w:rsidR="00121116" w:rsidRDefault="00AA3789">
      <w:r>
        <w:t>Rainer’s jaw tightened, and for a moment, I saw something flicker in his expression—something almost like regret. “You are more than what they think you are,” he said, his voice careful, deliberate. “More than you know yourself to be.”</w:t>
      </w:r>
    </w:p>
    <w:p w14:paraId="6F7F9A46" w14:textId="77777777" w:rsidR="00121116" w:rsidRDefault="00AA3789">
      <w:r>
        <w:t>“That’s not an answer,” I shot back, feeling the frustration bubble up again. “What am I to them?”</w:t>
      </w:r>
    </w:p>
    <w:p w14:paraId="0D4E6E23" w14:textId="77777777" w:rsidR="00121116" w:rsidRDefault="00AA3789">
      <w:r>
        <w:t>“They want your power,” he said finally, the admission slipping past his lips with quiet intensity. “But they don’t fully understand what you are, Sky. Not yet.”</w:t>
      </w:r>
    </w:p>
    <w:p w14:paraId="14E3EE30" w14:textId="77777777" w:rsidR="00121116" w:rsidRDefault="00AA3789">
      <w:r>
        <w:t>The words hit me like a punch to the gut. My power. The thing I had been wrestling with since the beginning of this nightmare. The thing I still couldn’t control, couldn’t comprehend. “And you?” I asked, my voice barely more than a whisper. “What do you want?”</w:t>
      </w:r>
    </w:p>
    <w:p w14:paraId="07356721" w14:textId="77777777" w:rsidR="00121116" w:rsidRDefault="00AA3789">
      <w:r>
        <w:t>He paused for a long moment, his expression unreadable. When he finally spoke, his voice was quieter, more guarded.</w:t>
      </w:r>
    </w:p>
    <w:p w14:paraId="26C21F9A" w14:textId="77777777" w:rsidR="00121116" w:rsidRDefault="00AA3789">
      <w:r>
        <w:t>“I want you to survive.”</w:t>
      </w:r>
    </w:p>
    <w:p w14:paraId="00431CC8" w14:textId="77777777" w:rsidR="00121116" w:rsidRDefault="00AA3789">
      <w:r>
        <w:t>Survive. That word again. It felt hollow, stripped of meaning in the face of everything else. Surviving wasn’t enough. Not anymore.</w:t>
      </w:r>
    </w:p>
    <w:p w14:paraId="29B3E339" w14:textId="77777777" w:rsidR="00121116" w:rsidRDefault="00AA3789">
      <w:r>
        <w:t>I took a deep breath, my mind a battlefield of questions I wasn’t sure I wanted answers to. But there was no denying the truth anymore. I was in this, whether I understood it or not.</w:t>
      </w:r>
    </w:p>
    <w:p w14:paraId="7520CEE2" w14:textId="77777777" w:rsidR="00121116" w:rsidRDefault="00AA3789">
      <w:r>
        <w:t>“Where are we going?” I asked, glancing at the darkness that seemed to press in from all sides.</w:t>
      </w:r>
    </w:p>
    <w:p w14:paraId="06AD9FC7" w14:textId="77777777" w:rsidR="00121116" w:rsidRDefault="00AA3789">
      <w:r>
        <w:t>“Back to our realm,” Rainer said, though something in his tone was laced with quiet uncertainty. A sinking feeling settled deep in my stomach.</w:t>
      </w:r>
    </w:p>
    <w:p w14:paraId="4DD74984" w14:textId="77777777" w:rsidR="00121116" w:rsidRDefault="00AA3789">
      <w:r>
        <w:t>I frowned. “I thought it wasn’t possible to travel between realms with the barriers?”</w:t>
      </w:r>
    </w:p>
    <w:p w14:paraId="572C3DF2" w14:textId="77777777" w:rsidR="00121116" w:rsidRDefault="00AA3789">
      <w:r>
        <w:lastRenderedPageBreak/>
        <w:t>“It isn’t,” he admitted, his voice steady but edged with something heavier. “But there are ways to defy the rules. They’re just... hidden. Too dangerous for most, nearly impossible to find. But I have a way. A last resort. Red power.”</w:t>
      </w:r>
    </w:p>
    <w:p w14:paraId="57514375" w14:textId="77777777" w:rsidR="00121116" w:rsidRDefault="00AA3789">
      <w:r>
        <w:t>I tensed at the name. I had heard whispers of it before—stories, fragments of forbidden knowledge.</w:t>
      </w:r>
    </w:p>
    <w:p w14:paraId="6395B179" w14:textId="77777777" w:rsidR="00121116" w:rsidRDefault="00AA3789">
      <w:r>
        <w:t>“It’s rare,” he continued. “A power only extracted from the bottom of the Black Sea. And I don’t know if what’s left is enough to take us back. We can only hope—” his gaze flickered, sharp as a blade, “—or this is going to get a lot messier.”</w:t>
      </w:r>
    </w:p>
    <w:p w14:paraId="00C66439" w14:textId="77777777" w:rsidR="00121116" w:rsidRDefault="00AA3789">
      <w:r>
        <w:t>There was no hesitation in his voice, no careful concealment of the risks. It was the raw truth.</w:t>
      </w:r>
    </w:p>
    <w:p w14:paraId="55FF9C72" w14:textId="77777777" w:rsidR="00121116" w:rsidRDefault="00AA3789">
      <w:r>
        <w:t>I didn’t know if that reassured me or terrified me more.</w:t>
      </w:r>
    </w:p>
    <w:p w14:paraId="4A21B507" w14:textId="77777777" w:rsidR="00121116" w:rsidRDefault="00AA3789">
      <w:r>
        <w:t>“Come on,” Rainer added, his tone clipped now. “We need more distance between them and us before they realize you’ve escaped.”</w:t>
      </w:r>
    </w:p>
    <w:p w14:paraId="0A2ABD44" w14:textId="77777777" w:rsidR="00121116" w:rsidRDefault="00AA3789">
      <w:r>
        <w:t>I hesitated, my feet rooted to the frozen ground. Somewhere in the depths of the trees, I swore I heard it—a distant sound, too steady, too deliberate. Footsteps? Voices?</w:t>
      </w:r>
    </w:p>
    <w:p w14:paraId="24AB8683" w14:textId="77777777" w:rsidR="00121116" w:rsidRDefault="00AA3789">
      <w:r>
        <w:t>My pulse spiked. Maybe it was nothing. Maybe it was just the wind.</w:t>
      </w:r>
    </w:p>
    <w:p w14:paraId="63541AE4" w14:textId="77777777" w:rsidR="00121116" w:rsidRDefault="00AA3789">
      <w:r>
        <w:t>But maybe it wasn’t.</w:t>
      </w:r>
    </w:p>
    <w:p w14:paraId="2C988BB9" w14:textId="77777777" w:rsidR="00121116" w:rsidRDefault="00AA3789">
      <w:r>
        <w:t>Rainer moved ahead, his stride quick and purposeful. I forced myself to follow, though every instinct screamed for me to question him, to demand certainty in a world that offered none.</w:t>
      </w:r>
    </w:p>
    <w:p w14:paraId="73350B73" w14:textId="77777777" w:rsidR="00121116" w:rsidRDefault="00AA3789">
      <w:r>
        <w:t>The night air clawed at my skin, sharp and unforgiving, as we pressed on. The trees loomed around us, their twisted branches stretching like skeletal fingers. The wind shifted, carrying the weight of something unseen. The deeper we went, the more the silence settled—too deep, too unnatural. Even the trees no longer rustled.</w:t>
      </w:r>
    </w:p>
    <w:p w14:paraId="55053369" w14:textId="77777777" w:rsidR="00121116" w:rsidRDefault="00AA3789">
      <w:r>
        <w:t>Something was wrong.</w:t>
      </w:r>
    </w:p>
    <w:p w14:paraId="43922E11" w14:textId="77777777" w:rsidR="00121116" w:rsidRDefault="00AA3789">
      <w:r>
        <w:t>The cold thickened, pressing against my skin like an unseen force, and I felt the weight of every step, my breath visible in the frozen night, curling into the mist that clung to the ground.</w:t>
      </w:r>
    </w:p>
    <w:p w14:paraId="59FE23BB" w14:textId="77777777" w:rsidR="00121116" w:rsidRDefault="00AA3789">
      <w:r>
        <w:t>Rainer’s presence was constant beside me, his movements deliberate, his expression betraying nothing. He walked with purpose, as if he knew exactly where we were going.</w:t>
      </w:r>
    </w:p>
    <w:p w14:paraId="05ADA9CF" w14:textId="77777777" w:rsidR="00121116" w:rsidRDefault="00AA3789">
      <w:r>
        <w:t>Even if I didn’t.</w:t>
      </w:r>
    </w:p>
    <w:p w14:paraId="72581AC0" w14:textId="77777777" w:rsidR="00121116" w:rsidRDefault="00AA3789">
      <w:r>
        <w:t>His silence spoke louder than words. His gaze stayed fixed on something unseen, his expression carved from stone, unreadable.</w:t>
      </w:r>
    </w:p>
    <w:p w14:paraId="39072C90" w14:textId="77777777" w:rsidR="00121116" w:rsidRDefault="00AA3789">
      <w:r>
        <w:t>“You’ve been here before,” I murmured, my voice barely above a whisper.</w:t>
      </w:r>
    </w:p>
    <w:p w14:paraId="6345710B" w14:textId="77777777" w:rsidR="00121116" w:rsidRDefault="00AA3789">
      <w:r>
        <w:lastRenderedPageBreak/>
        <w:t>Rainer glanced at me, his emerald eyes flickering with something unreadable. “A long time ago,” he admitted. “The forest doesn’t change, but it remembers. And it doesn’t forget easily.”</w:t>
      </w:r>
    </w:p>
    <w:p w14:paraId="7A0E9FF0" w14:textId="77777777" w:rsidR="00121116" w:rsidRDefault="00AA3789">
      <w:r>
        <w:t>A chill traced its way down my spine.</w:t>
      </w:r>
    </w:p>
    <w:p w14:paraId="1E1ABE70" w14:textId="77777777" w:rsidR="00121116" w:rsidRDefault="00AA3789">
      <w:r>
        <w:t>There was something in his voice—a weight, an unspoken warning. The forest remembers. I didn’t ask what he meant. The way his shoulders tensed, the way his focus never wavered, told me enough. There was something about this place he wasn’t ready to share.</w:t>
      </w:r>
    </w:p>
    <w:p w14:paraId="03089918" w14:textId="77777777" w:rsidR="00121116" w:rsidRDefault="00AA3789">
      <w:r>
        <w:t>The ground shifted beneath me.</w:t>
      </w:r>
    </w:p>
    <w:p w14:paraId="7BE5EF5A" w14:textId="77777777" w:rsidR="00121116" w:rsidRDefault="00AA3789">
      <w:r>
        <w:t>At first, I thought it was exhaustion, the disorientation of running for too long, but then the trees moved. They bent and twisted, their skeletal branches stretching like fingers, as if the forest itself was exhaling around us. The air thickened, heavy with something I couldn’t name. With every step, the ground felt less real, like it might crumble away if I pressed too hard.</w:t>
      </w:r>
    </w:p>
    <w:p w14:paraId="3F1C5465" w14:textId="77777777" w:rsidR="00121116" w:rsidRDefault="00AA3789">
      <w:r>
        <w:t>Mist curled around my feet, rising in tendrils, weaving through the trees like living smoke.</w:t>
      </w:r>
    </w:p>
    <w:p w14:paraId="3CDE8B78" w14:textId="77777777" w:rsidR="00121116" w:rsidRDefault="00AA3789">
      <w:r>
        <w:t>“Stay close,” Rainer ordered, his voice low but firm.</w:t>
      </w:r>
    </w:p>
    <w:p w14:paraId="40996032" w14:textId="77777777" w:rsidR="00121116" w:rsidRDefault="00AA3789">
      <w:r>
        <w:t>He was scanning the darkness, but not with fear. He was watching, waiting. He had felt it too—the shift, the change. His body remained controlled, grounded, but I saw it in the way his jaw tightened, the way his eyes narrowed.</w:t>
      </w:r>
    </w:p>
    <w:p w14:paraId="570C43B1" w14:textId="77777777" w:rsidR="00121116" w:rsidRDefault="00AA3789">
      <w:r>
        <w:t>Something was wrong.</w:t>
      </w:r>
    </w:p>
    <w:p w14:paraId="0C8DBBDD" w14:textId="77777777" w:rsidR="00121116" w:rsidRDefault="00AA3789">
      <w:r>
        <w:t>The shadows thickened, pressing in. My breath came sharper, my heartbeat too loud in my ears. The trees loomed closer, their bark warped, unnatural, like something trapped inside was pushing to escape.</w:t>
      </w:r>
    </w:p>
    <w:p w14:paraId="346CC99A" w14:textId="77777777" w:rsidR="00121116" w:rsidRDefault="00AA3789">
      <w:r>
        <w:t>Then I saw them.</w:t>
      </w:r>
    </w:p>
    <w:p w14:paraId="4C7EFB40" w14:textId="77777777" w:rsidR="00121116" w:rsidRDefault="00AA3789">
      <w:r>
        <w:t>Faces.</w:t>
      </w:r>
    </w:p>
    <w:p w14:paraId="3E79AC14" w14:textId="77777777" w:rsidR="00121116" w:rsidRDefault="00AA3789">
      <w:r>
        <w:t>Twisted, hollow faces buried within the bark, their mouths stretched open in soundless screams.</w:t>
      </w:r>
    </w:p>
    <w:p w14:paraId="5CCB4F55" w14:textId="77777777" w:rsidR="00121116" w:rsidRDefault="00AA3789">
      <w:r>
        <w:t>I stumbled back, my pulse spiking. My instinct screamed to run, but before I could, Rainer’s hand closed around my wrist, steadying me before I fell.</w:t>
      </w:r>
    </w:p>
    <w:p w14:paraId="7EAF686F" w14:textId="77777777" w:rsidR="00121116" w:rsidRDefault="00AA3789">
      <w:r>
        <w:t>“Don’t look,” he said firmly, his grip grounding me. “They’re not real. The forest feeds on fear. If you let it in, it’ll take hold.”</w:t>
      </w:r>
    </w:p>
    <w:p w14:paraId="2A46747E" w14:textId="77777777" w:rsidR="00121116" w:rsidRDefault="00AA3789">
      <w:r>
        <w:t>I swallowed hard, forcing myself to turn away, but the image burned behind my eyelids.</w:t>
      </w:r>
    </w:p>
    <w:p w14:paraId="6BEFDD83" w14:textId="77777777" w:rsidR="00121116" w:rsidRDefault="00AA3789">
      <w:r>
        <w:t>They’re not real.</w:t>
      </w:r>
    </w:p>
    <w:p w14:paraId="6C11DF53" w14:textId="77777777" w:rsidR="00121116" w:rsidRDefault="00AA3789">
      <w:r>
        <w:lastRenderedPageBreak/>
        <w:t>I repeated the words in my head, but my mind rebelled, twisting the silence, filling it with whispers.</w:t>
      </w:r>
    </w:p>
    <w:p w14:paraId="04B1735C" w14:textId="77777777" w:rsidR="00121116" w:rsidRDefault="00AA3789">
      <w:r>
        <w:t>At first, they were distant.</w:t>
      </w:r>
    </w:p>
    <w:p w14:paraId="26A33BCF" w14:textId="77777777" w:rsidR="00121116" w:rsidRDefault="00AA3789">
      <w:r>
        <w:t>Then closer.</w:t>
      </w:r>
    </w:p>
    <w:p w14:paraId="5F3A2E31" w14:textId="77777777" w:rsidR="00121116" w:rsidRDefault="00AA3789">
      <w:r>
        <w:t>"Sky."</w:t>
      </w:r>
    </w:p>
    <w:p w14:paraId="560AFE44" w14:textId="77777777" w:rsidR="00121116" w:rsidRDefault="00AA3789">
      <w:r>
        <w:t>The voice slithered through the trees.</w:t>
      </w:r>
    </w:p>
    <w:p w14:paraId="7EC96931" w14:textId="77777777" w:rsidR="00121116" w:rsidRDefault="00AA3789">
      <w:r>
        <w:t>I froze.</w:t>
      </w:r>
    </w:p>
    <w:p w14:paraId="0FD56B9F" w14:textId="77777777" w:rsidR="00121116" w:rsidRDefault="00AA3789">
      <w:r>
        <w:t>Cold dread spiked through me. I spun around, searching, my breath catching in my throat.</w:t>
      </w:r>
    </w:p>
    <w:p w14:paraId="098E7F1E" w14:textId="77777777" w:rsidR="00121116" w:rsidRDefault="00AA3789">
      <w:r>
        <w:t>Nothing.</w:t>
      </w:r>
    </w:p>
    <w:p w14:paraId="3AAF58E5" w14:textId="77777777" w:rsidR="00121116" w:rsidRDefault="00AA3789">
      <w:r>
        <w:t>Only the dark, endless trees. But I had heard it.</w:t>
      </w:r>
    </w:p>
    <w:p w14:paraId="73F22F77" w14:textId="77777777" w:rsidR="00121116" w:rsidRDefault="00AA3789">
      <w:r>
        <w:t>I clenched my fists, forcing myself to breathe, but the whispers grew stronger, tangled with something deeper, something pulling. My name carried on the wind, stretched and distorted, a voice I should not have heard.</w:t>
      </w:r>
    </w:p>
    <w:p w14:paraId="2D13E61D" w14:textId="77777777" w:rsidR="00121116" w:rsidRDefault="00AA3789">
      <w:r>
        <w:t>Then—her.</w:t>
      </w:r>
    </w:p>
    <w:p w14:paraId="6F6FA001" w14:textId="77777777" w:rsidR="00121116" w:rsidRDefault="00AA3789">
      <w:r>
        <w:t>A figure stood ahead, barely visible through the fog and twisted branches. A woman. Tall. Still. Her silhouette familiar.</w:t>
      </w:r>
    </w:p>
    <w:p w14:paraId="285A2C6B" w14:textId="77777777" w:rsidR="00121116" w:rsidRDefault="00AA3789">
      <w:r>
        <w:t>My lungs seized.</w:t>
      </w:r>
    </w:p>
    <w:p w14:paraId="2666C7A2" w14:textId="77777777" w:rsidR="00121116" w:rsidRDefault="00AA3789">
      <w:r>
        <w:t>No. No, it couldn’t be.</w:t>
      </w:r>
    </w:p>
    <w:p w14:paraId="5005659F" w14:textId="77777777" w:rsidR="00121116" w:rsidRDefault="00AA3789">
      <w:r>
        <w:t>My mother.</w:t>
      </w:r>
    </w:p>
    <w:p w14:paraId="7A186172" w14:textId="77777777" w:rsidR="00121116" w:rsidRDefault="00AA3789">
      <w:r>
        <w:t>She was standing there, watching me.</w:t>
      </w:r>
    </w:p>
    <w:p w14:paraId="145F46B5" w14:textId="77777777" w:rsidR="00121116" w:rsidRDefault="00AA3789">
      <w:r>
        <w:t>Waiting.</w:t>
      </w:r>
    </w:p>
    <w:p w14:paraId="26283DA3" w14:textId="77777777" w:rsidR="00121116" w:rsidRDefault="00AA3789">
      <w:r>
        <w:t>I couldn’t move. My legs refused to function. My mind recoiled, screaming at me that this wasn’t real, it couldn’t be real.</w:t>
      </w:r>
    </w:p>
    <w:p w14:paraId="70D14C4F" w14:textId="77777777" w:rsidR="00121116" w:rsidRDefault="00AA3789">
      <w:r>
        <w:t>But she was there.</w:t>
      </w:r>
    </w:p>
    <w:p w14:paraId="28697873" w14:textId="77777777" w:rsidR="00121116" w:rsidRDefault="00AA3789">
      <w:r>
        <w:t>I could see the way her dark hair framed her face, the way her posture remained poised, regal, unshaken. Just as I remembered.</w:t>
      </w:r>
    </w:p>
    <w:p w14:paraId="713E9018" w14:textId="77777777" w:rsidR="00121116" w:rsidRDefault="00AA3789">
      <w:r>
        <w:t>The memories hit me all at once. The sound of her voice, her laughter, the way she used to hold me when I was small—before everything shattered. Before she was gone.</w:t>
      </w:r>
    </w:p>
    <w:p w14:paraId="082ACB07" w14:textId="77777777" w:rsidR="00121116" w:rsidRDefault="00AA3789">
      <w:r>
        <w:t>A strangled breath left my lips.</w:t>
      </w:r>
    </w:p>
    <w:p w14:paraId="6CBB8B01" w14:textId="77777777" w:rsidR="00121116" w:rsidRDefault="00AA3789">
      <w:r>
        <w:lastRenderedPageBreak/>
        <w:t>“Sky.”</w:t>
      </w:r>
    </w:p>
    <w:p w14:paraId="71D09FCB" w14:textId="77777777" w:rsidR="00121116" w:rsidRDefault="00AA3789">
      <w:r>
        <w:t>Rainer’s voice sliced through the haze, sharp and commanding.</w:t>
      </w:r>
    </w:p>
    <w:p w14:paraId="6B8F2774" w14:textId="77777777" w:rsidR="00121116" w:rsidRDefault="00AA3789">
      <w:r>
        <w:t>He stepped in front of me, breaking my line of sight, his hands gripping my shoulders. His touch was firm but steady, anchoring me back to reality.</w:t>
      </w:r>
    </w:p>
    <w:p w14:paraId="6DE97EF4" w14:textId="77777777" w:rsidR="00121116" w:rsidRDefault="00AA3789">
      <w:r>
        <w:t>“It’s not real,” he said.</w:t>
      </w:r>
    </w:p>
    <w:p w14:paraId="31B8538C" w14:textId="77777777" w:rsidR="00121116" w:rsidRDefault="00AA3789">
      <w:r>
        <w:t>I shook my head, my pulse racing. “I see her. She’s—” My voice cracked. I couldn’t finish the sentence.</w:t>
      </w:r>
    </w:p>
    <w:p w14:paraId="0769F3E9" w14:textId="77777777" w:rsidR="00121116" w:rsidRDefault="00AA3789">
      <w:r>
        <w:t>Rainer didn’t move, his grip unyielding. “They aren’t real, Sky. None of this is real.”</w:t>
      </w:r>
    </w:p>
    <w:p w14:paraId="06BEE127" w14:textId="77777777" w:rsidR="00121116" w:rsidRDefault="00AA3789">
      <w:r>
        <w:t>But the vision didn’t disappear.</w:t>
      </w:r>
    </w:p>
    <w:p w14:paraId="63D04EC9" w14:textId="77777777" w:rsidR="00121116" w:rsidRDefault="00AA3789">
      <w:r>
        <w:t>My mother was still there, just beyond his frame, her figure wreathed in mist. My heart ached, the weight of everything pressing into my chest. What if it was real? What if—</w:t>
      </w:r>
    </w:p>
    <w:p w14:paraId="496B6902" w14:textId="77777777" w:rsidR="00121116" w:rsidRDefault="00AA3789">
      <w:r>
        <w:t>No.</w:t>
      </w:r>
    </w:p>
    <w:p w14:paraId="38A85276" w14:textId="77777777" w:rsidR="00121116" w:rsidRDefault="00AA3789">
      <w:r>
        <w:t>I clenched my teeth, squeezing my eyes shut. This is the forest. This is what it does.</w:t>
      </w:r>
    </w:p>
    <w:p w14:paraId="2C703F73" w14:textId="77777777" w:rsidR="00121116" w:rsidRDefault="00AA3789">
      <w:r>
        <w:t>I forced my breathing to steady, my fists trembling at my sides.</w:t>
      </w:r>
    </w:p>
    <w:p w14:paraId="693EFCA9" w14:textId="77777777" w:rsidR="00121116" w:rsidRDefault="00AA3789">
      <w:r>
        <w:t>Rainer’s voice softened, but it didn’t waver. “Don’t let it in.”</w:t>
      </w:r>
    </w:p>
    <w:p w14:paraId="306FD017" w14:textId="77777777" w:rsidR="00121116" w:rsidRDefault="00AA3789">
      <w:r>
        <w:t>I nodded, swallowing back the lump in my throat. I didn’t look again. I wouldn’t look again.</w:t>
      </w:r>
    </w:p>
    <w:p w14:paraId="4C8EBD06" w14:textId="77777777" w:rsidR="00121116" w:rsidRDefault="00AA3789">
      <w:r>
        <w:t>Even as I felt her presence lingering.</w:t>
      </w:r>
    </w:p>
    <w:p w14:paraId="1AF671A3" w14:textId="77777777" w:rsidR="00121116" w:rsidRDefault="00AA3789">
      <w:r>
        <w:t>Even as I felt the weight of eyes that weren’t really there.</w:t>
      </w:r>
    </w:p>
    <w:p w14:paraId="7B72479D" w14:textId="77777777" w:rsidR="00121116" w:rsidRDefault="00AA3789">
      <w:r>
        <w:t>The trees shifted around us once more, the mist curling higher. The forest wasn’t done with me yet.</w:t>
      </w:r>
    </w:p>
    <w:p w14:paraId="6A324439" w14:textId="77777777" w:rsidR="00121116" w:rsidRDefault="00AA3789">
      <w:r>
        <w:t>I searched for something to anchor me back to reality—anything. My mind clawed for a presence, a steadiness that I had once known, had once trusted. For a fleeting moment, I almost believed—hoped—that beyond the swirling mist, behind the shadows, he would be there.</w:t>
      </w:r>
    </w:p>
    <w:p w14:paraId="25703805" w14:textId="77777777" w:rsidR="00121116" w:rsidRDefault="00AA3789">
      <w:r>
        <w:t>Like before.</w:t>
      </w:r>
    </w:p>
    <w:p w14:paraId="5D21CE37" w14:textId="77777777" w:rsidR="00121116" w:rsidRDefault="00AA3789">
      <w:r>
        <w:t>Like when his presence had quieted the storm inside me, when the chaos had stilled in his eyes, when I had, for the first time in as long as I could remember, breathed without fear.</w:t>
      </w:r>
    </w:p>
    <w:p w14:paraId="74F0E8DF" w14:textId="77777777" w:rsidR="00121116" w:rsidRDefault="00AA3789">
      <w:r>
        <w:t>But I crushed that feeling before it could take root.</w:t>
      </w:r>
    </w:p>
    <w:p w14:paraId="5922AB7F" w14:textId="77777777" w:rsidR="00121116" w:rsidRDefault="00AA3789">
      <w:r>
        <w:t>Ripped it from my chest and buried it beneath something colder, sharper.</w:t>
      </w:r>
    </w:p>
    <w:p w14:paraId="221A03FA" w14:textId="77777777" w:rsidR="00121116" w:rsidRDefault="00AA3789">
      <w:r>
        <w:lastRenderedPageBreak/>
        <w:t>Rage.</w:t>
      </w:r>
    </w:p>
    <w:p w14:paraId="5B174351" w14:textId="77777777" w:rsidR="00121116" w:rsidRDefault="00AA3789">
      <w:r>
        <w:t>I forced myself to meet Rainer’s gaze. His emerald eyes were unwavering, steady in a way that made me want to believe this moment wasn’t slipping through my fingers. Ground yourself. Hold onto what’s real.</w:t>
      </w:r>
    </w:p>
    <w:p w14:paraId="267E6ECB" w14:textId="77777777" w:rsidR="00121116" w:rsidRDefault="00AA3789">
      <w:r>
        <w:t>“This forest plays tricks on you,” he said, his voice measured, calm, as if speaking too loud might make the illusion stronger. “It will use your mind against you. Twist your thoughts. It will dig up what you want most, what you fear most, and it will wear their faces.”</w:t>
      </w:r>
    </w:p>
    <w:p w14:paraId="5B6D1898" w14:textId="77777777" w:rsidR="00121116" w:rsidRDefault="00AA3789">
      <w:r>
        <w:t>His voice softened just slightly, but the edge of authority remained.</w:t>
      </w:r>
    </w:p>
    <w:p w14:paraId="03555790" w14:textId="77777777" w:rsidR="00121116" w:rsidRDefault="00AA3789">
      <w:r>
        <w:t>“You must not fall to it,” he continued. “Keep moving, no matter what you see. None of it is real. Can you do that? Can you ignore what your eyes are convinced they see?”</w:t>
      </w:r>
    </w:p>
    <w:p w14:paraId="7C0CE8B4" w14:textId="77777777" w:rsidR="00121116" w:rsidRDefault="00AA3789">
      <w:r>
        <w:t>I swallowed hard, the weight of his words pressing into my ribs. I nodded.</w:t>
      </w:r>
    </w:p>
    <w:p w14:paraId="164846D8" w14:textId="77777777" w:rsidR="00121116" w:rsidRDefault="00AA3789">
      <w:r>
        <w:t>It was a lie.</w:t>
      </w:r>
    </w:p>
    <w:p w14:paraId="6DD283D7" w14:textId="77777777" w:rsidR="00121116" w:rsidRDefault="00AA3789">
      <w:r>
        <w:t>Because she didn’t disappear.</w:t>
      </w:r>
    </w:p>
    <w:p w14:paraId="4018B1DC" w14:textId="77777777" w:rsidR="00121116" w:rsidRDefault="00AA3789">
      <w:r>
        <w:t>The figure remained—lingering just beyond the reach of the mist, a silhouette woven from memory and longing. Her voice was softer now, beckoning me closer, whispering my name like a lullaby.</w:t>
      </w:r>
    </w:p>
    <w:p w14:paraId="0E6C2E59" w14:textId="77777777" w:rsidR="00121116" w:rsidRDefault="00AA3789">
      <w:r>
        <w:t>And I believed it. Every aching syllable.</w:t>
      </w:r>
    </w:p>
    <w:p w14:paraId="673AD59C" w14:textId="77777777" w:rsidR="00121116" w:rsidRDefault="00AA3789">
      <w:r>
        <w:t>The illusion didn’t waver, didn’t flicker like a dream breaking apart. It felt real. And maybe a part of me wanted it to be.</w:t>
      </w:r>
    </w:p>
    <w:p w14:paraId="5721B43C" w14:textId="77777777" w:rsidR="00121116" w:rsidRDefault="00AA3789">
      <w:r>
        <w:t>I took a deep breath and forced my feet forward. Forced my mind to unravel the threads of her existence, to separate the truth from the trickery.</w:t>
      </w:r>
    </w:p>
    <w:p w14:paraId="430C5796" w14:textId="77777777" w:rsidR="00121116" w:rsidRDefault="00AA3789">
      <w:r>
        <w:t>She is a stranger.</w:t>
      </w:r>
    </w:p>
    <w:p w14:paraId="4B88DDA6" w14:textId="77777777" w:rsidR="00121116" w:rsidRDefault="00AA3789">
      <w:r>
        <w:t>Not my mother. Not real.</w:t>
      </w:r>
    </w:p>
    <w:p w14:paraId="5CAC0012" w14:textId="77777777" w:rsidR="00121116" w:rsidRDefault="00AA3789">
      <w:r>
        <w:t>But as I walked, I realized it wasn’t just her that I was trying to silence.</w:t>
      </w:r>
    </w:p>
    <w:p w14:paraId="4D8B996A" w14:textId="77777777" w:rsidR="00121116" w:rsidRDefault="00AA3789">
      <w:r>
        <w:t>It was him.</w:t>
      </w:r>
    </w:p>
    <w:p w14:paraId="7F896067" w14:textId="77777777" w:rsidR="00121116" w:rsidRDefault="00AA3789">
      <w:r>
        <w:t>The ghost of something I no longer wanted. The ghost of something I still—against all reason—ached for.</w:t>
      </w:r>
    </w:p>
    <w:p w14:paraId="54445B02" w14:textId="77777777" w:rsidR="00121116" w:rsidRDefault="00AA3789">
      <w:r>
        <w:t>I clenched my fists and kept moving.</w:t>
      </w:r>
    </w:p>
    <w:p w14:paraId="5D6444D9" w14:textId="77777777" w:rsidR="00121116" w:rsidRDefault="00AA3789">
      <w:r>
        <w:t>The path ahead blurred, but I focused on Rainer’s back, his form the only solid thing in the ever-shifting landscape. The trees seemed to close in, their skeletal branches weaving together like a cage, but I pressed on, forcing my legs to move—one step at a time.</w:t>
      </w:r>
    </w:p>
    <w:p w14:paraId="6AB232F6" w14:textId="77777777" w:rsidR="00121116" w:rsidRDefault="00AA3789">
      <w:r>
        <w:lastRenderedPageBreak/>
        <w:t>The voices in the forest grew louder, more insistent, and I could feel the weight of unseen eyes pressing against my skin. But I ignored them. I had to. If I let them in… if I listened to them… I would lose myself.</w:t>
      </w:r>
    </w:p>
    <w:p w14:paraId="515A0A6B" w14:textId="77777777" w:rsidR="00121116" w:rsidRDefault="00AA3789">
      <w:r>
        <w:t>A sudden sharp crack echoed through the trees.</w:t>
      </w:r>
    </w:p>
    <w:p w14:paraId="064E78CD" w14:textId="77777777" w:rsidR="00121116" w:rsidRDefault="00AA3789">
      <w:r>
        <w:t>I flinched, instinctively reaching for Rainer, moving toward him without thought.</w:t>
      </w:r>
    </w:p>
    <w:p w14:paraId="0B7D005B" w14:textId="77777777" w:rsidR="00121116" w:rsidRDefault="00AA3789">
      <w:r>
        <w:t>He didn’t react, didn’t stop moving, but I saw it—the tightening in his shoulders, the shift in his stance.</w:t>
      </w:r>
    </w:p>
    <w:p w14:paraId="55835928" w14:textId="77777777" w:rsidR="00121116" w:rsidRDefault="00AA3789">
      <w:r>
        <w:t>“Someone is following us,” Rainer said quietly, his voice even, but edged with something lethal. His eyes flickered through the darkened forest, sharp, scanning.</w:t>
      </w:r>
    </w:p>
    <w:p w14:paraId="2B0032EB" w14:textId="77777777" w:rsidR="00121116" w:rsidRDefault="00AA3789">
      <w:r>
        <w:t>My heart slammed against my ribs. I glanced around, a prickling fear rising along my spine.</w:t>
      </w:r>
    </w:p>
    <w:p w14:paraId="41AE1D9D" w14:textId="77777777" w:rsidR="00121116" w:rsidRDefault="00AA3789">
      <w:r>
        <w:t>“Come out,” Rainer commanded. His voice was steady, confident. He didn’t raise it, but the weight behind his words left no room for disobedience.</w:t>
      </w:r>
    </w:p>
    <w:p w14:paraId="4FB2EB5F" w14:textId="77777777" w:rsidR="00121116" w:rsidRDefault="00AA3789">
      <w:r>
        <w:t>“I won’t ask again.”</w:t>
      </w:r>
    </w:p>
    <w:p w14:paraId="1DFC8576" w14:textId="77777777" w:rsidR="00121116" w:rsidRDefault="00AA3789">
      <w:r>
        <w:t>A slow tension crackled beneath my skin. The rawness of his power stirred the air, rumbling just beneath the surface.</w:t>
      </w:r>
    </w:p>
    <w:p w14:paraId="7B98D38F" w14:textId="77777777" w:rsidR="00121116" w:rsidRDefault="00AA3789">
      <w:r>
        <w:t>I held my breath, waiting.</w:t>
      </w:r>
    </w:p>
    <w:p w14:paraId="30F91108" w14:textId="77777777" w:rsidR="00121116" w:rsidRDefault="00AA3789">
      <w:r>
        <w:t>Then—a figure emerged from the shadows.</w:t>
      </w:r>
    </w:p>
    <w:p w14:paraId="5E0F31F4" w14:textId="77777777" w:rsidR="00121116" w:rsidRDefault="00AA3789">
      <w:r>
        <w:t>The soft rustle of fabric was the only sound that accompanied her. The figure, cloaked and hooded, stepped forward with deliberate grace.</w:t>
      </w:r>
    </w:p>
    <w:p w14:paraId="07FC3383" w14:textId="77777777" w:rsidR="00121116" w:rsidRDefault="00AA3789">
      <w:r>
        <w:t>Beside me, Rainer didn’t relax, not fully. His stance eased just slightly, but the tension in his posture remained—watchful, waiting.</w:t>
      </w:r>
    </w:p>
    <w:p w14:paraId="7150E235" w14:textId="77777777" w:rsidR="00121116" w:rsidRDefault="00AA3789">
      <w:r>
        <w:t>Then, she pulled back her hood.</w:t>
      </w:r>
    </w:p>
    <w:p w14:paraId="4702FF3E" w14:textId="77777777" w:rsidR="00121116" w:rsidRDefault="00AA3789">
      <w:r>
        <w:t>A shock of darkened orange hair, braided loosely over her shoulder, caught the dim glow of the forest.</w:t>
      </w:r>
    </w:p>
    <w:p w14:paraId="5906CE41" w14:textId="77777777" w:rsidR="00121116" w:rsidRDefault="00AA3789">
      <w:r>
        <w:t>My breath stilled.</w:t>
      </w:r>
    </w:p>
    <w:p w14:paraId="7523808E" w14:textId="77777777" w:rsidR="00121116" w:rsidRDefault="00AA3789">
      <w:r>
        <w:t>Mayala.</w:t>
      </w:r>
    </w:p>
    <w:p w14:paraId="6E07CBD5" w14:textId="77777777" w:rsidR="00121116" w:rsidRDefault="00AA3789">
      <w:r>
        <w:t>What was she doing here?</w:t>
      </w:r>
    </w:p>
    <w:p w14:paraId="3C239B26" w14:textId="77777777" w:rsidR="00121116" w:rsidRDefault="00AA3789">
      <w:r>
        <w:t>Rainer’s voice cut through the silence, his tone deceptively calm. “What are you doing here?”</w:t>
      </w:r>
    </w:p>
    <w:p w14:paraId="3D03C284" w14:textId="77777777" w:rsidR="00121116" w:rsidRDefault="00AA3789">
      <w:r>
        <w:t>But I heard it—the restraint beneath his words.</w:t>
      </w:r>
    </w:p>
    <w:p w14:paraId="544A2741" w14:textId="77777777" w:rsidR="00121116" w:rsidRDefault="00AA3789">
      <w:r>
        <w:t>This wasn’t curiosity. It was something much darker.</w:t>
      </w:r>
    </w:p>
    <w:p w14:paraId="3BD0D8A2" w14:textId="77777777" w:rsidR="00121116" w:rsidRDefault="00AA3789">
      <w:r>
        <w:lastRenderedPageBreak/>
        <w:t>“I came to help you,” she said, her voice steady, but something shifted in her expression when Rainer took a step toward her.</w:t>
      </w:r>
    </w:p>
    <w:p w14:paraId="56138788" w14:textId="77777777" w:rsidR="00121116" w:rsidRDefault="00AA3789">
      <w:r>
        <w:t>His presence loomed over her. Not aggressive. Not yet.</w:t>
      </w:r>
    </w:p>
    <w:p w14:paraId="46434D97" w14:textId="77777777" w:rsidR="00121116" w:rsidRDefault="00AA3789">
      <w:r>
        <w:t>“Help me?” he echoed, his tone flat, but I felt it—the simmering anger beneath.</w:t>
      </w:r>
    </w:p>
    <w:p w14:paraId="1F0463E3" w14:textId="77777777" w:rsidR="00121116" w:rsidRDefault="00AA3789">
      <w:r>
        <w:t>“Like you always do?”</w:t>
      </w:r>
    </w:p>
    <w:p w14:paraId="0678C0A1" w14:textId="77777777" w:rsidR="00121116" w:rsidRDefault="00AA3789">
      <w:r>
        <w:t>Mayala opened her mouth, but before she could speak, Rainer cut her off, his words razor-sharp.</w:t>
      </w:r>
    </w:p>
    <w:p w14:paraId="618286B3" w14:textId="77777777" w:rsidR="00121116" w:rsidRDefault="00AA3789">
      <w:r>
        <w:t>“Like you helped my brother?” His steps were slow, calculated, his movements precise as he closed the space between them.</w:t>
      </w:r>
    </w:p>
    <w:p w14:paraId="6776734A" w14:textId="77777777" w:rsidR="00121116" w:rsidRDefault="00AA3789">
      <w:r>
        <w:t>“Is that the kind of help you mean?”</w:t>
      </w:r>
    </w:p>
    <w:p w14:paraId="4631DE29" w14:textId="77777777" w:rsidR="00121116" w:rsidRDefault="00AA3789">
      <w:r>
        <w:t>Mayala’s expression flickered, something softening—regret, maybe? But she held her ground.</w:t>
      </w:r>
    </w:p>
    <w:p w14:paraId="0224A38A" w14:textId="77777777" w:rsidR="00121116" w:rsidRDefault="00AA3789">
      <w:r>
        <w:t>“I didn’t come here to argue.”</w:t>
      </w:r>
    </w:p>
    <w:p w14:paraId="52A2940A" w14:textId="77777777" w:rsidR="00121116" w:rsidRDefault="00AA3789">
      <w:r>
        <w:t>Her voice was quiet, even. Unshaken.</w:t>
      </w:r>
    </w:p>
    <w:p w14:paraId="4216123C" w14:textId="77777777" w:rsidR="00121116" w:rsidRDefault="00AA3789">
      <w:r>
        <w:t>“I came to help you.”</w:t>
      </w:r>
    </w:p>
    <w:p w14:paraId="63C66707" w14:textId="77777777" w:rsidR="00121116" w:rsidRDefault="00AA3789">
      <w:r>
        <w:t>Rainer’s expression darkened. “I don’t need your help.”</w:t>
      </w:r>
    </w:p>
    <w:p w14:paraId="4D6B7293" w14:textId="77777777" w:rsidR="00121116" w:rsidRDefault="00AA3789">
      <w:r>
        <w:t>The words weren’t loud, but they were cutting—final.</w:t>
      </w:r>
    </w:p>
    <w:p w14:paraId="2E1754FC" w14:textId="77777777" w:rsidR="00121116" w:rsidRDefault="00AA3789">
      <w:r>
        <w:t>“Not from someone who chose him.”</w:t>
      </w:r>
    </w:p>
    <w:p w14:paraId="50240A62" w14:textId="77777777" w:rsidR="00121116" w:rsidRDefault="00AA3789">
      <w:r>
        <w:t>The weight of his words hung in the air like a threat.</w:t>
      </w:r>
    </w:p>
    <w:p w14:paraId="11AF2C58" w14:textId="77777777" w:rsidR="00121116" w:rsidRDefault="00AA3789">
      <w:r>
        <w:t>The wind howled through the trees, the silence between them thick and suffocating.</w:t>
      </w:r>
    </w:p>
    <w:p w14:paraId="0844DE2D" w14:textId="77777777" w:rsidR="00121116" w:rsidRDefault="00AA3789">
      <w:r>
        <w:t>Mayala’s expression faltered, her confidence wavering, but she didn’t back down.</w:t>
      </w:r>
    </w:p>
    <w:p w14:paraId="550C0C49" w14:textId="77777777" w:rsidR="00121116" w:rsidRDefault="00AA3789">
      <w:r>
        <w:t>“I know what I did,” she said, softer now. “But I didn’t come here to relive that.”</w:t>
      </w:r>
    </w:p>
    <w:p w14:paraId="4A401F3D" w14:textId="77777777" w:rsidR="00121116" w:rsidRDefault="00AA3789">
      <w:r>
        <w:t>She inhaled.</w:t>
      </w:r>
    </w:p>
    <w:p w14:paraId="18FB5562" w14:textId="77777777" w:rsidR="00121116" w:rsidRDefault="00AA3789">
      <w:r>
        <w:t>“I’m here because I know what’s coming.”</w:t>
      </w:r>
    </w:p>
    <w:p w14:paraId="7D074B7E" w14:textId="77777777" w:rsidR="00121116" w:rsidRDefault="00AA3789">
      <w:r>
        <w:t>Rainer’s jaw clenched, his emerald eyes flashing with something unreadable.</w:t>
      </w:r>
    </w:p>
    <w:p w14:paraId="1BE81823" w14:textId="77777777" w:rsidR="00121116" w:rsidRDefault="00AA3789">
      <w:r>
        <w:t>I could feel the tension radiating from him, the war in his mind.</w:t>
      </w:r>
    </w:p>
    <w:p w14:paraId="31F2B7D4" w14:textId="77777777" w:rsidR="00121116" w:rsidRDefault="00AA3789">
      <w:r>
        <w:t>Then, Mayala’s gaze shifted—to me.</w:t>
      </w:r>
    </w:p>
    <w:p w14:paraId="478313EF" w14:textId="77777777" w:rsidR="00121116" w:rsidRDefault="00AA3789">
      <w:r>
        <w:t>Her eyes met mine, cutting through the cold, through the shadows.</w:t>
      </w:r>
    </w:p>
    <w:p w14:paraId="0AA0A273" w14:textId="77777777" w:rsidR="00121116" w:rsidRDefault="00AA3789">
      <w:r>
        <w:lastRenderedPageBreak/>
        <w:t>“And you,” she said softly. “You’re part of this too. Whether you want to be or not.”</w:t>
      </w:r>
    </w:p>
    <w:p w14:paraId="4F84DB76" w14:textId="77777777" w:rsidR="00121116" w:rsidRDefault="00AA3789">
      <w:r>
        <w:t>I stiffened.</w:t>
      </w:r>
    </w:p>
    <w:p w14:paraId="36E414DC" w14:textId="77777777" w:rsidR="00121116" w:rsidRDefault="00AA3789">
      <w:r>
        <w:t>Something about the way she said it—the certainty, the weight behind her words—sent a chill crawling beneath my skin.</w:t>
      </w:r>
    </w:p>
    <w:p w14:paraId="67011157" w14:textId="77777777" w:rsidR="00121116" w:rsidRDefault="00AA3789">
      <w:r>
        <w:t>“What is it to you?” I asked, my voice more defensive than I intended.</w:t>
      </w:r>
    </w:p>
    <w:p w14:paraId="2F031325" w14:textId="77777777" w:rsidR="00121116" w:rsidRDefault="00AA3789">
      <w:r>
        <w:t>Beside me, Rainer shifted, his presence a quiet warning.</w:t>
      </w:r>
    </w:p>
    <w:p w14:paraId="2402326F" w14:textId="77777777" w:rsidR="00121116" w:rsidRDefault="00AA3789">
      <w:r>
        <w:t>But it was Mayala who spoke.</w:t>
      </w:r>
    </w:p>
    <w:p w14:paraId="03558473" w14:textId="77777777" w:rsidR="00121116" w:rsidRDefault="00AA3789">
      <w:r>
        <w:t>“The Hecate…” she hesitated, measuring her words.</w:t>
      </w:r>
    </w:p>
    <w:p w14:paraId="02C6E521" w14:textId="77777777" w:rsidR="00121116" w:rsidRDefault="00AA3789">
      <w:r>
        <w:t>“They won’t stop. Not until they have what they need.”</w:t>
      </w:r>
    </w:p>
    <w:p w14:paraId="2350E30E" w14:textId="77777777" w:rsidR="00121116" w:rsidRDefault="00AA3789">
      <w:r>
        <w:t>She exhaled, something settling in her gaze.</w:t>
      </w:r>
    </w:p>
    <w:p w14:paraId="71234F2D" w14:textId="77777777" w:rsidR="00121116" w:rsidRDefault="00AA3789">
      <w:r>
        <w:t>“And you, Sky… you are what they need most.”</w:t>
      </w:r>
    </w:p>
    <w:p w14:paraId="72A15FF0" w14:textId="77777777" w:rsidR="00121116" w:rsidRDefault="00AA3789">
      <w:r>
        <w:t>The breath in my lungs turned to ice.</w:t>
      </w:r>
    </w:p>
    <w:p w14:paraId="33EA7E4A" w14:textId="77777777" w:rsidR="00121116" w:rsidRDefault="00AA3789">
      <w:r>
        <w:t>I swallowed, the weight of her words crushing against my ribs. “The moment I walked in that day with Vidar…”</w:t>
      </w:r>
    </w:p>
    <w:p w14:paraId="45FB995A" w14:textId="77777777" w:rsidR="00121116" w:rsidRDefault="00AA3789">
      <w:r>
        <w:t>Mayala nodded once. “I knew. He had found you.”</w:t>
      </w:r>
    </w:p>
    <w:p w14:paraId="6036DB93" w14:textId="77777777" w:rsidR="00121116" w:rsidRDefault="00AA3789">
      <w:r>
        <w:t>Beside me, Rainer went completely still.</w:t>
      </w:r>
    </w:p>
    <w:p w14:paraId="339273FD" w14:textId="77777777" w:rsidR="00121116" w:rsidRDefault="00AA3789">
      <w:r>
        <w:t>The shift in his energy was subtle.</w:t>
      </w:r>
    </w:p>
    <w:p w14:paraId="147885BB" w14:textId="77777777" w:rsidR="00121116" w:rsidRDefault="00AA3789">
      <w:r>
        <w:t>But it was deadly.</w:t>
      </w:r>
    </w:p>
    <w:p w14:paraId="6EAF2216" w14:textId="77777777" w:rsidR="00121116" w:rsidRDefault="00AA3789">
      <w:r>
        <w:t>“You knew.”</w:t>
      </w:r>
    </w:p>
    <w:p w14:paraId="4FBB86F3" w14:textId="77777777" w:rsidR="00121116" w:rsidRDefault="00AA3789">
      <w:r>
        <w:t>The words barely passed through my lips, the weight of them sinking deep into my chest.</w:t>
      </w:r>
    </w:p>
    <w:p w14:paraId="6834F3EA" w14:textId="77777777" w:rsidR="00121116" w:rsidRDefault="00AA3789">
      <w:r>
        <w:t>But before I could say anything more, before I could demand answers—</w:t>
      </w:r>
    </w:p>
    <w:p w14:paraId="527E3777" w14:textId="77777777" w:rsidR="00121116" w:rsidRDefault="00AA3789">
      <w:r>
        <w:t>Rainer moved.</w:t>
      </w:r>
    </w:p>
    <w:p w14:paraId="4F22B9CE" w14:textId="77777777" w:rsidR="00121116" w:rsidRDefault="00AA3789">
      <w:r>
        <w:t>One step. No hesitation.</w:t>
      </w:r>
    </w:p>
    <w:p w14:paraId="023EEB0E" w14:textId="77777777" w:rsidR="00121116" w:rsidRDefault="00AA3789">
      <w:r>
        <w:t>His voice was lethal, controlled.</w:t>
      </w:r>
    </w:p>
    <w:p w14:paraId="42CC3C0C" w14:textId="77777777" w:rsidR="00121116" w:rsidRDefault="00AA3789">
      <w:r>
        <w:t>“And you said nothing?”</w:t>
      </w:r>
    </w:p>
    <w:p w14:paraId="30286889" w14:textId="77777777" w:rsidR="00121116" w:rsidRDefault="00AA3789">
      <w:r>
        <w:t>Mayala’s breath caught—just for a fraction of a second.</w:t>
      </w:r>
    </w:p>
    <w:p w14:paraId="193F27E3" w14:textId="77777777" w:rsidR="00121116" w:rsidRDefault="00AA3789">
      <w:r>
        <w:t>“I couldn’t,” she started.</w:t>
      </w:r>
    </w:p>
    <w:p w14:paraId="26E9FA52" w14:textId="77777777" w:rsidR="00121116" w:rsidRDefault="00AA3789">
      <w:r>
        <w:lastRenderedPageBreak/>
        <w:t>Rainer’s eyes burned.</w:t>
      </w:r>
    </w:p>
    <w:p w14:paraId="7934E0DF" w14:textId="77777777" w:rsidR="00121116" w:rsidRDefault="00AA3789">
      <w:r>
        <w:t>“You wouldn’t.”</w:t>
      </w:r>
    </w:p>
    <w:p w14:paraId="7CA3B6FB" w14:textId="77777777" w:rsidR="00121116" w:rsidRDefault="00AA3789">
      <w:r>
        <w:t>His correction was absolute.</w:t>
      </w:r>
    </w:p>
    <w:p w14:paraId="2FAFB1A6" w14:textId="77777777" w:rsidR="00121116" w:rsidRDefault="00AA3789">
      <w:r>
        <w:t>A blade. A judgment. A condemnation.</w:t>
      </w:r>
    </w:p>
    <w:p w14:paraId="023EE787" w14:textId="77777777" w:rsidR="00121116" w:rsidRDefault="00AA3789">
      <w:r>
        <w:t>Mayala didn’t shrink away, but something about the weight of his words landed.</w:t>
      </w:r>
    </w:p>
    <w:p w14:paraId="4244DEB0" w14:textId="77777777" w:rsidR="00121116" w:rsidRDefault="00AA3789">
      <w:r>
        <w:t>Then, she inhaled slowly. “I know a way out of here.”</w:t>
      </w:r>
    </w:p>
    <w:p w14:paraId="671FEC11" w14:textId="77777777" w:rsidR="00121116" w:rsidRDefault="00AA3789">
      <w:r>
        <w:t>Rainer’s gaze narrowed. Sharp. Suspicious.</w:t>
      </w:r>
    </w:p>
    <w:p w14:paraId="4EB028C2" w14:textId="77777777" w:rsidR="00121116" w:rsidRDefault="00AA3789">
      <w:r>
        <w:t>“A safer place,” she continued. “A better chance of making it through the barrier.”</w:t>
      </w:r>
    </w:p>
    <w:p w14:paraId="5718797C" w14:textId="77777777" w:rsidR="00121116" w:rsidRDefault="00AA3789">
      <w:r>
        <w:t>Rainer didn’t blink.</w:t>
      </w:r>
    </w:p>
    <w:p w14:paraId="60F9702C" w14:textId="77777777" w:rsidR="00121116" w:rsidRDefault="00AA3789">
      <w:r>
        <w:t>“Why risk what you know will happen if you get caught to help us?”</w:t>
      </w:r>
    </w:p>
    <w:p w14:paraId="5C5137ED" w14:textId="77777777" w:rsidR="00121116" w:rsidRDefault="00AA3789">
      <w:r>
        <w:t>Mayala hesitated. Just for a moment.</w:t>
      </w:r>
    </w:p>
    <w:p w14:paraId="32DB672D" w14:textId="77777777" w:rsidR="00121116" w:rsidRDefault="00AA3789">
      <w:r>
        <w:t>Then:</w:t>
      </w:r>
    </w:p>
    <w:p w14:paraId="2611E84A" w14:textId="77777777" w:rsidR="00121116" w:rsidRDefault="00AA3789">
      <w:r>
        <w:t>“It’s the only way to make things right.”</w:t>
      </w:r>
    </w:p>
    <w:p w14:paraId="1809288A" w14:textId="77777777" w:rsidR="00121116" w:rsidRDefault="00AA3789">
      <w:r>
        <w:t>The words hung in the air, heavy.</w:t>
      </w:r>
    </w:p>
    <w:p w14:paraId="3264FED0" w14:textId="77777777" w:rsidR="00121116" w:rsidRDefault="00AA3789">
      <w:r>
        <w:t>I didn’t know what history they shared, what betrayal had passed between them, but it was clear—Mayala’s presence was not something Rainer had expected.</w:t>
      </w:r>
    </w:p>
    <w:p w14:paraId="679052BE" w14:textId="77777777" w:rsidR="00121116" w:rsidRDefault="00AA3789">
      <w:r>
        <w:t>Or wanted.</w:t>
      </w:r>
    </w:p>
    <w:p w14:paraId="26C3336B" w14:textId="77777777" w:rsidR="00121116" w:rsidRDefault="00AA3789">
      <w:r>
        <w:t>Finally, after what felt like an eternity, Rainer exhaled.</w:t>
      </w:r>
    </w:p>
    <w:p w14:paraId="29985508" w14:textId="77777777" w:rsidR="00121116" w:rsidRDefault="00AA3789">
      <w:r>
        <w:t>His voice was low, measured. Controlled.</w:t>
      </w:r>
    </w:p>
    <w:p w14:paraId="5402E07B" w14:textId="77777777" w:rsidR="00121116" w:rsidRDefault="00AA3789">
      <w:r>
        <w:t>“Lead the way.”</w:t>
      </w:r>
    </w:p>
    <w:p w14:paraId="0D6AC0F4" w14:textId="77777777" w:rsidR="00121116" w:rsidRDefault="00AA3789">
      <w:r>
        <w:t>But when his eyes locked onto hers, it wasn’t trust.</w:t>
      </w:r>
    </w:p>
    <w:p w14:paraId="53790431" w14:textId="77777777" w:rsidR="00121116" w:rsidRDefault="00AA3789">
      <w:r>
        <w:t>It was a promise. A warning. A death sentence.</w:t>
      </w:r>
    </w:p>
    <w:p w14:paraId="64A2A470" w14:textId="77777777" w:rsidR="00121116" w:rsidRDefault="00AA3789">
      <w:r>
        <w:t>“And know this—if you betray me again, there won’t be a second chance.”</w:t>
      </w:r>
    </w:p>
    <w:p w14:paraId="4E8B5852" w14:textId="77777777" w:rsidR="00121116" w:rsidRDefault="00AA3789">
      <w:r>
        <w:t>Mayala’s lips twitched, almost a smile—but there was no joy in it.</w:t>
      </w:r>
    </w:p>
    <w:p w14:paraId="52C81063" w14:textId="77777777" w:rsidR="00121116" w:rsidRDefault="00AA3789">
      <w:r>
        <w:t>“Understood.”</w:t>
      </w:r>
    </w:p>
    <w:p w14:paraId="6029948F" w14:textId="77777777" w:rsidR="00121116" w:rsidRDefault="00AA3789">
      <w:r>
        <w:lastRenderedPageBreak/>
        <w:t>“Lead the way, then,” Rainer moved aside, signaling Mayala to walk first. His tone remained cold, distant. She turned without hesitation, her cloak billowing slightly as she strode forward, leading us deeper into the shadowed expanse of the forest.</w:t>
      </w:r>
    </w:p>
    <w:p w14:paraId="36350FAF" w14:textId="77777777" w:rsidR="00121116" w:rsidRDefault="00AA3789">
      <w:r>
        <w:t>I glanced at Rainer. His expression was stoic, unreadable, but his eyes... they flickered with a storm of unspoken thoughts. His jaw tightened, and the air around him subtly shifted—a tension humming beneath the surface, ready to lash out at any moment. His power was alive beneath his calm, sharp and waiting.</w:t>
      </w:r>
    </w:p>
    <w:p w14:paraId="2CA78F55" w14:textId="77777777" w:rsidR="00121116" w:rsidRDefault="00AA3789">
      <w:r>
        <w:t>“Where is it?” he demanded. No kindness in his voice—only command.</w:t>
      </w:r>
    </w:p>
    <w:p w14:paraId="333272CA" w14:textId="77777777" w:rsidR="00121116" w:rsidRDefault="00AA3789">
      <w:r>
        <w:t>“The Borea Mountains,” Mayala answered, her tone unnervingly light. Almost too light, given the weight of the situation.</w:t>
      </w:r>
    </w:p>
    <w:p w14:paraId="316A9117" w14:textId="77777777" w:rsidR="00121116" w:rsidRDefault="00AA3789">
      <w:r>
        <w:t>Rainer exhaled slowly, a sound barely louder than the wind weaving through the trees. “How far?”</w:t>
      </w:r>
    </w:p>
    <w:p w14:paraId="604CF3CC" w14:textId="77777777" w:rsidR="00121116" w:rsidRDefault="00AA3789">
      <w:r>
        <w:t>She glanced back, her eyes shadowed in the dim moonlight. “We can reach it by morning—if we don’t stop.”</w:t>
      </w:r>
    </w:p>
    <w:p w14:paraId="0331CE27" w14:textId="77777777" w:rsidR="00121116" w:rsidRDefault="00AA3789">
      <w:r>
        <w:t>Mayala quickened her pace, her footsteps sure despite the uneven, frost-slick ground. It was clear that she couldn’t afford a misstep. Not with Rainer’s silent judgment pressing down on her.</w:t>
      </w:r>
    </w:p>
    <w:p w14:paraId="28BE5701" w14:textId="77777777" w:rsidR="00121116" w:rsidRDefault="00AA3789">
      <w:r>
        <w:t>The forest around us seemed to pulse, the night growing colder, heavier. Trees loomed like dark sentinels, and I could feel whispers brushing against the edges of my mind. Memories and fears stirred with every shadow. I clenched my jaw, forcing myself to stay steady, to breathe.</w:t>
      </w:r>
    </w:p>
    <w:p w14:paraId="291C9AFB" w14:textId="77777777" w:rsidR="00121116" w:rsidRDefault="00AA3789">
      <w:r>
        <w:t>They aren’t here. There’s no one behind you. This isn’t real.</w:t>
      </w:r>
    </w:p>
    <w:p w14:paraId="497262F4" w14:textId="77777777" w:rsidR="00121116" w:rsidRDefault="00AA3789">
      <w:r>
        <w:t>The mantra circled endlessly in my head as I focused on moving forward.</w:t>
      </w:r>
    </w:p>
    <w:p w14:paraId="444B0754" w14:textId="77777777" w:rsidR="00121116" w:rsidRDefault="00AA3789">
      <w:r>
        <w:t>The path grew rougher—snow-covered roots and jagged rocks threatened my footing. I stumbled more than once, catching myself each time. The cold bit through my cloak, gnawing at my skin, but I kept going. I had no choice.</w:t>
      </w:r>
    </w:p>
    <w:p w14:paraId="0D64EF72" w14:textId="77777777" w:rsidR="00121116" w:rsidRDefault="00AA3789">
      <w:r>
        <w:t>Mayala moved ahead with grace, her presence strange and unreadable. I couldn’t help but wonder—what did she want? What was her real motive? She had been part of Rainer’s world once, but now... everything felt fractured.</w:t>
      </w:r>
    </w:p>
    <w:p w14:paraId="7442984A" w14:textId="77777777" w:rsidR="00121116" w:rsidRDefault="00AA3789">
      <w:r>
        <w:t>Rainer remained silent beside me, his gaze locked on the path ahead. His face was a mask of indifference, but I could feel the weight of his thoughts. He didn’t trust her. Neither did I.</w:t>
      </w:r>
    </w:p>
    <w:p w14:paraId="39D951B5" w14:textId="77777777" w:rsidR="00121116" w:rsidRDefault="00AA3789">
      <w:r>
        <w:t>They all knew me—Cronus, Vidar, Mayala—but I was the one left in the dark.</w:t>
      </w:r>
    </w:p>
    <w:p w14:paraId="61206C49" w14:textId="77777777" w:rsidR="00121116" w:rsidRDefault="00AA3789">
      <w:r>
        <w:t>Mayala’s voice broke the silence, soft but resolute. “I couldn’t leave. I couldn’t leave them.”</w:t>
      </w:r>
    </w:p>
    <w:p w14:paraId="33E71D10" w14:textId="77777777" w:rsidR="00121116" w:rsidRDefault="00AA3789">
      <w:r>
        <w:lastRenderedPageBreak/>
        <w:t>Rainer’s tension sharpened, though he kept his silence.</w:t>
      </w:r>
    </w:p>
    <w:p w14:paraId="4452C1E8" w14:textId="77777777" w:rsidR="00121116" w:rsidRDefault="00AA3789">
      <w:r>
        <w:t>But not for long.</w:t>
      </w:r>
    </w:p>
    <w:p w14:paraId="35E5CBFB" w14:textId="77777777" w:rsidR="00121116" w:rsidRDefault="00AA3789">
      <w:r>
        <w:t>“You couldn’t leave your family?” His words were biting, almost mocking. “Or him?”</w:t>
      </w:r>
    </w:p>
    <w:p w14:paraId="4BCF28D6" w14:textId="77777777" w:rsidR="00121116" w:rsidRDefault="00AA3789">
      <w:r>
        <w:t>Her steps faltered for a moment, but she kept moving. His question hung between them like a blade.</w:t>
      </w:r>
    </w:p>
    <w:p w14:paraId="655E6C9C" w14:textId="77777777" w:rsidR="00121116" w:rsidRDefault="00AA3789">
      <w:r>
        <w:t>“We once knew each other’s truths,” she murmured, the regret clear in her tone. “What happened, Rainer?”</w:t>
      </w:r>
    </w:p>
    <w:p w14:paraId="727998D3" w14:textId="77777777" w:rsidR="00121116" w:rsidRDefault="00AA3789">
      <w:r>
        <w:t>His gaze didn’t shift, but the air around him grew colder. He said nothing.</w:t>
      </w:r>
    </w:p>
    <w:p w14:paraId="3DE8D608" w14:textId="77777777" w:rsidR="00121116" w:rsidRDefault="00AA3789">
      <w:r>
        <w:t>“I never thought Cronus could gain more power than he already held. Or that Vidar... that Vidar carried such darkness within him. He kept so many secrets.” Her voice cracked slightly but regained strength. “I didn’t think staying for what remained of myself would force me to the other side. I thought I was protecting what mattered most. But now I see... I chose wrong.”</w:t>
      </w:r>
    </w:p>
    <w:p w14:paraId="2867C2A8" w14:textId="77777777" w:rsidR="00121116" w:rsidRDefault="00AA3789">
      <w:r>
        <w:t>Rainer didn’t react. His shield—the weight of his power—remained steadfast.</w:t>
      </w:r>
    </w:p>
    <w:p w14:paraId="2FA36107" w14:textId="77777777" w:rsidR="00121116" w:rsidRDefault="00AA3789">
      <w:r>
        <w:t>“I’m not asking for forgiveness,” Mayala continued, her voice raw. “I just want you to understand. This is where we’ve always been different.”</w:t>
      </w:r>
    </w:p>
    <w:p w14:paraId="29CE13A6" w14:textId="77777777" w:rsidR="00121116" w:rsidRDefault="00AA3789">
      <w:r>
        <w:t>A long pause followed before she spoke again, softer this time. “My mother and sister... I lost them a few years ago.”</w:t>
      </w:r>
    </w:p>
    <w:p w14:paraId="61D4936E" w14:textId="77777777" w:rsidR="00121116" w:rsidRDefault="00AA3789">
      <w:r>
        <w:t>Her voice cracked, and Rainer’s shoulders relaxed—just slightly. I saw it in the way his posture shifted, in the faint softening of his stance.</w:t>
      </w:r>
    </w:p>
    <w:p w14:paraId="3328D1C8" w14:textId="77777777" w:rsidR="00121116" w:rsidRDefault="00AA3789">
      <w:r>
        <w:t>But he didn’t speak. He held his silence as though sympathy was a weapon he refused to wield.</w:t>
      </w:r>
    </w:p>
    <w:p w14:paraId="4004B1EF" w14:textId="77777777" w:rsidR="00121116" w:rsidRDefault="00AA3789">
      <w:r>
        <w:t>“Some of us don’t have the luxury to choose anything but family,” she whispered, pain heavy in her words. “Even if... in the end, they leave you alone in this world.”</w:t>
      </w:r>
    </w:p>
    <w:p w14:paraId="0F2AF438" w14:textId="77777777" w:rsidR="00121116" w:rsidRDefault="00AA3789">
      <w:r>
        <w:t>For the first time, I saw a shadow of understanding flicker in Rainer’s eyes. He didn’t agree with her, but perhaps he knew the truth in her words.</w:t>
      </w:r>
    </w:p>
    <w:p w14:paraId="7DE7CC60" w14:textId="77777777" w:rsidR="00121116" w:rsidRDefault="00AA3789">
      <w:r>
        <w:t>The silence stretched again. I stayed quiet, feeling like an outsider in their history—a history scarred by betrayals and choices I couldn’t yet understand.</w:t>
      </w:r>
    </w:p>
    <w:p w14:paraId="40987C61" w14:textId="77777777" w:rsidR="00121116" w:rsidRDefault="00AA3789">
      <w:r>
        <w:t>But one thing was clear: Mayala had stayed under Cronus’s rule for her family. To protect them. To see them through their final days. I saw her now—truly saw her. She wasn’t intimidating. She wasn’t the cold, hardened figure Vidar had painted her to be.</w:t>
      </w:r>
    </w:p>
    <w:p w14:paraId="34E878AB" w14:textId="77777777" w:rsidR="00121116" w:rsidRDefault="00AA3789">
      <w:r>
        <w:t>She was haunted, a woman who had carried too much guilt for too long. Her armor was coarse and brittle—a shell meant to protect what little was left of herself.</w:t>
      </w:r>
    </w:p>
    <w:p w14:paraId="556A1362" w14:textId="77777777" w:rsidR="00121116" w:rsidRDefault="00AA3789">
      <w:r>
        <w:lastRenderedPageBreak/>
        <w:t>I gazed at her in silence, the weight of her pain tangible. She wasn’t a threat. She was just... broken.</w:t>
      </w:r>
    </w:p>
    <w:p w14:paraId="61767995" w14:textId="77777777" w:rsidR="00121116" w:rsidRDefault="00AA3789">
      <w:r>
        <w:t>And then, she spoke the name that shattered the stillness.</w:t>
      </w:r>
    </w:p>
    <w:p w14:paraId="192320F3" w14:textId="77777777" w:rsidR="00121116" w:rsidRDefault="00AA3789">
      <w:r>
        <w:t>“Vidar.”</w:t>
      </w:r>
    </w:p>
    <w:p w14:paraId="73B3B941" w14:textId="77777777" w:rsidR="00121116" w:rsidRDefault="00AA3789">
      <w:r>
        <w:t>Rainer’s posture stiffened again, the tension returning like a stormcloud.</w:t>
      </w:r>
    </w:p>
    <w:p w14:paraId="50D6EE8B" w14:textId="77777777" w:rsidR="00121116" w:rsidRDefault="00AA3789">
      <w:r>
        <w:t>“He isn’t gone,” Mayala said quietly. “He’s still there. Only... shattered. In a million pieces.”</w:t>
      </w:r>
    </w:p>
    <w:p w14:paraId="608A351E" w14:textId="77777777" w:rsidR="00121116" w:rsidRDefault="00AA3789">
      <w:r>
        <w:t>Rainer sighed, his voice low with disappointment—but not surprise.</w:t>
      </w:r>
    </w:p>
    <w:p w14:paraId="3124ABF2" w14:textId="77777777" w:rsidR="00121116" w:rsidRDefault="00AA3789">
      <w:r>
        <w:t>“He made his choice long ago.”</w:t>
      </w:r>
    </w:p>
    <w:p w14:paraId="66E539E7" w14:textId="77777777" w:rsidR="00121116" w:rsidRDefault="00AA3789">
      <w:r>
        <w:t>The finality in his tone sent a chill through me.</w:t>
      </w:r>
    </w:p>
    <w:p w14:paraId="02EB4EB4" w14:textId="77777777" w:rsidR="00121116" w:rsidRDefault="00AA3789">
      <w:r>
        <w:t>Vidar’s name hung heavy between them, unraveling more questions in my mind. Slowly, I pieced together fragments of their story—but Vidar remained the one puzzle that scattered everything further.</w:t>
      </w:r>
    </w:p>
    <w:p w14:paraId="18370591" w14:textId="77777777" w:rsidR="00121116" w:rsidRDefault="00AA3789">
      <w:r>
        <w:t>~</w:t>
      </w:r>
    </w:p>
    <w:p w14:paraId="11DD4BAC" w14:textId="77777777" w:rsidR="00121116" w:rsidRDefault="00AA3789">
      <w:r>
        <w:t>The Borea Mountains towered ahead, jagged and merciless, their icy peaks tearing into the cloud-choked sky. A biting wind tore at my face, howling through the narrow path like a warning. Every breath burned in my lungs, the cold searing and relentless. There was no comfort here—only isolation and the weight of something ancient pressing down on us.</w:t>
      </w:r>
    </w:p>
    <w:p w14:paraId="71ACAE3E" w14:textId="77777777" w:rsidR="00121116" w:rsidRDefault="00AA3789">
      <w:r>
        <w:t>The path was steep, lined with frost-covered rocks and hidden patches of ice. The snow shimmered faintly, its glow unnatural, as if magic coursed beneath the surface. I could feel it, vibrating faintly under my feet, in the air around us—a deep, pulsing energy that made my skin prickle. This place wasn’t just dangerous; it was alive.</w:t>
      </w:r>
    </w:p>
    <w:p w14:paraId="08A57989" w14:textId="77777777" w:rsidR="00121116" w:rsidRDefault="00AA3789">
      <w:r>
        <w:t>“We need to keep moving,” Rainer said, his voice cutting through the storm. He walked a few paces ahead, his figure steady against the shifting, snow-blurred world. His breath came out in measured clouds, but he seemed unaffected by the cold. He hadn’t faltered once since we started.</w:t>
      </w:r>
    </w:p>
    <w:p w14:paraId="4F343DBB" w14:textId="77777777" w:rsidR="00121116" w:rsidRDefault="00AA3789">
      <w:r>
        <w:t>Mayala led the way, her cloak blending with the storm as she moved with ease through the uneven terrain. I stumbled after them, my legs heavy with exhaustion. The pack on my back dragged at my shoulders, and the cold seeped into my bones no matter how tightly I clutched my cloak.</w:t>
      </w:r>
    </w:p>
    <w:p w14:paraId="22311B48" w14:textId="77777777" w:rsidR="00121116" w:rsidRDefault="00AA3789">
      <w:r>
        <w:t>The silence of the mountains was suffocating. Only the wind and the crunch of snow beneath our boots broke the stillness. But something about it felt... wrong. The shadows along the cliffs shifted as though watching, waiting. I couldn’t shake the feeling of being followed.</w:t>
      </w:r>
    </w:p>
    <w:p w14:paraId="50F065A8" w14:textId="77777777" w:rsidR="00121116" w:rsidRDefault="00AA3789">
      <w:r>
        <w:lastRenderedPageBreak/>
        <w:t>I stumbled again, catching myself on a nearby rock. My breathing was ragged, each inhale burning like fire. I forced myself upright and pushed forward, my gaze fixed on Rainer’s back. His presence anchored me—strong, immovable. He turned briefly, his emerald eyes meeting mine.</w:t>
      </w:r>
    </w:p>
    <w:p w14:paraId="3178C954" w14:textId="77777777" w:rsidR="00121116" w:rsidRDefault="00AA3789">
      <w:r>
        <w:t>“Stay close,” he said. Simple, but reassuring.</w:t>
      </w:r>
    </w:p>
    <w:p w14:paraId="01D0798E" w14:textId="77777777" w:rsidR="00121116" w:rsidRDefault="00AA3789">
      <w:r>
        <w:t>I nodded, swallowing against the dryness in my throat. I didn’t have the strength to speak.</w:t>
      </w:r>
    </w:p>
    <w:p w14:paraId="35D3EE7D" w14:textId="77777777" w:rsidR="00121116" w:rsidRDefault="00AA3789">
      <w:r>
        <w:t>We moved in tense silence, the cliffs narrowing around us like walls. The wind shrieked through the pass, carrying strange echoes—sounds that didn’t belong. I heard whispers, faint and fleeting, as though the mountains themselves were speaking. My mind conjured images of eyes watching from the darkness. I tried to shake the thoughts away.</w:t>
      </w:r>
    </w:p>
    <w:p w14:paraId="1E710A34" w14:textId="77777777" w:rsidR="00121116" w:rsidRDefault="00AA3789">
      <w:r>
        <w:t>It’s not real.</w:t>
      </w:r>
    </w:p>
    <w:p w14:paraId="71A140BC" w14:textId="77777777" w:rsidR="00121116" w:rsidRDefault="00AA3789">
      <w:r>
        <w:t>But then... I saw it. A figure—barely more than a flicker of shadow—moving among the rocks above us. My heart jumped, and I stopped, squinting against the snow. The shape vanished as quickly as it had appeared. I clenched my jaw, forcing myself to keep moving.</w:t>
      </w:r>
    </w:p>
    <w:p w14:paraId="523D4FF3" w14:textId="77777777" w:rsidR="00121116" w:rsidRDefault="00AA3789">
      <w:r>
        <w:t>“You saw it, didn’t you?” Rainer’s voice was quiet but sharp.</w:t>
      </w:r>
    </w:p>
    <w:p w14:paraId="15310D99" w14:textId="77777777" w:rsidR="00121116" w:rsidRDefault="00AA3789">
      <w:r>
        <w:t>I hesitated. “I... I thought I did.”</w:t>
      </w:r>
    </w:p>
    <w:p w14:paraId="15E364C7" w14:textId="77777777" w:rsidR="00121116" w:rsidRDefault="00AA3789">
      <w:r>
        <w:t>“The mountain plays tricks,” he said. “Don’t let it get to you.”</w:t>
      </w:r>
    </w:p>
    <w:p w14:paraId="4F9DD0A0" w14:textId="77777777" w:rsidR="00121116" w:rsidRDefault="00AA3789">
      <w:r>
        <w:t>I nodded, but the feeling didn’t leave. The mountain’s magic—whatever it was—pressed harder, winding through my mind like a serpent. Whispers crawled at the edges of my thoughts, pulling at buried fears and memories I’d fought to forget. I quickened my pace, hoping to outrun them.</w:t>
      </w:r>
    </w:p>
    <w:p w14:paraId="74597C03" w14:textId="77777777" w:rsidR="00121116" w:rsidRDefault="00AA3789">
      <w:r>
        <w:t>~</w:t>
      </w:r>
    </w:p>
    <w:p w14:paraId="27F782E4" w14:textId="77777777" w:rsidR="00121116" w:rsidRDefault="00AA3789">
      <w:r>
        <w:t>Hours passed—or maybe it was minutes. Time lost meaning in the endless stretch of snow and rock. The higher we climbed, the more the magic in the air seemed to shift. It wasn’t just the mountain anymore. It was me.</w:t>
      </w:r>
    </w:p>
    <w:p w14:paraId="5D652BC9" w14:textId="77777777" w:rsidR="00121116" w:rsidRDefault="00AA3789">
      <w:r>
        <w:t>A low hum vibrated deep inside my chest, faint at first, like a distant drumbeat. But with each step, it grew stronger. My fingers tingled, heat building beneath my skin despite the freezing air. The magic—my magic—was waking.</w:t>
      </w:r>
    </w:p>
    <w:p w14:paraId="0D4D9863" w14:textId="77777777" w:rsidR="00121116" w:rsidRDefault="00AA3789">
      <w:r>
        <w:t>I stumbled again, gasping as a surge of energy rushed through me. The snow blurred around me, the world tilting. My heart pounded in my ears, each beat amplified by the magic clawing its way to the surface.</w:t>
      </w:r>
    </w:p>
    <w:p w14:paraId="74DBC3AF" w14:textId="77777777" w:rsidR="00121116" w:rsidRDefault="00AA3789">
      <w:r>
        <w:t>“Sky!” Rainer’s voice snapped me out of it. He turned sharply, his eyes narrowing as he took in my state. His presence grounded me, but barely. The magic didn’t stop. It writhed like a caged beast, desperate to break free.</w:t>
      </w:r>
    </w:p>
    <w:p w14:paraId="2DEF19D8" w14:textId="77777777" w:rsidR="00121116" w:rsidRDefault="00AA3789">
      <w:r>
        <w:lastRenderedPageBreak/>
        <w:t>“I can’t—” The words caught in my throat. “It won’t stop.”</w:t>
      </w:r>
    </w:p>
    <w:p w14:paraId="48BF4451" w14:textId="77777777" w:rsidR="00121116" w:rsidRDefault="00AA3789">
      <w:r>
        <w:t>“You’re resisting it,” Rainer said, stepping closer. His tone was steady, but there was a force behind it—a quiet authority that made me listen. “That’s why it’s fighting you.”</w:t>
      </w:r>
    </w:p>
    <w:p w14:paraId="6CACB0E3" w14:textId="77777777" w:rsidR="00121116" w:rsidRDefault="00AA3789">
      <w:r>
        <w:t>“I have to resist it,” I snapped, frustration bubbling to the surface. “If I let it go... I don’t know what will happen.”</w:t>
      </w:r>
    </w:p>
    <w:p w14:paraId="380AF006" w14:textId="77777777" w:rsidR="00121116" w:rsidRDefault="00AA3789">
      <w:r>
        <w:t>He shook his head. “You don’t control magic by fighting it. You guide it. Shape it. But to do that, you have to stop pushing it away.”</w:t>
      </w:r>
    </w:p>
    <w:p w14:paraId="16A6DDE4" w14:textId="77777777" w:rsidR="00121116" w:rsidRDefault="00AA3789">
      <w:r>
        <w:t>The wind roared around us, tearing at my cloak. His words echoed in my mind. Stop fighting.</w:t>
      </w:r>
    </w:p>
    <w:p w14:paraId="1A9B20CA" w14:textId="77777777" w:rsidR="00121116" w:rsidRDefault="00AA3789">
      <w:r>
        <w:t>I stared at him, the weight of his gaze pressing down on me. He wasn’t asking me to trust him outright, but there was a certainty in his voice—a certainty I lacked in myself. Slowly, I nodded. I didn’t fully understand what he meant, but I couldn’t keep doing this. Something had to give.</w:t>
      </w:r>
    </w:p>
    <w:p w14:paraId="4C459842" w14:textId="77777777" w:rsidR="00121116" w:rsidRDefault="00AA3789">
      <w:r>
        <w:t>The hum beneath my skin steadied, its rhythm matching my heartbeat. I inhaled deeply, letting the cold air fill my lungs.</w:t>
      </w:r>
    </w:p>
    <w:p w14:paraId="24EF02A1" w14:textId="77777777" w:rsidR="00121116" w:rsidRDefault="00AA3789">
      <w:r>
        <w:t>I let it exist—just for a moment.</w:t>
      </w:r>
    </w:p>
    <w:p w14:paraId="0044AE7D" w14:textId="77777777" w:rsidR="00121116" w:rsidRDefault="00AA3789">
      <w:r>
        <w:t>“Let’s go,” he said over his shoulder. “We’re running out of time.” His words lingered, their truth sinking into my mind like roots through frozen soil. Let it breathe. I closed my eyes, shutting out the storm and the fear it carried. The pulse of magic within me surged again, wild and chaotic, but this time, I didn’t fight it. I let it expand, feeling it course through me like fire and ice entwined.</w:t>
      </w:r>
    </w:p>
    <w:p w14:paraId="65E69646" w14:textId="77777777" w:rsidR="00121116" w:rsidRDefault="00AA3789">
      <w:r>
        <w:t>The ground shuddered beneath my feet, a sharp, splitting crack echoing through the mountains. My eyes snapped open in time to see the snow shift violently ahead, a cascade of white thunderously breaking loose from the heights above. My heart lurched in my chest, and in that moment of fear, I lost control—the pulse of magic slipped from my grasp like water through my fingers.</w:t>
      </w:r>
    </w:p>
    <w:p w14:paraId="5A1FE35B" w14:textId="77777777" w:rsidR="00121116" w:rsidRDefault="00AA3789">
      <w:r>
        <w:t>"Enough!" Rainer's voice struck through the chaos like a whip. The force in his tone snapped my mind back into the present. His hand closed around my arm—steady, grounding. "Anchor yourself. Now."</w:t>
      </w:r>
    </w:p>
    <w:p w14:paraId="1461FFD0" w14:textId="77777777" w:rsidR="00121116" w:rsidRDefault="00AA3789">
      <w:r>
        <w:t>I gasped for air, fighting to regain control. The world around me spun as I struggled to find that elusive stillness within. I forced my focus onto the heat of his grip, the solid steadiness in his voice. Slowly, the storm inside me began to slow, the erratic pulses of magic aligning with the rhythm of my heartbeat. But the storm hadn’t gone—it simmered beneath my skin, clawing at the edges of my control like a living thing desperate to break free.</w:t>
      </w:r>
    </w:p>
    <w:p w14:paraId="0E9F9BAB" w14:textId="77777777" w:rsidR="00121116" w:rsidRDefault="00AA3789">
      <w:r>
        <w:lastRenderedPageBreak/>
        <w:t>When I finally looked at Rainer, there was no anger or fear in his gaze—only a calm steadiness that both reassured and unnerved me. "You’re stronger than you realize," he said quietly, his voice almost lost to the howling wind. "But strength without focus is destruction. Remember that."</w:t>
      </w:r>
    </w:p>
    <w:p w14:paraId="1C239F14" w14:textId="77777777" w:rsidR="00121116" w:rsidRDefault="00AA3789">
      <w:r>
        <w:t>I nodded, but the words felt distant, like an echo I couldn’t fully reach. I searched inside myself again, desperate for that elusive anchor he spoke of, something to hold on to, but all I found was the storm. Each pulse of magic tore through me, wild and unrestrained, carving away pieces of my strength with every moment I held it back. It wasn’t infinite. It wasn’t untouchable. It was breaking me apart from within.</w:t>
      </w:r>
    </w:p>
    <w:p w14:paraId="1D9A7F56" w14:textId="77777777" w:rsidR="00121116" w:rsidRDefault="00AA3789">
      <w:r>
        <w:t>I clenched my teeth, forcing myself to breathe steadily. The strain sank deeper into my bones, a weight pressing down with unbearable pressure. The magic pushed against my skin like razor-sharp edges. Every time I tried to suppress it, the force of it clawed harder, more relentless.</w:t>
      </w:r>
    </w:p>
    <w:p w14:paraId="4B13BB24" w14:textId="77777777" w:rsidR="00121116" w:rsidRDefault="00AA3789">
      <w:r>
        <w:t>And yet, Rainer’s grip remained steady. He wasn’t afraid. He didn’t flinch at the storm roaring beneath my skin. He stayed close, calm, as if he saw the full extent of what I carried—and didn’t turn away. There was a subtle power in that. He respected the chaos instead of fearing it. That realization, faint as it was, was enough to trick my body into relaxing, just slightly. The magic flowed more freely now—not caged, not suffocating me entirely.</w:t>
      </w:r>
    </w:p>
    <w:p w14:paraId="4EFF370F" w14:textId="77777777" w:rsidR="00121116" w:rsidRDefault="00AA3789">
      <w:r>
        <w:t>“We need to move,” Mayala’s voice called from ahead, sharp with urgency. Her figure was barely visible against the snow-blurred landscape, her words cutting through the rising tension. “If we stay here, it’ll draw attention.”</w:t>
      </w:r>
    </w:p>
    <w:p w14:paraId="2FF01244" w14:textId="77777777" w:rsidR="00121116" w:rsidRDefault="00AA3789">
      <w:r>
        <w:t>Rainer’s gaze didn’t waver as he spoke again, quieter this time, but firm. “Focus, Sky. You can’t afford to waste strength. The power’s already unstable. If you keep fighting it, it will break you.” His words carried a weight beyond the moment—a warning, a command, a lesson. And this time, I understood.</w:t>
      </w:r>
    </w:p>
    <w:p w14:paraId="27F9900C" w14:textId="77777777" w:rsidR="00121116" w:rsidRDefault="00AA3789">
      <w:r>
        <w:t>Magic wasn’t a thing to crush or cage. It demanded to be guided, shaped—but not at the expense of my mind. If I let it run wild, I would lose more than just control. It would consume me whole.</w:t>
      </w:r>
    </w:p>
    <w:p w14:paraId="2C17F1EE" w14:textId="77777777" w:rsidR="00121116" w:rsidRDefault="00AA3789">
      <w:r>
        <w:t>I gave a short nod, the movement heavy with exhaustion. I still didn’t trust him—not fully. How could I, after everything? But for now, trust didn’t matter. I needed to survive.</w:t>
      </w:r>
    </w:p>
    <w:p w14:paraId="2DA8FB92" w14:textId="77777777" w:rsidR="00121116" w:rsidRDefault="00AA3789">
      <w:r>
        <w:t>The wind lashed at my face as we moved forward. Every step was an act of will, the mountain's incline pulling me down with a force that felt almost sentient. The path narrowed, snow thickening around our boots, and jagged peaks loomed on either side like the sharpened teeth of some forgotten beast.</w:t>
      </w:r>
    </w:p>
    <w:p w14:paraId="46C7EE26" w14:textId="77777777" w:rsidR="00121116" w:rsidRDefault="00AA3789">
      <w:r>
        <w:lastRenderedPageBreak/>
        <w:t>But there—just ahead—the ridge opened. The clouds parted slightly, their silver edges illuminated by moonlight. The peaks of the Borea Mountains stood gleaming and jagged in the distance, distant guardians of this frozen, untamed world.</w:t>
      </w:r>
    </w:p>
    <w:p w14:paraId="7F080709" w14:textId="77777777" w:rsidR="00121116" w:rsidRDefault="00AA3789">
      <w:r>
        <w:t>Yet even with that brief beauty breaking the storm, the tension didn’t leave me. The hum of magic still pulsed deep within me, steady now but watchful, as though it was waiting for the next mistake to unravel me completely.</w:t>
      </w:r>
    </w:p>
    <w:p w14:paraId="7202DF4D" w14:textId="77777777" w:rsidR="00121116" w:rsidRDefault="00AA3789">
      <w:r>
        <w:t>The ground trembled beneath me, a deep crack shattering the silence as a cascade of snow thundered down a nearby ridge. My body jerked instinctively, my vision swimming as magic flared wildly inside me. The power surged through my veins, too fast, too strong. It clawed its way to the surface, and I stumbled under its weight.</w:t>
      </w:r>
    </w:p>
    <w:p w14:paraId="733D70B3" w14:textId="77777777" w:rsidR="00121116" w:rsidRDefault="00AA3789">
      <w:r>
        <w:t>“Sky,” Rainer’s voice cut through the chaos, steady and commanding. “Stay focused.”</w:t>
      </w:r>
    </w:p>
    <w:p w14:paraId="17197A3E" w14:textId="77777777" w:rsidR="00121116" w:rsidRDefault="00AA3789">
      <w:r>
        <w:t>But I couldn’t hold onto his words. The mountains themselves seemed to pull the magic from me, coaxing it to rise, their ancient presence awakening something primal. My hands burned with raw energy, and sweat beaded along my spine despite the freezing air. I staggered forward, gasping for breath as shadows flickered in my vision. The figures… they were there again. Whispering. Watching. Just like in the woods. Real or not, their presence burned beneath my skin, as if threatening to burst free.</w:t>
      </w:r>
    </w:p>
    <w:p w14:paraId="47734FB3" w14:textId="77777777" w:rsidR="00121116" w:rsidRDefault="00AA3789">
      <w:r>
        <w:t>I tried to keep moving, but my body rebelled. A shudder wracked through me, cold and heat colliding, each step like trudging through thick, suffocating fog. The power inside me roared louder, refusing to be ignored.</w:t>
      </w:r>
    </w:p>
    <w:p w14:paraId="2DC56231" w14:textId="77777777" w:rsidR="00121116" w:rsidRDefault="00AA3789">
      <w:r>
        <w:t>Rainer had slowed ahead, his back a solid, unrelenting figure against the storm. He wasn’t breaking under the weight of this place, wasn’t faltering as I was. I wanted to hate him for it—for the ease in which he carried himself—but deep down, I knew it wasn’t indifference. His glances, the way he tracked my steps from the corner of his eye… he wasn’t waiting for me to fail. He was waiting to see if I’d push through.</w:t>
      </w:r>
    </w:p>
    <w:p w14:paraId="0854B551" w14:textId="77777777" w:rsidR="00121116" w:rsidRDefault="00AA3789">
      <w:r>
        <w:t>The magic surged again. This time it was fire—uncontainable, searing through my nerves. My knees buckled, and I collapsed into the snow with a cry, clutching my side as if I could hold the power inside me.</w:t>
      </w:r>
    </w:p>
    <w:p w14:paraId="34BC8ACA" w14:textId="77777777" w:rsidR="00121116" w:rsidRDefault="00AA3789">
      <w:r>
        <w:t>“I… I can’t hold it in!” My voice cracked, raw with fear and pain. I fell to my knees, shaking uncontrollably.</w:t>
      </w:r>
    </w:p>
    <w:p w14:paraId="40254139" w14:textId="77777777" w:rsidR="00121116" w:rsidRDefault="00AA3789">
      <w:r>
        <w:t>Within seconds, Rainer was beside me, kneeling. His face was stern but not cold. There was a depth in his gaze—a knowing that made me feel seen in my weakest moment.</w:t>
      </w:r>
    </w:p>
    <w:p w14:paraId="7043F960" w14:textId="77777777" w:rsidR="00121116" w:rsidRDefault="00AA3789">
      <w:r>
        <w:t>“Sky,” he said quietly, though his voice carried an unyielding force. “You can’t let it consume you. You have to be stronger. You don’t have a choice.”</w:t>
      </w:r>
    </w:p>
    <w:p w14:paraId="7AC2D7A0" w14:textId="77777777" w:rsidR="00121116" w:rsidRDefault="00AA3789">
      <w:r>
        <w:lastRenderedPageBreak/>
        <w:t>I shook my head, squeezing my eyes shut against the pounding inside my skull. Strong. I had to be strong. But I wasn’t. I never had been. Every failure, every moment of weakness, screamed at me to stop fighting. What good was strength when I was already breaking?</w:t>
      </w:r>
    </w:p>
    <w:p w14:paraId="1FD709CA" w14:textId="77777777" w:rsidR="00121116" w:rsidRDefault="00AA3789">
      <w:r>
        <w:t>The heat inside me swelled again, and I cried out, nails digging into my palms to anchor myself. The magic didn’t care. It pushed harder, threatening to tear me apart.</w:t>
      </w:r>
    </w:p>
    <w:p w14:paraId="179F5D2E" w14:textId="77777777" w:rsidR="00121116" w:rsidRDefault="00AA3789">
      <w:r>
        <w:t>“It’s… too strong,” I gasped, my voice barely audible. “I’m losing it...”</w:t>
      </w:r>
    </w:p>
    <w:p w14:paraId="57C67C89" w14:textId="77777777" w:rsidR="00121116" w:rsidRDefault="00AA3789">
      <w:r>
        <w:t>Rainer’s hand tightened on my arm—not painfully, but enough to ground me for a heartbeat. “You’ve controlled it before,” he said, his tone sharp. “You can do it again. Don’t give in to it.”</w:t>
      </w:r>
    </w:p>
    <w:p w14:paraId="74A470E7" w14:textId="77777777" w:rsidR="00121116" w:rsidRDefault="00AA3789">
      <w:r>
        <w:t>“I... I can’t...” The words tumbled from my lips, helpless and desperate.</w:t>
      </w:r>
    </w:p>
    <w:p w14:paraId="638C45A7" w14:textId="77777777" w:rsidR="00121116" w:rsidRDefault="00AA3789">
      <w:r>
        <w:t>“Yes, you can.” His voice didn’t waver, didn’t soften. “You’re stronger than you think. But you’re letting the magic feed on your fear. It’s using you.”</w:t>
      </w:r>
    </w:p>
    <w:p w14:paraId="1758FBB3" w14:textId="77777777" w:rsidR="00121116" w:rsidRDefault="00AA3789">
      <w:r>
        <w:t>The wind tore through the mountains, but it was nothing compared to the inferno clawing its way up my spine. Magic coursed through me, wild and merciless, bending the edges of my vision. I shut my eyes against the storm and saw him—no longer a memory but a shadow carved from my own chaos.</w:t>
      </w:r>
    </w:p>
    <w:p w14:paraId="4BBCC84F" w14:textId="77777777" w:rsidR="00121116" w:rsidRDefault="00AA3789">
      <w:r>
        <w:t>He stood shrouded in darkness, his presence liquid and dangerous, pulling at the fractures of my mind. Eyes gleamed from the void, sharp and knowing. His expression—half-smile, half-warning—was carved in cruelty and something more inviting. He offered no salvation. His hand stretched toward me, a silent temptation to give in. The promise in his stillness burned through me, potent and poisonous. I knew it too well.</w:t>
      </w:r>
    </w:p>
    <w:p w14:paraId="245D6714" w14:textId="77777777" w:rsidR="00121116" w:rsidRDefault="00AA3789">
      <w:r>
        <w:t>For a breath, I faltered. Somewhere in that darkness, a foolish longing stirred—craving what had never been real. The magic tightened, twisting around my ribs, as if drawn to him, ready to collapse everything inside me. I almost reached for him, almost let myself forget.</w:t>
      </w:r>
    </w:p>
    <w:p w14:paraId="2E481EB8" w14:textId="77777777" w:rsidR="00121116" w:rsidRDefault="00AA3789">
      <w:r>
        <w:t>But the cold found me again. I exhaled sharply, my eyes snapping open. He was gone. The mountains returned, vast and unrelenting.</w:t>
      </w:r>
    </w:p>
    <w:p w14:paraId="1FCF3204" w14:textId="77777777" w:rsidR="00121116" w:rsidRDefault="00AA3789">
      <w:r>
        <w:t>Rainer was there, his presence grounding in its sheer stillness. His gaze cut through the fog of pain and magic like a knife, steady and commanding. When our eyes met, I saw something unshakable—a belief in my strength that I didn’t share but couldn’t ignore. For just a moment, I believed him.</w:t>
      </w:r>
    </w:p>
    <w:p w14:paraId="6ABE8DA1" w14:textId="77777777" w:rsidR="00121116" w:rsidRDefault="00AA3789">
      <w:r>
        <w:t>“Don’t let it control you,” he repeated, his voice low and resonant. “You control it.”</w:t>
      </w:r>
    </w:p>
    <w:p w14:paraId="2B4C52F3" w14:textId="77777777" w:rsidR="00121116" w:rsidRDefault="00AA3789">
      <w:r>
        <w:t>The heat inside me surged one last time. I gasped, but this time, I didn’t fight it. I let it flow, guiding it instead of caging it. Slowly, the world around me sharpened. The haze lifted, and the tension gripping my chest eased. The magic calmed—not gone, but manageable.</w:t>
      </w:r>
    </w:p>
    <w:p w14:paraId="2A16F89D" w14:textId="77777777" w:rsidR="00121116" w:rsidRDefault="00AA3789">
      <w:r>
        <w:lastRenderedPageBreak/>
        <w:t>I stumbled as I pushed to my feet, my muscles trembling, but I forced myself to move. One step. Then another. The magic inside me pulsed in rhythm with my breath—still dangerous, but no longer wild. The cold air stung my skin, grounding me further. The mountain loomed around us, its peaks stretching into the storm-heavy sky.</w:t>
      </w:r>
    </w:p>
    <w:p w14:paraId="4E4C6BB0" w14:textId="77777777" w:rsidR="00121116" w:rsidRDefault="00AA3789">
      <w:r>
        <w:t>Rainer stood beside me, watchful and calm. He didn’t offer comfort, but there was something in his silence—a presence that reminded me I wasn’t entirely alone in this.</w:t>
      </w:r>
    </w:p>
    <w:p w14:paraId="64CC11CE" w14:textId="77777777" w:rsidR="00121116" w:rsidRDefault="00AA3789">
      <w:r>
        <w:t>“Better,” he murmured, almost to himself.</w:t>
      </w:r>
    </w:p>
    <w:p w14:paraId="03D407FF" w14:textId="77777777" w:rsidR="00121116" w:rsidRDefault="00AA3789">
      <w:r>
        <w:t>The wind intensified, snow whipping around us in violent gusts. Each flake stung like tiny shards of ice, but I didn’t stop. I couldn’t. The magic of the Borea Mountains hummed in the air, ancient and vast, pressing against my senses. It was awakening something deep within me, something I wasn’t sure I could control. But I had no choice.</w:t>
      </w:r>
    </w:p>
    <w:p w14:paraId="78437449" w14:textId="77777777" w:rsidR="00121116" w:rsidRDefault="00AA3789">
      <w:r>
        <w:t>I had to keep moving.</w:t>
      </w:r>
    </w:p>
    <w:p w14:paraId="4ED10CA1" w14:textId="77777777" w:rsidR="00121116" w:rsidRDefault="00AA3789">
      <w:r>
        <w:t>We climbed higher, the jagged peaks of the mountains vanishing into the dense shroud of clouds above. With every step, the magic in the air thickened, wrapping around me like unseen tendrils, insidious and relentless. It coiled through my senses, seeping beneath my skin, tugging at my power, testing it—almost as if it were alive.</w:t>
      </w:r>
    </w:p>
    <w:p w14:paraId="44DE5CEC" w14:textId="77777777" w:rsidR="00121116" w:rsidRDefault="00AA3789">
      <w:r>
        <w:t>“Keep going,” Rainer’s voice cut through the thick silence, firmer than before. “We’re almost there.”</w:t>
      </w:r>
    </w:p>
    <w:p w14:paraId="219F9ACF" w14:textId="77777777" w:rsidR="00121116" w:rsidRDefault="00AA3789">
      <w:r>
        <w:t>I didn’t ask where there was. It didn’t matter. Only the relentless need to move forward, to place one foot in front of the other, existed now. The weight of the magic bore down on me, heavy and unyielding, threatening to strip away the fragile control I had fought so hard to regain. Every inhale felt labored, every exhale a test of will.</w:t>
      </w:r>
    </w:p>
    <w:p w14:paraId="0302BF36" w14:textId="77777777" w:rsidR="00121116" w:rsidRDefault="00AA3789">
      <w:r>
        <w:t>But something inside me was shifting.</w:t>
      </w:r>
    </w:p>
    <w:p w14:paraId="1B6E1D16" w14:textId="77777777" w:rsidR="00121116" w:rsidRDefault="00AA3789">
      <w:r>
        <w:t>Subtle at first—like the echo of a whisper lost in the wind—but undeniable. The closer we got, the harder it became to contain everything inside me. The magic here was too raw, too powerful, and it resonated with something deep within my bones. A long-buried hunger stirred in my veins, foreign yet familiar, waking with a slow, deliberate pulse. I clenched my fists, willing it away, fighting the insistent thrum in my chest.</w:t>
      </w:r>
    </w:p>
    <w:p w14:paraId="6A5E9DBF" w14:textId="77777777" w:rsidR="00121116" w:rsidRDefault="00AA3789">
      <w:r>
        <w:t>“Rainer...” My voice was barely a breath, strained and fraying at the edges. “I can’t—”</w:t>
      </w:r>
    </w:p>
    <w:p w14:paraId="4AD6A78A" w14:textId="77777777" w:rsidR="00121116" w:rsidRDefault="00AA3789">
      <w:r>
        <w:t>“You can,” he interrupted, unwavering. “And you will.”</w:t>
      </w:r>
    </w:p>
    <w:p w14:paraId="27E63C57" w14:textId="77777777" w:rsidR="00121116" w:rsidRDefault="00AA3789">
      <w:r>
        <w:t>I swallowed hard, my throat dry and raw. My body ached, every muscle tense from the effort of resisting the pull of this place. It was calling to me. Why?</w:t>
      </w:r>
    </w:p>
    <w:p w14:paraId="46A59BF7" w14:textId="77777777" w:rsidR="00121116" w:rsidRDefault="00AA3789">
      <w:r>
        <w:t>“There!” Mayala’s voice rang through the hollowed peaks. “We’re here!”</w:t>
      </w:r>
    </w:p>
    <w:p w14:paraId="5A5D1BB6" w14:textId="77777777" w:rsidR="00121116" w:rsidRDefault="00AA3789">
      <w:r>
        <w:lastRenderedPageBreak/>
        <w:t>A gasp broke from my lips as my eyes locked onto the sight before us—a jagged tunnel, carved into the side of the mountain, black as the abyss itself. A whisper of wind curled from its mouth, carrying something with it. Not just cold. Something deeper. Older.</w:t>
      </w:r>
    </w:p>
    <w:p w14:paraId="40FCEBCF" w14:textId="77777777" w:rsidR="00121116" w:rsidRDefault="00AA3789">
      <w:r>
        <w:t>“Down further,” Mayala murmured, barely above a whisper now.</w:t>
      </w:r>
    </w:p>
    <w:p w14:paraId="41EF441C" w14:textId="77777777" w:rsidR="00121116" w:rsidRDefault="00AA3789">
      <w:r>
        <w:t>The air thickened. The very mountain seemed to pulse beneath us, as if it were alive, breathing in tandem with the magic that wove through the stone. My skin prickled with the sensation of something watching, waiting.</w:t>
      </w:r>
    </w:p>
    <w:p w14:paraId="1314ACD5" w14:textId="77777777" w:rsidR="00121116" w:rsidRDefault="00AA3789">
      <w:r>
        <w:t>I hesitated only for a heartbeat before stepping forward, following Rainer and Mayala into the dark.</w:t>
      </w:r>
    </w:p>
    <w:p w14:paraId="1B3725DF" w14:textId="77777777" w:rsidR="00121116" w:rsidRDefault="00AA3789">
      <w:r>
        <w:t>The tunnel twisted, narrow and suffocating, the stone walls pressing in, whispering secrets I couldn’t decipher. Then, suddenly, it opened.</w:t>
      </w:r>
    </w:p>
    <w:p w14:paraId="2DB4A239" w14:textId="77777777" w:rsidR="00121116" w:rsidRDefault="00AA3789">
      <w:r>
        <w:t>The cavern before us was vast, humming with raw, ancient energy. Veins of glowing moss clung to jagged walls, their eerie light casting shadows that slithered like restless phantoms. The ceiling stretched so high it disappeared into the darkness above, its vastness swallowing the dim light.</w:t>
      </w:r>
    </w:p>
    <w:p w14:paraId="05C01FC1" w14:textId="77777777" w:rsidR="00121116" w:rsidRDefault="00AA3789">
      <w:r>
        <w:t>This place is alive.</w:t>
      </w:r>
    </w:p>
    <w:p w14:paraId="368EE7AF" w14:textId="77777777" w:rsidR="00121116" w:rsidRDefault="00AA3789">
      <w:r>
        <w:t>The thought gripped me, sent an icy shudder through my spine.</w:t>
      </w:r>
    </w:p>
    <w:p w14:paraId="235B03BC" w14:textId="77777777" w:rsidR="00121116" w:rsidRDefault="00AA3789">
      <w:r>
        <w:t>“Rainer, where are you going?” Mayala’s voice was tight with concern. He didn’t answer.</w:t>
      </w:r>
    </w:p>
    <w:p w14:paraId="75AB10FF" w14:textId="77777777" w:rsidR="00121116" w:rsidRDefault="00AA3789">
      <w:r>
        <w:t>He moved forward, silent and sure, weaving through the cavern until he reached its center.</w:t>
      </w:r>
    </w:p>
    <w:p w14:paraId="3EB7EE56" w14:textId="77777777" w:rsidR="00121116" w:rsidRDefault="00AA3789">
      <w:r>
        <w:t>“Rainer,” she called again, more forceful this time, but he ignored her.</w:t>
      </w:r>
    </w:p>
    <w:p w14:paraId="313F4211" w14:textId="77777777" w:rsidR="00121116" w:rsidRDefault="00AA3789">
      <w:r>
        <w:t>He stopped, his gaze locked onto the ground. His expression was unreadable, but something about the way he stood—tense, reverent—sent a fresh wave of unease through me.</w:t>
      </w:r>
    </w:p>
    <w:p w14:paraId="62D6646F" w14:textId="77777777" w:rsidR="00121116" w:rsidRDefault="00AA3789">
      <w:r>
        <w:t>“This is it,” he murmured, voice barely above a breath. “We’ll be able to do it here.”</w:t>
      </w:r>
    </w:p>
    <w:p w14:paraId="55D7E37E" w14:textId="77777777" w:rsidR="00121116" w:rsidRDefault="00AA3789">
      <w:r>
        <w:t>I didn’t know what it was. But the certainty in his voice sent a pulse of something dark and electric through my chest. The air around us vibrated, the magic pressing in from all sides, demanding something.</w:t>
      </w:r>
    </w:p>
    <w:p w14:paraId="563F4B90" w14:textId="77777777" w:rsidR="00121116" w:rsidRDefault="00AA3789">
      <w:r>
        <w:t>And deep within me, the power I had spent my entire life suppressing stirred.</w:t>
      </w:r>
    </w:p>
    <w:p w14:paraId="5542B7A4" w14:textId="77777777" w:rsidR="00121116" w:rsidRDefault="00AA3789">
      <w:r>
        <w:t>The power in the air was thick, wrapping around me, clawing at the edges of my control.</w:t>
      </w:r>
    </w:p>
    <w:p w14:paraId="7B8BF0BB" w14:textId="77777777" w:rsidR="00121116" w:rsidRDefault="00AA3789">
      <w:r>
        <w:t>“I will only have enough to get us through once,” Rainer said, his eyes finally meeting mine, steady and sure. “Let’s hope we make it past the barrier’s magic. If it lands us before the crossing, we’ll be stuck here. We have one shot at this.”</w:t>
      </w:r>
    </w:p>
    <w:p w14:paraId="429F3430" w14:textId="77777777" w:rsidR="00121116" w:rsidRDefault="00AA3789">
      <w:r>
        <w:lastRenderedPageBreak/>
        <w:t>The cost of transporting ourselves across a barrier of this magnitude was high, and I could already feel the toll creeping into my limbs, a subtle exhaustion even before we’d begun. Fleeting wasn’t just movement—it required harmony, control, and enough strength to withstand the draining force it demanded. “If we land short…” Rainer didn’t finish, but I understood. This place would trap us, and our magic would be little more than a fading spark.</w:t>
      </w:r>
    </w:p>
    <w:p w14:paraId="70A1F1D2" w14:textId="77777777" w:rsidR="00121116" w:rsidRDefault="00AA3789">
      <w:r>
        <w:t>His words echoed in my mind—one shot—the weight of it pressing down on me. My chest tightened. The pressure building inside me felt like a storm, the magic swirling within me, impossible to contain. I wasn’t sure if I could do what he was asking.</w:t>
      </w:r>
    </w:p>
    <w:p w14:paraId="0FC70412" w14:textId="77777777" w:rsidR="00121116" w:rsidRDefault="00AA3789">
      <w:r>
        <w:t>“Sky,” Rainer’s voice cut through my spiraling thoughts. “You’re going to need to clear your mind, free it from your magic, or you’ll interfere with mine. Doing magic here comes with more rules. If we’re not perfectly synced, this place will swallow us into its own magic.”</w:t>
      </w:r>
    </w:p>
    <w:p w14:paraId="60F3E6E7" w14:textId="77777777" w:rsidR="00121116" w:rsidRDefault="00AA3789">
      <w:r>
        <w:t>The weight of his words settled over me. This wasn’t just about control—it was about understanding the boundaries of magic in a place where even a slight misalignment could disrupt everything. I’d felt my magic surge before, but here it felt different, as if the very air responded to our intent. There was a subtle resistance, a barrier that tested every bit of power I tried to summon.</w:t>
      </w:r>
    </w:p>
    <w:p w14:paraId="07EE06E2" w14:textId="77777777" w:rsidR="00121116" w:rsidRDefault="00AA3789">
      <w:r>
        <w:t>“This place doesn’t welcome intruders,” Rainer murmured, as if sensing my hesitation. “Every spell here demands a price. Remember that.” His gaze held a silent warning, reminding me that magic, even mine, wasn’t limitless.</w:t>
      </w:r>
    </w:p>
    <w:p w14:paraId="518AD335" w14:textId="77777777" w:rsidR="00121116" w:rsidRDefault="00AA3789">
      <w:r>
        <w:t>The magic inside me—wild, volatile, unpredictable—wasn’t something I could simply silence. It pulsed beneath my skin, coiling and snapping like a storm desperate to be unleashed. It was part of me.</w:t>
      </w:r>
    </w:p>
    <w:p w14:paraId="55D5808E" w14:textId="77777777" w:rsidR="00121116" w:rsidRDefault="00AA3789">
      <w:r>
        <w:t>“I don’t know if I can do it,” I admitted, my voice barely above a whisper. Fear curled through my ribs, sharp and insidious.</w:t>
      </w:r>
    </w:p>
    <w:p w14:paraId="7AB19B6D" w14:textId="77777777" w:rsidR="00121116" w:rsidRDefault="00AA3789">
      <w:r>
        <w:t>I hadn’t mastered this power. I hadn’t even begun to understand it. And now, Rainer was asking me to suppress something that wasn’t meant to be caged.</w:t>
      </w:r>
    </w:p>
    <w:p w14:paraId="0AA4AE9F" w14:textId="77777777" w:rsidR="00121116" w:rsidRDefault="00AA3789">
      <w:r>
        <w:t>But he didn’t hesitate.</w:t>
      </w:r>
    </w:p>
    <w:p w14:paraId="6ACBAD5A" w14:textId="77777777" w:rsidR="00121116" w:rsidRDefault="00AA3789">
      <w:r>
        <w:t>“You can, Sky.”</w:t>
      </w:r>
    </w:p>
    <w:p w14:paraId="22C63A40" w14:textId="77777777" w:rsidR="00121116" w:rsidRDefault="00AA3789">
      <w:r>
        <w:t>His certainty unnerved me.</w:t>
      </w:r>
    </w:p>
    <w:p w14:paraId="29B57A19" w14:textId="77777777" w:rsidR="00121116" w:rsidRDefault="00AA3789">
      <w:r>
        <w:t>I didn’t believe in myself—not like that. But he did. His faith in me was steady, unwavering. Why? Why did he trust me? Why was he willing to risk everything on me?</w:t>
      </w:r>
    </w:p>
    <w:p w14:paraId="3219EA8C" w14:textId="77777777" w:rsidR="00121116" w:rsidRDefault="00AA3789">
      <w:r>
        <w:t>What was his price?</w:t>
      </w:r>
    </w:p>
    <w:p w14:paraId="2747D20E" w14:textId="77777777" w:rsidR="00121116" w:rsidRDefault="00AA3789">
      <w:r>
        <w:t>I swallowed hard, my heart hammering against my ribs. You can do this. You have to.</w:t>
      </w:r>
    </w:p>
    <w:p w14:paraId="09522AB9" w14:textId="77777777" w:rsidR="00121116" w:rsidRDefault="00AA3789">
      <w:r>
        <w:lastRenderedPageBreak/>
        <w:t>But doubt clawed at me, its tendrils wrapping around my thoughts.</w:t>
      </w:r>
    </w:p>
    <w:p w14:paraId="303DA132" w14:textId="77777777" w:rsidR="00121116" w:rsidRDefault="00AA3789">
      <w:r>
        <w:t>What if I can’t?</w:t>
      </w:r>
      <w:r>
        <w:br/>
        <w:t>What if I ruin everything?</w:t>
      </w:r>
      <w:r>
        <w:br/>
        <w:t>What if this place swallows us whole—because I wasn’t strong enough?</w:t>
      </w:r>
    </w:p>
    <w:p w14:paraId="475DD886" w14:textId="77777777" w:rsidR="00121116" w:rsidRDefault="00AA3789">
      <w:r>
        <w:t>I would never know the truth. Never get my answers.</w:t>
      </w:r>
    </w:p>
    <w:p w14:paraId="764872F4" w14:textId="77777777" w:rsidR="00121116" w:rsidRDefault="00AA3789">
      <w:r>
        <w:t>Even if Rainer had his own doubts, he didn’t show them. His gaze remained locked on mine—solid, unyielding. Like a tether in the storm.</w:t>
      </w:r>
    </w:p>
    <w:p w14:paraId="546EF885" w14:textId="77777777" w:rsidR="00121116" w:rsidRDefault="00AA3789">
      <w:r>
        <w:t>Behind him, Mayala stood silent, her posture stiff, her eyes tight with unspoken concern. She wasn’t even hiding it anymore.</w:t>
      </w:r>
    </w:p>
    <w:p w14:paraId="4040E626" w14:textId="77777777" w:rsidR="00121116" w:rsidRDefault="00AA3789">
      <w:r>
        <w:t>She doesn’t think I can do it either.</w:t>
      </w:r>
    </w:p>
    <w:p w14:paraId="14CA25DC" w14:textId="77777777" w:rsidR="00121116" w:rsidRDefault="00AA3789">
      <w:r>
        <w:t>But I pushed the thought aside. It didn’t matter. I couldn’t afford doubt.</w:t>
      </w:r>
    </w:p>
    <w:p w14:paraId="2A1B2B89" w14:textId="77777777" w:rsidR="00121116" w:rsidRDefault="00AA3789">
      <w:r>
        <w:t>The magic inside me wasn’t mine to command—it never had been. It was relentless, raging, a force older than me pressing against the barriers I had built.</w:t>
      </w:r>
    </w:p>
    <w:p w14:paraId="6F61EC9A" w14:textId="77777777" w:rsidR="00121116" w:rsidRDefault="00AA3789">
      <w:r>
        <w:t>But then… something changed.</w:t>
      </w:r>
    </w:p>
    <w:p w14:paraId="1ABEB4E0" w14:textId="77777777" w:rsidR="00121116" w:rsidRDefault="00AA3789">
      <w:r>
        <w:t>For just a moment, the storm inside me stilled.</w:t>
      </w:r>
    </w:p>
    <w:p w14:paraId="212DC2A1" w14:textId="77777777" w:rsidR="00121116" w:rsidRDefault="00AA3789">
      <w:r>
        <w:t>The chaos—the overwhelming pull of magic—went silent.</w:t>
      </w:r>
    </w:p>
    <w:p w14:paraId="73905860" w14:textId="77777777" w:rsidR="00121116" w:rsidRDefault="00AA3789">
      <w:r>
        <w:t>It was wrong.</w:t>
      </w:r>
    </w:p>
    <w:p w14:paraId="039B5C6E" w14:textId="77777777" w:rsidR="00121116" w:rsidRDefault="00AA3789">
      <w:r>
        <w:t>Too quiet.</w:t>
      </w:r>
    </w:p>
    <w:p w14:paraId="7A359DAE" w14:textId="77777777" w:rsidR="00121116" w:rsidRDefault="00AA3789">
      <w:r>
        <w:t>A whisper threaded through my thoughts, dark and familiar. Vidar.</w:t>
      </w:r>
    </w:p>
    <w:p w14:paraId="75EF257A" w14:textId="77777777" w:rsidR="00121116" w:rsidRDefault="00AA3789">
      <w:r>
        <w:t>A sharp breath left my lips.</w:t>
      </w:r>
    </w:p>
    <w:p w14:paraId="727DB087" w14:textId="77777777" w:rsidR="00121116" w:rsidRDefault="00AA3789">
      <w:r>
        <w:t>“What is it?” Rainer’s voice cut through the fog, but I barely heard him.</w:t>
      </w:r>
    </w:p>
    <w:p w14:paraId="5AEA2AF2" w14:textId="77777777" w:rsidR="00121116" w:rsidRDefault="00AA3789">
      <w:r>
        <w:t>His emerald gaze blurred in my vision as a shadow curled at the edges of my senses.</w:t>
      </w:r>
    </w:p>
    <w:p w14:paraId="647E6226" w14:textId="77777777" w:rsidR="00121116" w:rsidRDefault="00AA3789">
      <w:r>
        <w:t>Vidar.</w:t>
      </w:r>
    </w:p>
    <w:p w14:paraId="5F883CA5" w14:textId="77777777" w:rsidR="00121116" w:rsidRDefault="00AA3789">
      <w:r>
        <w:t>His presence wasn’t here. Not in the cavern. Not in the magic. But I could feel him.</w:t>
      </w:r>
    </w:p>
    <w:p w14:paraId="088B74EA" w14:textId="77777777" w:rsidR="00121116" w:rsidRDefault="00AA3789">
      <w:r>
        <w:t>A brutal, emotionless touch brushed against my mind—faint, but undeniable.</w:t>
      </w:r>
    </w:p>
    <w:p w14:paraId="6910E8DB" w14:textId="77777777" w:rsidR="00121116" w:rsidRDefault="00AA3789">
      <w:r>
        <w:t>My pulse quickened. My gaze darted to the darkness stretching beyond the cavern walls. Nothing. No sign of him. No flicker of his power pressing against my skin.</w:t>
      </w:r>
    </w:p>
    <w:p w14:paraId="48C20E12" w14:textId="77777777" w:rsidR="00121116" w:rsidRDefault="00AA3789">
      <w:r>
        <w:t>But he was there.</w:t>
      </w:r>
    </w:p>
    <w:p w14:paraId="57A2B3AF" w14:textId="77777777" w:rsidR="00121116" w:rsidRDefault="00AA3789">
      <w:r>
        <w:lastRenderedPageBreak/>
        <w:t>Waiting.</w:t>
      </w:r>
    </w:p>
    <w:p w14:paraId="17D4370A" w14:textId="77777777" w:rsidR="00121116" w:rsidRDefault="00AA3789">
      <w:r>
        <w:t>Watching.</w:t>
      </w:r>
    </w:p>
    <w:p w14:paraId="435034C7" w14:textId="77777777" w:rsidR="00121116" w:rsidRDefault="00AA3789">
      <w:r>
        <w:t>Rainer stepped closer, his voice sharper. “Sky.”</w:t>
      </w:r>
    </w:p>
    <w:p w14:paraId="77058E55" w14:textId="77777777" w:rsidR="00121116" w:rsidRDefault="00AA3789">
      <w:r>
        <w:t>I barely flinched.</w:t>
      </w:r>
    </w:p>
    <w:p w14:paraId="2B323D21" w14:textId="77777777" w:rsidR="00121116" w:rsidRDefault="00AA3789">
      <w:r>
        <w:t>Because the chaos inside me had changed.</w:t>
      </w:r>
    </w:p>
    <w:p w14:paraId="415FE458" w14:textId="77777777" w:rsidR="00121116" w:rsidRDefault="00AA3789">
      <w:r>
        <w:t>Before, it had been wild, a storm I couldn’t control. But now? It wasn’t chaos anymore. It was…</w:t>
      </w:r>
    </w:p>
    <w:p w14:paraId="16C7D724" w14:textId="77777777" w:rsidR="00121116" w:rsidRDefault="00AA3789">
      <w:r>
        <w:t>Still. Deep.</w:t>
      </w:r>
    </w:p>
    <w:p w14:paraId="0B954B62" w14:textId="77777777" w:rsidR="00121116" w:rsidRDefault="00AA3789">
      <w:r>
        <w:t>Like the quiet before a storm.</w:t>
      </w:r>
    </w:p>
    <w:p w14:paraId="7979B721" w14:textId="77777777" w:rsidR="00121116" w:rsidRDefault="00AA3789">
      <w:r>
        <w:t>Vidar.</w:t>
      </w:r>
    </w:p>
    <w:p w14:paraId="4D736699" w14:textId="77777777" w:rsidR="00121116" w:rsidRDefault="00AA3789">
      <w:r>
        <w:t>The darkness—it didn’t frighten me. It felt familiar.</w:t>
      </w:r>
    </w:p>
    <w:p w14:paraId="5F33CDED" w14:textId="77777777" w:rsidR="00121116" w:rsidRDefault="00AA3789">
      <w:r>
        <w:t>It felt like home.</w:t>
      </w:r>
    </w:p>
    <w:p w14:paraId="616FEED6" w14:textId="77777777" w:rsidR="00121116" w:rsidRDefault="00AA3789">
      <w:r>
        <w:t>Rainer’s hand brushed my arm, pulling me back, but only for a moment. I blinked, shaking my head as if to clear the fog, but the darkness lingered, warm and comforting. It was as if Vidar’s presence was there, not as an intruder, but as a familiar companion. I hadn’t realized until now how much peace I found in that darkness—his darkness.</w:t>
      </w:r>
    </w:p>
    <w:p w14:paraId="1E2A7D9B" w14:textId="77777777" w:rsidR="00121116" w:rsidRDefault="00AA3789">
      <w:r>
        <w:t>“Vidar,” I whispered, the name slipping from my lips like a secret. Not a curse. Not a warning. Just his name, soft, lingering like the weight of him in my thoughts.</w:t>
      </w:r>
    </w:p>
    <w:p w14:paraId="5F21726E" w14:textId="77777777" w:rsidR="00121116" w:rsidRDefault="00AA3789">
      <w:r>
        <w:t>Rainer tensed beside me, his eyes narrowing. He didn’t speak, but the flicker of suspicion in his gaze told me he had noticed the shift. He watched me carefully, as if gauging whether I was still here—still me.</w:t>
      </w:r>
    </w:p>
    <w:p w14:paraId="212FDEF9" w14:textId="77777777" w:rsidR="00121116" w:rsidRDefault="00AA3789">
      <w:r>
        <w:t>But I didn’t feel lost. I felt steady. Grounded. The cold, creeping sensation wasn’t something I needed to fight anymore. It was like a part of me I hadn’t fully understood before, but now that I was touching it, it made sense. The darkness, the stillness—it was my peace.</w:t>
      </w:r>
    </w:p>
    <w:p w14:paraId="4489B758" w14:textId="77777777" w:rsidR="00121116" w:rsidRDefault="00AA3789">
      <w:r>
        <w:t>I glanced at Rainer, seeing the confusion in his eyes, but I couldn’t explain it to him. How could I? How could I tell him that this was what kept me steady, what kept me calm, when even I didn’t fully understand it?</w:t>
      </w:r>
    </w:p>
    <w:p w14:paraId="724B9058" w14:textId="77777777" w:rsidR="00121116" w:rsidRDefault="00AA3789">
      <w:r>
        <w:t>Instead, I took a step back, creating distance between us. “It’s nothing,” I said, my voice soft, but steady.</w:t>
      </w:r>
    </w:p>
    <w:p w14:paraId="57ED76F4" w14:textId="77777777" w:rsidR="00121116" w:rsidRDefault="00AA3789">
      <w:r>
        <w:t xml:space="preserve">Rainer’s gaze stayed locked on me, but I didn’t return it. I couldn’t. Not now. Whatever suspicions or doubts he had about the shift in me, they didn’t matter. I felt steady in a way I </w:t>
      </w:r>
      <w:r>
        <w:lastRenderedPageBreak/>
        <w:t>hadn’t in a long time, grounded by the darkness that now pulsed through me, keeping the chaos at bay.</w:t>
      </w:r>
    </w:p>
    <w:p w14:paraId="4BF95990" w14:textId="77777777" w:rsidR="00121116" w:rsidRDefault="00AA3789">
      <w:r>
        <w:t>“We need to stay focused,” he finally said, his voice low and tight, as though the air itself had thickened around us. “This is our only shot.”</w:t>
      </w:r>
    </w:p>
    <w:p w14:paraId="37EDCADF" w14:textId="77777777" w:rsidR="00121116" w:rsidRDefault="00AA3789">
      <w:r>
        <w:t>I nodded, feeling the cold, soothing calm settle deeper into my bones, but I kept my distance. The barrier wasn’t directly in front of us, but I could feel its magic pressing from all around, like an invisible force waiting to stop us. We couldn’t see it, but it was there, its energy coiling, wrapping around us. We’d have to surge through it, through that force, and fleet across to the other side. The danger wasn’t in the barrier itself—it was whether or not we could break through far enough.</w:t>
      </w:r>
    </w:p>
    <w:p w14:paraId="388C9385" w14:textId="77777777" w:rsidR="00121116" w:rsidRDefault="00AA3789">
      <w:r>
        <w:t>Mayala stood just behind us, silent but vigilant. She had been helping us all this time, guiding us here, but I knew she wasn’t coming with us. This wasn’t her path. Her role ended at the crossing, and I could feel the weight of that truth in her quiet presence.</w:t>
      </w:r>
    </w:p>
    <w:p w14:paraId="04042C3D" w14:textId="77777777" w:rsidR="00121116" w:rsidRDefault="00AA3789">
      <w:r>
        <w:t>“This is it for me,” Mayala said softly, as if reading my thoughts. “I can’t go with you.” Her voice held a finality that pierced through the tension in the air. She didn’t need to explain more; we all knew this was where she had to stay.</w:t>
      </w:r>
    </w:p>
    <w:p w14:paraId="2F21C840" w14:textId="77777777" w:rsidR="00121116" w:rsidRDefault="00AA3789">
      <w:r>
        <w:t>Rainer glanced back at her, his face softening for just a moment. “Thank you,” he said quietly.</w:t>
      </w:r>
    </w:p>
    <w:p w14:paraId="3E0BF98B" w14:textId="77777777" w:rsidR="00121116" w:rsidRDefault="00AA3789">
      <w:r>
        <w:t>Mayala gave a small nod, her eyes holding mine for a second longer, as if trying to say something unsaid. But then she stepped back, letting the moment pass. I couldn’t focus on her now. Not with the barrier’s magic pulsing through the ground beneath us.</w:t>
      </w:r>
    </w:p>
    <w:p w14:paraId="6C712F79" w14:textId="77777777" w:rsidR="00121116" w:rsidRDefault="00AA3789">
      <w:r>
        <w:t>Rainer knelt, his hands hovering just above the smooth stone, and the ground pulsed beneath his touch. “The barriers are more than just obstacles,” he said quietly. “They’re alive, in a sense—responding to magic, testing it. Most Hecate couldn’t cross without help, but you…” He paused, his gaze intense. “Your power is different. It doesn’t just flow; it changes things. The barriers would recognize that. They’d let you through—if you learn to harness it.” I watched as the magic beneath the ground stirred, responding to him, a raw, ancient force that echoed through the air. His power vibrated, pulling the energy toward us, and I could feel it wrap around my senses, mixing with my own magic.</w:t>
      </w:r>
    </w:p>
    <w:p w14:paraId="4D3716F6" w14:textId="77777777" w:rsidR="00121116" w:rsidRDefault="00AA3789">
      <w:r>
        <w:t>The darkness inside me pressed closer, anchoring me, and I let it. Vidar’s presence—or what remained of him—was the only thing keeping the storm inside from breaking loose. I focused on the cold, sharp clarity of it, letting it hold me in place, steady.</w:t>
      </w:r>
    </w:p>
    <w:p w14:paraId="5578CBAF" w14:textId="77777777" w:rsidR="00121116" w:rsidRDefault="00AA3789">
      <w:r>
        <w:t xml:space="preserve">“Sky,” Rainer called, his voice sharp and controlled. “We have to be in sync. If your magic becomes more than mine—if you let it loose—we won’t cross. It has to stay balanced.” Rainer’s voice steadied the whirlwind of doubt in my chest, but his words carried a weight I couldn’t ignore. “The balance between light and dark isn’t just a theory,” he continued. “It’s the force holding all of this together. If it breaks, the barriers fail, and chaos would consume </w:t>
      </w:r>
      <w:r>
        <w:lastRenderedPageBreak/>
        <w:t>everything.” His gaze met mine, unwavering. “Your magic isn’t just powerful, Sky—it’s pivotal. You can tip the scales. That’s why Cronus needs you.”</w:t>
      </w:r>
    </w:p>
    <w:p w14:paraId="162ADD22" w14:textId="77777777" w:rsidR="00121116" w:rsidRDefault="00AA3789">
      <w:r>
        <w:t>His meaning was clear. I couldn’t overpower him. My magic, as wild and unpredictable as it was, had to remain contained, carefully measured against his. Too much, and the magic would push us back, landing us before the crossing. Too little, and we wouldn’t have the force to make it through.</w:t>
      </w:r>
    </w:p>
    <w:p w14:paraId="05720BB1" w14:textId="77777777" w:rsidR="00121116" w:rsidRDefault="00AA3789">
      <w:r>
        <w:t>“I understand,” I said, my voice steady but tight. Everything was starting to make more sense. As if he knew a piece of the truth would slow my spiraling just enough to keep myself calm, my powers harmonious.</w:t>
      </w:r>
    </w:p>
    <w:p w14:paraId="03372A78" w14:textId="77777777" w:rsidR="00121116" w:rsidRDefault="00AA3789">
      <w:r>
        <w:t>I moved toward him, dropping to the ground beside him, my hands just above the ground, feeling the hum of magic underneath. The air was thick with magic that was neither of ours, like a tension waiting to snap. We’d have to surge forward, hope the magic we built could carry us past the barrier, and not land us in front of it.</w:t>
      </w:r>
    </w:p>
    <w:p w14:paraId="7664F4AA" w14:textId="77777777" w:rsidR="00121116" w:rsidRDefault="00AA3789">
      <w:r>
        <w:t>“Stay with me,” Rainer said, his voice quieter now, but filled with a warning. “Don’t let it break free.”</w:t>
      </w:r>
    </w:p>
    <w:p w14:paraId="1A0B0B02" w14:textId="77777777" w:rsidR="00121116" w:rsidRDefault="00AA3789">
      <w:r>
        <w:t>I nodded again, closing my eyes and feeling the surge of power beneath us begin to grow. My magic pulsed, wild and erratic, but the cold peace inside me held it back, kept it steady. I took a breath, feeling the tension in the air tighten around us, and reached deeper, pulling at the energy swirling inside me.</w:t>
      </w:r>
    </w:p>
    <w:p w14:paraId="34B20FD6" w14:textId="77777777" w:rsidR="00121116" w:rsidRDefault="00AA3789">
      <w:r>
        <w:t>The magic around us tightened, like a storm on the edge of breaking. The barrier loomed before us—invisible yet suffocating, its presence pressing against my skin like a silent warning. It was waiting. Testing us.</w:t>
      </w:r>
    </w:p>
    <w:p w14:paraId="2E1662DB" w14:textId="77777777" w:rsidR="00121116" w:rsidRDefault="00AA3789">
      <w:r>
        <w:t>We had to push through. But we couldn’t just force our way across—we had to be perfectly in sync. Our magic had to balance, to mirror one another, or we wouldn’t make it.</w:t>
      </w:r>
    </w:p>
    <w:p w14:paraId="2BDB246E" w14:textId="77777777" w:rsidR="00121116" w:rsidRDefault="00AA3789">
      <w:r>
        <w:t>I understood.</w:t>
      </w:r>
    </w:p>
    <w:p w14:paraId="111164A2" w14:textId="77777777" w:rsidR="00121116" w:rsidRDefault="00AA3789">
      <w:r>
        <w:t>“Now, Sky. Now!” Rainer’s voice cut through the tension like a blade.</w:t>
      </w:r>
    </w:p>
    <w:p w14:paraId="634E5811" w14:textId="77777777" w:rsidR="00121116" w:rsidRDefault="00AA3789">
      <w:r>
        <w:t>I didn’t hesitate.</w:t>
      </w:r>
    </w:p>
    <w:p w14:paraId="4F956D60" w14:textId="77777777" w:rsidR="00121116" w:rsidRDefault="00AA3789">
      <w:r>
        <w:t>I let my magic surge forward, raw and untamed, but I didn’t release it—I balanced it, kept it in tune with his. It was like holding back a tidal wave, feeling the storm build beneath me but refusing to let it break free.</w:t>
      </w:r>
    </w:p>
    <w:p w14:paraId="3291D69D" w14:textId="77777777" w:rsidR="00121116" w:rsidRDefault="00AA3789">
      <w:r>
        <w:t>The cavern shook beneath us. The air crackled. Power surged through the stone, pressing outward in waves that threatened to consume us.</w:t>
      </w:r>
    </w:p>
    <w:p w14:paraId="1FE31D9A" w14:textId="77777777" w:rsidR="00121116" w:rsidRDefault="00AA3789">
      <w:r>
        <w:t>We pushed harder. The barrier fought back, its energy pressing in from every direction, like a vice closing around us.</w:t>
      </w:r>
    </w:p>
    <w:p w14:paraId="66F36B3E" w14:textId="77777777" w:rsidR="00121116" w:rsidRDefault="00AA3789">
      <w:r>
        <w:lastRenderedPageBreak/>
        <w:t>It wasn’t enough.</w:t>
      </w:r>
    </w:p>
    <w:p w14:paraId="2366229C" w14:textId="77777777" w:rsidR="00121116" w:rsidRDefault="00AA3789">
      <w:r>
        <w:t>I felt it deep inside me—like a wall refusing to crack.</w:t>
      </w:r>
    </w:p>
    <w:p w14:paraId="204A8288" w14:textId="77777777" w:rsidR="00121116" w:rsidRDefault="00AA3789">
      <w:r>
        <w:t>I gritted my teeth, pouring everything I had into the magic swirling inside me. My body burned with the effort. My veins felt like they might shatter under the strain.</w:t>
      </w:r>
    </w:p>
    <w:p w14:paraId="657E564C" w14:textId="77777777" w:rsidR="00121116" w:rsidRDefault="00AA3789">
      <w:r>
        <w:t>And then—</w:t>
      </w:r>
    </w:p>
    <w:p w14:paraId="3AC198F9" w14:textId="77777777" w:rsidR="00121116" w:rsidRDefault="00AA3789">
      <w:r>
        <w:t>A blur of movement.</w:t>
      </w:r>
    </w:p>
    <w:p w14:paraId="3016497F" w14:textId="77777777" w:rsidR="00121116" w:rsidRDefault="00AA3789">
      <w:r>
        <w:t>Rainer’s forearm pulsed—a flash of fluorescent red rippling beneath his skin. His magic flared, sharp and burning, coiling around us in one final desperate surge.</w:t>
      </w:r>
    </w:p>
    <w:p w14:paraId="620E5A16" w14:textId="77777777" w:rsidR="00121116" w:rsidRDefault="00AA3789">
      <w:r>
        <w:t>The last of his Red magic.</w:t>
      </w:r>
    </w:p>
    <w:p w14:paraId="5BA2ECBC" w14:textId="77777777" w:rsidR="00121116" w:rsidRDefault="00AA3789">
      <w:r>
        <w:t>It unleashed in a single, devastating pulse.</w:t>
      </w:r>
    </w:p>
    <w:p w14:paraId="1460D3F9" w14:textId="77777777" w:rsidR="00121116" w:rsidRDefault="00AA3789">
      <w:r>
        <w:t>The barrier shuddered—then fractured.</w:t>
      </w:r>
    </w:p>
    <w:p w14:paraId="61B0AB9B" w14:textId="77777777" w:rsidR="00121116" w:rsidRDefault="00AA3789">
      <w:r>
        <w:t>The invisible energy ripped open, magic spilling out like a wound torn into the very air.</w:t>
      </w:r>
    </w:p>
    <w:p w14:paraId="51B44355" w14:textId="77777777" w:rsidR="00121116" w:rsidRDefault="00AA3789">
      <w:r>
        <w:t>This was it. Our one shot.</w:t>
      </w:r>
    </w:p>
    <w:p w14:paraId="0B87EE8C" w14:textId="77777777" w:rsidR="00121116" w:rsidRDefault="00AA3789">
      <w:r>
        <w:t>I met Rainer’s gaze for a fleeting second—a moment of silent understanding. We had one chance.</w:t>
      </w:r>
    </w:p>
    <w:p w14:paraId="78D71C17" w14:textId="77777777" w:rsidR="00121116" w:rsidRDefault="00AA3789">
      <w:r>
        <w:t>Our magic synced perfectly, and we fleeted forward.</w:t>
      </w:r>
    </w:p>
    <w:p w14:paraId="6F5D9723" w14:textId="77777777" w:rsidR="00121116" w:rsidRDefault="00AA3789">
      <w:r>
        <w:t>The Red magic ignited, an explosion of energy that flung us into the current. The world around us blurred into a wash of grey, streaks of light and shadow bleeding into each other as the barrier collapsed behind us.</w:t>
      </w:r>
    </w:p>
    <w:p w14:paraId="747C126C" w14:textId="77777777" w:rsidR="00121116" w:rsidRDefault="00AA3789">
      <w:r>
        <w:t>For a heartbeat—for a breathless, endless second—I wasn’t sure if we had made it.</w:t>
      </w:r>
    </w:p>
    <w:p w14:paraId="56DBAB0D" w14:textId="77777777" w:rsidR="00121116" w:rsidRDefault="00AA3789">
      <w:r>
        <w:t>The force dragged at us, the magic ripping through my bones, the pressure too much, too wild.</w:t>
      </w:r>
    </w:p>
    <w:p w14:paraId="443DE844" w14:textId="77777777" w:rsidR="00121116" w:rsidRDefault="00AA3789">
      <w:r>
        <w:t>Then—</w:t>
      </w:r>
    </w:p>
    <w:p w14:paraId="16044AAD" w14:textId="77777777" w:rsidR="00121116" w:rsidRDefault="00AA3789">
      <w:r>
        <w:t>The world shattered.</w:t>
      </w:r>
    </w:p>
    <w:p w14:paraId="3DB19DBF" w14:textId="77777777" w:rsidR="00121116" w:rsidRDefault="00AA3789">
      <w:r>
        <w:t>A moment of nothingness.</w:t>
      </w:r>
    </w:p>
    <w:p w14:paraId="61FD8C7D" w14:textId="77777777" w:rsidR="00121116" w:rsidRDefault="00AA3789">
      <w:r>
        <w:t>Like being ripped out of existence.</w:t>
      </w:r>
    </w:p>
    <w:p w14:paraId="57038B06" w14:textId="77777777" w:rsidR="00121116" w:rsidRDefault="00AA3789">
      <w:r>
        <w:t>Then—</w:t>
      </w:r>
    </w:p>
    <w:p w14:paraId="3DF9496F" w14:textId="77777777" w:rsidR="00121116" w:rsidRDefault="00AA3789">
      <w:r>
        <w:t>Impact.</w:t>
      </w:r>
    </w:p>
    <w:p w14:paraId="1F830284" w14:textId="77777777" w:rsidR="00121116" w:rsidRDefault="00AA3789">
      <w:r>
        <w:lastRenderedPageBreak/>
        <w:t>I hit the ground hard.</w:t>
      </w:r>
    </w:p>
    <w:p w14:paraId="0004379B" w14:textId="77777777" w:rsidR="00121116" w:rsidRDefault="00AA3789">
      <w:r>
        <w:t>Pain slammed into me like a fist, knocking the breath from my lungs in a single, violent gasp. My body jolted against the unyielding earth, my limbs screaming in protest as the force of the landing sent shockwaves through every bone.</w:t>
      </w:r>
    </w:p>
    <w:p w14:paraId="3CD5EAE2" w14:textId="77777777" w:rsidR="00121116" w:rsidRDefault="00AA3789">
      <w:r>
        <w:t>For a second, I wasn’t sure if I was even alive.</w:t>
      </w:r>
    </w:p>
    <w:p w14:paraId="75A0B512" w14:textId="77777777" w:rsidR="00121116" w:rsidRDefault="00AA3789">
      <w:r>
        <w:t>The world swam around me. My lungs burned, my pulse thundering in my ears. Colors bled together, refusing to settle. My head spun, the ringing in my skull making it impossible to focus.</w:t>
      </w:r>
    </w:p>
    <w:p w14:paraId="314F5A7E" w14:textId="77777777" w:rsidR="00121116" w:rsidRDefault="00AA3789">
      <w:r>
        <w:t>I struggled to breathe.</w:t>
      </w:r>
    </w:p>
    <w:p w14:paraId="4C4F5D6D" w14:textId="77777777" w:rsidR="00121116" w:rsidRDefault="00AA3789">
      <w:r>
        <w:t>The ground felt wrong beneath me. Solid yet… foreign.</w:t>
      </w:r>
    </w:p>
    <w:p w14:paraId="1BC00DA5" w14:textId="77777777" w:rsidR="00121116" w:rsidRDefault="00AA3789">
      <w:r>
        <w:t>Somewhere beyond the haze, Rainer’s voice called my name.</w:t>
      </w:r>
    </w:p>
    <w:p w14:paraId="31D82DC3" w14:textId="77777777" w:rsidR="00121116" w:rsidRDefault="00AA3789">
      <w:r>
        <w:t>But I couldn’t answer.</w:t>
      </w:r>
    </w:p>
    <w:p w14:paraId="4D605BDE" w14:textId="77777777" w:rsidR="00121116" w:rsidRDefault="00AA3789">
      <w:r>
        <w:t>I wasn’t sure if I was anywhere at all.</w:t>
      </w:r>
    </w:p>
    <w:p w14:paraId="04B13F2D" w14:textId="77777777" w:rsidR="00121116" w:rsidRDefault="00AA3789">
      <w:r>
        <w:t>My name rang in my ears, an echo reverberating through the fractured haze of my mind.</w:t>
      </w:r>
    </w:p>
    <w:p w14:paraId="1ED14790" w14:textId="77777777" w:rsidR="00121116" w:rsidRDefault="00AA3789">
      <w:r>
        <w:t>Was I back?</w:t>
      </w:r>
    </w:p>
    <w:p w14:paraId="5DB32B37" w14:textId="77777777" w:rsidR="00121116" w:rsidRDefault="00AA3789">
      <w:r>
        <w:t>Had I been thrown back into the life I was trying to escape? Had the ones above—or below—decided my fate, sending me back to my own hell?</w:t>
      </w:r>
    </w:p>
    <w:p w14:paraId="3D8DB6E5" w14:textId="77777777" w:rsidR="00121116" w:rsidRDefault="00AA3789">
      <w:r>
        <w:t>Everything within me vibrated, a hum of power and exhaustion threading through my veins. My body refused to cooperate, my senses drowning in the foreign-yet-familiar weight of this place. I fought to open my eyes, but even as the world flickered into view, it felt wrong.</w:t>
      </w:r>
    </w:p>
    <w:p w14:paraId="00AE47D6" w14:textId="77777777" w:rsidR="00121116" w:rsidRDefault="00AA3789">
      <w:r>
        <w:t>Too close to home.</w:t>
      </w:r>
    </w:p>
    <w:p w14:paraId="39068BA6" w14:textId="77777777" w:rsidR="00121116" w:rsidRDefault="00AA3789">
      <w:r>
        <w:t>"Sky."</w:t>
      </w:r>
    </w:p>
    <w:p w14:paraId="4B282DE8" w14:textId="77777777" w:rsidR="00121116" w:rsidRDefault="00AA3789">
      <w:r>
        <w:t>This time, I felt my name more than I heard it, pulling me out of the abyss.</w:t>
      </w:r>
    </w:p>
    <w:p w14:paraId="5F75F0F9" w14:textId="77777777" w:rsidR="00121116" w:rsidRDefault="00AA3789">
      <w:r>
        <w:t>"Sky, are you okay?"</w:t>
      </w:r>
    </w:p>
    <w:p w14:paraId="4AAA7C8A" w14:textId="77777777" w:rsidR="00121116" w:rsidRDefault="00AA3789">
      <w:r>
        <w:t>Rainer’s voice cut through the chaos, grounding me, dragging me back into reality. I searched for him, my vision still swimming, finally catching his shadowed figure.</w:t>
      </w:r>
    </w:p>
    <w:p w14:paraId="09788C2F" w14:textId="77777777" w:rsidR="00121116" w:rsidRDefault="00AA3789">
      <w:r>
        <w:t>Beside me, Rainer groaned, dragging himself upright. His breathing was shallow, rough around the edges, but his movements were calculated—controlled, even in the aftermath of our crossing.</w:t>
      </w:r>
    </w:p>
    <w:p w14:paraId="70A69693" w14:textId="77777777" w:rsidR="00121116" w:rsidRDefault="00AA3789">
      <w:r>
        <w:t>I tried to do the same, to push myself up, but the world lurched around me.</w:t>
      </w:r>
    </w:p>
    <w:p w14:paraId="41EB8BC0" w14:textId="77777777" w:rsidR="00121116" w:rsidRDefault="00AA3789">
      <w:r>
        <w:lastRenderedPageBreak/>
        <w:t>"Hey, breathe," he said, his voice steadier than I felt. He hovered over me, watching as I fought to reclaim my own body, my own mind. "Take a deep breath. Slow down for a moment."</w:t>
      </w:r>
    </w:p>
    <w:p w14:paraId="045D1274" w14:textId="77777777" w:rsidR="00121116" w:rsidRDefault="00AA3789">
      <w:r>
        <w:t>I swallowed, forcing air into my lungs. Everything inside me was still unraveling, still trying to piece itself back together after what we had just done.</w:t>
      </w:r>
    </w:p>
    <w:p w14:paraId="0199AD7B" w14:textId="77777777" w:rsidR="00121116" w:rsidRDefault="00AA3789">
      <w:r>
        <w:t>"We crossed," I whispered, my voice raw. The words felt unfamiliar, like they didn’t belong to me.</w:t>
      </w:r>
    </w:p>
    <w:p w14:paraId="7FA10A24" w14:textId="77777777" w:rsidR="00121116" w:rsidRDefault="00AA3789">
      <w:r>
        <w:t>The barrier. The surge of magic. The moment of nothingness before we had been thrown into this new reality. It had happened.</w:t>
      </w:r>
    </w:p>
    <w:p w14:paraId="600F0BB3" w14:textId="77777777" w:rsidR="00121116" w:rsidRDefault="00AA3789">
      <w:r>
        <w:t>His lips curled up at the edges, just barely—a flicker of acknowledgment rather than a smile. His gaze flicked to the horizon, unreadable. His hand pressed into the brittle earth beneath us, fingers curling as if testing it, sensing something beyond my understanding.</w:t>
      </w:r>
    </w:p>
    <w:p w14:paraId="3C40CABD" w14:textId="77777777" w:rsidR="00121116" w:rsidRDefault="00AA3789">
      <w:r>
        <w:t>I waited for him to speak—to confirm what I already knew—but the silence stretched.</w:t>
      </w:r>
    </w:p>
    <w:p w14:paraId="1CAE800A" w14:textId="77777777" w:rsidR="00121116" w:rsidRDefault="00AA3789">
      <w:r>
        <w:t>"We crossed," I said again, stronger this time, my body still trying to ground itself. "Did we make it?"</w:t>
      </w:r>
    </w:p>
    <w:p w14:paraId="6D72CF21" w14:textId="77777777" w:rsidR="00121116" w:rsidRDefault="00AA3789">
      <w:r>
        <w:t>Rainer exhaled, his voice clipped. "Yes."</w:t>
      </w:r>
    </w:p>
    <w:p w14:paraId="68811A79" w14:textId="77777777" w:rsidR="00121116" w:rsidRDefault="00AA3789">
      <w:r>
        <w:t>But something was wrong.</w:t>
      </w:r>
    </w:p>
    <w:p w14:paraId="3BE18CF7" w14:textId="77777777" w:rsidR="00121116" w:rsidRDefault="00AA3789">
      <w:r>
        <w:t>He stood, dusting the dirt from his hands, but there was a shift in his posture. A tension that hadn’t been there before. His movements were precise, but there was something calculated in the way he observed the land, as if he wasn’t entirely sure of our surroundings.</w:t>
      </w:r>
    </w:p>
    <w:p w14:paraId="56E9C6FB" w14:textId="77777777" w:rsidR="00121116" w:rsidRDefault="00AA3789">
      <w:r>
        <w:t>I forced myself to my feet, ignoring the way my body screamed in protest. The ground beneath me felt off—solid, but brittle, like it wasn’t entirely real.</w:t>
      </w:r>
    </w:p>
    <w:p w14:paraId="6183708F" w14:textId="77777777" w:rsidR="00121116" w:rsidRDefault="00AA3789">
      <w:r>
        <w:t>Something gnawed at the edges of my senses, a wrongness in the very air. The colors around us were muted, the sky a shade of gray that felt neither natural nor unnatural, like a world caught between existence and oblivion.</w:t>
      </w:r>
    </w:p>
    <w:p w14:paraId="0A8214F0" w14:textId="77777777" w:rsidR="00121116" w:rsidRDefault="00AA3789">
      <w:r>
        <w:t>"Where are we?" I asked, needing something—anything—to anchor myself.</w:t>
      </w:r>
    </w:p>
    <w:p w14:paraId="3B69FFBF" w14:textId="77777777" w:rsidR="00121116" w:rsidRDefault="00AA3789">
      <w:r>
        <w:t>Rainer’s gaze didn’t leave the horizon.</w:t>
      </w:r>
    </w:p>
    <w:p w14:paraId="6C8523F1" w14:textId="77777777" w:rsidR="00121116" w:rsidRDefault="00AA3789">
      <w:r>
        <w:t>"The edge of the Dark Forest," he said at last, his tone neutral. But there was something heavier beneath it. "My lands."</w:t>
      </w:r>
    </w:p>
    <w:p w14:paraId="4AC0C16C" w14:textId="77777777" w:rsidR="00121116" w:rsidRDefault="00AA3789">
      <w:r>
        <w:t>His lands.</w:t>
      </w:r>
    </w:p>
    <w:p w14:paraId="5FC92339" w14:textId="77777777" w:rsidR="00121116" w:rsidRDefault="00AA3789">
      <w:r>
        <w:t>A flicker of something twisted in my chest. A claim, a connection. The words settled over me like an iron chain, but I wasn’t sure if it was weight or purpose that I felt.</w:t>
      </w:r>
    </w:p>
    <w:p w14:paraId="42593D7D" w14:textId="77777777" w:rsidR="00121116" w:rsidRDefault="00AA3789">
      <w:r>
        <w:lastRenderedPageBreak/>
        <w:t>But this place—this place felt nothing like home.</w:t>
      </w:r>
    </w:p>
    <w:p w14:paraId="7498C0F2" w14:textId="77777777" w:rsidR="00121116" w:rsidRDefault="00AA3789">
      <w:r>
        <w:t>The forest stretched out before us, shifting in ways that didn’t make sense. The trees weren’t just twisted—they bent wrong, their skeletal branches stretching downward, reaching for the earth instead of the sky. Shadows crawled along the ground, moving with a purpose, even though no light touched them.</w:t>
      </w:r>
    </w:p>
    <w:p w14:paraId="232EEA45" w14:textId="77777777" w:rsidR="00121116" w:rsidRDefault="00AA3789">
      <w:r>
        <w:t>A slow, creeping awareness settled over me.</w:t>
      </w:r>
    </w:p>
    <w:p w14:paraId="59DE1156" w14:textId="77777777" w:rsidR="00121116" w:rsidRDefault="00AA3789">
      <w:r>
        <w:t>This land was alive. And it was watching.</w:t>
      </w:r>
    </w:p>
    <w:p w14:paraId="374BF9E4" w14:textId="77777777" w:rsidR="00121116" w:rsidRDefault="00AA3789">
      <w:r>
        <w:t>"Stay close," Rainer warned, his voice quieter, darker than before. "The creatures here feed on the ones who stray."</w:t>
      </w:r>
    </w:p>
    <w:p w14:paraId="78BE7E03" w14:textId="77777777" w:rsidR="00121116" w:rsidRDefault="00AA3789">
      <w:r>
        <w:t>I opened my mouth to ask what creatures, but his expression stopped me.</w:t>
      </w:r>
    </w:p>
    <w:p w14:paraId="3EF51F4B" w14:textId="77777777" w:rsidR="00121116" w:rsidRDefault="00AA3789">
      <w:r>
        <w:t>His jaw was tight, his emerald eyes sharp and unyielding. Not now.</w:t>
      </w:r>
    </w:p>
    <w:p w14:paraId="5CBE50CB" w14:textId="77777777" w:rsidR="00121116" w:rsidRDefault="00AA3789">
      <w:r>
        <w:t>His silence spoke louder than words.</w:t>
      </w:r>
    </w:p>
    <w:p w14:paraId="0C2E5FB4" w14:textId="77777777" w:rsidR="00121116" w:rsidRDefault="00AA3789">
      <w:r>
        <w:t>A familiar weight settled in my bones—the instinct to run—but I had been running my entire life. From what, I still didn’t know.</w:t>
      </w:r>
    </w:p>
    <w:p w14:paraId="6A1A3BB4" w14:textId="77777777" w:rsidR="00121116" w:rsidRDefault="00AA3789">
      <w:r>
        <w:t>"We need to move," Rainer said abruptly, turning away from me, already shifting into motion. Already planning our next step.</w:t>
      </w:r>
    </w:p>
    <w:p w14:paraId="0B7154E4" w14:textId="77777777" w:rsidR="00121116" w:rsidRDefault="00AA3789">
      <w:r>
        <w:t>I hesitated for only a second longer, casting one last glance at the eerie stillness around us.</w:t>
      </w:r>
    </w:p>
    <w:p w14:paraId="15D262E8" w14:textId="77777777" w:rsidR="00121116" w:rsidRDefault="00AA3789">
      <w:r>
        <w:t>This place felt like a ghost of something once great, something forgotten and broken.</w:t>
      </w:r>
    </w:p>
    <w:p w14:paraId="43291AF9" w14:textId="77777777" w:rsidR="00121116" w:rsidRDefault="00AA3789">
      <w:r>
        <w:t>The colors were all wrong.</w:t>
      </w:r>
    </w:p>
    <w:p w14:paraId="1AFCA13E" w14:textId="77777777" w:rsidR="00121116" w:rsidRDefault="00AA3789">
      <w:r>
        <w:t>The air hummed, thick with power, yet everything felt faded.</w:t>
      </w:r>
    </w:p>
    <w:p w14:paraId="68C298BE" w14:textId="77777777" w:rsidR="00121116" w:rsidRDefault="00AA3789">
      <w:r>
        <w:t>But Rainer was already moving, his steps deliberate, pushing forward as if he could keep himself from slipping into whatever this place was becoming.</w:t>
      </w:r>
    </w:p>
    <w:p w14:paraId="0C6AAD55" w14:textId="77777777" w:rsidR="00121116" w:rsidRDefault="00AA3789">
      <w:r>
        <w:t>And so I followed.</w:t>
      </w:r>
    </w:p>
    <w:p w14:paraId="73885677" w14:textId="77777777" w:rsidR="00121116" w:rsidRDefault="00AA3789">
      <w:r>
        <w:t>Every step felt heavier than the last, the weight of the crossing still pressing into my bones. My chest was tight, my breathing shallow, but I did not stop. I couldn’t.</w:t>
      </w:r>
    </w:p>
    <w:p w14:paraId="506A0319" w14:textId="77777777" w:rsidR="00121116" w:rsidRDefault="00AA3789">
      <w:r>
        <w:t>Silence stretched between us, thick and unspoken. The forest ahead swayed though there was no wind, its skeletal branches creaking under some unseen weight. I heard it—felt it—but Rainer didn’t react. He just kept moving.</w:t>
      </w:r>
    </w:p>
    <w:p w14:paraId="0E05B744" w14:textId="77777777" w:rsidR="00121116" w:rsidRDefault="00AA3789">
      <w:r>
        <w:t>"Where are we going?" I asked finally, my voice hoarse.</w:t>
      </w:r>
    </w:p>
    <w:p w14:paraId="0C5475BC" w14:textId="77777777" w:rsidR="00121116" w:rsidRDefault="00AA3789">
      <w:r>
        <w:t>"To my home," he said without hesitation, his eyes fixed ahead. The dark shadows of the forest loomed in the distance, stretching toward us like a gaping maw. "You’ll be safe there."</w:t>
      </w:r>
    </w:p>
    <w:p w14:paraId="1F357275" w14:textId="77777777" w:rsidR="00121116" w:rsidRDefault="00AA3789">
      <w:r>
        <w:lastRenderedPageBreak/>
        <w:t>Safe.</w:t>
      </w:r>
    </w:p>
    <w:p w14:paraId="6074BF14" w14:textId="77777777" w:rsidR="00121116" w:rsidRDefault="00AA3789">
      <w:r>
        <w:t>The word felt hollow.</w:t>
      </w:r>
    </w:p>
    <w:p w14:paraId="79D35487" w14:textId="77777777" w:rsidR="00121116" w:rsidRDefault="00AA3789">
      <w:r>
        <w:t>Would I ever be safe? Was such a thing even possible?</w:t>
      </w:r>
    </w:p>
    <w:p w14:paraId="3B5EBF52" w14:textId="77777777" w:rsidR="00121116" w:rsidRDefault="00AA3789">
      <w:r>
        <w:t>But I nodded anyway, pressing my lips together, unwilling to argue. My mind was still reeling, my body still aching from the crossing. And Rainer—whatever he wasn’t saying, whatever weight he carried—was not something I had the strength to push against. Not yet.</w:t>
      </w:r>
    </w:p>
    <w:p w14:paraId="3CDE856E" w14:textId="77777777" w:rsidR="00121116" w:rsidRDefault="00AA3789">
      <w:r>
        <w:t>The land around us shifted as we walked. The sky stretched endlessly, an unnatural pale blue tinged with gray, blurring the line between the heavens and the earth. The horizon darkened, shadows deepening the further we moved from what I had once known.</w:t>
      </w:r>
    </w:p>
    <w:p w14:paraId="3FB1A23B" w14:textId="77777777" w:rsidR="00121116" w:rsidRDefault="00AA3789">
      <w:r>
        <w:t>"We’ll talk once we’re inside," Rainer said, his voice clipped, controlled.</w:t>
      </w:r>
    </w:p>
    <w:p w14:paraId="1CA98009" w14:textId="77777777" w:rsidR="00121116" w:rsidRDefault="00AA3789">
      <w:r>
        <w:t>Something about his tone sent a chill down my spine. But I didn’t question him.</w:t>
      </w:r>
    </w:p>
    <w:p w14:paraId="2DA1A180" w14:textId="77777777" w:rsidR="00121116" w:rsidRDefault="00AA3789">
      <w:r>
        <w:t>I just kept walking.</w:t>
      </w:r>
    </w:p>
    <w:p w14:paraId="2CBD893D" w14:textId="77777777" w:rsidR="00121116" w:rsidRDefault="00AA3789">
      <w:r>
        <w:t>~~</w:t>
      </w:r>
    </w:p>
    <w:p w14:paraId="7E46A58D" w14:textId="77777777" w:rsidR="00121116" w:rsidRDefault="00AA3789">
      <w:r>
        <w:t>His focus never wavered, his steps relentless. As though something unseen was pulling him forward.</w:t>
      </w:r>
    </w:p>
    <w:p w14:paraId="7749FB7E" w14:textId="77777777" w:rsidR="00121116" w:rsidRDefault="00AA3789">
      <w:r>
        <w:t>And I felt it too.</w:t>
      </w:r>
    </w:p>
    <w:p w14:paraId="6C4218EA" w14:textId="77777777" w:rsidR="00121116" w:rsidRDefault="00AA3789">
      <w:r>
        <w:t>It was faint, but undeniable—the hum of his magic brushing against my senses, taut and simmering just beneath the surface. The air around him was charged, alive, vibrating with power even in his silence.</w:t>
      </w:r>
    </w:p>
    <w:p w14:paraId="3EC2CADC" w14:textId="77777777" w:rsidR="00121116" w:rsidRDefault="00AA3789">
      <w:r>
        <w:t>The tall green grass swayed gently as we moved, brushing against my legs with a softness that felt almost out of place in the weight of this moment. Each step parted the blades, revealing the solid ground beneath, yet something about it still felt... wrong.</w:t>
      </w:r>
    </w:p>
    <w:p w14:paraId="51ED2B85" w14:textId="77777777" w:rsidR="00121116" w:rsidRDefault="00AA3789">
      <w:r>
        <w:t>Then, ahead—a shape emerged on the horizon.</w:t>
      </w:r>
    </w:p>
    <w:p w14:paraId="12AB5FBE" w14:textId="77777777" w:rsidR="00121116" w:rsidRDefault="00AA3789">
      <w:r>
        <w:t>A shadowy silhouette, distant at first, but growing larger with every step.</w:t>
      </w:r>
    </w:p>
    <w:p w14:paraId="5384A801" w14:textId="77777777" w:rsidR="00121116" w:rsidRDefault="00AA3789">
      <w:r>
        <w:t>The closer we came, the more defined it became—dark, commanding, a presence against the lifeless sky.</w:t>
      </w:r>
    </w:p>
    <w:p w14:paraId="232E201B" w14:textId="77777777" w:rsidR="00121116" w:rsidRDefault="00AA3789">
      <w:r>
        <w:t>Rainer’s magic pulsed stronger now, no longer faint, no longer subtle. The air shifted around us, the charge in it thick enough to make my skin prickle. He moved with purpose, as though the land itself was guiding him.</w:t>
      </w:r>
    </w:p>
    <w:p w14:paraId="3B927B4F" w14:textId="77777777" w:rsidR="00121116" w:rsidRDefault="00AA3789">
      <w:r>
        <w:t>And I followed.</w:t>
      </w:r>
    </w:p>
    <w:p w14:paraId="7D9154D2" w14:textId="77777777" w:rsidR="00121116" w:rsidRDefault="00AA3789">
      <w:r>
        <w:lastRenderedPageBreak/>
        <w:t>Yet for the first time, despite the magic pressing around us, despite the weight in my chest, I could breathe.</w:t>
      </w:r>
    </w:p>
    <w:p w14:paraId="4B6FF54C" w14:textId="77777777" w:rsidR="00121116" w:rsidRDefault="00AA3789">
      <w:r>
        <w:t>The air was cleaner. Lighter.</w:t>
      </w:r>
    </w:p>
    <w:p w14:paraId="21224BF0" w14:textId="77777777" w:rsidR="00121116" w:rsidRDefault="00AA3789">
      <w:r>
        <w:t>A faint scent of something sweet drifted through the stillness, carried by a breeze that shouldn't have existed.</w:t>
      </w:r>
    </w:p>
    <w:p w14:paraId="3BC7FC2C" w14:textId="77777777" w:rsidR="00121116" w:rsidRDefault="00AA3789">
      <w:r>
        <w:t>And then—I saw it.</w:t>
      </w:r>
    </w:p>
    <w:p w14:paraId="0221F07E" w14:textId="77777777" w:rsidR="00121116" w:rsidRDefault="00AA3789">
      <w:r>
        <w:t>The grand structure loomed before us, its dark edges rising tall and foreboding, swallowing the space around it.</w:t>
      </w:r>
    </w:p>
    <w:p w14:paraId="6B13B058" w14:textId="77777777" w:rsidR="00121116" w:rsidRDefault="00AA3789">
      <w:r>
        <w:t>Yet there was beauty in it, too. A quiet, haunting elegance that made it impossible to look away.</w:t>
      </w:r>
    </w:p>
    <w:p w14:paraId="6D60FE01" w14:textId="77777777" w:rsidR="00121116" w:rsidRDefault="00AA3789">
      <w:r>
        <w:t>Black stone walls stretched upward, threaded with veins of shimmering emerald that pulsed with latent magic, like the heartbeat of something ancient.</w:t>
      </w:r>
    </w:p>
    <w:p w14:paraId="3CFD5BA2" w14:textId="77777777" w:rsidR="00121116" w:rsidRDefault="00AA3789">
      <w:r>
        <w:t>Rainer’s home.</w:t>
      </w:r>
    </w:p>
    <w:p w14:paraId="5EB125A6" w14:textId="77777777" w:rsidR="00121116" w:rsidRDefault="00AA3789">
      <w:r>
        <w:t>A place I had only heard whispers of—now standing before me, vast and unyielding.</w:t>
      </w:r>
    </w:p>
    <w:p w14:paraId="4CFE3C4D" w14:textId="77777777" w:rsidR="00121116" w:rsidRDefault="00AA3789">
      <w:r>
        <w:t>The air grew dense the closer we came, heavy in a way that had nothing to do with exhaustion. It pressed against me, wrapping around my ribs, settling into my lungs as if the land itself bore witness to its master’s presence.</w:t>
      </w:r>
    </w:p>
    <w:p w14:paraId="505C3E7F" w14:textId="77777777" w:rsidR="00121116" w:rsidRDefault="00AA3789">
      <w:r>
        <w:t>My chest tightened.</w:t>
      </w:r>
    </w:p>
    <w:p w14:paraId="7DD676E2" w14:textId="77777777" w:rsidR="00121116" w:rsidRDefault="00AA3789">
      <w:r>
        <w:t>There was grandeur here, yes.</w:t>
      </w:r>
    </w:p>
    <w:p w14:paraId="279BB9C2" w14:textId="77777777" w:rsidR="00121116" w:rsidRDefault="00AA3789">
      <w:r>
        <w:t>But there was no warmth.</w:t>
      </w:r>
    </w:p>
    <w:p w14:paraId="1C32127B" w14:textId="77777777" w:rsidR="00121116" w:rsidRDefault="00AA3789">
      <w:r>
        <w:t>This was a place of power. His power.</w:t>
      </w:r>
    </w:p>
    <w:p w14:paraId="47FBCBB4" w14:textId="77777777" w:rsidR="00121116" w:rsidRDefault="00AA3789">
      <w:r>
        <w:t>And I—I did not belong here.</w:t>
      </w:r>
    </w:p>
    <w:p w14:paraId="21C29C1F" w14:textId="77777777" w:rsidR="00121116" w:rsidRDefault="00AA3789">
      <w:r>
        <w:t>As we approached, the finer details of the structure came into focus. The golden accents glimmered faintly against the black stone, catching the dim light like scattered fireflies in the dusk. The sheer size of the place dwarfed anything I had ever seen, a silent testament to its power, to its purpose.</w:t>
      </w:r>
    </w:p>
    <w:p w14:paraId="41EC2209" w14:textId="77777777" w:rsidR="00121116" w:rsidRDefault="00AA3789">
      <w:r>
        <w:t>And yet, despite its vast unfamiliarity, there was something in the air that tugged at me, something almost recognizable—as if this place had been waiting for me long before I even knew it existed.</w:t>
      </w:r>
    </w:p>
    <w:p w14:paraId="1AE285C5" w14:textId="77777777" w:rsidR="00121116" w:rsidRDefault="00AA3789">
      <w:r>
        <w:t>There was something here.</w:t>
      </w:r>
    </w:p>
    <w:p w14:paraId="7F328984" w14:textId="77777777" w:rsidR="00121116" w:rsidRDefault="00AA3789">
      <w:r>
        <w:t>Something waiting.</w:t>
      </w:r>
    </w:p>
    <w:p w14:paraId="50D27A93" w14:textId="77777777" w:rsidR="00121116" w:rsidRDefault="00AA3789">
      <w:r>
        <w:lastRenderedPageBreak/>
        <w:t>"Welcome to my home."</w:t>
      </w:r>
    </w:p>
    <w:p w14:paraId="35B5295A" w14:textId="77777777" w:rsidR="00121116" w:rsidRDefault="00AA3789">
      <w:r>
        <w:t>His voice was measured, but I caught the tightness in his jaw, the way his fingers flexed at his sides. Whatever thoughts swirled in his head, he wasn’t sharing them. Not yet.</w:t>
      </w:r>
    </w:p>
    <w:p w14:paraId="02003445" w14:textId="77777777" w:rsidR="00121116" w:rsidRDefault="00AA3789">
      <w:r>
        <w:t>The pulse in my veins quickened as we neared the massive doors. Emerald and gold veins threaded through the black stone, faint glimmers of magic shifting beneath the surface like something alive. The dark walls towered over us, watching, waiting.</w:t>
      </w:r>
    </w:p>
    <w:p w14:paraId="5CE1F4FC" w14:textId="77777777" w:rsidR="00121116" w:rsidRDefault="00AA3789">
      <w:r>
        <w:t>Rainer stopped just before the threshold.</w:t>
      </w:r>
    </w:p>
    <w:p w14:paraId="6380510C" w14:textId="77777777" w:rsidR="00121116" w:rsidRDefault="00AA3789">
      <w:r>
        <w:t>He didn’t move.</w:t>
      </w:r>
    </w:p>
    <w:p w14:paraId="4CB2209C" w14:textId="77777777" w:rsidR="00121116" w:rsidRDefault="00AA3789">
      <w:r>
        <w:t>Didn’t speak.</w:t>
      </w:r>
    </w:p>
    <w:p w14:paraId="6899E60C" w14:textId="77777777" w:rsidR="00121116" w:rsidRDefault="00AA3789">
      <w:r>
        <w:t>For a moment, the world seemed to hold its breath.</w:t>
      </w:r>
    </w:p>
    <w:p w14:paraId="731B5158" w14:textId="77777777" w:rsidR="00121116" w:rsidRDefault="00AA3789">
      <w:r>
        <w:t>And so did I.</w:t>
      </w:r>
    </w:p>
    <w:p w14:paraId="7A0C87E3" w14:textId="77777777" w:rsidR="00121116" w:rsidRDefault="00AA3789">
      <w:r>
        <w:t>~~</w:t>
      </w:r>
    </w:p>
    <w:p w14:paraId="4DC61776" w14:textId="77777777" w:rsidR="00121116" w:rsidRDefault="00AA3789">
      <w:r>
        <w:t>From the shadows, they emerged.</w:t>
      </w:r>
    </w:p>
    <w:p w14:paraId="437ED76B" w14:textId="77777777" w:rsidR="00121116" w:rsidRDefault="00AA3789">
      <w:r>
        <w:t>Tall. Cloaked. Silent.</w:t>
      </w:r>
    </w:p>
    <w:p w14:paraId="741AFDA2" w14:textId="77777777" w:rsidR="00121116" w:rsidRDefault="00AA3789">
      <w:r>
        <w:t>The guards moved with an air of quiet authority, their presence woven into the very fabric of this place. They bowed slightly as Rainer stepped forward, their movements precise, almost reverent.</w:t>
      </w:r>
    </w:p>
    <w:p w14:paraId="4A8120EB" w14:textId="77777777" w:rsidR="00121116" w:rsidRDefault="00AA3789">
      <w:r>
        <w:t>"My King."</w:t>
      </w:r>
    </w:p>
    <w:p w14:paraId="56D8B4F5" w14:textId="77777777" w:rsidR="00121116" w:rsidRDefault="00AA3789">
      <w:r>
        <w:t>The words were spoken low, steady. A bow of the head. A greeting. A vow.</w:t>
      </w:r>
    </w:p>
    <w:p w14:paraId="52A2EFD2" w14:textId="77777777" w:rsidR="00121116" w:rsidRDefault="00AA3789">
      <w:r>
        <w:t>"The council awaits your command," another added.</w:t>
      </w:r>
    </w:p>
    <w:p w14:paraId="4FD73CCE" w14:textId="77777777" w:rsidR="00121116" w:rsidRDefault="00AA3789">
      <w:r>
        <w:t>Rainer barely inclined his head. "Tell them I will join them soon." His voice was clipped, controlled. A ruler's voice.</w:t>
      </w:r>
    </w:p>
    <w:p w14:paraId="0F448BCC" w14:textId="77777777" w:rsidR="00121116" w:rsidRDefault="00AA3789">
      <w:r>
        <w:t>His gaze flickered toward me—brief, unreadable—before he strode forward, moving past the figures and through the gates.</w:t>
      </w:r>
    </w:p>
    <w:p w14:paraId="53B3C63C" w14:textId="77777777" w:rsidR="00121116" w:rsidRDefault="00AA3789">
      <w:r>
        <w:t>I hesitated.</w:t>
      </w:r>
    </w:p>
    <w:p w14:paraId="32C8BD52" w14:textId="77777777" w:rsidR="00121116" w:rsidRDefault="00AA3789">
      <w:r>
        <w:t>My feet remained frozen at the threshold.</w:t>
      </w:r>
    </w:p>
    <w:p w14:paraId="5A13BE3E" w14:textId="77777777" w:rsidR="00121116" w:rsidRDefault="00AA3789">
      <w:r>
        <w:t>This wasn’t just a home.</w:t>
      </w:r>
    </w:p>
    <w:p w14:paraId="427626FE" w14:textId="77777777" w:rsidR="00121116" w:rsidRDefault="00AA3789">
      <w:r>
        <w:t>It was a fortress.</w:t>
      </w:r>
    </w:p>
    <w:p w14:paraId="49C2A947" w14:textId="77777777" w:rsidR="00121116" w:rsidRDefault="00AA3789">
      <w:r>
        <w:t>A place steeped in magic, in command, in something far greater than myself.</w:t>
      </w:r>
    </w:p>
    <w:p w14:paraId="4BE4DBD0" w14:textId="77777777" w:rsidR="00121116" w:rsidRDefault="00AA3789">
      <w:r>
        <w:lastRenderedPageBreak/>
        <w:t>The golden doors swung open before me, the faintest creak breaking the stillness as they revealed the grand expanse beyond.</w:t>
      </w:r>
    </w:p>
    <w:p w14:paraId="25D19E4B" w14:textId="77777777" w:rsidR="00121116" w:rsidRDefault="00AA3789">
      <w:r>
        <w:t>And for the first time—I saw it.</w:t>
      </w:r>
    </w:p>
    <w:p w14:paraId="75B27404" w14:textId="77777777" w:rsidR="00121116" w:rsidRDefault="00AA3789">
      <w:r>
        <w:t>His home.</w:t>
      </w:r>
    </w:p>
    <w:p w14:paraId="5A19B650" w14:textId="77777777" w:rsidR="00121116" w:rsidRDefault="00AA3789">
      <w:r>
        <w:t>It was everything I had never imagined.</w:t>
      </w:r>
    </w:p>
    <w:p w14:paraId="2773F474" w14:textId="77777777" w:rsidR="00121116" w:rsidRDefault="00AA3789">
      <w:r>
        <w:t>Glossy and dark at once, like the heart of a forest caught between night and day. Deep emerald hues ran through the stone walls, threading between veins of blackened rock and glistening gold, catching the dim light and reflecting it like hidden fire.</w:t>
      </w:r>
    </w:p>
    <w:p w14:paraId="2675D45E" w14:textId="77777777" w:rsidR="00121116" w:rsidRDefault="00AA3789">
      <w:r>
        <w:t>It felt... luring.</w:t>
      </w:r>
    </w:p>
    <w:p w14:paraId="1160E5E7" w14:textId="77777777" w:rsidR="00121116" w:rsidRDefault="00AA3789">
      <w:r>
        <w:t>Rainer stepped inside without hesitation, his movements fluid, effortless—as if he belonged here more than anywhere else.</w:t>
      </w:r>
    </w:p>
    <w:p w14:paraId="4D609AE5" w14:textId="77777777" w:rsidR="00121116" w:rsidRDefault="00AA3789">
      <w:r>
        <w:t>Of course, he did.</w:t>
      </w:r>
    </w:p>
    <w:p w14:paraId="0E232414" w14:textId="77777777" w:rsidR="00121116" w:rsidRDefault="00AA3789">
      <w:r>
        <w:t>This place was him.</w:t>
      </w:r>
    </w:p>
    <w:p w14:paraId="752BC16B" w14:textId="77777777" w:rsidR="00121116" w:rsidRDefault="00AA3789">
      <w:r>
        <w:t>Its quiet grandeur. Its cold elegance. The shadows that clung to every corner.</w:t>
      </w:r>
    </w:p>
    <w:p w14:paraId="2AA821E1" w14:textId="77777777" w:rsidR="00121116" w:rsidRDefault="00AA3789">
      <w:r>
        <w:t>It was him.</w:t>
      </w:r>
    </w:p>
    <w:p w14:paraId="0F287FE5" w14:textId="77777777" w:rsidR="00121116" w:rsidRDefault="00AA3789">
      <w:r>
        <w:t>He paused just past the doors, turning slightly.</w:t>
      </w:r>
    </w:p>
    <w:p w14:paraId="1FBF2ECA" w14:textId="77777777" w:rsidR="00121116" w:rsidRDefault="00AA3789">
      <w:r>
        <w:t>"Go ahead."</w:t>
      </w:r>
    </w:p>
    <w:p w14:paraId="0472B083" w14:textId="77777777" w:rsidR="00121116" w:rsidRDefault="00AA3789">
      <w:r>
        <w:t>His voice was low. Steady. But there was something in his eyes—something daring.</w:t>
      </w:r>
    </w:p>
    <w:p w14:paraId="3EEA3CC0" w14:textId="77777777" w:rsidR="00121116" w:rsidRDefault="00AA3789">
      <w:r>
        <w:t>I hesitated.</w:t>
      </w:r>
    </w:p>
    <w:p w14:paraId="3B295D34" w14:textId="77777777" w:rsidR="00121116" w:rsidRDefault="00AA3789">
      <w:r>
        <w:t>The dust and grime of the crossing still clung to me, streaking my boots, my clothes, the very air around me. The weight of it felt heavier now as I stood at the edge of something so pristine, so untouched.</w:t>
      </w:r>
    </w:p>
    <w:p w14:paraId="3CE96A5C" w14:textId="77777777" w:rsidR="00121116" w:rsidRDefault="00AA3789">
      <w:r>
        <w:t>The floor stretched out in front of me—dark stone polished to a gleam, reflecting the soft glow of emerald accents along the walls.</w:t>
      </w:r>
    </w:p>
    <w:p w14:paraId="61A2166C" w14:textId="77777777" w:rsidR="00121116" w:rsidRDefault="00AA3789">
      <w:r>
        <w:t>I didn’t belong here.</w:t>
      </w:r>
    </w:p>
    <w:p w14:paraId="2243269F" w14:textId="77777777" w:rsidR="00121116" w:rsidRDefault="00AA3789">
      <w:r>
        <w:t>Not in a place like this.</w:t>
      </w:r>
    </w:p>
    <w:p w14:paraId="052D5F22" w14:textId="77777777" w:rsidR="00121116" w:rsidRDefault="00AA3789">
      <w:r>
        <w:t>The hesitation lingered for only a second before I forced my feet forward, stepping across the threshold, carrying the weight of the dust and the journey into a place that had never been meant for me.</w:t>
      </w:r>
    </w:p>
    <w:p w14:paraId="38A745C3" w14:textId="77777777" w:rsidR="00121116" w:rsidRDefault="00AA3789">
      <w:r>
        <w:lastRenderedPageBreak/>
        <w:t>Rainer’s eyes flicked to me, his brow lifting slightly. He didn’t say anything, but the silence was louder than any words. This was his world, and I had been dragged into it—covered in the mess of another life.</w:t>
      </w:r>
    </w:p>
    <w:p w14:paraId="042C1C57" w14:textId="77777777" w:rsidR="00121116" w:rsidRDefault="00AA3789">
      <w:r>
        <w:t>I swallowed, my chest tight. It’s just a house, I told myself, but it didn’t feel that way. The weight of the place pressed down on me, not with hostility, but with expectation. As if the walls themselves were watching, waiting for me to make a misstep.</w:t>
      </w:r>
    </w:p>
    <w:p w14:paraId="2B47E88F" w14:textId="77777777" w:rsidR="00121116" w:rsidRDefault="00AA3789">
      <w:r>
        <w:t>Still, I forced myself to move, stepping inside, feeling the cool stone underfoot. The warmth in the air contrasted sharply with the dark surfaces around me, but it wasn’t comforting. It felt like something else entirely.</w:t>
      </w:r>
    </w:p>
    <w:p w14:paraId="00B17D36" w14:textId="77777777" w:rsidR="00121116" w:rsidRDefault="00AA3789">
      <w:r>
        <w:t>The door creaked behind me as it closed, the sound echoing through the grand hall. I glanced around, taking in the space—high ceilings with sweeping arches, intricate designs carved into the black stone, and the faint glow of gold and green accents that seemed to pulse with a life of their own. It was both beautiful and intimidating, a place that felt like it could swallow me whole if I wasn’t careful. Again.</w:t>
      </w:r>
    </w:p>
    <w:p w14:paraId="341D2A21" w14:textId="77777777" w:rsidR="00121116" w:rsidRDefault="00AA3789">
      <w:r>
        <w:t>Rainer moved ahead, his steps silent on the stone floor. “This way,” he said, not looking back. His voice echoed slightly, but the words felt hollow, as if they had been spoken a thousand times before and had lost their meaning.</w:t>
      </w:r>
    </w:p>
    <w:p w14:paraId="5DE5FF97" w14:textId="77777777" w:rsidR="00121116" w:rsidRDefault="00AA3789">
      <w:r>
        <w:t>I followed, my eyes darting around the hall, trying to take in everything at once. The space felt too grand, too vast for just one person. Yet there was a sense of isolation here, as though the home, for all its beauty, was more of a fortress—a place to hide from the world rather than embrace it.</w:t>
      </w:r>
    </w:p>
    <w:p w14:paraId="5B8B33C2" w14:textId="77777777" w:rsidR="00121116" w:rsidRDefault="00AA3789">
      <w:r>
        <w:t>As we moved deeper into the hall, the sense of unease settled heavier in my chest.</w:t>
      </w:r>
    </w:p>
    <w:p w14:paraId="064D9137" w14:textId="77777777" w:rsidR="00121116" w:rsidRDefault="00AA3789">
      <w:r>
        <w:t>I caught glimpses of rooms as we passed by—some grand, with high ceilings and sweeping arches, others smaller, cozier, with soft emerald drapes and flickering gold lanterns casting warm light across the dark walls. The elegance of the place was undeniable, but it felt like it didn’t belong to me, like I was walking through someone else’s story, a tale I wasn’t meant to be part of.</w:t>
      </w:r>
    </w:p>
    <w:p w14:paraId="68C8A87F" w14:textId="77777777" w:rsidR="00121116" w:rsidRDefault="00AA3789">
      <w:r>
        <w:t>Rainer finally stopped in front of a door, this one simpler than the others, though still adorned with faint gold accents. He turned to face me, his expression unreadable. “We’ll talk in here,” he said quietly.</w:t>
      </w:r>
    </w:p>
    <w:p w14:paraId="74F4EED8" w14:textId="77777777" w:rsidR="00121116" w:rsidRDefault="00AA3789">
      <w:r>
        <w:t>I nodded, though the knot of tension in my chest only tightened.</w:t>
      </w:r>
    </w:p>
    <w:p w14:paraId="737BC515" w14:textId="77777777" w:rsidR="00121116" w:rsidRDefault="00AA3789">
      <w:r>
        <w:t>A sense of rush, without proper introduction of his home, warned me to prepare myself for the worst. I sank into the velvety black chair with gold outlining, and it swallowed me whole. The first true comfort I had felt in days, even if it was slight, pressed against me from all sides. The warmth of the chair hugged me, but it wasn’t enough to dispel the anxiety buzzing beneath my skin. I glanced at the white blanket draped across the arm of the chair, its softness inviting, but I couldn’t bring myself to reach for it. Not yet.</w:t>
      </w:r>
    </w:p>
    <w:p w14:paraId="6E44B721" w14:textId="77777777" w:rsidR="00121116" w:rsidRDefault="00AA3789">
      <w:r>
        <w:lastRenderedPageBreak/>
        <w:t>The room was grand in its simplicity. The accents of white that illuminated the dark space should have been soothing, but they felt too pristine, too untouched. Like everything here was placed with precision, each detail purposeful, waiting for a moment I wasn’t ready for.</w:t>
      </w:r>
    </w:p>
    <w:p w14:paraId="5D325A9B" w14:textId="77777777" w:rsidR="00121116" w:rsidRDefault="00AA3789">
      <w:r>
        <w:t>I waited as long as I could before looking at him.</w:t>
      </w:r>
    </w:p>
    <w:p w14:paraId="6FCAE29E" w14:textId="77777777" w:rsidR="00121116" w:rsidRDefault="00AA3789">
      <w:r>
        <w:t>Rainer stood across the room, his back partially to me, one hand resting on the hilt of his sword. He hadn’t taken it off, and the sight of it made my heart thud a little harder. His hair was a mess, but not in a careless way—it looked purposeful, like it belonged that way, as if the disarray only made him more grounded in the moment. His features, usually so composed, were tight now, his jaw clenched, eyes distant. There was something unsettled in him, a tension that rippled through the space between us.</w:t>
      </w:r>
    </w:p>
    <w:p w14:paraId="5564C055" w14:textId="77777777" w:rsidR="00121116" w:rsidRDefault="00AA3789">
      <w:r>
        <w:t>He didn’t sit.</w:t>
      </w:r>
    </w:p>
    <w:p w14:paraId="15335D51" w14:textId="77777777" w:rsidR="00121116" w:rsidRDefault="00AA3789">
      <w:r>
        <w:t>He barely moved, except for the steady rise and fall of his chest, and the flicker of his fingers near the blade. His silence was more telling than any words could have been, and it weighed on me, pressing down, making it harder to relax into the warmth of the chair.</w:t>
      </w:r>
    </w:p>
    <w:p w14:paraId="6E8F9722" w14:textId="77777777" w:rsidR="00121116" w:rsidRDefault="00AA3789">
      <w:r>
        <w:t>I shifted slightly, the soft velvet clinging to me as I tried to shake the feeling of being too small, too insignificant in a place that clearly belonged to him. I could feel the energy in the room—his energy—thick and heavy, but not directed at me. Not yet.</w:t>
      </w:r>
    </w:p>
    <w:p w14:paraId="15A5E1B9" w14:textId="77777777" w:rsidR="00121116" w:rsidRDefault="00AA3789">
      <w:r>
        <w:t>“You can sit, you know,” I said, my voice softer than I intended. I hadn’t meant for it to sound so… tentative.</w:t>
      </w:r>
    </w:p>
    <w:p w14:paraId="17D13F1D" w14:textId="77777777" w:rsidR="00121116" w:rsidRDefault="00AA3789">
      <w:r>
        <w:t>Rainer’s eyes flicked toward me, just for a second, before he looked away again, his expression unreadable. “I’m fine,” he said, though the tension in his voice betrayed the lie.</w:t>
      </w:r>
    </w:p>
    <w:p w14:paraId="516F0B42" w14:textId="77777777" w:rsidR="00121116" w:rsidRDefault="00AA3789">
      <w:r>
        <w:t>We were both waiting for something. But I didn’t know what.</w:t>
      </w:r>
    </w:p>
    <w:p w14:paraId="2C0FC702" w14:textId="77777777" w:rsidR="00121116" w:rsidRDefault="00AA3789">
      <w:r>
        <w:t>The silence between us stretched, thin and fragile, threatening to break at any moment. I wanted to say something, to ask him what he was thinking, but the words wouldn’t come. They sat in my throat, heavy and unmoving, just like the weight of this place—his home.</w:t>
      </w:r>
    </w:p>
    <w:p w14:paraId="74525E02" w14:textId="77777777" w:rsidR="00121116" w:rsidRDefault="00AA3789">
      <w:r>
        <w:t>I glanced around the room again, my gaze drifting over the intricate designs carved into the walls, the soft glow of white that reflected off the dark surfaces. It was elegant, impressive, but there was something impersonal about it. Like it was a place meant to be admired from a distance, not lived in.</w:t>
      </w:r>
    </w:p>
    <w:p w14:paraId="16ED5B1B" w14:textId="77777777" w:rsidR="00121116" w:rsidRDefault="00AA3789">
      <w:r>
        <w:t>Rainer’s voice broke through the silence, low and controlled. “I’m sorry.” He turned slightly, angling himself toward me, his eyes locking onto mine. Every second felt like it stretched too long, his gaze holding me in place, as if daring me to look away. I couldn’t.</w:t>
      </w:r>
    </w:p>
    <w:p w14:paraId="2ACCCF56" w14:textId="77777777" w:rsidR="00121116" w:rsidRDefault="00AA3789">
      <w:r>
        <w:t xml:space="preserve">His eyes burned into mine, his face tight with something between regret and determination. “I’m sorry it had to be this way. I know I didn’t give you a choice, or an explanation, but I had to do it.” His voice softened, but the intensity in his words wrapped around me like a vice. </w:t>
      </w:r>
      <w:r>
        <w:lastRenderedPageBreak/>
        <w:t>“You were forced to become something you never wished for, but it was always a part of you. You just didn’t know... you couldn’t know.”</w:t>
      </w:r>
    </w:p>
    <w:p w14:paraId="0E3AD662" w14:textId="77777777" w:rsidR="00121116" w:rsidRDefault="00AA3789">
      <w:r>
        <w:t>I blinked, the weight of his words pulling at the pit of my stomach, but I didn’t say anything. Not yet. I let the silence stretch between us, waiting for him to continue.</w:t>
      </w:r>
    </w:p>
    <w:p w14:paraId="023F33AA" w14:textId="77777777" w:rsidR="00121116" w:rsidRDefault="00AA3789">
      <w:r>
        <w:t>Rainer's gaze stayed on me, unblinking, almost pleading though his face was composed. “Humans are a small part of this world. It’s much bigger than you’ve ever imagined. The Hecate once held the balance of this world, before the war. Now other beings have emerged, and the Hecate themselves have been divided.” His words came faster now, more urgent. “Our power... it’s alive. It breathes in our souls. We learn to sync with it, to control it.”</w:t>
      </w:r>
    </w:p>
    <w:p w14:paraId="4DADADDD" w14:textId="77777777" w:rsidR="00121116" w:rsidRDefault="00AA3789">
      <w:r>
        <w:t>I sat there, frozen in the velvety black chair, feeling its warmth encase me, but none of it reached inside. The pressure of Rainer’s words pressed on my chest, and I wasn’t sure I wanted to hear more, but he didn’t stop.</w:t>
      </w:r>
    </w:p>
    <w:p w14:paraId="1AF3DE77" w14:textId="77777777" w:rsidR="00121116" w:rsidRDefault="00AA3789">
      <w:r>
        <w:t>“The need for more power,” he continued, his voice tightening, “divided our world. It divided the Hecate. Magic... power... it drives everything. And you, Sky—you are what runs in the veins of this cracked world. What your soul holds... is a power strong enough to manipulate the rules of magic itself.”</w:t>
      </w:r>
    </w:p>
    <w:p w14:paraId="18AA4A48" w14:textId="77777777" w:rsidR="00121116" w:rsidRDefault="00AA3789">
      <w:r>
        <w:t>His words hit me like a blow, harder than any physical strike could. My hands gripped the arms of the chair, but it didn’t steady me. “What do you mean?” I managed, my voice thin. My mind spun with a thousand thoughts, none of them making sense.</w:t>
      </w:r>
    </w:p>
    <w:p w14:paraId="57F077D5" w14:textId="77777777" w:rsidR="00121116" w:rsidRDefault="00AA3789">
      <w:r>
        <w:t>Rainer’s face was unreadable, but his eyes were fierce, desperate for me to understand. “Your power can rebalance the laws of magic, of nature, of the realms themselves... or it can be what dooms them all.” His voice dropped to a whisper. “It can be used for control and fear.”</w:t>
      </w:r>
    </w:p>
    <w:p w14:paraId="3F3211C0" w14:textId="77777777" w:rsidR="00121116" w:rsidRDefault="00AA3789">
      <w:r>
        <w:t>I swallowed hard, my throat tight. Nothing he said was sinking in. I could feel my breath quickening, my chest tightening. “How?” I shook my head, trying to process his words. “Why me?”</w:t>
      </w:r>
    </w:p>
    <w:p w14:paraId="7EDFD7C0" w14:textId="77777777" w:rsidR="00121116" w:rsidRDefault="00AA3789">
      <w:r>
        <w:t>Rainer stepped closer, his eyes never leaving mine. “You weren’t born human, Sky. You were hidden among them. Hidden to protect what you hold. The cave...” He paused, his voice growing even softer. “The cave was a test, to see if you were her.”</w:t>
      </w:r>
    </w:p>
    <w:p w14:paraId="6C64DB41" w14:textId="77777777" w:rsidR="00121116" w:rsidRDefault="00AA3789">
      <w:r>
        <w:t>I stared at him, the world spinning around me. “What are you talking about?”</w:t>
      </w:r>
    </w:p>
    <w:p w14:paraId="743C4C37" w14:textId="77777777" w:rsidR="00121116" w:rsidRDefault="00AA3789">
      <w:r>
        <w:t>“You did it,” he said, his voice now filled with something that almost sounded like pride. “You touched the light, and the energy ran through your veins. If it hadn’t been you, I would have found you dead in there.”</w:t>
      </w:r>
    </w:p>
    <w:p w14:paraId="4844C0B5" w14:textId="77777777" w:rsidR="00121116" w:rsidRDefault="00AA3789">
      <w:r>
        <w:t xml:space="preserve">The words hung in the air like a blade, sharp and cold. I felt the floor beneath me shift, though I hadn’t moved. “So that’s what I am to you, to them? A test?” My voice was barely above a whisper, but the anger beneath it surged like wildfire. “You never cared for the </w:t>
      </w:r>
      <w:r>
        <w:lastRenderedPageBreak/>
        <w:t>humans. You were willing to risk the life of one for a test, for what I hold. You just wanted that power... just like Cronus and Vidar.”</w:t>
      </w:r>
    </w:p>
    <w:p w14:paraId="10A1BACC" w14:textId="77777777" w:rsidR="00121116" w:rsidRDefault="00AA3789">
      <w:r>
        <w:t>The silence that followed was suffocating. Rainer didn’t move, his expression remaining as hard and unreadable as ever. But his eyes... there was something in his eyes that betrayed him. Guilt? Regret? I couldn’t tell, but it was too late for that now.</w:t>
      </w:r>
    </w:p>
    <w:p w14:paraId="2787CBD3" w14:textId="77777777" w:rsidR="00121116" w:rsidRDefault="00AA3789">
      <w:r>
        <w:t>I sat there, my pulse hammering in my ears, the chair’s warmth that had once embraced me now feeling like a trap, suffocating me as the truth of what he said settled in. I was part of a war I didn’t even know existed.</w:t>
      </w:r>
    </w:p>
    <w:p w14:paraId="1FA31B78" w14:textId="77777777" w:rsidR="00121116" w:rsidRDefault="00AA3789">
      <w:r>
        <w:t>“Cronus and Vidar will use you for themselves, for their benefit.” Rainer's voice was sharp, his words venomous, like a blade slicing through the air. The way he spat those names—Cronus. Vidar—it sent a shiver down my spine. His anger wasn’t masked, and for a moment, I almost believed he wasn’t one of them. “I don’t enjoy this,” he continued, his tone softer but no less intense. “I’ve had to watch every corner of this realm, every whisper of magic, waiting. To make sure I found you, and not someone else.” His eyes flickered with something I couldn’t place. Regret? Determination? It didn’t matter. “I know what you can be, Sky. Even if you don’t yet. Anyone can mold you into the power they need until you’re strong enough to control it yourself. But until then—” He paused, his expression hardening. “You’re dangerous. The more energy you gain, the more you unravel from your soul, the more dangerous you become... in the wrong hands.” I stared at him, my heart hammering in my chest. Dangerous. That’s what I was. Not to myself, not to him, but to the world. I wasn’t human, and I wasn’t free. I was a weapon. A tool to be controlled, shaped.</w:t>
      </w:r>
    </w:p>
    <w:p w14:paraId="4F619ED0" w14:textId="77777777" w:rsidR="00121116" w:rsidRDefault="00AA3789">
      <w:r>
        <w:t>“You’re free here,” Rainer said, his voice a touch softer, but the edge was still there. “Safe. But I need you to stay here, with me, until we figure it out.”</w:t>
      </w:r>
    </w:p>
    <w:p w14:paraId="6F1671B1" w14:textId="77777777" w:rsidR="00121116" w:rsidRDefault="00AA3789">
      <w:r>
        <w:t>I let out a bitter laugh, though it came out more like a growl. “So, I’m not free.” I couldn’t help it. The words came out faster than I could stop them, laced with frustration and bitterness. “I don’t have a choice. It’s been made clear.”</w:t>
      </w:r>
    </w:p>
    <w:p w14:paraId="4B14953A" w14:textId="77777777" w:rsidR="00121116" w:rsidRDefault="00AA3789">
      <w:r>
        <w:t>Rainer’s jaw clenched, his eyes narrowing slightly, but he didn’t argue. He couldn’t. Because I was right.</w:t>
      </w:r>
    </w:p>
    <w:p w14:paraId="6FADAAB5" w14:textId="77777777" w:rsidR="00121116" w:rsidRDefault="00AA3789">
      <w:r>
        <w:t>“I’m never going to be free, am I?” My voice cracked at the end, the frustration and exhaustion creeping into every syllable. All of this—all the chaos, the war I hadn’t asked to be part of—had been decided long before I had any say in it.</w:t>
      </w:r>
    </w:p>
    <w:p w14:paraId="747ADD62" w14:textId="77777777" w:rsidR="00121116" w:rsidRDefault="00AA3789">
      <w:r>
        <w:t>Rainer didn’t answer right away. He just stared at me, something flickering in his eyes, something I didn’t want to decipher. He looked unsure—unsure of what to say, of how to fix this. But there was no fixing it, was there?</w:t>
      </w:r>
    </w:p>
    <w:p w14:paraId="288BEDB7" w14:textId="77777777" w:rsidR="00121116" w:rsidRDefault="00AA3789">
      <w:r>
        <w:t>The silence between us grew heavier, the air thick with all the unspoken truths hanging between us. I couldn’t tell if he was waiting for me to calm down or if he simply didn’t have the words to make this any easier. Either way, I didn’t care.</w:t>
      </w:r>
    </w:p>
    <w:p w14:paraId="1B2B5BBA" w14:textId="77777777" w:rsidR="00121116" w:rsidRDefault="00AA3789">
      <w:r>
        <w:lastRenderedPageBreak/>
        <w:t>“I never wanted this,” I whispered, more to myself than to him. My hands curled into fists at my sides, nails digging into my palms, grounding me in the moment. “I never asked for any of this.”</w:t>
      </w:r>
    </w:p>
    <w:p w14:paraId="696AA4AB" w14:textId="77777777" w:rsidR="00121116" w:rsidRDefault="00AA3789">
      <w:r>
        <w:t>“I know.” His voice was quiet now, the sharpness gone, replaced by something heavier. “I know you didn’t ask for this. But it’s who you are.”</w:t>
      </w:r>
    </w:p>
    <w:p w14:paraId="3B3C1381" w14:textId="77777777" w:rsidR="00121116" w:rsidRDefault="00AA3789">
      <w:r>
        <w:t>I shook my head, my chest tightening with the weight of it all. “That doesn’t make it fair.”</w:t>
      </w:r>
    </w:p>
    <w:p w14:paraId="0AC51E79" w14:textId="77777777" w:rsidR="00121116" w:rsidRDefault="00AA3789">
      <w:r>
        <w:t>Rainer’s gaze softened, but the intensity was still there, simmering just beneath the surface. “No, it doesn’t,” he agreed. “But you’re strong enough to carry your faith. And whether you like it or not, you’re part of this now.” The words settled over me like a heavy cloak, suffocating. He wasn’t trying to manipulate me, not like Vidar or Cronus would have, but the weight of his expectation, his need for me to understand—it was unbearable.</w:t>
      </w:r>
    </w:p>
    <w:p w14:paraId="472EBCEE" w14:textId="77777777" w:rsidR="00121116" w:rsidRDefault="00AA3789">
      <w:r>
        <w:t>He jumped right back to it. “Time isn’t something we have in abundance. You need to gain control, Sky. Before someone else does.”</w:t>
      </w:r>
    </w:p>
    <w:p w14:paraId="6712E068" w14:textId="77777777" w:rsidR="00121116" w:rsidRDefault="00AA3789">
      <w:r>
        <w:t>“So, what’s your plan?” I smirked, breaking from keeping most of my words to myself. The bitterness simmered just below the surface. “Vidar and Cronus—they were teaching me to take control, why?” I pressed on, pushing him.</w:t>
      </w:r>
    </w:p>
    <w:p w14:paraId="5A37EFD7" w14:textId="77777777" w:rsidR="00121116" w:rsidRDefault="00AA3789">
      <w:r>
        <w:t>Rainer’s expression didn’t change, but there was a flicker of something in his eyes, something that darkened his gaze. “Your powers are nothing unused inside you. They were awakening them, teaching you some degree of control... in their ways.” His voice was calm, though the bitterness when speaking their names remained. “Even if you had total control, there can always be a way. Cronus and his people have lived long enough to learn all the tricks and manipulation. They’ve seen magic unfold for centuries. They know how to twist it, bend it to their will.”</w:t>
      </w:r>
    </w:p>
    <w:p w14:paraId="2EF8E0D3" w14:textId="77777777" w:rsidR="00121116" w:rsidRDefault="00AA3789">
      <w:r>
        <w:t>I narrowed my eyes, feeling the weight of his words settle uncomfortably in my chest. It wasn’t the reassurance I’d hoped for—not that I expected much. Rainer’s calm demeanor made it worse, like he was already preparing me for the reality that I would never truly be in control. Not fully.</w:t>
      </w:r>
    </w:p>
    <w:p w14:paraId="1CD5D0B4" w14:textId="77777777" w:rsidR="00121116" w:rsidRDefault="00AA3789">
      <w:r>
        <w:t>“Is that what this is then?” I asked, my voice cutting through the tension. “Just a game of control? Who gets to use me? You, Cronus, Vidar?” I felt the words tumble out, sharper than I intended, but I didn’t care. I needed to push back, to make sense of the chaos swirling around me.</w:t>
      </w:r>
    </w:p>
    <w:p w14:paraId="51B438E5" w14:textId="77777777" w:rsidR="00121116" w:rsidRDefault="00AA3789">
      <w:r>
        <w:t>Rainer’s jaw tightened, but his response was measured, careful. “It’s not a game. It’s survival, Sky. You don’t understand the full weight of what you hold, not yet. But they do. Cronus and Vidar know exactly what your power can become, and they’ll use it to tear apart the very fabric of this world if they get the chance.”</w:t>
      </w:r>
    </w:p>
    <w:p w14:paraId="09F7892E" w14:textId="77777777" w:rsidR="00121116" w:rsidRDefault="00AA3789">
      <w:r>
        <w:lastRenderedPageBreak/>
        <w:t>The room seemed to close in on me, the velvet chair that once felt like a haven now felt like it was holding me in place. His words felt like chains, wrapping tighter around my wrists, my throat.</w:t>
      </w:r>
    </w:p>
    <w:p w14:paraId="785650F8" w14:textId="77777777" w:rsidR="00121116" w:rsidRDefault="00AA3789">
      <w:r>
        <w:t>I rose from the chair, forcing my way out of its grasp as if the velvet itself had wrapped around me, trying to hold me in place. Every movement felt heavier, harder, as if the room had turned on me, pressing down, suffocating. The panic crawled up my throat, silent and choking. Imaginary chains coiled around my wrists, around my chest. The sensation of being caged, trapped, gnawed at the edges of my mind.</w:t>
      </w:r>
    </w:p>
    <w:p w14:paraId="226D4131" w14:textId="77777777" w:rsidR="00121116" w:rsidRDefault="00AA3789">
      <w:r>
        <w:t>I had escaped one prison only to be thrust into another.</w:t>
      </w:r>
    </w:p>
    <w:p w14:paraId="546ABB75" w14:textId="77777777" w:rsidR="00121116" w:rsidRDefault="00AA3789">
      <w:r>
        <w:t>It wasn’t physical—there were no real bars, no real chains. But that made it worse. It was all invisible, but no less suffocating. The weight of it bore down on me, layered over the first prison, the one I had fought so hard to free myself from. I had chased after freedom, clawed my way toward it, only to find that I had embedded myself deeper than ever before.</w:t>
      </w:r>
    </w:p>
    <w:p w14:paraId="1DA65C5C" w14:textId="77777777" w:rsidR="00121116" w:rsidRDefault="00AA3789">
      <w:r>
        <w:t>My breath came out in short, sharp bursts. My skin burned with the urge to run, but where could I go? Nowhere was safe. Nowhere was mine.</w:t>
      </w:r>
    </w:p>
    <w:p w14:paraId="1231FBA2" w14:textId="77777777" w:rsidR="00121116" w:rsidRDefault="00AA3789">
      <w:r>
        <w:t>His words had been direct—without buffer, without mercy.</w:t>
      </w:r>
    </w:p>
    <w:p w14:paraId="228F30E6" w14:textId="77777777" w:rsidR="00121116" w:rsidRDefault="00AA3789">
      <w:r>
        <w:t>I wanted to leave.</w:t>
      </w:r>
    </w:p>
    <w:p w14:paraId="6A53A020" w14:textId="77777777" w:rsidR="00121116" w:rsidRDefault="00AA3789">
      <w:r>
        <w:t>The room blurred at the edges, reality sinking in with a weight I hadn’t been prepared for. This time, it didn’t just scrape against the surface of my mind—it sank deeper, like it had found the part of me that had been dormant for too long.</w:t>
      </w:r>
    </w:p>
    <w:p w14:paraId="2532CAC9" w14:textId="77777777" w:rsidR="00121116" w:rsidRDefault="00AA3789">
      <w:r>
        <w:t>It flooded through my veins, a venom I couldn’t resist, threading itself into the marrow of my existence.</w:t>
      </w:r>
    </w:p>
    <w:p w14:paraId="289A4EB9" w14:textId="77777777" w:rsidR="00121116" w:rsidRDefault="00AA3789">
      <w:r>
        <w:t>I mattered.</w:t>
      </w:r>
    </w:p>
    <w:p w14:paraId="42CAD08B" w14:textId="77777777" w:rsidR="00121116" w:rsidRDefault="00AA3789">
      <w:r>
        <w:t>Not in the way I had ever wanted, not in a way that felt good.</w:t>
      </w:r>
    </w:p>
    <w:p w14:paraId="79AF4D51" w14:textId="77777777" w:rsidR="00121116" w:rsidRDefault="00AA3789">
      <w:r>
        <w:t>I mattered in the worst way possible.</w:t>
      </w:r>
    </w:p>
    <w:p w14:paraId="5536210C" w14:textId="77777777" w:rsidR="00121116" w:rsidRDefault="00AA3789">
      <w:r>
        <w:t>I held what was left of good and evil, teetering on the edge, one step from falling, one breath from breaking.</w:t>
      </w:r>
    </w:p>
    <w:p w14:paraId="189EB6AF" w14:textId="77777777" w:rsidR="00121116" w:rsidRDefault="00AA3789">
      <w:r>
        <w:t>And worst of all—I still didn’t understand what burned inside me.</w:t>
      </w:r>
    </w:p>
    <w:p w14:paraId="1BD30B94" w14:textId="77777777" w:rsidR="00121116" w:rsidRDefault="00AA3789">
      <w:r>
        <w:t>This power, this thing that had always been there, was never truly silent. It pulled at my insides, twisted through my ribs, waiting for me to give in. It wanted something.</w:t>
      </w:r>
    </w:p>
    <w:p w14:paraId="0A6FE27E" w14:textId="77777777" w:rsidR="00121116" w:rsidRDefault="00AA3789">
      <w:r>
        <w:t>And I didn’t know if I could refuse it forever.</w:t>
      </w:r>
    </w:p>
    <w:p w14:paraId="0150B852" w14:textId="77777777" w:rsidR="00121116" w:rsidRDefault="00AA3789">
      <w:r>
        <w:t>~</w:t>
      </w:r>
    </w:p>
    <w:p w14:paraId="10BBCC47" w14:textId="77777777" w:rsidR="00121116" w:rsidRDefault="00AA3789">
      <w:r>
        <w:lastRenderedPageBreak/>
        <w:t>I turned toward the door, my body frozen in place.</w:t>
      </w:r>
    </w:p>
    <w:p w14:paraId="0F9872E6" w14:textId="77777777" w:rsidR="00121116" w:rsidRDefault="00AA3789">
      <w:r>
        <w:t>Time felt… stopped.</w:t>
      </w:r>
    </w:p>
    <w:p w14:paraId="667C9BE2" w14:textId="77777777" w:rsidR="00121116" w:rsidRDefault="00AA3789">
      <w:r>
        <w:t>Numbness crept through me, inch by inch, pressing against my skin like a second layer of existence.</w:t>
      </w:r>
    </w:p>
    <w:p w14:paraId="557529BE" w14:textId="77777777" w:rsidR="00121116" w:rsidRDefault="00AA3789">
      <w:r>
        <w:t>Then—</w:t>
      </w:r>
    </w:p>
    <w:p w14:paraId="0ACF511E" w14:textId="77777777" w:rsidR="00121116" w:rsidRDefault="00AA3789">
      <w:r>
        <w:t>Warmth.</w:t>
      </w:r>
    </w:p>
    <w:p w14:paraId="4E679F60" w14:textId="77777777" w:rsidR="00121116" w:rsidRDefault="00AA3789">
      <w:r>
        <w:t>A slow, deliberate heat curled around my arm, pulling me back.</w:t>
      </w:r>
    </w:p>
    <w:p w14:paraId="7859F78B" w14:textId="77777777" w:rsidR="00121116" w:rsidRDefault="00AA3789">
      <w:r>
        <w:t>His fingers.</w:t>
      </w:r>
    </w:p>
    <w:p w14:paraId="2E7A8F40" w14:textId="77777777" w:rsidR="00121116" w:rsidRDefault="00AA3789">
      <w:r>
        <w:t>His touch wrapped around my forearm, strong but controlled, his palm resting over the bare skin of my wrist. A connection. His grip wasn’t tight, wasn’t desperate. But he wasn’t letting go either.</w:t>
      </w:r>
    </w:p>
    <w:p w14:paraId="2ED6588D" w14:textId="77777777" w:rsidR="00121116" w:rsidRDefault="00AA3789">
      <w:r>
        <w:t>A quiet shock rippled through me, setting my nerves alight, making me feel every inch of where our skin met. I could feel my heart again.</w:t>
      </w:r>
    </w:p>
    <w:p w14:paraId="700FEBF1" w14:textId="77777777" w:rsidR="00121116" w:rsidRDefault="00AA3789">
      <w:r>
        <w:t>Thudding. Steady. Real.</w:t>
      </w:r>
    </w:p>
    <w:p w14:paraId="2DDB6AC6" w14:textId="77777777" w:rsidR="00121116" w:rsidRDefault="00AA3789">
      <w:r>
        <w:t>I had been standing there, unmoving.</w:t>
      </w:r>
    </w:p>
    <w:p w14:paraId="559BE8E6" w14:textId="77777777" w:rsidR="00121116" w:rsidRDefault="00AA3789">
      <w:r>
        <w:t>And still—his hand remained.</w:t>
      </w:r>
    </w:p>
    <w:p w14:paraId="59429785" w14:textId="77777777" w:rsidR="00121116" w:rsidRDefault="00AA3789">
      <w:r>
        <w:t>He was waiting. Waiting for me to turn to him.</w:t>
      </w:r>
    </w:p>
    <w:p w14:paraId="6ABBAC98" w14:textId="77777777" w:rsidR="00121116" w:rsidRDefault="00AA3789">
      <w:r>
        <w:t>The tension in my limbs unwound, just slightly.</w:t>
      </w:r>
    </w:p>
    <w:p w14:paraId="3CD936E9" w14:textId="77777777" w:rsidR="00121116" w:rsidRDefault="00AA3789">
      <w:r>
        <w:t>Slowly, I turned my head.</w:t>
      </w:r>
    </w:p>
    <w:p w14:paraId="741C4D80" w14:textId="77777777" w:rsidR="00121116" w:rsidRDefault="00AA3789">
      <w:r>
        <w:t>The golden light filtered through the window, casting its final glow as the sun slipped beneath the horizon. Rays of it settled on his face, highlighting sharp lines, the smooth golden hue of his skin—drained of color, yet radiant in the dying light.</w:t>
      </w:r>
    </w:p>
    <w:p w14:paraId="7CD624ED" w14:textId="77777777" w:rsidR="00121116" w:rsidRDefault="00AA3789">
      <w:r>
        <w:t>And his eyes…</w:t>
      </w:r>
    </w:p>
    <w:p w14:paraId="3E539AFF" w14:textId="77777777" w:rsidR="00121116" w:rsidRDefault="00AA3789">
      <w:r>
        <w:t>His eyes held me.</w:t>
      </w:r>
    </w:p>
    <w:p w14:paraId="286E0F11" w14:textId="77777777" w:rsidR="00121116" w:rsidRDefault="00AA3789">
      <w:r>
        <w:t>They burned with an emerald fire, piercing through the haze of my eyes. Mesmerizing. Unshakable.</w:t>
      </w:r>
    </w:p>
    <w:p w14:paraId="2144BE45" w14:textId="77777777" w:rsidR="00121116" w:rsidRDefault="00AA3789">
      <w:r>
        <w:t>I let myself get lost for a moment, drawn into the depths of everything he held—pain, weight, secrets too heavy to be spoken aloud.</w:t>
      </w:r>
    </w:p>
    <w:p w14:paraId="65440E4B" w14:textId="77777777" w:rsidR="00121116" w:rsidRDefault="00AA3789">
      <w:r>
        <w:t>I wanted to see all of him.</w:t>
      </w:r>
    </w:p>
    <w:p w14:paraId="7EE53A0B" w14:textId="77777777" w:rsidR="00121116" w:rsidRDefault="00AA3789">
      <w:r>
        <w:lastRenderedPageBreak/>
        <w:t>But I only felt the echoes of what he carried.</w:t>
      </w:r>
    </w:p>
    <w:p w14:paraId="3AF0C04B" w14:textId="77777777" w:rsidR="00121116" w:rsidRDefault="00AA3789">
      <w:r>
        <w:t>I knew it was too much.</w:t>
      </w:r>
    </w:p>
    <w:p w14:paraId="410DC04F" w14:textId="77777777" w:rsidR="00121116" w:rsidRDefault="00AA3789">
      <w:r>
        <w:t>I knew he wouldn’t let me bear it.</w:t>
      </w:r>
    </w:p>
    <w:p w14:paraId="47975FFB" w14:textId="77777777" w:rsidR="00121116" w:rsidRDefault="00AA3789">
      <w:r>
        <w:t>"Sky."</w:t>
      </w:r>
    </w:p>
    <w:p w14:paraId="1549EC63" w14:textId="77777777" w:rsidR="00121116" w:rsidRDefault="00AA3789">
      <w:r>
        <w:t>His voice was soft. Steady.</w:t>
      </w:r>
    </w:p>
    <w:p w14:paraId="4FFE6163" w14:textId="77777777" w:rsidR="00121116" w:rsidRDefault="00AA3789">
      <w:r>
        <w:t>His long eyelashes flickered against his skin as he blinked.</w:t>
      </w:r>
    </w:p>
    <w:p w14:paraId="6CEB017B" w14:textId="77777777" w:rsidR="00121116" w:rsidRDefault="00AA3789">
      <w:r>
        <w:t>I realized then—I had been staring, unmoving.</w:t>
      </w:r>
    </w:p>
    <w:p w14:paraId="0EA4C8D1" w14:textId="77777777" w:rsidR="00121116" w:rsidRDefault="00AA3789">
      <w:r>
        <w:t>I hadn’t blinked once.</w:t>
      </w:r>
    </w:p>
    <w:p w14:paraId="62B8BA96" w14:textId="77777777" w:rsidR="00121116" w:rsidRDefault="00AA3789">
      <w:r>
        <w:t>I let my eyes close, mirroring him without meaning to, trying to ground myself.</w:t>
      </w:r>
    </w:p>
    <w:p w14:paraId="63DB0354" w14:textId="77777777" w:rsidR="00121116" w:rsidRDefault="00AA3789">
      <w:r>
        <w:t>"Stay."</w:t>
      </w:r>
    </w:p>
    <w:p w14:paraId="641B8A80" w14:textId="77777777" w:rsidR="00121116" w:rsidRDefault="00AA3789">
      <w:r>
        <w:t>His voice was lower this time, pulling through the space between us.</w:t>
      </w:r>
    </w:p>
    <w:p w14:paraId="0F9D3A4D" w14:textId="77777777" w:rsidR="00121116" w:rsidRDefault="00AA3789">
      <w:r>
        <w:t>"Ask me questions. Ask me all you wonder."</w:t>
      </w:r>
    </w:p>
    <w:p w14:paraId="1DD261BC" w14:textId="77777777" w:rsidR="00121116" w:rsidRDefault="00AA3789">
      <w:r>
        <w:t>My breath caught in my throat.</w:t>
      </w:r>
    </w:p>
    <w:p w14:paraId="2AFC20E5" w14:textId="77777777" w:rsidR="00121116" w:rsidRDefault="00AA3789">
      <w:r>
        <w:t>I carefully pulled my arm away.</w:t>
      </w:r>
    </w:p>
    <w:p w14:paraId="2586C27E" w14:textId="77777777" w:rsidR="00121116" w:rsidRDefault="00AA3789">
      <w:r>
        <w:t>His fingers loosened, his warmth slipping away until the touch was nothing but a ghost on my skin.</w:t>
      </w:r>
    </w:p>
    <w:p w14:paraId="3DE01252" w14:textId="77777777" w:rsidR="00121116" w:rsidRDefault="00AA3789">
      <w:r>
        <w:t>I sat back—but not fully.</w:t>
      </w:r>
    </w:p>
    <w:p w14:paraId="582BB69E" w14:textId="77777777" w:rsidR="00121116" w:rsidRDefault="00AA3789">
      <w:r>
        <w:t>At the edge of my seat.</w:t>
      </w:r>
    </w:p>
    <w:p w14:paraId="2009BBA5" w14:textId="77777777" w:rsidR="00121116" w:rsidRDefault="00AA3789">
      <w:r>
        <w:t>Tense. Restless.</w:t>
      </w:r>
    </w:p>
    <w:p w14:paraId="3070602A" w14:textId="77777777" w:rsidR="00121116" w:rsidRDefault="00AA3789">
      <w:r>
        <w:t>My gaze drifted away, catching on the window’s intricate details, the deep green threads of design winding through black stone like veins beneath the surface.</w:t>
      </w:r>
    </w:p>
    <w:p w14:paraId="62260013" w14:textId="77777777" w:rsidR="00121116" w:rsidRDefault="00AA3789">
      <w:r>
        <w:t>I tried to focus on it.</w:t>
      </w:r>
    </w:p>
    <w:p w14:paraId="66DDCA6B" w14:textId="77777777" w:rsidR="00121116" w:rsidRDefault="00AA3789">
      <w:r>
        <w:t>Tried to ground myself in something real, something solid.</w:t>
      </w:r>
    </w:p>
    <w:p w14:paraId="65AB4BD4" w14:textId="77777777" w:rsidR="00121116" w:rsidRDefault="00AA3789">
      <w:r>
        <w:t>But my mind was silent.</w:t>
      </w:r>
    </w:p>
    <w:p w14:paraId="7788DF80" w14:textId="77777777" w:rsidR="00121116" w:rsidRDefault="00AA3789">
      <w:r>
        <w:t>Not because I had nothing to say.</w:t>
      </w:r>
    </w:p>
    <w:p w14:paraId="58F32962" w14:textId="77777777" w:rsidR="00121116" w:rsidRDefault="00AA3789">
      <w:r>
        <w:t>Because I had too much.</w:t>
      </w:r>
    </w:p>
    <w:p w14:paraId="0387866C" w14:textId="77777777" w:rsidR="00121116" w:rsidRDefault="00AA3789">
      <w:r>
        <w:lastRenderedPageBreak/>
        <w:t>The questions I had buried, the thoughts I had stored away, the moments of hesitation that had built upon one another—they flooded my mind like an ocean crashing through a broken dam.</w:t>
      </w:r>
    </w:p>
    <w:p w14:paraId="013C8D58" w14:textId="77777777" w:rsidR="00121116" w:rsidRDefault="00AA3789">
      <w:r>
        <w:t>But I didn’t know where to start.</w:t>
      </w:r>
    </w:p>
    <w:p w14:paraId="0B070D9D" w14:textId="77777777" w:rsidR="00121116" w:rsidRDefault="00AA3789">
      <w:r>
        <w:t>Didn’t know how to ask the things I needed to.</w:t>
      </w:r>
    </w:p>
    <w:p w14:paraId="28A1ECB2" w14:textId="77777777" w:rsidR="00121116" w:rsidRDefault="00AA3789">
      <w:r>
        <w:t>My fingers tapped against my leg, a nervous rhythm against the quiet.</w:t>
      </w:r>
    </w:p>
    <w:p w14:paraId="67023188" w14:textId="77777777" w:rsidR="00121116" w:rsidRDefault="00AA3789">
      <w:r>
        <w:t>The room felt like it was watching me.</w:t>
      </w:r>
    </w:p>
    <w:p w14:paraId="5A330DD3" w14:textId="77777777" w:rsidR="00121116" w:rsidRDefault="00AA3789">
      <w:r>
        <w:t>Waiting for me to speak.</w:t>
      </w:r>
    </w:p>
    <w:p w14:paraId="73A650E2" w14:textId="77777777" w:rsidR="00121116" w:rsidRDefault="00AA3789">
      <w:r>
        <w:t>But I had nothing.</w:t>
      </w:r>
    </w:p>
    <w:p w14:paraId="4E79EA42" w14:textId="77777777" w:rsidR="00121116" w:rsidRDefault="00AA3789">
      <w:r>
        <w:t>And at the same time—</w:t>
      </w:r>
    </w:p>
    <w:p w14:paraId="361CBF11" w14:textId="77777777" w:rsidR="00121116" w:rsidRDefault="00AA3789">
      <w:r>
        <w:t>I had everything.</w:t>
      </w:r>
    </w:p>
    <w:p w14:paraId="07DAC7E5" w14:textId="77777777" w:rsidR="00121116" w:rsidRDefault="00AA3789">
      <w:r>
        <w:t>I took a slow breath before turning my head to him, steadying myself.</w:t>
      </w:r>
    </w:p>
    <w:p w14:paraId="6F335210" w14:textId="77777777" w:rsidR="00121116" w:rsidRDefault="00AA3789">
      <w:r>
        <w:t>“I don’t know where to start,” I admitted.</w:t>
      </w:r>
    </w:p>
    <w:p w14:paraId="1EE020A8" w14:textId="77777777" w:rsidR="00121116" w:rsidRDefault="00AA3789">
      <w:r>
        <w:t>Rainer didn’t hesitate.</w:t>
      </w:r>
    </w:p>
    <w:p w14:paraId="175195CA" w14:textId="77777777" w:rsidR="00121116" w:rsidRDefault="00AA3789">
      <w:r>
        <w:t>“You don’t have to start anywhere,” he said, his voice quiet, measured. “Answers take time, and some truths stay hidden forever. You don’t have to ask everything now. You don’t have to ask what haunts you most.”</w:t>
      </w:r>
    </w:p>
    <w:p w14:paraId="2FEC282C" w14:textId="77777777" w:rsidR="00121116" w:rsidRDefault="00AA3789">
      <w:r>
        <w:t>His gaze held mine, unwavering.</w:t>
      </w:r>
    </w:p>
    <w:p w14:paraId="11CDE5E5" w14:textId="77777777" w:rsidR="00121116" w:rsidRDefault="00AA3789">
      <w:r>
        <w:t>“You can ask what you can handle right now.”</w:t>
      </w:r>
    </w:p>
    <w:p w14:paraId="22F947BA" w14:textId="77777777" w:rsidR="00121116" w:rsidRDefault="00AA3789">
      <w:r>
        <w:t>His words settled around me, soft yet heavy, easing the crushing weight in my chest. He understood. He had been paying attention—truly paying attention—to the way my thoughts twisted and coiled within me. He wasn’t pushing, wasn’t demanding answers I wasn’t ready to give.</w:t>
      </w:r>
    </w:p>
    <w:p w14:paraId="504173A0" w14:textId="77777777" w:rsidR="00121116" w:rsidRDefault="00AA3789">
      <w:r>
        <w:t>And I wasn’t.</w:t>
      </w:r>
    </w:p>
    <w:p w14:paraId="79FD9EC8" w14:textId="77777777" w:rsidR="00121116" w:rsidRDefault="00AA3789">
      <w:r>
        <w:t>There were things buried deep inside me, things that, if unearthed, might never stop bleeding. The fear of discovering what lay beneath all the layers was enough to keep me still.</w:t>
      </w:r>
    </w:p>
    <w:p w14:paraId="11C160CF" w14:textId="77777777" w:rsidR="00121116" w:rsidRDefault="00AA3789">
      <w:r>
        <w:t>So, I reached for something else. Something safer.</w:t>
      </w:r>
    </w:p>
    <w:p w14:paraId="42ABAC4E" w14:textId="77777777" w:rsidR="00121116" w:rsidRDefault="00AA3789">
      <w:r>
        <w:t>“Our magic,” I said, hesitating for only a second. “Why can’t it heal us all the time?”</w:t>
      </w:r>
    </w:p>
    <w:p w14:paraId="4EFE14A3" w14:textId="77777777" w:rsidR="00121116" w:rsidRDefault="00AA3789">
      <w:r>
        <w:t>It felt like a stupid question. But I didn’t care.</w:t>
      </w:r>
    </w:p>
    <w:p w14:paraId="046A8510" w14:textId="77777777" w:rsidR="00121116" w:rsidRDefault="00AA3789">
      <w:r>
        <w:lastRenderedPageBreak/>
        <w:t>Rainer didn’t flinch.</w:t>
      </w:r>
    </w:p>
    <w:p w14:paraId="057F741C" w14:textId="77777777" w:rsidR="00121116" w:rsidRDefault="00AA3789">
      <w:r>
        <w:t>He didn’t dismiss it. Didn’t scoff at it.</w:t>
      </w:r>
    </w:p>
    <w:p w14:paraId="0595F99E" w14:textId="77777777" w:rsidR="00121116" w:rsidRDefault="00AA3789">
      <w:r>
        <w:t>Instead, he gave it the same measured thought, the same quiet reverence, as if every question deserved an answer.</w:t>
      </w:r>
    </w:p>
    <w:p w14:paraId="6595D2A6" w14:textId="77777777" w:rsidR="00121116" w:rsidRDefault="00AA3789">
      <w:r>
        <w:t>“The magic we possess is born inside our souls,” he said, weaving the words together carefully, patiently, so that I would understand. “But to grow, it pulls from everything—the ground, the sky, the very fabric of this world. It draws from those roots, threading through existence itself. And without control, without balance, power that is untethered, without purpose… begins to unravel.”</w:t>
      </w:r>
    </w:p>
    <w:p w14:paraId="3FBF299C" w14:textId="77777777" w:rsidR="00121116" w:rsidRDefault="00AA3789">
      <w:r>
        <w:t>He paused, letting the thought settle.</w:t>
      </w:r>
    </w:p>
    <w:p w14:paraId="23AC1074" w14:textId="77777777" w:rsidR="00121116" w:rsidRDefault="00AA3789">
      <w:r>
        <w:t>“When you are too weak, your magic weakens with you. That flame inside you—it can’t burn bright enough. But with practice, strength, and discipline, some can force the flame to ignite just enough to heal even their most grievous wounds.”</w:t>
      </w:r>
    </w:p>
    <w:p w14:paraId="1AFFF042" w14:textId="77777777" w:rsidR="00121116" w:rsidRDefault="00AA3789">
      <w:r>
        <w:t>I absorbed every word, letting them root themselves into my mind.</w:t>
      </w:r>
    </w:p>
    <w:p w14:paraId="67B0DDB4" w14:textId="77777777" w:rsidR="00121116" w:rsidRDefault="00AA3789">
      <w:r>
        <w:t>But I didn’t respond.</w:t>
      </w:r>
    </w:p>
    <w:p w14:paraId="07363868" w14:textId="77777777" w:rsidR="00121116" w:rsidRDefault="00AA3789">
      <w:r>
        <w:t>Instead, another question formed on my tongue, pulling itself from the quiet storm inside me.</w:t>
      </w:r>
    </w:p>
    <w:p w14:paraId="461EA47B" w14:textId="77777777" w:rsidR="00121116" w:rsidRDefault="00AA3789">
      <w:r>
        <w:t>“How are some places able to suppress our magic?” I asked. “As if it never existed at all?”</w:t>
      </w:r>
    </w:p>
    <w:p w14:paraId="2098CD17" w14:textId="77777777" w:rsidR="00121116" w:rsidRDefault="00AA3789">
      <w:r>
        <w:t>Rainer’s answer came without hesitation.</w:t>
      </w:r>
    </w:p>
    <w:p w14:paraId="2100ACFF" w14:textId="77777777" w:rsidR="00121116" w:rsidRDefault="00AA3789">
      <w:r>
        <w:t>“Those places are bound by forces beyond Hecate’s touch.” His voice was firm, certain. “Some places hold a power that stretches between the ground and the sky, an ancient energy of its own design. It doesn’t just suppress magic—it suffocates it.”</w:t>
      </w:r>
    </w:p>
    <w:p w14:paraId="31F96A9C" w14:textId="77777777" w:rsidR="00121116" w:rsidRDefault="00AA3789">
      <w:r>
        <w:t>His words were not just knowledge. They were experience. A truth he had lived.</w:t>
      </w:r>
    </w:p>
    <w:p w14:paraId="487BB072" w14:textId="77777777" w:rsidR="00121116" w:rsidRDefault="00AA3789">
      <w:r>
        <w:t>And so had I.</w:t>
      </w:r>
    </w:p>
    <w:p w14:paraId="4C2CF415" w14:textId="77777777" w:rsidR="00121116" w:rsidRDefault="00AA3789">
      <w:r>
        <w:t>A memory uncoiled, slipping through the cracks of my mind. That forest. The chains. The crushing weight of powerlessness. The one thing that could have saved me out of reach.</w:t>
      </w:r>
    </w:p>
    <w:p w14:paraId="739CAE54" w14:textId="77777777" w:rsidR="00121116" w:rsidRDefault="00AA3789">
      <w:r>
        <w:t>"I know," I whispered.</w:t>
      </w:r>
    </w:p>
    <w:p w14:paraId="5CD8D183" w14:textId="77777777" w:rsidR="00121116" w:rsidRDefault="00AA3789">
      <w:r>
        <w:t>Barely audible.</w:t>
      </w:r>
    </w:p>
    <w:p w14:paraId="04EA7851" w14:textId="77777777" w:rsidR="00121116" w:rsidRDefault="00AA3789">
      <w:r>
        <w:t>But the silence in the vastness of the room, with its towering ceilings and hollow air, made it sound louder than I intended.</w:t>
      </w:r>
    </w:p>
    <w:p w14:paraId="32167A38" w14:textId="77777777" w:rsidR="00121116" w:rsidRDefault="00AA3789">
      <w:r>
        <w:t>Rainer’s gaze didn’t waver.</w:t>
      </w:r>
    </w:p>
    <w:p w14:paraId="235B7210" w14:textId="77777777" w:rsidR="00121116" w:rsidRDefault="00AA3789">
      <w:r>
        <w:lastRenderedPageBreak/>
        <w:t>"You’ve felt it before, haven’t you?"</w:t>
      </w:r>
    </w:p>
    <w:p w14:paraId="0633A0BD" w14:textId="77777777" w:rsidR="00121116" w:rsidRDefault="00AA3789">
      <w:r>
        <w:t>He didn’t press. Didn’t force it. He asked it simply, like he already knew the answer.</w:t>
      </w:r>
    </w:p>
    <w:p w14:paraId="05AA2CBC" w14:textId="77777777" w:rsidR="00121116" w:rsidRDefault="00AA3789">
      <w:r>
        <w:t>I swallowed.</w:t>
      </w:r>
    </w:p>
    <w:p w14:paraId="6C82D301" w14:textId="77777777" w:rsidR="00121116" w:rsidRDefault="00AA3789">
      <w:r>
        <w:t>"Yes."</w:t>
      </w:r>
    </w:p>
    <w:p w14:paraId="71E5BBBB" w14:textId="77777777" w:rsidR="00121116" w:rsidRDefault="00AA3789">
      <w:r>
        <w:t>The word sat heavy on my tongue, but once it was out, the rest followed.</w:t>
      </w:r>
    </w:p>
    <w:p w14:paraId="155FE434" w14:textId="77777777" w:rsidR="00121116" w:rsidRDefault="00AA3789">
      <w:r>
        <w:t>"In Hyperbola. The forest."</w:t>
      </w:r>
    </w:p>
    <w:p w14:paraId="1AC26EB1" w14:textId="77777777" w:rsidR="00121116" w:rsidRDefault="00AA3789">
      <w:r>
        <w:t>My breath stilled as I pulled the memory forward, unraveling it piece by piece.</w:t>
      </w:r>
    </w:p>
    <w:p w14:paraId="301D40F0" w14:textId="77777777" w:rsidR="00121116" w:rsidRDefault="00AA3789">
      <w:r>
        <w:t>"I had escaped once before, thinking I would be fine on my own. That I’d find my way home, somehow. I thought—" I hesitated. "I thought I was prepared."</w:t>
      </w:r>
    </w:p>
    <w:p w14:paraId="6D50F959" w14:textId="77777777" w:rsidR="00121116" w:rsidRDefault="00AA3789">
      <w:r>
        <w:t>I hadn’t been.</w:t>
      </w:r>
    </w:p>
    <w:p w14:paraId="567AB415" w14:textId="77777777" w:rsidR="00121116" w:rsidRDefault="00AA3789">
      <w:r>
        <w:t>"I ran into a Deaminiss. I had nothing. I couldn’t fight. Couldn’t defend myself."</w:t>
      </w:r>
    </w:p>
    <w:p w14:paraId="3C5B6112" w14:textId="77777777" w:rsidR="00121116" w:rsidRDefault="00AA3789">
      <w:r>
        <w:t>I exhaled sharply.</w:t>
      </w:r>
    </w:p>
    <w:p w14:paraId="18A7C868" w14:textId="77777777" w:rsidR="00121116" w:rsidRDefault="00AA3789">
      <w:r>
        <w:t>"I was powerless."</w:t>
      </w:r>
    </w:p>
    <w:p w14:paraId="77C00197" w14:textId="77777777" w:rsidR="00121116" w:rsidRDefault="00AA3789">
      <w:r>
        <w:t>The word lingered in the air, cold against my skin.</w:t>
      </w:r>
    </w:p>
    <w:p w14:paraId="1C09E675" w14:textId="77777777" w:rsidR="00121116" w:rsidRDefault="00AA3789">
      <w:r>
        <w:t>I had fooled myself into believing this magic wouldn’t be complicated. That it wasn’t tied to me in ways I couldn’t yet understand.</w:t>
      </w:r>
    </w:p>
    <w:p w14:paraId="42DADFDC" w14:textId="77777777" w:rsidR="00121116" w:rsidRDefault="00AA3789">
      <w:r>
        <w:t>I had underestimated how deep it ran. How it had already wrapped itself around my existence, more than I had realized.</w:t>
      </w:r>
    </w:p>
    <w:p w14:paraId="61CACE17" w14:textId="77777777" w:rsidR="00121116" w:rsidRDefault="00AA3789">
      <w:r>
        <w:t>I had underestimated survival itself.</w:t>
      </w:r>
    </w:p>
    <w:p w14:paraId="3C513A06" w14:textId="77777777" w:rsidR="00121116" w:rsidRDefault="00AA3789">
      <w:r>
        <w:t>For a moment, the air shifted.</w:t>
      </w:r>
    </w:p>
    <w:p w14:paraId="132BC0B7" w14:textId="77777777" w:rsidR="00121116" w:rsidRDefault="00AA3789">
      <w:r>
        <w:t>Not in a way I could see. But in a way I could feel.</w:t>
      </w:r>
    </w:p>
    <w:p w14:paraId="108CD95E" w14:textId="77777777" w:rsidR="00121116" w:rsidRDefault="00AA3789">
      <w:r>
        <w:t>The space between us.</w:t>
      </w:r>
    </w:p>
    <w:p w14:paraId="067B970F" w14:textId="77777777" w:rsidR="00121116" w:rsidRDefault="00AA3789">
      <w:r>
        <w:t>I had let something slip from me. A small piece of survival, freed from where I had buried it.</w:t>
      </w:r>
    </w:p>
    <w:p w14:paraId="4E5EDEDC" w14:textId="77777777" w:rsidR="00121116" w:rsidRDefault="00AA3789">
      <w:r>
        <w:t>Regret curled in my chest.</w:t>
      </w:r>
    </w:p>
    <w:p w14:paraId="2898718B" w14:textId="77777777" w:rsidR="00121116" w:rsidRDefault="00AA3789">
      <w:r>
        <w:t>But alongside it—something else.</w:t>
      </w:r>
    </w:p>
    <w:p w14:paraId="7B48B03E" w14:textId="77777777" w:rsidR="00121116" w:rsidRDefault="00AA3789">
      <w:r>
        <w:t>Relief.</w:t>
      </w:r>
    </w:p>
    <w:p w14:paraId="2E9E370E" w14:textId="77777777" w:rsidR="00121116" w:rsidRDefault="00AA3789">
      <w:r>
        <w:t>Like saying it out loud had lifted some of the weight.</w:t>
      </w:r>
    </w:p>
    <w:p w14:paraId="06B2E9BC" w14:textId="77777777" w:rsidR="00121116" w:rsidRDefault="00AA3789">
      <w:r>
        <w:lastRenderedPageBreak/>
        <w:t>I wouldn’t call it comfort.</w:t>
      </w:r>
    </w:p>
    <w:p w14:paraId="18BD7604" w14:textId="77777777" w:rsidR="00121116" w:rsidRDefault="00AA3789">
      <w:r>
        <w:t>I wouldn’t let myself.</w:t>
      </w:r>
    </w:p>
    <w:p w14:paraId="37652B14" w14:textId="77777777" w:rsidR="00121116" w:rsidRDefault="00AA3789">
      <w:r>
        <w:t>But I felt it.</w:t>
      </w:r>
    </w:p>
    <w:p w14:paraId="3F327DE0" w14:textId="77777777" w:rsidR="00121116" w:rsidRDefault="00AA3789">
      <w:r>
        <w:t>And he had listened.</w:t>
      </w:r>
    </w:p>
    <w:p w14:paraId="0F13CB87" w14:textId="77777777" w:rsidR="00121116" w:rsidRDefault="00AA3789">
      <w:r>
        <w:t>Every syllable.</w:t>
      </w:r>
    </w:p>
    <w:p w14:paraId="0573A2A8" w14:textId="77777777" w:rsidR="00121116" w:rsidRDefault="00AA3789">
      <w:r>
        <w:t>His gaze lingered on my lips as I spoke, his focus sharp—not just hearing, but taking in each word with quiet intent.</w:t>
      </w:r>
    </w:p>
    <w:p w14:paraId="4033CBBE" w14:textId="77777777" w:rsidR="00121116" w:rsidRDefault="00AA3789">
      <w:r>
        <w:t>Then, his eyes met mine again.</w:t>
      </w:r>
    </w:p>
    <w:p w14:paraId="1E1C0128" w14:textId="77777777" w:rsidR="00121116" w:rsidRDefault="00AA3789">
      <w:r>
        <w:t>And he searched.</w:t>
      </w:r>
    </w:p>
    <w:p w14:paraId="336519CC" w14:textId="77777777" w:rsidR="00121116" w:rsidRDefault="00AA3789">
      <w:r>
        <w:t>Not just for acknowledgment.</w:t>
      </w:r>
    </w:p>
    <w:p w14:paraId="489B7EC6" w14:textId="77777777" w:rsidR="00121116" w:rsidRDefault="00AA3789">
      <w:r>
        <w:t>But for permission.</w:t>
      </w:r>
    </w:p>
    <w:p w14:paraId="105B5FB4" w14:textId="77777777" w:rsidR="00121116" w:rsidRDefault="00AA3789">
      <w:r>
        <w:t>To see if this was all I would say—</w:t>
      </w:r>
      <w:r>
        <w:br/>
        <w:t>Or if I had more left to give.</w:t>
      </w:r>
    </w:p>
    <w:p w14:paraId="1C7333D7" w14:textId="77777777" w:rsidR="00121116" w:rsidRDefault="00AA3789">
      <w:r>
        <w:t>The moment stretched.</w:t>
      </w:r>
    </w:p>
    <w:p w14:paraId="0A988278" w14:textId="77777777" w:rsidR="00121116" w:rsidRDefault="00AA3789">
      <w:r>
        <w:t>Then, he spoke.</w:t>
      </w:r>
    </w:p>
    <w:p w14:paraId="17D1F463" w14:textId="77777777" w:rsidR="00121116" w:rsidRDefault="00AA3789">
      <w:r>
        <w:t>"It is a lesson we’ve all learned."</w:t>
      </w:r>
    </w:p>
    <w:p w14:paraId="6C9935AE" w14:textId="77777777" w:rsidR="00121116" w:rsidRDefault="00AA3789">
      <w:r>
        <w:t>His tone was quiet but final, a thread of understanding woven into his words.</w:t>
      </w:r>
    </w:p>
    <w:p w14:paraId="4CAD4B7F" w14:textId="77777777" w:rsidR="00121116" w:rsidRDefault="00AA3789">
      <w:r>
        <w:t>He was waiting.</w:t>
      </w:r>
    </w:p>
    <w:p w14:paraId="2F362792" w14:textId="77777777" w:rsidR="00121116" w:rsidRDefault="00AA3789">
      <w:r>
        <w:t>For the next question.</w:t>
      </w:r>
    </w:p>
    <w:p w14:paraId="4B98DD1C" w14:textId="77777777" w:rsidR="00121116" w:rsidRDefault="00AA3789">
      <w:r>
        <w:t>“How did a card game know I was meant to have it?”</w:t>
      </w:r>
    </w:p>
    <w:p w14:paraId="4267698B" w14:textId="77777777" w:rsidR="00121116" w:rsidRDefault="00AA3789">
      <w:r>
        <w:t>Rainer smirked.</w:t>
      </w:r>
    </w:p>
    <w:p w14:paraId="1448C254" w14:textId="77777777" w:rsidR="00121116" w:rsidRDefault="00AA3789">
      <w:r>
        <w:t>"It’s not just a card game."</w:t>
      </w:r>
    </w:p>
    <w:p w14:paraId="4653D945" w14:textId="77777777" w:rsidR="00121116" w:rsidRDefault="00AA3789">
      <w:r>
        <w:t>His tone was light, but something dark and knowing lingered beneath it.</w:t>
      </w:r>
    </w:p>
    <w:p w14:paraId="19C31438" w14:textId="77777777" w:rsidR="00121116" w:rsidRDefault="00AA3789">
      <w:r>
        <w:t>"Each card is encrypted with prophecy—intertwined with magic, manipulated and cast to bind itself to an object. It is a craft both rare and dangerous. Not many dare to attempt it unless they are certain of their ability. A single mistake could turn the magic on them instead."</w:t>
      </w:r>
    </w:p>
    <w:p w14:paraId="6BEB6E40" w14:textId="77777777" w:rsidR="00121116" w:rsidRDefault="00AA3789">
      <w:r>
        <w:t>His gaze flickered, distant for just a moment, before settling back on me.</w:t>
      </w:r>
    </w:p>
    <w:p w14:paraId="41F17926" w14:textId="77777777" w:rsidR="00121116" w:rsidRDefault="00AA3789">
      <w:r>
        <w:lastRenderedPageBreak/>
        <w:t>"I found those cards long before any human alive today was even born," he admitted, the weight of time woven into his voice. "I knew one day they would be needed."</w:t>
      </w:r>
    </w:p>
    <w:p w14:paraId="67C16FDC" w14:textId="77777777" w:rsidR="00121116" w:rsidRDefault="00AA3789">
      <w:r>
        <w:t>His words carried the echo of something greater, a power vast enough to overshadow even the moment we stood in. And yet, his intent—his belief in the way the pieces had fallen into place—felt right.</w:t>
      </w:r>
    </w:p>
    <w:p w14:paraId="02ED2896" w14:textId="77777777" w:rsidR="00121116" w:rsidRDefault="00AA3789">
      <w:r>
        <w:t>Still, none of it erased the truth I was beginning to understand.</w:t>
      </w:r>
    </w:p>
    <w:p w14:paraId="5F3AB7EA" w14:textId="77777777" w:rsidR="00121116" w:rsidRDefault="00AA3789">
      <w:r>
        <w:t>"It seems magic is nothing more than a path full of rules," I said, voice steady. "With only two options—make it out unharmed or die trying."</w:t>
      </w:r>
    </w:p>
    <w:p w14:paraId="6AAE7967" w14:textId="77777777" w:rsidR="00121116" w:rsidRDefault="00AA3789">
      <w:r>
        <w:t>A flicker of something crossed his expression.</w:t>
      </w:r>
    </w:p>
    <w:p w14:paraId="42745CC1" w14:textId="77777777" w:rsidR="00121116" w:rsidRDefault="00AA3789">
      <w:r>
        <w:t>"Yes," he admitted. "But it is also so much more."</w:t>
      </w:r>
    </w:p>
    <w:p w14:paraId="05172704" w14:textId="77777777" w:rsidR="00121116" w:rsidRDefault="00AA3789">
      <w:r>
        <w:t>He held my gaze, something unreadable behind his eyes.</w:t>
      </w:r>
    </w:p>
    <w:p w14:paraId="64408231" w14:textId="77777777" w:rsidR="00121116" w:rsidRDefault="00AA3789">
      <w:r>
        <w:t>"Magic was never meant to be easy. It is a game—one we must never stop playing."</w:t>
      </w:r>
    </w:p>
    <w:p w14:paraId="19CF856B" w14:textId="77777777" w:rsidR="00121116" w:rsidRDefault="00AA3789">
      <w:r>
        <w:t>I scoffed.</w:t>
      </w:r>
    </w:p>
    <w:p w14:paraId="493E17C3" w14:textId="77777777" w:rsidR="00121116" w:rsidRDefault="00AA3789">
      <w:r>
        <w:t>"A game?" I repeated, my voice hollow. "Or a race?"</w:t>
      </w:r>
    </w:p>
    <w:p w14:paraId="6E226F06" w14:textId="77777777" w:rsidR="00121116" w:rsidRDefault="00AA3789">
      <w:r>
        <w:t>His smirk faltered slightly.</w:t>
      </w:r>
    </w:p>
    <w:p w14:paraId="3A0A3B8E" w14:textId="77777777" w:rsidR="00121116" w:rsidRDefault="00AA3789">
      <w:r>
        <w:t>"If survival is all that matters," I continued, "then it’s not a game at all. It’s a race. A desperate run where you can’t afford to slow down. Where every step forward comes with the risk of looking back—to make sure the dark things chasing you aren’t already too close."</w:t>
      </w:r>
    </w:p>
    <w:p w14:paraId="359B9286" w14:textId="77777777" w:rsidR="00121116" w:rsidRDefault="00AA3789">
      <w:r>
        <w:t>Rainer exhaled, his fingers brushing against his jaw as he considered his response. He wasn’t quick to argue.</w:t>
      </w:r>
    </w:p>
    <w:p w14:paraId="2C50F3A6" w14:textId="77777777" w:rsidR="00121116" w:rsidRDefault="00AA3789">
      <w:r>
        <w:t>And that told me more than words ever could.</w:t>
      </w:r>
    </w:p>
    <w:p w14:paraId="38A00065" w14:textId="77777777" w:rsidR="00121116" w:rsidRDefault="00AA3789">
      <w:r>
        <w:t>Finally, his lips curled at the edges again—not in defiance, but in understanding.</w:t>
      </w:r>
    </w:p>
    <w:p w14:paraId="6D3BFB67" w14:textId="77777777" w:rsidR="00121116" w:rsidRDefault="00AA3789">
      <w:r>
        <w:t>"And with risk and adrenaline," he said carefully, "it becomes a game."</w:t>
      </w:r>
    </w:p>
    <w:p w14:paraId="3128A105" w14:textId="77777777" w:rsidR="00121116" w:rsidRDefault="00AA3789">
      <w:r>
        <w:t>His smirk returned, but this time it was sharper.</w:t>
      </w:r>
    </w:p>
    <w:p w14:paraId="7EB6075E" w14:textId="77777777" w:rsidR="00121116" w:rsidRDefault="00AA3789">
      <w:r>
        <w:t>I didn’t challenge him further.</w:t>
      </w:r>
    </w:p>
    <w:p w14:paraId="28459716" w14:textId="77777777" w:rsidR="00121116" w:rsidRDefault="00AA3789">
      <w:r>
        <w:t>I didn’t have the energy to argue, nor the interest in playing the game he was weaving.</w:t>
      </w:r>
    </w:p>
    <w:p w14:paraId="10C1FD3D" w14:textId="77777777" w:rsidR="00121116" w:rsidRDefault="00AA3789">
      <w:r>
        <w:t>I let the silence settle between us before I shifted, finally giving voice to the question that had been weighing on my chest since the moment I stepped into this place.</w:t>
      </w:r>
    </w:p>
    <w:p w14:paraId="7D1CC341" w14:textId="77777777" w:rsidR="00121116" w:rsidRDefault="00AA3789">
      <w:r>
        <w:t>"My family." My voice wavered despite myself. "A-are they safe? Are they okay?"</w:t>
      </w:r>
    </w:p>
    <w:p w14:paraId="537B9A5C" w14:textId="77777777" w:rsidR="00121116" w:rsidRDefault="00AA3789">
      <w:r>
        <w:lastRenderedPageBreak/>
        <w:t>Rainer’s expression shifted slightly. The weight of my question pressed between us.</w:t>
      </w:r>
    </w:p>
    <w:p w14:paraId="47DD9E1A" w14:textId="77777777" w:rsidR="00121116" w:rsidRDefault="00AA3789">
      <w:r>
        <w:t>For the first time, he hesitated.</w:t>
      </w:r>
    </w:p>
    <w:p w14:paraId="1C072DC1" w14:textId="77777777" w:rsidR="00121116" w:rsidRDefault="00AA3789">
      <w:r>
        <w:t>"I didn’t know who they were," he admitted finally.</w:t>
      </w:r>
    </w:p>
    <w:p w14:paraId="5A730494" w14:textId="77777777" w:rsidR="00121116" w:rsidRDefault="00AA3789">
      <w:r>
        <w:t>I blinked, my stomach twisting.</w:t>
      </w:r>
    </w:p>
    <w:p w14:paraId="098375D7" w14:textId="77777777" w:rsidR="00121116" w:rsidRDefault="00AA3789">
      <w:r>
        <w:t>"In the crowd that danced beneath the night sky—drunk, reckless—it was too loud, too messy. There was no way to tell."</w:t>
      </w:r>
    </w:p>
    <w:p w14:paraId="134C64F1" w14:textId="77777777" w:rsidR="00121116" w:rsidRDefault="00AA3789">
      <w:r>
        <w:t>His voice was firm, decisive. But there was something else there too.</w:t>
      </w:r>
    </w:p>
    <w:p w14:paraId="74C92EFD" w14:textId="77777777" w:rsidR="00121116" w:rsidRDefault="00AA3789">
      <w:r>
        <w:t>Something like regret.</w:t>
      </w:r>
    </w:p>
    <w:p w14:paraId="651C9E03" w14:textId="77777777" w:rsidR="00121116" w:rsidRDefault="00AA3789">
      <w:r>
        <w:t>"I’m sorry," he said. And this time, I believed him.</w:t>
      </w:r>
    </w:p>
    <w:p w14:paraId="15E6CDE8" w14:textId="77777777" w:rsidR="00121116" w:rsidRDefault="00AA3789">
      <w:r>
        <w:t>But sorry wasn’t enough.</w:t>
      </w:r>
    </w:p>
    <w:p w14:paraId="5275F793" w14:textId="77777777" w:rsidR="00121116" w:rsidRDefault="00AA3789">
      <w:r>
        <w:t>It couldn’t be.</w:t>
      </w:r>
    </w:p>
    <w:p w14:paraId="12A7A862" w14:textId="77777777" w:rsidR="00121116" w:rsidRDefault="00AA3789">
      <w:r>
        <w:t>"I need sleep," I said, cutting the conversation short before it could continue.</w:t>
      </w:r>
    </w:p>
    <w:p w14:paraId="44F3733F" w14:textId="77777777" w:rsidR="00121116" w:rsidRDefault="00AA3789">
      <w:r>
        <w:t>There was no room for more words, no space for answers I knew I couldn’t have.</w:t>
      </w:r>
    </w:p>
    <w:p w14:paraId="4A9901D7" w14:textId="77777777" w:rsidR="00121116" w:rsidRDefault="00AA3789">
      <w:r>
        <w:t>The knot in my stomach twisted tighter, the weight of it settling deep, pressing against the walls I had built to keep everything buried. But it was all flooding back now—the worry, the guilt, the helplessness clawing its way back to where it had always lived. I had pushed it down.</w:t>
      </w:r>
    </w:p>
    <w:p w14:paraId="6AE879A8" w14:textId="77777777" w:rsidR="00121116" w:rsidRDefault="00AA3789">
      <w:r>
        <w:t>And now it was back.</w:t>
      </w:r>
    </w:p>
    <w:p w14:paraId="73901917" w14:textId="77777777" w:rsidR="00121116" w:rsidRDefault="00AA3789">
      <w:r>
        <w:t>A part of me knew this could be my last chance to ask him everything I needed to. I had so many questions—eternally more.</w:t>
      </w:r>
    </w:p>
    <w:p w14:paraId="7A1F7951" w14:textId="77777777" w:rsidR="00121116" w:rsidRDefault="00AA3789">
      <w:r>
        <w:t>But the ones that mattered most?</w:t>
      </w:r>
    </w:p>
    <w:p w14:paraId="247E2345" w14:textId="77777777" w:rsidR="00121116" w:rsidRDefault="00AA3789">
      <w:r>
        <w:t>The ones I ached for?</w:t>
      </w:r>
    </w:p>
    <w:p w14:paraId="161BD7E0" w14:textId="77777777" w:rsidR="00121116" w:rsidRDefault="00AA3789">
      <w:r>
        <w:t>They couldn’t be answered.</w:t>
      </w:r>
    </w:p>
    <w:p w14:paraId="45355CA1" w14:textId="77777777" w:rsidR="00121116" w:rsidRDefault="00AA3789">
      <w:r>
        <w:t>Not tonight.</w:t>
      </w:r>
    </w:p>
    <w:p w14:paraId="2B2F656E" w14:textId="77777777" w:rsidR="00121116" w:rsidRDefault="00AA3789">
      <w:r>
        <w:t>Rainer’s gaze flicked toward me, a subtle shift, his jaw tightening for a brief moment.</w:t>
      </w:r>
    </w:p>
    <w:p w14:paraId="5452F7BD" w14:textId="77777777" w:rsidR="00121116" w:rsidRDefault="00AA3789">
      <w:r>
        <w:t>But he didn’t argue.</w:t>
      </w:r>
    </w:p>
    <w:p w14:paraId="0DF6F224" w14:textId="77777777" w:rsidR="00121116" w:rsidRDefault="00AA3789">
      <w:r>
        <w:t>"Of course," he said, his voice measured, controlled—yet somehow distant, as though exhaustion had settled into him just as deeply as it had in me.</w:t>
      </w:r>
    </w:p>
    <w:p w14:paraId="55B418CE" w14:textId="77777777" w:rsidR="00121116" w:rsidRDefault="00AA3789">
      <w:r>
        <w:lastRenderedPageBreak/>
        <w:t>"We can talk more tomorrow."</w:t>
      </w:r>
    </w:p>
    <w:p w14:paraId="79288CD8" w14:textId="77777777" w:rsidR="00121116" w:rsidRDefault="00AA3789">
      <w:r>
        <w:t>His words were simple.</w:t>
      </w:r>
    </w:p>
    <w:p w14:paraId="23B03DE5" w14:textId="77777777" w:rsidR="00121116" w:rsidRDefault="00AA3789">
      <w:r>
        <w:t>But I wasn’t sure if either of us believed them.</w:t>
      </w:r>
    </w:p>
    <w:p w14:paraId="3B4344BF" w14:textId="77777777" w:rsidR="00121116" w:rsidRDefault="00AA3789">
      <w:r>
        <w:t>He pointed toward the hall, his voice soft but steady. “Down the hall, up the stairs, further down on the right. Your door will be open. You’ll find everything you need there.”</w:t>
      </w:r>
    </w:p>
    <w:p w14:paraId="1EB122F7" w14:textId="77777777" w:rsidR="00121116" w:rsidRDefault="00AA3789">
      <w:r>
        <w:t>I didn’t look at him. I couldn’t. I just turned, my feet moving almost on instinct, carrying me toward the hall without another word.</w:t>
      </w:r>
    </w:p>
    <w:p w14:paraId="0C970D77" w14:textId="77777777" w:rsidR="00121116" w:rsidRDefault="00AA3789">
      <w:r>
        <w:t>I didn't wait for him to say anything else. I couldn’t. The walls of his words, of this place, pressed in too tightly. My mind was buzzing, vibrating, rattling against the inside of my skull. I needed out, but there was nowhere to go.</w:t>
      </w:r>
    </w:p>
    <w:p w14:paraId="19EC3665" w14:textId="77777777" w:rsidR="00121116" w:rsidRDefault="00AA3789">
      <w:r>
        <w:t>Down the hall. Up the stairs. On the right. I clung to Rainer’s directions, forcing each word to block out the scream building in my chest. My feet moved—because they had to. My body was still working, even if my mind wasn’t. Step after step, I forced myself forward, my hand gripping the railing as I climbed the stairs.</w:t>
      </w:r>
    </w:p>
    <w:p w14:paraId="15EF81F5" w14:textId="77777777" w:rsidR="00121116" w:rsidRDefault="00AA3789">
      <w:r>
        <w:t>My fingers dug into the smooth wood, but no matter how tightly I held on, I couldn’t stop the sensation that everything was slipping away. I could feel the world unraveling around me—no, inside me. I could feel it in my bones, in the sharp, stinging edge of my skin. Like I was holding on to something that was tearing me apart from the inside, piece by piece.</w:t>
      </w:r>
    </w:p>
    <w:p w14:paraId="20594F80" w14:textId="77777777" w:rsidR="00121116" w:rsidRDefault="00AA3789">
      <w:r>
        <w:t>The door was open just like he said.</w:t>
      </w:r>
    </w:p>
    <w:p w14:paraId="1D4B9D85" w14:textId="77777777" w:rsidR="00121116" w:rsidRDefault="00AA3789">
      <w:r>
        <w:t>I stepped inside, and it closed behind me with a thud that felt too final, like the slam of a cell door. The room was dark, but warm, the faint gold glow casting shadows that felt too close. I could barely see the bed in the dim light, but it didn’t matter. I didn’t need comfort. I needed this to stop.</w:t>
      </w:r>
    </w:p>
    <w:p w14:paraId="78E6BDBF" w14:textId="77777777" w:rsidR="00121116" w:rsidRDefault="00AA3789">
      <w:r>
        <w:t>I stood in the center of the room, staring at nothing, my breath shallow, sharp. The air tasted wrong. Everything felt wrong.</w:t>
      </w:r>
    </w:p>
    <w:p w14:paraId="470A3EB3" w14:textId="77777777" w:rsidR="00121116" w:rsidRDefault="00AA3789">
      <w:r>
        <w:t>Then, it cracked.</w:t>
      </w:r>
    </w:p>
    <w:p w14:paraId="6F142BAC" w14:textId="77777777" w:rsidR="00121116" w:rsidRDefault="00AA3789">
      <w:r>
        <w:t>It wasn’t a slow unraveling. It hit me all at once, like a sudden break in a dam that had been straining for too long. The pressure in my chest, the tight coil of every thought I’d been holding back, all snapped at once, and I couldn’t hold it in anymore.</w:t>
      </w:r>
    </w:p>
    <w:p w14:paraId="73DC4CBC" w14:textId="77777777" w:rsidR="00121116" w:rsidRDefault="00AA3789">
      <w:r>
        <w:t>A sound ripped from my throat—something between a sob and a scream—but it didn’t feel like it came from me. It felt like it came from somewhere deeper, somewhere darker, a part of me I didn’t know.</w:t>
      </w:r>
    </w:p>
    <w:p w14:paraId="6578ADD3" w14:textId="77777777" w:rsidR="00121116" w:rsidRDefault="00AA3789">
      <w:r>
        <w:t>My legs gave out before I knew what was happening, and I crashed to the floor. Hard. The stone was cold beneath me, and I pressed my hands into it, trying to feel something—</w:t>
      </w:r>
      <w:r>
        <w:lastRenderedPageBreak/>
        <w:t>anything—other than the storm ripping through me. But the cold only made it worse. It made everything feel real.</w:t>
      </w:r>
    </w:p>
    <w:p w14:paraId="61B15649" w14:textId="77777777" w:rsidR="00121116" w:rsidRDefault="00AA3789">
      <w:r>
        <w:t>I gasped for air, but it didn’t come. The room was too small, the walls closing in, crushing the air from my lungs. I couldn’t breathe, couldn’t think. The magic inside me pulsed, thrashing against the inside of my skin, like it was trying to claw its way out.</w:t>
      </w:r>
    </w:p>
    <w:p w14:paraId="6B48182B" w14:textId="77777777" w:rsidR="00121116" w:rsidRDefault="00AA3789">
      <w:r>
        <w:t>I slammed my fist into the floor. Once. Twice. It wasn’t enough. I needed to break something. I needed something to shatter, something to bleed, something that wasn’t me.</w:t>
      </w:r>
    </w:p>
    <w:p w14:paraId="47D407CE" w14:textId="77777777" w:rsidR="00121116" w:rsidRDefault="00AA3789">
      <w:r>
        <w:t>I pressed my hands harder into the white stone, my nails scraping across it, desperate for some kind of control. But there was none. There was nothing but the chaos, the choking weight of everything Rainer had said. I was never free. I was never going to be.</w:t>
      </w:r>
    </w:p>
    <w:p w14:paraId="2C3C501D" w14:textId="77777777" w:rsidR="00121116" w:rsidRDefault="00AA3789">
      <w:r>
        <w:t>The thought came with a clarity that burned.</w:t>
      </w:r>
    </w:p>
    <w:p w14:paraId="20DA400E" w14:textId="77777777" w:rsidR="00121116" w:rsidRDefault="00AA3789">
      <w:r>
        <w:t>I pressed my forehead to the floor, the cold stone biting into my skin. The tears didn’t come. My body wouldn’t let them. But the pressure kept building, the magic pushing harder, swelling inside me, forcing me to feel every bit of it. Every inch of what I was.</w:t>
      </w:r>
    </w:p>
    <w:p w14:paraId="6FD8128E" w14:textId="77777777" w:rsidR="00121116" w:rsidRDefault="00AA3789">
      <w:r>
        <w:t>The faces of my family flashed distantly behind my lids. Guilt. Failure. Ate me alive.</w:t>
      </w:r>
    </w:p>
    <w:p w14:paraId="4F4CB7A3" w14:textId="77777777" w:rsidR="00121116" w:rsidRDefault="00AA3789">
      <w:r>
        <w:t>I wasn’t human. I wasn’t anything. I was a tool. A weapon. Something to be used, to be controlled.</w:t>
      </w:r>
    </w:p>
    <w:p w14:paraId="4D2DD157" w14:textId="77777777" w:rsidR="00121116" w:rsidRDefault="00AA3789">
      <w:r>
        <w:t>Vidar’s face flashed in my mind, his cold, calculating eyes. Cronus, lurking in the shadows, always watching. Words echoed in my head, over and over—You were never free. You never will be.</w:t>
      </w:r>
    </w:p>
    <w:p w14:paraId="71C4CA5F" w14:textId="77777777" w:rsidR="00121116" w:rsidRDefault="00AA3789">
      <w:r>
        <w:t>I wanted to tear myself apart. To rip the magic from my veins, to feel something other than the weight of it.</w:t>
      </w:r>
    </w:p>
    <w:p w14:paraId="2594A190" w14:textId="77777777" w:rsidR="00121116" w:rsidRDefault="00AA3789">
      <w:r>
        <w:t>I shoved myself up, stumbling toward the bed, my hands shaking. I grabbed the edge of the mattress, gripping it so tightly my knuckles went white. My breath was ragged, harsh, each inhale scraping against my lungs like shards of glass.</w:t>
      </w:r>
    </w:p>
    <w:p w14:paraId="5206DF50" w14:textId="77777777" w:rsidR="00121116" w:rsidRDefault="00AA3789">
      <w:r>
        <w:t>The room swayed. Or maybe I did.</w:t>
      </w:r>
    </w:p>
    <w:p w14:paraId="6CB1DD45" w14:textId="77777777" w:rsidR="00121116" w:rsidRDefault="00AA3789">
      <w:r>
        <w:t>I squeezed my eyes shut, trying to hold back the surge of magic that threatened to burst from me, to shatter the walls, to tear through the sky. But I couldn’t stop it. I couldn’t hold it back. It was too big. Too much.</w:t>
      </w:r>
    </w:p>
    <w:p w14:paraId="7E829EC4" w14:textId="77777777" w:rsidR="00121116" w:rsidRDefault="00AA3789">
      <w:r>
        <w:t>I collapsed onto the bed, my chest heaving, my body trembling with the force of everything inside me. The pillow caught my face, muffling the ragged sob that tore free, but I couldn’t stop it. I buried my face deeper, my fingers clutching the blankets like they were the only thing tethering me to this world.</w:t>
      </w:r>
    </w:p>
    <w:p w14:paraId="7411CB66" w14:textId="77777777" w:rsidR="00121116" w:rsidRDefault="00AA3789">
      <w:r>
        <w:t>I was never going to be free.</w:t>
      </w:r>
    </w:p>
    <w:p w14:paraId="69B4EE2E" w14:textId="77777777" w:rsidR="00121116" w:rsidRDefault="00AA3789">
      <w:r>
        <w:lastRenderedPageBreak/>
        <w:t>The realization cut deeper than anything I’d ever felt. Deeper than Vidar’s lies, deeper than the war. It was the truth. The cold, unforgiving truth that settled like lead in my bones. No matter what I did, no matter how much I fought, I would always be trapped—by them, by this power, by the weight of it all.</w:t>
      </w:r>
    </w:p>
    <w:p w14:paraId="5D224ABA" w14:textId="77777777" w:rsidR="00121116" w:rsidRDefault="00AA3789">
      <w:r>
        <w:t>And that was the worst part.</w:t>
      </w:r>
    </w:p>
    <w:p w14:paraId="0799B09E" w14:textId="77777777" w:rsidR="00121116" w:rsidRDefault="00AA3789">
      <w:r>
        <w:t>~</w:t>
      </w:r>
    </w:p>
    <w:p w14:paraId="2E195838" w14:textId="77777777" w:rsidR="00121116" w:rsidRDefault="00AA3789">
      <w:r>
        <w:t>The darkness hadn’t lingered.</w:t>
      </w:r>
    </w:p>
    <w:p w14:paraId="1D5A2660" w14:textId="77777777" w:rsidR="00121116" w:rsidRDefault="00AA3789">
      <w:r>
        <w:t>I woke up, my heart hammering in my chest, the remnants of a dream slipping away before I could grasp them. For a moment, I didn’t know where I was. The heavy blankets tangled around me felt unfamiliar, suffocating, and I thrashed against them before my mind caught up to my body.</w:t>
      </w:r>
    </w:p>
    <w:p w14:paraId="267EF609" w14:textId="77777777" w:rsidR="00121116" w:rsidRDefault="00AA3789">
      <w:r>
        <w:t>Rainer’s home.</w:t>
      </w:r>
    </w:p>
    <w:p w14:paraId="6FB183D8" w14:textId="77777777" w:rsidR="00121116" w:rsidRDefault="00AA3789">
      <w:r>
        <w:t>I was still here. Trapped in a world that hadn’t been mine.</w:t>
      </w:r>
    </w:p>
    <w:p w14:paraId="081BE7BD" w14:textId="77777777" w:rsidR="00121116" w:rsidRDefault="00AA3789">
      <w:r>
        <w:t>The room was bathed in the soft glow of morning light, filtering through the large window to my right. It cast faint golden streaks across the floor, but even that light felt distant. Too perfect. Too untouched by the chaos that had unfolded inside me the night before.</w:t>
      </w:r>
    </w:p>
    <w:p w14:paraId="3195F149" w14:textId="77777777" w:rsidR="00121116" w:rsidRDefault="00AA3789">
      <w:r>
        <w:t>I sat up slowly, my body stiff, the weight of exhaustion still clinging to my bones. My eyes flickered around the room, and I took in the details I hadn’t noticed before—the things I’d been too overwhelmed to see.</w:t>
      </w:r>
    </w:p>
    <w:p w14:paraId="60565D20" w14:textId="77777777" w:rsidR="00121116" w:rsidRDefault="00AA3789">
      <w:r>
        <w:t>Along the wall to my left, a long, light-colored wooden shelf displayed treasures that gleamed in the early light. The top shelf was lined with black-covered books, their spines straight and pristine, untouched by time. In the center of the shelf, a dagger rested on a wooden stand, its blade ebony and sharp enough to split the air. The handle was gold, shimmering faintly in the light, like a promise or a threat.</w:t>
      </w:r>
    </w:p>
    <w:p w14:paraId="6C3F8C22" w14:textId="77777777" w:rsidR="00121116" w:rsidRDefault="00AA3789">
      <w:r>
        <w:t>The shelves below were adorned with artifacts—gold and white, perfectly placed, perfectly arranged. Like everything in this room. Carefully curated. Controlled.</w:t>
      </w:r>
    </w:p>
    <w:p w14:paraId="5CEFE9B0" w14:textId="77777777" w:rsidR="00121116" w:rsidRDefault="00AA3789">
      <w:r>
        <w:t>I pushed the blanket off me and swung my legs over the side of the bed, my bare feet touching the cool floor. My body felt heavy, like it hadn’t quite recovered from the night before, but I forced myself to stand. The magic inside me was still there, still pulsing faintly beneath my skin, but it was quiet now. For the moment.</w:t>
      </w:r>
    </w:p>
    <w:p w14:paraId="7AE4F028" w14:textId="77777777" w:rsidR="00121116" w:rsidRDefault="00AA3789">
      <w:r>
        <w:t>I moved toward the window, drawn to the light, to the view beyond. The golden vines that framed the window curled elegantly, their intricate design catching the light in a way that made them seem almost alive. I reached out, my fingers brushing against the cool metal, grounding me for just a second before I turned my gaze outward.</w:t>
      </w:r>
    </w:p>
    <w:p w14:paraId="3BDE2BF6" w14:textId="77777777" w:rsidR="00121116" w:rsidRDefault="00AA3789">
      <w:r>
        <w:lastRenderedPageBreak/>
        <w:t>The garden stretched out before me, vibrant green and strangely untouched. But it was the black roses that caught my attention. Their petals gleamed in the soft light, dark and velvety, like shadows in the midst of the greenery. They were beautiful in a way that felt... wrong. Like they didn’t belong here. Or maybe they belonged too much.</w:t>
      </w:r>
    </w:p>
    <w:p w14:paraId="554958E7" w14:textId="77777777" w:rsidR="00121116" w:rsidRDefault="00AA3789">
      <w:r>
        <w:t>I stood there for a long time, staring out at the garden, the weight of the night before still heavy in my chest. The room was quiet, but my thoughts were loud, spinning with everything Rainer had said, with everything I still didn’t understand.</w:t>
      </w:r>
    </w:p>
    <w:p w14:paraId="79E47C44" w14:textId="77777777" w:rsidR="00121116" w:rsidRDefault="00AA3789">
      <w:r>
        <w:t>The shelves, the dagger, the black roses—they all felt like symbols of something just out of reach. Something I couldn’t grasp.</w:t>
      </w:r>
    </w:p>
    <w:p w14:paraId="4D80418D" w14:textId="77777777" w:rsidR="00121116" w:rsidRDefault="00AA3789">
      <w:r>
        <w:t>I turned away from the window, my gaze falling on the white sculpture of a rearing horse in the corner, perched atop a small wooden table with serpentine black metal legs. It was majestic, powerful, but it was frozen. Trapped in a moment of motion, but never moving.</w:t>
      </w:r>
    </w:p>
    <w:p w14:paraId="4C5F9A02" w14:textId="77777777" w:rsidR="00121116" w:rsidRDefault="00AA3789">
      <w:r>
        <w:t>Just like me.</w:t>
      </w:r>
    </w:p>
    <w:p w14:paraId="0AA42C20" w14:textId="77777777" w:rsidR="00121116" w:rsidRDefault="00AA3789">
      <w:r>
        <w:t>I let out a slow breath, my hands gripping the edge of the window frame. The room was beautiful, but I couldn’t shake the feeling that it was another prison. Another place where I didn’t belong but had to stay.</w:t>
      </w:r>
    </w:p>
    <w:p w14:paraId="573D8298" w14:textId="77777777" w:rsidR="00121116" w:rsidRDefault="00AA3789">
      <w:r>
        <w:t>The room was too quiet.</w:t>
      </w:r>
    </w:p>
    <w:p w14:paraId="6DC7D92F" w14:textId="77777777" w:rsidR="00121116" w:rsidRDefault="00AA3789">
      <w:r>
        <w:t>I stood by the window, staring out at the black roses swaying against the muted grey sky. My fingers traced the cool golden vines that framed the glass, the metal smooth beneath my touch. The horizon stretched endlessly, heavy and colorless, pressing against the fields like a weight I couldn’t name.</w:t>
      </w:r>
    </w:p>
    <w:p w14:paraId="26E3C35B" w14:textId="77777777" w:rsidR="00121116" w:rsidRDefault="00AA3789">
      <w:r>
        <w:t>But my mind was heavier.</w:t>
      </w:r>
    </w:p>
    <w:p w14:paraId="0ACA4777" w14:textId="77777777" w:rsidR="00121116" w:rsidRDefault="00AA3789">
      <w:r>
        <w:t>It pulled me between the rawness of last night and the uncertainty of what came next.</w:t>
      </w:r>
    </w:p>
    <w:p w14:paraId="0D2445B3" w14:textId="77777777" w:rsidR="00121116" w:rsidRDefault="00AA3789">
      <w:r>
        <w:t>I exhaled slowly, trying to steady myself. But before I could slip too deep, a soft knock broke the silence.</w:t>
      </w:r>
    </w:p>
    <w:p w14:paraId="4392909C" w14:textId="77777777" w:rsidR="00121116" w:rsidRDefault="00AA3789">
      <w:r>
        <w:t>"Sky?"</w:t>
      </w:r>
    </w:p>
    <w:p w14:paraId="68C28D6E" w14:textId="77777777" w:rsidR="00121116" w:rsidRDefault="00AA3789">
      <w:r>
        <w:t>I didn’t turn around.</w:t>
      </w:r>
    </w:p>
    <w:p w14:paraId="0AB8B039" w14:textId="77777777" w:rsidR="00121116" w:rsidRDefault="00AA3789">
      <w:r>
        <w:t>Rainer’s voice was steady—as always. Unshaken, unreadable. He never let anything slip.</w:t>
      </w:r>
    </w:p>
    <w:p w14:paraId="6A4D2677" w14:textId="77777777" w:rsidR="00121116" w:rsidRDefault="00AA3789">
      <w:r>
        <w:t>The door opened behind me, the sound quiet but deliberate. His footsteps followed—slow, measured.</w:t>
      </w:r>
    </w:p>
    <w:p w14:paraId="2CC98011" w14:textId="77777777" w:rsidR="00121116" w:rsidRDefault="00AA3789">
      <w:r>
        <w:t>"We need to talk."</w:t>
      </w:r>
    </w:p>
    <w:p w14:paraId="4942E80A" w14:textId="77777777" w:rsidR="00121116" w:rsidRDefault="00AA3789">
      <w:r>
        <w:t>I swallowed, my palm pressing against the cool glass.</w:t>
      </w:r>
    </w:p>
    <w:p w14:paraId="26CC95A3" w14:textId="77777777" w:rsidR="00121116" w:rsidRDefault="00AA3789">
      <w:r>
        <w:lastRenderedPageBreak/>
        <w:t>I wasn’t ready.</w:t>
      </w:r>
    </w:p>
    <w:p w14:paraId="11954511" w14:textId="77777777" w:rsidR="00121116" w:rsidRDefault="00AA3789">
      <w:r>
        <w:t>Not for another conversation.</w:t>
      </w:r>
    </w:p>
    <w:p w14:paraId="26874F28" w14:textId="77777777" w:rsidR="00121116" w:rsidRDefault="00AA3789">
      <w:r>
        <w:t>Not for more questions I wasn’t sure I could answer.</w:t>
      </w:r>
    </w:p>
    <w:p w14:paraId="2FF46AED" w14:textId="77777777" w:rsidR="00121116" w:rsidRDefault="00AA3789">
      <w:r>
        <w:t>The silence between us stretched, thin but weighted, like a thread ready to snap.</w:t>
      </w:r>
    </w:p>
    <w:p w14:paraId="4EB6E52E" w14:textId="77777777" w:rsidR="00121116" w:rsidRDefault="00AA3789">
      <w:r>
        <w:t>But Rainer didn’t wait for me to respond.</w:t>
      </w:r>
    </w:p>
    <w:p w14:paraId="598302CE" w14:textId="77777777" w:rsidR="00121116" w:rsidRDefault="00AA3789">
      <w:r>
        <w:t>His voice softened, a rare shift, threading through the air between us.</w:t>
      </w:r>
    </w:p>
    <w:p w14:paraId="120F84A9" w14:textId="77777777" w:rsidR="00121116" w:rsidRDefault="00AA3789">
      <w:r>
        <w:t>"I want to show you something."</w:t>
      </w:r>
    </w:p>
    <w:p w14:paraId="7861097A" w14:textId="77777777" w:rsidR="00121116" w:rsidRDefault="00AA3789">
      <w:r>
        <w:t>Finally, I turned.</w:t>
      </w:r>
    </w:p>
    <w:p w14:paraId="3DB59577" w14:textId="77777777" w:rsidR="00121116" w:rsidRDefault="00AA3789">
      <w:r>
        <w:t>Our eyes met.</w:t>
      </w:r>
    </w:p>
    <w:p w14:paraId="7A33D1B7" w14:textId="77777777" w:rsidR="00121116" w:rsidRDefault="00AA3789">
      <w:r>
        <w:t>His expression remained unreadable, but his gaze was... softer than usual.</w:t>
      </w:r>
    </w:p>
    <w:p w14:paraId="3101515E" w14:textId="77777777" w:rsidR="00121116" w:rsidRDefault="00AA3789">
      <w:r>
        <w:t>Magic buzzed faintly in the space between us—warm, steady, alive.</w:t>
      </w:r>
    </w:p>
    <w:p w14:paraId="1A9B4E9B" w14:textId="77777777" w:rsidR="00121116" w:rsidRDefault="00AA3789">
      <w:r>
        <w:t>Rainer’s power had always burned, always carried heat, but it wasn’t suffocating. It didn’t feel like Vidar’s cold, unrelenting edge.</w:t>
      </w:r>
    </w:p>
    <w:p w14:paraId="53234069" w14:textId="77777777" w:rsidR="00121116" w:rsidRDefault="00AA3789">
      <w:r>
        <w:t>But it wasn’t enough to bridge the distance between us, either.</w:t>
      </w:r>
    </w:p>
    <w:p w14:paraId="0A6AED84" w14:textId="77777777" w:rsidR="00121116" w:rsidRDefault="00AA3789">
      <w:r>
        <w:t>He nodded toward the door.</w:t>
      </w:r>
    </w:p>
    <w:p w14:paraId="43268D9C" w14:textId="77777777" w:rsidR="00121116" w:rsidRDefault="00AA3789">
      <w:r>
        <w:t>"Come with me. I think this will help."</w:t>
      </w:r>
    </w:p>
    <w:p w14:paraId="39137D67" w14:textId="77777777" w:rsidR="00121116" w:rsidRDefault="00AA3789">
      <w:r>
        <w:t>I hesitated.</w:t>
      </w:r>
    </w:p>
    <w:p w14:paraId="3BBEA931" w14:textId="77777777" w:rsidR="00121116" w:rsidRDefault="00AA3789">
      <w:r>
        <w:t>For a moment, I almost refused.</w:t>
      </w:r>
    </w:p>
    <w:p w14:paraId="1C6D8F4D" w14:textId="77777777" w:rsidR="00121116" w:rsidRDefault="00AA3789">
      <w:r>
        <w:t>But something in his voice—a quiet certainty, a thread of understanding—pulled at me.</w:t>
      </w:r>
    </w:p>
    <w:p w14:paraId="321F2FED" w14:textId="77777777" w:rsidR="00121116" w:rsidRDefault="00AA3789">
      <w:r>
        <w:t>And maybe I just needed to breathe fresh air again.</w:t>
      </w:r>
    </w:p>
    <w:p w14:paraId="717E5E5A" w14:textId="77777777" w:rsidR="00121116" w:rsidRDefault="00AA3789">
      <w:r>
        <w:t>So, without a word, I followed him out.</w:t>
      </w:r>
    </w:p>
    <w:p w14:paraId="17F698EF" w14:textId="77777777" w:rsidR="00121116" w:rsidRDefault="00AA3789">
      <w:r>
        <w:t>The corridor stretched ahead, vast and shadowed, but not empty.</w:t>
      </w:r>
    </w:p>
    <w:p w14:paraId="6A55D493" w14:textId="77777777" w:rsidR="00121116" w:rsidRDefault="00AA3789">
      <w:r>
        <w:t>Magic lingered in the walls, humming beneath the surface, woven into the very foundation of this place.</w:t>
      </w:r>
    </w:p>
    <w:p w14:paraId="79C8FDBD" w14:textId="77777777" w:rsidR="00121116" w:rsidRDefault="00AA3789">
      <w:r>
        <w:t>As we reached the archway, two large, glassy black doors stood before us.</w:t>
      </w:r>
    </w:p>
    <w:p w14:paraId="2EBB42E8" w14:textId="77777777" w:rsidR="00121116" w:rsidRDefault="00AA3789">
      <w:r>
        <w:t>They met in the middle, untouched—until a gust of fiery wind swirled between them.</w:t>
      </w:r>
    </w:p>
    <w:p w14:paraId="610292E0" w14:textId="77777777" w:rsidR="00121116" w:rsidRDefault="00AA3789">
      <w:r>
        <w:t>The doors unlocked with a slow, smooth swoosh, parting before us.</w:t>
      </w:r>
    </w:p>
    <w:p w14:paraId="3AC977FD" w14:textId="77777777" w:rsidR="00121116" w:rsidRDefault="00AA3789">
      <w:r>
        <w:lastRenderedPageBreak/>
        <w:t>Power rolled off them, thick and commanding.</w:t>
      </w:r>
    </w:p>
    <w:p w14:paraId="5E0CEBDE" w14:textId="77777777" w:rsidR="00121116" w:rsidRDefault="00AA3789">
      <w:r>
        <w:t>But it was his.</w:t>
      </w:r>
    </w:p>
    <w:p w14:paraId="30C17E03" w14:textId="77777777" w:rsidR="00121116" w:rsidRDefault="00AA3789">
      <w:r>
        <w:t>Unmistakably Rainer’s.</w:t>
      </w:r>
    </w:p>
    <w:p w14:paraId="0A0C152E" w14:textId="77777777" w:rsidR="00121116" w:rsidRDefault="00AA3789">
      <w:r>
        <w:t>Warm. Powerful. Untamed.</w:t>
      </w:r>
    </w:p>
    <w:p w14:paraId="0C954242" w14:textId="77777777" w:rsidR="00121116" w:rsidRDefault="00AA3789">
      <w:r>
        <w:t>But not consuming.</w:t>
      </w:r>
    </w:p>
    <w:p w14:paraId="551B8876" w14:textId="77777777" w:rsidR="00121116" w:rsidRDefault="00AA3789">
      <w:r>
        <w:t>Not like Vidar’s.</w:t>
      </w:r>
    </w:p>
    <w:p w14:paraId="1C4EF056" w14:textId="77777777" w:rsidR="00121116" w:rsidRDefault="00AA3789">
      <w:r>
        <w:t>Vidar’s magic had been a vice, cold and suffocating, a force that wound itself around you until you couldn’t breathe.</w:t>
      </w:r>
    </w:p>
    <w:p w14:paraId="1B66C213" w14:textId="77777777" w:rsidR="00121116" w:rsidRDefault="00AA3789">
      <w:r>
        <w:t>Rainer’s?</w:t>
      </w:r>
    </w:p>
    <w:p w14:paraId="50301A88" w14:textId="77777777" w:rsidR="00121116" w:rsidRDefault="00AA3789">
      <w:r>
        <w:t>It burned. But it never sought to destroy.</w:t>
      </w:r>
    </w:p>
    <w:p w14:paraId="6076C61F" w14:textId="77777777" w:rsidR="00121116" w:rsidRDefault="00AA3789">
      <w:r>
        <w:t>Beyond the tall metallic gates surrounding his home, fields of lavender stretched out before us, endless and serene. The scent of it clung to the air, mixing with the earthy smell of damp soil and fresh grass. A small grassy path led through the fields, dividing them ahead, but we remained inside the gates, turning right and following a dirt path lined with bushes of black roses, their petals stark against the white stone path I’d glimpsed through the window.</w:t>
      </w:r>
    </w:p>
    <w:p w14:paraId="479B709F" w14:textId="77777777" w:rsidR="00121116" w:rsidRDefault="00AA3789">
      <w:r>
        <w:t>His lands carried the scents of fresh grass and earthy flowers, grounding me in a way I hadn’t expected. The tension that had coiled tight in my chest began to loosen, just a little, though the weight of everything still hung there, heavy and present.</w:t>
      </w:r>
    </w:p>
    <w:p w14:paraId="313C6A0A" w14:textId="77777777" w:rsidR="00121116" w:rsidRDefault="00AA3789">
      <w:r>
        <w:t>We approached a black wooden stable, nestled beneath a grand white archway framed with golden vines that gleamed in the morning light. Inside, beautiful white and black horses rested in spacious stalls, their coats gleaming from meticulous grooming. The familiar scent of musty warmth filled the air, and for the first time since I’d arrived, I felt a pang of something close to comfort.</w:t>
      </w:r>
    </w:p>
    <w:p w14:paraId="75BCD925" w14:textId="77777777" w:rsidR="00121116" w:rsidRDefault="00AA3789">
      <w:r>
        <w:t>Maybe it was the smell of the hay, or maybe it was the sense of something alive, something real in this foreign place.</w:t>
      </w:r>
    </w:p>
    <w:p w14:paraId="68E366A3" w14:textId="77777777" w:rsidR="00121116" w:rsidRDefault="00AA3789">
      <w:r>
        <w:t>“Do you know how to ride?” Rainer asked, his voice breaking the silence.</w:t>
      </w:r>
    </w:p>
    <w:p w14:paraId="76E56157" w14:textId="77777777" w:rsidR="00121116" w:rsidRDefault="00AA3789">
      <w:r>
        <w:t>“Yes.” I answered, my voice more confident than I felt. Riding was the one thing I could claim as my own, the one thing I had mastered before everything else was ripped away from me.</w:t>
      </w:r>
    </w:p>
    <w:p w14:paraId="58D4368C" w14:textId="77777777" w:rsidR="00121116" w:rsidRDefault="00AA3789">
      <w:r>
        <w:t>“I’ll have Kylin tack up two horses for us. I want to show you something.” Rainer’s voice was calm, but there was something else beneath it—a hint of purpose, maybe even hope.</w:t>
      </w:r>
    </w:p>
    <w:p w14:paraId="603D8115" w14:textId="77777777" w:rsidR="00121116" w:rsidRDefault="00AA3789">
      <w:r>
        <w:lastRenderedPageBreak/>
        <w:t>I watched as a shorter, thin male with soft, dark eyes appeared and began to tack up the horses—a black one and a pearly white one. He worked quickly, his hands moving with a practiced ease, and when he finished, he led the two horses over to us.</w:t>
      </w:r>
    </w:p>
    <w:p w14:paraId="328DF5DF" w14:textId="77777777" w:rsidR="00121116" w:rsidRDefault="00AA3789">
      <w:r>
        <w:t>“This is Salvia,” Rainer said, motioning to the white horse. “She’s shy, reserved, but will always keep you safe. She seems to like you.”</w:t>
      </w:r>
    </w:p>
    <w:p w14:paraId="0B1E2D6D" w14:textId="77777777" w:rsidR="00121116" w:rsidRDefault="00AA3789">
      <w:r>
        <w:t>Salvia lowered her head, her large, soft eyes blinking up at me as she nudged my hand gently with her nose. I ran my fingers over her rosy nose, feeling the warmth of her breath against my skin. She was beautiful—more than beautiful, really. She was the most stunning animal I had ever seen, her coat gleaming like liquid pearl, reflecting the hidden sunlight in soft, metallic waves.</w:t>
      </w:r>
    </w:p>
    <w:p w14:paraId="1FC17808" w14:textId="77777777" w:rsidR="00121116" w:rsidRDefault="00AA3789">
      <w:r>
        <w:t>“And here,” Rainer said, his tone shifting as he turned to the black horse, “is Furor. He’s strong, stubborn, and cunning. Born to lead.” He smirked, scratching Furor’s neck, the horse snorting in approval. “It took me a long time to gain his trust.”</w:t>
      </w:r>
    </w:p>
    <w:p w14:paraId="5C267EAE" w14:textId="77777777" w:rsidR="00121116" w:rsidRDefault="00AA3789">
      <w:r>
        <w:t>Furor tossed his head, his dark, intelligent eyes watching me with something close to suspicion, as if weighing whether I was worthy of being near him.</w:t>
      </w:r>
    </w:p>
    <w:p w14:paraId="4BD6C6C1" w14:textId="77777777" w:rsidR="00121116" w:rsidRDefault="00AA3789">
      <w:r>
        <w:t>“He likes to intimidate,” Rainer added, his smirk widening just a little. “But don’t worry. He only plays into the fear of others when he thinks it’s worth his time.”</w:t>
      </w:r>
    </w:p>
    <w:p w14:paraId="0993C963" w14:textId="77777777" w:rsidR="00121116" w:rsidRDefault="00AA3789">
      <w:r>
        <w:t>The two horses stood there, side by side—Salvia calm and gentle, Furor powerful and unyielding. Just like Rainer and me, I thought. One quiet and reserved, the other a force of nature, impossible to control.</w:t>
      </w:r>
    </w:p>
    <w:p w14:paraId="05A18454" w14:textId="77777777" w:rsidR="00121116" w:rsidRDefault="00AA3789">
      <w:r>
        <w:t>We mounted, and as soon as we began to ride, the tension in the air shifted. The horses led the way, their hooves crunching softly on the path as we rode side by side, neither of us speaking. The long grass stretched out before us, the air crisp and fresh, but the silence between us felt heavier now.</w:t>
      </w:r>
    </w:p>
    <w:p w14:paraId="205E482F" w14:textId="77777777" w:rsidR="00121116" w:rsidRDefault="00AA3789">
      <w:r>
        <w:t>Riding was familiar. The one thing that made sense. And for a moment, I let myself sink into it, let the steady rhythm of Salvia’s movement calm the storm inside me.</w:t>
      </w:r>
    </w:p>
    <w:p w14:paraId="5C03F95B" w14:textId="77777777" w:rsidR="00121116" w:rsidRDefault="00AA3789">
      <w:r>
        <w:t>But it wasn’t enough to make me forget.</w:t>
      </w:r>
    </w:p>
    <w:p w14:paraId="1F820070" w14:textId="77777777" w:rsidR="00121116" w:rsidRDefault="00AA3789">
      <w:r>
        <w:t>We rode in silence for a long time, the sound of the horses' hooves against the earth the only thing grounding me. The fields faded into the background, and the air grew cooler as we climbed higher, the scent of salt in the breeze signaling our approach to the sea.</w:t>
      </w:r>
    </w:p>
    <w:p w14:paraId="59577D23" w14:textId="77777777" w:rsidR="00121116" w:rsidRDefault="00AA3789">
      <w:r>
        <w:t>Finally, we stopped atop a cliff overlooking the ocean.</w:t>
      </w:r>
    </w:p>
    <w:p w14:paraId="0C688740" w14:textId="77777777" w:rsidR="00121116" w:rsidRDefault="00AA3789">
      <w:r>
        <w:t>Below, waves crashed violently against jagged rocks, sending white foam into the air. The wind was sharp, biting, but I didn’t mind. If anything, the cold was welcome—like it could freeze the chaos inside me, if only for a moment.</w:t>
      </w:r>
    </w:p>
    <w:p w14:paraId="21196C6E" w14:textId="77777777" w:rsidR="00121116" w:rsidRDefault="00AA3789">
      <w:r>
        <w:t>I glanced at Rainer.</w:t>
      </w:r>
    </w:p>
    <w:p w14:paraId="67618B0E" w14:textId="77777777" w:rsidR="00121116" w:rsidRDefault="00AA3789">
      <w:r>
        <w:lastRenderedPageBreak/>
        <w:t>He had dismounted, standing a few steps away, his posture rigid, arms crossed, watching the waves as if lost in his own thoughts.</w:t>
      </w:r>
    </w:p>
    <w:p w14:paraId="242082C9" w14:textId="77777777" w:rsidR="00121116" w:rsidRDefault="00AA3789">
      <w:r>
        <w:t>His horse, dark as a shadow, stood unmoving, waiting. Just like him.</w:t>
      </w:r>
    </w:p>
    <w:p w14:paraId="0E4625AD" w14:textId="77777777" w:rsidR="00121116" w:rsidRDefault="00AA3789">
      <w:r>
        <w:t>For once, he looked less like the unshakable force I had always seen him as.</w:t>
      </w:r>
    </w:p>
    <w:p w14:paraId="34200A5B" w14:textId="77777777" w:rsidR="00121116" w:rsidRDefault="00AA3789">
      <w:r>
        <w:t>He looked like someone bracing for something inevitable.</w:t>
      </w:r>
    </w:p>
    <w:p w14:paraId="4C3A1ADA" w14:textId="77777777" w:rsidR="00121116" w:rsidRDefault="00AA3789">
      <w:r>
        <w:t>The words had been there, festering, gnawing at the back of my mind.</w:t>
      </w:r>
    </w:p>
    <w:p w14:paraId="6C24F635" w14:textId="77777777" w:rsidR="00121116" w:rsidRDefault="00AA3789">
      <w:r>
        <w:t>And now, it rose unbidden, clawing its way free, coated in bitterness.</w:t>
      </w:r>
    </w:p>
    <w:p w14:paraId="6106475D" w14:textId="77777777" w:rsidR="00121116" w:rsidRDefault="00AA3789">
      <w:r>
        <w:t>"I need to go back. To my family."</w:t>
      </w:r>
    </w:p>
    <w:p w14:paraId="48EC9B38" w14:textId="77777777" w:rsidR="00121116" w:rsidRDefault="00AA3789">
      <w:r>
        <w:t>My voice came quieter than I expected. Almost hesitant.</w:t>
      </w:r>
    </w:p>
    <w:p w14:paraId="380B846B" w14:textId="77777777" w:rsidR="00121116" w:rsidRDefault="00AA3789">
      <w:r>
        <w:t>But hesitation was quickly drowned by something sharper.</w:t>
      </w:r>
    </w:p>
    <w:p w14:paraId="2CE3C4E1" w14:textId="77777777" w:rsidR="00121116" w:rsidRDefault="00AA3789">
      <w:r>
        <w:t>"Or whomever they are," I added, the words laced with something biting, something defensive—a shield I wasn’t sure I needed.</w:t>
      </w:r>
    </w:p>
    <w:p w14:paraId="3904B492" w14:textId="77777777" w:rsidR="00121116" w:rsidRDefault="00AA3789">
      <w:r>
        <w:t>Rainer shifted slightly.</w:t>
      </w:r>
    </w:p>
    <w:p w14:paraId="04900DCC" w14:textId="77777777" w:rsidR="00121116" w:rsidRDefault="00AA3789">
      <w:r>
        <w:t>His jaw tensed, his fingers flexing against his arm before curling into a fist—small, controlled movements, but enough for me to see he had expected this conversation.</w:t>
      </w:r>
    </w:p>
    <w:p w14:paraId="256E0CE6" w14:textId="77777777" w:rsidR="00121116" w:rsidRDefault="00AA3789">
      <w:r>
        <w:t>"I haven’t been back," he said finally. Blunt.</w:t>
      </w:r>
    </w:p>
    <w:p w14:paraId="09F19977" w14:textId="77777777" w:rsidR="00121116" w:rsidRDefault="00AA3789">
      <w:r>
        <w:t>But not careless.</w:t>
      </w:r>
    </w:p>
    <w:p w14:paraId="14992FC4" w14:textId="77777777" w:rsidR="00121116" w:rsidRDefault="00AA3789">
      <w:r>
        <w:t>There was something different in his voice this time—not just certainty, but something closer to regret.</w:t>
      </w:r>
    </w:p>
    <w:p w14:paraId="53CA3B42" w14:textId="77777777" w:rsidR="00121116" w:rsidRDefault="00AA3789">
      <w:r>
        <w:t>"I should have," he admitted after a beat, his gaze still locked on the crashing waves.</w:t>
      </w:r>
    </w:p>
    <w:p w14:paraId="105030A4" w14:textId="77777777" w:rsidR="00121116" w:rsidRDefault="00AA3789">
      <w:r>
        <w:t>A pause.</w:t>
      </w:r>
    </w:p>
    <w:p w14:paraId="6F66B900" w14:textId="77777777" w:rsidR="00121116" w:rsidRDefault="00AA3789">
      <w:r>
        <w:t>"But we can’t risk it."</w:t>
      </w:r>
    </w:p>
    <w:p w14:paraId="52D42265" w14:textId="77777777" w:rsidR="00121116" w:rsidRDefault="00AA3789">
      <w:r>
        <w:t>He turned to me then, fully, his expression unreadable, but the weight in his eyes heavier than before.</w:t>
      </w:r>
    </w:p>
    <w:p w14:paraId="2F385E06" w14:textId="77777777" w:rsidR="00121116" w:rsidRDefault="00AA3789">
      <w:r>
        <w:t>"Not now."</w:t>
      </w:r>
    </w:p>
    <w:p w14:paraId="207BE426" w14:textId="77777777" w:rsidR="00121116" w:rsidRDefault="00AA3789">
      <w:r>
        <w:t>The wind pulled at my hair, whipping it around my face as his words settled between us, heavy and unsatisfying.</w:t>
      </w:r>
    </w:p>
    <w:p w14:paraId="4BEC42B9" w14:textId="77777777" w:rsidR="00121116" w:rsidRDefault="00AA3789">
      <w:r>
        <w:t>He was right.</w:t>
      </w:r>
    </w:p>
    <w:p w14:paraId="41C88089" w14:textId="77777777" w:rsidR="00121116" w:rsidRDefault="00AA3789">
      <w:r>
        <w:lastRenderedPageBreak/>
        <w:t>But I wasn’t sure if I was angry at him—or just angry at everything.</w:t>
      </w:r>
    </w:p>
    <w:p w14:paraId="43F7CCA1" w14:textId="77777777" w:rsidR="00121116" w:rsidRDefault="00AA3789">
      <w:r>
        <w:t>The ocean roared below, filling the silence with its endless, violent rhythm.</w:t>
      </w:r>
    </w:p>
    <w:p w14:paraId="1472138F" w14:textId="77777777" w:rsidR="00121116" w:rsidRDefault="00AA3789">
      <w:r>
        <w:t>I turned back toward the horizon, watching the gray water stretch into infinity.</w:t>
      </w:r>
    </w:p>
    <w:p w14:paraId="77650AF8" w14:textId="77777777" w:rsidR="00121116" w:rsidRDefault="00AA3789">
      <w:r>
        <w:t>Churning.</w:t>
      </w:r>
    </w:p>
    <w:p w14:paraId="7A62CADF" w14:textId="77777777" w:rsidR="00121116" w:rsidRDefault="00AA3789">
      <w:r>
        <w:t>Unforgiving.</w:t>
      </w:r>
    </w:p>
    <w:p w14:paraId="3B0DB3BD" w14:textId="77777777" w:rsidR="00121116" w:rsidRDefault="00AA3789">
      <w:r>
        <w:t>Just like everything inside me.</w:t>
      </w:r>
    </w:p>
    <w:p w14:paraId="17B534B3" w14:textId="77777777" w:rsidR="00121116" w:rsidRDefault="00AA3789">
      <w:r>
        <w:t>My family.</w:t>
      </w:r>
    </w:p>
    <w:p w14:paraId="1DB3851B" w14:textId="77777777" w:rsidR="00121116" w:rsidRDefault="00AA3789">
      <w:r>
        <w:t>Whoever they were.</w:t>
      </w:r>
    </w:p>
    <w:p w14:paraId="0B061AA1" w14:textId="77777777" w:rsidR="00121116" w:rsidRDefault="00AA3789">
      <w:r>
        <w:t>They felt like ghosts now—distant, faded memories of a life I had lost without even realizing it.</w:t>
      </w:r>
    </w:p>
    <w:p w14:paraId="04384059" w14:textId="77777777" w:rsidR="00121116" w:rsidRDefault="00AA3789">
      <w:r>
        <w:t>But I couldn’t shake the guilt.</w:t>
      </w:r>
    </w:p>
    <w:p w14:paraId="7D095019" w14:textId="77777777" w:rsidR="00121116" w:rsidRDefault="00AA3789">
      <w:r>
        <w:t>The guilt of forgetting.</w:t>
      </w:r>
    </w:p>
    <w:p w14:paraId="6952D101" w14:textId="77777777" w:rsidR="00121116" w:rsidRDefault="00AA3789">
      <w:r>
        <w:t>Of letting myself get so consumed by this new reality that the people who raised me had become nothing more than shadows in my mind.</w:t>
      </w:r>
    </w:p>
    <w:p w14:paraId="2929125E" w14:textId="77777777" w:rsidR="00121116" w:rsidRDefault="00AA3789">
      <w:r>
        <w:t>"They were never really my family, were they?"</w:t>
      </w:r>
    </w:p>
    <w:p w14:paraId="27B2756B" w14:textId="77777777" w:rsidR="00121116" w:rsidRDefault="00AA3789">
      <w:r>
        <w:t>The words slipped out, more to myself than to him.</w:t>
      </w:r>
    </w:p>
    <w:p w14:paraId="044F587A" w14:textId="77777777" w:rsidR="00121116" w:rsidRDefault="00AA3789">
      <w:r>
        <w:t>Flat. Emotionless.</w:t>
      </w:r>
    </w:p>
    <w:p w14:paraId="7301E22F" w14:textId="77777777" w:rsidR="00121116" w:rsidRDefault="00AA3789">
      <w:r>
        <w:t>But the weight of them sank deep.</w:t>
      </w:r>
    </w:p>
    <w:p w14:paraId="2A4F292D" w14:textId="77777777" w:rsidR="00121116" w:rsidRDefault="00AA3789">
      <w:r>
        <w:t>Rainer didn’t answer right away.</w:t>
      </w:r>
    </w:p>
    <w:p w14:paraId="39EB5FD1" w14:textId="77777777" w:rsidR="00121116" w:rsidRDefault="00AA3789">
      <w:r>
        <w:t>But this time, the silence felt different.</w:t>
      </w:r>
    </w:p>
    <w:p w14:paraId="15C79ECF" w14:textId="77777777" w:rsidR="00121116" w:rsidRDefault="00AA3789">
      <w:r>
        <w:t>It wasn’t hesitation.</w:t>
      </w:r>
    </w:p>
    <w:p w14:paraId="2624226C" w14:textId="77777777" w:rsidR="00121116" w:rsidRDefault="00AA3789">
      <w:r>
        <w:t>It wasn’t cold calculation.</w:t>
      </w:r>
    </w:p>
    <w:p w14:paraId="53495E0D" w14:textId="77777777" w:rsidR="00121116" w:rsidRDefault="00AA3789">
      <w:r>
        <w:t>It was the kind of silence that came when you wanted to spare someone a truth you knew would hurt.</w:t>
      </w:r>
    </w:p>
    <w:p w14:paraId="40AA0A3D" w14:textId="77777777" w:rsidR="00121116" w:rsidRDefault="00AA3789">
      <w:r>
        <w:t>Finally, quietly, he spoke.</w:t>
      </w:r>
    </w:p>
    <w:p w14:paraId="5657A71E" w14:textId="77777777" w:rsidR="00121116" w:rsidRDefault="00AA3789">
      <w:r>
        <w:t>"No. They weren’t."</w:t>
      </w:r>
    </w:p>
    <w:p w14:paraId="7BB30562" w14:textId="77777777" w:rsidR="00121116" w:rsidRDefault="00AA3789">
      <w:r>
        <w:t>I closed my eyes for a second, letting the truth settle in.</w:t>
      </w:r>
    </w:p>
    <w:p w14:paraId="1DE2787D" w14:textId="77777777" w:rsidR="00121116" w:rsidRDefault="00AA3789">
      <w:r>
        <w:lastRenderedPageBreak/>
        <w:t>They weren’t my family.</w:t>
      </w:r>
    </w:p>
    <w:p w14:paraId="14351EDE" w14:textId="77777777" w:rsidR="00121116" w:rsidRDefault="00AA3789">
      <w:r>
        <w:t>They were strangers.</w:t>
      </w:r>
    </w:p>
    <w:p w14:paraId="54EDDAC0" w14:textId="77777777" w:rsidR="00121116" w:rsidRDefault="00AA3789">
      <w:r>
        <w:t>A part of a world I didn’t belong to.</w:t>
      </w:r>
    </w:p>
    <w:p w14:paraId="43EDE91E" w14:textId="77777777" w:rsidR="00121116" w:rsidRDefault="00AA3789">
      <w:r>
        <w:t>And yet…</w:t>
      </w:r>
    </w:p>
    <w:p w14:paraId="1914F6EC" w14:textId="77777777" w:rsidR="00121116" w:rsidRDefault="00AA3789">
      <w:r>
        <w:t>They were the only family I had ever known.</w:t>
      </w:r>
    </w:p>
    <w:p w14:paraId="5451791A" w14:textId="77777777" w:rsidR="00121116" w:rsidRDefault="00AA3789">
      <w:r>
        <w:t>The silence stretched between us, long and heavy, pressing into the spaces between my ribs.</w:t>
      </w:r>
    </w:p>
    <w:p w14:paraId="549FAB38" w14:textId="77777777" w:rsidR="00121116" w:rsidRDefault="00AA3789">
      <w:r>
        <w:t>It wasn’t the answer I wanted.</w:t>
      </w:r>
    </w:p>
    <w:p w14:paraId="0C7855D8" w14:textId="77777777" w:rsidR="00121116" w:rsidRDefault="00AA3789">
      <w:r>
        <w:t>But it was the answer I had already known.</w:t>
      </w:r>
    </w:p>
    <w:p w14:paraId="7F81F26B" w14:textId="77777777" w:rsidR="00121116" w:rsidRDefault="00AA3789">
      <w:r>
        <w:t>"But whoever they were," Rainer said finally, his voice quieter now, as if he knew the words would land like a knife, "they raised you as their own. They chose to."</w:t>
      </w:r>
    </w:p>
    <w:p w14:paraId="373DE07E" w14:textId="77777777" w:rsidR="00121116" w:rsidRDefault="00AA3789">
      <w:r>
        <w:t>I turned to him.</w:t>
      </w:r>
    </w:p>
    <w:p w14:paraId="5BDA11B8" w14:textId="77777777" w:rsidR="00121116" w:rsidRDefault="00AA3789">
      <w:r>
        <w:t>His expression wasn’t soft.</w:t>
      </w:r>
    </w:p>
    <w:p w14:paraId="57E6B8C7" w14:textId="77777777" w:rsidR="00121116" w:rsidRDefault="00AA3789">
      <w:r>
        <w:t>But it wasn’t indifferent either.</w:t>
      </w:r>
    </w:p>
    <w:p w14:paraId="494B8A93" w14:textId="77777777" w:rsidR="00121116" w:rsidRDefault="00AA3789">
      <w:r>
        <w:t>It was something else entirely.</w:t>
      </w:r>
    </w:p>
    <w:p w14:paraId="721012E6" w14:textId="77777777" w:rsidR="00121116" w:rsidRDefault="00AA3789">
      <w:r>
        <w:t>A quiet understanding.</w:t>
      </w:r>
    </w:p>
    <w:p w14:paraId="6DB1F82A" w14:textId="77777777" w:rsidR="00121116" w:rsidRDefault="00AA3789">
      <w:r>
        <w:t>"They cared for you," he continued. "But they are strangers to who you truly are."</w:t>
      </w:r>
    </w:p>
    <w:p w14:paraId="5F8A51C7" w14:textId="77777777" w:rsidR="00121116" w:rsidRDefault="00AA3789">
      <w:r>
        <w:t>The word burned.</w:t>
      </w:r>
    </w:p>
    <w:p w14:paraId="58701622" w14:textId="77777777" w:rsidR="00121116" w:rsidRDefault="00AA3789">
      <w:r>
        <w:t>Strangers.</w:t>
      </w:r>
    </w:p>
    <w:p w14:paraId="5F0E0432" w14:textId="77777777" w:rsidR="00121116" w:rsidRDefault="00AA3789">
      <w:r>
        <w:t>I wanted to fight it. Wanted to argue, to push against the truth pressing in around me.</w:t>
      </w:r>
    </w:p>
    <w:p w14:paraId="37C3D6F2" w14:textId="77777777" w:rsidR="00121116" w:rsidRDefault="00AA3789">
      <w:r>
        <w:t>But I couldn’t.</w:t>
      </w:r>
    </w:p>
    <w:p w14:paraId="6F19C127" w14:textId="77777777" w:rsidR="00121116" w:rsidRDefault="00AA3789">
      <w:r>
        <w:t>Because deep down, I knew.</w:t>
      </w:r>
    </w:p>
    <w:p w14:paraId="4A13DAB2" w14:textId="77777777" w:rsidR="00121116" w:rsidRDefault="00AA3789">
      <w:r>
        <w:t>They had raised me. Loved me—or so I thought.</w:t>
      </w:r>
    </w:p>
    <w:p w14:paraId="76B9BD4C" w14:textId="77777777" w:rsidR="00121116" w:rsidRDefault="00AA3789">
      <w:r>
        <w:t>But they didn’t know me.</w:t>
      </w:r>
    </w:p>
    <w:p w14:paraId="4E9FF642" w14:textId="77777777" w:rsidR="00121116" w:rsidRDefault="00AA3789">
      <w:r>
        <w:t>Not really. They never had.</w:t>
      </w:r>
    </w:p>
    <w:p w14:paraId="69B7204F" w14:textId="77777777" w:rsidR="00121116" w:rsidRDefault="00AA3789">
      <w:r>
        <w:t>I had protected them, and I wouldn’t stop now.</w:t>
      </w:r>
    </w:p>
    <w:p w14:paraId="315F6AD7" w14:textId="77777777" w:rsidR="00121116" w:rsidRDefault="00AA3789">
      <w:r>
        <w:lastRenderedPageBreak/>
        <w:t>The waves below crashed louder, the spray reaching up as if the ocean itself was pulling at the edges of the cliff. My thoughts churned like the sea, wild and untamed, and I couldn’t hold onto any single one of them long enough to make sense of it all.</w:t>
      </w:r>
    </w:p>
    <w:p w14:paraId="3492826A" w14:textId="77777777" w:rsidR="00121116" w:rsidRDefault="00AA3789">
      <w:r>
        <w:t>“They didn’t know,” I said, my voice quieter than I intended, but it was the only thing that felt true in that moment. “They didn’t know what I was... but they still cared for me.” The words felt hollow, but they were the only tether I had to that part of my life—the part that still made sense.</w:t>
      </w:r>
    </w:p>
    <w:p w14:paraId="73A1DAD8" w14:textId="77777777" w:rsidR="00121116" w:rsidRDefault="00AA3789">
      <w:r>
        <w:t>Rainer was silent for a moment, watching me, but I didn’t look at him. I couldn’t. My eyes were fixed on the horizon, on the endless stretch of gray water that seemed to go on forever. It felt like if I looked away, I’d lose whatever small piece of myself was left.</w:t>
      </w:r>
    </w:p>
    <w:p w14:paraId="23559578" w14:textId="77777777" w:rsidR="00121116" w:rsidRDefault="00AA3789">
      <w:r>
        <w:t>“I know,” Rainer said, his voice breaking through the wind. The silence that followed felt heavier than the words, but I wasn’t ready to unpack it anymore. Not now. Not here. The weight of it all pressed down, the ocean roaring beneath us, matching the chaos in my mind.</w:t>
      </w:r>
    </w:p>
    <w:p w14:paraId="2553DFF5" w14:textId="77777777" w:rsidR="00121116" w:rsidRDefault="00AA3789">
      <w:r>
        <w:t>I couldn’t carry it anymore.</w:t>
      </w:r>
    </w:p>
    <w:p w14:paraId="1DC378CC" w14:textId="77777777" w:rsidR="00121116" w:rsidRDefault="00AA3789">
      <w:r>
        <w:t>“So, what is it you want to show me?”</w:t>
      </w:r>
    </w:p>
    <w:p w14:paraId="6EFDE5D3" w14:textId="77777777" w:rsidR="00121116" w:rsidRDefault="00AA3789">
      <w:r>
        <w:t>My voice cut through the tension, sharp and deliberate.</w:t>
      </w:r>
    </w:p>
    <w:p w14:paraId="1D66C6F1" w14:textId="77777777" w:rsidR="00121116" w:rsidRDefault="00AA3789">
      <w:r>
        <w:t>I forced myself to shift, to move, breaking free from the heavy thoughts still tangled around me. My gaze left the horizon, leaving behind the weight of my past—the memories I wasn’t ready to face—and instead, I focused on him.</w:t>
      </w:r>
    </w:p>
    <w:p w14:paraId="0AEAC5A0" w14:textId="77777777" w:rsidR="00121116" w:rsidRDefault="00AA3789">
      <w:r>
        <w:t>Rainer.</w:t>
      </w:r>
    </w:p>
    <w:p w14:paraId="6BAC35D5" w14:textId="77777777" w:rsidR="00121116" w:rsidRDefault="00AA3789">
      <w:r>
        <w:t>He didn’t press further.</w:t>
      </w:r>
    </w:p>
    <w:p w14:paraId="489A1AC0" w14:textId="77777777" w:rsidR="00121116" w:rsidRDefault="00AA3789">
      <w:r>
        <w:t>Instead, his fingers ran through Furor’s dark mane, slow and deliberate, as if grounding himself in something real. His gaze flicked toward me, and for the briefest moment, I caught a flicker of understanding.</w:t>
      </w:r>
    </w:p>
    <w:p w14:paraId="5B0100A7" w14:textId="77777777" w:rsidR="00121116" w:rsidRDefault="00AA3789">
      <w:r>
        <w:t>A silent agreement.</w:t>
      </w:r>
    </w:p>
    <w:p w14:paraId="5082FCC1" w14:textId="77777777" w:rsidR="00121116" w:rsidRDefault="00AA3789">
      <w:r>
        <w:t>We weren’t ready to talk about what lingered between us.</w:t>
      </w:r>
    </w:p>
    <w:p w14:paraId="4C275C24" w14:textId="77777777" w:rsidR="00121116" w:rsidRDefault="00AA3789">
      <w:r>
        <w:t>Not yet.</w:t>
      </w:r>
    </w:p>
    <w:p w14:paraId="1D06BDBA" w14:textId="77777777" w:rsidR="00121116" w:rsidRDefault="00AA3789">
      <w:r>
        <w:t>“There’s a place,” he said finally, his voice quiet but firm. “I wanted you to see it. It’s important.”</w:t>
      </w:r>
    </w:p>
    <w:p w14:paraId="26A94A96" w14:textId="77777777" w:rsidR="00121116" w:rsidRDefault="00AA3789">
      <w:r>
        <w:t>He nudged Furor forward.</w:t>
      </w:r>
    </w:p>
    <w:p w14:paraId="479F10F1" w14:textId="77777777" w:rsidR="00121116" w:rsidRDefault="00AA3789">
      <w:r>
        <w:t>I followed without another word.</w:t>
      </w:r>
    </w:p>
    <w:p w14:paraId="3C59CD16" w14:textId="77777777" w:rsidR="00121116" w:rsidRDefault="00AA3789">
      <w:r>
        <w:lastRenderedPageBreak/>
        <w:t>Salvia’s steady gait beneath me was a comfort, her rhythm familiar, even when nothing else in my life was. As we left the cliffside, the sound of crashing waves faded behind us, swallowed by the wind.</w:t>
      </w:r>
    </w:p>
    <w:p w14:paraId="5C1D8F2B" w14:textId="77777777" w:rsidR="00121116" w:rsidRDefault="00AA3789">
      <w:r>
        <w:t>The path curved through fields of white blooms, their scent thick in the air.</w:t>
      </w:r>
    </w:p>
    <w:p w14:paraId="750A5E14" w14:textId="77777777" w:rsidR="00121116" w:rsidRDefault="00AA3789">
      <w:r>
        <w:t>Still, my mind lingered at the edge of that cliff, where the ocean had almost swallowed me whole.</w:t>
      </w:r>
    </w:p>
    <w:p w14:paraId="29C80FF7" w14:textId="77777777" w:rsidR="00121116" w:rsidRDefault="00AA3789">
      <w:r>
        <w:t>We rode in silence.</w:t>
      </w:r>
    </w:p>
    <w:p w14:paraId="7B194361" w14:textId="77777777" w:rsidR="00121116" w:rsidRDefault="00AA3789">
      <w:r>
        <w:t>The fields stretched endlessly, blurring into the horizon. My hair came loose, whipping behind me, strands catching in the wind.</w:t>
      </w:r>
    </w:p>
    <w:p w14:paraId="133AD97A" w14:textId="77777777" w:rsidR="00121116" w:rsidRDefault="00AA3789">
      <w:r>
        <w:t>For the first time in what felt like forever, I felt it.</w:t>
      </w:r>
    </w:p>
    <w:p w14:paraId="53B5CCE6" w14:textId="77777777" w:rsidR="00121116" w:rsidRDefault="00AA3789">
      <w:r>
        <w:t>Something small.</w:t>
      </w:r>
    </w:p>
    <w:p w14:paraId="00827A83" w14:textId="77777777" w:rsidR="00121116" w:rsidRDefault="00AA3789">
      <w:r>
        <w:t>Something fleeting.</w:t>
      </w:r>
    </w:p>
    <w:p w14:paraId="28A296BC" w14:textId="77777777" w:rsidR="00121116" w:rsidRDefault="00AA3789">
      <w:r>
        <w:t>Freedom.</w:t>
      </w:r>
    </w:p>
    <w:p w14:paraId="007D650C" w14:textId="77777777" w:rsidR="00121116" w:rsidRDefault="00AA3789">
      <w:r>
        <w:t>The wind carried the sharp tang of salt from the ocean, fresh and crisp, weaving through my lungs and settling in my chest like something light and untamed.</w:t>
      </w:r>
    </w:p>
    <w:p w14:paraId="659A258E" w14:textId="77777777" w:rsidR="00121116" w:rsidRDefault="00AA3789">
      <w:r>
        <w:t>I let Salvia pick up speed.</w:t>
      </w:r>
    </w:p>
    <w:p w14:paraId="659FB6E0" w14:textId="77777777" w:rsidR="00121116" w:rsidRDefault="00AA3789">
      <w:r>
        <w:t>Faster.</w:t>
      </w:r>
    </w:p>
    <w:p w14:paraId="3B37ADDB" w14:textId="77777777" w:rsidR="00121116" w:rsidRDefault="00AA3789">
      <w:r>
        <w:t>The wind stung my cheeks, leaving a tingling imprint of cold against my skin.</w:t>
      </w:r>
    </w:p>
    <w:p w14:paraId="62157569" w14:textId="77777777" w:rsidR="00121116" w:rsidRDefault="00AA3789">
      <w:r>
        <w:t>I wished it would never end.</w:t>
      </w:r>
    </w:p>
    <w:p w14:paraId="6C462897" w14:textId="77777777" w:rsidR="00121116" w:rsidRDefault="00AA3789">
      <w:r>
        <w:t>But reality had a way of catching up.</w:t>
      </w:r>
    </w:p>
    <w:p w14:paraId="5A9014D3" w14:textId="77777777" w:rsidR="00121116" w:rsidRDefault="00AA3789">
      <w:r>
        <w:t>Salvia’s pace slowed, and with it, the world seemed to pull back into focus.</w:t>
      </w:r>
    </w:p>
    <w:p w14:paraId="647BD91D" w14:textId="77777777" w:rsidR="00121116" w:rsidRDefault="00AA3789">
      <w:r>
        <w:t>The path curved ahead.</w:t>
      </w:r>
    </w:p>
    <w:p w14:paraId="7E450E0A" w14:textId="77777777" w:rsidR="00121116" w:rsidRDefault="00AA3789">
      <w:r>
        <w:t>The green fields thinned, fading into open land, where the hills rolled like gentle waves beneath the sky. And then—</w:t>
      </w:r>
    </w:p>
    <w:p w14:paraId="3A38940A" w14:textId="77777777" w:rsidR="00121116" w:rsidRDefault="00AA3789">
      <w:r>
        <w:t>I saw it.</w:t>
      </w:r>
    </w:p>
    <w:p w14:paraId="27940798" w14:textId="77777777" w:rsidR="00121116" w:rsidRDefault="00AA3789">
      <w:r>
        <w:t>I pulled on Salvia’s reins instinctively, my body reacting before my mind could process what lay ahead.</w:t>
      </w:r>
    </w:p>
    <w:p w14:paraId="74F42264" w14:textId="77777777" w:rsidR="00121116" w:rsidRDefault="00AA3789">
      <w:r>
        <w:t>Not a ruin.</w:t>
      </w:r>
    </w:p>
    <w:p w14:paraId="54D83DCE" w14:textId="77777777" w:rsidR="00121116" w:rsidRDefault="00AA3789">
      <w:r>
        <w:t>Not a structure.</w:t>
      </w:r>
    </w:p>
    <w:p w14:paraId="06C7DBD6" w14:textId="77777777" w:rsidR="00121116" w:rsidRDefault="00AA3789">
      <w:r>
        <w:lastRenderedPageBreak/>
        <w:t>But a tree.</w:t>
      </w:r>
    </w:p>
    <w:p w14:paraId="3C49459C" w14:textId="77777777" w:rsidR="00121116" w:rsidRDefault="00AA3789">
      <w:r>
        <w:t>A massive, ancient tree.</w:t>
      </w:r>
    </w:p>
    <w:p w14:paraId="6200333B" w14:textId="77777777" w:rsidR="00121116" w:rsidRDefault="00AA3789">
      <w:r>
        <w:t>Unlike anything I had ever seen.</w:t>
      </w:r>
    </w:p>
    <w:p w14:paraId="3CBA5C2A" w14:textId="77777777" w:rsidR="00121116" w:rsidRDefault="00AA3789">
      <w:r>
        <w:t>Its leaves were dark, almost menacing, hanging heavy like something from another world. They shimmered in the faint light, but not in the way sunlight usually plays with leaves. The droplets of moisture clinging to them reflected a vibrant, unnatural blue, with streaks of deep violet twisting within, like frozen lightning trapped in each bead. The leaves swayed gently in the breeze, but there was something predatory in their movement, as though the tree itself was watching, waiting.</w:t>
      </w:r>
    </w:p>
    <w:p w14:paraId="546E8927" w14:textId="77777777" w:rsidR="00121116" w:rsidRDefault="00AA3789">
      <w:r>
        <w:t>Its trunk was hidden, buried beneath a tangled mass of roots that seemed to claw at the black soil beneath it, gripping the earth with a fierce intensity. The roots were thick, gnarled, and they twisted into the ground like the fingers of something long forgotten, desperate to hold onto whatever lay beneath.</w:t>
      </w:r>
    </w:p>
    <w:p w14:paraId="2F908B77" w14:textId="77777777" w:rsidR="00121116" w:rsidRDefault="00AA3789">
      <w:r>
        <w:t>I stared at it, the weight of the moment sinking into my bones. This place felt... alive. But not in the way that a tree should feel alive. There was magic here—old, pulsing magic—and it crawled beneath the surface of the earth, in the roots, in the air, in the dark, gleaming leaves. I could feel it humming, vibrating beneath my skin, setting every nerve on edge.</w:t>
      </w:r>
    </w:p>
    <w:p w14:paraId="57431617" w14:textId="77777777" w:rsidR="00121116" w:rsidRDefault="00AA3789">
      <w:r>
        <w:t>Rainer pulled up beside me, but this time, his usual mask of control wasn’t so perfect. His brow was slightly furrowed, his gaze intense—not distant, but focused. For the first time since I’d met him, I could sense the weight of responsibility in the way he sat, the way he looked at the tree. His hands gripped the reins a little tighter, his knuckles pale against Furor’s black mane.</w:t>
      </w:r>
    </w:p>
    <w:p w14:paraId="43B36398" w14:textId="77777777" w:rsidR="00121116" w:rsidRDefault="00AA3789">
      <w:r>
        <w:t>“This is it,” he said softly, but his voice wasn’t as composed as usual. It held something deeper, something more personal. “This is where it all began.”</w:t>
      </w:r>
    </w:p>
    <w:p w14:paraId="5400A5FE" w14:textId="77777777" w:rsidR="00121116" w:rsidRDefault="00AA3789">
      <w:r>
        <w:t>I didn’t answer. I couldn’t. The air around the tree felt heavy, thick with the weight of something ancient, something that had been here long before us—and would remain long after.</w:t>
      </w:r>
    </w:p>
    <w:p w14:paraId="37ECF111" w14:textId="77777777" w:rsidR="00121116" w:rsidRDefault="00AA3789">
      <w:r>
        <w:t>Rainer’s eyes shifted, his gaze cutting through the space between us. There was a flicker of something in his expression—something close to reverence, but also a quiet caution. “This tree... it's older than anything we know. It’s tied to our past and our future. Every path leads back here.”</w:t>
      </w:r>
    </w:p>
    <w:p w14:paraId="17E8F351" w14:textId="77777777" w:rsidR="00121116" w:rsidRDefault="00AA3789">
      <w:r>
        <w:t>There was a pause, his chest rising and falling in a controlled breath. “It’s the reason for everything.”</w:t>
      </w:r>
    </w:p>
    <w:p w14:paraId="5ECB319B" w14:textId="77777777" w:rsidR="00121116" w:rsidRDefault="00AA3789">
      <w:r>
        <w:t>He took a slow breath, his gaze shifting back to the ancient tree, but his focus was elsewhere—on the energy pulsing through the ground. “The energy... do you feel it?” he asked, his voice low, almost reverent.</w:t>
      </w:r>
    </w:p>
    <w:p w14:paraId="343AF694" w14:textId="77777777" w:rsidR="00121116" w:rsidRDefault="00AA3789">
      <w:r>
        <w:lastRenderedPageBreak/>
        <w:t>Of course I felt it. The magic thrummed beneath my skin, pushing into my veins, coiling and shifting like something alive. But this magic wasn’t like what I had felt before. It was more submissive, more controlled—like it was waiting for something, or someone, to command it.</w:t>
      </w:r>
    </w:p>
    <w:p w14:paraId="55125B7D" w14:textId="77777777" w:rsidR="00121116" w:rsidRDefault="00AA3789">
      <w:r>
        <w:t>I looked over at him, catching the faint strain in his tired eyes. The edges of his control seemed frayed, like he had been carrying this burden for far too long. I nodded slowly, my lips relaxing just slightly as I let myself feel the magic fully. “It’s different,” I said, my voice quieter than I intended. “Why?”</w:t>
      </w:r>
    </w:p>
    <w:p w14:paraId="3C4CAE71" w14:textId="77777777" w:rsidR="00121116" w:rsidRDefault="00AA3789">
      <w:r>
        <w:t>Rainer’s gaze softened for a moment, though his voice remained serious. “It comes from beneath, and draws from the stars, the sun, the moon and everything beyond,” he explained, turning back to the tree with a sense of reverence. “This is magic that exists only here. Nowhere else. It’s old, sacred—something we can’t fully control. But it listens.”</w:t>
      </w:r>
    </w:p>
    <w:p w14:paraId="64CCEB55" w14:textId="77777777" w:rsidR="00121116" w:rsidRDefault="00AA3789">
      <w:r>
        <w:t>His eyes traced the dark leaves, watching them shimmer faintly in the wind. “This place is the heart of everything. It holds the history, the power... possibility for a magic more puissance than any of us combined.” He paused, his voice lowering. “What does it feel like, Sky?”</w:t>
      </w:r>
    </w:p>
    <w:p w14:paraId="246D0442" w14:textId="77777777" w:rsidR="00121116" w:rsidRDefault="00AA3789">
      <w:r>
        <w:t>I hesitated, glancing back at the tree. The magic was stronger here, but it didn’t overwhelm me like the chaotic energy I had felt before. Instead, it lingered just beneath the surface, like an itch deep under my skin, just out of reach.</w:t>
      </w:r>
    </w:p>
    <w:p w14:paraId="05490C6E" w14:textId="77777777" w:rsidR="00121116" w:rsidRDefault="00AA3789">
      <w:r>
        <w:t>“I-I’m not sure,” I admitted, feeling the weight of his question. “It’s just... different. More like an itch, buried deep under my skin. But it’s not trying to get out... it’s waiting.”</w:t>
      </w:r>
    </w:p>
    <w:p w14:paraId="5E6E9121" w14:textId="77777777" w:rsidR="00121116" w:rsidRDefault="00AA3789">
      <w:r>
        <w:t>Rainer’s expression sharpened, his usual calm demeanor shifting into something more intense, more focused. He studied me for a moment, like he was weighing the meaning behind my words. “That’s what I thought,” he murmured, more to himself than to me.</w:t>
      </w:r>
    </w:p>
    <w:p w14:paraId="52C28F88" w14:textId="77777777" w:rsidR="00121116" w:rsidRDefault="00AA3789">
      <w:r>
        <w:t>He turned his gaze back to the tree, his shoulders tense, his focus sharpening as the weight of his words settled over the moment. “This place... it calls to you, Sky. You can absorb it. Only you,” he said, his voice firm but quiet, as if speaking any louder would disturb the magic surrounding us. “That makes you something rare. Something no one has been able to do—not in generations.”</w:t>
      </w:r>
    </w:p>
    <w:p w14:paraId="0D092781" w14:textId="77777777" w:rsidR="00121116" w:rsidRDefault="00AA3789">
      <w:r>
        <w:t>I swallowed hard, feeling the pulse of the energy beneath my skin again, different from anything I had ever known. It wasn’t like the chaotic force I had struggled to control before. This was... more ancient, more patient. It didn’t push against me, didn’t demand to be freed. It waited.</w:t>
      </w:r>
    </w:p>
    <w:p w14:paraId="333D4433" w14:textId="77777777" w:rsidR="00121116" w:rsidRDefault="00AA3789">
      <w:r>
        <w:t>Rainer’s eyes flickered over the tree, tracing the lines of the dark, glistening leaves, the gnarled roots gripping the earth. “This is the same power that was used to create the barrier between the realms,” he continued, his tone reverent. “It’s part of the reason our world is divided—why the magic was fractured. But here... it’s still whole.”</w:t>
      </w:r>
    </w:p>
    <w:p w14:paraId="506E252E" w14:textId="77777777" w:rsidR="00121116" w:rsidRDefault="00AA3789">
      <w:r>
        <w:lastRenderedPageBreak/>
        <w:t>His gaze shifted back to me, and for the first time, there was something unguarded in his expression—something close to vulnerability. “You can harness it, Sky. It’s already reaching for you. No one else has come this close.”</w:t>
      </w:r>
    </w:p>
    <w:p w14:paraId="2C952895" w14:textId="77777777" w:rsidR="00121116" w:rsidRDefault="00AA3789">
      <w:r>
        <w:t>A small drop of energy slipped from deep within my veins, seeping into the rest of my body. I felt it immediately—like a spark, electric and alive, sending a pulse through me that matched the rhythm of my heartbeat. It wasn’t overwhelming; it was controlled, deliberate, but it surged with a power that was undeniable.</w:t>
      </w:r>
    </w:p>
    <w:p w14:paraId="7142B1EB" w14:textId="77777777" w:rsidR="00121116" w:rsidRDefault="00AA3789">
      <w:r>
        <w:t>I gasped, not from pain but from the sudden rush of vitality, a feeling that was both familiar and foreign at once. The magic didn’t feel wild or unpredictable this time—it felt like it had found its home, nestled somewhere deep inside me, waiting for a signal, a command.</w:t>
      </w:r>
    </w:p>
    <w:p w14:paraId="26B083C0" w14:textId="77777777" w:rsidR="00121116" w:rsidRDefault="00AA3789">
      <w:r>
        <w:t>Beside me, the earth shifted.</w:t>
      </w:r>
    </w:p>
    <w:p w14:paraId="5CBB2E7F" w14:textId="77777777" w:rsidR="00121116" w:rsidRDefault="00AA3789">
      <w:r>
        <w:t>The soil rippled as though something unseen moved beneath it. My breath caught as I watched a force pierce through the dark soil, breaking the surface with deliberate intensity. Roots twisted upward, their movement precise and unrelenting, as they coiled and thickened before my eyes.</w:t>
      </w:r>
    </w:p>
    <w:p w14:paraId="13F39E7F" w14:textId="77777777" w:rsidR="00121116" w:rsidRDefault="00AA3789">
      <w:r>
        <w:t>A single stem grew, its black sheen glistening in the muted light. Thorns like daggers covered the thicker stem, sharp and unyielding, each one glimmering like a warning. But it wasn’t just any rose—it was a black rose, as dark and beautiful as the night, its petals unfolding in slow, deliberate motion. It was almost as if the earth itself had responded to my magic, bending to the force of whatever had been unleashed.</w:t>
      </w:r>
    </w:p>
    <w:p w14:paraId="0414383F" w14:textId="77777777" w:rsidR="00121116" w:rsidRDefault="00AA3789">
      <w:r>
        <w:t>The rose stood there, fully formed now, its beauty and danger undeniable. My pulse quickened as I stared at it, the weight of what had just happened sinking in. The magic wasn’t just inside me anymore—it was alive, responding to me, shaping the world around me.</w:t>
      </w:r>
    </w:p>
    <w:p w14:paraId="16BE6EA7" w14:textId="77777777" w:rsidR="00121116" w:rsidRDefault="00AA3789">
      <w:r>
        <w:t>I didn’t have to say anything. Rainer’s eyes were locked on the rose, his expression tense but not surprised. He had expected this. Maybe he had even been waiting for it.</w:t>
      </w:r>
    </w:p>
    <w:p w14:paraId="22A7C520" w14:textId="77777777" w:rsidR="00121116" w:rsidRDefault="00AA3789">
      <w:r>
        <w:t>"This is just the beginning," Rainer said, his voice low, weighted.</w:t>
      </w:r>
    </w:p>
    <w:p w14:paraId="194228E8" w14:textId="77777777" w:rsidR="00121116" w:rsidRDefault="00AA3789">
      <w:r>
        <w:t>There was no mistaking the gravity of his words.</w:t>
      </w:r>
    </w:p>
    <w:p w14:paraId="1A27FC50" w14:textId="77777777" w:rsidR="00121116" w:rsidRDefault="00AA3789">
      <w:r>
        <w:t>"The power here… it recognizes you, Sky. It calls only to you."</w:t>
      </w:r>
    </w:p>
    <w:p w14:paraId="0B074D1A" w14:textId="77777777" w:rsidR="00121116" w:rsidRDefault="00AA3789">
      <w:r>
        <w:t>I couldn’t tear my gaze away from the rose.</w:t>
      </w:r>
    </w:p>
    <w:p w14:paraId="32258F3A" w14:textId="77777777" w:rsidR="00121116" w:rsidRDefault="00AA3789">
      <w:r>
        <w:t>It felt like a reflection of everything inside me—beautiful, dangerous, and impossible to control.</w:t>
      </w:r>
    </w:p>
    <w:p w14:paraId="65F4610F" w14:textId="77777777" w:rsidR="00121116" w:rsidRDefault="00AA3789">
      <w:r>
        <w:t>"What does it mean?" I whispered.</w:t>
      </w:r>
    </w:p>
    <w:p w14:paraId="6B3C771B" w14:textId="77777777" w:rsidR="00121116" w:rsidRDefault="00AA3789">
      <w:r>
        <w:lastRenderedPageBreak/>
        <w:t>The weight of the question pressed into my chest, as if the rose had shifted the balance of everything.</w:t>
      </w:r>
    </w:p>
    <w:p w14:paraId="09B22DEA" w14:textId="77777777" w:rsidR="00121116" w:rsidRDefault="00AA3789">
      <w:r>
        <w:t>Rainer’s gaze softened, but his tone remained measured, serious.</w:t>
      </w:r>
    </w:p>
    <w:p w14:paraId="13981B17" w14:textId="77777777" w:rsidR="00121116" w:rsidRDefault="00AA3789">
      <w:r>
        <w:t>"It means you're connected to this place—this magic—more deeply than anyone else."</w:t>
      </w:r>
    </w:p>
    <w:p w14:paraId="4D53F3DB" w14:textId="77777777" w:rsidR="00121116" w:rsidRDefault="00AA3789">
      <w:r>
        <w:t>His words settled over me, a quiet, undeniable truth.</w:t>
      </w:r>
    </w:p>
    <w:p w14:paraId="28BF02BC" w14:textId="77777777" w:rsidR="00121116" w:rsidRDefault="00AA3789">
      <w:r>
        <w:t>"You’re tied to its origins, to the power that once shaped our world."</w:t>
      </w:r>
    </w:p>
    <w:p w14:paraId="42D8A889" w14:textId="77777777" w:rsidR="00121116" w:rsidRDefault="00AA3789">
      <w:r>
        <w:t>He hesitated, his eyes flickering between the rose and me.</w:t>
      </w:r>
    </w:p>
    <w:p w14:paraId="0CC65921" w14:textId="77777777" w:rsidR="00121116" w:rsidRDefault="00AA3789">
      <w:r>
        <w:t>"But it also means we have to be careful. Power like this… it doesn’t go unnoticed."</w:t>
      </w:r>
    </w:p>
    <w:p w14:paraId="3055F3CC" w14:textId="77777777" w:rsidR="00121116" w:rsidRDefault="00AA3789">
      <w:r>
        <w:t>His voice dipped lower, the air thickening with the weight of something unspoken.</w:t>
      </w:r>
    </w:p>
    <w:p w14:paraId="6C76A469" w14:textId="77777777" w:rsidR="00121116" w:rsidRDefault="00AA3789">
      <w:r>
        <w:t>"Controlling what you exert will be important. Once you harness this power, if you choose to, you will hold what matters most."</w:t>
      </w:r>
    </w:p>
    <w:p w14:paraId="1E8E3F0A" w14:textId="77777777" w:rsidR="00121116" w:rsidRDefault="00AA3789">
      <w:r>
        <w:t>A pause.</w:t>
      </w:r>
    </w:p>
    <w:p w14:paraId="521535E1" w14:textId="77777777" w:rsidR="00121116" w:rsidRDefault="00AA3789">
      <w:r>
        <w:t>"But only if you can absorb it. Control its pull. Its craving to burst free."</w:t>
      </w:r>
    </w:p>
    <w:p w14:paraId="12C0CB03" w14:textId="77777777" w:rsidR="00121116" w:rsidRDefault="00AA3789">
      <w:r>
        <w:t>I swallowed hard, my fingers curling slightly.</w:t>
      </w:r>
    </w:p>
    <w:p w14:paraId="0938F681" w14:textId="77777777" w:rsidR="00121116" w:rsidRDefault="00AA3789">
      <w:r>
        <w:t>"If you think this has been difficult, this power will be worse than anything you’ve fought to keep inside. It will demand, it will consume, unless you learn to master it first."</w:t>
      </w:r>
    </w:p>
    <w:p w14:paraId="6955601E" w14:textId="77777777" w:rsidR="00121116" w:rsidRDefault="00AA3789">
      <w:r>
        <w:t>His words struck something inside me.</w:t>
      </w:r>
    </w:p>
    <w:p w14:paraId="0B555404" w14:textId="77777777" w:rsidR="00121116" w:rsidRDefault="00AA3789">
      <w:r>
        <w:t>A warning. A challenge. A truth I wasn’t ready to face.</w:t>
      </w:r>
    </w:p>
    <w:p w14:paraId="6384CD41" w14:textId="77777777" w:rsidR="00121116" w:rsidRDefault="00AA3789">
      <w:r>
        <w:t>"This magic can be your answer," Rainer continued, his voice steady. "Or it can push you further from yourself. The next time you return here, you must be ready—to face your deepest nightmares. To hold a balance untouched by this world."</w:t>
      </w:r>
    </w:p>
    <w:p w14:paraId="78C33277" w14:textId="77777777" w:rsidR="00121116" w:rsidRDefault="00AA3789">
      <w:r>
        <w:t>The black rose stood between us, unmoving, yet pulsing with life.</w:t>
      </w:r>
    </w:p>
    <w:p w14:paraId="73740919" w14:textId="77777777" w:rsidR="00121116" w:rsidRDefault="00AA3789">
      <w:r>
        <w:t>Its petals gleamed under the pale light, sharp and delicate, like a piece of darkness made tangible.</w:t>
      </w:r>
    </w:p>
    <w:p w14:paraId="458DE650" w14:textId="77777777" w:rsidR="00121116" w:rsidRDefault="00AA3789">
      <w:r>
        <w:t>Rainer’s words still echoed in my mind.</w:t>
      </w:r>
    </w:p>
    <w:p w14:paraId="6FC969FE" w14:textId="77777777" w:rsidR="00121116" w:rsidRDefault="00AA3789">
      <w:r>
        <w:t>"This is just the beginning."</w:t>
      </w:r>
    </w:p>
    <w:p w14:paraId="1CF43ACC" w14:textId="77777777" w:rsidR="00121116" w:rsidRDefault="00AA3789">
      <w:r>
        <w:t>And I could feel it. The weight of it. The truth of it.</w:t>
      </w:r>
    </w:p>
    <w:p w14:paraId="608071F5" w14:textId="77777777" w:rsidR="00121116" w:rsidRDefault="00AA3789">
      <w:r>
        <w:t>We didn’t linger.</w:t>
      </w:r>
    </w:p>
    <w:p w14:paraId="3AA0B9A4" w14:textId="77777777" w:rsidR="00121116" w:rsidRDefault="00AA3789">
      <w:r>
        <w:lastRenderedPageBreak/>
        <w:t>There wasn’t much left to say.</w:t>
      </w:r>
    </w:p>
    <w:p w14:paraId="42FEA929" w14:textId="77777777" w:rsidR="00121116" w:rsidRDefault="00AA3789">
      <w:r>
        <w:t>Not yet.</w:t>
      </w:r>
    </w:p>
    <w:p w14:paraId="3EAC68E7" w14:textId="77777777" w:rsidR="00121116" w:rsidRDefault="00AA3789">
      <w:r>
        <w:t>The air around the tree still hummed with energy—an energy I wasn’t ready to confront.</w:t>
      </w:r>
    </w:p>
    <w:p w14:paraId="77414C0B" w14:textId="77777777" w:rsidR="00121116" w:rsidRDefault="00AA3789">
      <w:r>
        <w:t>Rainer’s tension had shifted again, though he kept it tightly wound beneath his usual control.</w:t>
      </w:r>
    </w:p>
    <w:p w14:paraId="1F0F31F1" w14:textId="77777777" w:rsidR="00121116" w:rsidRDefault="00AA3789">
      <w:r>
        <w:t>I exhaled, the cold air slipping past my lips.</w:t>
      </w:r>
    </w:p>
    <w:p w14:paraId="24FBAC6A" w14:textId="77777777" w:rsidR="00121116" w:rsidRDefault="00AA3789">
      <w:r>
        <w:t>For a second, it felt as if my breath could melt the frost.</w:t>
      </w:r>
    </w:p>
    <w:p w14:paraId="66122B62" w14:textId="77777777" w:rsidR="00121116" w:rsidRDefault="00AA3789">
      <w:r>
        <w:t>But as we moved, something followed.</w:t>
      </w:r>
    </w:p>
    <w:p w14:paraId="62173660" w14:textId="77777777" w:rsidR="00121116" w:rsidRDefault="00AA3789">
      <w:r>
        <w:t>A faint trace of magic glowed beneath my steps, lingering for only a moment before fading back into the snow.</w:t>
      </w:r>
    </w:p>
    <w:p w14:paraId="2F8DF0AB" w14:textId="77777777" w:rsidR="00121116" w:rsidRDefault="00AA3789">
      <w:r>
        <w:t>It wasn’t just me.</w:t>
      </w:r>
    </w:p>
    <w:p w14:paraId="7356AA42" w14:textId="77777777" w:rsidR="00121116" w:rsidRDefault="00AA3789">
      <w:r>
        <w:t>Every Hecate left imprints behind, the land reacting to our presence—like a pulse responding to a heartbeat.</w:t>
      </w:r>
    </w:p>
    <w:p w14:paraId="5ECE9385" w14:textId="77777777" w:rsidR="00121116" w:rsidRDefault="00AA3789">
      <w:r>
        <w:t>And then—</w:t>
      </w:r>
    </w:p>
    <w:p w14:paraId="35FE44BC" w14:textId="77777777" w:rsidR="00121116" w:rsidRDefault="00AA3789">
      <w:r>
        <w:t>A voice.</w:t>
      </w:r>
    </w:p>
    <w:p w14:paraId="769FBDF4" w14:textId="77777777" w:rsidR="00121116" w:rsidRDefault="00AA3789">
      <w:r>
        <w:t>Not from the world around me, but from within.</w:t>
      </w:r>
    </w:p>
    <w:p w14:paraId="69473BCA" w14:textId="77777777" w:rsidR="00121116" w:rsidRDefault="00AA3789">
      <w:r>
        <w:t>A memory, unwanted but unshakable.</w:t>
      </w:r>
    </w:p>
    <w:p w14:paraId="6CCDA1DA" w14:textId="77777777" w:rsidR="00121116" w:rsidRDefault="00AA3789">
      <w:r>
        <w:t>Vidar.</w:t>
      </w:r>
    </w:p>
    <w:p w14:paraId="27C7107F" w14:textId="77777777" w:rsidR="00121116" w:rsidRDefault="00AA3789">
      <w:r>
        <w:t>"Every use of magic, even fleeting, leaves its mark—if only for a moment."</w:t>
      </w:r>
    </w:p>
    <w:p w14:paraId="1AD0ABFC" w14:textId="77777777" w:rsidR="00121116" w:rsidRDefault="00AA3789">
      <w:r>
        <w:t>His voice was sharp, cutting through the quiet.</w:t>
      </w:r>
    </w:p>
    <w:p w14:paraId="52629FD6" w14:textId="77777777" w:rsidR="00121116" w:rsidRDefault="00AA3789">
      <w:r>
        <w:t>"It’s why we’re careful. Why we never let power linger. In the wrong hands, even a trace can lead others to you."</w:t>
      </w:r>
    </w:p>
    <w:p w14:paraId="2C9AC4E9" w14:textId="77777777" w:rsidR="00121116" w:rsidRDefault="00AA3789">
      <w:r>
        <w:t>A chill ran down my spine.</w:t>
      </w:r>
    </w:p>
    <w:p w14:paraId="4880F543" w14:textId="77777777" w:rsidR="00121116" w:rsidRDefault="00AA3789">
      <w:r>
        <w:t>Because I knew, deep down, he was right.</w:t>
      </w:r>
    </w:p>
    <w:p w14:paraId="164DE448" w14:textId="77777777" w:rsidR="00121116" w:rsidRDefault="00AA3789">
      <w:r>
        <w:t>And if anyone had been watching—they would know exactly where to find me.</w:t>
      </w:r>
    </w:p>
    <w:p w14:paraId="453B68EF" w14:textId="77777777" w:rsidR="00121116" w:rsidRDefault="00AA3789">
      <w:r>
        <w:t>As we rode back in silence, my mind was heavy, buzzing with the questions that now crowded every thought. But I tucked them away for now, letting the steady rhythm of Salvia’s movements carry me back, the scent of jasmine slowly filling the space between us.</w:t>
      </w:r>
    </w:p>
    <w:p w14:paraId="13357D4E" w14:textId="77777777" w:rsidR="00121116" w:rsidRDefault="00AA3789">
      <w:r>
        <w:lastRenderedPageBreak/>
        <w:t>When we arrived at his home, the warmth of the place felt foreign against the coldness still sitting in my chest. The metallic gates opened soundlessly, the fire in Rainer’s magic gently pushing them aside, and we entered the courtyard.</w:t>
      </w:r>
    </w:p>
    <w:p w14:paraId="0614E312" w14:textId="77777777" w:rsidR="00121116" w:rsidRDefault="00AA3789">
      <w:r>
        <w:t>I dismounted Salvia and handed the reins to one of the stable hands. My legs felt heavier than before, the magic of the tree still pulsing faintly through my veins, and I followed Rainer back inside, the quiet of the house swallowing me whole.</w:t>
      </w:r>
    </w:p>
    <w:p w14:paraId="6A57D2D3" w14:textId="77777777" w:rsidR="00121116" w:rsidRDefault="00AA3789">
      <w:r>
        <w:t>But as we stepped inside, something shifted.</w:t>
      </w:r>
    </w:p>
    <w:p w14:paraId="463FC5B7" w14:textId="77777777" w:rsidR="00121116" w:rsidRDefault="00AA3789">
      <w:r>
        <w:t>There, standing at the entrance to one of the rooms off the hall, was a figure I hadn’t seen before.</w:t>
      </w:r>
    </w:p>
    <w:p w14:paraId="1790C7E3" w14:textId="77777777" w:rsidR="00121116" w:rsidRDefault="00AA3789">
      <w:r>
        <w:t>She moved with a quiet confidence, her thin figure slipping through the open door as though she had been waiting for us. Her presence was immediate, magnetic. She wasn’t tall—only an inch or so taller than me—but she carried herself with a kind of weight that filled the space around her.</w:t>
      </w:r>
    </w:p>
    <w:p w14:paraId="2851111B" w14:textId="77777777" w:rsidR="00121116" w:rsidRDefault="00AA3789">
      <w:r>
        <w:t>Her body showed no softness, just muscle and sinew under smooth, pale skin. She smiled widely, revealing impeccable white teeth that gleamed in the light. The smile should have been comforting, but there was something about her that was impossible to ignore—something powerful and intimidating, like a silent warning hiding behind her soft edges.</w:t>
      </w:r>
    </w:p>
    <w:p w14:paraId="4909F0C8" w14:textId="77777777" w:rsidR="00121116" w:rsidRDefault="00AA3789">
      <w:r>
        <w:t>Her lips, painted a deep cherry color, parted as she spoke. “You must be Sky.” Her voice was smooth, warm like fall spices, but there was a coolness there too, a careful control.</w:t>
      </w:r>
    </w:p>
    <w:p w14:paraId="1D66F66F" w14:textId="77777777" w:rsidR="00121116" w:rsidRDefault="00AA3789">
      <w:r>
        <w:t>I nodded, my gaze flickering over her. She was beautiful in a way that felt dangerous. Her thin, arched eyebrows framed her deep brown eyes—eyes that were so dark they were nearly black, hidden beneath long, thick lashes. Her short, straight hair, a silky dark brown streaked with black highlights, fell just above her shoulders, framing her sharp collarbone and delicate neck.</w:t>
      </w:r>
    </w:p>
    <w:p w14:paraId="1208C8A2" w14:textId="77777777" w:rsidR="00121116" w:rsidRDefault="00AA3789">
      <w:r>
        <w:t>She wore a simple brown leather shirt with a square collar, tucked into tight black leather pants that outlined her thin figure with an elegance that was hard to ignore. On her left wrist, several dainty gold bracelets sparkled, catching the light with every subtle movement.</w:t>
      </w:r>
    </w:p>
    <w:p w14:paraId="7605AD30" w14:textId="77777777" w:rsidR="00121116" w:rsidRDefault="00AA3789">
      <w:r>
        <w:t>There was something about her—an allure, a pull—that felt like a poisoned apple, beautiful and inviting, but forbidden. Untouchable.</w:t>
      </w:r>
    </w:p>
    <w:p w14:paraId="52D20F6F" w14:textId="77777777" w:rsidR="00121116" w:rsidRDefault="00AA3789">
      <w:r>
        <w:t>“Liona,” Rainer said, his tone shifting slightly as he spoke her name. It was softer, but there was a familiarity there, something that spoke of trust. “This is my friend, and commander of my forces.”</w:t>
      </w:r>
    </w:p>
    <w:p w14:paraId="5FA6FF0C" w14:textId="77777777" w:rsidR="00121116" w:rsidRDefault="00AA3789">
      <w:r>
        <w:t>Liona smiled again, the warmth of it seeming more dangerous this time, like the promise of something hidden beneath the surface. She smelled faintly of spices and warm cider, like the air in autumn just before the leaves began to fall.</w:t>
      </w:r>
    </w:p>
    <w:p w14:paraId="24935484" w14:textId="77777777" w:rsidR="00121116" w:rsidRDefault="00AA3789">
      <w:r>
        <w:lastRenderedPageBreak/>
        <w:t>“Welcome,” she said, her eyes locking onto mine, as if assessing me in a way I couldn’t fully understand yet. “I’ve heard much about you. Or rather what you are.”</w:t>
      </w:r>
    </w:p>
    <w:p w14:paraId="431E07AC" w14:textId="77777777" w:rsidR="00121116" w:rsidRDefault="00AA3789">
      <w:r>
        <w:t>Liona’s eyes lingered on me a moment longer, her smile still in place but there was an undercurrent to it—something more calculated. She stepped closer, not with aggression but with a kind of silent assurance, a grace that spoke of someone used to getting what they needed without having to force it.</w:t>
      </w:r>
    </w:p>
    <w:p w14:paraId="72192267" w14:textId="77777777" w:rsidR="00121116" w:rsidRDefault="00AA3789">
      <w:r>
        <w:t>“Rainer tells me you have potential,” Liona said, her voice smooth and casual, but there was an edge hidden in the softness. “He says you’ve touched magic in ways most wouldn’t dare.” She tilted her head slightly, her gaze unwavering. “But touching power and controlling it—those are different things, aren’t they?”</w:t>
      </w:r>
    </w:p>
    <w:p w14:paraId="4949D037" w14:textId="77777777" w:rsidR="00121116" w:rsidRDefault="00AA3789">
      <w:r>
        <w:t>The question landed between us like a challenge, though her tone wasn’t accusatory. I straightened, feeling a flicker of defensiveness. I had survived the cave, Vidar, and everything that came with them. But still... there was something about the way she framed it that left me off balance, as if the ground beneath me wasn’t as stable as I’d thought.</w:t>
      </w:r>
    </w:p>
    <w:p w14:paraId="2FC59F21" w14:textId="77777777" w:rsidR="00121116" w:rsidRDefault="00AA3789">
      <w:r>
        <w:t>“I can control it,” I said, keeping my voice even, though it felt like the words were an effort to convince myself as much as her.</w:t>
      </w:r>
    </w:p>
    <w:p w14:paraId="4B7683F6" w14:textId="77777777" w:rsidR="00121116" w:rsidRDefault="00AA3789">
      <w:r>
        <w:t>Liona’s eyebrow arched ever so slightly, a hint of amusement playing across her lips. She took a small step forward, her movements deliberate. “Control it,” she repeated, her tone lighter, almost as if she were teasing out the truth of it. “Or survive it?”</w:t>
      </w:r>
    </w:p>
    <w:p w14:paraId="1CB15F71" w14:textId="77777777" w:rsidR="00121116" w:rsidRDefault="00AA3789">
      <w:r>
        <w:t>Her words hung in the air, and though they weren’t sharp, they sliced through the quiet between us. Surviving—the word echoed in my head. The way I had been responding to my magic, to the chaos, always felt more reactive than controlled. And Liona’s question, simple as it was, drove that realization deeper.</w:t>
      </w:r>
    </w:p>
    <w:p w14:paraId="5BA73B2E" w14:textId="77777777" w:rsidR="00121116" w:rsidRDefault="00AA3789">
      <w:r>
        <w:t>I glanced at Rainer, expecting some sort of validation or reassurance from him, but he stayed back, silent, watching. His presence was a steadying force, but his expression gave nothing away. He was letting this moment unfold, letting Liona and I figure each other out without interference.</w:t>
      </w:r>
    </w:p>
    <w:p w14:paraId="39963857" w14:textId="77777777" w:rsidR="00121116" w:rsidRDefault="00AA3789">
      <w:r>
        <w:t>Liona didn’t press for an answer. Instead, she took another step back, her dark eyes sweeping over me. “You have strength, that’s clear,” she said, her voice returning to that easy calm. “But strength without direction is just chaos waiting to happen.” Her gaze lingered on me, sharp but not unkind. “When you’re ready to command it, not just survive it... let me know.”</w:t>
      </w:r>
    </w:p>
    <w:p w14:paraId="52FC3945" w14:textId="77777777" w:rsidR="00121116" w:rsidRDefault="00AA3789">
      <w:r>
        <w:t>There was no mockery in her tone, no condescension—just a challenge, left hanging in the space between us. She turned, stepping toward the doorway, her bracelets catching the light as she moved. “I’ll be here when you are.”</w:t>
      </w:r>
    </w:p>
    <w:p w14:paraId="312DF9D6" w14:textId="77777777" w:rsidR="00121116" w:rsidRDefault="00AA3789">
      <w:r>
        <w:t>And with that, Liona was gone, leaving the air thick with unspoken tension</w:t>
      </w:r>
    </w:p>
    <w:p w14:paraId="4BD6648D" w14:textId="77777777" w:rsidR="00121116" w:rsidRDefault="00AA3789">
      <w:r>
        <w:lastRenderedPageBreak/>
        <w:t>Rainer’s voice cut through the silence, breaking the tension that clung to the air.</w:t>
      </w:r>
    </w:p>
    <w:p w14:paraId="7ADC5EF1" w14:textId="77777777" w:rsidR="00121116" w:rsidRDefault="00AA3789">
      <w:r>
        <w:t>“She’ll be a better teacher than I am,” he said, a smirk tugging at the corner of his mouth.</w:t>
      </w:r>
    </w:p>
    <w:p w14:paraId="73334F11" w14:textId="77777777" w:rsidR="00121116" w:rsidRDefault="00AA3789">
      <w:r>
        <w:t>There was something unreadable in his expression—amusement, maybe, or a quiet challenge.</w:t>
      </w:r>
    </w:p>
    <w:p w14:paraId="126D2169" w14:textId="77777777" w:rsidR="00121116" w:rsidRDefault="00AA3789">
      <w:r>
        <w:t>"I’d take her up on that. She means well."</w:t>
      </w:r>
    </w:p>
    <w:p w14:paraId="7FA771B6" w14:textId="77777777" w:rsidR="00121116" w:rsidRDefault="00AA3789">
      <w:r>
        <w:t>He paused, studying me.</w:t>
      </w:r>
    </w:p>
    <w:p w14:paraId="55C258A3" w14:textId="77777777" w:rsidR="00121116" w:rsidRDefault="00AA3789">
      <w:r>
        <w:t>"She has a way of reading the truths we try to bury."</w:t>
      </w:r>
    </w:p>
    <w:p w14:paraId="1BCF596E" w14:textId="77777777" w:rsidR="00121116" w:rsidRDefault="00AA3789">
      <w:r>
        <w:t>A flicker of something sharp curled beneath his words—a warning, or maybe just understanding.</w:t>
      </w:r>
    </w:p>
    <w:p w14:paraId="7CA6A03B" w14:textId="77777777" w:rsidR="00121116" w:rsidRDefault="00AA3789">
      <w:r>
        <w:t>"Especially if you don’t resist her. Unless you know where to look, you’d never even realize she was searching."</w:t>
      </w:r>
    </w:p>
    <w:p w14:paraId="1F5DFE62" w14:textId="77777777" w:rsidR="00121116" w:rsidRDefault="00AA3789">
      <w:r>
        <w:t>I swallowed.</w:t>
      </w:r>
    </w:p>
    <w:p w14:paraId="73F4AE52" w14:textId="77777777" w:rsidR="00121116" w:rsidRDefault="00AA3789">
      <w:r>
        <w:t>"Some of us," he continued, "hold abilities that others don’t. A higher power among us, manifested in forces only abided by us.”</w:t>
      </w:r>
    </w:p>
    <w:p w14:paraId="0CD06CE3" w14:textId="77777777" w:rsidR="00121116" w:rsidRDefault="00AA3789">
      <w:r>
        <w:t>I tried to mirror his ease, to let my shoulders relax the way his did, but the knot inside me only tightened.</w:t>
      </w:r>
    </w:p>
    <w:p w14:paraId="32EE05ED" w14:textId="77777777" w:rsidR="00121116" w:rsidRDefault="00AA3789">
      <w:r>
        <w:t>Trust didn’t come so easily anymore.</w:t>
      </w:r>
    </w:p>
    <w:p w14:paraId="7066172F" w14:textId="77777777" w:rsidR="00121116" w:rsidRDefault="00AA3789">
      <w:r>
        <w:t>I winced—not from his words, but from the weight of my own thoughts.</w:t>
      </w:r>
    </w:p>
    <w:p w14:paraId="179447DC" w14:textId="77777777" w:rsidR="00121116" w:rsidRDefault="00AA3789">
      <w:r>
        <w:t>Vidar.</w:t>
      </w:r>
    </w:p>
    <w:p w14:paraId="2E95780C" w14:textId="77777777" w:rsidR="00121116" w:rsidRDefault="00AA3789">
      <w:r>
        <w:t>His name alone felt like a wound, one that refused to heal.</w:t>
      </w:r>
    </w:p>
    <w:p w14:paraId="372B35E2" w14:textId="77777777" w:rsidR="00121116" w:rsidRDefault="00AA3789">
      <w:r>
        <w:t>I had let myself trust.</w:t>
      </w:r>
    </w:p>
    <w:p w14:paraId="0FBEEA8F" w14:textId="77777777" w:rsidR="00121116" w:rsidRDefault="00AA3789">
      <w:r>
        <w:t>Just enough to feel wanted. Just enough to feel safe.</w:t>
      </w:r>
    </w:p>
    <w:p w14:paraId="2A39200E" w14:textId="77777777" w:rsidR="00121116" w:rsidRDefault="00AA3789">
      <w:r>
        <w:t>And I had been wrong.</w:t>
      </w:r>
    </w:p>
    <w:p w14:paraId="6C8F8416" w14:textId="77777777" w:rsidR="00121116" w:rsidRDefault="00AA3789">
      <w:r>
        <w:t>Not just about him.</w:t>
      </w:r>
    </w:p>
    <w:p w14:paraId="58CB3960" w14:textId="77777777" w:rsidR="00121116" w:rsidRDefault="00AA3789">
      <w:r>
        <w:t>But about the version of him I had created in my mind.</w:t>
      </w:r>
    </w:p>
    <w:p w14:paraId="0764FB9C" w14:textId="77777777" w:rsidR="00121116" w:rsidRDefault="00AA3789">
      <w:r>
        <w:t>I had painted him as something else. Someone else.</w:t>
      </w:r>
    </w:p>
    <w:p w14:paraId="48153A15" w14:textId="77777777" w:rsidR="00121116" w:rsidRDefault="00AA3789">
      <w:r>
        <w:t>And now?</w:t>
      </w:r>
    </w:p>
    <w:p w14:paraId="71620A1F" w14:textId="77777777" w:rsidR="00121116" w:rsidRDefault="00AA3789">
      <w:r>
        <w:t>I wasn’t sure if I could ever trust my own instincts again.</w:t>
      </w:r>
    </w:p>
    <w:p w14:paraId="592B46F0" w14:textId="77777777" w:rsidR="00121116" w:rsidRDefault="00AA3789">
      <w:r>
        <w:lastRenderedPageBreak/>
        <w:t>“I’m not so sure,” I said, my voice quieter than I meant it to be. “I don’t know if I can...”</w:t>
      </w:r>
    </w:p>
    <w:p w14:paraId="6C4D52CE" w14:textId="77777777" w:rsidR="00121116" w:rsidRDefault="00AA3789">
      <w:r>
        <w:t>The words hung in the air between us, unfinished but clear enough. It wasn’t just about trusting Liona or Rainer. It was about trusting myself.</w:t>
      </w:r>
    </w:p>
    <w:p w14:paraId="6D6E9F12" w14:textId="77777777" w:rsidR="00121116" w:rsidRDefault="00AA3789">
      <w:r>
        <w:t>I looked away, my gaze drifting toward the door where Liona had disappeared. They all seemed so sure—Rainer, Liona, even Vidar in his twisted way. They moved with purpose, like they knew exactly who they were, what they wanted, and how to get it.</w:t>
      </w:r>
    </w:p>
    <w:p w14:paraId="47D967A8" w14:textId="77777777" w:rsidR="00121116" w:rsidRDefault="00AA3789">
      <w:r>
        <w:t>But me? I’d misjudged everything, everyone. And if I couldn’t even trust the person I thought I’d understand—the person I thought I could feel safe with—how could I trust myself not to fall into that trap again?</w:t>
      </w:r>
    </w:p>
    <w:p w14:paraId="7A6A6415" w14:textId="77777777" w:rsidR="00121116" w:rsidRDefault="00AA3789">
      <w:r>
        <w:t>Rainer must have sensed the shift in my mood because his smirk softened, replaced by something quieter. “She’s loyal,” he said, his voice more thoughtful now. “She wouldn’t be here if she wasn’t.”</w:t>
      </w:r>
    </w:p>
    <w:p w14:paraId="5E8E617A" w14:textId="77777777" w:rsidR="00121116" w:rsidRDefault="00AA3789">
      <w:r>
        <w:t>He paused, as if weighing his next words carefully. “But she’ll push you. She won’t go easy.”</w:t>
      </w:r>
    </w:p>
    <w:p w14:paraId="173E7C3C" w14:textId="77777777" w:rsidR="00121116" w:rsidRDefault="00AA3789">
      <w:r>
        <w:t>I nodded, but the knot in my chest didn’t loosen. It wasn’t about whether I could be pushed, whether I could handle being tested. I’d survived worse. No, the real fear clawing at me was more dangerous—it was the fear that I might be wrong again. That I’d misread everything around me, the way I had with Vidar.</w:t>
      </w:r>
    </w:p>
    <w:p w14:paraId="5330C763" w14:textId="77777777" w:rsidR="00121116" w:rsidRDefault="00AA3789">
      <w:r>
        <w:t>“I thought I could trust Vidar,” I admitted, the words falling from my lips before I could stop them. “And look where that got me.”</w:t>
      </w:r>
    </w:p>
    <w:p w14:paraId="115E06A5" w14:textId="77777777" w:rsidR="00121116" w:rsidRDefault="00AA3789">
      <w:r>
        <w:t>Rainer’s gaze remained steady, his expression unchanging. He didn’t rush to comfort me or offer reassurances I wasn’t ready to hear. Instead, he gave me space to feel the weight of it all.</w:t>
      </w:r>
    </w:p>
    <w:p w14:paraId="5F31AE13" w14:textId="77777777" w:rsidR="00121116" w:rsidRDefault="00AA3789">
      <w:r>
        <w:t>“You trusted what you wanted him to be,” Rainer said quietly, his voice careful but firm. “That doesn’t mean you can’t trust again. It just means you learned something.”</w:t>
      </w:r>
    </w:p>
    <w:p w14:paraId="0FEFE958" w14:textId="77777777" w:rsidR="00121116" w:rsidRDefault="00AA3789">
      <w:r>
        <w:t>I swallowed hard, the truth of his words settling deep. But even still, the doubt lingered. Trusting myself had led to ruin before, and that fear was now woven into everything—every decision, every thought.</w:t>
      </w:r>
    </w:p>
    <w:p w14:paraId="01D791AA" w14:textId="77777777" w:rsidR="00121116" w:rsidRDefault="00AA3789">
      <w:r>
        <w:t>“I don’t know if I can risk being wrong again,” I whispered, more to myself than to him.</w:t>
      </w:r>
    </w:p>
    <w:p w14:paraId="45FBDF2E" w14:textId="77777777" w:rsidR="00121116" w:rsidRDefault="00AA3789">
      <w:r>
        <w:t>Rainer’s expression softened just slightly, and he stepped closer, his presence grounding but not overwhelming. “You won’t always get it right,” he said, his voice steady. “But that doesn’t mean you stop trying.”</w:t>
      </w:r>
    </w:p>
    <w:p w14:paraId="6AADB8EF" w14:textId="77777777" w:rsidR="00121116" w:rsidRDefault="00AA3789">
      <w:r>
        <w:t>“Is it even worth it?” I asked, my voice rough, breaking under the weight of the question that had been festering inside me for too long. My chest tightened as I looked up at him, wishing—just for a moment—that all of this would end. That the pressure would dissolve, the endless chase, the looming battles. It could all stop right now.</w:t>
      </w:r>
    </w:p>
    <w:p w14:paraId="259C95C6" w14:textId="77777777" w:rsidR="00121116" w:rsidRDefault="00AA3789">
      <w:r>
        <w:lastRenderedPageBreak/>
        <w:t>I stepped closer to him, lifting my chin higher to meet his gaze, though it felt like a hollow challenge. “Is it worth it? All this for what?” I could feel the anger tightening my voice, the frustration spilling out. “For me to run and fight for the rest of my life? To always be looking behind me? This world doesn’t deserve saving. It doesn’t need it.”</w:t>
      </w:r>
    </w:p>
    <w:p w14:paraId="032A8475" w14:textId="77777777" w:rsidR="00121116" w:rsidRDefault="00AA3789">
      <w:r>
        <w:t>I wanted him to say something—anything—to counter me, to argue, to validate my anger. But instead, his expression remained steady, unreadable. He took a step closer, the warmth of his presence pulling the air between us taut.</w:t>
      </w:r>
    </w:p>
    <w:p w14:paraId="11282079" w14:textId="77777777" w:rsidR="00121116" w:rsidRDefault="00AA3789">
      <w:r>
        <w:t>“You do as you wish,” Rainer said quietly, but his voice held a sharp edge of finality. “Give up, and disappear into the shadows. Be forgotten.” His eyes didn’t waver, and for the first time, there was a hardness in them I hadn’t seen before. “Or fight with us. So that everyone can have a chance to breathe, to live in this world.”</w:t>
      </w:r>
    </w:p>
    <w:p w14:paraId="4B727CA1" w14:textId="77777777" w:rsidR="00121116" w:rsidRDefault="00AA3789">
      <w:r>
        <w:t>He took another step, closing the gap between us. “It’s your choice.”</w:t>
      </w:r>
    </w:p>
    <w:p w14:paraId="0223FF96" w14:textId="77777777" w:rsidR="00121116" w:rsidRDefault="00AA3789">
      <w:r>
        <w:t>But even as he said the words, I felt a cold bitterness settle inside me. The illusion of choice. A trap, wrapped in noble intentions. I didn’t have one, not really.</w:t>
      </w:r>
    </w:p>
    <w:p w14:paraId="3A10E1D4" w14:textId="77777777" w:rsidR="00121116" w:rsidRDefault="00AA3789">
      <w:r>
        <w:t>“I don’t have a choice,” I whispered, the bitterness dripping from my words. “Not a real one.”</w:t>
      </w:r>
    </w:p>
    <w:p w14:paraId="34B44EAC" w14:textId="77777777" w:rsidR="00121116" w:rsidRDefault="00AA3789">
      <w:r>
        <w:t>He didn’t disagree.</w:t>
      </w:r>
    </w:p>
    <w:p w14:paraId="043AE000" w14:textId="77777777" w:rsidR="00121116" w:rsidRDefault="00AA3789">
      <w:r>
        <w:t>~</w:t>
      </w:r>
    </w:p>
    <w:p w14:paraId="61B0065D" w14:textId="77777777" w:rsidR="00121116" w:rsidRDefault="00AA3789">
      <w:r>
        <w:t>The air was cooler in the courtyard as the days passed. A steady wind curled through the training grounds, swirling up dust and dead leaves, but nothing else moved. The stillness echoed the tension inside me as I faced Liona again, her dark eyes locking onto mine.</w:t>
      </w:r>
    </w:p>
    <w:p w14:paraId="38F0F7A0" w14:textId="77777777" w:rsidR="00121116" w:rsidRDefault="00AA3789">
      <w:r>
        <w:t>“Again,” Liona said, her voice sharp but calm.</w:t>
      </w:r>
    </w:p>
    <w:p w14:paraId="0F5886CD" w14:textId="77777777" w:rsidR="00121116" w:rsidRDefault="00AA3789">
      <w:r>
        <w:t>My muscles ached, my magic simmering just beneath the surface, but not where I needed it. It was like trying to catch smoke in my hands. No matter how many times Liona had pushed me, I hadn’t quite mastered it. I was still surviving it.</w:t>
      </w:r>
    </w:p>
    <w:p w14:paraId="5238197F" w14:textId="77777777" w:rsidR="00121116" w:rsidRDefault="00AA3789">
      <w:r>
        <w:t>I exhaled sharply, flexing my fingers as I reached inward, searching for that familiar surge of power. It answered, sluggish at first, but then, like a flood, it poured through me. But as always, it was chaotic. Disordered. I could feel it slipping away, pulling at me in all directions.</w:t>
      </w:r>
    </w:p>
    <w:p w14:paraId="4D3711BA" w14:textId="77777777" w:rsidR="00121116" w:rsidRDefault="00AA3789">
      <w:r>
        <w:t>“No,” Liona snapped. “Not like that.”</w:t>
      </w:r>
    </w:p>
    <w:p w14:paraId="54AFD852" w14:textId="77777777" w:rsidR="00121116" w:rsidRDefault="00AA3789">
      <w:r>
        <w:t>Her presence loomed closer, her tone cold but not unkind. I shot her a glance, a flicker of frustration boiling beneath my ribs.</w:t>
      </w:r>
    </w:p>
    <w:p w14:paraId="790AB420" w14:textId="77777777" w:rsidR="00121116" w:rsidRDefault="00AA3789">
      <w:r>
        <w:t xml:space="preserve">I tried again, but it was like grasping at smoke—slippery, chaotic. Each time I reached for control, my magic fought back, feeding off every flicker of my frustration. The rules of the Hecate were clear: emotion guided power, and losing control meant the power would </w:t>
      </w:r>
      <w:r>
        <w:lastRenderedPageBreak/>
        <w:t>consume me. My mind spun as I felt the strain creeping through my muscles, every effort draining me further.</w:t>
      </w:r>
    </w:p>
    <w:p w14:paraId="2AAD36DF" w14:textId="77777777" w:rsidR="00121116" w:rsidRDefault="00AA3789">
      <w:r>
        <w:t>“This magic isn’t about brute force,” Liona continued, her voice steady but unyielding. “You keep letting it control you. Guide it. Let it flow through you without feeding it your fear.”</w:t>
      </w:r>
    </w:p>
    <w:p w14:paraId="521EDD9B" w14:textId="77777777" w:rsidR="00121116" w:rsidRDefault="00AA3789">
      <w:r>
        <w:t>Her words were sharp, each one an anchor pulling me back from the brink. But it was impossible to ignore the fatigue clawing at me, the sensation of my magic unraveling, as if it drew from my very life force. Every surge felt like a debt, one that demanded more than I had to give.</w:t>
      </w:r>
    </w:p>
    <w:p w14:paraId="05285FED" w14:textId="77777777" w:rsidR="00121116" w:rsidRDefault="00AA3789">
      <w:r>
        <w:t>“You keep waiting for it to take you. That’s not control, Sky. That’s chaos.”</w:t>
      </w:r>
    </w:p>
    <w:p w14:paraId="78F4A7B0" w14:textId="77777777" w:rsidR="00121116" w:rsidRDefault="00AA3789">
      <w:r>
        <w:t>“I know that,” I muttered, my voice sharper than I intended. My shoulders tensed, my jaw tight as I tried to focus. Tried to push back the flood of doubt that always lurked in the corners of my mind.</w:t>
      </w:r>
    </w:p>
    <w:p w14:paraId="5CD20BAA" w14:textId="77777777" w:rsidR="00121116" w:rsidRDefault="00AA3789">
      <w:r>
        <w:t>“You don’t, though.” Liona’s voice was calm again, cutting through my frustration like a knife. She circled around me, her presence magnetic, her gaze unwavering. “If you knew it, you’d be doing it. Not surviving it.”</w:t>
      </w:r>
    </w:p>
    <w:p w14:paraId="01165500" w14:textId="77777777" w:rsidR="00121116" w:rsidRDefault="00AA3789">
      <w:r>
        <w:t>Surviving. That word again and again. I was becoming numb to it. I clenched my fists, feeling the warmth of my magic stirring again. It wasn’t that simple. It never was. My control wavered, my fear of losing myself to the power, to the unknown, always held me back.</w:t>
      </w:r>
    </w:p>
    <w:p w14:paraId="50C7851D" w14:textId="77777777" w:rsidR="00121116" w:rsidRDefault="00AA3789">
      <w:r>
        <w:t>I glanced at Liona, who stood there waiting. She was relentless, but it wasn’t cruelty that pushed her. It was something deeper, something that came from knowing exactly what was at stake.</w:t>
      </w:r>
    </w:p>
    <w:p w14:paraId="114A9882" w14:textId="77777777" w:rsidR="00121116" w:rsidRDefault="00AA3789">
      <w:r>
        <w:t>I closed my eyes, my breath steadying as I pulled the magic toward me again, this time more carefully, more deliberately. I felt it swirl under my skin, and instead of fighting it, I leaned into it. I let it move, but with my guidance—my control. The chaos quieted, settling into a slow hum, like a beast waiting for my command.</w:t>
      </w:r>
    </w:p>
    <w:p w14:paraId="75C9728A" w14:textId="77777777" w:rsidR="00121116" w:rsidRDefault="00AA3789">
      <w:r>
        <w:t>I opened my eyes. The world around me seemed sharper, the air humming with that same magic, but this time, it wasn’t overwhelming me. It was... listening.</w:t>
      </w:r>
    </w:p>
    <w:p w14:paraId="4C3C04A1" w14:textId="77777777" w:rsidR="00121116" w:rsidRDefault="00AA3789">
      <w:r>
        <w:t>A small smirk touched Liona’s lips, though her eyes remained hard. “Better.”</w:t>
      </w:r>
    </w:p>
    <w:p w14:paraId="358A6EED" w14:textId="77777777" w:rsidR="00121116" w:rsidRDefault="00AA3789">
      <w:r>
        <w:t>I exhaled, feeling a small flicker of pride before the fatigue set in. The control was still fragile, like balancing on the edge of a knife, but it was there. I had felt it.</w:t>
      </w:r>
    </w:p>
    <w:p w14:paraId="1ACE5D28" w14:textId="77777777" w:rsidR="00121116" w:rsidRDefault="00AA3789">
      <w:r>
        <w:t>Liona’s gaze softened just slightly, though her voice stayed firm. “That’s the difference,” she said. “That’s what it feels like to command it. But don’t get comfortable. You’re not finished.”</w:t>
      </w:r>
    </w:p>
    <w:p w14:paraId="79D87FF3" w14:textId="77777777" w:rsidR="00121116" w:rsidRDefault="00AA3789">
      <w:r>
        <w:t xml:space="preserve">I nodded, but my mind buzzed with questions I didn’t dare voice. How could she be so sure of me? How could any of them be? Vidar had once looked at me like this, with confidence in </w:t>
      </w:r>
      <w:r>
        <w:lastRenderedPageBreak/>
        <w:t>what I could be, but now I knew how easily that trust could twist, how easily power could be corrupted.</w:t>
      </w:r>
    </w:p>
    <w:p w14:paraId="01B184DE" w14:textId="77777777" w:rsidR="00121116" w:rsidRDefault="00AA3789">
      <w:r>
        <w:t>Liona seemed to sense the shift in my thoughts. Her eyes narrowed slightly, but she didn’t ask. Instead, she stepped closer, her voice lower, more serious.</w:t>
      </w:r>
    </w:p>
    <w:p w14:paraId="1242E83B" w14:textId="77777777" w:rsidR="00121116" w:rsidRDefault="00AA3789">
      <w:r>
        <w:t>“You don’t trust yourself yet,” she said, as if reading the hesitation on my face. “That’s fine. But you will. And when you do, that’s when your power becomes yours. No one else’s.”</w:t>
      </w:r>
    </w:p>
    <w:p w14:paraId="2BD3E007" w14:textId="77777777" w:rsidR="00121116" w:rsidRDefault="00AA3789">
      <w:r>
        <w:t>Her words hit something deep inside me, something I’d been avoiding. My power—my power—had always felt like something external, something I had to hold back. But maybe she was right. Maybe the key wasn’t to contain it, but to accept it.</w:t>
      </w:r>
    </w:p>
    <w:p w14:paraId="7A4626AF" w14:textId="77777777" w:rsidR="00121116" w:rsidRDefault="00AA3789">
      <w:r>
        <w:t>“Again,” Liona commanded, stepping back into position.</w:t>
      </w:r>
    </w:p>
    <w:p w14:paraId="704705FA" w14:textId="77777777" w:rsidR="00121116" w:rsidRDefault="00AA3789">
      <w:r>
        <w:t>I nodded, more determined this time. There was still doubt, still that fear lingering in the back of my mind, but this time, I was going to face it head-on.</w:t>
      </w:r>
    </w:p>
    <w:p w14:paraId="6FBD3224" w14:textId="77777777" w:rsidR="00121116" w:rsidRDefault="00AA3789">
      <w:r>
        <w:t>I had barely begun to steady myself when a new tension shifted in the air, like the snap of a bowstring pulled too tight. I could feel it before I saw him.</w:t>
      </w:r>
    </w:p>
    <w:p w14:paraId="483985B0" w14:textId="77777777" w:rsidR="00121116" w:rsidRDefault="00AA3789">
      <w:r>
        <w:t>Rainer strode into the courtyard, his presence commanding but not chaotic. There was a heaviness in his gaze that I hadn’t seen before, something that quickened my pulse.</w:t>
      </w:r>
    </w:p>
    <w:p w14:paraId="61CA9F74" w14:textId="77777777" w:rsidR="00121116" w:rsidRDefault="00AA3789">
      <w:r>
        <w:t>Liona, always sharp, turned to face him as soon as he entered the training grounds, sensing his mood immediately. “What is it?” she asked, her voice direct.</w:t>
      </w:r>
    </w:p>
    <w:p w14:paraId="35542246" w14:textId="77777777" w:rsidR="00121116" w:rsidRDefault="00AA3789">
      <w:r>
        <w:t>Rainer didn’t pause, his eyes cutting to Liona. “Tyla sent word. She’s picked up on something—a disturbance in the magic near her.”</w:t>
      </w:r>
    </w:p>
    <w:p w14:paraId="77B397F1" w14:textId="77777777" w:rsidR="00121116" w:rsidRDefault="00AA3789">
      <w:r>
        <w:t>Liona’s brow furrowed slightly, but there was no dramatic reaction, just a sharp focus. “What kind of disturbance?”</w:t>
      </w:r>
    </w:p>
    <w:p w14:paraId="3FD8E173" w14:textId="77777777" w:rsidR="00121116" w:rsidRDefault="00AA3789">
      <w:r>
        <w:t>Rainer’s jaw tightened, but he didn’t dance around the truth. “It’s someone. I’m almost certain I know who.”</w:t>
      </w:r>
    </w:p>
    <w:p w14:paraId="7E4DDE01" w14:textId="77777777" w:rsidR="00121116" w:rsidRDefault="00AA3789">
      <w:r>
        <w:t>My pulse quickened at his words, though his tone was steady, controlled. Whoever it was, it didn’t seem to surprise him. But I could feel the urgency in the air between them. Something had shifted, and it was serious.</w:t>
      </w:r>
    </w:p>
    <w:p w14:paraId="0C4AB56B" w14:textId="77777777" w:rsidR="00121116" w:rsidRDefault="00AA3789">
      <w:r>
        <w:t>“Who?” Liona’s voice didn’t waver, her stance as firm as ever.</w:t>
      </w:r>
    </w:p>
    <w:p w14:paraId="291E7076" w14:textId="77777777" w:rsidR="00121116" w:rsidRDefault="00AA3789">
      <w:r>
        <w:t>Rainer’s eyes met hers. “Vidar.”</w:t>
      </w:r>
    </w:p>
    <w:p w14:paraId="0FCD2740" w14:textId="77777777" w:rsidR="00121116" w:rsidRDefault="00AA3789">
      <w:r>
        <w:t>The name landed like a quiet thunder. I tensed, instinctively, but Rainer didn’t stop to dwell on it. “Tyla felt his magic—subtle but disruptive. She thinks he slipped through the barrier right after we crossed. It was still weak.”</w:t>
      </w:r>
    </w:p>
    <w:p w14:paraId="4C67878F" w14:textId="77777777" w:rsidR="00121116" w:rsidRDefault="00AA3789">
      <w:r>
        <w:t>Liona didn’t swear or pace, just gave a sharp nod. “So he followed you.”</w:t>
      </w:r>
    </w:p>
    <w:p w14:paraId="3AC85377" w14:textId="77777777" w:rsidR="00121116" w:rsidRDefault="00AA3789">
      <w:r>
        <w:lastRenderedPageBreak/>
        <w:t>“It looks that way.” Rainer’s voice was calm, though there was a hardness in his eyes now. “Tyla’s tracking him, but it’s like trying to catch smoke. His magic is chaotic, erratic—it doesn’t belong here, and it’s shifting fast. But he’s out there.”</w:t>
      </w:r>
    </w:p>
    <w:p w14:paraId="3236BFE4" w14:textId="77777777" w:rsidR="00121116" w:rsidRDefault="00AA3789">
      <w:r>
        <w:t>Liona crossed her arms, her gaze narrowing. “Then we move.”</w:t>
      </w:r>
    </w:p>
    <w:p w14:paraId="796C687D" w14:textId="77777777" w:rsidR="00121116" w:rsidRDefault="00AA3789">
      <w:r>
        <w:t>“Not yet,” Rainer countered, holding up a hand. “We need to be smart about this. Tyla’s watching, and if we rush in blind, we risk losing our advantage.”</w:t>
      </w:r>
    </w:p>
    <w:p w14:paraId="4EF17B5F" w14:textId="77777777" w:rsidR="00121116" w:rsidRDefault="00AA3789">
      <w:r>
        <w:t>My chest tightened. Vidar. His name hung heavy in the air, and with it, the memories I’d been trying to push away. He was here, in this realm—chasing us, or something else.</w:t>
      </w:r>
    </w:p>
    <w:p w14:paraId="2116BE03" w14:textId="77777777" w:rsidR="00121116" w:rsidRDefault="00AA3789">
      <w:r>
        <w:t>“What do we do?” I asked, my voice betraying a flicker of the tension coiled inside me.</w:t>
      </w:r>
    </w:p>
    <w:p w14:paraId="00842C0C" w14:textId="77777777" w:rsidR="00121116" w:rsidRDefault="00AA3789">
      <w:r>
        <w:t>“We stay vigilant,” Rainer said, his gaze steady on mine. “We don’t make any moves until I say so. But know this—if Vidar’s the one here, it’s not by accident. He’s watching, waiting. He knows these woods, this land.”</w:t>
      </w:r>
    </w:p>
    <w:p w14:paraId="699A6940" w14:textId="77777777" w:rsidR="00121116" w:rsidRDefault="00AA3789">
      <w:r>
        <w:t>Liona stepped forward, her eyes hardening as she addressed me. “You need to be ready, Sky. The training—it’s not just for you anymore. If Vidar’s on this side of the barrier, we have no room for error. You must be in control, completely.”</w:t>
      </w:r>
    </w:p>
    <w:p w14:paraId="63C4B27C" w14:textId="77777777" w:rsidR="00121116" w:rsidRDefault="00AA3789">
      <w:r>
        <w:t>I nodded, swallowing the knot of fear that had risen in my throat. Control. It always came back to that. Vidar was out there, somewhere close, his presence already threatening to unravel everything. But I couldn’t afford to let him shake me.</w:t>
      </w:r>
    </w:p>
    <w:p w14:paraId="0C003C7B" w14:textId="77777777" w:rsidR="00121116" w:rsidRDefault="00AA3789">
      <w:r>
        <w:t>Rainer’s expression softened just slightly as he glanced between us. “We don’t have all the answers yet, but we’ll get them. Tyla will keep us informed. Until then, we prepare.”</w:t>
      </w:r>
    </w:p>
    <w:p w14:paraId="001CF0B6" w14:textId="77777777" w:rsidR="00121116" w:rsidRDefault="00AA3789">
      <w:r>
        <w:t>There was no panic in his voice, no hint of fear—just the calm resolve of someone who’d been through this before. But I couldn’t shake the feeling crawling up my spine. Vidar had found a way through. And now, we had to be ready for whatever came next.</w:t>
      </w:r>
    </w:p>
    <w:p w14:paraId="714B282B" w14:textId="77777777" w:rsidR="00121116" w:rsidRDefault="00AA3789">
      <w:r>
        <w:t>~</w:t>
      </w:r>
    </w:p>
    <w:p w14:paraId="6B50E059" w14:textId="77777777" w:rsidR="00121116" w:rsidRDefault="00AA3789">
      <w:r>
        <w:t>Rainer mounted his horse swiftly, the familiar, fluid motion of someone who had done this a thousand times before. He turned toward me, nodding for me to follow.</w:t>
      </w:r>
    </w:p>
    <w:p w14:paraId="18BB9FC2" w14:textId="77777777" w:rsidR="00121116" w:rsidRDefault="00AA3789">
      <w:r>
        <w:t>“We’ll ride out into the forest,” he said, his voice calm but commanding. “We’ll cover more ground that way. I’ll stay with Sky,” he added, his gaze steady on me. “Liona, you’ll meet up with Tyla at the entrance to the dark forest. She’s already waiting for you.”</w:t>
      </w:r>
    </w:p>
    <w:p w14:paraId="70EC9ED4" w14:textId="77777777" w:rsidR="00121116" w:rsidRDefault="00AA3789">
      <w:r>
        <w:t>Liona gave a sharp nod, her expression unreadable but focused. She moved with precision, the tightness in her shoulders only visible to those who knew her well.</w:t>
      </w:r>
    </w:p>
    <w:p w14:paraId="4096248D" w14:textId="77777777" w:rsidR="00121116" w:rsidRDefault="00AA3789">
      <w:r>
        <w:t>I mounted my horse, feeling the weight of Rainer’s command settling in my chest. It was the calm before the storm, but the storm was coming—closer than ever.</w:t>
      </w:r>
    </w:p>
    <w:p w14:paraId="5B0500AD" w14:textId="77777777" w:rsidR="00121116" w:rsidRDefault="00AA3789">
      <w:r>
        <w:lastRenderedPageBreak/>
        <w:t>The forest loomed in the distance, its trees like dark sentinels against the sky. The wind had shifted, cool and biting, whispering through the leaves with a warning that was too subtle to grasp.</w:t>
      </w:r>
    </w:p>
    <w:p w14:paraId="69F7C350" w14:textId="77777777" w:rsidR="00121116" w:rsidRDefault="00AA3789">
      <w:r>
        <w:t>Rainer clicked his tongue, urging his horse forward, and I followed, the sounds of hooves hitting the ground filling the tense silence between us. Behind us, Liona turned and disappeared down the path, her figure soon swallowed by the shadows.</w:t>
      </w:r>
    </w:p>
    <w:p w14:paraId="610CC56D" w14:textId="77777777" w:rsidR="00121116" w:rsidRDefault="00AA3789">
      <w:r>
        <w:t>We rode in silence for a time, the forest closing in around us. The air felt heavy here, thick with something unspoken. I glanced at Rainer, his gaze fixed ahead, as though he could see through the trees to whatever lay beyond. His face was calm, but his grip on the reins was tight.</w:t>
      </w:r>
    </w:p>
    <w:p w14:paraId="41FEDFFB" w14:textId="77777777" w:rsidR="00121116" w:rsidRDefault="00AA3789">
      <w:r>
        <w:t>“There’s something you’re not saying,” I ventured, my voice quieter than I intended.</w:t>
      </w:r>
    </w:p>
    <w:p w14:paraId="69E383E9" w14:textId="77777777" w:rsidR="00121116" w:rsidRDefault="00AA3789">
      <w:r>
        <w:t>Rainer didn’t look at me, his eyes still focused ahead as the dark forest grew nearer, but I felt the tension shift. “I have not seen him in a long time,” he said, his tone soft, laced with something heavier, something like regret. “We used to know each other, well, a long time ago.”</w:t>
      </w:r>
    </w:p>
    <w:p w14:paraId="584878C8" w14:textId="77777777" w:rsidR="00121116" w:rsidRDefault="00AA3789">
      <w:r>
        <w:t>His words hung in the air, too soft for the weight they carried. My heartbeat quickened, but before I could respond, he continued, his voice harder this time, more distant. “He chose his path, and I mine.”</w:t>
      </w:r>
    </w:p>
    <w:p w14:paraId="6F4E6326" w14:textId="77777777" w:rsidR="00121116" w:rsidRDefault="00AA3789">
      <w:r>
        <w:t>The abruptness of his shift silenced me. There was something deeper here, buried beneath the surface. Something between Rainer and Vidar, a history I couldn’t touch. Layers of it. It felt as if I were looking at a map of a world I didn’t know, the paths leading somewhere I hadn’t yet walked, and perhaps didn’t want to.</w:t>
      </w:r>
    </w:p>
    <w:p w14:paraId="2D3EA87C" w14:textId="77777777" w:rsidR="00121116" w:rsidRDefault="00AA3789">
      <w:r>
        <w:t>Not much made sense as I ventured deeper into this world. Even through the scattered pieces I had tried to match, everything was fractured, leaving gaps too wide to cross.</w:t>
      </w:r>
    </w:p>
    <w:p w14:paraId="57D2644D" w14:textId="77777777" w:rsidR="00121116" w:rsidRDefault="00AA3789">
      <w:r>
        <w:t>We rode further into the forest, the trees pressing in like shadows, and the quiet between us felt thicker, heavier. I wanted to ask more, wanted to press him, but the look in his eyes—the distance—kept me silent.</w:t>
      </w:r>
    </w:p>
    <w:p w14:paraId="3D5ED436" w14:textId="77777777" w:rsidR="00121116" w:rsidRDefault="00AA3789">
      <w:r>
        <w:t>A few hours must have gone by as we reached a path too narrow and treacherous, the dense underbrush making it nearly impossible for the horses to pass. Rainer halted, his eyes scanning the uneven ground ahead. "We can’t take the horses any further," he announced, his voice tinged with regret. "From here, we continue on foot."</w:t>
      </w:r>
    </w:p>
    <w:p w14:paraId="79FFE737" w14:textId="77777777" w:rsidR="00121116" w:rsidRDefault="00AA3789">
      <w:r>
        <w:t>He dismounted first, his movements brisk and efficient. He patted her horse’s neck, "go home.” He said softly. I did the same, letting Salvia follow Furor.</w:t>
      </w:r>
    </w:p>
    <w:p w14:paraId="695633BF" w14:textId="77777777" w:rsidR="00121116" w:rsidRDefault="00AA3789">
      <w:r>
        <w:t>.</w:t>
      </w:r>
    </w:p>
    <w:p w14:paraId="2B0C0F83" w14:textId="77777777" w:rsidR="00121116" w:rsidRDefault="00AA3789">
      <w:r>
        <w:lastRenderedPageBreak/>
        <w:t>We gathered our gear with water, food, and my small blade and his sword. The forest seemed even more imposing now, the towering trees and thick foliage closing in around us.</w:t>
      </w:r>
    </w:p>
    <w:p w14:paraId="08BBE85D" w14:textId="77777777" w:rsidR="00121116" w:rsidRDefault="00AA3789">
      <w:r>
        <w:t>Rainer took the lead, his steps confident but cautious. "Stay close and keep quiet," he instructed. "We don’t know what’s out there. The less attention we bring ourselves the better."</w:t>
      </w:r>
    </w:p>
    <w:p w14:paraId="2BCDEE1C" w14:textId="77777777" w:rsidR="00121116" w:rsidRDefault="00AA3789">
      <w:r>
        <w:t>Walking on foot, every sound seemed amplified. The crunch of leaves underfoot, the rustle of branches overhead, and the distant call of unseen creatures created an eerie symphony. The ground was uneven, roots and rocks threatening to trip the unwary.</w:t>
      </w:r>
    </w:p>
    <w:p w14:paraId="1634761A" w14:textId="77777777" w:rsidR="00121116" w:rsidRDefault="00AA3789">
      <w:r>
        <w:t>I felt the strain in my legs and back, muscles unused to the constant vigilance required by the rough terrain. Each step required careful placement to avoid twisting an ankle or stumbling. I missed the rhythmic gait of Salvia, the steady companionship that now felt like “We are approaching the River of Lurking Souls,” Rainer said, his voice low but carrying the kind of calm that made my skin crawl. It wasn’t reassurance—it was warning.</w:t>
      </w:r>
    </w:p>
    <w:p w14:paraId="75A37352" w14:textId="77777777" w:rsidR="00121116" w:rsidRDefault="00AA3789">
      <w:r>
        <w:t>The sound of rushing water grew louder with every step, a rhythmic hum threading through the rustling leaves and creaking branches. My legs burned with the effort to keep moving, the weight of the air pressing down harder the closer we got. This place was alive—every shadow shifting as if watching us, every gust of wind carrying a whisper I couldn’t quite make out.</w:t>
      </w:r>
    </w:p>
    <w:p w14:paraId="1A8C139E" w14:textId="77777777" w:rsidR="00121116" w:rsidRDefault="00AA3789">
      <w:r>
        <w:t>“Why is it called that?” I asked, my voice quieter than I intended, as if speaking too loudly might wake something best left undisturbed.</w:t>
      </w:r>
    </w:p>
    <w:p w14:paraId="0AD94D93" w14:textId="77777777" w:rsidR="00121116" w:rsidRDefault="00AA3789">
      <w:r>
        <w:t>Rainer didn’t look back at me, his emerald eyes fixed ahead. “Because the souls linger here, waiting.”</w:t>
      </w:r>
    </w:p>
    <w:p w14:paraId="4D81A438" w14:textId="77777777" w:rsidR="00121116" w:rsidRDefault="00AA3789">
      <w:r>
        <w:t>“Waiting for what?”</w:t>
      </w:r>
    </w:p>
    <w:p w14:paraId="0185CB72" w14:textId="77777777" w:rsidR="00121116" w:rsidRDefault="00AA3789">
      <w:r>
        <w:t>“For anyone foolish enough to listen,” he said flatly, his tone brokering no argument.</w:t>
      </w:r>
    </w:p>
    <w:p w14:paraId="04DA7264" w14:textId="77777777" w:rsidR="00121116" w:rsidRDefault="00AA3789">
      <w:r>
        <w:t>The river before us glowed with an unsettling light, deep green tendrils swirling beneath the surface like serpents, moving with purpose. Between those spirals of glowing light, there was a darkness so thick, it seemed to swallow everything around it. It wasn’t the absence of light—it was something far more dangerous. A living darkness, pulling at the edges of my senses like a whisper I couldn’t ignore.</w:t>
      </w:r>
    </w:p>
    <w:p w14:paraId="4B630C9E" w14:textId="77777777" w:rsidR="00121116" w:rsidRDefault="00AA3789">
      <w:r>
        <w:t>The water creaked, almost groaned, with each pull of its current, as if it were alive, aware of our presence. It beckoned, but not with any kind of welcome. This place didn’t want us here, and yet we had no choice but to keep moving forward.</w:t>
      </w:r>
    </w:p>
    <w:p w14:paraId="31E7E7C4" w14:textId="77777777" w:rsidR="00121116" w:rsidRDefault="00AA3789">
      <w:r>
        <w:t>The trees pressed closer, their twisted branches like skeletal fingers reaching for us. I wrapped my cloak tighter around me, but the chill wasn’t from the wind—it was the magic in the air, thick and potent, curling around me like invisible hands. It felt wrong, and yet it sang to the power buried deep inside me, tugging at it, teasing it to the surface.</w:t>
      </w:r>
    </w:p>
    <w:p w14:paraId="28B3270B" w14:textId="77777777" w:rsidR="00121116" w:rsidRDefault="00AA3789">
      <w:r>
        <w:lastRenderedPageBreak/>
        <w:t>“Stay close,” he ordered. “If you stray too far—”</w:t>
      </w:r>
    </w:p>
    <w:p w14:paraId="7BED867E" w14:textId="77777777" w:rsidR="00121116" w:rsidRDefault="00AA3789">
      <w:r>
        <w:t>“I won’t,” I cut him off, though my voice betrayed the tremor of unease coiling in my chest.</w:t>
      </w:r>
    </w:p>
    <w:p w14:paraId="624D8423" w14:textId="77777777" w:rsidR="00121116" w:rsidRDefault="00AA3789">
      <w:r>
        <w:t>Ahead, the river came into view, a black ribbon cutting through the pale mist. The water moved unnaturally, its surface smooth yet rippling with faint, silvery light, as if reflecting stars in a sky that wasn’t there. Whispers drifted from the current, soft and melodic, almost beautiful, if not for the undercurrent of despair that clawed at the edges of the sound.</w:t>
      </w:r>
    </w:p>
    <w:p w14:paraId="52D31000" w14:textId="77777777" w:rsidR="00121116" w:rsidRDefault="00AA3789">
      <w:r>
        <w:t>I froze, my feet refusing to move closer. “What... what is that?”</w:t>
      </w:r>
    </w:p>
    <w:p w14:paraId="0619AF50" w14:textId="77777777" w:rsidR="00121116" w:rsidRDefault="00AA3789">
      <w:r>
        <w:t>“The river,” Rainer said simply, his voice steady, though his expression darkened. “Don’t listen to it. Don’t look too long. It feeds on curiosity.”</w:t>
      </w:r>
    </w:p>
    <w:p w14:paraId="22674557" w14:textId="77777777" w:rsidR="00121116" w:rsidRDefault="00AA3789">
      <w:r>
        <w:t>The air around the river was heavy, each breath like dragging in thick smoke. I forced myself to step forward, keeping my eyes on the uneven wood rather than the water. My magic stirred again, rippling under my skin, and I clenched my fists, trying to hold it down.</w:t>
      </w:r>
    </w:p>
    <w:p w14:paraId="6EDBD3B3" w14:textId="77777777" w:rsidR="00121116" w:rsidRDefault="00AA3789">
      <w:r>
        <w:t>“Sky,” Rainer said sharply, his voice cutting through my spiraling thoughts. “Focus. It’s testing you.”</w:t>
      </w:r>
    </w:p>
    <w:p w14:paraId="0255639B" w14:textId="77777777" w:rsidR="00121116" w:rsidRDefault="00AA3789">
      <w:r>
        <w:t>“I know,” I bit out, my teeth clenched. But the river’s whispers grew louder, crawling under my skin like a thousand voices calling my name. The urge to look, to listen, was overwhelming, my every instinct screaming at me to just give in.</w:t>
      </w:r>
    </w:p>
    <w:p w14:paraId="20DAE23D" w14:textId="77777777" w:rsidR="00121116" w:rsidRDefault="00AA3789">
      <w:r>
        <w:t>Rainer’s hand gripped my arm, grounding me. “Look at me,” he said, his tone commanding but not unkind. “You’re stronger than it. Remember that.”</w:t>
      </w:r>
    </w:p>
    <w:p w14:paraId="08260918" w14:textId="77777777" w:rsidR="00121116" w:rsidRDefault="00AA3789">
      <w:r>
        <w:t>As we followed the riverbank, a structure began to materialize through the mist. At first, it was nothing more than a suggestion—a darker shape against the shifting gloom. But with each step, its form became clearer. A bridge.</w:t>
      </w:r>
    </w:p>
    <w:p w14:paraId="36379A69" w14:textId="77777777" w:rsidR="00121116" w:rsidRDefault="00AA3789">
      <w:r>
        <w:t>It wasn’t much of one. Thin wooden planks, warped with age, were lashed together with rope that looked as though it might disintegrate under a hard wind. The bridge swayed slightly, groaning with every shift of the breeze. The river below hissed and churned, its surface shimmering with that same unnatural light, the dark tendrils beneath writhing like living things.</w:t>
      </w:r>
    </w:p>
    <w:p w14:paraId="0E2B8CEF" w14:textId="77777777" w:rsidR="00121116" w:rsidRDefault="00AA3789">
      <w:r>
        <w:t>Rainer stopped at the edge, his expression grave as he studied the fragile structure. “It’s old,” he murmured, almost to himself. “But it’ll hold.”</w:t>
      </w:r>
    </w:p>
    <w:p w14:paraId="37CA57AF" w14:textId="77777777" w:rsidR="00121116" w:rsidRDefault="00AA3789">
      <w:r>
        <w:t>I stared at the bridge, the ropes frayed and splintering where they tied to the anchor posts. “You’re sure?” I asked, unable to keep the doubt from my voice.</w:t>
      </w:r>
    </w:p>
    <w:p w14:paraId="6892AA84" w14:textId="77777777" w:rsidR="00121116" w:rsidRDefault="00AA3789">
      <w:r>
        <w:t>“There’s no other way across,” he said, his tone brokering no argument. Then his gaze shifted to me, steadier now. “You’ll go first.”</w:t>
      </w:r>
    </w:p>
    <w:p w14:paraId="5DA470E7" w14:textId="77777777" w:rsidR="00121116" w:rsidRDefault="00AA3789">
      <w:r>
        <w:t>My stomach twisted at his words. “Why me?”</w:t>
      </w:r>
    </w:p>
    <w:p w14:paraId="088C3DCA" w14:textId="77777777" w:rsidR="00121116" w:rsidRDefault="00AA3789">
      <w:r>
        <w:lastRenderedPageBreak/>
        <w:t>Rainer didn’t answer right away. Instead, he met my gaze, his expression unreadable. “Trust me.”</w:t>
      </w:r>
    </w:p>
    <w:p w14:paraId="072B2921" w14:textId="77777777" w:rsidR="00121116" w:rsidRDefault="00AA3789">
      <w:r>
        <w:t>The words hung in the air between us, as heavy as the oppressive mist. Trust him. I tightened my grip on the strap of my pack, my fingers trembling despite the biting cold. I glanced at the bridge again, then back at him, and finally nodded. I didn’t trust him but, I would go, for myself. I wasn’t scared. I wasn’t scared. I repeated to myself.</w:t>
      </w:r>
    </w:p>
    <w:p w14:paraId="1DD59A0D" w14:textId="77777777" w:rsidR="00121116" w:rsidRDefault="00AA3789">
      <w:r>
        <w:t>The first step was the hardest. The wood creaked beneath my boot, bending slightly under my weight. I froze, holding my breath as the plank shifted. But it didn’t give. Slowly, I took another step, and then another, the faint wobble of the bridge sending tremors through my legs. The river below seemed to pulse in time with my heartbeat, the glow reflecting on the black tendrils that swirled hungrily beneath the surface.</w:t>
      </w:r>
    </w:p>
    <w:p w14:paraId="2683AE01" w14:textId="77777777" w:rsidR="00121116" w:rsidRDefault="00AA3789">
      <w:r>
        <w:t>“Don’t look down,” Rainer’s voice called softly from behind me, firm yet calm. “Keep moving.”</w:t>
      </w:r>
    </w:p>
    <w:p w14:paraId="24B72891" w14:textId="77777777" w:rsidR="00121116" w:rsidRDefault="00AA3789">
      <w:r>
        <w:t>I didn’t respond—couldn’t respond. My focus was locked on the planks ahead, my breaths shallow and rapid. The air felt heavier here, thicker with magic that seemed to press down on me, feeding the whispers just beyond the edge of hearing. I gripped the rough rope rail tightly, the coarse fibers biting into my palms.</w:t>
      </w:r>
    </w:p>
    <w:p w14:paraId="219C121A" w14:textId="77777777" w:rsidR="00121116" w:rsidRDefault="00AA3789">
      <w:r>
        <w:t>Halfway across, the bridge groaned louder, and I froze. The wood beneath my feet shifted sharply, sending a jolt of panic through me. My hand shot out instinctively, gripping the rope rail tighter as the entire structure swayed dangerously.</w:t>
      </w:r>
    </w:p>
    <w:p w14:paraId="7B6F3799" w14:textId="77777777" w:rsidR="00121116" w:rsidRDefault="00AA3789">
      <w:r>
        <w:t>“Sky,” Rainer’s voice reached me again, firmer this time. “Keep going. Don’t stop.”</w:t>
      </w:r>
    </w:p>
    <w:p w14:paraId="74B4E5B6" w14:textId="77777777" w:rsidR="00121116" w:rsidRDefault="00AA3789">
      <w:r>
        <w:t>I forced myself to take another step, then another, my legs shaking with the effort. When my boots finally met solid ground, I let out a breath I hadn’t realized I’d been holding. I turned just in time to see Rainer step onto the bridge behind me. He moved with precision, his steps deliberate and measured, the faint creak of the wood almost drowned out by the river’s whispers</w:t>
      </w:r>
    </w:p>
    <w:p w14:paraId="5ADD5E24" w14:textId="77777777" w:rsidR="00121116" w:rsidRDefault="00AA3789">
      <w:r>
        <w:t>When he reached my side, his gaze flicked to mine, a small nod of acknowledgment passing between us. No words were needed. We both knew what crossing that bridge had meant, even if it was just one step in the journey.</w:t>
      </w:r>
    </w:p>
    <w:p w14:paraId="797181FC" w14:textId="77777777" w:rsidR="00121116" w:rsidRDefault="00AA3789">
      <w:r>
        <w:t>“Not much further,” Rainer said quietly, his eyes scanning the trees ahead. The forest on this side felt different—denser, the shadows deeper. But he didn’t seem deterred.</w:t>
      </w:r>
    </w:p>
    <w:p w14:paraId="1294AADE" w14:textId="77777777" w:rsidR="00121116" w:rsidRDefault="00AA3789">
      <w:r>
        <w:t>As we moved forward, the oppressive weight of the river began to lift, replaced by something else—something older. The trees here grew taller, their branches woven together in a tight canopy that barely let any light through. The air smelled of wet leaves and ancient earth, and there was a stillness to this place, as if it had been forgotten by time.</w:t>
      </w:r>
    </w:p>
    <w:p w14:paraId="6C6BC61C" w14:textId="77777777" w:rsidR="00121116" w:rsidRDefault="00AA3789">
      <w:r>
        <w:lastRenderedPageBreak/>
        <w:t>Rainer’s voice cut through the silence as he dropped his pack under the sprawling limbs of a twisted, ancient tree. “Here,” he said quietly, his tone devoid of warmth. The wind stirred around us, carrying with it the scents of damp earth and decay, like the forest itself was rotting from the inside out. The moonlight crept over his figure, highlighting the contrast of his soft features against his darker, serious brow. His hair, tousled by the breeze, caught the silver light as he moved with quiet efficiency.</w:t>
      </w:r>
    </w:p>
    <w:p w14:paraId="7D9C1A9A" w14:textId="77777777" w:rsidR="00121116" w:rsidRDefault="00AA3789">
      <w:r>
        <w:t>I barely noticed the sharp cold biting at my skin anymore. Numbness had become a familiar companion, dulling the edges of my discomfort. Instead, I watched Rainer move, precise and controlled, as he started a fire that barely cast any light. He worked swiftly, silently, as if he were trying to outrun the dark thoughts that clung to us both. His eyes, looked almost haunted in the flicker of the flames.</w:t>
      </w:r>
    </w:p>
    <w:p w14:paraId="68B57EA7" w14:textId="77777777" w:rsidR="00121116" w:rsidRDefault="00AA3789">
      <w:r>
        <w:t>I pulled my cloak tighter, but it wasn’t the cold I was trying to fight off. It was the creeping doubt. The crushing weight of knowing I still didn’t trust him. Not fully. Not after everything.</w:t>
      </w:r>
    </w:p>
    <w:p w14:paraId="15C8BE7D" w14:textId="77777777" w:rsidR="00121116" w:rsidRDefault="00AA3789">
      <w:r>
        <w:t>“Rest if you can,” Rainer said without looking at me, his gaze fixed somewhere in the shadows beyond the firelight. “We’ll take turns watching, but you need sleep.”</w:t>
      </w:r>
    </w:p>
    <w:p w14:paraId="51407183" w14:textId="77777777" w:rsidR="00121116" w:rsidRDefault="00AA3789">
      <w:r>
        <w:t>Sleep. A laugh nearly escaped me, bitter and unwanted. I hadn’t known real rest since the moment I stepped into this nightmare. And sleep didn’t matter when you couldn’t escape what was gnawing at the edges of your mind.</w:t>
      </w:r>
    </w:p>
    <w:p w14:paraId="304F9FF5" w14:textId="77777777" w:rsidR="00121116" w:rsidRDefault="00AA3789">
      <w:r>
        <w:t>The fire crackled, but the flames were weak, barely enough to push back the darkness. I could feel the forest pressing in, heavy and watchful. There was no safety here—no protection from the things lurking just beyond sight. Not in this place, where everything felt like it was waiting for something to go wrong. The night air was thick, holding the scent of damp earth and something sharper, something that didn’t belong.</w:t>
      </w:r>
    </w:p>
    <w:p w14:paraId="79B84D05" w14:textId="77777777" w:rsidR="00121116" w:rsidRDefault="00AA3789">
      <w:r>
        <w:t>I sat down beside the fire, but there was no comfort in its warmth. I was too aware of the distance between us—between me and him. Rainer. The king. The one who claimed he needed me, trusted me. But his secrets sat between us like a wall, one I couldn’t climb no matter how much I tried. His posture was unreadable, his expression carved in the same quiet control he always carried, but something in the way he held himself was different. Sharper. As if he wasn’t entirely at ease either.</w:t>
      </w:r>
    </w:p>
    <w:p w14:paraId="2E6FC2E9" w14:textId="77777777" w:rsidR="00121116" w:rsidRDefault="00AA3789">
      <w:r>
        <w:t>And Vidar… his name throbbed in the back of my mind, unshakable. His truth had left a cut I couldn’t rid of, that wouldn’t heal, and I hated how much space it still took up inside my thoughts. I wanted nothing more than to focus on the path ahead, but he was there, lingering like a shadow I couldn’t run from, always there. Everywhere I turned, he followed, slipping through my thoughts like an echo that refused to fade. I could almost hear his voice if I let myself sink too far into the weight of it, but I wouldn’t allow it. Not tonight.</w:t>
      </w:r>
    </w:p>
    <w:p w14:paraId="1095357F" w14:textId="77777777" w:rsidR="00121116" w:rsidRDefault="00AA3789">
      <w:r>
        <w:t xml:space="preserve">I forced my eyes shut, but my mind wouldn’t still. The darkness inside me was awake, alive, stirring close to my heart, never truly gone. The trees swayed against the breeze, but it </w:t>
      </w:r>
      <w:r>
        <w:lastRenderedPageBreak/>
        <w:t>wasn’t just the wind. I could feel it in the air, in the way the energy shifted around me. Like it knew. Like it recognized something in me that I was still trying to deny. The land had always reacted to Hecate, but tonight, it wasn’t just reacting—it was waiting.</w:t>
      </w:r>
    </w:p>
    <w:p w14:paraId="4731FC3D" w14:textId="77777777" w:rsidR="00121116" w:rsidRDefault="00AA3789">
      <w:r>
        <w:t>And Rainer… he was always so calm, so composed, like nothing could touch him. But I saw the way his jaw clenched, the way his fingers flexed briefly against his knee before going still. He had noticed. The momentary flick of his gaze toward the darkness, the way his breath shifted just slightly, controlled but measured. He could feel it too. He wasn’t as invulnerable as he wanted me to believe.</w:t>
      </w:r>
    </w:p>
    <w:p w14:paraId="63A6855A" w14:textId="77777777" w:rsidR="00121116" w:rsidRDefault="00AA3789">
      <w:r>
        <w:t>“Rainer,” I murmured, my voice barely more than a whisper, unsure if I wanted to say more, if I wanted to ask what he was hiding.</w:t>
      </w:r>
    </w:p>
    <w:p w14:paraId="0656BBB2" w14:textId="77777777" w:rsidR="00121116" w:rsidRDefault="00AA3789">
      <w:r>
        <w:t>He turned to me, his eyes catching the firelight for just a second before the shadows swallowed him again. “What is it?”</w:t>
      </w:r>
    </w:p>
    <w:p w14:paraId="486B41A7" w14:textId="77777777" w:rsidR="00121116" w:rsidRDefault="00AA3789">
      <w:r>
        <w:t>The question hung between us, loaded. I could ask him. I could force it out of him, demand to know what he wasn’t telling me. But I stayed silent. There was no point.</w:t>
      </w:r>
    </w:p>
    <w:p w14:paraId="55C28107" w14:textId="77777777" w:rsidR="00121116" w:rsidRDefault="00AA3789">
      <w:r>
        <w:t>“Nothing,” I finally said, letting the word fall into the empty space between us.</w:t>
      </w:r>
    </w:p>
    <w:p w14:paraId="21DCCFD2" w14:textId="77777777" w:rsidR="00121116" w:rsidRDefault="00AA3789">
      <w:r>
        <w:t>Rainer gave a slight nod, the tension in his shoulders never easing. The silence that followed wasn’t peaceful—it was suffocating, like the forest had wrapped itself around us and was watching, waiting for the moment to strike.</w:t>
      </w:r>
    </w:p>
    <w:p w14:paraId="2F1D82CF" w14:textId="77777777" w:rsidR="00121116" w:rsidRDefault="00AA3789">
      <w:r>
        <w:t>I leaned back against the rough bark of the tree, its jagged edges biting into my skin. My body was tired, but my mind wouldn’t relent. I couldn’t shake the feeling that something was coming, something bigger than either of us could see.</w:t>
      </w:r>
    </w:p>
    <w:p w14:paraId="1A2FF8AC" w14:textId="77777777" w:rsidR="00121116" w:rsidRDefault="00AA3789">
      <w:r>
        <w:t>The fire flickered again, lower this time, almost dying out. Rainer moved to stoke it, but even he seemed distracted, like his mind was somewhere else. The energy in the air shifted—a warning, a ripple that passed through the ground beneath me, and I felt it, sharp and undeniable.</w:t>
      </w:r>
    </w:p>
    <w:p w14:paraId="3D639E2D" w14:textId="77777777" w:rsidR="00121116" w:rsidRDefault="00AA3789">
      <w:r>
        <w:t>I sat up straighter, my heart picking up speed. “You feel that?”</w:t>
      </w:r>
    </w:p>
    <w:p w14:paraId="31B7E6F6" w14:textId="77777777" w:rsidR="00121116" w:rsidRDefault="00AA3789">
      <w:r>
        <w:t>Rainer paused, his hand hovering over the fire for a second too long before he nodded slowly. “Yes. It’s the forest... it’s... changing.”</w:t>
      </w:r>
    </w:p>
    <w:p w14:paraId="77243133" w14:textId="77777777" w:rsidR="00121116" w:rsidRDefault="00AA3789">
      <w:r>
        <w:t>“What does that mean?” I pressed, my voice tight, barely above a whisper. The last thing I needed was more unknowns, more dangers lurking in the corners of a place I already didn’t trust.</w:t>
      </w:r>
    </w:p>
    <w:p w14:paraId="42805675" w14:textId="77777777" w:rsidR="00121116" w:rsidRDefault="00AA3789">
      <w:r>
        <w:t>Rainer didn’t answer right away, his gaze fixed on something in the distance, far beyond the firelight. When he finally spoke, his voice was low, almost resigned. “It means we’re not alone.”</w:t>
      </w:r>
    </w:p>
    <w:p w14:paraId="508193C1" w14:textId="77777777" w:rsidR="00121116" w:rsidRDefault="00AA3789">
      <w:r>
        <w:t>The words hit me like a punch, sharp and cold. Of course we weren’t alone. We never were.</w:t>
      </w:r>
    </w:p>
    <w:p w14:paraId="160E375F" w14:textId="77777777" w:rsidR="00121116" w:rsidRDefault="00AA3789">
      <w:r>
        <w:lastRenderedPageBreak/>
        <w:t>The air around us shifted, sharp and biting, each breath like inhaling glass. My pulse quickened, pounding louder than the whispers of the wind. I stood too quickly, the sudden rush of blood making my head spin, my muscles protesting as they scrambled to catch up with the panic flooding my veins.</w:t>
      </w:r>
    </w:p>
    <w:p w14:paraId="3A6EEC56" w14:textId="77777777" w:rsidR="00121116" w:rsidRDefault="00AA3789">
      <w:r>
        <w:t>I could feel him. The familiar chill wrapped around me like a cloak, drawing closer with every heartbeat. Not the cold of the forest, but something else—his cold. The kind that burrowed under your skin, wrapping around your bones.</w:t>
      </w:r>
    </w:p>
    <w:p w14:paraId="4C6D7B41" w14:textId="77777777" w:rsidR="00121116" w:rsidRDefault="00AA3789">
      <w:r>
        <w:t>I turned, slowly, every movement deliberate as the anger in me sparked to life. Vidar. His presence was suffocating, filling the space between us like a poison. I fought the urge to recoil. Instead, I squared my shoulders, my expression sharpening into something fierce, something more dangerous.</w:t>
      </w:r>
    </w:p>
    <w:p w14:paraId="1F1E488D" w14:textId="77777777" w:rsidR="00121116" w:rsidRDefault="00AA3789">
      <w:r>
        <w:t>He stepped closer, his smile curling at the edges like it always did—a cruel, knowing smile. “You’ve grown stronger,” he said, his voice an infuriating mixture of mockery and something darker. Admiration? His eyes scanned me as if assessing, taking stock of my every reaction. “But strength alone won’t save you.”</w:t>
      </w:r>
    </w:p>
    <w:p w14:paraId="67D21E30" w14:textId="77777777" w:rsidR="00121116" w:rsidRDefault="00AA3789">
      <w:r>
        <w:t>T The words dug under my skin, but I refused to give him the satisfaction. My anger flared, hot and wild, but I forced it down, locking it behind my defenses, keeping it where it belonged. “What do you want?” My voice was steady—too steady for the storm raging inside me.</w:t>
      </w:r>
    </w:p>
    <w:p w14:paraId="02DD16E5" w14:textId="77777777" w:rsidR="00121116" w:rsidRDefault="00AA3789">
      <w:r>
        <w:t>His eyes glinted, a cruel light flickering in their depths. “What I’ve always wanted.”</w:t>
      </w:r>
    </w:p>
    <w:p w14:paraId="76C4018A" w14:textId="77777777" w:rsidR="00121116" w:rsidRDefault="00AA3789">
      <w:r>
        <w:t>He stepped closer. Too close.</w:t>
      </w:r>
    </w:p>
    <w:p w14:paraId="587C0DBC" w14:textId="77777777" w:rsidR="00121116" w:rsidRDefault="00AA3789">
      <w:r>
        <w:t>Heat radiated from him, a deceptive warmth against the cold that bled off him. He was a contradiction, always. Fire and ice. Craving and destruction.</w:t>
      </w:r>
    </w:p>
    <w:p w14:paraId="2A27C6C8" w14:textId="77777777" w:rsidR="00121116" w:rsidRDefault="00AA3789">
      <w:r>
        <w:t>“Your control. The power you fight to tame, buried deep in the darkest parts of yourself, where even you refuse to look.” His gaze locked onto mine, digging deeper, demanding.</w:t>
      </w:r>
    </w:p>
    <w:p w14:paraId="5301A632" w14:textId="77777777" w:rsidR="00121116" w:rsidRDefault="00AA3789">
      <w:r>
        <w:t>And then he smiled. A slow, wicked thing that twisted into something more dangerous.</w:t>
      </w:r>
    </w:p>
    <w:p w14:paraId="0151A735" w14:textId="77777777" w:rsidR="00121116" w:rsidRDefault="00AA3789">
      <w:r>
        <w:t>“I want your soul.”</w:t>
      </w:r>
    </w:p>
    <w:p w14:paraId="348843F8" w14:textId="77777777" w:rsidR="00121116" w:rsidRDefault="00AA3789">
      <w:r>
        <w:t>The words settled in the space between us, thick, suffocating.</w:t>
      </w:r>
    </w:p>
    <w:p w14:paraId="6AA43EE9" w14:textId="77777777" w:rsidR="00121116" w:rsidRDefault="00AA3789">
      <w:r>
        <w:t>My body went rigid, every muscle coiled, every instinct screaming—attack. Push him back. Get him away from me. But something else crawled beneath my skin, something I didn’t want to acknowledge.</w:t>
      </w:r>
    </w:p>
    <w:p w14:paraId="3A0E505E" w14:textId="77777777" w:rsidR="00121116" w:rsidRDefault="00AA3789">
      <w:r>
        <w:t>Recognition.</w:t>
      </w:r>
    </w:p>
    <w:p w14:paraId="522DEE87" w14:textId="77777777" w:rsidR="00121116" w:rsidRDefault="00AA3789">
      <w:r>
        <w:t>A familiarity that terrified me.</w:t>
      </w:r>
    </w:p>
    <w:p w14:paraId="47249CB7" w14:textId="77777777" w:rsidR="00121116" w:rsidRDefault="00AA3789">
      <w:r>
        <w:lastRenderedPageBreak/>
        <w:t>I hated it.</w:t>
      </w:r>
    </w:p>
    <w:p w14:paraId="629CF2FE" w14:textId="77777777" w:rsidR="00121116" w:rsidRDefault="00AA3789">
      <w:r>
        <w:t>Hated how he still felt like the high of the storm and the calm after it—chaos and silence, destruction and clarity.</w:t>
      </w:r>
    </w:p>
    <w:p w14:paraId="3A22E44C" w14:textId="77777777" w:rsidR="00121116" w:rsidRDefault="00AA3789">
      <w:r>
        <w:t>The thought made my stomach twist.</w:t>
      </w:r>
    </w:p>
    <w:p w14:paraId="679D1245" w14:textId="77777777" w:rsidR="00121116" w:rsidRDefault="00AA3789">
      <w:r>
        <w:t>Vidar’s presence wasn’t just around me. It was inside me.</w:t>
      </w:r>
    </w:p>
    <w:p w14:paraId="0FD2D908" w14:textId="77777777" w:rsidR="00121116" w:rsidRDefault="00AA3789">
      <w:r>
        <w:t>His magic brushed against mine, cold and deliberate, a hand at the back of my neck, slipping through the cracks, pulling at the threads of my power.</w:t>
      </w:r>
    </w:p>
    <w:p w14:paraId="26DCB3F7" w14:textId="77777777" w:rsidR="00121116" w:rsidRDefault="00AA3789">
      <w:r>
        <w:t>He was testing me. Unraveling me.</w:t>
      </w:r>
    </w:p>
    <w:p w14:paraId="7BF0DD13" w14:textId="77777777" w:rsidR="00121116" w:rsidRDefault="00AA3789">
      <w:r>
        <w:t>I swallowed hard, forcing it back, shoving it into the deepest parts of myself where he couldn’t reach.</w:t>
      </w:r>
    </w:p>
    <w:p w14:paraId="625E13A4" w14:textId="77777777" w:rsidR="00121116" w:rsidRDefault="00AA3789">
      <w:r>
        <w:t>“I won’t let you.”</w:t>
      </w:r>
    </w:p>
    <w:p w14:paraId="4E247097" w14:textId="77777777" w:rsidR="00121116" w:rsidRDefault="00AA3789">
      <w:r>
        <w:t>The words tore from my lips, sharper than I intended.</w:t>
      </w:r>
    </w:p>
    <w:p w14:paraId="67002DEA" w14:textId="77777777" w:rsidR="00121116" w:rsidRDefault="00AA3789">
      <w:r>
        <w:t>The disgust. The rage. It was too close to the surface now, clawing for release.</w:t>
      </w:r>
    </w:p>
    <w:p w14:paraId="0CEE5AC7" w14:textId="77777777" w:rsidR="00121116" w:rsidRDefault="00AA3789">
      <w:r>
        <w:t>“I won’t let you.” I repeated the words under my breath, a promise, a warning.</w:t>
      </w:r>
    </w:p>
    <w:p w14:paraId="2F1D45EE" w14:textId="77777777" w:rsidR="00121116" w:rsidRDefault="00AA3789">
      <w:r>
        <w:t>Vidar’s smile widened, dark and predatory.</w:t>
      </w:r>
    </w:p>
    <w:p w14:paraId="111099CD" w14:textId="77777777" w:rsidR="00121116" w:rsidRDefault="00AA3789">
      <w:r>
        <w:t>“You always think you have a choice, Sky.”</w:t>
      </w:r>
    </w:p>
    <w:p w14:paraId="44E8F4E3" w14:textId="77777777" w:rsidR="00121116" w:rsidRDefault="00AA3789">
      <w:r>
        <w:t>His voice dipped lower, rich with condescension.</w:t>
      </w:r>
    </w:p>
    <w:p w14:paraId="380770C5" w14:textId="77777777" w:rsidR="00121116" w:rsidRDefault="00AA3789">
      <w:r>
        <w:t>“But deep down, you know the truth. You’ve always known. You can’t choose. You can’t outrun what you are.”</w:t>
      </w:r>
    </w:p>
    <w:p w14:paraId="107E1A46" w14:textId="77777777" w:rsidR="00121116" w:rsidRDefault="00AA3789">
      <w:r>
        <w:t>His words slithered around me, wrapping tight like a snare.</w:t>
      </w:r>
    </w:p>
    <w:p w14:paraId="50C2A7B3" w14:textId="77777777" w:rsidR="00121116" w:rsidRDefault="00AA3789">
      <w:r>
        <w:t>I clenched my fists, fighting the instinct to lash out—to summon every ounce of power and rip him from my mind, from my body, from my existence.</w:t>
      </w:r>
    </w:p>
    <w:p w14:paraId="56A867AD" w14:textId="77777777" w:rsidR="00121116" w:rsidRDefault="00AA3789">
      <w:r>
        <w:t>But I couldn’t risk it.</w:t>
      </w:r>
    </w:p>
    <w:p w14:paraId="159E3609" w14:textId="77777777" w:rsidR="00121116" w:rsidRDefault="00AA3789">
      <w:r>
        <w:t>Not here.</w:t>
      </w:r>
    </w:p>
    <w:p w14:paraId="718BB71B" w14:textId="77777777" w:rsidR="00121116" w:rsidRDefault="00AA3789">
      <w:r>
        <w:t>Not with whatever else lurked in the dark, waiting.</w:t>
      </w:r>
    </w:p>
    <w:p w14:paraId="17FC7DB9" w14:textId="77777777" w:rsidR="00121116" w:rsidRDefault="00AA3789">
      <w:r>
        <w:t>Vidar’s gaze drifted past me, his expression shifting—subtle, but there.</w:t>
      </w:r>
    </w:p>
    <w:p w14:paraId="4C6FDFDF" w14:textId="77777777" w:rsidR="00121116" w:rsidRDefault="00AA3789">
      <w:r>
        <w:t>His focus slipped, his attention snapping to something else.</w:t>
      </w:r>
    </w:p>
    <w:p w14:paraId="7AEC5AA8" w14:textId="77777777" w:rsidR="00121116" w:rsidRDefault="00AA3789">
      <w:r>
        <w:t>And instinctively, I turned to follow his line of sight.</w:t>
      </w:r>
    </w:p>
    <w:p w14:paraId="585EC768" w14:textId="77777777" w:rsidR="00121116" w:rsidRDefault="00AA3789">
      <w:r>
        <w:lastRenderedPageBreak/>
        <w:t>Rainer. He stood in the shadows behind me, rigid, the air around him vibrating with barely-contained fury. The darkness seemed to cling to him, swirling like a storm ready to break. His presence swallowed the space, drawing it tight with tension. I could feel it, coiling around us, darker than the deepest shadows in the forest. A power I hadn’t felt around him before. It was sharp, and ready to attack, like the end of a dagger poised to pierce skin.</w:t>
      </w:r>
    </w:p>
    <w:p w14:paraId="4714BBAB" w14:textId="77777777" w:rsidR="00121116" w:rsidRDefault="00AA3789">
      <w:r>
        <w:t>His eyes were locked on Vidar, burning with an intensity I hadn’t seen before—something raw and unyielding. His jaw clenched so tightly I could hear the faint grind of his teeth. The air itself crackled with a kind of rage that was almost tangible, pressing down on everything around us. Yet despite the fire blazing in front of him, Vidar remained maddeningly calm, his lips curving into that infuriatingly relaxed smile.</w:t>
      </w:r>
    </w:p>
    <w:p w14:paraId="017075A1" w14:textId="77777777" w:rsidR="00121116" w:rsidRDefault="00AA3789">
      <w:r>
        <w:t>“It’s been a long time, Rainer,” Vidar said smoothly, his voice carrying an unsettling ease. “I see you haven’t changed much.”</w:t>
      </w:r>
    </w:p>
    <w:p w14:paraId="525D412F" w14:textId="77777777" w:rsidR="00121116" w:rsidRDefault="00AA3789">
      <w:r>
        <w:t>Rainer’s silence was lethal, and when he took a step forward, it felt like the earth shifted beneath my feet. Slow, deliberate, each step echoing with the promise of violence, restrained only by a thin thread of control. “Leave her out of this, Vidar,” he growled, his voice a low rumble that rippled through the air and sent a shiver straight down my spine. “This is between you and me.”</w:t>
      </w:r>
    </w:p>
    <w:p w14:paraId="5E9A7B8B" w14:textId="77777777" w:rsidR="00121116" w:rsidRDefault="00AA3789">
      <w:r>
        <w:t>Vidar chuckled softly, a sound that felt too casual, too wrong, for the storm building around us. His eyes never left Rainer. “Ah, but she’s already involved, isn’t she? She’s the key to everything. You know that as well as I do.”</w:t>
      </w:r>
    </w:p>
    <w:p w14:paraId="67827622" w14:textId="77777777" w:rsidR="00121116" w:rsidRDefault="00AA3789">
      <w:r>
        <w:t>His words slipped between us like a blade, cutting deep. I glanced back at Rainer, my heart pounding in my chest, each beat vibrating through me as if the tension between them was alive. The energy in the air was stifling, thick with unspoken threats and old wounds that had never healed.</w:t>
      </w:r>
    </w:p>
    <w:p w14:paraId="12FAF31C" w14:textId="77777777" w:rsidR="00121116" w:rsidRDefault="00AA3789">
      <w:r>
        <w:t>Rainer’s eyes flickered to mine for a split second, just long enough for me to see the conflict there—the fury, the protectiveness, and something else. Something darker. I swallowed hard, not sure if the fire I saw in his eyes was for Vidar... or for me. I wasn’t sure if I wanted to know.</w:t>
      </w:r>
    </w:p>
    <w:p w14:paraId="404D3D35" w14:textId="77777777" w:rsidR="00121116" w:rsidRDefault="00AA3789">
      <w:r>
        <w:t>But Vidar wasn’t done. He stepped forward again, closing the space between them, his gaze sliding back to me, assessing. Calculating. “Tell me, Sky,” he said, his voice smooth and taunting. “Do you really trust him? Do you really believe he’s protecting you because he cares? Or is it because he knows what you’re capable of? What you are?”</w:t>
      </w:r>
    </w:p>
    <w:p w14:paraId="6E31F165" w14:textId="77777777" w:rsidR="00121116" w:rsidRDefault="00AA3789">
      <w:r>
        <w:t>The question hit me harder than it should have. A twist of doubt, quick and brutal. He was trying to drive a wedge between us. I knew that. But it didn’t stop the words from sinking into the cracks, the ones already there.</w:t>
      </w:r>
    </w:p>
    <w:p w14:paraId="0D06930D" w14:textId="77777777" w:rsidR="00121116" w:rsidRDefault="00AA3789">
      <w:r>
        <w:lastRenderedPageBreak/>
        <w:t>Vidar’s eyes gleamed, sensing the hesitation, the doubt. He turned back to Rainer, his smile sharpening like a blade. “You see? You can’t keep her from the truth forever, Rainer. She’s already starting to figure it out.”</w:t>
      </w:r>
    </w:p>
    <w:p w14:paraId="504407CE" w14:textId="77777777" w:rsidR="00121116" w:rsidRDefault="00AA3789">
      <w:r>
        <w:t>“She knows, Vidar,” Rainer dismissed, his voice cutting through the tension like a blade. “I’ve shown her.”</w:t>
      </w:r>
    </w:p>
    <w:p w14:paraId="5CEC3882" w14:textId="77777777" w:rsidR="00121116" w:rsidRDefault="00AA3789">
      <w:r>
        <w:t>Vidar’s eyes gleamed with amusement, his smirk deepening. He stepped closer, his presence a shadow looming between us. “Everything?” The word dripped with mockery, like he knew something we didn’t—something I didn’t.</w:t>
      </w:r>
    </w:p>
    <w:p w14:paraId="6D40C8C9" w14:textId="77777777" w:rsidR="00121116" w:rsidRDefault="00AA3789">
      <w:r>
        <w:t>Rainer’s jaw clenched, but he didn’t waver. “What matters.”</w:t>
      </w:r>
    </w:p>
    <w:p w14:paraId="6963C6FF" w14:textId="77777777" w:rsidR="00121116" w:rsidRDefault="00AA3789">
      <w:r>
        <w:t>Vidar chuckled softly, shaking his head as if Rainer’s words were the punchline to some private joke. “What matters...,” he repeated, his voice a low purr. His gaze flicked to me, assessing, testing. “She’ll have her control, and her powers will remain hers,” Rainer continued, the confidence in his voice unyielding. But I could feel the tension behind his words, the strain beneath the surface.</w:t>
      </w:r>
    </w:p>
    <w:p w14:paraId="33D607C5" w14:textId="77777777" w:rsidR="00121116" w:rsidRDefault="00AA3789">
      <w:r>
        <w:t>Would I?</w:t>
      </w:r>
    </w:p>
    <w:p w14:paraId="34F4CFF5" w14:textId="77777777" w:rsidR="00121116" w:rsidRDefault="00AA3789">
      <w:r>
        <w:t>Vidar’s eyes locked on mine, and the weight of his gaze made it hard to breathe. He knew. He could see the doubt flickering behind my eyes, the crack in the armor I was trying so hard to hold together. “Control, Rainer?” Vidar’s voice was silk, smooth and dangerous. “Is that what you told her? That she has control?”</w:t>
      </w:r>
    </w:p>
    <w:p w14:paraId="2EDAB71B" w14:textId="77777777" w:rsidR="00121116" w:rsidRDefault="00AA3789">
      <w:r>
        <w:t>My heart skipped a beat. The silence that followed was suffocating, stretching too long.</w:t>
      </w:r>
    </w:p>
    <w:p w14:paraId="17AF5D21" w14:textId="77777777" w:rsidR="00121116" w:rsidRDefault="00AA3789">
      <w:r>
        <w:t>“She’s still too unstable,” Vidar continued, his eyes gleaming with satisfaction. “You know it. I know it. And she knows it.”</w:t>
      </w:r>
    </w:p>
    <w:p w14:paraId="3D94780E" w14:textId="77777777" w:rsidR="00121116" w:rsidRDefault="00AA3789">
      <w:r>
        <w:t>I swallowed hard, my throat tight. Vidar’s words echoed in my head, louder than they should have. Unstable. Not enough in control. He wasn’t wrong. My power, it felt like a storm beneath my skin—wild, unpredictable, and dangerous. It was getting worse, not better. But I would not admit it. Not to them. Not to myself.</w:t>
      </w:r>
    </w:p>
    <w:p w14:paraId="03CE8C5A" w14:textId="77777777" w:rsidR="00121116" w:rsidRDefault="00AA3789">
      <w:r>
        <w:t>“She’s stronger than you think,” Rainer growled, his voice lower, more dangerous now. But Vidar’s smirk only widened.</w:t>
      </w:r>
    </w:p>
    <w:p w14:paraId="25EB1550" w14:textId="77777777" w:rsidR="00121116" w:rsidRDefault="00AA3789">
      <w:r>
        <w:t>“Oh, I don’t doubt her strength.” Vidar’s gaze flicked back to me, his expression softening into something almost... affectionate. “It’s her weakness I’m counting on.”</w:t>
      </w:r>
    </w:p>
    <w:p w14:paraId="469D75E1" w14:textId="77777777" w:rsidR="00121116" w:rsidRDefault="00AA3789">
      <w:r>
        <w:t>The words felt like a slap, cold and cruel. And the worst part? A part of me believed him.</w:t>
      </w:r>
    </w:p>
    <w:p w14:paraId="21C00E15" w14:textId="77777777" w:rsidR="00121116" w:rsidRDefault="00AA3789">
      <w:r>
        <w:t>I’m right here,” I growled, my voice cutting through the charged air like a blade. Anger, sharp and raw, dripped from every word. “Speak to me. Say it to my face.”</w:t>
      </w:r>
    </w:p>
    <w:p w14:paraId="5FE91132" w14:textId="77777777" w:rsidR="00121116" w:rsidRDefault="00AA3789">
      <w:r>
        <w:lastRenderedPageBreak/>
        <w:t>Rainer sighed softly beside me, the sound almost too quiet, as if even acknowledging this moment required more effort than he wanted to give. Vidar, however, his icy blue eyes locked on mine, his gaze lazy, calculating. He pinned me there effortlessly, like a hunter who had already snared his prey.</w:t>
      </w:r>
    </w:p>
    <w:p w14:paraId="0B4595A4" w14:textId="77777777" w:rsidR="00121116" w:rsidRDefault="00AA3789">
      <w:r>
        <w:t>“So, you do want to be a part of this after all,” he sneered, his lips curling into that familiar smirk.</w:t>
      </w:r>
    </w:p>
    <w:p w14:paraId="078A6C54" w14:textId="77777777" w:rsidR="00121116" w:rsidRDefault="00AA3789">
      <w:r>
        <w:t>“I don’t want to,” I shot back, my voice flat, emotionless. “But I have to. You said it. I don’t have a choice.”</w:t>
      </w:r>
    </w:p>
    <w:p w14:paraId="646A8B62" w14:textId="77777777" w:rsidR="00121116" w:rsidRDefault="00AA3789">
      <w:r>
        <w:t>I tried to look away, anywhere but at him. But no matter how hard I tried, my gaze was drawn back, caught in his. Those eyes—so cold, so unfeeling—held me there like chains. Every time I wrenched myself free, I found myself falling back into them.</w:t>
      </w:r>
    </w:p>
    <w:p w14:paraId="667229A2" w14:textId="77777777" w:rsidR="00121116" w:rsidRDefault="00AA3789">
      <w:r>
        <w:t>His smirk deepened, the curl of his lips just enough to remind me how easily he played these games. “You never intended to help me. You never planned to get me back to the family I was torn from, leaving them to rot in the dead of winter.” My voice cracked slightly, but I steadied myself, feeling the anger rise again. I cast a sharp glance at Rainer. “Was it just a game between you and Cronus? Another cruel game?”</w:t>
      </w:r>
    </w:p>
    <w:p w14:paraId="44B40F6E" w14:textId="77777777" w:rsidR="00121116" w:rsidRDefault="00AA3789">
      <w:r>
        <w:t>I didn’t wait for an answer. My frustration flared, and with it, the wind rose, swirling around us. Leaves tore from the ground, lifted violently into the air, branches creaking in protest. But neither of them flinched. Vidar’s smile only widened, his gaze admiring the chaos I had created.</w:t>
      </w:r>
    </w:p>
    <w:p w14:paraId="4AC0D829" w14:textId="77777777" w:rsidR="00121116" w:rsidRDefault="00AA3789">
      <w:r>
        <w:t>The air around me shifted—no, thickened. It moved like something alive, pulsing with the raw, untamed force surging through me. My heartbeat pounded in my ears, slow and deliberate, as if the world itself had yielded to this moment, stretching time into something distant, unreal. I felt everything. The wind pressing against my skin. The ground beneath me, vibrating with energy I didn’t call, but that answered anyway. The heat rising inside me, curling around my ribs, climbing higher, higher—</w:t>
      </w:r>
    </w:p>
    <w:p w14:paraId="633177A2" w14:textId="77777777" w:rsidR="00121116" w:rsidRDefault="00AA3789">
      <w:r>
        <w:t>Burning.</w:t>
      </w:r>
    </w:p>
    <w:p w14:paraId="7BC75A6A" w14:textId="77777777" w:rsidR="00121116" w:rsidRDefault="00AA3789">
      <w:r>
        <w:t>Not like fire. Fire had limits. This didn’t. This was something deeper, something that had always been there, coiling in the pit of my existence, waiting to be let free. It raced through my veins like liquid lightning, scorching every nerve, searing every inch of me from the inside out. My hands trembled as the heat built, as the power surged forward, uncoiling like a beast awakened.</w:t>
      </w:r>
    </w:p>
    <w:p w14:paraId="29E4892C" w14:textId="77777777" w:rsidR="00121116" w:rsidRDefault="00AA3789">
      <w:r>
        <w:t>I didn’t resist it.</w:t>
      </w:r>
    </w:p>
    <w:p w14:paraId="3F6F2FC8" w14:textId="77777777" w:rsidR="00121116" w:rsidRDefault="00AA3789">
      <w:r>
        <w:t>I let it flow.</w:t>
      </w:r>
    </w:p>
    <w:p w14:paraId="2788DA7C" w14:textId="77777777" w:rsidR="00121116" w:rsidRDefault="00AA3789">
      <w:r>
        <w:t xml:space="preserve">The wind howled in response, whipping violently around me, bending to the force rippling from within. The leaves that had been lifted moments ago didn’t just swirl—they froze </w:t>
      </w:r>
      <w:r>
        <w:lastRenderedPageBreak/>
        <w:t>midair, caught in the thickened space where magic bled into reality, their edges glowing with raw heat before disintegrating into nothing. The world around me blurred, like it was bending at the edges, fighting to contain the pressure.</w:t>
      </w:r>
    </w:p>
    <w:p w14:paraId="48327DD2" w14:textId="77777777" w:rsidR="00121116" w:rsidRDefault="00AA3789">
      <w:r>
        <w:t>But I wasn’t containing it.</w:t>
      </w:r>
    </w:p>
    <w:p w14:paraId="5411B2A9" w14:textId="77777777" w:rsidR="00121116" w:rsidRDefault="00AA3789">
      <w:r>
        <w:t>I was unleashing it.</w:t>
      </w:r>
    </w:p>
    <w:p w14:paraId="45FFE146" w14:textId="77777777" w:rsidR="00121116" w:rsidRDefault="00AA3789">
      <w:r>
        <w:t>The heat climbed higher. My breath came in sharp gasps, my lungs struggling against the force that wanted to consume, to expand, to burn everything in its path. My vision swam between shadow and light, colors bleeding into something brighter, something sharper than the world had ever shown me before.</w:t>
      </w:r>
    </w:p>
    <w:p w14:paraId="04721925" w14:textId="77777777" w:rsidR="00121116" w:rsidRDefault="00AA3789">
      <w:r>
        <w:t>And Vidar—</w:t>
      </w:r>
    </w:p>
    <w:p w14:paraId="283B4455" w14:textId="77777777" w:rsidR="00121116" w:rsidRDefault="00AA3789">
      <w:r>
        <w:t>Vidar only watched, his gaze dark with something unreadable, something almost hungry.</w:t>
      </w:r>
    </w:p>
    <w:p w14:paraId="04B94AF2" w14:textId="77777777" w:rsidR="00121116" w:rsidRDefault="00AA3789">
      <w:r>
        <w:t>The pressure in my chest reached its peak, my fingers twitching as the air around them shimmered, distorting the space itself. I felt it, that dangerous, fragile moment before release, when the balance between power and destruction no longer existed—</w:t>
      </w:r>
    </w:p>
    <w:p w14:paraId="537CE620" w14:textId="77777777" w:rsidR="00121116" w:rsidRDefault="00AA3789">
      <w:r>
        <w:t>A single breath too late, and the world would shatter.</w:t>
      </w:r>
    </w:p>
    <w:p w14:paraId="79954D03" w14:textId="77777777" w:rsidR="00121116" w:rsidRDefault="00AA3789">
      <w:r>
        <w:t>Till my body couldn’t take it anymore, and the magic crashed back into me.</w:t>
      </w:r>
    </w:p>
    <w:p w14:paraId="6FB861CD" w14:textId="77777777" w:rsidR="00121116" w:rsidRDefault="00AA3789">
      <w:r>
        <w:t>“Yes, Sky,” he purred, his voice dripping with satisfaction. “This is why I played the game. For this.”</w:t>
      </w:r>
    </w:p>
    <w:p w14:paraId="0F8CDD1A" w14:textId="77777777" w:rsidR="00121116" w:rsidRDefault="00AA3789">
      <w:r>
        <w:t>He gestured to the wind, to the leaves whipping through the air, but his eyes never left mine. And in them, I saw something cold, something predatory. He wanted this—my anger, my power, my desperation.</w:t>
      </w:r>
    </w:p>
    <w:p w14:paraId="2A0AEA04" w14:textId="77777777" w:rsidR="00121116" w:rsidRDefault="00AA3789">
      <w:r>
        <w:t>Rainer remained silent, but his eyes, sharp and unblinking, were fixed on Vidar. He hadn’t moved, hadn’t so much as stirred as the magic swirled violently around us. He stood like a sentinel, watching, waiting, every muscle alert but controlled.</w:t>
      </w:r>
    </w:p>
    <w:p w14:paraId="7FC05E6F" w14:textId="77777777" w:rsidR="00121116" w:rsidRDefault="00AA3789">
      <w:r>
        <w:t>Vidar took a step closer, his voice lowering to something more intimate, more dangerous. “The part of you that trusted me, even for a moment, Sky... that’s what created this power. It’s the trust, the belief in something more, that gave you strength.” He tilted his head slightly, studying me. “But that same trust is what makes you weak. Desperate for the high of feeling loved, cared about.” Vidar’s words sliced through me like the sharpest blade. The wind that had carried my rage fell still, and with it, the fire that had fueled me flickered, fading. The leaves, once violently swirling around us, drifted back to the earth in slow, deliberate movements.</w:t>
      </w:r>
    </w:p>
    <w:p w14:paraId="11F3D75E" w14:textId="77777777" w:rsidR="00121116" w:rsidRDefault="00AA3789">
      <w:r>
        <w:t>I felt the life being pulled from me, leaving nothing but a hollow shell, a corpse with no warmth. My strength seeped away, retreating into the corners of my mind, where it was buried beneath layers of doubt.</w:t>
      </w:r>
    </w:p>
    <w:p w14:paraId="5299DB2F" w14:textId="77777777" w:rsidR="00121116" w:rsidRDefault="00AA3789">
      <w:r>
        <w:lastRenderedPageBreak/>
        <w:t>Vidar took another step, closing the distance between us, his voice now a low whisper. “And just like that, your weakness made you controllable.”</w:t>
      </w:r>
    </w:p>
    <w:p w14:paraId="737A7017" w14:textId="77777777" w:rsidR="00121116" w:rsidRDefault="00AA3789">
      <w:r>
        <w:t>The truth in his words stung, not because they were entirely right, but because they brushed against the edges of my own doubts. How many times had I wondered if Rainer’s guidance, Vidar’s presence, or even my own instincts were pushing me toward something I couldn’t control? How often had I questioned whether the power coursing through me was truly mine, or if it was already slipping through my grasp, tethered to the strings of someone else's design?</w:t>
      </w:r>
    </w:p>
    <w:p w14:paraId="3B2B1047" w14:textId="77777777" w:rsidR="00121116" w:rsidRDefault="00AA3789">
      <w:r>
        <w:t>“Why do you care?” I demanded, my voice sharper than I intended. “You say I’m controllable, but what is that to you? You have all the power. What do you really want?”</w:t>
      </w:r>
    </w:p>
    <w:p w14:paraId="7E1C393F" w14:textId="77777777" w:rsidR="00121116" w:rsidRDefault="00AA3789">
      <w:r>
        <w:t>Vidar’s smirk faltered, just for a moment, and in the flicker of firelight, I thought I saw something almost human in his expression. “What I want doesn’t matter,” he said softly. “What matters is what you become—and whether you can survive it.”</w:t>
      </w:r>
    </w:p>
    <w:p w14:paraId="1BCD34B4" w14:textId="77777777" w:rsidR="00121116" w:rsidRDefault="00AA3789">
      <w:r>
        <w:t>His words sank deep, wrapping around my heart like a vice. The part of me that had trusted him, that had wanted so desperately to believe in something—anything—now felt like the cruelest joke.</w:t>
      </w:r>
    </w:p>
    <w:p w14:paraId="2A6B98F6" w14:textId="77777777" w:rsidR="00121116" w:rsidRDefault="00AA3789">
      <w:r>
        <w:t>“That’s enough,” Rainer’s voice cut through the silence, sharp as a blade. The thin cage that had formed between us cracked, shattering as his command rang out.</w:t>
      </w:r>
    </w:p>
    <w:p w14:paraId="7CD7D85A" w14:textId="77777777" w:rsidR="00121116" w:rsidRDefault="00AA3789">
      <w:r>
        <w:t>I barely turned, but I could feel the storm of anger rolling off Rainer in waves. His jaw was clenched, his fists tight at his sides. The air around him was thick with tension, but his words were measured, controlled. He was restraining himself, but I knew that restraint wouldn’t last long.</w:t>
      </w:r>
    </w:p>
    <w:p w14:paraId="7F93DD5E" w14:textId="77777777" w:rsidR="00121116" w:rsidRDefault="00AA3789">
      <w:r>
        <w:t>Vidar’s gaze slid lazily to Rainer, that same smirk still tugging at his lips. “Ah, Rainer,” he purred. “Always after peace.” His eyes flicked back to me, still gleaming with amusement. “But you see, she’s already lost. You can’t protect her from herself.”</w:t>
      </w:r>
    </w:p>
    <w:p w14:paraId="66A055E8" w14:textId="77777777" w:rsidR="00121116" w:rsidRDefault="00AA3789">
      <w:r>
        <w:t>I swallowed the knot in my throat, trying to regain the fire that had been so easily snuffed out. I forced my chin up, meeting Vidar’s gaze once more, but the weight of his words hung heavy over me. He had found the cracks in my armor, and now, it felt like I was falling apart from the inside out.</w:t>
      </w:r>
    </w:p>
    <w:p w14:paraId="300CA1BD" w14:textId="77777777" w:rsidR="00121116" w:rsidRDefault="00AA3789">
      <w:r>
        <w:t>Vidar’s gaze lingered on me, his lips curling into that same cruel smirk. “You’re stronger than I anticipated, Sky. But not strong enough yet.” His eyes glinted dangerously, a threat hidden behind them. “You’ll see me again—sooner than you think.”</w:t>
      </w:r>
    </w:p>
    <w:p w14:paraId="6FA59E2F" w14:textId="77777777" w:rsidR="00121116" w:rsidRDefault="00AA3789">
      <w:r>
        <w:t>I stood still, my breath shallow, as his presence finally began to recede. For the first time, I realized how alone I truly was in all of this. Vidar’s words, Rainer’s guarded truths, even Liona’s fierce loyalty—it all seemed to circle back to one thing: power. My power. And while they each had their reasons for staying close, I couldn’t shake the feeling that none of them were truly here for me.</w:t>
      </w:r>
    </w:p>
    <w:p w14:paraId="3FB258B3" w14:textId="77777777" w:rsidR="00121116" w:rsidRDefault="00AA3789">
      <w:r>
        <w:lastRenderedPageBreak/>
        <w:t>I clenched my fists, the faint pulse of energy beneath my skin a reminder of what was still mine—what they couldn’t take. If this power was going to define me, then I would be the one to decide how.</w:t>
      </w:r>
    </w:p>
    <w:p w14:paraId="3801ACF6" w14:textId="77777777" w:rsidR="00121116" w:rsidRDefault="00AA3789">
      <w:r>
        <w:t>Vidar turned slowly, his back to me, unbothered by Rainer’s burning stare.</w:t>
      </w:r>
    </w:p>
    <w:p w14:paraId="33551C5B" w14:textId="77777777" w:rsidR="00121116" w:rsidRDefault="00AA3789">
      <w:r>
        <w:t>"Next time, it won’t be so easy," Vidar’s voice drifted back to us, cold and distant as the wind carried it away. Without another word, he vanished into the darkness, the forest swallowing him whole.</w:t>
      </w:r>
    </w:p>
    <w:p w14:paraId="632D915E" w14:textId="77777777" w:rsidR="00121116" w:rsidRDefault="00AA3789">
      <w:r>
        <w:t>I let out a breath I hadn’t realized I was holding, my entire body trembling with the effort to keep myself composed. My knees nearly buckled under me, but I forced myself to stay upright, refusing to show the weakness Vidar had been so eager to exploit.</w:t>
      </w:r>
    </w:p>
    <w:p w14:paraId="662EB9D5" w14:textId="77777777" w:rsidR="00121116" w:rsidRDefault="00AA3789">
      <w:r>
        <w:t>Rainer remained silent, his fury simmering just beneath the surface, but he made no move to follow Vidar. Instead, he turned his attention to me, his eyes scanning my face, searching for something—an answer, maybe. But I had no answers for him. Not for the questions in his gaze, or the ones echoing in my own mind. The darkness Vidar left behind—it didn’t feel like something to fight against. It felt... familiar.</w:t>
      </w:r>
    </w:p>
    <w:p w14:paraId="299C15CB" w14:textId="77777777" w:rsidR="00121116" w:rsidRDefault="00AA3789">
      <w:r>
        <w:t>The thought terrified me. How could I find comfort in something so cold, so cruel? But it wasn’t the first time. The whispers in the forest, the surge of power in the mountains—they all carried the same shadowy thread, weaving through me like an unspoken truth I wasn’t ready to confront.</w:t>
      </w:r>
    </w:p>
    <w:p w14:paraId="63FCD86C" w14:textId="77777777" w:rsidR="00121116" w:rsidRDefault="00AA3789">
      <w:r>
        <w:t>His words clung to me, their weight pressing down like an iron shackle around my chest. For a moment, I couldn’t breathe, couldn’t think past the cold certainty in his tone. He knew something I didn’t—something he wasn’t ready to share. But what scared me more was the spark of recognition his words ignited in me, a flicker of truth I didn’t want to face.</w:t>
      </w:r>
    </w:p>
    <w:p w14:paraId="7607929B" w14:textId="77777777" w:rsidR="00121116" w:rsidRDefault="00AA3789">
      <w:r>
        <w:t>“He’s lying,” Rainer’s voice cut through my thoughts, steady and firm, but his gaze betrayed the tension beneath his calm facade. “Whatever he’s trying to plant in your mind—don’t let him. Vidar thrives on control, on twisting the truth to suit his purpose.”</w:t>
      </w:r>
    </w:p>
    <w:p w14:paraId="1B902951" w14:textId="77777777" w:rsidR="00121116" w:rsidRDefault="00AA3789">
      <w:r>
        <w:t>I nodded, but the doubt had already taken root, a shadow curling at the edges of my mind. Vidar’s voice echoed still, his final words a promise—or a warning.</w:t>
      </w:r>
    </w:p>
    <w:p w14:paraId="048DB636" w14:textId="77777777" w:rsidR="00121116" w:rsidRDefault="00AA3789">
      <w:r>
        <w:t>“I—I’m fine,” I lied, but the words felt hollow. I looked away from Rainer, focusing on the forest ahead, on the shadows where Vidar had disappeared.</w:t>
      </w:r>
    </w:p>
    <w:p w14:paraId="4B93E86B" w14:textId="77777777" w:rsidR="00121116" w:rsidRDefault="00AA3789">
      <w:r>
        <w:t>He didn’t press further, though I could feel his gaze lingering on me. I took a deep breath, steadying myself, trying to push away the lingering chill of Vidar’s presence.</w:t>
      </w:r>
    </w:p>
    <w:p w14:paraId="0448308F" w14:textId="77777777" w:rsidR="00121116" w:rsidRDefault="00AA3789">
      <w:r>
        <w:t>“Let’s get back,” Rainer finally said, his tone firm but more controlled now. “We need to regroup.”</w:t>
      </w:r>
    </w:p>
    <w:p w14:paraId="607B8FB3" w14:textId="77777777" w:rsidR="00121116" w:rsidRDefault="00AA3789">
      <w:r>
        <w:lastRenderedPageBreak/>
        <w:t>I nodded, not trusting my voice to speak again. As we began to walk back, the forest around us felt different—darker, more threatening. Every rustle of the leaves, every shadow, reminded me of Vidar’s presence, as if he were still out there, watching, waiting.</w:t>
      </w:r>
    </w:p>
    <w:p w14:paraId="7F44B73E" w14:textId="77777777" w:rsidR="00121116" w:rsidRDefault="00AA3789">
      <w:r>
        <w:t>But the most unsettling feeling of all was that tiny, nagging voice in the back of my mind—Had Vidar been right? Had I really let myself be blinded by the trust I had allowed myself to feel?</w:t>
      </w:r>
    </w:p>
    <w:p w14:paraId="0A36B0F9" w14:textId="77777777" w:rsidR="00121116" w:rsidRDefault="00AA3789">
      <w:r>
        <w:t>The thought gnawed at me, sinking its claws deeper into my mind. I had trusted him. In some twisted, unconscious way, I had let myself believe there was something redeemable, something comforting in him.</w:t>
      </w:r>
    </w:p>
    <w:p w14:paraId="6F300636" w14:textId="77777777" w:rsidR="00121116" w:rsidRDefault="00AA3789">
      <w:r>
        <w:t>Had I really let myself be blinded by the trust I had allowed myself to feel?</w:t>
      </w:r>
    </w:p>
    <w:p w14:paraId="206B49F1" w14:textId="77777777" w:rsidR="00121116" w:rsidRDefault="00AA3789">
      <w:r>
        <w:t>The thought gnawed at me, sinking its claws deeper into my mind. I had trusted him. In some twisted, unconscious way, I had let myself believe there was something redeemable, something human in him. Maybe it had been desperation, a foolish need to see something good in the world that wasn't constantly trying to tear me apart. But I was wrong—so, so wrong.</w:t>
      </w:r>
    </w:p>
    <w:p w14:paraId="4F0073FF" w14:textId="77777777" w:rsidR="00121116" w:rsidRDefault="00AA3789">
      <w:r>
        <w:t>A bitter taste lingered in my mouth, anger bubbling in my chest like molten iron. I clenched my fists, nails biting into the skin of my palms. Vidar's words echoed in my mind, each one more poisonous than the last. Trust, weakness, control.</w:t>
      </w:r>
    </w:p>
    <w:p w14:paraId="5F6EE87C" w14:textId="77777777" w:rsidR="00121116" w:rsidRDefault="00AA3789">
      <w:r>
        <w:t>I couldn’t let that happen again.</w:t>
      </w:r>
    </w:p>
    <w:p w14:paraId="3CD9B7A3" w14:textId="77777777" w:rsidR="00121116" w:rsidRDefault="00AA3789">
      <w:r>
        <w:t>I swallowed hard, my throat tight with the weight of it all. The reality I had been avoiding was closing in around me, suffocating. How could I be so blind? How could I have let him in, even for a moment?</w:t>
      </w:r>
    </w:p>
    <w:p w14:paraId="0766B2D9" w14:textId="77777777" w:rsidR="00121116" w:rsidRDefault="00AA3789">
      <w:r>
        <w:t>It wasn’t just the betrayal that stung—it was the fact that I’d let it happen. I’d opened a door, even if it was only slightly, and he had waltzed right in, planting seeds of doubt that had grown into this gnawing emptiness.</w:t>
      </w:r>
    </w:p>
    <w:p w14:paraId="09E7DF04" w14:textId="77777777" w:rsidR="00121116" w:rsidRDefault="00AA3789">
      <w:r>
        <w:t>I couldn’t let it control me. Not again.</w:t>
      </w:r>
    </w:p>
    <w:p w14:paraId="1F634810" w14:textId="77777777" w:rsidR="00121116" w:rsidRDefault="00AA3789">
      <w:r>
        <w:t>"Sky." Rainer’s voice was soft, pulling me from the whirlwind in my head. I glanced at him, his face illuminated by the pale moonlight. His eyes searched mine, and for a brief moment, I wondered if he could see the cracks forming, the vulnerability I was trying so hard to hide.</w:t>
      </w:r>
    </w:p>
    <w:p w14:paraId="3ED05CB6" w14:textId="77777777" w:rsidR="00121116" w:rsidRDefault="00AA3789">
      <w:r>
        <w:t>But I wouldn’t let him.</w:t>
      </w:r>
    </w:p>
    <w:p w14:paraId="5A819638" w14:textId="77777777" w:rsidR="00121116" w:rsidRDefault="00AA3789">
      <w:r>
        <w:t>I straightened, forcing the turmoil down. I couldn’t afford to be weak—not now. Not when everything was on the line.</w:t>
      </w:r>
    </w:p>
    <w:p w14:paraId="386CD5F5" w14:textId="77777777" w:rsidR="00121116" w:rsidRDefault="00AA3789">
      <w:r>
        <w:t>Vidar was gone, fading back into the shadows like a phantom, leaving the forest’s thick silence to press in around us. But his words lingered, etched in my mind like a brand. They had drained something from me, pulled the fire from my veins and left me cold, empty.</w:t>
      </w:r>
    </w:p>
    <w:p w14:paraId="4258FC42" w14:textId="77777777" w:rsidR="00121116" w:rsidRDefault="00AA3789">
      <w:r>
        <w:lastRenderedPageBreak/>
        <w:t>Rainer stood closer now, his presence a steadying force. He wasn’t saying anything, but his eyes bore into me, searching for something I wasn’t ready to share.</w:t>
      </w:r>
    </w:p>
    <w:p w14:paraId="6AD24B29" w14:textId="77777777" w:rsidR="00121116" w:rsidRDefault="00AA3789">
      <w:r>
        <w:t>“I’m fine,” I said, my voice hard, as if saying it could make it true. But even as the words left my lips, I could feel the hollow space inside me, the place where my magic had once burned brightly, now cold and distant. Vidar had taken more than I wanted to admit, and I wasn’t sure if I knew how to get it back.</w:t>
      </w:r>
    </w:p>
    <w:p w14:paraId="209A6646" w14:textId="77777777" w:rsidR="00121116" w:rsidRDefault="00AA3789">
      <w:r>
        <w:t>Rainer didn’t push, but his jaw tightened. He turned, leading the way east into the forest without a word. The tension between us was palpable, thick like the shadows that stretched long and dark across the path.</w:t>
      </w:r>
    </w:p>
    <w:p w14:paraId="5E524100" w14:textId="77777777" w:rsidR="00121116" w:rsidRDefault="00AA3789">
      <w:r>
        <w:t>My steps felt heavy, each one a reminder of how fragile my control had become. Vidar’s presence had shaken something loose in me, and now I was teetering on the edge of something I couldn’t quite grasp. The coldness in my chest remained, making me feel disconnected from the magic I had fought so hard to understand.</w:t>
      </w:r>
    </w:p>
    <w:p w14:paraId="14949856" w14:textId="77777777" w:rsidR="00121116" w:rsidRDefault="00AA3789">
      <w:r>
        <w:t>“Controllable.” His voice replayed in my mind, taunting. I knew he was right, and that’s what scared me most.</w:t>
      </w:r>
    </w:p>
    <w:p w14:paraId="23A4CDF8" w14:textId="77777777" w:rsidR="00121116" w:rsidRDefault="00AA3789">
      <w:r>
        <w:t>The night had slowly faded into the dim light of dawn, and though none of us had slept, the exhaustion was pushed aside by a new urgency. In the distance, two feminine figures emerged from the shadows of the trees. One smaller, her presence more compact and powerful, the other thin and taller, moving with an elegant grace. As they approached, the first rays of light filtered through the branches, illuminating their faces.</w:t>
      </w:r>
    </w:p>
    <w:p w14:paraId="047E7BD0" w14:textId="77777777" w:rsidR="00121116" w:rsidRDefault="00AA3789">
      <w:r>
        <w:t>Liona's familiar sharpness was softened by her weariness, but her gaze was as vigilant as ever. Beside her, Tyla was smaller than I had imagined. Her long, lighter brown hair fell in a loose braid over her shoulder, strands slipping free to frame her paler face. Her features were sharp, defined, but there was a softness in her expression, a contrast to Liona’s more guarded look.</w:t>
      </w:r>
    </w:p>
    <w:p w14:paraId="03609071" w14:textId="77777777" w:rsidR="00121116" w:rsidRDefault="00AA3789">
      <w:r>
        <w:t>Tyla's eyes met mine, and for a moment, I felt the weight of her presence. She was quieter, but there was a depth to her that hinted at a strength beyond her appearance. The wind played with the loose strands of her hair as she moved with the same deliberate grace as her sister.</w:t>
      </w:r>
    </w:p>
    <w:p w14:paraId="2A91E32B" w14:textId="77777777" w:rsidR="00121116" w:rsidRDefault="00AA3789">
      <w:r>
        <w:t>Rainer stepped forward, his movements calm but deliberate. There was something about the way he held himself that felt heavier, like he was bearing more than he was saying.</w:t>
      </w:r>
    </w:p>
    <w:p w14:paraId="39C4B13A" w14:textId="77777777" w:rsidR="00121116" w:rsidRDefault="00AA3789">
      <w:r>
        <w:t>“We saw him,” Rainer said, his voice clipped, but the undertone of frustration was unmistakable. “It was brief, just a glimpse, but enough to know.” His gaze shifted between Liona and Tyla before briefly resting on me, and I could feel the weight behind his words, like something was left unspoken.</w:t>
      </w:r>
    </w:p>
    <w:p w14:paraId="49CFD849" w14:textId="77777777" w:rsidR="00121116" w:rsidRDefault="00AA3789">
      <w:r>
        <w:lastRenderedPageBreak/>
        <w:t>Liona stiffened at his words, her face tightening in thought. “You didn’t try to stop him?” she asked, a sliver of disbelief in her voice. She rarely questioned him, but even she couldn’t hide her surprise.</w:t>
      </w:r>
    </w:p>
    <w:p w14:paraId="45A936AB" w14:textId="77777777" w:rsidR="00121116" w:rsidRDefault="00AA3789">
      <w:r>
        <w:t>Rainer’s jaw tightened, and for a moment, it seemed as if he wouldn’t answer. He stared off, his eyes unfocused, his mind elsewhere. “No,” he said after a pause, the admission hanging heavily in the air.</w:t>
      </w:r>
    </w:p>
    <w:p w14:paraId="07A32946" w14:textId="77777777" w:rsidR="00121116" w:rsidRDefault="00AA3789">
      <w:r>
        <w:t>I could sense something more in his words, something unspoken. There had been more than just a brief encounter. I could feel it, an unease growing inside me, but I held back my questions for now, waiting to see what else he would reveal.</w:t>
      </w:r>
    </w:p>
    <w:p w14:paraId="19730C2B" w14:textId="77777777" w:rsidR="00121116" w:rsidRDefault="00AA3789">
      <w:r>
        <w:t>Tyla’s dark eyes flickered between us, her gaze narrowing. “He’ll be back,” she said, her voice steady, though it carried a note of urgency. “And next time, we might not be so lucky.”</w:t>
      </w:r>
    </w:p>
    <w:p w14:paraId="6DA687C3" w14:textId="77777777" w:rsidR="00121116" w:rsidRDefault="00AA3789">
      <w:r>
        <w:t>Rainer nodded, his face hardening, the familiar mask of the king settling over his features. “I know,” he said, voice low but resolute. “But next time, we’ll be ready. This was a warning, nothing more. When he returns, we’ll be prepared.”</w:t>
      </w:r>
    </w:p>
    <w:p w14:paraId="28B3423F" w14:textId="77777777" w:rsidR="00121116" w:rsidRDefault="00AA3789">
      <w:r>
        <w:t>“Rainer,” Liona’s voice cut through the growing tension, a softness there that I hadn’t expected. There was something more behind her words, something deeper than just worry. I glanced between them, trying to read their faces, their bodies, sensing an unspoken history I wasn’t part of.</w:t>
      </w:r>
    </w:p>
    <w:p w14:paraId="00012EDA" w14:textId="77777777" w:rsidR="00121116" w:rsidRDefault="00AA3789">
      <w:r>
        <w:t>“I’m fine,” Rainer said sharply, almost too quickly, as though he was shutting down the concern before it could surface. His eyes softened, though, just briefly as they met hers. “Next time.”</w:t>
      </w:r>
    </w:p>
    <w:p w14:paraId="486F0B01" w14:textId="77777777" w:rsidR="00121116" w:rsidRDefault="00AA3789">
      <w:r>
        <w:t>A small smile tugged at the corners of Liona’s lips, though it didn’t reach her eyes. “He’s not stupid enough to ambush us when we’re all together,” Tyla said, stepping forward, her voice firm and practical. “He knows he won’t stand a chance.”</w:t>
      </w:r>
    </w:p>
    <w:p w14:paraId="67060CD7" w14:textId="77777777" w:rsidR="00121116" w:rsidRDefault="00AA3789">
      <w:r>
        <w:t>Rainer suddenly stilled, his body going rigid. His hand shot up, signaling for silence. The change in his demeanor was instant, and his eyes narrowed as they scanned the trees surrounding us.</w:t>
      </w:r>
    </w:p>
    <w:p w14:paraId="6E2775E2" w14:textId="77777777" w:rsidR="00121116" w:rsidRDefault="00AA3789">
      <w:r>
        <w:t>“Quiet,” he whispered, his voice barely audible, yet sharp enough to cut through the tension.</w:t>
      </w:r>
    </w:p>
    <w:p w14:paraId="7AE260E0" w14:textId="77777777" w:rsidR="00121116" w:rsidRDefault="00AA3789">
      <w:r>
        <w:t>Liona and Tyla froze in place, their movements ceasing mid-breath. Rainer’s focus was intense, and I could feel the shift in the air around us. Something was there. Something close. My heart pounded in my chest, my breath catching in my throat as I strained to listen.</w:t>
      </w:r>
    </w:p>
    <w:p w14:paraId="59AB624A" w14:textId="77777777" w:rsidR="00121116" w:rsidRDefault="00AA3789">
      <w:r>
        <w:t>“What is it?” I mouthed, barely moving my lips.</w:t>
      </w:r>
    </w:p>
    <w:p w14:paraId="1EE6A6E6" w14:textId="77777777" w:rsidR="00121116" w:rsidRDefault="00AA3789">
      <w:r>
        <w:t>Rainer’s eyes darted toward me, then back to the trees. “Something’s hunting them,” he murmured, his voice low and urgent, just loud enough for Liona and Tyla to hear.</w:t>
      </w:r>
    </w:p>
    <w:p w14:paraId="119D7C41" w14:textId="77777777" w:rsidR="00121116" w:rsidRDefault="00AA3789">
      <w:r>
        <w:lastRenderedPageBreak/>
        <w:t>A low, guttural growl echoed from the darkness of the forest, sending a wave of icy fear crashing over me. I gripped the small blade at my side, my fingers trembling as I tried to steady myself. The sound was primal, almost inhuman.</w:t>
      </w:r>
    </w:p>
    <w:p w14:paraId="61B49404" w14:textId="77777777" w:rsidR="00121116" w:rsidRDefault="00AA3789">
      <w:r>
        <w:t>Rainer’s hand tightened on the hilt of his sword. “Baxtrus,” he muttered, his voice barely more than a breath.</w:t>
      </w:r>
    </w:p>
    <w:p w14:paraId="679F4574" w14:textId="77777777" w:rsidR="00121116" w:rsidRDefault="00AA3789">
      <w:r>
        <w:t>Tyla stiffened, her eyes widening as she exchanged a glance with Liona. “No... it can’t be...” Tyla whispered, fear creeping into her voice.</w:t>
      </w:r>
    </w:p>
    <w:p w14:paraId="64385179" w14:textId="77777777" w:rsidR="00121116" w:rsidRDefault="00AA3789">
      <w:r>
        <w:t>But it was.</w:t>
      </w:r>
    </w:p>
    <w:p w14:paraId="5F9A8318" w14:textId="77777777" w:rsidR="00121116" w:rsidRDefault="00AA3789">
      <w:r>
        <w:t>From the shadows, a figure emerged, its massive form blending with the blackness of the forest. A beast—a wolf, larger than any creature I had ever seen. Its fur was pitch black, swallowing the light around it. Its eyes gleamed a soulless black, save for the blood-red pupils that glared at us like twin flames. Teeth, jagged and sharp, protruded from its gaping mouth—teeth larger than my entire face.</w:t>
      </w:r>
    </w:p>
    <w:p w14:paraId="45A41E63" w14:textId="77777777" w:rsidR="00121116" w:rsidRDefault="00AA3789">
      <w:r>
        <w:t>A Baxtrus.</w:t>
      </w:r>
    </w:p>
    <w:p w14:paraId="442EA0AB" w14:textId="77777777" w:rsidR="00121116" w:rsidRDefault="00AA3789">
      <w:r>
        <w:t>The ground seemed to tremble beneath the weight of the beast’s steps, each one deliberate, slow, as it approached us. Its growl rumbled through the air, low and menacing, vibrating through the earth like a warning. I couldn’t breathe, the sheer size of the creature making the air feel too thick, too suffocating.</w:t>
      </w:r>
    </w:p>
    <w:p w14:paraId="4BD69EC1" w14:textId="77777777" w:rsidR="00121116" w:rsidRDefault="00AA3789">
      <w:r>
        <w:t>Rainer’s eyes locked on the Baxtrus, his jaw set, his muscles coiled. He moved in front of me, his presence a shield between the beast and us. “Stay behind me,” he commanded, his voice firm but quiet, leaving no room for argument.</w:t>
      </w:r>
    </w:p>
    <w:p w14:paraId="03953BC4" w14:textId="77777777" w:rsidR="00121116" w:rsidRDefault="00AA3789">
      <w:r>
        <w:t>Liona and Tyla flanked him, their faces grim, weapons ready, though they both knew what we were up against. This wasn’t a normal beast. This was something far more dangerous. Far more lethal.</w:t>
      </w:r>
    </w:p>
    <w:p w14:paraId="0F228607" w14:textId="77777777" w:rsidR="00121116" w:rsidRDefault="00AA3789">
      <w:r>
        <w:t>The Baxtrus bared its teeth, saliva dripping from its mouth as it stepped forward, its eyes gleaming with hunger. Its gaze flickered toward me, and a primal fear gripped my chest, threatening to paralyze me where I stood.</w:t>
      </w:r>
    </w:p>
    <w:p w14:paraId="3A7C7A62" w14:textId="77777777" w:rsidR="00121116" w:rsidRDefault="00AA3789">
      <w:r>
        <w:t>Rainer shifted his weight, his sword raised, his focus never wavering from the beast. “It’s been hunting,” he said, his voice low, “and it’s hungry.”</w:t>
      </w:r>
    </w:p>
    <w:p w14:paraId="546FD226" w14:textId="77777777" w:rsidR="00121116" w:rsidRDefault="00AA3789">
      <w:r>
        <w:t>The Baxtrus growled again, its massive claws sinking into the dirt as it lowered its body, preparing to strike.</w:t>
      </w:r>
    </w:p>
    <w:p w14:paraId="60DDDFC2" w14:textId="77777777" w:rsidR="00121116" w:rsidRDefault="00AA3789">
      <w:r>
        <w:t>“We can’t outrun it,” Liona hissed, her eyes darting around as if searching for a way out.</w:t>
      </w:r>
    </w:p>
    <w:p w14:paraId="3ADDFB28" w14:textId="77777777" w:rsidR="00121116" w:rsidRDefault="00AA3789">
      <w:r>
        <w:t>“No,” Rainer agreed, his voice calm despite the danger. “We stand and fight.”</w:t>
      </w:r>
    </w:p>
    <w:p w14:paraId="70F8F3A9" w14:textId="77777777" w:rsidR="00121116" w:rsidRDefault="00AA3789">
      <w:r>
        <w:lastRenderedPageBreak/>
        <w:t>The Baxtrus lunged forward, faster than I could have anticipated, a blur of black fur and red eyes. Rainer swung his sword with deadly precision, the blade catching the creature’s side, but it barely slowed. The beast roared, its massive jaws snapping inches from his face.</w:t>
      </w:r>
    </w:p>
    <w:p w14:paraId="19A89B33" w14:textId="77777777" w:rsidR="00121116" w:rsidRDefault="00AA3789">
      <w:r>
        <w:t>“Move!” Rainer shouted, his voice cutting through the chaos as we scattered, narrowly avoiding the beast’s strike.</w:t>
      </w:r>
    </w:p>
    <w:p w14:paraId="7456B04B" w14:textId="77777777" w:rsidR="00121116" w:rsidRDefault="00AA3789">
      <w:r>
        <w:t>My heart pounded in my chest as I ran, my feet stumbling over the uneven ground. But the Baxtrus was relentless, its gaze fixed on us, its hunger palpable.</w:t>
      </w:r>
    </w:p>
    <w:p w14:paraId="3CB61300" w14:textId="77777777" w:rsidR="00121116" w:rsidRDefault="00AA3789">
      <w:r>
        <w:t>Tyla darted forward, her blade glinting in the dim light as she aimed for the creature’s flank. The blade sank into the beast’s side, but the Baxtrus barely flinched, its focus still on Rainer.</w:t>
      </w:r>
    </w:p>
    <w:p w14:paraId="3003B441" w14:textId="77777777" w:rsidR="00121116" w:rsidRDefault="00AA3789">
      <w:r>
        <w:t>“Sky!” Rainer called, his voice urgent. “Stay back!”</w:t>
      </w:r>
    </w:p>
    <w:p w14:paraId="1926DF82" w14:textId="77777777" w:rsidR="00121116" w:rsidRDefault="00AA3789">
      <w:r>
        <w:t>But my body moved on instinct, drawn toward the danger despite the fear that gripped me. The Baxtrus turned, its blood-red eyes locking onto me, and for a moment, everything else disappeared. It was just me and the beast, its hunger palpable, its intent clear.</w:t>
      </w:r>
    </w:p>
    <w:p w14:paraId="0359330E" w14:textId="77777777" w:rsidR="00121116" w:rsidRDefault="00AA3789">
      <w:r>
        <w:t>It had made its choice. It wanted me.</w:t>
      </w:r>
    </w:p>
    <w:p w14:paraId="100855BD" w14:textId="77777777" w:rsidR="00121116" w:rsidRDefault="00AA3789">
      <w:r>
        <w:t>The ground trembled beneath us, but this time, it wasn’t from the Baxtrus. It was Rainer. His power surged through the air like an untamed storm, rippling through the earth, commanding everything around us. I could feel the raw force radiating off him, a steady pulse of energy so intense it made the air vibrate.</w:t>
      </w:r>
    </w:p>
    <w:p w14:paraId="2ACDE93C" w14:textId="77777777" w:rsidR="00121116" w:rsidRDefault="00AA3789">
      <w:r>
        <w:t>A wall of fire erupted between me and the beast, the flames twisting and snarling, but the Baxtrus wasn’t fazed. Its eyes, dark and soulless, burned through the fire with terrifying focus, locked onto me like a predator that had found its prey.</w:t>
      </w:r>
    </w:p>
    <w:p w14:paraId="387977C4" w14:textId="77777777" w:rsidR="00121116" w:rsidRDefault="00AA3789">
      <w:r>
        <w:t>“Back away!” Rainer’s voice cut through the muffled silence that seemed to press against my ears, but it was distant, almost muted by the weight of the Baxtrus’ gaze. I forced myself to break eye contact with the beast, turning to look at Rainer.</w:t>
      </w:r>
    </w:p>
    <w:p w14:paraId="26F4734B" w14:textId="77777777" w:rsidR="00121116" w:rsidRDefault="00AA3789">
      <w:r>
        <w:t>His emerald eyes blazed with fury, a controlled fire that burned with the intensity of his power. His entire body was coiled with tension, every muscle taut, ready to strike. The air around him seemed to hum, charged with a force I couldn’t fully comprehend. He wasn’t just facing the Baxtrus; he was challenging it, daring it to make a move.</w:t>
      </w:r>
    </w:p>
    <w:p w14:paraId="0AF7DCF7" w14:textId="77777777" w:rsidR="00121116" w:rsidRDefault="00AA3789">
      <w:r>
        <w:t>But the creature didn’t flinch. Its attention remained locked on me, as if Rainer’s power was nothing more than a passing breeze.</w:t>
      </w:r>
    </w:p>
    <w:p w14:paraId="61E4A59A" w14:textId="77777777" w:rsidR="00121116" w:rsidRDefault="00AA3789">
      <w:r>
        <w:t>The flames danced higher, casting wild shadows on the trees, but the Baxtrus remained still, its breath coming in heavy snarls, low and dangerous. I could see the gleam of its teeth, sharp as knives, the size of them making my heart pound harder in my chest. It was waiting. Watching.</w:t>
      </w:r>
    </w:p>
    <w:p w14:paraId="1BB1F5CA" w14:textId="77777777" w:rsidR="00121116" w:rsidRDefault="00AA3789">
      <w:r>
        <w:lastRenderedPageBreak/>
        <w:t>Rainer’s voice cut through the tension again, firmer this time, more urgent. “Move, Sky!” But the Baxtrus—its black eyes bore into me with such force I couldn’t tear myself away. My legs refused to obey.</w:t>
      </w:r>
    </w:p>
    <w:p w14:paraId="152F0EFE" w14:textId="77777777" w:rsidR="00121116" w:rsidRDefault="00AA3789">
      <w:r>
        <w:t>The beast took a slow step forward, and the fire seemed to waver for a moment, flickering against its raw presence. My throat tightened as a primal fear coiled inside me, but there was something more than fear. It wasn’t just hunting. It wanted something from me.</w:t>
      </w:r>
    </w:p>
    <w:p w14:paraId="495EDA20" w14:textId="77777777" w:rsidR="00121116" w:rsidRDefault="00AA3789">
      <w:r>
        <w:t>I could hear Rainer shift behind me, his power growing stronger, the air practically crackling with his fury. His magic surged through the fire, twisting the flames into sharper, more feral shapes. But it wasn’t enough.</w:t>
      </w:r>
    </w:p>
    <w:p w14:paraId="56E2CBC6" w14:textId="77777777" w:rsidR="00121116" w:rsidRDefault="00AA3789">
      <w:r>
        <w:t>The Baxtrus only had eyes for me.</w:t>
      </w:r>
    </w:p>
    <w:p w14:paraId="55B05613" w14:textId="77777777" w:rsidR="00121116" w:rsidRDefault="00AA3789">
      <w:r>
        <w:t>The Baxtrus lunged, knocking me to the ground, its massive weight pinning me beneath it. My body hit the earth hard, the air rushing from my lungs as its hot, foul breath washed over me. Saliva dripped from its snarling jaws, landing on my skin with a searing sting. I could feel the heat of its breath, the scrape of its teeth just inches from my face.</w:t>
      </w:r>
    </w:p>
    <w:p w14:paraId="68E30D5D" w14:textId="77777777" w:rsidR="00121116" w:rsidRDefault="00AA3789">
      <w:r>
        <w:t>I pushed my hands against the ground, struggling to lift myself even an inch, but it felt like my body wasn’t my own. The world around me blurred, distant voices—Liona, Tyla—calling out, telling me to move, to fight, but their words were muffled, swallowed by the pulsing silence that wrapped around me like a vice. I couldn’t hear them. I couldn’t move.</w:t>
      </w:r>
    </w:p>
    <w:p w14:paraId="6984894A" w14:textId="77777777" w:rsidR="00121116" w:rsidRDefault="00AA3789">
      <w:r>
        <w:t>The Baxtrus’ eyes, cold and lifeless, locked onto mine. I was frozen, trapped in its gaze. Its black pupils seemed to swirl, drawing me in deeper, pulling me into the darkness within. My body screamed at me to move, to run, but I couldn’t tear myself away. It felt like I was in a trance, caught in something far more powerful than fear. There was a connection—a strange, twisted thread linking me to the creature. I could feel its hunger, its rage, but something else too. Something ancient. Something darker.</w:t>
      </w:r>
    </w:p>
    <w:p w14:paraId="1C93DA4A" w14:textId="77777777" w:rsidR="00121116" w:rsidRDefault="00AA3789">
      <w:r>
        <w:t>The magic around us crackled, swirling in chaotic bursts, but it wasn’t mine. I could see Liona and Tyla’s magic, their energy bouncing back, unable to penetrate the invisible barrier that had formed between the Baxtrus and me, sealing us in together. It was as if we were locked in our own twisted reality, cut off from everything else.</w:t>
      </w:r>
    </w:p>
    <w:p w14:paraId="6F2A0CC4" w14:textId="77777777" w:rsidR="00121116" w:rsidRDefault="00AA3789">
      <w:r>
        <w:t>The Baxtrus leaned in closer, its massive jaws parting, teeth gleaming in the dim light. Its breath washed over me again, burning the skin of my face. My heart pounded in my ears, drowning out every other sound. This was it. This was the end.</w:t>
      </w:r>
    </w:p>
    <w:p w14:paraId="3B38AAC6" w14:textId="77777777" w:rsidR="00121116" w:rsidRDefault="00AA3789">
      <w:r>
        <w:t>But then, something shifted. The Baxtrus paused, its snarl fading. Its eyes flickered with something unrecognizable—something almost... hesitant. And just like that, it turned away, retreating back into the shadows from where it had come, its massive body vanishing into the darkness as if it had never been there at all.</w:t>
      </w:r>
    </w:p>
    <w:p w14:paraId="07FC333E" w14:textId="77777777" w:rsidR="00121116" w:rsidRDefault="00AA3789">
      <w:r>
        <w:lastRenderedPageBreak/>
        <w:t>The world snapped back into focus. The sounds rushed in—Liona and Tyla’s panicked voices, the crackling of the dying flames. I gasped, my chest heaving as I sucked in the air I hadn’t realized I’d been holding.</w:t>
      </w:r>
    </w:p>
    <w:p w14:paraId="714685AC" w14:textId="77777777" w:rsidR="00121116" w:rsidRDefault="00AA3789">
      <w:r>
        <w:t>“Sky!” Tyla’s voice cut through the haze, and suddenly she was beside me, her hands gripping my shoulders, pulling me upright. Her face was tight with worry, her dark eyes searching mine. “Are you okay?”</w:t>
      </w:r>
    </w:p>
    <w:p w14:paraId="39830182" w14:textId="77777777" w:rsidR="00121116" w:rsidRDefault="00AA3789">
      <w:r>
        <w:t>I blinked, the reality of what had just happened crashing down on me. “I... I don’t know,” I whispered, my voice shaky, barely audible. My mind was spinning, trying to grasp what had just occurred, but nothing made sense. Why had it spared me? Why hadn’t it attacked?</w:t>
      </w:r>
    </w:p>
    <w:p w14:paraId="71DDB2F6" w14:textId="77777777" w:rsidR="00121116" w:rsidRDefault="00AA3789">
      <w:r>
        <w:t>“I’ve never seen this happen.” Liona’s voice broke the silence, her words carrying a sharp edge of disbelief. She turned to Rainer, who was still scanning the shadows, his gaze locked on the place where the Baxtrus had vanished.</w:t>
      </w:r>
    </w:p>
    <w:p w14:paraId="6127864B" w14:textId="77777777" w:rsidR="00121116" w:rsidRDefault="00AA3789">
      <w:r>
        <w:t>“It’s never just left without finishing its prey,” Liona muttered, almost to herself, her dark brows furrowed. Her voice was steady, but there was a glimmer of something in her eyes—something she was trying to hide. Was it fear? Or confusion? I couldn’t tell.</w:t>
      </w:r>
    </w:p>
    <w:p w14:paraId="4457E00F" w14:textId="77777777" w:rsidR="00121116" w:rsidRDefault="00AA3789">
      <w:r>
        <w:t>I looked between them, my heartbeat still thundering in my ears, my body trembling with the aftermath of what had just happened. The memory of the Baxtrus’ massive form, the weight of its gaze, its breath on my skin—it all clung to me like a second layer, impossible to shake off.</w:t>
      </w:r>
    </w:p>
    <w:p w14:paraId="7A3B801A" w14:textId="77777777" w:rsidR="00121116" w:rsidRDefault="00AA3789">
      <w:r>
        <w:t>“What chased it away?” Liona asked again, more a whisper now, her voice trailing off into the dense air around us. The question lingered, hanging heavily in the tension that stretched between us.</w:t>
      </w:r>
    </w:p>
    <w:p w14:paraId="57AE71C9" w14:textId="77777777" w:rsidR="00121116" w:rsidRDefault="00AA3789">
      <w:r>
        <w:t>“I don’t know.” Rainer’s response was measured, but there was a tightness in his jaw, something restrained. His eyes flickered to me briefly before returning to the shadows. His voice, usually so confident, carried an unfamiliar note of uncertainty. He was pondering something, some thought he wasn’t sharing.</w:t>
      </w:r>
    </w:p>
    <w:p w14:paraId="5A500E19" w14:textId="77777777" w:rsidR="00121116" w:rsidRDefault="00AA3789">
      <w:r>
        <w:t>The silence that followed his words was deafening. I could feel the weight of it pressing down on me. I rubbed my arms, trying to rid myself of the chill that seemed to seep into my bones. I should have been dead, torn apart by its teeth. But here I was, whole, untouched, as if something had intervened.</w:t>
      </w:r>
    </w:p>
    <w:p w14:paraId="4C39CC5E" w14:textId="77777777" w:rsidR="00121116" w:rsidRDefault="00AA3789">
      <w:r>
        <w:t>I glanced back at Rainer, wanting answers, needing to understand. But his face, always composed, offered nothing. Whatever had driven the Baxtrus away, he either didn’t know or didn’t want to say.</w:t>
      </w:r>
    </w:p>
    <w:p w14:paraId="60621294" w14:textId="77777777" w:rsidR="00121116" w:rsidRDefault="00AA3789">
      <w:r>
        <w:t>“The Baxtrus doesn’t just leave,” Liona said, her tone more insistent now, eyes narrowing at the spot where the beast had disappeared. “Something must have scared it off.”</w:t>
      </w:r>
    </w:p>
    <w:p w14:paraId="2D6FAF34" w14:textId="77777777" w:rsidR="00121116" w:rsidRDefault="00AA3789">
      <w:r>
        <w:t>“Or...” I ventured, my voice quiet, hesitant. “It didn’t want to attack me.”</w:t>
      </w:r>
    </w:p>
    <w:p w14:paraId="30A125E6" w14:textId="77777777" w:rsidR="00121116" w:rsidRDefault="00AA3789">
      <w:r>
        <w:lastRenderedPageBreak/>
        <w:t>Both Rainer and Liona turned to me, their gazes sharp. Liona’s eyes searched mine for an explanation, but Rainer... his expression shifted, almost imperceptibly. There was something he wasn’t saying.</w:t>
      </w:r>
    </w:p>
    <w:p w14:paraId="3137B163" w14:textId="77777777" w:rsidR="00121116" w:rsidRDefault="00AA3789">
      <w:r>
        <w:t>“Why wouldn’t it want to attack you?” Liona asked, disbelief coloring her voice.</w:t>
      </w:r>
    </w:p>
    <w:p w14:paraId="409CEBB8" w14:textId="77777777" w:rsidR="00121116" w:rsidRDefault="00AA3789">
      <w:r>
        <w:t>I opened my mouth to answer, but the words caught in my throat. I didn’t know. I couldn’t explain it myself. The Baxtrus had been on me, ready to end my life, but something stopped it—something I couldn’t understand. It had looked into me, seen me, and then... walked away.</w:t>
      </w:r>
    </w:p>
    <w:p w14:paraId="5F0BD9FE" w14:textId="77777777" w:rsidR="00121116" w:rsidRDefault="00AA3789">
      <w:r>
        <w:t>“I don’t know,” I finally admitted, my voice small, frustration gnawing at the edges of my mind.</w:t>
      </w:r>
    </w:p>
    <w:p w14:paraId="64B6D18B" w14:textId="77777777" w:rsidR="00121116" w:rsidRDefault="00AA3789">
      <w:r>
        <w:t>“It’s a soulless creature. It doesn’t feel fear or remorse,” Liona’s words were sharp, laced with certainty, but underneath that certainty was a layer of unease she couldn’t hide.</w:t>
      </w:r>
    </w:p>
    <w:p w14:paraId="5491AD64" w14:textId="77777777" w:rsidR="00121116" w:rsidRDefault="00AA3789">
      <w:r>
        <w:t>“Then what chased it away?” Tyla asked, her voice quieter, but the tension in her tone was unmistakable. She looked to her sister for answers, her brow furrowed.</w:t>
      </w:r>
    </w:p>
    <w:p w14:paraId="73B5C4BE" w14:textId="77777777" w:rsidR="00121116" w:rsidRDefault="00AA3789">
      <w:r>
        <w:t>Liona didn’t answer immediately. Her eyes scanned the trees, as if the shadows might offer some kind of explanation. But nothing stirred. No wind, no movement. Just the thick, suffocating silence of the forest.</w:t>
      </w:r>
    </w:p>
    <w:p w14:paraId="1F49B10D" w14:textId="77777777" w:rsidR="00121116" w:rsidRDefault="00AA3789">
      <w:r>
        <w:t>“I don’t know...” Liona finally admitted, her voice tight. “But it can’t be good.”</w:t>
      </w:r>
    </w:p>
    <w:p w14:paraId="6919F54B" w14:textId="77777777" w:rsidR="00121116" w:rsidRDefault="00AA3789">
      <w:r>
        <w:t>The confusion settled deeper inside me, tightening its grip around my chest. Liona was right. Creatures like the Baxtrus didn’t just retreat. They hunted. They killed. They left no one alive. But something had stopped it. Something powerful enough to send a creature like that away.</w:t>
      </w:r>
    </w:p>
    <w:p w14:paraId="23E43995" w14:textId="77777777" w:rsidR="00121116" w:rsidRDefault="00AA3789">
      <w:r>
        <w:t>But what? And why?</w:t>
      </w:r>
    </w:p>
    <w:p w14:paraId="0581BBDC" w14:textId="77777777" w:rsidR="00121116" w:rsidRDefault="00AA3789">
      <w:r>
        <w:t>I glanced at Rainer, whose eyes remained locked on the spot where the creature had vanished, his expression unreadable. There was a storm behind those green eyes of his, something he wasn’t saying. I could feel it. He had sensed something I couldn’t, but I didn’t press him. Not now. Not with the weight of uncertainty hanging between us.</w:t>
      </w:r>
    </w:p>
    <w:p w14:paraId="5D109946" w14:textId="77777777" w:rsidR="00121116" w:rsidRDefault="00AA3789">
      <w:r>
        <w:t>Tyla took a step closer to me, her hand hovering near her blade, her face pale but determined. “What do you think it was?” she asked, her voice barely above a whisper.</w:t>
      </w:r>
    </w:p>
    <w:p w14:paraId="60D4EEAA" w14:textId="77777777" w:rsidR="00121116" w:rsidRDefault="00AA3789">
      <w:r>
        <w:t>I shook my head, unable to answer. I didn’t have the words. I didn’t have any answers. The only thing I could focus on was the look in the Baxtrus’ eyes—those black, soulless eyes that had been locked onto me, almost... searching.</w:t>
      </w:r>
    </w:p>
    <w:p w14:paraId="63D4E099" w14:textId="77777777" w:rsidR="00121116" w:rsidRDefault="00AA3789">
      <w:r>
        <w:t>The memory of its gaze made my skin crawl. It hadn’t attacked. It had looked at me. As if it recognized something inside me.</w:t>
      </w:r>
    </w:p>
    <w:p w14:paraId="78B93C8C" w14:textId="77777777" w:rsidR="00121116" w:rsidRDefault="00AA3789">
      <w:r>
        <w:lastRenderedPageBreak/>
        <w:t>I shuddered, and my magic stirred deep within me, colder than before, as if it was retreating, pulling back into the darkest corners of my soul. The power that had surged through me in the moments before had vanished, leaving only a hollow chill in its wake.</w:t>
      </w:r>
    </w:p>
    <w:p w14:paraId="7554C76F" w14:textId="77777777" w:rsidR="00121116" w:rsidRDefault="00AA3789">
      <w:r>
        <w:t>“I don’t think we want to know,” I said softly, more to myself than to anyone else.</w:t>
      </w:r>
    </w:p>
    <w:p w14:paraId="5073E1D6" w14:textId="77777777" w:rsidR="00121116" w:rsidRDefault="00AA3789">
      <w:r>
        <w:t>We stood in silence, still catching our breath from the Baxtrus encounter. The air felt heavier, almost suffocating, as if it had absorbed the tension left behind by the creature. But Rainer’s attention had already shifted, his eyes locked on the dark stretch of forest before us. His expression had hardened, unreadable, his mind calculating. He knew something I didn’t—he always did.</w:t>
      </w:r>
    </w:p>
    <w:p w14:paraId="08ABB9F8" w14:textId="77777777" w:rsidR="00121116" w:rsidRDefault="00AA3789">
      <w:r>
        <w:t>A strange hum beneath my feet broke the stillness, subtle at first, but growing. It was more than the earth trembling. I could feel it in my chest, reverberating through my bones like a drumbeat—steady, insistent, otherworldly. It wasn’t natural. Something deeper was pulling at me, like a hand reaching into my core, tugging at the magic buried inside me.</w:t>
      </w:r>
    </w:p>
    <w:p w14:paraId="3F0A0FCC" w14:textId="77777777" w:rsidR="00121116" w:rsidRDefault="00AA3789">
      <w:r>
        <w:t>"Sky?" Rainer’s voice cut through the fog of my thoughts, sharp and edged with concern. But I couldn’t answer. My magic, cold and dormant since Vidar’s words had sliced through me, surged violently to life. It clawed at me, wild and unrelenting, responding to a force I couldn’t see but could feel—so deep, so overwhelming, it made my breath catch in my throat.</w:t>
      </w:r>
    </w:p>
    <w:p w14:paraId="000CE180" w14:textId="77777777" w:rsidR="00121116" w:rsidRDefault="00AA3789">
      <w:r>
        <w:t>“I—” The words barely escaped me. My voice trembled, weak against the force building inside me. “I don’t know what’s happening.”</w:t>
      </w:r>
    </w:p>
    <w:p w14:paraId="09339D8E" w14:textId="77777777" w:rsidR="00121116" w:rsidRDefault="00AA3789">
      <w:r>
        <w:t>The air around me shimmered, warping like a distorted mirror. It felt as though the energy itself was tearing me apart, pulling at my skin, my mind—every inch of me—like it wanted to consume me. My vision blurred, the world around me flickering in and out, slipping from my grasp. I gasped, desperate to hold on, but I was losing it.</w:t>
      </w:r>
    </w:p>
    <w:p w14:paraId="1C3010F4" w14:textId="77777777" w:rsidR="00121116" w:rsidRDefault="00AA3789">
      <w:r>
        <w:t>Rainer reached out, his hand brushing against my shoulder, grounding me for a fleeting second. His touch was familiar, solid—enough to steady me, but not enough to stop what was coming. And then it hit.</w:t>
      </w:r>
    </w:p>
    <w:p w14:paraId="7B0722E5" w14:textId="77777777" w:rsidR="00121116" w:rsidRDefault="00AA3789">
      <w:r>
        <w:t>A shockwave—explosive and violent—erupted from beneath me, sending a tremor through my entire body. I didn’t feel the impact. I only heard the muffled shouts—Liona, Tyla, Rainer—fading into the distance, as if they were being swallowed by the void. The ground disappeared, slipping out from under me like water.</w:t>
      </w:r>
    </w:p>
    <w:p w14:paraId="5BD2930A" w14:textId="77777777" w:rsidR="00121116" w:rsidRDefault="00AA3789">
      <w:r>
        <w:t>When I opened my eyes, everything had changed.</w:t>
      </w:r>
    </w:p>
    <w:p w14:paraId="385FDD8B" w14:textId="77777777" w:rsidR="00121116" w:rsidRDefault="00AA3789">
      <w:r>
        <w:t>The forest was gone.</w:t>
      </w:r>
    </w:p>
    <w:p w14:paraId="50C30173" w14:textId="77777777" w:rsidR="00121116" w:rsidRDefault="00AA3789">
      <w:r>
        <w:t xml:space="preserve">I stood in a place that wasn’t real, but the shadows surrounding me were thick, tangible, suffocating. I was alone, floating in an abyss where the lines between reality and nightmare </w:t>
      </w:r>
      <w:r>
        <w:lastRenderedPageBreak/>
        <w:t>blurred. My breath quickened, fear clawing its way through me, but I fought to keep it down. Nothing felt right. Nothing made sense. I didn’t belong here.</w:t>
      </w:r>
    </w:p>
    <w:p w14:paraId="641B7E74" w14:textId="77777777" w:rsidR="00121116" w:rsidRDefault="00AA3789">
      <w:r>
        <w:t>And then I saw him.</w:t>
      </w:r>
    </w:p>
    <w:p w14:paraId="0DCF14A4" w14:textId="77777777" w:rsidR="00121116" w:rsidRDefault="00AA3789">
      <w:r>
        <w:t>Cronus emerged from the shadows, his presence undeniable, a dark smirk spreading across his lips. It wasn’t a smile—it was a predator’s satisfaction, the moment they finally corner their prey. His eyes gleamed with cruel delight, his very presence radiating malice, his aura stifling.</w:t>
      </w:r>
    </w:p>
    <w:p w14:paraId="5C578BA7" w14:textId="77777777" w:rsidR="00121116" w:rsidRDefault="00AA3789">
      <w:r>
        <w:t>“Seems like I wasn’t who you were expecting,” he said, his voice dripping with mockery, each word calculated to provoke.</w:t>
      </w:r>
    </w:p>
    <w:p w14:paraId="259568BA" w14:textId="77777777" w:rsidR="00121116" w:rsidRDefault="00AA3789">
      <w:r>
        <w:t>My heart pounded, cold fear lacing through every beat. The shadows seemed to tighten around me, as if responding to him, to his words. But I swallowed the panic that threatened to rise, forcing it back into the pit of my stomach. I couldn’t afford to be afraid—not now.</w:t>
      </w:r>
    </w:p>
    <w:p w14:paraId="6FDF5FFD" w14:textId="77777777" w:rsidR="00121116" w:rsidRDefault="00AA3789">
      <w:r>
        <w:t>“Cronus,” I managed, my voice steadier than I felt inside, though my body trembled. My magic—it flared again, erratic, wild, but this time, instead of bolting forward, it recoiled, as though sensing his presence was far more dangerous than I’d imagined.</w:t>
      </w:r>
    </w:p>
    <w:p w14:paraId="6772647E" w14:textId="77777777" w:rsidR="00121116" w:rsidRDefault="00AA3789">
      <w:r>
        <w:t>He took a step closer, his smile widening, slow and deliberate, as if he was savoring the moment. His eyes locked onto mine, and for the first time in a long time, I felt truly hunted.</w:t>
      </w:r>
    </w:p>
    <w:p w14:paraId="2A863215" w14:textId="77777777" w:rsidR="00121116" w:rsidRDefault="00AA3789">
      <w:r>
        <w:t>Cronus took another slow step forward, his movements deliberate, predatory. The shadows around him seemed to pulse with every step, like they were an extension of him, feeding off his presence. As he disappeared into the shadows, I felt the weight of his presence still lingering in the air, pressing against my skin like a bruise. Every part of me trembled—not from fear of what he had done, but from the terror of what I might become. His words echoed in my mind, tangling with the doubts I had buried deep. What if he was right? What if the darkness in me wasn’t something to resist but something I was meant to embrace?</w:t>
      </w:r>
    </w:p>
    <w:p w14:paraId="793C1037" w14:textId="77777777" w:rsidR="00121116" w:rsidRDefault="00AA3789">
      <w:r>
        <w:t>My chest tightened, each breath a struggle against the oppressive thoughts creeping in. I clenched my fists, trying to anchor myself in the moment, but it was Rainer’s voice—steady, commanding—that pulled me back.</w:t>
      </w:r>
    </w:p>
    <w:p w14:paraId="1046FDDA" w14:textId="77777777" w:rsidR="00121116" w:rsidRDefault="00AA3789">
      <w:r>
        <w:t>“Sky,” he said, his tone firm, though his eyes betrayed the worry beneath. “Whatever he said to you—don’t let it take root. He thrives on doubt. Don’t give him the satisfaction.”</w:t>
      </w:r>
    </w:p>
    <w:p w14:paraId="0E854F04" w14:textId="77777777" w:rsidR="00121116" w:rsidRDefault="00AA3789">
      <w:r>
        <w:t>I stood frozen, my mind racing, trying to find a way out of this. My magic, which had surged to life moments ago, felt as though it was curling back into itself, retreating from him, as though even it understood the threat standing before me.</w:t>
      </w:r>
    </w:p>
    <w:p w14:paraId="2B35167C" w14:textId="77777777" w:rsidR="00121116" w:rsidRDefault="00AA3789">
      <w:r>
        <w:t>He tilted his head, studying me with those piercing eyes, and it was as if he could see right through me—into my thoughts, into my fears. “You look... lost,” he mused, his voice a low, silken threat. “Did you really think you’d be safe with Rainer? With his pathetic little kingdom? You’re not some damsel he can keep hidden away, Sky. You’re meant for more.”</w:t>
      </w:r>
    </w:p>
    <w:p w14:paraId="2EAC5835" w14:textId="77777777" w:rsidR="00121116" w:rsidRDefault="00AA3789">
      <w:r>
        <w:lastRenderedPageBreak/>
        <w:t>I clenched my fists at my sides, willing myself to stay calm, but the energy crackling in the air between us made it feel like the entire world was on edge, waiting for something to snap. “I don’t care what you think,” I bit out, forcing strength into my voice. “You won’t control me. Not now. Not ever.”</w:t>
      </w:r>
    </w:p>
    <w:p w14:paraId="24C0B5D5" w14:textId="77777777" w:rsidR="00121116" w:rsidRDefault="00AA3789">
      <w:r>
        <w:t>His laugh was soft but laced with venom, like the kind of laugh that sent shivers down your spine. “You still don’t get it, do you?” he said, almost pityingly. “This isn’t about control. It’s about power. Yours. And you’re just letting it rot inside you, untapped, wasting away while you run around pretending to be something you’re not.”</w:t>
      </w:r>
    </w:p>
    <w:p w14:paraId="100C7849" w14:textId="77777777" w:rsidR="00121116" w:rsidRDefault="00AA3789">
      <w:r>
        <w:t>I felt the heat in my chest rising, that familiar spark of anger fueling my resolve. “I’m not wasting anything,” I shot back. “And I’m not going to let you or Vidar or anyone else tell me who I’m supposed to be.”</w:t>
      </w:r>
    </w:p>
    <w:p w14:paraId="496F3C12" w14:textId="77777777" w:rsidR="00121116" w:rsidRDefault="00AA3789">
      <w:r>
        <w:t>Cronus’s smile faltered for just a second, his eyes narrowing, but he recovered quickly, stepping even closer, his presence now suffocating. “You’re so... naïve,” he whispered, his breath hot against the cold air between us. “You think you’re in control of your own destiny, but you’ve been walking this path since the day you were born. The only difference is now you’re finally waking up to what you are.”</w:t>
      </w:r>
    </w:p>
    <w:p w14:paraId="4B60572E" w14:textId="77777777" w:rsidR="00121116" w:rsidRDefault="00AA3789">
      <w:r>
        <w:t>The words felt like a slap, cutting through the last shreds of certainty I had. My magic pulsed within me, responding to something in his words, but it was tangled—conflicted. There was truth in what he said, but I refused to let it sway me. I couldn’t.</w:t>
      </w:r>
    </w:p>
    <w:p w14:paraId="49FD54FB" w14:textId="77777777" w:rsidR="00121116" w:rsidRDefault="00AA3789">
      <w:r>
        <w:t>“I don’t care what you or anyone else thinks I am,” I growled, feeling the magic flare again, this time sharper, hotter. “I’ll decide that.”</w:t>
      </w:r>
    </w:p>
    <w:p w14:paraId="16B1EFC9" w14:textId="77777777" w:rsidR="00121116" w:rsidRDefault="00AA3789">
      <w:r>
        <w:t>For a moment, his gaze flickered, a shadow of something darker passing behind his eyes, but then his grin returned, sharper, colder. “We’ll see about that,” he said softly. His voice was laced with an unspoken promise, a threat hanging in the air like a blade poised to strike.</w:t>
      </w:r>
    </w:p>
    <w:p w14:paraId="4348BA40" w14:textId="77777777" w:rsidR="00121116" w:rsidRDefault="00AA3789">
      <w:r>
        <w:t>Before I could react, the shadows around us thickened, closing in, swirling around him like a living storm. I felt the pull, that same force from earlier, tugging at me, trying to drag me into the darkness with him. My magic flared in response, wild and unpredictable, pushing back, trying to keep me anchored.</w:t>
      </w:r>
    </w:p>
    <w:p w14:paraId="581E06FC" w14:textId="77777777" w:rsidR="00121116" w:rsidRDefault="00AA3789">
      <w:r>
        <w:t>Cronus took one final step toward me, his hand reaching out. “This isn’t over, Sky,” he whispered, his voice low and dangerous. “Not by a long shot.”</w:t>
      </w:r>
    </w:p>
    <w:p w14:paraId="12FED44E" w14:textId="77777777" w:rsidR="00121116" w:rsidRDefault="00AA3789">
      <w:r>
        <w:t>And then, just as suddenly as he had appeared, the shadows consumed him, and he was gone. The air around me snapped back into place, and I stumbled, gasping for breath as the tension that had been suffocating me lifted.</w:t>
      </w:r>
    </w:p>
    <w:p w14:paraId="5523773F" w14:textId="77777777" w:rsidR="00121116" w:rsidRDefault="00AA3789">
      <w:r>
        <w:t>For a moment, all I could do was stand there, my heart racing, my mind spinning with the weight of what had just happened. Cronus had found me. He knew where I was.</w:t>
      </w:r>
    </w:p>
    <w:p w14:paraId="4CA28D98" w14:textId="77777777" w:rsidR="00121116" w:rsidRDefault="00AA3789">
      <w:r>
        <w:lastRenderedPageBreak/>
        <w:t>“He found me,” I whispered, my voice barely a breath, eyes unfocused, still seeing Cronus in the shadows.</w:t>
      </w:r>
    </w:p>
    <w:p w14:paraId="131ED4AA" w14:textId="77777777" w:rsidR="00121116" w:rsidRDefault="00AA3789">
      <w:r>
        <w:t>“Who did?” Rainer asked, trying to keep calm, but I caught the crack of worry in his tone.</w:t>
      </w:r>
    </w:p>
    <w:p w14:paraId="20D14C6F" w14:textId="77777777" w:rsidR="00121116" w:rsidRDefault="00AA3789">
      <w:r>
        <w:t>“Cronus,” I managed, forcing myself to breathe. “He knows where we are. I don’t know how… but it felt like he was here. In this realm too. Like I could feel him—right here.”</w:t>
      </w:r>
    </w:p>
    <w:p w14:paraId="186E0D87" w14:textId="77777777" w:rsidR="00121116" w:rsidRDefault="00AA3789">
      <w:r>
        <w:t>Rainer rubbed his forehead, his face darkening. “If he found you with his magic, he must have crossed the barrier. Not even his powers could reach through it before.” Liona and Tyla exchanged a look, their faces draining of color, each bearing a reflection of dread.</w:t>
      </w:r>
    </w:p>
    <w:p w14:paraId="5109A74B" w14:textId="77777777" w:rsidR="00121116" w:rsidRDefault="00AA3789">
      <w:r>
        <w:t>“This is… bad,” Tyla muttered, almost as if confessing it to herself.</w:t>
      </w:r>
    </w:p>
    <w:p w14:paraId="7A63CB5F" w14:textId="77777777" w:rsidR="00121116" w:rsidRDefault="00AA3789">
      <w:r>
        <w:t>Rainer fell silent, his gaze shifting somewhere far off, calculating, plotting. “We can’t let Sky be separated from us. One of us must always be with her, understood?” His voice was hard, each word an iron command that brooked no argument. He looked pointedly at Tyla and Liona, and they both nodded, their expressions hardening, ready to fight if they had to. Their eyes went blank, soldiers now, focused only on duty.</w:t>
      </w:r>
    </w:p>
    <w:p w14:paraId="617E07A0" w14:textId="77777777" w:rsidR="00121116" w:rsidRDefault="00AA3789">
      <w:r>
        <w:t>They all stared past me as if I were an artifact to be guarded, a thing to be kept safe. I felt the growing tension coil around me, thick and suffocating, but no one looked directly at me, not really. I shifted, my gaze darting between their faces, waiting for one of them—just one—to acknowledge me.</w:t>
      </w:r>
    </w:p>
    <w:p w14:paraId="3AF778BD" w14:textId="77777777" w:rsidR="00121116" w:rsidRDefault="00AA3789">
      <w:r>
        <w:t>Finally, he looked at me, a rare sliver of his attention settling on me—the person, the mind, not just the vessel carrying what everyone seemed to covet. “We will find him before he finds us,” he promised, conviction ringing in his words. He meant it; I could feel the steel in his resolve. But whether it was true or just his way of keeping control, I couldn’t let myself believe it. The promise felt hollow, like words cast against a storm.</w:t>
      </w:r>
    </w:p>
    <w:p w14:paraId="42DFCEEA" w14:textId="77777777" w:rsidR="00121116" w:rsidRDefault="00AA3789">
      <w:r>
        <w:t>I had felt Cronus—truly felt him. That cold, dark presence, wrapping around the edges of my power, daring me to see how close he already was. The memory of it clung to me like frost, a reminder that his threat wasn’t something distant or abstract. It was here, closing in. Rainer’s certainty offered no comfort against that creeping shadow. It was only a matter of time.</w:t>
      </w:r>
    </w:p>
    <w:p w14:paraId="1F11C233" w14:textId="77777777" w:rsidR="00121116" w:rsidRDefault="00AA3789">
      <w:r>
        <w:t>As we moved through the dense shadows of the forest, I pulled my hood low over my head, clinging to its false sense of security. The warmth felt like a shield, flimsy but comforting against the unknown pressing in from every side. Rainer walked ahead, his presence as steady and unyielding as the trees around us. Liona’s quiet steps followed behind me, creating a purposeful order—one that felt as much like a cage as it did protection.</w:t>
      </w:r>
    </w:p>
    <w:p w14:paraId="0753D42E" w14:textId="77777777" w:rsidR="00121116" w:rsidRDefault="00AA3789">
      <w:r>
        <w:t xml:space="preserve">I watched Rainer’s form, his broad shoulders squared, each movement purposeful and unflinching. His steps carved a silent path forward, raw strength evident in every stride. The faint moonlight touched his untamed brown hair, casting shadows that seemed to ripple with him, like he could command the night itself. I couldn't shake the feeling that, even here, </w:t>
      </w:r>
      <w:r>
        <w:lastRenderedPageBreak/>
        <w:t>he dominated every inch of his surroundings, while I was left trailing in his wake, hidden beneath a thin veil of cloth.</w:t>
      </w:r>
    </w:p>
    <w:p w14:paraId="35FF9E49" w14:textId="77777777" w:rsidR="00121116" w:rsidRDefault="00AA3789">
      <w:r>
        <w:t>Liona’s steps quickened behind me until she was close enough that her soft voice brushed the edge of my thoughts, pulling me out of my own silence. “You know,” she murmured, her tone gentler than I’d ever heard, “he may seem unyielding, even cold at times, but he’s everything that’s right in this world. He’s fought harder than anyone I know—to protect, to save. You’re in the right place.” Her words hung in the air like an invitation, warm yet layered with unspoken loyalty.</w:t>
      </w:r>
    </w:p>
    <w:p w14:paraId="2A682B7D" w14:textId="77777777" w:rsidR="00121116" w:rsidRDefault="00AA3789">
      <w:r>
        <w:t>For a moment, I said nothing, the response caught somewhere between my mind and my throat. But then the words slipped out, low and barely a murmur. “Is there really a right place?” My voice carried the weight of the question, less a search for answers and more an echo of my own uncertainty.</w:t>
      </w:r>
    </w:p>
    <w:p w14:paraId="7959337F" w14:textId="77777777" w:rsidR="00121116" w:rsidRDefault="00AA3789">
      <w:r>
        <w:t>“There can be,” she replied, her voice steady yet gentle, almost challenging me to believe it. “If you choose to believe in it, Sky. It’s always a choice.”</w:t>
      </w:r>
    </w:p>
    <w:p w14:paraId="6E198E36" w14:textId="77777777" w:rsidR="00121116" w:rsidRDefault="00AA3789">
      <w:r>
        <w:t>I let her words settle, trailing behind her as she moved back, her steps distancing. My own voice came out barely above a whisper, a confession to myself as much as to the forest around me. “It never will be.”</w:t>
      </w:r>
    </w:p>
    <w:p w14:paraId="6571B037" w14:textId="77777777" w:rsidR="00121116" w:rsidRDefault="00AA3789">
      <w:r>
        <w:t>The words hung in the cold air, meant for no one’s ears but my own.</w:t>
      </w:r>
    </w:p>
    <w:p w14:paraId="55821EE5" w14:textId="77777777" w:rsidR="00121116" w:rsidRDefault="00AA3789">
      <w:r>
        <w:t>We moved in strained silence, the weight of Rainer’s orders pressing down on all of us. He and Liona led the way, their postures tense, eyes fixed on something far beyond the darkness ahead. I felt that familiar ache of separation, my footsteps lagging slightly, watching their silent exchange from a few paces behind.</w:t>
      </w:r>
    </w:p>
    <w:p w14:paraId="7BE82D20" w14:textId="77777777" w:rsidR="00121116" w:rsidRDefault="00AA3789">
      <w:r>
        <w:t>Tyla had moved in front of me, behind Rainer. But Rainer had felt something, his strides had been more alerted, calculated. “Stay here.” Liona commanded quietly, as she passed me to catch up to Rainer. Tyla dropped back to walk beside me, her presence a quiet reminder that I was not alone—even if I felt like it. “I know this feels overwhelming,” she murmured, her voice barely louder than a breath. “But they’re doing what they can to keep us all safe. To keep you safe.”</w:t>
      </w:r>
    </w:p>
    <w:p w14:paraId="15182115" w14:textId="77777777" w:rsidR="00121116" w:rsidRDefault="00AA3789">
      <w:r>
        <w:t>I forced a nod, my eyes flickering back to Rainer’s distant silhouette. He was a fortress, impenetrable, his focus unbreakable. Yet, even that didn’t feel like enough to dispel the shadows creeping through my thoughts. The forest around us thickened, branches clawing toward us, and each step forward seemed to stretch out longer, as if the trees themselves were alive, closing in.</w:t>
      </w:r>
    </w:p>
    <w:p w14:paraId="59B9F13A" w14:textId="77777777" w:rsidR="00121116" w:rsidRDefault="00AA3789">
      <w:r>
        <w:t>Ahead, Rainer and Liona stopped abruptly, their attention snapping to a sound just off the path—a low, unnatural rustling that seemed to echo in the silence. They exchanged a glance, unreadable but tense, and moved forward to investigate, slipping into the shadows ahead.</w:t>
      </w:r>
    </w:p>
    <w:p w14:paraId="4D682CAA" w14:textId="77777777" w:rsidR="00121116" w:rsidRDefault="00AA3789">
      <w:r>
        <w:lastRenderedPageBreak/>
        <w:t>“Stay close,” Tyla whispered, her hand instinctively reaching out to steady me. Her gaze was fixed ahead, watching as Rainer and Liona disappeared into the brush. I nodded, trying to shake off the tension pressing against my ribs, but the silence around us felt different now—heavier, loaded with something I couldn’t quite name.</w:t>
      </w:r>
    </w:p>
    <w:p w14:paraId="3086537F" w14:textId="77777777" w:rsidR="00121116" w:rsidRDefault="00AA3789">
      <w:r>
        <w:t>Then I felt it—a pulse beneath my feet, a subtle hum vibrating through the ground. My chest tightened, and my hand flew instinctively to the center of my ribs, where the strange pull seemed to resonate, like a thread tied deep inside me, tugging, urging me to move.</w:t>
      </w:r>
    </w:p>
    <w:p w14:paraId="2C3DEB88" w14:textId="77777777" w:rsidR="00121116" w:rsidRDefault="00AA3789">
      <w:r>
        <w:t>The world blurred slightly, the edges of the trees twisting in my vision. I took an unsteady step away from the path, letting the pull guide me, feeling that old, familiar ache in my magic, raw and restless.</w:t>
      </w:r>
    </w:p>
    <w:p w14:paraId="5E818351" w14:textId="77777777" w:rsidR="00121116" w:rsidRDefault="00AA3789">
      <w:r>
        <w:t>“Sky?” Tyla’s voice cut through the haze, but it sounded distant, muffled, as though she was calling from across an invisible chasm. I looked back toward her, seeing her face turn, her mouth forming my name as confusion flickered in her eyes. I wanted to respond, to reassure her, but the pull was relentless, pressing harder, consuming the space around me.</w:t>
      </w:r>
    </w:p>
    <w:p w14:paraId="29979C22" w14:textId="77777777" w:rsidR="00121116" w:rsidRDefault="00AA3789">
      <w:r>
        <w:t>I took another step, and then another. Shadows thickened around me, heavy and cold, pressing against my skin like icy tendrils. My breaths came shallow, fogging the air as my vision swam, slipping in and out of focus.</w:t>
      </w:r>
    </w:p>
    <w:p w14:paraId="384D98CC" w14:textId="77777777" w:rsidR="00121116" w:rsidRDefault="00AA3789">
      <w:r>
        <w:t>And then, the darkness parted.</w:t>
      </w:r>
    </w:p>
    <w:p w14:paraId="13EB98C9" w14:textId="77777777" w:rsidR="00121116" w:rsidRDefault="00AA3789">
      <w:r>
        <w:t>A figure stepped forward, emerging from the gloom as though he’d been waiting there all along. I froze, my heart seizing as recognition settled in. Cronus’s face broke into a slow, deliberate smile, the edges of his lips curling with predatory satisfaction.</w:t>
      </w:r>
    </w:p>
    <w:p w14:paraId="50512638" w14:textId="77777777" w:rsidR="00121116" w:rsidRDefault="00AA3789">
      <w:r>
        <w:t>“Seems like I wasn’t who you were expecting,” he drawled, his voice cutting through the cold like a blade.</w:t>
      </w:r>
    </w:p>
    <w:p w14:paraId="54340BF5" w14:textId="77777777" w:rsidR="00121116" w:rsidRDefault="00AA3789">
      <w:r>
        <w:t>I swallowed, forcing myself to stand tall, refusing to let the fear crawling up my spine show. “Cronus,” I managed, my voice barely steady, holding his gaze even as the shadows deepened around us. “What are you doing here?”</w:t>
      </w:r>
    </w:p>
    <w:p w14:paraId="6BBB9922" w14:textId="77777777" w:rsidR="00121116" w:rsidRDefault="00AA3789">
      <w:r>
        <w:t>He took a measured step closer, his gaze locking onto mine, merciless and amused. “Oh, Sky,” he murmured, his tone thick with mockery. “Did you really think you could escape me? That Rainer and his merry band could hide you from me?”</w:t>
      </w:r>
    </w:p>
    <w:p w14:paraId="16EE931B" w14:textId="77777777" w:rsidR="00121116" w:rsidRDefault="00AA3789">
      <w:r>
        <w:t>The cold pressed tighter against my skin, but I held my ground, my magic sparking weakly within me. I’d let it go dormant, forced it down after Vidar’s words, but now I could feel it struggling to rise, like an ember desperate for air.</w:t>
      </w:r>
    </w:p>
    <w:p w14:paraId="598E400F" w14:textId="77777777" w:rsidR="00121116" w:rsidRDefault="00AA3789">
      <w:r>
        <w:t>“I’m not hiding,” I shot back, forcing my voice to remain strong, even as fear gnawed at my insides. “I don’t care what you want, Cronus. I’m not yours to control.”</w:t>
      </w:r>
    </w:p>
    <w:p w14:paraId="413C63B4" w14:textId="77777777" w:rsidR="00121116" w:rsidRDefault="00AA3789">
      <w:r>
        <w:lastRenderedPageBreak/>
        <w:t>His laughter echoed through the dark, low and sinister. “You’re stubborn, but that’s what makes you so… valuable,” he said, his eyes gleaming as they swept over me. “The power within you—partially untamed still, unpredictable—it’s intoxicating.”</w:t>
      </w:r>
    </w:p>
    <w:p w14:paraId="44C9CB94" w14:textId="77777777" w:rsidR="00121116" w:rsidRDefault="00AA3789">
      <w:r>
        <w:t>I took a step back, willing myself to stay calm as the ground underfoot felt unsteady, shifting like a mirage. I needed to think, to find a way out. Rainer, Tyla, Liona—they had to realize I was gone by now, right?</w:t>
      </w:r>
    </w:p>
    <w:p w14:paraId="0C93C8C8" w14:textId="77777777" w:rsidR="00121116" w:rsidRDefault="00AA3789">
      <w:r>
        <w:t>“They’ll find me,” I forced out, my voice barely above a whisper.</w:t>
      </w:r>
    </w:p>
    <w:p w14:paraId="1C8A563C" w14:textId="77777777" w:rsidR="00121116" w:rsidRDefault="00AA3789">
      <w:r>
        <w:t>“Oh, they’ll try,” Cronus purred, taking another step closer, his presence cold and suffocating. “But you’re here now. And they’ll be looking in all the wrong places.”</w:t>
      </w:r>
    </w:p>
    <w:p w14:paraId="021AEA68" w14:textId="77777777" w:rsidR="00121116" w:rsidRDefault="00AA3789">
      <w:r>
        <w:t>Panic clawed at me, but I pushed it down, searching inside for that spark, the part of my magic that hadn’t abandoned me, even when I’d abandoned it. My fear receded slightly, replaced by a quiet, simmering anger.</w:t>
      </w:r>
    </w:p>
    <w:p w14:paraId="5D9F4A82" w14:textId="77777777" w:rsidR="00121116" w:rsidRDefault="00AA3789">
      <w:r>
        <w:t>“Where’s Vidar?” I demanded, the question slipping out, edged with bitterness. “Wasn’t he supposed to find me first?”</w:t>
      </w:r>
    </w:p>
    <w:p w14:paraId="42FA35F2" w14:textId="77777777" w:rsidR="00121116" w:rsidRDefault="00AA3789">
      <w:r>
        <w:t>Cronus’s grin widened, smug and vicious. “Ah, Vidar,” he said, a faint glint of disdain in his eyes. “He’s occupied, but don’t you worry. He’ll find us.” Cronus’s words hung in the air, his smirk twisting into something colder, sharper. “He always does find you,” he repeated, his voice dropping to a murmur, almost as if savoring the thought. The weight of his words settled in, heavy with implication, like he knew something I didn’t—something I wasn’t ready to face.</w:t>
      </w:r>
    </w:p>
    <w:p w14:paraId="13F451CB" w14:textId="77777777" w:rsidR="00121116" w:rsidRDefault="00AA3789">
      <w:r>
        <w:t>The ground beneath me seemed to pulse, each beat mirroring the erratic pace of my heart. I clenched my fists, forcing myself to stand steady, ignoring the tremor that threatened to betray my calm. “Is that why you’re here?” I shot back, my voice harsher than I intended. “To taunt me with things you think I don’t know?”</w:t>
      </w:r>
    </w:p>
    <w:p w14:paraId="1EF29A29" w14:textId="77777777" w:rsidR="00121116" w:rsidRDefault="00AA3789">
      <w:r>
        <w:t>He let out a low chuckle, dark and hollow, his gaze never wavering from mine. “Oh, Sky, it’s not a matter of thinking. It’s a matter of knowing. You were meant to be ours, a force that could change the tides of every realm, and yet…” He trailed off, his gaze flicking over me with something that felt both scornful and intrigued. “You waste it. Hidden behind their walls. Behind their weak promises of protection.”</w:t>
      </w:r>
    </w:p>
    <w:p w14:paraId="5C10E053" w14:textId="77777777" w:rsidR="00121116" w:rsidRDefault="00AA3789">
      <w:r>
        <w:t>I forced myself to hold his gaze, even as his words chipped away at something raw inside me. “You don’t know anything about me,” I snapped, feeling a flicker of my magic pulse faintly in my fingertips, the cold tendrils of his power brushing against it like a challenge.</w:t>
      </w:r>
    </w:p>
    <w:p w14:paraId="0E7AAA4B" w14:textId="77777777" w:rsidR="00121116" w:rsidRDefault="00AA3789">
      <w:r>
        <w:t>“Don’t I?” he replied smoothly, his smirk unwavering. “I know enough to see that you’re still clinging to the idea that they—Rainer, Vidar, even that little band of misfits—care for anything beyond what you can do for them.”</w:t>
      </w:r>
    </w:p>
    <w:p w14:paraId="12E3C66E" w14:textId="77777777" w:rsidR="00121116" w:rsidRDefault="00AA3789">
      <w:r>
        <w:lastRenderedPageBreak/>
        <w:t>His words hit harder than I wanted them to, striking at the fragile doubts I’d tried so hard to keep buried. I felt the familiar tangle of anger and confusion rise within me, and for a second, my magic surged, vivid and wild, before I forced it back down, unwilling to let him see that he’d rattled me.</w:t>
      </w:r>
    </w:p>
    <w:p w14:paraId="474032DE" w14:textId="77777777" w:rsidR="00121116" w:rsidRDefault="00AA3789">
      <w:r>
        <w:t>Cronus leaned in, his face close enough that I could see the malicious glint in his eyes, the faint shadow of a smirk ghosting over his lips. “You can keep pretending that this power of yours belongs to you, that it’s a choice you can make.” He paused, savoring the silence, letting it twist between us. “But you know, deep down, that’s a lie. The sooner you realize that, the sooner you’ll stop resisting what’s already yours for the taking.”</w:t>
      </w:r>
    </w:p>
    <w:p w14:paraId="04EC3E60" w14:textId="77777777" w:rsidR="00121116" w:rsidRDefault="00AA3789">
      <w:r>
        <w:t>A cold, twisted smile spread across his face, as if he’d just confirmed something for himself. “Think about it, Sky,” he purred, stepping back, his gaze heavy with a satisfaction that made my skin crawl. “Vidar may have been too gentle, too patient with you. But I am not Vidar”.</w:t>
      </w:r>
    </w:p>
    <w:p w14:paraId="7621A68A" w14:textId="77777777" w:rsidR="00121116" w:rsidRDefault="00AA3789">
      <w:r>
        <w:t>He stepped closer, his imposing presence suffocating the air around me. His eyes, fluorescent grey with faint hints of pale blue, locked onto mine with a glint that felt invasive, predatory. I held his gaze, refusing to look away, even as his stare seemed to peel back every layer, exposing parts of myself I’d tried to hide.</w:t>
      </w:r>
    </w:p>
    <w:p w14:paraId="03FEE8C8" w14:textId="77777777" w:rsidR="00121116" w:rsidRDefault="00AA3789">
      <w:r>
        <w:t>“Remember when I told you, you were mine? I meant every word of it.” His grip closed around my wrist, tight and commanding, his skin as cold as stone. A shiver shot up my arm as an unfamiliar magic pulsed through me, smothering the faint warmth that had once flickered there. I fought to stoke the ember of my own power, but it slipped away, dwindling with each attempt until I was left gasping, exhausted.</w:t>
      </w:r>
    </w:p>
    <w:p w14:paraId="653502D1" w14:textId="77777777" w:rsidR="00121116" w:rsidRDefault="00AA3789">
      <w:r>
        <w:t>“The more you try, the more energy you waste.” His voice held a chilling contentment, each word a reminder of his control. With a final, dismissive squeeze, he released my wrist, and I stumbled back, only to notice the band he’d left clamped around it. The silver ring clung to my skin, etched with strange, twisting symbols that glowed faintly, their shapes foreign yet eerily beautiful against my skin.</w:t>
      </w:r>
    </w:p>
    <w:p w14:paraId="3DB9F4AD" w14:textId="77777777" w:rsidR="00121116" w:rsidRDefault="00AA3789">
      <w:r>
        <w:t>Malicious magic hummed from the band, a low, persistent thrum that resonated through my bones, binding me. I tried to pull away, to peel it off, but it burned the moment my fingers touched it, sending a jolt of pain racing up my arm.</w:t>
      </w:r>
    </w:p>
    <w:p w14:paraId="21EC6824" w14:textId="77777777" w:rsidR="00121116" w:rsidRDefault="00AA3789">
      <w:r>
        <w:t>Cronus watched with a satisfied smile, the weight of his stare pressing down on me as if he knew every struggle was hopeless. His gaze was unyielding, like a predator savoring the moment before the kill.</w:t>
      </w:r>
    </w:p>
    <w:p w14:paraId="0563F803" w14:textId="77777777" w:rsidR="00121116" w:rsidRDefault="00AA3789">
      <w:r>
        <w:t>“Where are you going to go?” I spat, desperation edging into my voice. “They’ll find you. This is his realm, not yours.” I had nothing left to defend myself—no magic, no strength, just words. And even those felt like arrows that would miss their mark. Still, I wielded them, hoping they might sting.</w:t>
      </w:r>
    </w:p>
    <w:p w14:paraId="672E30C7" w14:textId="77777777" w:rsidR="00121116" w:rsidRDefault="00AA3789">
      <w:r>
        <w:lastRenderedPageBreak/>
        <w:t>Cronus tilted his head, a mocking smirk tugging at the corners of his mouth. “We won’t be here for much longer. Don’t worry,” he replied smoothly, his tone laced with an unsettling calm. His eyes gleamed, a dark satisfaction hidden in their depths, and I shivered under his gaze, the chill sinking into my skin.</w:t>
      </w:r>
    </w:p>
    <w:p w14:paraId="72122A24" w14:textId="77777777" w:rsidR="00121116" w:rsidRDefault="00AA3789">
      <w:r>
        <w:t>I narrowed my eyes, uncertainty swirling with a sick sense of dread. “What… what do you mean?” My voice wavered, but I forced myself to keep my gaze steady, refusing to let him see the fear creeping up my spine.</w:t>
      </w:r>
    </w:p>
    <w:p w14:paraId="3DE79DD7" w14:textId="77777777" w:rsidR="00121116" w:rsidRDefault="00AA3789">
      <w:r>
        <w:t>He stepped even closer, invading my space with a deliberate menace. “I don’t plan to use you just yet, Sky. You have a role to play, but it’s not time for that—yet.” His words dripped with anticipation, as if savoring some twisted game only he understood. “In the meantime, there are other… arrangements to be made. But don’t worry,” he continued, his voice softening in a way that felt more like a threat, “we’ll return. I know Rainer has shown you that tree.”</w:t>
      </w:r>
    </w:p>
    <w:p w14:paraId="799F1732" w14:textId="77777777" w:rsidR="00121116" w:rsidRDefault="00AA3789">
      <w:r>
        <w:t>My stomach dropped, a chill spreading through me as his words sank in. Cronus narrowed in, his pale blue eyes glinting with amusement. “You look worried, Sky. Don’t be. Soon, you’ll be exactly where you belong.”</w:t>
      </w:r>
    </w:p>
    <w:p w14:paraId="6749CE0D" w14:textId="77777777" w:rsidR="00121116" w:rsidRDefault="00AA3789">
      <w:r>
        <w:t>~</w:t>
      </w:r>
    </w:p>
    <w:p w14:paraId="1572B05A" w14:textId="77777777" w:rsidR="00121116" w:rsidRDefault="00AA3789">
      <w:r>
        <w:t>“Vidar,” Cronus greeted, his voice oozing with smug satisfaction. “It seems our plan is coming together nicely.”</w:t>
      </w:r>
    </w:p>
    <w:p w14:paraId="6BE42830" w14:textId="77777777" w:rsidR="00121116" w:rsidRDefault="00AA3789">
      <w:r>
        <w:t>Vidar’s eyes flickered, a murky storm of conflicting emotions—a flash of anger, satisfaction, something darker I couldn’t name. He didn’t respond right away, his gaze drifting to me. For a brief moment, I felt a strange, electric charge in the air, like a whisper of something familiar reaching out to me, prickling gently over my skin. But then it was gone, snuffed out, leaving only the cold, oppressive weight of the silver band shackled around my wrist.</w:t>
      </w:r>
    </w:p>
    <w:p w14:paraId="2AE69BD2" w14:textId="77777777" w:rsidR="00121116" w:rsidRDefault="00AA3789">
      <w:r>
        <w:t>The barrier's force was immense, pressing down on us like an unseen tidal wave, thickening the very air. Each breath felt heavy, like inhaling through water, and the magic’s weight bore down on my chest, my ribs aching with the strain. My body was wrung out, a canvas of exhaustion and fear, but I forced myself to stay upright, teeth clenched, even as my legs trembled beneath me.</w:t>
      </w:r>
    </w:p>
    <w:p w14:paraId="6BF48DCB" w14:textId="77777777" w:rsidR="00121116" w:rsidRDefault="00AA3789">
      <w:r>
        <w:t>Footsteps thundered closer, urgency echoing through the muffled air. My heart raced, each beat a wild drum in my chest, as hope tangled with dread, each emotion tightening around me like a vice. “Please,” I whispered, my voice barely rising over the roar of the barrier’s energy. “Please let it be them.”</w:t>
      </w:r>
    </w:p>
    <w:p w14:paraId="1FF0A207" w14:textId="77777777" w:rsidR="00121116" w:rsidRDefault="00AA3789">
      <w:r>
        <w:t>Vidar’s gaze met mine, unreadable and unnervingly calm. “We have to go now,” he said, the faintest tremor in his voice betraying his urgency.</w:t>
      </w:r>
    </w:p>
    <w:p w14:paraId="6D84B4FE" w14:textId="77777777" w:rsidR="00121116" w:rsidRDefault="00AA3789">
      <w:r>
        <w:lastRenderedPageBreak/>
        <w:t>Cronus nodded, tightening his grip on my arm, yanking me toward the barrier. I stumbled, the raw energy around us churning, curling around my limbs like cold fire. Every nerve screamed in protest, but Cronus seemed unaffected, his grip unyielding.</w:t>
      </w:r>
    </w:p>
    <w:p w14:paraId="172054EF" w14:textId="77777777" w:rsidR="00121116" w:rsidRDefault="00AA3789">
      <w:r>
        <w:t>The air itself seemed to ripple, humming with energy, as the barrier resisted our approach, a wall of invisible, vibrating power. The ground pulsed beneath me, and I felt a surge of pure panic—every instinct screaming that if we crossed, I’d be lost. Then, cutting through the chaos, a voice rang out, jagged with desperation.</w:t>
      </w:r>
    </w:p>
    <w:p w14:paraId="4E671496" w14:textId="77777777" w:rsidR="00121116" w:rsidRDefault="00AA3789">
      <w:r>
        <w:t>“Sky!”</w:t>
      </w:r>
    </w:p>
    <w:p w14:paraId="638DAE6F" w14:textId="77777777" w:rsidR="00121116" w:rsidRDefault="00AA3789">
      <w:r>
        <w:t>Rainer’s voice was unmistakable, a thread of raw emotion woven through the noise. I turned, my heart jolting as I saw him, Liona, and Tyla emerging from the trees. Relief flooded me, sharp and blinding, until Cronus pulled me backwards, snapping me back into his brutal grasp.</w:t>
      </w:r>
    </w:p>
    <w:p w14:paraId="4D69C066" w14:textId="77777777" w:rsidR="00121116" w:rsidRDefault="00AA3789">
      <w:r>
        <w:t>“Don’t let them cross!” Cronus barked at Vidar, his voice slicing through the din.</w:t>
      </w:r>
    </w:p>
    <w:p w14:paraId="6D06EE5B" w14:textId="77777777" w:rsidR="00121116" w:rsidRDefault="00AA3789">
      <w:r>
        <w:t>“Stay back!” Vidar commanded, his voice layered with authority and something close to regret.</w:t>
      </w:r>
    </w:p>
    <w:p w14:paraId="3DF30914" w14:textId="77777777" w:rsidR="00121116" w:rsidRDefault="00AA3789">
      <w:r>
        <w:t>Rainer’s eyes burned, fierce and unwavering as they met Vidar’s. “Let her go, Vidar. This isn’t what she wants.”</w:t>
      </w:r>
    </w:p>
    <w:p w14:paraId="2FB00D06" w14:textId="77777777" w:rsidR="00121116" w:rsidRDefault="00AA3789">
      <w:r>
        <w:t>Vidar’s jaw clenched, and for a flicker of a moment, I saw doubt, raw and jagged, flash across his face. “I can’t,” he said finally, his voice rough with something that sounded like pain. “Not now.”</w:t>
      </w:r>
    </w:p>
    <w:p w14:paraId="0FF060F8" w14:textId="77777777" w:rsidR="00121116" w:rsidRDefault="00AA3789">
      <w:r>
        <w:t>Cronus’s smile was sharp and cold, a predator savoring the standoff. “It’s too late for that. She’s ours now.”</w:t>
      </w:r>
    </w:p>
    <w:p w14:paraId="13C4D001" w14:textId="77777777" w:rsidR="00121116" w:rsidRDefault="00AA3789">
      <w:r>
        <w:t>Liona and Tyla stepped forward to flank Rainer, their stances firm, their gazes hard. Liona’s voice was a blade of steel. “We won’t let you have her.”</w:t>
      </w:r>
    </w:p>
    <w:p w14:paraId="006C7BE7" w14:textId="77777777" w:rsidR="00121116" w:rsidRDefault="00AA3789">
      <w:r>
        <w:t>The barrier hissed and crackled, twisting the air with each pulse, and the first light of dawn painted the scene in an eerie glow. Time seemed to slow, each second stretching unbearably, tension twisting between us like drawn wire. My heart hammered as I glanced between Vidar and Liona, feeling the weight of every choice, every unspoken threat.</w:t>
      </w:r>
    </w:p>
    <w:p w14:paraId="5CD9EF9C" w14:textId="77777777" w:rsidR="00121116" w:rsidRDefault="00AA3789">
      <w:r>
        <w:t>Rainer’s face hardened, his voice low and steady. “Vidar, do what’s right. For once.”</w:t>
      </w:r>
    </w:p>
    <w:p w14:paraId="2FCA1156" w14:textId="77777777" w:rsidR="00121116" w:rsidRDefault="00AA3789">
      <w:r>
        <w:t>“What is right anymore?” Vidar shot back, his tone laced with bitterness. “You think you can still define that, Rainer? You think you’re any different from me, from Cronus?” He stepped closer, his gaze flicking between us. “You’re just as willing to manipulate her if it means saving yourself.”</w:t>
      </w:r>
    </w:p>
    <w:p w14:paraId="7607D121" w14:textId="77777777" w:rsidR="00121116" w:rsidRDefault="00AA3789">
      <w:r>
        <w:t>Rainer’s jaw tightened, but he didn’t respond, his silence a shield against Vidar’s words.</w:t>
      </w:r>
    </w:p>
    <w:p w14:paraId="24EEC45E" w14:textId="77777777" w:rsidR="00121116" w:rsidRDefault="00AA3789">
      <w:r>
        <w:lastRenderedPageBreak/>
        <w:t>Vidar’s mouth twisted into a smirk, but his eyes were cold, a glint of malice dancing in them as he shifted his gaze once more to Liona, the ground beneath us trembling faintly with his magic. It was a threat, barely veiled, a promise to tear everything apart if provoked. Rainer’s body tensed, his fists clenching, as he hesitated—unable to risk Liona’s safety.</w:t>
      </w:r>
    </w:p>
    <w:p w14:paraId="76F01AD8" w14:textId="77777777" w:rsidR="00121116" w:rsidRDefault="00AA3789">
      <w:r>
        <w:t>A bitter weight settled in my stomach, the painful realization sinking in: I was going back. They would drag me to Hyperborea, beyond anyone’s reach.</w:t>
      </w:r>
    </w:p>
    <w:p w14:paraId="7442C25B" w14:textId="77777777" w:rsidR="00121116" w:rsidRDefault="00AA3789">
      <w:r>
        <w:t>Cronus seized the moment, his grip tightening as he hauled me toward the barrier. The air itself seemed to tear open as we neared it, crackling with lethal energy. My skin prickled with a searing pain, each pulse of the barrier stabbing through me like needles of fire. I screamed, a raw, helpless sound, but I refused to give in, straining against Cronus’s hold.</w:t>
      </w:r>
    </w:p>
    <w:p w14:paraId="402720DC" w14:textId="77777777" w:rsidR="00121116" w:rsidRDefault="00AA3789">
      <w:r>
        <w:t>“Sky!” Rainer’s voice broke, his hand reaching out as he surged forward, only to be flung back, the barrier’s magic lashing out, hurling him to the ground.</w:t>
      </w:r>
    </w:p>
    <w:p w14:paraId="38245EE1" w14:textId="77777777" w:rsidR="00121116" w:rsidRDefault="00AA3789">
      <w:r>
        <w:t>“Vidar, stop this!” Liona’s voice shook, thick with anguish.</w:t>
      </w:r>
    </w:p>
    <w:p w14:paraId="6658B81A" w14:textId="77777777" w:rsidR="00121116" w:rsidRDefault="00AA3789">
      <w:r>
        <w:t>Vidar’s gaze locked with mine, and for a heartbeat, something in him softened, a spark of life flickering briefly. But just as quickly, it was gone, his eyes going cold, a wall dropping over his expression as Cronus pulled me through the barrier.</w:t>
      </w:r>
    </w:p>
    <w:p w14:paraId="749B9988" w14:textId="77777777" w:rsidR="00121116" w:rsidRDefault="00AA3789">
      <w:r>
        <w:t>The barrier’s energy surged around us, a blinding light swallowing everything. I held onto one thought as the darkness closed in around me, my heart pounding with a desperate hope: Rainer had found me twice. Somehow, he would find me again.</w:t>
      </w:r>
    </w:p>
    <w:p w14:paraId="105DD951" w14:textId="77777777" w:rsidR="00121116" w:rsidRDefault="00AA3789">
      <w:r>
        <w:t>The energy peaked, the world disintegrating into shards of searing light and shadow, and then—silence. The darkness settled, consuming everything.</w:t>
      </w:r>
    </w:p>
    <w:p w14:paraId="7B66A2E8" w14:textId="77777777" w:rsidR="00121116" w:rsidRDefault="00AA3789">
      <w:r>
        <w:t>Cold seeped through my bones as I blinked into darkness, the ground beneath me unyielding, biting. My head spun, and the rough, damp surface pressed hard against my cheek. I took a shallow breath, my lungs protesting as stale, heavy air filled them. Somewhere, water dripped slowly, each drop landing with a faint, echoing plink that clawed at my nerves, reminding me I was utterly, horribly alone.</w:t>
      </w:r>
    </w:p>
    <w:p w14:paraId="2B849E1C" w14:textId="77777777" w:rsidR="00121116" w:rsidRDefault="00AA3789">
      <w:r>
        <w:t>I pushed myself up, my wrists aching as a dull weight pulled me back down. Blinking away the last remnants of blurred vision, I realized the weight was no illusion—thick chains were wrapped around my wrists, anchored to the stone floor. I strained, every muscle protesting, but the chains held fast, biting into my skin with cold, unyielding metal.</w:t>
      </w:r>
    </w:p>
    <w:p w14:paraId="19B26D85" w14:textId="77777777" w:rsidR="00121116" w:rsidRDefault="00AA3789">
      <w:r>
        <w:t>The room was barely lit, the dimmest sliver of light slipping through a small, barred window set high in one wall. Shadows clung to every corner, thick and oppressive, but I could make out rough, uneven stones forming the walls. The place smelled of mildew and damp rot, as if it had been buried away, forgotten by the rest of the world.</w:t>
      </w:r>
    </w:p>
    <w:p w14:paraId="6D203685" w14:textId="77777777" w:rsidR="00121116" w:rsidRDefault="00AA3789">
      <w:r>
        <w:t xml:space="preserve">A low tremor of panic crawled up my spine. I yanked harder on the chains, feeling the cold scrape of metal cut into my wrists as I struggled against them, uselessly. My breathing </w:t>
      </w:r>
      <w:r>
        <w:lastRenderedPageBreak/>
        <w:t>quickened, the silence around me heavy and absolute, pressing into my skull. My powers—usually a steady thrum within me—were silent, smothered, as if they were buried under layers of ice.</w:t>
      </w:r>
    </w:p>
    <w:p w14:paraId="07D876CB" w14:textId="77777777" w:rsidR="00121116" w:rsidRDefault="00AA3789">
      <w:r>
        <w:t>Forcing myself to take a steadying breath, I clenched my fists, feeling the rough texture of the stones beneath my fingertips. Think, I told myself. I couldn’t fall apart now. I couldn’t give in to the fear pulsing in my veins. Rainer, Liona, Tyla—they’d seen me, watched me vanish across the barrier, helpless to stop it. I had to believe they were coming, that they would find a way through. Whether it was for me or for the power I carried inside, it didn’t matter. I clung to the hope that they were out there, planning, trying. I wasn’t completely lost to them—not yet.</w:t>
      </w:r>
    </w:p>
    <w:p w14:paraId="16520192" w14:textId="77777777" w:rsidR="00121116" w:rsidRDefault="00AA3789">
      <w:r>
        <w:t>Just then, footsteps echoed down the corridor, slow and measured, each step resonating like a hammer on my heart. I pressed myself back against the wall, trying to shrink into the shadows. My breath hitched as the footsteps grew closer, louder, until they stopped just beyond the thick iron door.</w:t>
      </w:r>
    </w:p>
    <w:p w14:paraId="6312FDE0" w14:textId="77777777" w:rsidR="00121116" w:rsidRDefault="00AA3789">
      <w:r>
        <w:t>It groaned open, revealing a figure that filled the doorway, cloaked in the dim light. Vidar. His eyes were locked onto mine, piercing through the gloom, unreadable and unyielding.</w:t>
      </w:r>
    </w:p>
    <w:p w14:paraId="6AA27149" w14:textId="77777777" w:rsidR="00121116" w:rsidRDefault="00AA3789">
      <w:r>
        <w:t>"Resisting your fate will only make things harder for you, Sky," he said softly, his tone a chilling blend of familiarity and indifference. "Haven’t you suffered enough?"</w:t>
      </w:r>
    </w:p>
    <w:p w14:paraId="74E0E179" w14:textId="77777777" w:rsidR="00121116" w:rsidRDefault="00AA3789">
      <w:r>
        <w:t>The words sliced through me, sharp and deliberate. He didn’t need to know my full history—he’d seen enough, sensed enough—to know precisely where to strike. He was a predator in every sense, his gaze calculated, as if already dissecting my weaknesses.</w:t>
      </w:r>
    </w:p>
    <w:p w14:paraId="7236C4A2" w14:textId="77777777" w:rsidR="00121116" w:rsidRDefault="00AA3789">
      <w:r>
        <w:t>I swallowed hard, forcing the tremor from my voice. "So, what now?" I spat, masking my fear with defiance. "You and Cronus keep me chained here until I do as you say? You think I’ll just…give in?"</w:t>
      </w:r>
    </w:p>
    <w:p w14:paraId="3A22676C" w14:textId="77777777" w:rsidR="00121116" w:rsidRDefault="00AA3789">
      <w:r>
        <w:t>He tilted his head slightly, amusement flickering in his eyes. "You misunderstand, Sky. Cronus doesn’t need to keep you chained for long. Once he taps into your power…well, let’s just say the choice will no longer be yours." He let his gaze linger on the silver band that encircled my wrist—a cruelly beautiful thing etched with intricate, foreign runes that glowed faintly, as if alive with its own malevolent magic.</w:t>
      </w:r>
    </w:p>
    <w:p w14:paraId="54E67BB7" w14:textId="77777777" w:rsidR="00121116" w:rsidRDefault="00AA3789">
      <w:r>
        <w:t xml:space="preserve">I tugged my arm back instinctively, feeling the icy weight of it constricting my very pulse. My powers stirred faintly within me, a feeble spark buried beneath layers of cold, but they remained distant, muted by the binding spell. The silver band seemed almost alive, pulsing with a magic that wasn’t just foreign but hostile, as if designed to suffocate any spark of resistance within me. It dampened not only my powers but also my very sense of self, leaving a hollow emptiness in its wake. The runes carved into it flickered subtly, each glowing symbol a reminder of the binding force that chained me, the restraint a constant tug against my instincts. Here, I was something to be controlled, manipulated—a vessel of power Cronus intended to break. Vidar’s voice was soft, almost sympathetic, but laced with </w:t>
      </w:r>
      <w:r>
        <w:lastRenderedPageBreak/>
        <w:t>something sharper. "You could have been part of this, you know. With that fire of yours, that raw, untamed force within you…you could have reshaped this world. Isn’t that what you’ve wanted all along? To see justice served, to punish those who’ve wronged you?"</w:t>
      </w:r>
    </w:p>
    <w:p w14:paraId="29250162" w14:textId="77777777" w:rsidR="00121116" w:rsidRDefault="00AA3789">
      <w:r>
        <w:t>His words slithered through my mind, tapping into a dark, festering part of me that I’d buried long ago. I felt the old anger stir, the desire to make those who had hurt me pay, to see them suffer as I had. It would be so easy to say yes, to let him coax that darkness to the surface.</w:t>
      </w:r>
    </w:p>
    <w:p w14:paraId="0BB2E7A5" w14:textId="77777777" w:rsidR="00121116" w:rsidRDefault="00AA3789">
      <w:r>
        <w:t>But then I remembered Rainer’s voice, steady and grounding, and Liona’s fierce determination. They fought for something more than just power; they fought to protect, to heal. Cronus and Vidar only wanted to consume, to bend the world to their will.</w:t>
      </w:r>
    </w:p>
    <w:p w14:paraId="696D4CA7" w14:textId="77777777" w:rsidR="00121116" w:rsidRDefault="00AA3789">
      <w:r>
        <w:t>I straightened, lifting my chin, locking eyes with Vidar. “No,” I said, my voice steady despite the raw fear clawing at me. “Whatever darkness is inside me—it’s mine. And you’ll never use it.”</w:t>
      </w:r>
    </w:p>
    <w:p w14:paraId="212286D9" w14:textId="77777777" w:rsidR="00121116" w:rsidRDefault="00AA3789">
      <w:r>
        <w:t>Vidar’s smile slipped, just slightly, and for a heartbeat, I thought I saw something crack in his façade. But he straightened, his face hardening, a look of cold determination settling over him.</w:t>
      </w:r>
    </w:p>
    <w:p w14:paraId="449C070D" w14:textId="77777777" w:rsidR="00121116" w:rsidRDefault="00AA3789">
      <w:r>
        <w:t>"So be it," he murmured, his tone a dark promise. He turned, and as the door closed behind him with a resounding clang, the dim light faded to darkness once more, pressing in around me.</w:t>
      </w:r>
    </w:p>
    <w:p w14:paraId="30C75DDB" w14:textId="77777777" w:rsidR="00121116" w:rsidRDefault="00AA3789">
      <w:r>
        <w:t>But even as I sat alone in the silence, the faintest ember of defiance burned within me. They could trap my body, smother my power, but they hadn’t yet broken my spirit. And I would hold onto that flame, no matter how small, until the end.</w:t>
      </w:r>
    </w:p>
    <w:p w14:paraId="6B68761E" w14:textId="77777777" w:rsidR="00121116" w:rsidRDefault="00AA3789">
      <w:r>
        <w:t>~~~~</w:t>
      </w:r>
    </w:p>
    <w:p w14:paraId="21885BC1" w14:textId="77777777" w:rsidR="00121116" w:rsidRDefault="00AA3789">
      <w:r>
        <w:t>I hadn’t eaten in days, and the hunger gnawed at me like a living thing, clawing up my insides, demanding relief. My skin had taken on a dull, ashen hue, coated in layers of grime. My stomach writhed and growled, an unrelenting reminder of my weakness. No one had come—not even Cronus to taunt me, not Vidar to twist the knife. I was abandoned to the shadows, my thoughts spiraling with the endless hours. Sleep teased and tormented, slipping away every time I closed my eyes, the unyielding stone beneath me bruising my back until it felt like I was lying on knives.</w:t>
      </w:r>
    </w:p>
    <w:p w14:paraId="0734C286" w14:textId="77777777" w:rsidR="00121116" w:rsidRDefault="00AA3789">
      <w:r>
        <w:t>Days blurred together as I counted each shift of light through the tiny, barred window, my only thread to the world outside. The light changed, teasing with the transition between day and night, but it was too high to reach, too distant to matter. Each faint sliver of dawn felt like a betrayal, mocking my entrapment as it cast shadows across the walls. The dampness seeped into my bones, and the constant drip of water somewhere in the cell twisted my mind, counting each drop as though they were seconds of my sentence.</w:t>
      </w:r>
    </w:p>
    <w:p w14:paraId="0E174621" w14:textId="77777777" w:rsidR="00121116" w:rsidRDefault="00AA3789">
      <w:r>
        <w:lastRenderedPageBreak/>
        <w:t>The cell suffocated me. I could feel the stale, mildewed air pressing down on me, filling my lungs with rot. Every inch of me ached—muscles stiff, joints grinding against each other with every strained movement. My body was falling apart, but it was the slow decay of my mind that scared me the most. Hallucinations crept in, shadows shifting and darting in the corners, low whispers that faded whenever I strained to listen. I couldn’t tell if the voices were real or fragments of my own unraveling thoughts.</w:t>
      </w:r>
    </w:p>
    <w:p w14:paraId="2DEA235A" w14:textId="77777777" w:rsidR="00121116" w:rsidRDefault="00AA3789">
      <w:r>
        <w:t>Rainer, Liona, Tyla. Their names echoed in my mind like a chant, a fragile tether to the outside world. Were they looking for me? I forced myself to hold onto the memory of their faces, the last anchor to sanity I had left. I imagined them coming for me, just close enough to give me a reason not to give up. Even if they were only drawn by the powers I held, it was something. I’d take anything to keep the darkness from swallowing me whole.</w:t>
      </w:r>
    </w:p>
    <w:p w14:paraId="0A5AF27D" w14:textId="77777777" w:rsidR="00121116" w:rsidRDefault="00AA3789">
      <w:r>
        <w:t>The cell door creaked open, the familiar chill curling around me as Cyra stepped in. Her ice-blue eyes narrowed with satisfaction as her grip tightened on the chain that hung from her side, cold and unrelenting.</w:t>
      </w:r>
    </w:p>
    <w:p w14:paraId="5E156120" w14:textId="77777777" w:rsidR="00121116" w:rsidRDefault="00AA3789">
      <w:r>
        <w:t>“Well, look at you,” she sneered, taking in my disheveled state. She tilted her head slightly, a lock of raven-black hair falling across her face, but her gaze remained locked onto mine, unyielding. “I almost feel sorry for you. Almost.”</w:t>
      </w:r>
    </w:p>
    <w:p w14:paraId="753BFFE8" w14:textId="77777777" w:rsidR="00121116" w:rsidRDefault="00AA3789">
      <w:r>
        <w:t>A flicker of torchlight caught in her dark hair, casting harsh shadows on her sharp, angular features. She took another step forward, her movements precise and intimidating, each one reminding me of the power she had over me here.</w:t>
      </w:r>
    </w:p>
    <w:p w14:paraId="19D56E14" w14:textId="77777777" w:rsidR="00121116" w:rsidRDefault="00AA3789">
      <w:r>
        <w:t>“You know,” she continued, her voice dripping with a mock sweetness that only highlighted her malice, “I expected more from you. Isn’t it funny how someone with so much supposed potential ended up here?”</w:t>
      </w:r>
    </w:p>
    <w:p w14:paraId="2BECC66A" w14:textId="77777777" w:rsidR="00121116" w:rsidRDefault="00AA3789">
      <w:r>
        <w:t>I clenched my fists, resisting the urge to respond. But she didn’t need my reaction; her twisted enjoyment in this game was written all over her face, her smirk deepening as she watched my every move, waiting for any sign of weakness.</w:t>
      </w:r>
    </w:p>
    <w:p w14:paraId="35849F7C" w14:textId="77777777" w:rsidR="00121116" w:rsidRDefault="00AA3789">
      <w:r>
        <w:t>"Tell me, Sky," she purred, tracing a finger along the edge of the chain between us. “How does it feel to be here? Trapped, defenseless, with no one coming for you?”</w:t>
      </w:r>
    </w:p>
    <w:p w14:paraId="3BE71CC2" w14:textId="77777777" w:rsidR="00121116" w:rsidRDefault="00AA3789">
      <w:r>
        <w:t>I forced myself to meet her gaze, refusing to give her the satisfaction of my fear. “They’ll come for me,” I said, my voice steady but quiet. “You may not believe it, but they will.”</w:t>
      </w:r>
    </w:p>
    <w:p w14:paraId="2C47079C" w14:textId="77777777" w:rsidR="00121116" w:rsidRDefault="00AA3789">
      <w:r>
        <w:t>She laughed, a cold, brittle sound that filled the small cell. “Rainer, Liona, Tyla… yes, I know the names,” she taunted. “Such loyalty in them. Admirable, really, if not so pathetic.” Her smirk turned calculating, her gaze sharpening. “Do you truly think they’d risk everything for you? You, who bring only danger?”</w:t>
      </w:r>
    </w:p>
    <w:p w14:paraId="3BFBA9F0" w14:textId="77777777" w:rsidR="00121116" w:rsidRDefault="00AA3789">
      <w:r>
        <w:t>Her words struck deeper than I wanted to admit, a blade wrapped in velvet. I tried to ignore her, to focus on the faint light from the small window, the one constant reminder that the world outside still existed, that hope was not entirely gone.</w:t>
      </w:r>
    </w:p>
    <w:p w14:paraId="40B333DB" w14:textId="77777777" w:rsidR="00121116" w:rsidRDefault="00AA3789">
      <w:r>
        <w:lastRenderedPageBreak/>
        <w:t>Cyra’s eyes followed mine, and her mouth curved into a sly smile. “Hoping for freedom, are we? Desperation does look good on you, Sky. It suits you better than that little spark you had when we met.” She stood, adjusting the chain as if it were a leash she was all too ready to tug, then leaned against the wall, arms crossed, studying me with chilling indifference.</w:t>
      </w:r>
    </w:p>
    <w:p w14:paraId="35D91FF7" w14:textId="77777777" w:rsidR="00121116" w:rsidRDefault="00AA3789">
      <w:r>
        <w:t>“Let me offer you a bit of wisdom,” she continued, her voice dropping to a near-whisper, as though sharing a cherished secret. “They won’t come. Not because they don’t want to, but because they can’t. You think Cronus leaves things to chance?”</w:t>
      </w:r>
    </w:p>
    <w:p w14:paraId="65AC248A" w14:textId="77777777" w:rsidR="00121116" w:rsidRDefault="00AA3789">
      <w:r>
        <w:t>I swallowed, a tightness coiling in my chest, but I wouldn’t give her what she wanted. I couldn’t.</w:t>
      </w:r>
    </w:p>
    <w:p w14:paraId="1802ABDC" w14:textId="77777777" w:rsidR="00121116" w:rsidRDefault="00AA3789">
      <w:r>
        <w:t>“Keep waiting, Sky,” she murmured, her eyes gleaming with satisfaction as she took a step back. “But know this: you’ll be waiting forever.” With a cold smile, Cyra turned, the echo of her footsteps fading, leaving me alone once more, her words lingering like a curse in the silent, suffocating darkness.</w:t>
      </w:r>
    </w:p>
    <w:p w14:paraId="3987D5B6" w14:textId="77777777" w:rsidR="00121116" w:rsidRDefault="00AA3789">
      <w:r>
        <w:t>Not long after I let my eyes close, the cell door creaked open, pulling me back to a harsh reality. I kept my eyes shut, resisting the instinct to face whatever fresh torment awaited me. But the room filled with a presence—heavy and unyielding, like a shadow cast in iron.</w:t>
      </w:r>
    </w:p>
    <w:p w14:paraId="2B1E8933" w14:textId="77777777" w:rsidR="00121116" w:rsidRDefault="00AA3789">
      <w:r>
        <w:t>I squinted into the dim light and saw him. One of Cronus's guards, clad in dark leathers that matched the quiet, dangerous authority about him. His gaze was indifferent yet piercing, and a simple metal chain hung from his neck, catching the faint light filtering in.</w:t>
      </w:r>
    </w:p>
    <w:p w14:paraId="4D823A73" w14:textId="77777777" w:rsidR="00121116" w:rsidRDefault="00AA3789">
      <w:r>
        <w:t>“Get up,” he commanded, his voice devoid of warmth, as if he spoke to an object rather than a person.</w:t>
      </w:r>
    </w:p>
    <w:p w14:paraId="18092E36" w14:textId="77777777" w:rsidR="00121116" w:rsidRDefault="00AA3789">
      <w:r>
        <w:t>I tried to rise, but my legs, weak and unsteady, faltered beneath me. He seized my arm, yanking me upright with a grip that held the force of iron. With a flick of his wrist, he unlocked the chain binding me to the ground, leaving the metal shackles clamped tightly to my wrists.</w:t>
      </w:r>
    </w:p>
    <w:p w14:paraId="333E9EB1" w14:textId="77777777" w:rsidR="00121116" w:rsidRDefault="00AA3789">
      <w:r>
        <w:t>“Where are we going?” I managed to ask, voice thin and ragged.</w:t>
      </w:r>
    </w:p>
    <w:p w14:paraId="045AB450" w14:textId="77777777" w:rsidR="00121116" w:rsidRDefault="00AA3789">
      <w:r>
        <w:t>The guard gave no answer, only casting a dismissive look before tugging me forward. My legs strained to keep pace, each step a small victory against the urge to collapse. The corridor outside my cell was no different—damp, cold, and endlessly winding. The stale scent of decay clung to the walls, as if the stones themselves had absorbed years of suffering.</w:t>
      </w:r>
    </w:p>
    <w:p w14:paraId="26C40388" w14:textId="77777777" w:rsidR="00121116" w:rsidRDefault="00AA3789">
      <w:r>
        <w:t>He tightened his grip as I stumbled, and his expression hardened. “Keep moving.” The words were clipped, leaving no room for argument. I forced myself to stay upright, my mind racing with questions—was he leading me to Cronus, to Vidar, or to yet another prison in this nightmarish maze?</w:t>
      </w:r>
    </w:p>
    <w:p w14:paraId="48C84129" w14:textId="77777777" w:rsidR="00121116" w:rsidRDefault="00AA3789">
      <w:r>
        <w:lastRenderedPageBreak/>
        <w:t>Finally, we reached a heavy wooden door at the end of the passage. The guard pushed it open, revealing a room shrouded in shadows. Flickering torches cast long, ghostly silhouettes over ancient tapestries that adorned the walls. A grand, empty chair stood at the center, like a throne waiting for a merciless ruler to take his seat.</w:t>
      </w:r>
    </w:p>
    <w:p w14:paraId="4578AA0B" w14:textId="77777777" w:rsidR="00121116" w:rsidRDefault="00AA3789">
      <w:r>
        <w:t>Without a word, he guided me to the center and forced me to my knees. The cold stone floor bit into my skin, heightening the discomfort as I tried to steady myself.</w:t>
      </w:r>
    </w:p>
    <w:p w14:paraId="41205445" w14:textId="77777777" w:rsidR="00121116" w:rsidRDefault="00AA3789">
      <w:r>
        <w:t>“Wait here,” he commanded, his tone as impersonal as his gaze, before stepping back, leaving me alone with nothing but the silence and the weight of my fears.</w:t>
      </w:r>
    </w:p>
    <w:p w14:paraId="104DA09A" w14:textId="77777777" w:rsidR="00121116" w:rsidRDefault="00AA3789">
      <w:r>
        <w:t>Kneeling on the cold, unforgiving stone, time felt warped, each heartbeat stretching out, blending the silence into something thick, almost tangible. Shadows crept along the walls, clinging to the faded, ancient tapestries, their colors long swallowed by dust and neglect. The air felt sharp, almost metallic, as if every detail of this room were holding its breath, waiting.</w:t>
      </w:r>
    </w:p>
    <w:p w14:paraId="0D16FD01" w14:textId="77777777" w:rsidR="00121116" w:rsidRDefault="00AA3789">
      <w:r>
        <w:t>The door groaned open, piercing the stillness, and my spine tensed instinctively. Heavy footsteps echoed, steady and unhurried. I kept my head low, feeling the weight of each step drawing nearer, until I could no longer resist. I raised my gaze slowly.</w:t>
      </w:r>
    </w:p>
    <w:p w14:paraId="45F4C6A9" w14:textId="77777777" w:rsidR="00121116" w:rsidRDefault="00AA3789">
      <w:r>
        <w:t>Ichiro was the first to step in, his silhouette cutting clean through the murk. His light hair gleamed, catching on the edges of the dim light filtering through the high, barred window. His eyes, colder than I’d ever seen, settled on me with a gaze that might’ve frozen fire. He moved with the precision of someone honed for this, as if each step held its own menace. Nothing about him left room for warmth; he was all sharp edges and lethal focus, and his look dared me to flinch.</w:t>
      </w:r>
    </w:p>
    <w:p w14:paraId="5A761D2E" w14:textId="77777777" w:rsidR="00121116" w:rsidRDefault="00AA3789">
      <w:r>
        <w:t>And then, behind him, Cronus emerged—a dark shadow against the gloom, yet filling the room with his presence as if claiming the space itself. He took his time, surveying the room with the satisfaction of a king watching his subjects kneel. His gaze finally settled on me, and his mouth twisted into a faint smirk, one that promised anything but kindness. His dark attire blurred into the shadows, but his expression cut through it all—sharp, eager, as though he was savoring a private victory.</w:t>
      </w:r>
    </w:p>
    <w:p w14:paraId="004A5B1C" w14:textId="77777777" w:rsidR="00121116" w:rsidRDefault="00AA3789">
      <w:r>
        <w:t>"Sky," Cronus’s voice wrapped around the room, almost a whisper but with the force of a storm. "I sense you've had time to reflect."</w:t>
      </w:r>
    </w:p>
    <w:p w14:paraId="3F95FC24" w14:textId="77777777" w:rsidR="00121116" w:rsidRDefault="00AA3789">
      <w:r>
        <w:t>I said nothing, every instinct urging me to resist the bait, to hold what little dignity remained in this hellish place. But Cronus’s smirk only widened, his eyes glittering with satisfaction, as if the silence itself answered him.</w:t>
      </w:r>
    </w:p>
    <w:p w14:paraId="77F6C90B" w14:textId="77777777" w:rsidR="00121116" w:rsidRDefault="00AA3789">
      <w:r>
        <w:t>"I imagine by now, you understand how things work here," he continued, drawing closer, his gaze heavy with calculation. "Your power is valuable, but obedience—that is what truly matters." He leaned forward, his eyes narrowing. "And you will learn obedience."</w:t>
      </w:r>
    </w:p>
    <w:p w14:paraId="518B9CA9" w14:textId="77777777" w:rsidR="00121116" w:rsidRDefault="00AA3789">
      <w:r>
        <w:lastRenderedPageBreak/>
        <w:t>My fists clenched, the cuffs biting into my wrists, a slight spark of defiance flaring despite the ache in my muscles and the cold gnawing at my bones. Cronus’s gaze didn’t miss it. He glanced at Ichiro, who gave a near-imperceptible nod.</w:t>
      </w:r>
    </w:p>
    <w:p w14:paraId="7405EE5C" w14:textId="77777777" w:rsidR="00121116" w:rsidRDefault="00AA3789">
      <w:r>
        <w:t>Without warning, Ichiro’s hand shot out, gripping my shoulder, the pressure intense, immobilizing. He pulled me upright, his grip a vise on my arm as I stumbled, my legs shaky from days spent on the floor.</w:t>
      </w:r>
    </w:p>
    <w:p w14:paraId="22964000" w14:textId="77777777" w:rsidR="00121116" w:rsidRDefault="00AA3789">
      <w:r>
        <w:t>"Where are we going?" My voice cracked, yet I forced steel into it, trying to meet Cronus’s gaze, daring him to reveal more. But Cronus only turned, gesturing for Ichiro to bring me along.</w:t>
      </w:r>
    </w:p>
    <w:p w14:paraId="79220E26" w14:textId="77777777" w:rsidR="00121116" w:rsidRDefault="00AA3789">
      <w:r>
        <w:t>“Patience, Sky,” he said, his tone dripping with mock gentleness. “You’ll see soon enough."</w:t>
      </w:r>
    </w:p>
    <w:p w14:paraId="2A85B2F4" w14:textId="77777777" w:rsidR="00121116" w:rsidRDefault="00AA3789">
      <w:r>
        <w:t>As I stumbled forward under Ichiro’s relentless hold, I glanced over my shoulder, catching Cronus’s gaze, watching me with that infuriating smirk, as if every struggle only fueled his delight.</w:t>
      </w:r>
    </w:p>
    <w:p w14:paraId="662F0AE3" w14:textId="77777777" w:rsidR="00121116" w:rsidRDefault="00AA3789">
      <w:r>
        <w:t>I forced myself to straighten as much as I could, a single thought gripping me as tightly as Ichiro’s hand. Whatever came next, I would face it. I had no choice but to move forward—and yet, I would keep my thoughts and hopes locked down, knowing Rainer, Tyla, and Liona were out there, somewhere, with every reason to find me.</w:t>
      </w:r>
    </w:p>
    <w:p w14:paraId="35C194E9" w14:textId="77777777" w:rsidR="00121116" w:rsidRDefault="00AA3789">
      <w:r>
        <w:t>Ichiro’s grip didn’t loosen as we made our way through the dim, winding corridors. The stones underfoot were cold, unforgiving, as though every inch of this place was designed to strip away warmth, hope, anything human. I kept my head down, feigning resignation while my mind raced. Every step closer to the training grounds stirred a mix of dread and resolve. I knew this place too well, remembered every grueling second spent here learning to channel my magic under harsher eyes.</w:t>
      </w:r>
    </w:p>
    <w:p w14:paraId="5E7A7E71" w14:textId="77777777" w:rsidR="00121116" w:rsidRDefault="00AA3789">
      <w:r>
        <w:t>As we stepped out into the courtyard, the harsh sunlight was blinding, so bright it felt like it would burn through me. I blinked, adjusting to the brightness, and felt the unsettling weight of another gaze on me. Vidar stood at the center of the training area, his presence as unyielding as stone, his expression unreadable but undeniably cold. His eyes flickered over me, assessing, a glint of something sharp and expectant lurking in their depths.</w:t>
      </w:r>
    </w:p>
    <w:p w14:paraId="1C51A00D" w14:textId="77777777" w:rsidR="00121116" w:rsidRDefault="00AA3789">
      <w:r>
        <w:t>Cronus motioned to the guard beside me, who took out a small key, his movements practiced, almost bored, as he removed the silver cuff from my wrist. The metal fell to the ground with a dull thud, leaving a faint mark around my wrist, a cold reminder of its weight.</w:t>
      </w:r>
    </w:p>
    <w:p w14:paraId="0275D4E3" w14:textId="77777777" w:rsidR="00121116" w:rsidRDefault="00AA3789">
      <w:r>
        <w:t>“If you try anything,” Cronus warned, his voice low, measured, “one of us will stop you. And if that happens, I’ll personally see that you’re locked in that cell—without light, without food, without a single drop of water. Understood?”</w:t>
      </w:r>
    </w:p>
    <w:p w14:paraId="7D74CAD9" w14:textId="77777777" w:rsidR="00121116" w:rsidRDefault="00AA3789">
      <w:r>
        <w:t>I swallowed, nodding tightly, refusing to give him the satisfaction of seeing my fear. I could feel my power stir faintly under my skin, a weak but insistent hum. The days of captivity, of being drained, had dulled it, but it was still there, like an ember waiting to ignite.</w:t>
      </w:r>
    </w:p>
    <w:p w14:paraId="0496E47E" w14:textId="77777777" w:rsidR="00121116" w:rsidRDefault="00AA3789">
      <w:r>
        <w:lastRenderedPageBreak/>
        <w:t>“Good,” Cronus continued, a twisted satisfaction coloring his tone. He stepped back, crossing his arms as he nodded at Vidar. “Begin.”</w:t>
      </w:r>
    </w:p>
    <w:p w14:paraId="2BC87158" w14:textId="77777777" w:rsidR="00121116" w:rsidRDefault="00AA3789">
      <w:r>
        <w:t>Vidar’s gaze settled on me, colder than the cell I’d just left, a hint of satisfaction flickering in his otherwise unreadable eyes. “Channel it, Sky,” he commanded, his voice an unyielding force. “Let’s see what’s left of you.” I forced my breathing to steady, pushing past the fatigue that clawed at me. Drawing out this power took more than just will—it felt as though every breath, every heartbeat pulled from something deeper, a well I could feel dwindling with each attempt. My vision blurred briefly, a reminder of the limits even a Hecate couldn’t ignore.</w:t>
      </w:r>
    </w:p>
    <w:p w14:paraId="43B0FFF4" w14:textId="77777777" w:rsidR="00121116" w:rsidRDefault="00AA3789">
      <w:r>
        <w:t>My magic flickered weakly, a ghost of its usual force, dulled by days of deprivation. My body felt hollowed out, bones brittle, as if each ounce of energy had been stripped deliberately, slowly, leaving only a raw, tenuous shell of what I’d once felt within me. Every attempt to summon more was like dragging myself through a desert. Fleeting felt impossible in my weakened state; the thought of bending my magic to transport even a small distance seemed out of reach. The strain on my body and mind was profound, demanding focus and endurance I wasn’t sure I had left.</w:t>
      </w:r>
    </w:p>
    <w:p w14:paraId="78581C50" w14:textId="77777777" w:rsidR="00121116" w:rsidRDefault="00AA3789">
      <w:r>
        <w:t>“Is this all you have?” Vidar’s voice cut through my haze, hard and unmoved. But there was something in his eyes—a brief flicker that almost softened, as if he understood.</w:t>
      </w:r>
    </w:p>
    <w:p w14:paraId="67431FBF" w14:textId="77777777" w:rsidR="00121116" w:rsidRDefault="00AA3789">
      <w:r>
        <w:t>I gritted my teeth, drawing on what remained within me, my hands shaking as the magic coiled up, answering one last call. This wasn’t simply about strength. It was about survival in a world that could demand everything I had, and more. A shadow, the color of dried blood, encircled me, heat bursting from it, slow and deliberate as it rose. I felt the resistance of their magic barriers, shielding them from the overtaken heat, keeping them untouched while I burned.</w:t>
      </w:r>
    </w:p>
    <w:p w14:paraId="1525D7CD" w14:textId="77777777" w:rsidR="00121116" w:rsidRDefault="00AA3789">
      <w:r>
        <w:t>I forced myself to dig deeper, realizing then why they’d drained me to this point. The hunger, the thirst, the confinement—it had all been calculated, stripping away every layer until only a bare, vulnerable edge remained. They wanted to see me like this, to know if even now, at my weakest, my power could still answer.</w:t>
      </w:r>
    </w:p>
    <w:p w14:paraId="67D49F26" w14:textId="77777777" w:rsidR="00121116" w:rsidRDefault="00AA3789">
      <w:r>
        <w:t>Heat melted against my skin, glistening, my eyes searing as I felt the last of my magic pour from me, uncontrolled and volatile. And then—pain. Sudden, sharp, violent, ripping through my bones. A deeper ache than exhaustion. A warning.</w:t>
      </w:r>
    </w:p>
    <w:p w14:paraId="62EA602D" w14:textId="77777777" w:rsidR="00121116" w:rsidRDefault="00AA3789">
      <w:r>
        <w:t>Vidar’s gaze lingered, his expression unreadable, as though he were watching not just my magic but something else, something raw, slipping between us like a shadow neither of us could grasp.</w:t>
      </w:r>
    </w:p>
    <w:p w14:paraId="5478835A" w14:textId="77777777" w:rsidR="00121116" w:rsidRDefault="00AA3789">
      <w:r>
        <w:t xml:space="preserve">I gritted my teeth. The pain pulsed, radiating outward from my chest to my fingertips. My vision blurred, dark spots dancing in my periphery, but I pushed through, refusing to let them see the cracks forming. Somewhere in the haze, I became aware of Vidar stepping </w:t>
      </w:r>
      <w:r>
        <w:lastRenderedPageBreak/>
        <w:t>closer, his presence magnetic, unsettling, as if he was both drawn to my struggle and quietly waiting for my failure.</w:t>
      </w:r>
    </w:p>
    <w:p w14:paraId="2E53E7D7" w14:textId="77777777" w:rsidR="00121116" w:rsidRDefault="00AA3789">
      <w:r>
        <w:t>“Push harder,” he murmured, low but firm. There was something different in his voice—a slight shift, a subtle crack. My heart stilled for a fraction of a second. His mask slipped, just enough for something else to surface. Curiosity. Hesitation. Respect. It vanished almost instantly, buried beneath his usual indifference, but it was enough to spark something inside me.</w:t>
      </w:r>
    </w:p>
    <w:p w14:paraId="63F1FC45" w14:textId="77777777" w:rsidR="00121116" w:rsidRDefault="00AA3789">
      <w:r>
        <w:t>My knees buckled. Vidar’s hand shot out, catching me before I hit the ground. His grip was firm, steady, his thumb brushing against my wrist—just a fraction of a moment. His eyes flickered, the briefest hesitation before returning to ice. I felt it then, the battle beneath his skin, the same as mine. A war between what was expected and what couldn’t be ignored.</w:t>
      </w:r>
    </w:p>
    <w:p w14:paraId="5567C2C0" w14:textId="77777777" w:rsidR="00121116" w:rsidRDefault="00AA3789">
      <w:r>
        <w:t>But I couldn’t let this cycle repeat.</w:t>
      </w:r>
    </w:p>
    <w:p w14:paraId="08A717DF" w14:textId="77777777" w:rsidR="00121116" w:rsidRDefault="00AA3789">
      <w:r>
        <w:t>“Stop.” I grinned quietly through my teeth, though there was nothing victorious in it. His arm stayed still, holding me just in front of his chest. My sweat-slicked back pressed against him—his skin cold, too cold, soothing the burn that raged through me. There was no way out. I had exhausted everything. My body was molten, my veins scorching like lava. He bore some of my weight as I fought to keep myself upright.</w:t>
      </w:r>
    </w:p>
    <w:p w14:paraId="0D4B6A81" w14:textId="77777777" w:rsidR="00121116" w:rsidRDefault="00AA3789">
      <w:r>
        <w:t>His lips lowered to my shoulder, his stormy gaze locked without fear onto Cronus’s.</w:t>
      </w:r>
    </w:p>
    <w:p w14:paraId="21419BF3" w14:textId="77777777" w:rsidR="00121116" w:rsidRDefault="00AA3789">
      <w:r>
        <w:t>“Stop what?” His voice was smooth, sharp—venom laced with amusement. A viper playing with its prey. My words meant nothing to him, not in the way I had intended. He dismissed them effortlessly, choosing instead to let Cronus feel the weight of his equal hunger for my power.</w:t>
      </w:r>
    </w:p>
    <w:p w14:paraId="6D087EE2" w14:textId="77777777" w:rsidR="00121116" w:rsidRDefault="00AA3789">
      <w:r>
        <w:t>But then he looked at me.</w:t>
      </w:r>
    </w:p>
    <w:p w14:paraId="79F89A7C" w14:textId="77777777" w:rsidR="00121116" w:rsidRDefault="00AA3789">
      <w:r>
        <w:t>Really looked.</w:t>
      </w:r>
    </w:p>
    <w:p w14:paraId="514B86F3" w14:textId="77777777" w:rsidR="00121116" w:rsidRDefault="00AA3789">
      <w:r>
        <w:t>And something shifted.</w:t>
      </w:r>
    </w:p>
    <w:p w14:paraId="5984F483" w14:textId="77777777" w:rsidR="00121116" w:rsidRDefault="00AA3789">
      <w:r>
        <w:t>His fingers still lingered on my wrist, his hold a fraction tighter than necessary. His eyes caught mine, calculating yet searching, drawing my reckless gaze into his own, where control reigned. A dangerous silence stretched between us, thick and charged.</w:t>
      </w:r>
    </w:p>
    <w:p w14:paraId="5CA5366E" w14:textId="77777777" w:rsidR="00121116" w:rsidRDefault="00AA3789">
      <w:r>
        <w:t>“Don’t disappoint me, Sky.” His whisper carried an edge, a warning, but somewhere beneath the challenge, something else lingered. A softness that did not belong. A flicker of something neither of us dared name.</w:t>
      </w:r>
    </w:p>
    <w:p w14:paraId="492608EE" w14:textId="77777777" w:rsidR="00121116" w:rsidRDefault="00AA3789">
      <w:r>
        <w:t>For a breath, the space between us wasn’t a battlefield. It was something else entirely.</w:t>
      </w:r>
    </w:p>
    <w:p w14:paraId="53316CAC" w14:textId="77777777" w:rsidR="00121116" w:rsidRDefault="00AA3789">
      <w:r>
        <w:t>The pain in my chest dulled, giving way to a simmering urgency—a fire that felt like defiance alone, untainted by anything softer, but it still pulled me forward, feeding my determination.</w:t>
      </w:r>
    </w:p>
    <w:p w14:paraId="2A22F700" w14:textId="77777777" w:rsidR="00121116" w:rsidRDefault="00AA3789">
      <w:r>
        <w:lastRenderedPageBreak/>
        <w:t>The weight of Cronus's gaze settled over me, heavy as the chains I’d just shed. His gaze bore down like the weight of centuries, as if he could summon the very shadows to obey him. The air thickened around us, charged with the remnants of an ancient power, making my skin prickle as though the very essence of the place resisted my presence. His aura seeped into the marrow of my bones, a testament to the age-old Hecate magic that shaped his dominion. Here, in his domain, I felt as insubstantial as smoke, a mere ember beside the wildfire that was his power. Each effort to harness my power felt like a tearing force pulling at my veins, with the edges of my vision blurring as fatigue took hold of my body. Cronus observed in silence, his face a portrait of dark satisfaction, a small, twisted smile curving his lips as I struggled. His delight was clear, enjoying every wince, every shake of my weakened form—savoring the proof that I was breaking.</w:t>
      </w:r>
    </w:p>
    <w:p w14:paraId="1A6A7FC9" w14:textId="77777777" w:rsidR="00121116" w:rsidRDefault="00AA3789">
      <w:r>
        <w:t>I pushed harder, teeth clenched, feeling the remnants of my magic flicker feebly like a dying ember. My breaths came shallow, each one tinged with pain. I felt hollowed out, my strength drained to a threadbare stretch. A smirk widened on Cronus’s face as he watched me suffer, his approval more a taunt than any form of encouragement.</w:t>
      </w:r>
    </w:p>
    <w:p w14:paraId="02B5121F" w14:textId="77777777" w:rsidR="00121116" w:rsidRDefault="00AA3789">
      <w:r>
        <w:t>But then, a moment—a pulse of warmth in my core sparked to life. Small, faint, but real. I grasped for it, letting the faint energy hum through me as I released a weak but tangible wave. The air shimmered with a quiet intensity, enough to stir the silence around us.</w:t>
      </w:r>
    </w:p>
    <w:p w14:paraId="7784E967" w14:textId="77777777" w:rsidR="00121116" w:rsidRDefault="00AA3789">
      <w:r>
        <w:t>From the corner of my eye, I saw Vidar’s expression sharpen, his gaze narrowing as the air trembled. His shoulders grew tense, as if readying himself against the unseen force I was trying to call forth. He stepped closer, his gaze settling on me with an intent I couldn’t quite decipher, almost as though he felt a sudden need to shield me, if only briefly. But his face remained controlled, restrained.</w:t>
      </w:r>
    </w:p>
    <w:p w14:paraId="40FB12D3" w14:textId="77777777" w:rsidR="00121116" w:rsidRDefault="00AA3789">
      <w:r>
        <w:t>The energy faded as quickly as it had flared, leaving me sagging, my body folding in on itself as exhaustion tightened its grip. My vision clouded, and I stumbled forward, my strength slipping.</w:t>
      </w:r>
    </w:p>
    <w:p w14:paraId="7B0E0389" w14:textId="77777777" w:rsidR="00121116" w:rsidRDefault="00AA3789">
      <w:r>
        <w:t>Cronus’s laughter broke the tension, low and mocking, cutting through the dissipating magic like a knife. “Pathetic,” he sneered, his voice thick with satisfaction. “Is that all you have to offer? We’ve barely begun, Sky.”</w:t>
      </w:r>
    </w:p>
    <w:p w14:paraId="63AAABA2" w14:textId="77777777" w:rsidR="00121116" w:rsidRDefault="00AA3789">
      <w:r>
        <w:t>But as Cronus’s laughter faded into the charged silence, I felt it—an unspoken tension humming just beneath the surface, electric and fragile, like something waiting to snap. My gaze drifted to Vidar. My eyes squinted, exhaustion pressing down on me, my body too drained to hold itself steady. The world blurred at the edges, and all I saw was him—his figure stark against the pale contrast of light and shadow.</w:t>
      </w:r>
    </w:p>
    <w:p w14:paraId="25875246" w14:textId="77777777" w:rsidR="00121116" w:rsidRDefault="00AA3789">
      <w:r>
        <w:t>My mind buzzed, the haze of fatigue making it hard to separate reality from memory. A feeling stirred in my chest, faint yet familiar, like an echo I’d heard once before and tried to forget.</w:t>
      </w:r>
    </w:p>
    <w:p w14:paraId="536C1AE6" w14:textId="77777777" w:rsidR="00121116" w:rsidRDefault="00AA3789">
      <w:r>
        <w:lastRenderedPageBreak/>
        <w:t>The echo lingered between us, stretching across the space like something half-formed, something neither of us wanted to name. A flicker in the storm. A hesitation in his breath. It was there—just for a heartbeat—before logic buried it, before I could chase its meaning.</w:t>
      </w:r>
    </w:p>
    <w:p w14:paraId="7550D0BA" w14:textId="77777777" w:rsidR="00121116" w:rsidRDefault="00AA3789">
      <w:r>
        <w:t>Was it a fracture in his loyalty to Cronus? Or something else? A moment of recognition? A glimpse of something human, buried deep beneath all the cold, calculated edges?</w:t>
      </w:r>
    </w:p>
    <w:p w14:paraId="38647458" w14:textId="77777777" w:rsidR="00121116" w:rsidRDefault="00AA3789">
      <w:r>
        <w:t>And then—gone.</w:t>
      </w:r>
    </w:p>
    <w:p w14:paraId="00D028B8" w14:textId="77777777" w:rsidR="00121116" w:rsidRDefault="00AA3789">
      <w:r>
        <w:t>His face shifted, locking itself into place like steel plating, shutting out whatever I thought I’d seen. His gaze hardened back into something unreadable, an impenetrable wall, as if the softness—if it had ever existed at all—was nothing more than a trick of the light, a fleeting illusion shaped by my own exhaustion.</w:t>
      </w:r>
    </w:p>
    <w:p w14:paraId="4CB6B8AA" w14:textId="77777777" w:rsidR="00121116" w:rsidRDefault="00AA3789">
      <w:r>
        <w:t>He looked away, his attention severed from me without hesitation, and I was left alone with the weight of a moment I wasn’t sure had ever happened.</w:t>
      </w:r>
    </w:p>
    <w:p w14:paraId="18D736D7" w14:textId="77777777" w:rsidR="00121116" w:rsidRDefault="00AA3789">
      <w:r>
        <w:t>It gnawed at me, like the memory of a dream just out of reach, a question that would stay unanswered but persist all the same.</w:t>
      </w:r>
    </w:p>
    <w:p w14:paraId="135F9652" w14:textId="77777777" w:rsidR="00121116" w:rsidRDefault="00AA3789">
      <w:r>
        <w:t>“That pain you’ve been pushing down… feel it, Sky. Let your mind remember it all.” Cronus’s voice slithered around me, each word dripping with sadistic pleasure. “Feel it, Sky.”</w:t>
      </w:r>
    </w:p>
    <w:p w14:paraId="551694D0" w14:textId="77777777" w:rsidR="00121116" w:rsidRDefault="00AA3789">
      <w:r>
        <w:t>His whisper floated on the breeze, carrying the weight of a command I couldn’t escape. I didn’t want to remember. I’d locked those memories away, buried them so deep that they felt like they belonged to someone else. But his words held a dark, irresistible pull, dragging me down into a spiral I could feel tightening around me, wrapping me in shadows.</w:t>
      </w:r>
    </w:p>
    <w:p w14:paraId="5E57E546" w14:textId="77777777" w:rsidR="00121116" w:rsidRDefault="00AA3789">
      <w:r>
        <w:t>I fought against it, looking around the courtyard for something—anything—to ground myself. My eyes landed on Ichiro first, his dark gaze focused on me, almost hungry. He leaned forward slightly, his body coiled, as if he were waiting for the signal to pounce. His face held a twisted anticipation, his jaw clenched, and his eyes gleamed with the kind of feral delight that sent a chill through my bones. He looked ready to tear into me, like a predator savoring the moment before the kill.</w:t>
      </w:r>
    </w:p>
    <w:p w14:paraId="6D0395FA" w14:textId="77777777" w:rsidR="00121116" w:rsidRDefault="00AA3789">
      <w:r>
        <w:t>Next to him, Cyra stood impassive, her face an unreadable mask, her gaze cold but detached. And then, from the corner of my eye, I noticed someone else—Gaius. He stood half-hidden in the shadows along the far wall, his presence so quiet and watchful that I hadn’t even realized he was there. The dim light only illuminated parts of him: the gleam of his eyes, sharp and calculating, the tension in his jaw. He watched with an unsettling stillness, his posture relaxed but his stare unblinking, as if he were dissecting me with his gaze. I couldn’t tell if he was waiting for me to break, or if he was simply observing, detached and indifferent.</w:t>
      </w:r>
    </w:p>
    <w:p w14:paraId="3D9D9912" w14:textId="77777777" w:rsidR="00121116" w:rsidRDefault="00AA3789">
      <w:r>
        <w:t xml:space="preserve">My gaze finally flicked to Vidar, who stood a few paces back, his expression a strange blend of intensity and restraint His face was impassive, carved in stone, but his eyes... they betrayed something. A flicker of something I couldn’t name, something that made me feel </w:t>
      </w:r>
      <w:r>
        <w:lastRenderedPageBreak/>
        <w:t>exposed, raw beneath his gaze. I couldn’t tell if it was pity, contempt, or something far more dangerous. But his silence was worse than Cronus’s words.</w:t>
      </w:r>
    </w:p>
    <w:p w14:paraId="62062E1D" w14:textId="77777777" w:rsidR="00121116" w:rsidRDefault="00AA3789">
      <w:r>
        <w:t>A part of me—a desperate, hollow part I barely recognized—begged him to end this. To pull me back before I crossed the line Cronus was so intent on dragging me past. A whisper, fragile and weak, screamed from deep inside me, pleading for him to stop this, to stop me. But his gaze had lost all meaning, shifting into something unreadable, something closed off and distant. A storm where I was no longer welcome.</w:t>
      </w:r>
    </w:p>
    <w:p w14:paraId="222401ED" w14:textId="77777777" w:rsidR="00121116" w:rsidRDefault="00AA3789">
      <w:r>
        <w:t>My stomach twisted, nausea curdling in my gut as the loneliness hit me, sudden and merciless. I was alone. Had always been. I had spent my whole life running from that truth, shoving it down, burying it under the weight of my own resilience. But in this moment, it was all I could feel. The aching, clawing need for someone to be there. For someone to see me, truly see me, without words, without force, without reading my mind like a book meant to be rewritten. But there was no such thing.</w:t>
      </w:r>
    </w:p>
    <w:p w14:paraId="5A6AB072" w14:textId="77777777" w:rsidR="00121116" w:rsidRDefault="00AA3789">
      <w:r>
        <w:t>Only the darkness.</w:t>
      </w:r>
    </w:p>
    <w:p w14:paraId="49FFECF7" w14:textId="77777777" w:rsidR="00121116" w:rsidRDefault="00AA3789">
      <w:r>
        <w:t>Hope had long since died, but here, it was all I had left. And still, it was nothing. I gritted my teeth as my vision blurred, my breath shuddering under the weight of everything I refused to let fall. The tears didn’t escape. They stayed locked there, burning, caught between surrender and defiance.</w:t>
      </w:r>
    </w:p>
    <w:p w14:paraId="7A329A9E" w14:textId="77777777" w:rsidR="00121116" w:rsidRDefault="00AA3789">
      <w:r>
        <w:t>I let go.</w:t>
      </w:r>
    </w:p>
    <w:p w14:paraId="026285E8" w14:textId="77777777" w:rsidR="00121116" w:rsidRDefault="00AA3789">
      <w:r>
        <w:t>I dropped my gaze from his, accepting the truth I had known all along. Hope had never been mine to keep.</w:t>
      </w:r>
    </w:p>
    <w:p w14:paraId="18B7B4FB" w14:textId="77777777" w:rsidR="00121116" w:rsidRDefault="00AA3789">
      <w:r>
        <w:t>The trembling in my limbs threatened to betray me, but I forced my body to hold itself together, to pretend. I turned my shaking into something sharp, something cold, something fierce. I forced every sliver of fear down into the depths of myself, into the same hollow space I had always buried it. Cronus wouldn’t see it. I wouldn’t let him win.</w:t>
      </w:r>
    </w:p>
    <w:p w14:paraId="5AA6AE4B" w14:textId="77777777" w:rsidR="00121116" w:rsidRDefault="00AA3789">
      <w:r>
        <w:t>I lifted my head, locking onto his stare, his mouth curled into that malicious, knowing grin. A challenge. An invitation to break.</w:t>
      </w:r>
    </w:p>
    <w:p w14:paraId="47794B10" w14:textId="77777777" w:rsidR="00121116" w:rsidRDefault="00AA3789">
      <w:r>
        <w:t>I let the anger flood my veins, let it drown everything else.</w:t>
      </w:r>
    </w:p>
    <w:p w14:paraId="13417A29" w14:textId="77777777" w:rsidR="00121116" w:rsidRDefault="00AA3789">
      <w:r>
        <w:t>“Fine.”</w:t>
      </w:r>
    </w:p>
    <w:p w14:paraId="51F82619" w14:textId="77777777" w:rsidR="00121116" w:rsidRDefault="00AA3789">
      <w:r>
        <w:t>The word slipped from my lips, hoarse and quiet, surrendering to the dark pull of Cronus’s command.</w:t>
      </w:r>
    </w:p>
    <w:p w14:paraId="37DA778E" w14:textId="77777777" w:rsidR="00121116" w:rsidRDefault="00AA3789">
      <w:r>
        <w:t xml:space="preserve">I closed my eyes, letting myself sink into the memories, feeling them rise like a wave that had been held back for too long. The familiar, sickening scent of the tavern hit me first—a stale mix of ale, sweat, and something sour that clung to my skin, refusing to wash away no </w:t>
      </w:r>
      <w:r>
        <w:lastRenderedPageBreak/>
        <w:t>matter how many times I tried. The air felt thick, pressing in on me, heavy with the smell of unwashed bodies and drunken laughter.</w:t>
      </w:r>
    </w:p>
    <w:p w14:paraId="532960B2" w14:textId="77777777" w:rsidR="00121116" w:rsidRDefault="00AA3789">
      <w:r>
        <w:t>I felt their hands again, rough and careless, gripping my arms, sliding over my skin with a familiarity that made me feel hollow and cold. Every touch was a brand, each finger leaving a stain I could never scrub away. My body, which I’d once known as my own, had become something that wasn’t mine. —something they felt entitled to take, piece by piece, until there was nothing left that felt like mine.</w:t>
      </w:r>
    </w:p>
    <w:p w14:paraId="756F6BE5" w14:textId="77777777" w:rsidR="00121116" w:rsidRDefault="00AA3789">
      <w:r>
        <w:t>Their voices slurred and rough, drifted through my mind, laughing, taunting. I felt their breath on my neck, hot and rancid, and a shudder ran through me, an instinctive revulsion I couldn’t shake. Each memory struck me like a blow, a reminder of every bruise, every stolen piece of myself I’d tried to lock away. But under Cronus’s command, the memories resurfaced, raw and bleeding, tearing open wounds I’d spent years trying to close.</w:t>
      </w:r>
    </w:p>
    <w:p w14:paraId="4E8B2B39" w14:textId="77777777" w:rsidR="00121116" w:rsidRDefault="00AA3789">
      <w:r>
        <w:t>Somewhere in the present, my fists clenched tight, my nails digging into my palms as I fought to separate myself from the memories, to cling to the fragile threads of my own strength. But the past and present blurred, the tavern walls mingling with the cold stone of this courtyard, until I felt like I was trapped between two prisons, both equally inescapable.</w:t>
      </w:r>
    </w:p>
    <w:p w14:paraId="4C060D70" w14:textId="77777777" w:rsidR="00121116" w:rsidRDefault="00AA3789">
      <w:r>
        <w:t>I forced my eyes open, desperate for something to ground me. My gaze landed on Cronus, who watched me with a smirk, his eyes bright with triumph. His presence filled the courtyard like a poisonous fog, dark and oppressive, his very being radiating an ancient, twisted power that seemed to seep into the stones beneath our feet. He exuded control, his posture relaxed, his face a study in dark satisfaction. His gaze bore into me, as though he could see every raw nerve, every fractured piece of me, and took pleasure in every crack.</w:t>
      </w:r>
    </w:p>
    <w:p w14:paraId="1F3E5276" w14:textId="77777777" w:rsidR="00121116" w:rsidRDefault="00AA3789">
      <w:r>
        <w:t>“You see, Sky,” he murmured, his voice low and laced with cruelty. “Pain is a powerful motivator. It defines you, molds you. Without it, you’re nothing.”</w:t>
      </w:r>
    </w:p>
    <w:p w14:paraId="34EE4B5D" w14:textId="77777777" w:rsidR="00121116" w:rsidRDefault="00AA3789">
      <w:r>
        <w:t>His words felt like ice sliding into my veins, chilling me to the core. He wanted to reduce me to this—to a creature shaped by suffering, bound to his will. But even as the memories tore at me, as my body ached from the weight of it all, I held onto a tiny spark of defiance. I refused to be nothing.</w:t>
      </w:r>
    </w:p>
    <w:p w14:paraId="34CE081A" w14:textId="77777777" w:rsidR="00121116" w:rsidRDefault="00AA3789">
      <w:r>
        <w:t>I looked away from Cronus, my gaze flicking to Vidar once more. His expression hadn’t changed.</w:t>
      </w:r>
    </w:p>
    <w:p w14:paraId="5F1994B3" w14:textId="77777777" w:rsidR="00121116" w:rsidRDefault="00AA3789">
      <w:r>
        <w:t>Then it hit. **A force—not mine, not magic I could control—**but something else, something cruel and unnatural. My breath faltered, my ribs locking as an unseen grip seized me from the inside. It was more than pain—it was a command embedded into the very marrow of my bones, bending me, forcing me inward, trapping me within my own mind. I gasped, but no air filled my lungs. I couldn’t move. I couldn’t fight. I was being crushed under a weight that didn’t exist, but I felt it as if it were real, as if the world itself had turned against me.</w:t>
      </w:r>
    </w:p>
    <w:p w14:paraId="736A8D43" w14:textId="77777777" w:rsidR="00121116" w:rsidRDefault="00AA3789">
      <w:r>
        <w:lastRenderedPageBreak/>
        <w:t>Through my blurred vision, Cronus stood still, unmoving—except for his eyes. Their glint, sharp with something far worse than amusement, pinned me down. A predator enjoying its kill. His lips barely parted, his voice sliding through the air like silk stretched too thin.</w:t>
      </w:r>
    </w:p>
    <w:p w14:paraId="59BA354E" w14:textId="77777777" w:rsidR="00121116" w:rsidRDefault="00AA3789">
      <w:r>
        <w:t>"That's it, Sky. Just like that."</w:t>
      </w:r>
    </w:p>
    <w:p w14:paraId="579BD5D0" w14:textId="77777777" w:rsidR="00121116" w:rsidRDefault="00AA3789">
      <w:r>
        <w:t>The words slithered inside me, threading through my body, winding tighter and tighter until I could feel them weaving into my very thoughts. He wasn’t just speaking—he was pressing into me, burrowing his power inside my mind, bending it to his will.</w:t>
      </w:r>
    </w:p>
    <w:p w14:paraId="10667CA9" w14:textId="77777777" w:rsidR="00121116" w:rsidRDefault="00AA3789">
      <w:r>
        <w:t>The agony swallowed everything else. It was no longer just physical; it was inside me, twisting, unraveling every piece of me, suffocating me in my own skin. I wanted to claw out of my own body, to rip myself away from the unseen hold. But there was nowhere to go. I was locked within myself, my limbs unresponsive, my own mind turned against me.</w:t>
      </w:r>
    </w:p>
    <w:p w14:paraId="46C908AE" w14:textId="77777777" w:rsidR="00121116" w:rsidRDefault="00AA3789">
      <w:r>
        <w:t>I fought. Because it was all I had left. My body refused to give in, every muscle clenching, bracing, daring to resist the force that sought to reduce me to nothing.</w:t>
      </w:r>
    </w:p>
    <w:p w14:paraId="295ED846" w14:textId="77777777" w:rsidR="00121116" w:rsidRDefault="00AA3789">
      <w:r>
        <w:t>Until—numbness.</w:t>
      </w:r>
    </w:p>
    <w:p w14:paraId="369BBFD6" w14:textId="77777777" w:rsidR="00121116" w:rsidRDefault="00AA3789">
      <w:r>
        <w:t>The pain didn’t fade; it collapsed in on itself. My body shut down before my mind did.</w:t>
      </w:r>
    </w:p>
    <w:p w14:paraId="101B3662" w14:textId="77777777" w:rsidR="00121116" w:rsidRDefault="00AA3789">
      <w:r>
        <w:t>And then the embers fell.</w:t>
      </w:r>
    </w:p>
    <w:p w14:paraId="7F020592" w14:textId="77777777" w:rsidR="00121116" w:rsidRDefault="00AA3789">
      <w:r>
        <w:t>Molten red rained down, flickering like dying stars as they met the ground, sizzling against damp earth. They clung to my skin, fragile, weightless, burning without heat. They weren’t his. They were mine. The last remnants of my power, leaking from me in violent streaks of heat and light. I had forced it out. Pushed back against his hold with everything I had left, until the magic had nowhere else to go but out. The touch was soothing. I wanted more.</w:t>
      </w:r>
    </w:p>
    <w:p w14:paraId="0B9CA62E" w14:textId="77777777" w:rsidR="00121116" w:rsidRDefault="00AA3789">
      <w:r>
        <w:t>I’d become something else through that pain, something stronger, and I felt it rise now, that dark power answering Cronus’s call. A sinister strength emerged. Drawing on a profound energy, ignited by the flames of past memories, I allowed them to envelop me.  It wrapped around me, settling over my skin like a second layer, alive with energy, humming with an intensity that made the air vibrate.</w:t>
      </w:r>
    </w:p>
    <w:p w14:paraId="139FFB2B" w14:textId="77777777" w:rsidR="00121116" w:rsidRDefault="00AA3789">
      <w:r>
        <w:t>Cronus’s gaze sharpened, his satisfaction deepening as he watched the magic take shape around me, his silent encouragement urging me to go further, to test every limit.</w:t>
      </w:r>
    </w:p>
    <w:p w14:paraId="7B736CE5" w14:textId="77777777" w:rsidR="00121116" w:rsidRDefault="00AA3789">
      <w:r>
        <w:t>“More,” he commanded, his voice relentless. “Push through it, Sky. Endure.”</w:t>
      </w:r>
    </w:p>
    <w:p w14:paraId="162589F3" w14:textId="77777777" w:rsidR="00121116" w:rsidRDefault="00AA3789">
      <w:r>
        <w:t>I pulled the magic tighter, felt it burn hotter, pressing against the edges of my control, fierce and consuming. I let it envelop me, feeling my body lighten, the power making me feel untouchable, as though I could split the very ground beneath me if I willed it. Every nerve was alight, every heartbeat echoing with power, but I could feel the strain, the strength it took from me, draining me even as I pushed it further.</w:t>
      </w:r>
    </w:p>
    <w:p w14:paraId="3929F363" w14:textId="77777777" w:rsidR="00121116" w:rsidRDefault="00AA3789">
      <w:r>
        <w:lastRenderedPageBreak/>
        <w:t>The energy was raw, searing, and as I tried to hold it, I felt my control begin to fray. My muscles trembled, my breaths grew shallow, and a deep exhaustion crept in, soft at first, but building like a tidal wave. I fought against it, clinging to the last threads of power, refusing to let go, even as my vision dimmed, blurring at the edges.</w:t>
      </w:r>
    </w:p>
    <w:p w14:paraId="196AFB14" w14:textId="77777777" w:rsidR="00121116" w:rsidRDefault="00AA3789">
      <w:r>
        <w:t>The strength that had filled me began to slip, trickling away like sand through my fingers. My legs shook, weakened under the strain, but I forced myself to stay upright, to keep fighting. Cronus wanted to see my endurance, to see if I could be sharpened, shaped by this power. I wouldn’t let him see me falter.</w:t>
      </w:r>
    </w:p>
    <w:p w14:paraId="382EE723" w14:textId="77777777" w:rsidR="00121116" w:rsidRDefault="00AA3789">
      <w:r>
        <w:t>But my body had reached its limit. My knees buckled, and I dropped, my hands hitting the cold stone as I knelt, struggling to breathe, to hold onto any scrap of energy I had left. The world tilted, the faces around me blending into shadow, but I forced myself to lift my head, to meet Cronus’s gaze, defiance still sparking in my eyes, fierce and unyielding.</w:t>
      </w:r>
    </w:p>
    <w:p w14:paraId="7A65FE61" w14:textId="77777777" w:rsidR="00121116" w:rsidRDefault="00AA3789">
      <w:r>
        <w:t>His eyes narrowed, but there was no disappointment there. Only that same dark satisfaction, a quiet approval as he observed me, kneeling but unbroken, my magic a faint hum still clinging to me, though weakened.</w:t>
      </w:r>
    </w:p>
    <w:p w14:paraId="35DCD92F" w14:textId="77777777" w:rsidR="00121116" w:rsidRDefault="00AA3789">
      <w:r>
        <w:t>“Good,” he said, his voice a low, calm murmur that somehow cut through the haze. “Remember this feeling. This is what it takes to wield true power. To become something more.”</w:t>
      </w:r>
    </w:p>
    <w:p w14:paraId="7484A2FB" w14:textId="77777777" w:rsidR="00121116" w:rsidRDefault="00AA3789">
      <w:r>
        <w:t>I let his words sink in, grounding myself in them, using them as an anchor. My magic had faded, my body spent, but the fire within me still flickered, still burned, a small spark that refused to die. Even on my knees, even through the exhaustion that weighed on me, I held onto that last scrap of strength.</w:t>
      </w:r>
    </w:p>
    <w:p w14:paraId="1F6D7F41" w14:textId="77777777" w:rsidR="00121116" w:rsidRDefault="00AA3789">
      <w:r>
        <w:t>Cronus watched me for a moment longer, his gaze steady, satisfied. Then he turned, his voice drifting back to me like a promise. “Rest. Next time, you will reach further.”</w:t>
      </w:r>
    </w:p>
    <w:p w14:paraId="46B7B50F" w14:textId="77777777" w:rsidR="00121116" w:rsidRDefault="00AA3789">
      <w:r>
        <w:t>As his presence receded, I closed my eyes, sinking into the silence, the quiet pulse of magic settling in my veins like embers in the dark. This strength was mine, a fire that had been stoked, ready to burn brighter, stronger. And as I drifted on the edge of consciousness, I knew that I would let him push me—but only to make this power my own.</w:t>
      </w:r>
    </w:p>
    <w:p w14:paraId="10A9CF21" w14:textId="77777777" w:rsidR="00121116" w:rsidRDefault="00AA3789">
      <w:r>
        <w:t>~</w:t>
      </w:r>
    </w:p>
    <w:p w14:paraId="5D7BCDD3" w14:textId="77777777" w:rsidR="00121116" w:rsidRDefault="00AA3789">
      <w:r>
        <w:t>As the cell door clanged shut behind me, I sank to the cold, unforgiving floor, my entire body pulsing with aches, each bruise and cut a testament to the grueling ordeal I had just endured. My spirit felt bruised as well, yet it remained unbroken, a stubborn ember that refused to extinguish. I let out a shuddering breath, feeling the weight of exhaustion settle into my bones with the silver cuff back on my wrist.</w:t>
      </w:r>
    </w:p>
    <w:p w14:paraId="7193F144" w14:textId="77777777" w:rsidR="00121116" w:rsidRDefault="00AA3789">
      <w:r>
        <w:t xml:space="preserve">My gaze fell on a metal tray placed just within arm’s reach, holding a stale piece of bread and a slice of meat that looked tough and dry. Without thinking, I lunged for it, hunger overriding all else. I tore into the bread with my hands, dirt-streaked fingers shaking as I </w:t>
      </w:r>
      <w:r>
        <w:lastRenderedPageBreak/>
        <w:t>stuffed pieces into my mouth, chewing quickly, desperately. The bread was hard and tasted faintly of metal, and the meat was cold and gristly, but I didn’t care. The taste barely registered over the gnawing emptiness in my stomach. I devoured the food like a wild animal, my senses narrowed to the singular need to fill the hollowness inside me.</w:t>
      </w:r>
    </w:p>
    <w:p w14:paraId="539BA0D5" w14:textId="77777777" w:rsidR="00121116" w:rsidRDefault="00AA3789">
      <w:r>
        <w:t>Each bite grounded me, bringing me back to myself, to the raw determination that had carried me this far. I might be beaten, trapped, and exhausted beyond measure, but I was still here. I was still fighting.</w:t>
      </w:r>
    </w:p>
    <w:p w14:paraId="1475F136" w14:textId="77777777" w:rsidR="00121116" w:rsidRDefault="00AA3789">
      <w:r>
        <w:t>As I finished the last bite, I felt the familiar cold of the cell seep into my skin, the stone walls pressing in like a cage that wanted to crush the life out of me. The silence wrapped around me, heavy and absolute, broken only by my own ragged breathing.</w:t>
      </w:r>
    </w:p>
    <w:p w14:paraId="0BB35254" w14:textId="77777777" w:rsidR="00121116" w:rsidRDefault="00AA3789">
      <w:r>
        <w:t>I sighed, resting my back against the cold stone wall, but froze mid-breath as I thought I heard footsteps approaching. Quiet, discrete footsteps, moving close. I opened my eyes, my heart racing as the door creaked open. I stiffened, bracing myself, not ready to be pushed for my powers again. I was exhausted, barely able to move, and every part of me ached with the effort of simply staying alert.</w:t>
      </w:r>
    </w:p>
    <w:p w14:paraId="796A0C58" w14:textId="77777777" w:rsidR="00121116" w:rsidRDefault="00AA3789">
      <w:r>
        <w:t>In the darkness, shadows shifted—a muscular figure slipped through the door. Vidar entered, carefully closing it behind him without making a sound.</w:t>
      </w:r>
    </w:p>
    <w:p w14:paraId="74689622" w14:textId="77777777" w:rsidR="00121116" w:rsidRDefault="00AA3789">
      <w:r>
        <w:t>“Sky,” he whispered in a tone softer than I was used to, approaching.</w:t>
      </w:r>
    </w:p>
    <w:p w14:paraId="6B549474" w14:textId="77777777" w:rsidR="00121116" w:rsidRDefault="00AA3789">
      <w:r>
        <w:t>His blue eyes glowed dimly in the low light, dragging over me, slow and deliberate, as if assessing every fractured piece of me, limb by limb. His gaze lingered, softer than before, almost careful. Like he was seeing me for the first time. Or maybe, I was just imagining it. Again.</w:t>
      </w:r>
    </w:p>
    <w:p w14:paraId="26D01AF5" w14:textId="77777777" w:rsidR="00121116" w:rsidRDefault="00AA3789">
      <w:r>
        <w:t>I hated that part of me—that small, desperate flicker still reaching for something in him, clinging to the illusion of reassurance. Despite everything—despite the torment, the betrayals, the way he kept luring me in just enough to remind me of what I had lost—I still searched his face for something real. Some scrap of care. Some proof that he wasn’t entirely what I knew him to be.</w:t>
      </w:r>
    </w:p>
    <w:p w14:paraId="18A6E360" w14:textId="77777777" w:rsidR="00121116" w:rsidRDefault="00AA3789">
      <w:r>
        <w:t>“W-what are you doing here?” My voice came out rough, cracked.</w:t>
      </w:r>
    </w:p>
    <w:p w14:paraId="556DA075" w14:textId="77777777" w:rsidR="00121116" w:rsidRDefault="00AA3789">
      <w:r>
        <w:t>“I brought you water.”</w:t>
      </w:r>
    </w:p>
    <w:p w14:paraId="69B18663" w14:textId="77777777" w:rsidR="00121116" w:rsidRDefault="00AA3789">
      <w:r>
        <w:t>He extended a metal mug, filled nearly to the brim. I didn’t hesitate. I snatched it from his grasp, my hands trembling as I drank in greedy gulps, the coolness soothing the raw burn in my throat. I didn’t care how I looked. I didn’t care about anything except that, for a moment, the water felt like life.</w:t>
      </w:r>
    </w:p>
    <w:p w14:paraId="5A7D74A8" w14:textId="77777777" w:rsidR="00121116" w:rsidRDefault="00AA3789">
      <w:r>
        <w:t xml:space="preserve">When I wiped my mouth with the back of my hand, I noticed the streaks of black—ashes smeared into my skin, mixing with the filth I’d been reduced to. I clenched my jaw and met </w:t>
      </w:r>
      <w:r>
        <w:lastRenderedPageBreak/>
        <w:t>his gaze. “What do you want?” The words fell from my lips, heavy, coated in suspicion. A demand would come next. A price. There was always a price.</w:t>
      </w:r>
    </w:p>
    <w:p w14:paraId="19F13211" w14:textId="77777777" w:rsidR="00121116" w:rsidRDefault="00AA3789">
      <w:r>
        <w:t>Vidar shifted, his hand grazing the back of his head, fingers catching briefly in his dark hair. “I just… came to check on you,” he said, voice softer, slower, careful in a way that made my skin prickle.</w:t>
      </w:r>
    </w:p>
    <w:p w14:paraId="551A7244" w14:textId="77777777" w:rsidR="00121116" w:rsidRDefault="00AA3789">
      <w:r>
        <w:t>I narrowed my eyes. “You never meant to help me, so why ask again?” My voice lacked the sharp edge I wanted, too hoarse, too weak, but the bite was still there. “What more do you want from me?”</w:t>
      </w:r>
    </w:p>
    <w:p w14:paraId="729E8E77" w14:textId="77777777" w:rsidR="00121116" w:rsidRDefault="00AA3789">
      <w:r>
        <w:t>Something flickered across his face. A brief widening of his eyes, like I’d caught him off guard. He hesitated. Searching for words. Or searching for the right lie.</w:t>
      </w:r>
    </w:p>
    <w:p w14:paraId="47CC5D6C" w14:textId="77777777" w:rsidR="00121116" w:rsidRDefault="00AA3789">
      <w:r>
        <w:t>Finally, he exhaled. “I had to see if you were still breathing.” His attempt at humor barely scratched the surface, falling flat in the charged silence. But then, instead of standing over me—instead of keeping his usual distance, watching from the safety of his detachment—he moved. Lowered himself beside me. Close enough that the warmth of his body cut through the cold I had become.</w:t>
      </w:r>
    </w:p>
    <w:p w14:paraId="0628CB2F" w14:textId="77777777" w:rsidR="00121116" w:rsidRDefault="00AA3789">
      <w:r>
        <w:t>His gaze traced over me again—this time, lingering. My bare arms, streaked with ash and grime. The tremor in my hands, betraying my exhaustion. The bruises still settling beneath my skin. Like he was seeing the damage, truly seeing it.</w:t>
      </w:r>
    </w:p>
    <w:p w14:paraId="66078078" w14:textId="77777777" w:rsidR="00121116" w:rsidRDefault="00AA3789">
      <w:r>
        <w:t>But he had seen me suffer before. He had stood there, watching me endure it, and done nothing.</w:t>
      </w:r>
    </w:p>
    <w:p w14:paraId="48D876DA" w14:textId="77777777" w:rsidR="00121116" w:rsidRDefault="00AA3789">
      <w:r>
        <w:t>So, I refused to be fooled. His voice, his warmth, his quiet act of something that almost looked like care—it was nothing but the illusion of softness wrapped around the same blade.</w:t>
      </w:r>
    </w:p>
    <w:p w14:paraId="33545B51" w14:textId="77777777" w:rsidR="00121116" w:rsidRDefault="00AA3789">
      <w:r>
        <w:t>“Why do you pretend?” I whispered, the words slipping out before I could stop them, raw and filled with a longing I couldn’t hide.</w:t>
      </w:r>
    </w:p>
    <w:p w14:paraId="46400F43" w14:textId="77777777" w:rsidR="00121116" w:rsidRDefault="00AA3789">
      <w:r>
        <w:t>Vidar’s gaze met mine, steady but conflicted. The silence stretched between us, heavy with words neither of us knew how to say, and for a fleeting moment, it felt as if the walls around me softened, as if I were no longer just a prisoner in this cold, dark cell.</w:t>
      </w:r>
    </w:p>
    <w:p w14:paraId="22965934" w14:textId="77777777" w:rsidR="00121116" w:rsidRDefault="00AA3789">
      <w:r>
        <w:t>He looked through me, his gaze feeling almost tangible, pressing against the parts of myself I kept hidden. I felt exposed, uncomfortably so, as if he were peeling back layers I’d never meant to share. It was invasive, almost painful, yet I was helpless to stop it, pinned under the weight of his attention.</w:t>
      </w:r>
    </w:p>
    <w:p w14:paraId="7CE8EDE3" w14:textId="77777777" w:rsidR="00121116" w:rsidRDefault="00AA3789">
      <w:r>
        <w:t>“What do you see?” I managed, forcing the words out past the lump in my throat.</w:t>
      </w:r>
    </w:p>
    <w:p w14:paraId="0EFB210B" w14:textId="77777777" w:rsidR="00121116" w:rsidRDefault="00AA3789">
      <w:r>
        <w:lastRenderedPageBreak/>
        <w:t>His gaze softened, the barest flicker of something that almost looked like regret. “More than you think,” he murmured, his voice barely audible, as though speaking to himself as much as to me.</w:t>
      </w:r>
    </w:p>
    <w:p w14:paraId="532F54F9" w14:textId="77777777" w:rsidR="00121116" w:rsidRDefault="00AA3789">
      <w:r>
        <w:t>I shifted under his gaze, a flicker of anger sparking within me, my last line of defense. “You don’t know me,” I hissed, the words a desperate attempt to reclaim some piece of myself he seemed to be taking.</w:t>
      </w:r>
    </w:p>
    <w:p w14:paraId="59DBB437" w14:textId="77777777" w:rsidR="00121116" w:rsidRDefault="00AA3789">
      <w:r>
        <w:t>For a moment, he didn’t respond, but his eyes held mine, steady and unyielding. “I know more than you think,” he repeated. His expression held something close to empathy, almost like he was looking at a reflection of himself.</w:t>
      </w:r>
    </w:p>
    <w:p w14:paraId="5C9D8110" w14:textId="77777777" w:rsidR="00121116" w:rsidRDefault="00AA3789">
      <w:r>
        <w:t>Vidar’s gaze didn’t waver, and I could feel an intensity there that unsettled me. It was as if he were reaching deeper than he had any right to, pressing against the parts of me I kept hidden, even from myself. The space between us felt charged, a strange tension winding tighter with each heartbeat, and I could almost feel his presence like a weight, a warmth pressing against my chest.</w:t>
      </w:r>
    </w:p>
    <w:p w14:paraId="216D2FE9" w14:textId="77777777" w:rsidR="00121116" w:rsidRDefault="00AA3789">
      <w:r>
        <w:t>Something stirred inside me, a faint pulse that wasn’t entirely my own. It was like an echo, a shadow of my own heartbeat—an unfamiliar rhythm that seemed to mirror mine, yet felt different, foreign. I took a shallow breath, trying to steady myself, but the sensation only grew stronger, like a quiet hum beneath my skin.</w:t>
      </w:r>
    </w:p>
    <w:p w14:paraId="74D3C31A" w14:textId="77777777" w:rsidR="00121116" w:rsidRDefault="00AA3789">
      <w:r>
        <w:t>Vidar’s brow furrowed slightly, his eyes narrowing, as if he too felt something shift. He looked… unsettled. For a moment, he seemed almost as caught off guard as I was, a flicker of something raw and unguarded crossing his face before he quickly masked it. But I’d seen it, and the brief glimpse left me feeling exposed, vulnerable in a way that made no sense.</w:t>
      </w:r>
    </w:p>
    <w:p w14:paraId="7AF0A4E4" w14:textId="77777777" w:rsidR="00121116" w:rsidRDefault="00AA3789">
      <w:r>
        <w:t>I swallowed, forcing myself to look away, to break the invisible thread that seemed to bind us. But even as I did, the strange, quiet hum remained, lingering in my chest like an unanswered question, leaving me feeling as though a piece of him had embedded itself there, tethered to me.</w:t>
      </w:r>
    </w:p>
    <w:p w14:paraId="7CF2C71F" w14:textId="77777777" w:rsidR="00121116" w:rsidRDefault="00AA3789">
      <w:r>
        <w:t>He shifted, breaking the silence. “Careful, Sky. Don’t use everything just yet. You’ll break to soon.” His words were blunt, but there was something underneath—a tension in his tone, almost like a warning, or… a plea.</w:t>
      </w:r>
    </w:p>
    <w:p w14:paraId="08CDD9B1" w14:textId="77777777" w:rsidR="00121116" w:rsidRDefault="00AA3789">
      <w:r>
        <w:t>I stayed stiff, not trusting myself to speak. The strange warmth in my chest pulsed again, faint but steady, and I had to fight the urge to reach out, to somehow touch the place where that odd rhythm seemed to beat in sync with my own.</w:t>
      </w:r>
    </w:p>
    <w:p w14:paraId="5C24FE4A" w14:textId="77777777" w:rsidR="00121116" w:rsidRDefault="00AA3789">
      <w:r>
        <w:t>Vidar turned to go, but as he did, he hesitated, his hand resting on the door. He paused, as if fighting an internal battle, and for a second, I thought he might say something more. But he simply let out a slow breath, then left without another word, the heavy wooden door closing quietly behind him.</w:t>
      </w:r>
    </w:p>
    <w:p w14:paraId="123C566B" w14:textId="77777777" w:rsidR="00121116" w:rsidRDefault="00AA3789">
      <w:r>
        <w:lastRenderedPageBreak/>
        <w:t>The silence that followed felt different, sharper, almost hollow. I let out a breath I didn’t realize I’d been holding, pressing a hand to my chest, trying to calm the strange, fluttering sensation that lingered there. I was alone again, but it didn’t feel the same; there was an unshakable awareness of his presence, as if some part of him still echoed in the air, within me, an imprint that hadn’t faded.</w:t>
      </w:r>
    </w:p>
    <w:p w14:paraId="2FCC122D" w14:textId="77777777" w:rsidR="00121116" w:rsidRDefault="00AA3789">
      <w:r>
        <w:t>I told myself it was nothing—a trick of exhaustion, the stress of captivity—but even as I sank back against the cold stone wall, that faint hum refused to fade. It pulsed, gentle yet insistent, and I couldn’t ignore the feeling that something had shifted between us. Something I couldn’t name, couldn’t explain, and maybe didn’t want to understand.</w:t>
      </w:r>
    </w:p>
    <w:p w14:paraId="42E210E1" w14:textId="77777777" w:rsidR="00121116" w:rsidRDefault="00AA3789">
      <w:r>
        <w:t>But whatever it was, it left me with a strange mixture of fear and something else—a flicker of warmth, like the smallest ember buried in ashes, a dangerous spark I knew I couldn’t let free.</w:t>
      </w:r>
    </w:p>
    <w:p w14:paraId="75AE5AFB" w14:textId="77777777" w:rsidR="00121116" w:rsidRDefault="00AA3789">
      <w:r>
        <w:t>Before I could chase that thought further, the cell door scraped open. Two guards stood there, their faces expressionless, drained of any humanity. One of them gave a slight nod.</w:t>
      </w:r>
    </w:p>
    <w:p w14:paraId="3CE547D2" w14:textId="77777777" w:rsidR="00121116" w:rsidRDefault="00AA3789">
      <w:r>
        <w:t>“Cronus is waiting,” he said, his voice devoid of warmth or malice.</w:t>
      </w:r>
    </w:p>
    <w:p w14:paraId="430107D9" w14:textId="77777777" w:rsidR="00121116" w:rsidRDefault="00AA3789">
      <w:r>
        <w:t>I forced myself to my feet, my legs unsteady beneath me. Every part of me ached, the memory of my last trial still raw—a brutal exercise in endurance that had pushed me close to my breaking point. But I wouldn’t give Cronus the satisfaction of seeing my weakness. I straightened, wiping the dirt from my hands, and followed the guards out into the dim corridor.</w:t>
      </w:r>
    </w:p>
    <w:p w14:paraId="1996F164" w14:textId="77777777" w:rsidR="00121116" w:rsidRDefault="00AA3789">
      <w:r>
        <w:t>They led me through winding passageways, the stone walls closing in with each step. Shadows danced along the flickering torchlight, making the path feel like a descent into some ancient, oppressive place. I felt the weight of countless souls who’d passed through these halls, their suffering etched into the stones themselves.</w:t>
      </w:r>
    </w:p>
    <w:p w14:paraId="4EB74FD6" w14:textId="77777777" w:rsidR="00121116" w:rsidRDefault="00AA3789">
      <w:r>
        <w:t>They guided me to a small chamber with a bathing area, where Zaylee waited, her gaze carefully blank as she tried not to pity me.</w:t>
      </w:r>
    </w:p>
    <w:p w14:paraId="697E9BA8" w14:textId="77777777" w:rsidR="00121116" w:rsidRDefault="00AA3789">
      <w:r>
        <w:t>My skin was soon scrubbed clean, hair damp and loose, the new clothes lighter and less concealing than what I’d worn before. The guards moved me to a chamber where Cronus stood at the center, his face a mask of dark satisfaction. His eyes swept over me, lingering on every bruise, every mark of wear. He wanted to see me break, to reduce me to something small, stripped of my will and resolve. But I wouldn’t give him that satisfaction.</w:t>
      </w:r>
    </w:p>
    <w:p w14:paraId="392670D8" w14:textId="77777777" w:rsidR="00121116" w:rsidRDefault="00AA3789">
      <w:r>
        <w:t>The room around us was cold and severe, smelling faintly of resin, a chill in the air that felt both bracing and stifling. Cronus wore a white tunic that contrasted sharply with his leather pants, revealing the strength of his pale chest beneath. His perfect white hair was slightly disheveled, freshly cleaned. I stood awkwardly close to the door, every instinct urging me to flee. My fingers fidgeted as I forced myself to look down, my gaze wandering despite myself, tracing the unfamiliar space.</w:t>
      </w:r>
    </w:p>
    <w:p w14:paraId="12C3EF21" w14:textId="77777777" w:rsidR="00121116" w:rsidRDefault="00AA3789">
      <w:r>
        <w:lastRenderedPageBreak/>
        <w:t>He ignored me at first, preoccupied with some unspoken thought. I held my breath, making myself small, willing him to forget I was there. But he didn’t. Eventually, his gaze found me, sharp and calculating, and he strode forward with purpose, closing the space between us until his chest nearly brushed against my collarbone. His expression held a dark triumph, as if he’d already won some twisted game.</w:t>
      </w:r>
    </w:p>
    <w:p w14:paraId="01B9849B" w14:textId="77777777" w:rsidR="00121116" w:rsidRDefault="00AA3789">
      <w:r>
        <w:t>“Ah, Sky,” he murmured, his voice smooth and unsettling. “Do you remember our little moment in the hallway?”</w:t>
      </w:r>
    </w:p>
    <w:p w14:paraId="4520E9F4" w14:textId="77777777" w:rsidR="00121116" w:rsidRDefault="00AA3789">
      <w:r>
        <w:t>I frowned, thrown by his words.</w:t>
      </w:r>
    </w:p>
    <w:p w14:paraId="1ABBFF9A" w14:textId="77777777" w:rsidR="00121116" w:rsidRDefault="00AA3789">
      <w:r>
        <w:t>“What did I say to you, Sky?” His voice was low, with a hint of mocking. “You don’t remember?” He paused, envious to continue. “Let me remind you. I own you. And I intend to enjoy what’s mine.”</w:t>
      </w:r>
    </w:p>
    <w:p w14:paraId="394965C7" w14:textId="77777777" w:rsidR="00121116" w:rsidRDefault="00AA3789">
      <w:r>
        <w:t>His words sent a chill through me, a terror I tried to bury, but it clung to my bones. What did he mean by that? The unspoken implications twisted in my mind, and my breath hitched, my heart racing. He wouldn’t…</w:t>
      </w:r>
    </w:p>
    <w:p w14:paraId="4FD24AEC" w14:textId="77777777" w:rsidR="00121116" w:rsidRDefault="00AA3789">
      <w:r>
        <w:t>He lowered his mouth to my neck, his lips brushing my skin in a slow, calculated gesture. I forced my eyes shut, willing myself to disappear, to retreat into a place where his touch couldn’t reach. I’d thought this part of my life was over. That I wouldn’t have to endure this again. But here it was, the very thing I’d feared, creeping back to claim me.</w:t>
      </w:r>
    </w:p>
    <w:p w14:paraId="51913273" w14:textId="77777777" w:rsidR="00121116" w:rsidRDefault="00AA3789">
      <w:r>
        <w:t>I felt the cold press of his fingers as he gripped me, his hands roaming with invasive intent, his touch like an iron chain binding me to the moment. The top of my garment tore, leaving me exposed, vulnerable. My body froze, helpless against the quiet menace in his movements. I didn’t have the words to tell him to stop; I could only stand there, still and silent, as he forced his control over me.</w:t>
      </w:r>
    </w:p>
    <w:p w14:paraId="4A494323" w14:textId="77777777" w:rsidR="00121116" w:rsidRDefault="00AA3789">
      <w:r>
        <w:t>He moved behind me, guiding me forward with an unyielding hand, his fingers pressing against my back. I stumbled toward the bed in the center of the room, draped in navy silk, the sheets pristine and chillingly out of place against the violence of this moment.</w:t>
      </w:r>
    </w:p>
    <w:p w14:paraId="77A17BFD" w14:textId="77777777" w:rsidR="00121116" w:rsidRDefault="00AA3789">
      <w:r>
        <w:t>At the edge of the bed, he grabbed my neck, fingers tightening in a grip that allowed no escape. He pushed me down, my back hitting the bed as he leaned over me, his knees pinning me in place, ensuring I couldn’t move.</w:t>
      </w:r>
    </w:p>
    <w:p w14:paraId="091E96CB" w14:textId="77777777" w:rsidR="00121116" w:rsidRDefault="00AA3789">
      <w:r>
        <w:t>“Remember when I told you that you were mine?” he whispered, his words a mockery of intimacy. “Well, Sky, I expect you to play your part.”</w:t>
      </w:r>
    </w:p>
    <w:p w14:paraId="758BA337" w14:textId="77777777" w:rsidR="00121116" w:rsidRDefault="00AA3789">
      <w:r>
        <w:t>My name on his lips, taunting with malice. The flippant, almost flirtatious tone chilled me to the core, and a tear slipped down my cheek. But I steeled myself, willing the fear away, retreating to a place deep within, a place where his touch couldn’t reach. Somewhere inside me, I felt a faint flicker—a tiny ember of raw power I hadn’t felt of my own since being here, smoldering in defiance.</w:t>
      </w:r>
    </w:p>
    <w:p w14:paraId="09015B09" w14:textId="77777777" w:rsidR="00121116" w:rsidRDefault="00AA3789">
      <w:r>
        <w:lastRenderedPageBreak/>
        <w:t>My mind slipped away, reaching inward for that spark, that flicker of fire hidden beneath the layers of my exhaustion and pain. I held onto it, clutching it as my only weapon, my only defense.</w:t>
      </w:r>
    </w:p>
    <w:p w14:paraId="140E2B09" w14:textId="77777777" w:rsidR="00121116" w:rsidRDefault="00AA3789">
      <w:r>
        <w:t>Cronus’s breath was hot against my skin. “You will learn to obey,” he hissed, his voice a whisper of menace. But even as my heart thundered in fear, I met his gaze, my eyes filled with something I knew he hadn’t expected—defiance.</w:t>
      </w:r>
    </w:p>
    <w:p w14:paraId="7E95A5AC" w14:textId="77777777" w:rsidR="00121116" w:rsidRDefault="00AA3789">
      <w:r>
        <w:t>“You’ll never own me,” I whispered, my voice small but unwavering.</w:t>
      </w:r>
    </w:p>
    <w:p w14:paraId="4E01BA89" w14:textId="77777777" w:rsidR="00121116" w:rsidRDefault="00AA3789">
      <w:r>
        <w:t>His grip tightened, anger flashing in his eyes. But I held onto that spark, that ember within me, small but unbreakable. No matter what he did, I would not let him extinguish it.</w:t>
      </w:r>
    </w:p>
    <w:p w14:paraId="335DE7C5" w14:textId="77777777" w:rsidR="00121116" w:rsidRDefault="00AA3789">
      <w:r>
        <w:t>The room closed in around us, the air thick and suffocating. But somewhere in that darkness, I found a fragment of strength, something fierce and unyielding. It was all I had, but it was enough to remind me that I was still fighting. That, no matter what he took from me, my spirit would remain my own.</w:t>
      </w:r>
    </w:p>
    <w:p w14:paraId="34914DC7" w14:textId="77777777" w:rsidR="00121116" w:rsidRDefault="00AA3789">
      <w:r>
        <w:t>I felt my face relax into anger again, a comforting feeling now, one I could hold onto. I narrowed in, numbing myself to the coldness around me until rage filled my empty lungs. Death called to me, and I envisioned picking up a sword and driving it through Cronus’s heart myself. I didn’t need anything more than my rage. I needed to be me, emotionless and unyielding, without value or vulnerability.</w:t>
      </w:r>
    </w:p>
    <w:p w14:paraId="4561A3A2" w14:textId="77777777" w:rsidR="00121116" w:rsidRDefault="00AA3789">
      <w:r>
        <w:t>The coldness of the cell faded into the background as my fury grew. My breath became steady, each inhale stoking the fire within me. I could almost feel the hilt of a sword in my hand, the weight of it promising justice, revenge.</w:t>
      </w:r>
    </w:p>
    <w:p w14:paraId="4DCF5D9C" w14:textId="77777777" w:rsidR="00121116" w:rsidRDefault="00AA3789">
      <w:r>
        <w:t>I embraced the anger, letting it seep into my bones, displacing fear and sorrow. My thoughts sharpened, honing in on a singular purpose: to end Cronus. The image of his smug face, the cruel glint in his eyes, fueled my resolve. There would be no more hesitation. No more doubt. I would reclaim my strength, my power, and I would make him pay. The chill of the room, the pain and humiliation—all of it dissolved into the roaring inferno within me.</w:t>
      </w:r>
    </w:p>
    <w:p w14:paraId="274708C2" w14:textId="77777777" w:rsidR="00121116" w:rsidRDefault="00AA3789">
      <w:r>
        <w:t>Each movement, each sound faded as I focused on my fury, letting it forge my resolve. I would become the weapon Cronus feared, channeling every bit of this anger into every move, every breath.</w:t>
      </w:r>
    </w:p>
    <w:p w14:paraId="6B27C135" w14:textId="77777777" w:rsidR="00121116" w:rsidRDefault="00AA3789">
      <w:r>
        <w:t>I closed my eyes, letting the vision of his downfall play out in my mind, a promise of what was to come. My heart beat with a steady rhythm, a war drum heralding the battle that awaited. I would not be defeated. I would rise, stronger and fiercer than ever.</w:t>
      </w:r>
    </w:p>
    <w:p w14:paraId="6F2BFA13" w14:textId="77777777" w:rsidR="00121116" w:rsidRDefault="00AA3789">
      <w:r>
        <w:t>Each thrust dragged me deeper into numbness, disconnecting me from the present moment, making my skin feel like a foreign shell. A tear glided down my cheek before I could stop it, and I stared blankly at the ceiling, focusing on its simplicity, its quiet blankness. It was the only calm in the storm around me.</w:t>
      </w:r>
    </w:p>
    <w:p w14:paraId="0525936E" w14:textId="77777777" w:rsidR="00121116" w:rsidRDefault="00AA3789">
      <w:r>
        <w:lastRenderedPageBreak/>
        <w:t>I fixated on that smooth, blank surface, letting it distance me from the sounds of his heavy breathing, the creaking bed beneath us. His presence faded, becoming distant, as I retreated further, locking myself away from his touch. The tear dried, leaving a trail of salt on my cheek, a silent testament to my pain. But I wouldn’t close my eyes. I couldn’t afford to. I had to stay numb, protect what little of myself remained untouched by his cruelty.</w:t>
      </w:r>
    </w:p>
    <w:p w14:paraId="0D95A56D" w14:textId="77777777" w:rsidR="00121116" w:rsidRDefault="00AA3789">
      <w:r>
        <w:t>The coldness seeped into my bones, chilling me from the inside out. Each thrust was a reminder of his control, his power over me. But inside, I built walls—fortresses of ice and steel to keep him out. I wouldn’t let him break me, not completely.</w:t>
      </w:r>
    </w:p>
    <w:p w14:paraId="40F7FE7F" w14:textId="77777777" w:rsidR="00121116" w:rsidRDefault="00AA3789">
      <w:r>
        <w:t>I took slow, steady breaths, each rise and fall of my chest the only movement I controlled. I imagined myself far away, in a place he couldn’t reach. As I drifted into this void, I searched for something familiar, something that anchored me beyond this nightmare. And then, his voice—Vidar’s voice, steady and coarse, as it echoed in my mind.</w:t>
      </w:r>
    </w:p>
    <w:p w14:paraId="04EB14F3" w14:textId="77777777" w:rsidR="00121116" w:rsidRDefault="00AA3789">
      <w:r>
        <w:t>The memory of his words resonated within me, like an echo of strength that didn’t quite belong to me but felt close enough. Despite everything, I wanted him here. I wanted him to rip the door open, to pull me from this nightmare. That thin, fragile hope was all I had, but it was enough to keep me grounded, to remind me that I was still alive.</w:t>
      </w:r>
    </w:p>
    <w:p w14:paraId="498F5457" w14:textId="77777777" w:rsidR="00121116" w:rsidRDefault="00AA3789">
      <w:r>
        <w:t>Cronus’s rough, large hands gripped my hips, making my breath catch in my throat. I surrendered, closing my eyes, sinking into the numbness that shielded me. Finally, it was over, leaving me feeling hollow, like an object discarded.</w:t>
      </w:r>
    </w:p>
    <w:p w14:paraId="1AA371F0" w14:textId="77777777" w:rsidR="00121116" w:rsidRDefault="00AA3789">
      <w:r>
        <w:t>When I opened my eyes, my clothes had been repaired, magically woven back together. I moved, slowly, every muscle aching as I stood on my feet. I kept my gaze down, avoiding Cronus’s satisfied smirk, his presence like a dark cloud, pressing in on me.</w:t>
      </w:r>
    </w:p>
    <w:p w14:paraId="0B56BFFC" w14:textId="77777777" w:rsidR="00121116" w:rsidRDefault="00AA3789">
      <w:r>
        <w:t>"Get dressed," he ordered, his tone cold and dismissive.</w:t>
      </w:r>
    </w:p>
    <w:p w14:paraId="1A0FD814" w14:textId="77777777" w:rsidR="00121116" w:rsidRDefault="00AA3789">
      <w:r>
        <w:t>I moved, disassociated, my hands shaking as I picked up my clothes. Each movement felt agonizingly slow, my body heavy with the weight of what had just happened.</w:t>
      </w:r>
    </w:p>
    <w:p w14:paraId="6CE12D36" w14:textId="77777777" w:rsidR="00121116" w:rsidRDefault="00AA3789">
      <w:r>
        <w:t>Cronus approached, lifting my chin roughly, forcing my gaze to meet his. “Remember your place,” he hissed, his eyes gleaming with twisted satisfaction. “You are mine.”</w:t>
      </w:r>
    </w:p>
    <w:p w14:paraId="1590686E" w14:textId="77777777" w:rsidR="00121116" w:rsidRDefault="00AA3789">
      <w:r>
        <w:t>I nodded numbly, my heart pounding. He released me, and I took a step back, needing distance, air. The door to the room felt impossibly far, an unreachable escape, but I took a step, then another, each movement a quiet victory. I reached the door and glanced back in disgust, seeing his back turned, his attention already elsewhere.</w:t>
      </w:r>
    </w:p>
    <w:p w14:paraId="60030885" w14:textId="77777777" w:rsidR="00121116" w:rsidRDefault="00AA3789">
      <w:r>
        <w:t>As I stepped out into the hallway, the cold air hit my face, a sharp, bracing contrast to the stifling atmosphere of his room. I took a deep breath, the first true breath in what felt like an eternity. The hallway stretched before me, dark and endless, but I took it as a sign, a path leading away from him, even if only temporarily.</w:t>
      </w:r>
    </w:p>
    <w:p w14:paraId="6F6AB7DF" w14:textId="77777777" w:rsidR="00121116" w:rsidRDefault="00AA3789">
      <w:r>
        <w:lastRenderedPageBreak/>
        <w:t>His fingerprints, the bruises he’d left on my skin, seemed to throb in time with my heartbeat as I dragged my feet back to my cell, the guard trailing behind. He didn’t rush me this time, allowing me to move at my own pace, his eyes carefully averted, as though he were ashamed or even sorry.</w:t>
      </w:r>
    </w:p>
    <w:p w14:paraId="6C1CD2E1" w14:textId="77777777" w:rsidR="00121116" w:rsidRDefault="00AA3789">
      <w:r>
        <w:t>“I hate you.” The words echoed in my mind, over and over, each repetition fueling a heated anger that began to simmer just beneath my skin. The thought of my violated soul poured gasoline on the fire within me, making the ground tremble slightly underfoot. Enough power had built up inside me that even the cuffs couldn’t fully contain it now.</w:t>
      </w:r>
    </w:p>
    <w:p w14:paraId="28D2FF18" w14:textId="77777777" w:rsidR="00121116" w:rsidRDefault="00AA3789">
      <w:r>
        <w:t>Each step was a painful reminder, but my anger had become a source of strength. The ache of my bruised skin felt like a badge of defiance, a testament to the resilience he hadn’t been able to strip away. I clenched my fists, feeling the energy pulse through me, raw and hungry, ready to break free.</w:t>
      </w:r>
    </w:p>
    <w:p w14:paraId="41911136" w14:textId="77777777" w:rsidR="00121116" w:rsidRDefault="00AA3789">
      <w:r>
        <w:t>The guard’s hesitant pace only added fuel to my fury. His guilt, if that’s what it was, stoked the fire even higher. I wanted to scream, to let the rage escape me in a torrent, but I held it back, tightening my grip on that anger like a blade. I would wait. I would make them all pay.</w:t>
      </w:r>
    </w:p>
    <w:p w14:paraId="754E281E" w14:textId="77777777" w:rsidR="00121116" w:rsidRDefault="00AA3789">
      <w:r>
        <w:t>As we approached the cell, the familiar chill washed over me, but this time it couldn’t touch the heat of my anger. I stepped inside, feeling the weight of the cell door close, locking me in—but it no longer felt like a prison. Not entirely.</w:t>
      </w:r>
    </w:p>
    <w:p w14:paraId="52660F7E" w14:textId="77777777" w:rsidR="00121116" w:rsidRDefault="00AA3789">
      <w:r>
        <w:t>This cage could hold my body, but it couldn’t contain my mind. In the darkness, I envisioned the walls crumbling, the chains breaking, and Cronus’s face twisted in shock, in terror, as he finally understood what he’d unleashed. My hatred for him was my power, a wellspring I would draw from when the time was right.</w:t>
      </w:r>
    </w:p>
    <w:p w14:paraId="306D33B5" w14:textId="77777777" w:rsidR="00121116" w:rsidRDefault="00AA3789">
      <w:r>
        <w:t>I breathed deeply, each inhale feeding the fire within me. The ground trembled again, barely noticeable, a pulse of the strength I was beginning to reclaim. My anger was no longer a burden—it was my weapon. And I would wield it well.</w:t>
      </w:r>
    </w:p>
    <w:p w14:paraId="686585E9" w14:textId="77777777" w:rsidR="00121116" w:rsidRDefault="00AA3789">
      <w:r>
        <w:t>The shadows in the cell felt thinner, the coldness receding against the warmth of my rage. My anger became a shield, insulating me from the despair that had once threatened to swallow me whole. I opened my eyes, staring at the cell door with a fierce, unyielding determination.</w:t>
      </w:r>
    </w:p>
    <w:p w14:paraId="19CF2FB6" w14:textId="77777777" w:rsidR="00121116" w:rsidRDefault="00AA3789">
      <w:r>
        <w:t>“I will survive,” I whispered, the words barely more than a breath but carrying all the force of a vow. “And I will make them all pay.”</w:t>
      </w:r>
    </w:p>
    <w:p w14:paraId="3C661A75" w14:textId="77777777" w:rsidR="00121116" w:rsidRDefault="00AA3789">
      <w:r>
        <w:t>The guard’s footsteps faded down the corridor, leaving me in silence. But I wasn’t alone. My anger, my hatred, my resolve—they were with me, powerful and unwavering. My companions in this endless fight. I would endure. I would rise. And when the time came, I would rain down vengeance on them all.</w:t>
      </w:r>
    </w:p>
    <w:p w14:paraId="3411BCF7" w14:textId="77777777" w:rsidR="00121116" w:rsidRDefault="00AA3789">
      <w:r>
        <w:t>~</w:t>
      </w:r>
    </w:p>
    <w:p w14:paraId="278B2DFE" w14:textId="77777777" w:rsidR="00121116" w:rsidRDefault="00AA3789">
      <w:r>
        <w:lastRenderedPageBreak/>
        <w:t>Somehow, in the depths of hatred and my numb, aching body, I slept. When I opened my eyes, faint rays of light trickled through the tiny window, casting fractured lines on the coarse stone floor. I blinked, adjusting to the dimness, and before I could grasp where I was, I found myself back in the training courtyard, facing Cronus.</w:t>
      </w:r>
    </w:p>
    <w:p w14:paraId="21703015" w14:textId="77777777" w:rsidR="00121116" w:rsidRDefault="00AA3789">
      <w:r>
        <w:t>A ring of silent, faceless figures surrounded me, but they felt distant, barely real. I was far away, tucked deep into the cocoon of numbness, a shield that dulled everything around me. I stood still, waiting for the familiar weight of the cuff to release, and the moment it did, I let my magic surge forth, pushing it harder, deeper. I poured everything out, scraping the well dry, forcing it past my limits.</w:t>
      </w:r>
    </w:p>
    <w:p w14:paraId="67F1620E" w14:textId="77777777" w:rsidR="00121116" w:rsidRDefault="00AA3789">
      <w:r>
        <w:t>But this time, I didn’t stop. I kept pushing, kept stretching the boundary until my body screamed for relief. I felt none of it, no pain, only a distant awareness that my muscles trembled, that my legs threatened to give out. Somewhere, my mind registered that I was screaming—a hollow sound, devoid of pain, a raw release from somewhere deep. I was beyond feeling, beyond fear, reaching for anything that would drown out the chaos inside.</w:t>
      </w:r>
    </w:p>
    <w:p w14:paraId="324B976B" w14:textId="77777777" w:rsidR="00121116" w:rsidRDefault="00AA3789">
      <w:r>
        <w:t>Finally, my body crumpled onto the unforgiving ground, each breath shuddering through me as I let myself sink. I was empty, spent, my magic drained until I felt hollow.</w:t>
      </w:r>
    </w:p>
    <w:p w14:paraId="18FC9FAB" w14:textId="77777777" w:rsidR="00121116" w:rsidRDefault="00AA3789">
      <w:r>
        <w:t>I gasped—a hand on my arm. The grip wasn’t harsh, but it held an undeniable intent, a grounding force in the haze. I glanced up, my mind sluggish, and met Vidar’s gaze.</w:t>
      </w:r>
    </w:p>
    <w:p w14:paraId="2E8614A6" w14:textId="77777777" w:rsidR="00121116" w:rsidRDefault="00AA3789">
      <w:r>
        <w:t>The touch jolted through me, like a sudden blaze igniting in my chest, scorching through the numbness. His fingers loosened slowly, but he didn’t let go. His eyes were dark, turbulent, as if he were fighting a storm beneath his calm facade.</w:t>
      </w:r>
    </w:p>
    <w:p w14:paraId="68D3009D" w14:textId="77777777" w:rsidR="00121116" w:rsidRDefault="00AA3789">
      <w:r>
        <w:t>I stared up at him, unsteady, lost, as though something had been ripped out of me, leaving a raw, aching void. The heat in my gut pulsed, something sharper and hotter than my magic, something that felt foreign yet uncomfortably familiar. His dark, untamed hair rested against his forehead, framing eyes that looked like the depths of a storm, a tempest waiting to break.</w:t>
      </w:r>
    </w:p>
    <w:p w14:paraId="01CB7EDA" w14:textId="77777777" w:rsidR="00121116" w:rsidRDefault="00AA3789">
      <w:r>
        <w:t>I couldn’t look away, even though every logical thought screamed that he was the enemy. I felt betrayed by everything he stood for, yet I was helpless against the pull that drew me in.</w:t>
      </w:r>
    </w:p>
    <w:p w14:paraId="76CE0F50" w14:textId="77777777" w:rsidR="00121116" w:rsidRDefault="00AA3789">
      <w:r>
        <w:t>As I stared into his eyes, the world around us dimmed, the muted sounds of the training grounds fading until all that remained was the pounding of my heartbeat, echoing the pulse of something fierce and unrelenting in my chest. Vidar’s gaze held me there, unyielding, and I felt as though he could see through the walls, I’d built higher, made impenetrable.</w:t>
      </w:r>
    </w:p>
    <w:p w14:paraId="5A2E7104" w14:textId="77777777" w:rsidR="00121116" w:rsidRDefault="00AA3789">
      <w:r>
        <w:t>His grip on my arm loosened further, but he didn’t pull away. His thumb brushed lightly over my skin, an almost imperceptible gesture that left a trail of warmth where it touched, igniting the edges of my resolve. I was breathing too fast, each inhale shaky, fighting to ground myself.</w:t>
      </w:r>
    </w:p>
    <w:p w14:paraId="42B28816" w14:textId="77777777" w:rsidR="00121116" w:rsidRDefault="00AA3789">
      <w:r>
        <w:lastRenderedPageBreak/>
        <w:t>“Why do you keep doing this?” The question escaped me, barely a whisper, surprising even myself. The defiance in my voice was weaker than I wanted it to be, laced with an unspoken plea I couldn’t hold back. It was a question about more than just this moment—it was about the quiet touches, the silent glances, the way he always seemed to linger near me, as if caught between duty and something else.</w:t>
      </w:r>
    </w:p>
    <w:p w14:paraId="561B8178" w14:textId="77777777" w:rsidR="00121116" w:rsidRDefault="00AA3789">
      <w:r>
        <w:t>His jaw tightened, and his gaze flickered, a crack appearing in his usual impassive mask. For a heartbeat, I saw something there—a conflict, a hesitation. But he looked away, his eyes hardening as though closing a door I’d barely glimpsed through.</w:t>
      </w:r>
    </w:p>
    <w:p w14:paraId="7842AB63" w14:textId="77777777" w:rsidR="00121116" w:rsidRDefault="00AA3789">
      <w:r>
        <w:t>“Enough.” His voice was low, almost as if he were speaking to himself as much as to me. He released my arm, and the sudden absence of his touch left a cold emptiness where the heat had been. “You need to concentrate.”</w:t>
      </w:r>
    </w:p>
    <w:p w14:paraId="30B5EA27" w14:textId="77777777" w:rsidR="00121116" w:rsidRDefault="00AA3789">
      <w:r>
        <w:t>The words felt hollow, but I knew he was right. I had no room for weakness, no space to dwell on the strange, inexplicable bond between us. I forced myself to stand, to push past the lingering numbness and face Cronus, who watched us with a calculated gleam in his eyes, as if he sensed the tension that had passed between us.</w:t>
      </w:r>
    </w:p>
    <w:p w14:paraId="4DE4B74E" w14:textId="77777777" w:rsidR="00121116" w:rsidRDefault="00AA3789">
      <w:r>
        <w:t>But Vidar’s presence lingered, a silent shadow at the edge of my awareness, his dark gaze following my every move. As Cronus approached, issuing commands, I felt Vidar step back, his retreat a reminder of the chasm between us, a distance that his fleeting moments of softness could never bridge.</w:t>
      </w:r>
    </w:p>
    <w:p w14:paraId="5A58FCB5" w14:textId="77777777" w:rsidR="00121116" w:rsidRDefault="00AA3789">
      <w:r>
        <w:t>Cronus's voice cut through the haze, sharp and commanding.</w:t>
      </w:r>
    </w:p>
    <w:p w14:paraId="22E38FA3" w14:textId="77777777" w:rsidR="00121116" w:rsidRDefault="00AA3789">
      <w:r>
        <w:t>“Again, Sky,” Cronus ordered, his voice dripping with dark satisfaction. “You will continue until I tell you to stop.”</w:t>
      </w:r>
    </w:p>
    <w:p w14:paraId="0F0A1890" w14:textId="77777777" w:rsidR="00121116" w:rsidRDefault="00AA3789">
      <w:r>
        <w:t>My rage pinned me to his silver eyes, feeling the weight of exhaustion settle over me once more. The ground felt like ice beneath my feet, my drained power flickering within me, hesitant but not defeated. My legs through the remnants of my fatigue.</w:t>
      </w:r>
    </w:p>
    <w:p w14:paraId="115D1692" w14:textId="77777777" w:rsidR="00121116" w:rsidRDefault="00AA3789">
      <w:r>
        <w:t>I took a step forward, my body aching, and began to channel my magic again, feeling it surge weakly through my veins. It was a struggle, a slow, painful process, but I pushed on, refusing to let Cronus see even a hint of surrender.</w:t>
      </w:r>
    </w:p>
    <w:p w14:paraId="3B3792BD" w14:textId="77777777" w:rsidR="00121116" w:rsidRDefault="00AA3789">
      <w:r>
        <w:t>And then, from the corner of my eye, I caught a glimpse of Vidar watching me, his eyes sharper than before—a silent command, or perhaps a plea, urging me to endure.</w:t>
      </w:r>
    </w:p>
    <w:p w14:paraId="5E05433C" w14:textId="77777777" w:rsidR="00121116" w:rsidRDefault="00AA3789">
      <w:r>
        <w:t>As Cronus continued to push, testing the limits of my endurance, I felt a spark within me—faint but steady, a defiance that refused to die. My vision blurred, my limbs shaking, but I kept going, lost in the confusion of Vidar’s calm chaos.</w:t>
      </w:r>
    </w:p>
    <w:p w14:paraId="0AF14831" w14:textId="77777777" w:rsidR="00121116" w:rsidRDefault="00AA3789">
      <w:r>
        <w:t>And as the training ground faded into a blur of pain and exhaustion, a thought slipped into my mind, unbidden but fierce: I will survive this. I will rise, and one day, Cronus will know what it means to fear me.</w:t>
      </w:r>
    </w:p>
    <w:p w14:paraId="656B28C9" w14:textId="77777777" w:rsidR="00121116" w:rsidRDefault="00AA3789">
      <w:r>
        <w:lastRenderedPageBreak/>
        <w:t>When Cronus finally dismissed me, I staggered, my body teetering on the edge of collapse. But as I turned to leave, I felt a faint brush against my hand—a fleeting touch, barely there, as feeling if I was real. I glanced back, meeting Vidar’s gaze for a brief, charged moment. Not Ichiro, Titus, or Cyra seem to notice. They all ignored me as if I was merely a beaten animal, belonging in their cage, invisible to them most of the time, but Vidar. He saw me somehow. For unknown reasons.</w:t>
      </w:r>
    </w:p>
    <w:p w14:paraId="5B088E92" w14:textId="77777777" w:rsidR="00121116" w:rsidRDefault="00AA3789">
      <w:r>
        <w:t>~</w:t>
      </w:r>
    </w:p>
    <w:p w14:paraId="725251ED" w14:textId="77777777" w:rsidR="00121116" w:rsidRDefault="00AA3789">
      <w:r>
        <w:t>As my bones settled into the cold, unforgiving stones, a faint light flickered in the shadows. A figure, twirling and shifting, moved towards me in a dance of silver mist. Was I dreaming? Hallucinating? I squinted, my eyelids heavy with exhaustion, yet I forced them open.</w:t>
      </w:r>
    </w:p>
    <w:p w14:paraId="5B1DD799" w14:textId="77777777" w:rsidR="00121116" w:rsidRDefault="00AA3789">
      <w:r>
        <w:t>“Sky,” the silver shadow whispered, her voice soft as a breath. I pushed myself upright, muscles aching, still unsure if what I saw was real.</w:t>
      </w:r>
    </w:p>
    <w:p w14:paraId="22E4F501" w14:textId="77777777" w:rsidR="00121116" w:rsidRDefault="00AA3789">
      <w:r>
        <w:t>“Sky,” she whispered again, closer this time. My eyes opened wider, tracing the delicate, shifting form as she took shape—a woman with long, flowing hair that moved like waves of starlight.</w:t>
      </w:r>
    </w:p>
    <w:p w14:paraId="4497FAD5" w14:textId="77777777" w:rsidR="00121116" w:rsidRDefault="00AA3789">
      <w:r>
        <w:t>“Don’t fear me,” she said, her tone gentle, almost motherly.</w:t>
      </w:r>
    </w:p>
    <w:p w14:paraId="157EA48F" w14:textId="77777777" w:rsidR="00121116" w:rsidRDefault="00AA3789">
      <w:r>
        <w:t>“W-who are you?” I managed to ask, my voice a rasped echo in the silent cell. “Are you… real?”</w:t>
      </w:r>
    </w:p>
    <w:p w14:paraId="367BB9FF" w14:textId="77777777" w:rsidR="00121116" w:rsidRDefault="00AA3789">
      <w:r>
        <w:t>“As real as you wish me to be,” she answered, her words soothing yet strange, her voice a warm drift that brushed against the edges of my mind.</w:t>
      </w:r>
    </w:p>
    <w:p w14:paraId="439B4061" w14:textId="77777777" w:rsidR="00121116" w:rsidRDefault="00AA3789">
      <w:r>
        <w:t>“What does that mean?” I murmured, barely able to hold her gaze, as if afraid she might vanish.</w:t>
      </w:r>
    </w:p>
    <w:p w14:paraId="3601B3CA" w14:textId="77777777" w:rsidR="00121116" w:rsidRDefault="00AA3789">
      <w:r>
        <w:t>A soft laugh slipped from her lips, rich and melodic, as though she found my questions charmingly naive. “Once, I was as you are now—of bones and flesh.”</w:t>
      </w:r>
    </w:p>
    <w:p w14:paraId="7A5B0B18" w14:textId="77777777" w:rsidR="00121116" w:rsidRDefault="00AA3789">
      <w:r>
        <w:t>“How did you get in here?” I stammered, still uncertain, my heart racing with a faint, fragile hope. “Are you here to help me?”</w:t>
      </w:r>
    </w:p>
    <w:p w14:paraId="11C59933" w14:textId="77777777" w:rsidR="00121116" w:rsidRDefault="00AA3789">
      <w:r>
        <w:t>“That, my dear, will be up to you.” Her words were wrapped in layers of meaning, their weight both comforting and mysterious. She glowed faintly, a soft light casting an ethereal glow on the dull stone walls. “I heard you, darling,” she said, her voice gentle but clear. “I heard your silent screams last night.”</w:t>
      </w:r>
    </w:p>
    <w:p w14:paraId="6492E835" w14:textId="77777777" w:rsidR="00121116" w:rsidRDefault="00AA3789">
      <w:r>
        <w:t>My breath caught, and a cold shiver ran through me. Last night. I had been trying so hard to bury the memory of what happened, to drown it in silence.</w:t>
      </w:r>
    </w:p>
    <w:p w14:paraId="72E3194F" w14:textId="77777777" w:rsidR="00121116" w:rsidRDefault="00AA3789">
      <w:r>
        <w:t>“You heard me?” I whispered, a tear slipping down my cheek, heavy with unspoken pain. My chained hands felt leaden as I tried to wipe it away.</w:t>
      </w:r>
    </w:p>
    <w:p w14:paraId="0D4EE6A9" w14:textId="77777777" w:rsidR="00121116" w:rsidRDefault="00AA3789">
      <w:r>
        <w:lastRenderedPageBreak/>
        <w:t>“Your soul,” she murmured, her eyes filled with sorrow, “I heard it suffocating, crying out to him.” Her words echoed in the cell, leaving me frozen, unsure if I truly wanted to know her meaning—though, deep down, I already knew.</w:t>
      </w:r>
    </w:p>
    <w:p w14:paraId="26F397B8" w14:textId="77777777" w:rsidR="00121116" w:rsidRDefault="00AA3789">
      <w:r>
        <w:t>The figure drifted closer, her glowing, slender hand reaching out to touch mine. The contact was unlike anything I’d felt before—icy yet soothing, a coolness that seeped through my skin, somehow grounding me. Her eyes, a striking blue, held an uncanny familiarity, mirroring the depths I had seen before.</w:t>
      </w:r>
    </w:p>
    <w:p w14:paraId="6A103BC4" w14:textId="77777777" w:rsidR="00121116" w:rsidRDefault="00AA3789">
      <w:r>
        <w:t>“Who are you?” I asked, my voice barely a whisper.</w:t>
      </w:r>
    </w:p>
    <w:p w14:paraId="0BD1CAD0" w14:textId="77777777" w:rsidR="00121116" w:rsidRDefault="00AA3789">
      <w:r>
        <w:t>“A lost soul,” she replied, her gaze piercing, “Galdayna. And you, Sky, are the deadly salvation to all others.”</w:t>
      </w:r>
    </w:p>
    <w:p w14:paraId="0A5E43AA" w14:textId="77777777" w:rsidR="00121116" w:rsidRDefault="00AA3789">
      <w:r>
        <w:t>I swallowed, the weight of her words sinking in. “Galdayna,” I repeated, testing the name. She smiled, a soft light radiating from her, warming the dreary cell for a fleeting moment.</w:t>
      </w:r>
    </w:p>
    <w:p w14:paraId="5D5689C7" w14:textId="77777777" w:rsidR="00121116" w:rsidRDefault="00AA3789">
      <w:r>
        <w:t>“You mean I’m the one cursed with deadly powers,” I muttered, almost bitterly.</w:t>
      </w:r>
    </w:p>
    <w:p w14:paraId="5BF079E6" w14:textId="77777777" w:rsidR="00121116" w:rsidRDefault="00AA3789">
      <w:r>
        <w:t>“It isn’t a curse, darling,” she corrected, her voice gentle but firm. “It’s a gift. You hold what every being desires.”</w:t>
      </w:r>
    </w:p>
    <w:p w14:paraId="338147E5" w14:textId="77777777" w:rsidR="00121116" w:rsidRDefault="00AA3789">
      <w:r>
        <w:t>"Desires to control," I stated plainly.</w:t>
      </w:r>
    </w:p>
    <w:p w14:paraId="01AFDFC8" w14:textId="77777777" w:rsidR="00121116" w:rsidRDefault="00AA3789">
      <w:r>
        <w:t>She smiled knowingly. “And it’s up to you to ensure that doesn’t happen,” she said, her words a quiet command.</w:t>
      </w:r>
    </w:p>
    <w:p w14:paraId="5328A8FD" w14:textId="77777777" w:rsidR="00121116" w:rsidRDefault="00AA3789">
      <w:r>
        <w:t>"How?" I asked, tired. “He’s winning, no matter how many times I tell myself I’ll stay strong. The days are blurring together. What’s the point of this ‘gift’ if I can’t even be free?” A tear slid down my cheek, and her hand squeezed mine, her touch both real and not, as if piercing through to my very soul.</w:t>
      </w:r>
    </w:p>
    <w:p w14:paraId="59E7C7A1" w14:textId="77777777" w:rsidR="00121116" w:rsidRDefault="00AA3789">
      <w:r>
        <w:t>“I know the fight you’ve been holding inside,” she said softly, her gaze unwavering. “The anger—use it. Let it fuel you. Let it guide you. And use him.”</w:t>
      </w:r>
    </w:p>
    <w:p w14:paraId="2BE2548A" w14:textId="77777777" w:rsidR="00121116" w:rsidRDefault="00AA3789">
      <w:r>
        <w:t>I tilted my head, a flicker of confusion crossing my mind. “Him?”</w:t>
      </w:r>
    </w:p>
    <w:p w14:paraId="24D1FEF0" w14:textId="77777777" w:rsidR="00121116" w:rsidRDefault="00AA3789">
      <w:r>
        <w:t>“Yes, darling,” she murmured, her eyes gleaming with a hidden smile. “Vidar Slivarian.”</w:t>
      </w:r>
    </w:p>
    <w:p w14:paraId="272DF7A2" w14:textId="77777777" w:rsidR="00121116" w:rsidRDefault="00AA3789">
      <w:r>
        <w:t>His name fell from her lips like a secret, carried on a breath of silver light. Slivarian. The name lingered in the air, wrapping around me, heavy with a significance I couldn’t yet grasp.</w:t>
      </w:r>
    </w:p>
    <w:p w14:paraId="2981CF67" w14:textId="77777777" w:rsidR="00121116" w:rsidRDefault="00AA3789">
      <w:r>
        <w:t>"Who is he, really?" I asked, my voice trembling with the weight of all the questions I’d been carrying. “I’ve been searching for answers, but nothing makes sense.”</w:t>
      </w:r>
    </w:p>
    <w:p w14:paraId="73FE7C2E" w14:textId="77777777" w:rsidR="00121116" w:rsidRDefault="00AA3789">
      <w:r>
        <w:t>Galdayna’s gaze softened, a knowing sadness glimmering in her eyes. "Deep down," she murmured, "I think you already know that answer."</w:t>
      </w:r>
    </w:p>
    <w:p w14:paraId="04EEE1C8" w14:textId="77777777" w:rsidR="00121116" w:rsidRDefault="00AA3789">
      <w:r>
        <w:lastRenderedPageBreak/>
        <w:t>"I don’t," I choked out, anger flaring within me. "I want nothing more to do with him. He’s done nothing but use me." The words escaped in a rush, each syllable edged with bitterness. She tilted her head, her gaze steady, as though she could see through every layer of my resentment, touching on something I’d kept buried.</w:t>
      </w:r>
    </w:p>
    <w:p w14:paraId="5B586CE1" w14:textId="77777777" w:rsidR="00121116" w:rsidRDefault="00AA3789">
      <w:r>
        <w:t>"You," she said quietly, "are the one who will pull him from the darkness he has become ensnared in." Her eyes held a depth of pain that mirrored my own, but it was laced with something else—an understanding that I couldn’t yet grasp.</w:t>
      </w:r>
    </w:p>
    <w:p w14:paraId="6A55C88E" w14:textId="77777777" w:rsidR="00121116" w:rsidRDefault="00AA3789">
      <w:r>
        <w:t>"Why me?" I whispered, doubt threading through my voice. "What if he doesn’t want to be saved?"</w:t>
      </w:r>
    </w:p>
    <w:p w14:paraId="77FBE119" w14:textId="77777777" w:rsidR="00121116" w:rsidRDefault="00AA3789">
      <w:r>
        <w:t>"Then," she replied, her tone soft yet resolute, "you will meet him there." Her words settled into the air like a prophecy, woven with the weight of fate.</w:t>
      </w:r>
    </w:p>
    <w:p w14:paraId="14F78368" w14:textId="77777777" w:rsidR="00121116" w:rsidRDefault="00AA3789">
      <w:r>
        <w:t>"What do you mean?" I asked, panic lacing my voice as her hand slipped from mine, leaving a hollow ache in its wake. Her silver glow began to fade, slipping back into the shadows, and an emptiness crept through me, a longing for answers that felt like a physical ache.</w:t>
      </w:r>
    </w:p>
    <w:p w14:paraId="7678E20D" w14:textId="77777777" w:rsidR="00121116" w:rsidRDefault="00AA3789">
      <w:r>
        <w:t>"Where are you going?" My voice cracked, the plea escaping before I could stop it.</w:t>
      </w:r>
    </w:p>
    <w:p w14:paraId="1685128C" w14:textId="77777777" w:rsidR="00121116" w:rsidRDefault="00AA3789">
      <w:r>
        <w:t>She paused, her figure a dim outline in the darkness. "I will see you again, Sky. For now, you must remain strong," she whispered, her voice barely a breath in the thick, oppressive air. And then, like a candle snuffed out, she was gone, leaving the cell cold and dark once more.</w:t>
      </w:r>
    </w:p>
    <w:p w14:paraId="0A254839" w14:textId="77777777" w:rsidR="00121116" w:rsidRDefault="00AA3789">
      <w:r>
        <w:t>As the darkness settled back around me, a chill crept into my bones, the silence louder than before. My mind was a mess of tangled thoughts, questions crashing over each other with no answers to be found. Who was she? And how did she know me, know Vidar? Her words lingered, echoing like a half-remembered melody, slipping through my grasp every time I tried to understand them.</w:t>
      </w:r>
    </w:p>
    <w:p w14:paraId="5350717F" w14:textId="77777777" w:rsidR="00121116" w:rsidRDefault="00AA3789">
      <w:r>
        <w:t>“You are the one who will pull him out of this darkness…”</w:t>
      </w:r>
    </w:p>
    <w:p w14:paraId="501EF738" w14:textId="77777777" w:rsidR="00121116" w:rsidRDefault="00AA3789">
      <w:r>
        <w:t>The words haunted me, stirring something deep, something I didn’t want to acknowledge. Why should it be me? I didn’t ask for this connection, this… responsibility. Vidar had done nothing but follow Cronus’s orders, standing there like a shadow as I suffered, as I endured humiliation after humiliation. He was no savior—he was part of my captivity, a constant reminder of my powerlessness.</w:t>
      </w:r>
    </w:p>
    <w:p w14:paraId="4EFEF044" w14:textId="77777777" w:rsidR="00121116" w:rsidRDefault="00AA3789">
      <w:r>
        <w:t>And yet…</w:t>
      </w:r>
    </w:p>
    <w:p w14:paraId="25544123" w14:textId="77777777" w:rsidR="00121116" w:rsidRDefault="00AA3789">
      <w:r>
        <w:t>There it was, that flicker of doubt, the one that came unbidden every time our eyes met, every time his hand brushed mine. Something in his gaze, in those fleeting moments when his mask slipped, told a story I couldn’t ignore. And now Galdayna’s words only made it worse, stoking a fire I’d tried so hard to extinguish. Was there truly something more to him? Or was I clinging to an illusion, desperately seeking comfort in the only thing that felt real in this nightmare?</w:t>
      </w:r>
    </w:p>
    <w:p w14:paraId="2C53ACCA" w14:textId="77777777" w:rsidR="00121116" w:rsidRDefault="00AA3789">
      <w:r>
        <w:lastRenderedPageBreak/>
        <w:t>I hated it—hated that he was in my thoughts at all, that his presence seemed to linger even in his absence. I wanted to tear this connection from my soul, to sever whatever invisible thread tied me to him. But no matter how much I told myself I didn’t care, that I didn’t need him, something inside me whispered that it wasn’t that simple.</w:t>
      </w:r>
    </w:p>
    <w:p w14:paraId="21188964" w14:textId="77777777" w:rsidR="00121116" w:rsidRDefault="00AA3789">
      <w:r>
        <w:t>Galdayna had called this a “gift,” but it felt more like a curse, a binding that kept me tethered to a fate I didn’t choose. “Use him,” she’d said, as if Vidar was both the source of my imprisonment and my potential freedom. But how? How could I use someone I barely understood, someone who could just as easily be my downfall?</w:t>
      </w:r>
    </w:p>
    <w:p w14:paraId="455B8A29" w14:textId="77777777" w:rsidR="00121116" w:rsidRDefault="00AA3789">
      <w:r>
        <w:t>A sickening wave of helplessness washed over me, mingling with the anger still simmering beneath my skin. How was I supposed to save anyone when I could barely hold myself together? I was slipping, each day blurring into the next, each hour chipping away at the last shreds of strength I had left. Galdayna’s presence had rekindled something in me—a tiny spark of defiance, of hope—but as the silence stretched around me, I felt it flicker, as fragile as a candle flame in the wind.</w:t>
      </w:r>
    </w:p>
    <w:p w14:paraId="63D00FA6" w14:textId="77777777" w:rsidR="00121116" w:rsidRDefault="00AA3789">
      <w:r>
        <w:t>I clenched my fists, feeling the chains bite into my wrists, grounding me in the present. I couldn’t let myself drown in these thoughts, couldn’t lose myself in questions with no answers. I would survive, not for Vidar, not for anyone else, but for myself. For the part of me that still remembered freedom, that refused to be broken.</w:t>
      </w:r>
    </w:p>
    <w:p w14:paraId="3FF53B75" w14:textId="77777777" w:rsidR="00121116" w:rsidRDefault="00AA3789">
      <w:r>
        <w:t>But as I closed my eyes, trying to shut out the whispers of doubt, his name slipped through my mind, unbidden and unwelcome.</w:t>
      </w:r>
    </w:p>
    <w:p w14:paraId="3DF6BD6A" w14:textId="77777777" w:rsidR="00121116" w:rsidRDefault="00AA3789">
      <w:r>
        <w:t>Vidar Slivarian.</w:t>
      </w:r>
    </w:p>
    <w:p w14:paraId="3DCD510B" w14:textId="77777777" w:rsidR="00121116" w:rsidRDefault="00AA3789">
      <w:r>
        <w:t>The name was a puzzle, a riddle I couldn’t solve, and no matter how hard I tried to push it away, it rooted itself deeper. I couldn’t deny it any longer—somewhere, buried beneath my hatred and my anger, a tiny part of me wanted to understand him. To know who he truly was, and what role he might play in whatever fate awaited us both.</w:t>
      </w:r>
    </w:p>
    <w:p w14:paraId="08AADC0E" w14:textId="77777777" w:rsidR="00121116" w:rsidRDefault="00AA3789">
      <w:r>
        <w:t>Chapter #</w:t>
      </w:r>
    </w:p>
    <w:p w14:paraId="1DC8BC63" w14:textId="77777777" w:rsidR="00121116" w:rsidRDefault="00AA3789">
      <w:r>
        <w:t>~</w:t>
      </w:r>
    </w:p>
    <w:p w14:paraId="38EFD764" w14:textId="77777777" w:rsidR="00121116" w:rsidRDefault="00AA3789">
      <w:r>
        <w:t>I had been dressed back in my brown leathers, which clung to my damp skin, leaving me feeling exposed. My heart pounded in my chest, each breath a struggle, as if the air itself had turned against me. Cronus’s grip on my arm tightened, an unsettling, possessive smile playing on his lips. Before I could react, I was engulfed in a cloud of charcoal-black smoke, his magic swirling around us like a suffocating shroud.</w:t>
      </w:r>
    </w:p>
    <w:p w14:paraId="6426DE5C" w14:textId="77777777" w:rsidR="00121116" w:rsidRDefault="00AA3789">
      <w:r>
        <w:t>The ground beneath me shifted, and I stumbled as we landed on the rocky ledge, my boots scraping against the uneven stone. The wind cut through my leathers, whipping my loose waves across my face. Cronus finally released me, and I staggered back, catching my breath and sweeping my golden hair away from my eyes.</w:t>
      </w:r>
    </w:p>
    <w:p w14:paraId="422D50C1" w14:textId="77777777" w:rsidR="00121116" w:rsidRDefault="00AA3789">
      <w:r>
        <w:lastRenderedPageBreak/>
        <w:t>That’s when I realized where we were. We stood at the entrance to the cave, the one where it had all begun. My stomach dropped, a cold knot forming as I looked over the edge. We were so high up that no ground was visible below, just a churning mass of storm clouds. Rocks crumbled from the ledge, vanishing into the abyss. Instinctively, I stepped back, a tremor of fear tightening my limbs.</w:t>
      </w:r>
    </w:p>
    <w:p w14:paraId="5F7FD414" w14:textId="77777777" w:rsidR="00121116" w:rsidRDefault="00AA3789">
      <w:r>
        <w:t>To my right, the cave’s mouth loomed like a void, darker than any night. I could feel Cronus’s gaze piercing into me, savoring my every shudder, my every flinch. He was watching for a reaction, and my body betrayed me, already giving him exactly what he wanted.</w:t>
      </w:r>
    </w:p>
    <w:p w14:paraId="45F7E68C" w14:textId="77777777" w:rsidR="00121116" w:rsidRDefault="00AA3789">
      <w:r>
        <w:t>A flicker of movement drew my attention, and I turned. My breath hitched, my hand flying to my mouth in horror. Just steps away, on the edge of the precipice, stood Ichiro and Titus, each with a muscular arm wrapped around Elanor’s throat and my mother’s frail form. My mother looked sickly, barely able to stand, her skin pale and drawn.</w:t>
      </w:r>
    </w:p>
    <w:p w14:paraId="5254562F" w14:textId="77777777" w:rsidR="00121116" w:rsidRDefault="00AA3789">
      <w:r>
        <w:t>How? I wondered, my mind spinning. How had Cronus found them beyond the barrier? Disbelief crashed over me, mixed with guilt that twisted like a knife in my chest.</w:t>
      </w:r>
    </w:p>
    <w:p w14:paraId="087B344D" w14:textId="77777777" w:rsidR="00121116" w:rsidRDefault="00AA3789">
      <w:r>
        <w:t>Tears blurred my vision, but I forced them back. This was my fault.</w:t>
      </w:r>
    </w:p>
    <w:p w14:paraId="79921EAC" w14:textId="77777777" w:rsidR="00121116" w:rsidRDefault="00AA3789">
      <w:r>
        <w:t>“Cronus, please,” I pleaded, my voice breaking. “Let them go. They have nothing to do with this.”</w:t>
      </w:r>
    </w:p>
    <w:p w14:paraId="75AFAF3B" w14:textId="77777777" w:rsidR="00121116" w:rsidRDefault="00AA3789">
      <w:r>
        <w:t>He laughed—a cold, hollow sound that reverberated through me, sending chills down my spine. “Oh, but they do, Sky. They are my assurance… to keep you cooperative.”</w:t>
      </w:r>
    </w:p>
    <w:p w14:paraId="6FE26949" w14:textId="77777777" w:rsidR="00121116" w:rsidRDefault="00AA3789">
      <w:r>
        <w:t>My hands clenched into fists, feeling the restrained power within me straining against the cuffs. Desperation clawed at me as I searched for a way out, a way to save them. Behind me, the cave yawned, a dark maw that threatened to consume me once again.</w:t>
      </w:r>
    </w:p>
    <w:p w14:paraId="5BEE034A" w14:textId="77777777" w:rsidR="00121116" w:rsidRDefault="00AA3789">
      <w:r>
        <w:t>Cronus stepped closer, his presence oppressive, his voice low and menacing. “You will enter the cave and retrieve the stone, or they die.” There was no mercy in his tone, just the weight of an unyielding command.</w:t>
      </w:r>
    </w:p>
    <w:p w14:paraId="55010BC4" w14:textId="77777777" w:rsidR="00121116" w:rsidRDefault="00AA3789">
      <w:r>
        <w:t>I channeled my anger, feeling it flare like silver flames in my eyes as I glared at Ichiro and Titus. My gaze was a blade, sharp and unforgiving, but Ichiro met it without flinching, his face blank, almost taunting me to try something. Titus only smirked, his grip tightening around my sister’s throat with every desperate attempt she made to pull away. She fought against him, even though she knew she stood no chance. Her movements grew weaker, her strength draining until she finally went still, her shoulders slumping in defeat.</w:t>
      </w:r>
    </w:p>
    <w:p w14:paraId="242D4EE6" w14:textId="77777777" w:rsidR="00121116" w:rsidRDefault="00AA3789">
      <w:r>
        <w:t xml:space="preserve">My gaze shifted to my mother, and my heart twisted painfully. Her once warm, brown eyes blinked slowly, a single tear trailing down her sunken cheek. She looked at me with trust—an unwavering belief in me that felt like a cruel joke. Her dark brown hair, now cut short and dull, barely reached her shoulders. Her face, once so familiar and gentle, was hollowed </w:t>
      </w:r>
      <w:r>
        <w:lastRenderedPageBreak/>
        <w:t>out, her cheekbones sharp, her skin stretched thin. She was so much smaller, almost ghostly, her frail body dwarfed by Titus’s hold as if she could disappear entirely into his shadow.</w:t>
      </w:r>
    </w:p>
    <w:p w14:paraId="79388838" w14:textId="77777777" w:rsidR="00121116" w:rsidRDefault="00AA3789">
      <w:r>
        <w:t>But she still believed in me. Even when I barely believed in myself.</w:t>
      </w:r>
    </w:p>
    <w:p w14:paraId="08CED52B" w14:textId="77777777" w:rsidR="00121116" w:rsidRDefault="00AA3789">
      <w:r>
        <w:t>I tried to steady my breathing, but the ache in my chest only grew. My failures had brought them here, and now they were paying the price.</w:t>
      </w:r>
    </w:p>
    <w:p w14:paraId="01D479D0" w14:textId="77777777" w:rsidR="00121116" w:rsidRDefault="00AA3789">
      <w:r>
        <w:t>I glanced past them, a flicker of desperate hope searching for Vidar’s dark silhouette against the horizon, but the hazy sky was empty, fading into nightfall. The wind tugged at my loose waves, reminding me that I was utterly alone. When I finally looked back at my sister, my stomach twisted.</w:t>
      </w:r>
    </w:p>
    <w:p w14:paraId="4F51D3F6" w14:textId="77777777" w:rsidR="00121116" w:rsidRDefault="00AA3789">
      <w:r>
        <w:t>Ela was thinner, her hazel eyes wide with terror but still defiant, refusing to let her fear consume her. Her long, wavy hair was braided over one shoulder, but it was tangled, the braid coming undone. Her once-rosy cheeks had paled, soaked in tears. She wore a faded, light brown dress that hung loosely on her, the sleeves slipping down to reveal bony wrists that shivered in the chill. Dirt stained her nails, and I knew without asking that she’d been working tirelessly, struggling to keep our home afloat in my absence.</w:t>
      </w:r>
    </w:p>
    <w:p w14:paraId="113D7571" w14:textId="77777777" w:rsidR="00121116" w:rsidRDefault="00AA3789">
      <w:r>
        <w:t>They’d been suffering. Because of me.</w:t>
      </w:r>
    </w:p>
    <w:p w14:paraId="7DCF17D6" w14:textId="77777777" w:rsidR="00121116" w:rsidRDefault="00AA3789">
      <w:r>
        <w:t>A swell of self-hatred rose up, nearly choking me. The weight of my failures settled like lead in my chest, a cold, hollow ache. I wanted to scream, to lash out at the injustice, but my voice caught, trapped by the guilt that twisted like a knife inside me. I could only stand there, helpless, my body frozen with the realization that every bruise, every tear, was a consequence of my own actions.</w:t>
      </w:r>
    </w:p>
    <w:p w14:paraId="0CD257E5" w14:textId="77777777" w:rsidR="00121116" w:rsidRDefault="00AA3789">
      <w:r>
        <w:t>My sister’s eyes met mine, her lips trembling, her voice breaking. “What’s going on, Sky?” she whispered, her words soaked in confusion and fear.</w:t>
      </w:r>
    </w:p>
    <w:p w14:paraId="7C829613" w14:textId="77777777" w:rsidR="00121116" w:rsidRDefault="00AA3789">
      <w:r>
        <w:t>My own voice failed me, and I mouthed, “I’m sorry.”</w:t>
      </w:r>
    </w:p>
    <w:p w14:paraId="38C44559" w14:textId="77777777" w:rsidR="00121116" w:rsidRDefault="00AA3789">
      <w:r>
        <w:t>Beside her, my mother’s gaze softened, and she tried to offer a reassuring smile, even as Titus’s grip tightened around her throat. “It’s going to be okay,” she murmured, though her voice was barely a breath, fragile and fading. But Ela didn’t look at her; she only stared at me, begging silently for an answer I didn’t have.</w:t>
      </w:r>
    </w:p>
    <w:p w14:paraId="5CA53747" w14:textId="77777777" w:rsidR="00121116" w:rsidRDefault="00AA3789">
      <w:r>
        <w:t>In that moment, I realized I was powerless to help them, to shield them from the consequences of my choices. The darkness of the cave loomed behind me, cold and unfeeling, and I knew that whatever waited within was my only hope. If I failed…</w:t>
      </w:r>
    </w:p>
    <w:p w14:paraId="494697BA" w14:textId="77777777" w:rsidR="00121116" w:rsidRDefault="00AA3789">
      <w:r>
        <w:t>I clenched my jaw, forcing myself to stand tall, to swallow my fear and bury my guilt. I had to show them strength, had to give them a glimmer of hope, even though my own resolve was hanging by a thread.</w:t>
      </w:r>
    </w:p>
    <w:p w14:paraId="34379ADB" w14:textId="77777777" w:rsidR="00121116" w:rsidRDefault="00AA3789">
      <w:r>
        <w:lastRenderedPageBreak/>
        <w:t>I would enter that cave. I would retrieve whatever it was he wanted. And somehow, I would find a way to save them.</w:t>
      </w:r>
    </w:p>
    <w:p w14:paraId="543C86B2" w14:textId="77777777" w:rsidR="00121116" w:rsidRDefault="00AA3789">
      <w:r>
        <w:t>I took a shaky breath, forcing the panic to settle as I faced Cronus. “Fine,” I whispered, my voice barely steady. “I’ll do it. I’ll find whatever stone it is you want. Just… promise me you won’t harm them.”</w:t>
      </w:r>
    </w:p>
    <w:p w14:paraId="31082AEA" w14:textId="77777777" w:rsidR="00121116" w:rsidRDefault="00AA3789">
      <w:r>
        <w:t>Cronus’s smile widened, cruel satisfaction gleaming in his eyes. “Good girl,” he murmured. He reached for my wrist, fingers cold and firm as they gripped me. With a slow, deliberate motion, he unlocked the metal band that had bound my powers, the one that had kept me weakened and subdued.</w:t>
      </w:r>
    </w:p>
    <w:p w14:paraId="21631B17" w14:textId="77777777" w:rsidR="00121116" w:rsidRDefault="00AA3789">
      <w:r>
        <w:t>The band fell away, landing with a dull thud on the rocky ground. I flexed my wrist, feeling a rush of power surge faintly beneath my skin, weak but steady, like an ember struggling to ignite. The freedom was intoxicating, a reminder of who I once was, but it was tempered by the chill of his gaze, reminding me that even this small freedom came at a cost.</w:t>
      </w:r>
    </w:p>
    <w:p w14:paraId="72131127" w14:textId="77777777" w:rsidR="00121116" w:rsidRDefault="00AA3789">
      <w:r>
        <w:t>“Remember what I taught you,” he said, his voice low and menacing. “You’ll need to focus, to wield your magic precisely. The stone will reveal itself only when your magic aligns with it. Now, move.”</w:t>
      </w:r>
    </w:p>
    <w:p w14:paraId="6085F02A" w14:textId="77777777" w:rsidR="00121116" w:rsidRDefault="00AA3789">
      <w:r>
        <w:t>With a final, desperate look at my family, I turned toward the mouth of the cave. The darkness seemed to pulse, a living thing ready to consume me. My heart pounded as I stepped forward, each footfall carrying the weight of their lives. I glanced back once, my gaze lingering on my mother’s weary eyes and Ela’s fearful, desperate face, searching for some silent promise of hope.</w:t>
      </w:r>
    </w:p>
    <w:p w14:paraId="0D5B63C9" w14:textId="77777777" w:rsidR="00121116" w:rsidRDefault="00AA3789">
      <w:r>
        <w:t>And then, as I looked away, I frowned. Where’s my brother? The thought hit me, a fleeting glimmer of relief mingled with worry. Had he escaped Cronus’s grasp, or was he suffering somewhere out of my sight? The possibility that he might be safe gave me the smallest comfort, but my heart ached for not knowing.</w:t>
      </w:r>
    </w:p>
    <w:p w14:paraId="060FD869" w14:textId="77777777" w:rsidR="00121116" w:rsidRDefault="00AA3789">
      <w:r>
        <w:t>Cronus’s cold, commanding voice cut through my thoughts. “Move, Sky. Time is running out.”</w:t>
      </w:r>
    </w:p>
    <w:p w14:paraId="28EDE513" w14:textId="77777777" w:rsidR="00121116" w:rsidRDefault="00AA3789">
      <w:r>
        <w:t>I turned my back to my family, my legs feeling as heavy as stone. Each step toward the cave was a battle, a fight to keep from being swallowed by the panic clawing up my spine. The darkness loomed ahead, a vast and unyielding abyss that had once held me captive. Memories clawed at the edges of my mind—the echoes of my own screams, the cold that had seeped into my bones, the suffocating feeling of entrapment. But I couldn’t let fear paralyze me now. Not with my family’s lives hanging in the balance.</w:t>
      </w:r>
    </w:p>
    <w:p w14:paraId="4979D4D5" w14:textId="77777777" w:rsidR="00121116" w:rsidRDefault="00AA3789">
      <w:r>
        <w:t>With a deep breath, I forced myself forward, pushing aside the shadows of memory. I would find the strength for them. I would fight this fear for the small flicker of hope still alive inside me, no matter how faint. As I crossed the threshold, stepping into the dark, I felt the weight of my family’s suffering pressing me onward. I wouldn’t let them down again.</w:t>
      </w:r>
    </w:p>
    <w:p w14:paraId="61E6BB6E" w14:textId="77777777" w:rsidR="00121116" w:rsidRDefault="00AA3789">
      <w:r>
        <w:lastRenderedPageBreak/>
        <w:t>The air grew colder, the faint trickle of water echoing in the silence. Each drip seemed louder than the last, the sound amplifying my isolation. I moved deeper, each footstep cautious, my senses straining against the oppressive blackness. The damp air clung to my skin, chilling me, and the walls seemed to close in tighter with every step.</w:t>
      </w:r>
    </w:p>
    <w:p w14:paraId="6BB152CF" w14:textId="77777777" w:rsidR="00121116" w:rsidRDefault="00AA3789">
      <w:r>
        <w:t>My fingers grazed the rough stone as I moved forward, the cold biting into my skin, grounding me in this moment. I could barely see, only shadows pressing in from every direction, but I was alert, feeling every shiver that raced down my spine.</w:t>
      </w:r>
    </w:p>
    <w:p w14:paraId="0CC2C5F7" w14:textId="77777777" w:rsidR="00121116" w:rsidRDefault="00AA3789">
      <w:r>
        <w:t>Then, a sound—a faint, distant whisper of movement. I froze, spinning around, heart racing as I strained to see into the blackness. Nothing but the echo of water dripping, the faintest whisper of air moving through unseen passages. But something was here. Watching. Waiting.</w:t>
      </w:r>
    </w:p>
    <w:p w14:paraId="27314476" w14:textId="77777777" w:rsidR="00121116" w:rsidRDefault="00AA3789">
      <w:r>
        <w:t>I pressed forward, my breath shallow as I inched deeper into the unknown. I can do this, I told myself, though every instinct screamed to turn back. For them. For the chance to set us all free.</w:t>
      </w:r>
    </w:p>
    <w:p w14:paraId="281C3165" w14:textId="77777777" w:rsidR="00121116" w:rsidRDefault="00AA3789">
      <w:r>
        <w:t>“Hello, again, Sky.” The voice dripped with envy, an eerie echo slipping through the dark like a cold breath against my skin. I pictured a thin, creeping figure, smiling wide in the shadows. I grunted, raising my arms in defense, ready to strike.</w:t>
      </w:r>
    </w:p>
    <w:p w14:paraId="5C9FB0F4" w14:textId="77777777" w:rsidR="00121116" w:rsidRDefault="00AA3789">
      <w:r>
        <w:t>A low, mocking cackle rippled through the cave, bouncing off the walls. “Oh, not just yet. Patience,” it whispered, the words slicing through the air. “Let me have my fun.”</w:t>
      </w:r>
    </w:p>
    <w:p w14:paraId="7554627E" w14:textId="77777777" w:rsidR="00121116" w:rsidRDefault="00AA3789">
      <w:r>
        <w:t>A shiver traced down my spine, and the darkness pressed in from all sides, heavy and unyielding, as though it wanted to swallow me whole. The air was thick and damp, amplifying every sound—the steady drip of water, the echo of my own ragged breaths, the faint rustling of unseen things in the shadows. My heart pounded, each beat loud and unsteady.</w:t>
      </w:r>
    </w:p>
    <w:p w14:paraId="41538485" w14:textId="77777777" w:rsidR="00121116" w:rsidRDefault="00AA3789">
      <w:r>
        <w:t>I forced myself to focus, grounding myself against the wave of dread washing over me. The voice felt close—too close—and I couldn’t afford a single lapse in my guard. I strained my ears, trying to catch any clue about its location, but it seemed to be everywhere and nowhere at once, slipping through the air like smoke.</w:t>
      </w:r>
    </w:p>
    <w:p w14:paraId="3C0FA8D3" w14:textId="77777777" w:rsidR="00121116" w:rsidRDefault="00AA3789">
      <w:r>
        <w:t>“Show yourself,” I demanded, my voice sounding steadier than I felt. Inside, I was a trembling wire, stretched thin but resolute.</w:t>
      </w:r>
    </w:p>
    <w:p w14:paraId="3FCC7D92" w14:textId="77777777" w:rsidR="00121116" w:rsidRDefault="00AA3789">
      <w:r>
        <w:t>“Soon,” the voice replied, a taunting promise that lingered in the damp air. “But first, let’s play a little game.”</w:t>
      </w:r>
    </w:p>
    <w:p w14:paraId="22FA187E" w14:textId="77777777" w:rsidR="00121116" w:rsidRDefault="00AA3789">
      <w:r>
        <w:t>I tightened my grip on the dagger, my fingers digging into the hilt until they ached. Every muscle in my body was coiled, ready to spring, but the darkness felt suffocating, its weight pressing down on me. I couldn’t let it win. I had to stay focused—for my family, for myself.</w:t>
      </w:r>
    </w:p>
    <w:p w14:paraId="6F8A5411" w14:textId="77777777" w:rsidR="00121116" w:rsidRDefault="00AA3789">
      <w:r>
        <w:lastRenderedPageBreak/>
        <w:t>A chilling laugh echoed again, spiraling off the cave walls in an unholy symphony. I took a deep breath, the cold air stinging my lungs, but it was grounding, a reminder that I was still here, still in control. I couldn’t let fear twist its roots into my mind. Not now.</w:t>
      </w:r>
    </w:p>
    <w:p w14:paraId="28C7F628" w14:textId="77777777" w:rsidR="00121116" w:rsidRDefault="00AA3789">
      <w:r>
        <w:t>I inched forward, each step deliberate and cautious. The cave floor was slick with moisture, treacherous beneath my boots, and I had to watch every step to keep from slipping. The darkness felt like a living thing, shifting around me, its void devouring everything it touched.</w:t>
      </w:r>
    </w:p>
    <w:p w14:paraId="1A3B1840" w14:textId="77777777" w:rsidR="00121116" w:rsidRDefault="00AA3789">
      <w:r>
        <w:t>The voice slid back into silence, but its presence lingered, thick and tangible, as if the shadows themselves were watching, waiting. I swallowed hard, pushing back the wave of terror clawing at the edges of my mind. I couldn’t falter, couldn’t let the dread swallow me whole. Not with everything—and everyone—I had to protect.</w:t>
      </w:r>
    </w:p>
    <w:p w14:paraId="681E202C" w14:textId="77777777" w:rsidR="00121116" w:rsidRDefault="00AA3789">
      <w:r>
        <w:t>I pressed on, my fear a quiet, insistent hum that drove me deeper into the abyss. Each step forward felt like stepping into a nightmare</w:t>
      </w:r>
    </w:p>
    <w:p w14:paraId="66C5186A" w14:textId="77777777" w:rsidR="00121116" w:rsidRDefault="00AA3789">
      <w:r>
        <w:t>“Hello, again, Sky.” The voice dripped with envy, an eerie echo slipping through the dark like a cold breath against my skin. I pictured a thin, creeping figure, smiling wide in the shadows. I grunted, raising my arms in defense, ready to strike.</w:t>
      </w:r>
    </w:p>
    <w:p w14:paraId="324691F2" w14:textId="77777777" w:rsidR="00121116" w:rsidRDefault="00AA3789">
      <w:r>
        <w:t>A low, mocking cackle rippled through the cave, bouncing off the walls. “Oh, not just yet. Patience,” it whispered, the words slicing through the air. “Let me have my fun.”</w:t>
      </w:r>
    </w:p>
    <w:p w14:paraId="5859B8EB" w14:textId="77777777" w:rsidR="00121116" w:rsidRDefault="00AA3789">
      <w:r>
        <w:t>A shiver traced down my spine, and the darkness pressed in from all sides, heavy and unyielding, as though it wanted to swallow me whole. The air was thick and damp, amplifying every sound—the steady drip of water, the echo of my own ragged breaths, the faint rustling of unseen things in the shadows. My heart pounded, each beat loud and unsteady.</w:t>
      </w:r>
    </w:p>
    <w:p w14:paraId="0517FE92" w14:textId="77777777" w:rsidR="00121116" w:rsidRDefault="00AA3789">
      <w:r>
        <w:t>I forced myself to focus, grounding myself against the wave of dread washing over me. The voice felt close—too close—and I couldn’t afford a single lapse in my guard. I strained my ears, trying to catch any clue about its location, but it seemed to be everywhere and nowhere at once, slipping through the air like smoke.</w:t>
      </w:r>
    </w:p>
    <w:p w14:paraId="048DC96F" w14:textId="77777777" w:rsidR="00121116" w:rsidRDefault="00AA3789">
      <w:r>
        <w:t>“Show yourself,” I demanded, my voice sounding steadier than I felt. Inside, I was a trembling wire, stretched thin but resolute.</w:t>
      </w:r>
    </w:p>
    <w:p w14:paraId="4E75691C" w14:textId="77777777" w:rsidR="00121116" w:rsidRDefault="00AA3789">
      <w:r>
        <w:t>“Soon,” the voice replied, a taunting promise that lingered in the damp air. “But first, let’s play a little game.”</w:t>
      </w:r>
    </w:p>
    <w:p w14:paraId="094E4372" w14:textId="77777777" w:rsidR="00121116" w:rsidRDefault="00AA3789">
      <w:r>
        <w:t>I tightened my grip on the dagger, my fingers digging into the hilt until they ached. Every muscle in my body was coiled, ready to spring, but the darkness felt suffocating, its weight pressing down on me. I couldn’t let it win. I had to stay focused—for my family, for myself.</w:t>
      </w:r>
    </w:p>
    <w:p w14:paraId="1A7E31F3" w14:textId="77777777" w:rsidR="00121116" w:rsidRDefault="00AA3789">
      <w:r>
        <w:t>A chilling laugh echoed again, spiraling off the cave walls in an unholy symphony. I took a deep breath, the cold air stinging my lungs, but it was grounding, a reminder that I was still here, still in control. I couldn’t let fear twist its roots into my mind. Not now.</w:t>
      </w:r>
    </w:p>
    <w:p w14:paraId="764F0054" w14:textId="77777777" w:rsidR="00121116" w:rsidRDefault="00AA3789">
      <w:r>
        <w:lastRenderedPageBreak/>
        <w:t>I inched forward, each step deliberate and cautious. The cave floor was slick with moisture, treacherous beneath my boots, and I had to watch every step to keep from slipping. The darkness felt like a living thing, shifting around me, its void devouring everything it touched.</w:t>
      </w:r>
    </w:p>
    <w:p w14:paraId="4FCC9A8A" w14:textId="77777777" w:rsidR="00121116" w:rsidRDefault="00AA3789">
      <w:r>
        <w:t>The voice slid back into silence, but its presence lingered, thick and tangible, as if the shadows themselves were watching, waiting. I swallowed hard, pushing back the wave of terror clawing at the edges of my mind. I couldn’t falter, couldn’t let the dread swallow me whole. Not with everything—and everyone—I had to protect.</w:t>
      </w:r>
    </w:p>
    <w:p w14:paraId="77517C11" w14:textId="77777777" w:rsidR="00121116" w:rsidRDefault="00AA3789">
      <w:r>
        <w:t>I pressed on, my fear a quiet, insistent hum that drove me deeper into the abyss. Each step forward felt like stepping into a nightmare, but I held onto a single thought—a fierce, steady resolve beneath the tension in my chest. I would find the strength I needed. I would see this through.</w:t>
      </w:r>
    </w:p>
    <w:p w14:paraId="0C119383" w14:textId="77777777" w:rsidR="00121116" w:rsidRDefault="00AA3789">
      <w:r>
        <w:t>A shape materialized at the end of the tunnel, large and looming, barely more than a shadow against the darkness. My steps faltered, but curiosity drove me forward, my anger simmering beneath the surface, sparking to life with each breath.</w:t>
      </w:r>
    </w:p>
    <w:p w14:paraId="1954BB78" w14:textId="77777777" w:rsidR="00121116" w:rsidRDefault="00AA3789">
      <w:r>
        <w:t>Then, a sudden chill coiled around me, a sensation like claws brushing the back of my neck. I spun, heart pounding, but the tunnel was empty. Only shadows danced.</w:t>
      </w:r>
    </w:p>
    <w:p w14:paraId="62A8AAE1" w14:textId="77777777" w:rsidR="00121116" w:rsidRDefault="00AA3789">
      <w:r>
        <w:t>“You came all this way to find something you don’t understand,” a voice hissed, slithering through the dark. It was close, too close—yet I saw nothing. Only the cave walls, looming in silence.</w:t>
      </w:r>
    </w:p>
    <w:p w14:paraId="7BB07418" w14:textId="77777777" w:rsidR="00121116" w:rsidRDefault="00AA3789">
      <w:r>
        <w:t>The air thickened, pressing against my chest. Stay calm, I told myself, feeling the raw flicker of magic just under my skin, responding to the tension. I fought to hold it steady, every nerve on edge.</w:t>
      </w:r>
    </w:p>
    <w:p w14:paraId="3B62AE50" w14:textId="77777777" w:rsidR="00121116" w:rsidRDefault="00AA3789">
      <w:r>
        <w:t>“Show yourself,” I demanded, forcing strength into my voice.</w:t>
      </w:r>
    </w:p>
    <w:p w14:paraId="53C5F4A0" w14:textId="77777777" w:rsidR="00121116" w:rsidRDefault="00AA3789">
      <w:r>
        <w:t>A soft laugh echoed, chilling and sharp. “In time. But first, let’s see what you’ve learned.”</w:t>
      </w:r>
    </w:p>
    <w:p w14:paraId="6C46757D" w14:textId="77777777" w:rsidR="00121116" w:rsidRDefault="00AA3789">
      <w:r>
        <w:t>Before I could react, the ground beneath me trembled, and a gust of wind roared through the tunnel, swirling into a violent cyclone that pulled at my clothes, my hair, dragging me back. I staggered, bracing myself as the wind twisted tighter, forming an inescapable barrier around me.</w:t>
      </w:r>
    </w:p>
    <w:p w14:paraId="661634AB" w14:textId="77777777" w:rsidR="00121116" w:rsidRDefault="00AA3789">
      <w:r>
        <w:t>I clenched my fists, anger sharpening my focus. My magic flared, hot and insistent, pushing against the constraints of Cronus’s training, the boundaries of my control. I took a breath, feeling it coil, waiting.</w:t>
      </w:r>
    </w:p>
    <w:p w14:paraId="7CEF727D" w14:textId="77777777" w:rsidR="00121116" w:rsidRDefault="00AA3789">
      <w:r>
        <w:t>The voice laughed again, mocking. “Yes… yes, I can feel it. The fire. But tell me—do you truly know what it’s meant for?”</w:t>
      </w:r>
    </w:p>
    <w:p w14:paraId="0908149B" w14:textId="77777777" w:rsidR="00121116" w:rsidRDefault="00AA3789">
      <w:r>
        <w:lastRenderedPageBreak/>
        <w:t>I pressed my eyes shut, ignoring the taunt. In one swift movement, I unleashed the energy, letting it surge through me. A wave exploded outward, scattering the storm into fragments that shimmered and disappeared.</w:t>
      </w:r>
    </w:p>
    <w:p w14:paraId="160B4711" w14:textId="77777777" w:rsidR="00121116" w:rsidRDefault="00AA3789">
      <w:r>
        <w:t>Silence fell, broken only by the sound of my breath, shallow but steady.</w:t>
      </w:r>
    </w:p>
    <w:p w14:paraId="49B218F6" w14:textId="77777777" w:rsidR="00121116" w:rsidRDefault="00AA3789">
      <w:r>
        <w:t>But just as I began to move forward, a second voice rang out, strong and sure, cutting through the dark.</w:t>
      </w:r>
    </w:p>
    <w:p w14:paraId="507481A3" w14:textId="77777777" w:rsidR="00121116" w:rsidRDefault="00AA3789">
      <w:r>
        <w:t>“Enough. Leave her.”</w:t>
      </w:r>
    </w:p>
    <w:p w14:paraId="209E361D" w14:textId="77777777" w:rsidR="00121116" w:rsidRDefault="00AA3789">
      <w:r>
        <w:t>A shiver ran through me. Vidar. Even without seeing him, I knew it was him, his presence filling the air, steady and unyielding.</w:t>
      </w:r>
    </w:p>
    <w:p w14:paraId="708EBF96" w14:textId="77777777" w:rsidR="00121116" w:rsidRDefault="00AA3789">
      <w:r>
        <w:t>The eerie voice hissed in irritation, its tone a snarl. “Ah, but we’re just getting started.”</w:t>
      </w:r>
    </w:p>
    <w:p w14:paraId="2F58E184" w14:textId="77777777" w:rsidR="00121116" w:rsidRDefault="00AA3789">
      <w:r>
        <w:t>My fists tightened as I forced my gaze forward, my heart pounding. Stay focused. The stone was somewhere beyond this darkness, calling to me with an urgency I couldn’t explain. I didn’t know what it was or why Cronus wanted it, but I felt its pull like a heartbeat echoing in my chest.</w:t>
      </w:r>
    </w:p>
    <w:p w14:paraId="7FD060E3" w14:textId="77777777" w:rsidR="00121116" w:rsidRDefault="00AA3789">
      <w:r>
        <w:t>Taking a final, steadying breath, I pressed on into the waiting shadows, the chill of the cave closing in around me once more.</w:t>
      </w:r>
    </w:p>
    <w:p w14:paraId="7821DFCB" w14:textId="77777777" w:rsidR="00121116" w:rsidRDefault="00AA3789">
      <w:r>
        <w:t>"Leave her be," came a low, unyielding voice, each word a cold command.</w:t>
      </w:r>
    </w:p>
    <w:p w14:paraId="46936E59" w14:textId="77777777" w:rsidR="00121116" w:rsidRDefault="00AA3789">
      <w:r>
        <w:t>The presence around me let out a hiss of laughter, sinister and laced with mockery. "Oh, how noble of you, my prince," it sneered, its tone both amused and venomous. "It’s been a while since you dared step this close."</w:t>
      </w:r>
    </w:p>
    <w:p w14:paraId="20FD3310" w14:textId="77777777" w:rsidR="00121116" w:rsidRDefault="00AA3789">
      <w:r>
        <w:t>A flicker of hesitation gripped me as I strained to see through the dark. There was silence, heavy and foreboding, before the voice repeated, colder, "Leave her."</w:t>
      </w:r>
    </w:p>
    <w:p w14:paraId="2C9CA16A" w14:textId="77777777" w:rsidR="00121116" w:rsidRDefault="00AA3789">
      <w:r>
        <w:t>The entity laughed again, softer this time, its tone dripping with twisted satisfaction. “As you wish.”</w:t>
      </w:r>
    </w:p>
    <w:p w14:paraId="0FE9269E" w14:textId="77777777" w:rsidR="00121116" w:rsidRDefault="00AA3789">
      <w:r>
        <w:t>In the next breath, I was flung free from the suffocating grip of the wind, crashing onto the jagged rocks below. Pain flared as my body scraped against the rough surface, tearing through my leather, exposing raw skin and fresh cuts. Blood beaded along my arms, and I felt a sharp ache in my side as I struggled to push myself upright.</w:t>
      </w:r>
    </w:p>
    <w:p w14:paraId="7E7B3D55" w14:textId="77777777" w:rsidR="00121116" w:rsidRDefault="00AA3789">
      <w:r>
        <w:t>Through the haze of pain, I saw him—a tall figure stepping from the shadows, his face shrouded but unmistakable. My heart lurched, tightening with both suspicion and a fleeting, unwanted relief.</w:t>
      </w:r>
    </w:p>
    <w:p w14:paraId="58ECE016" w14:textId="77777777" w:rsidR="00121116" w:rsidRDefault="00AA3789">
      <w:r>
        <w:t>“Vidar,” I managed, my voice little more than a whisper. I couldn’t read his expression, but his gaze lingered on me, assessing, his face tense and controlled.</w:t>
      </w:r>
    </w:p>
    <w:p w14:paraId="125D8FBA" w14:textId="77777777" w:rsidR="00121116" w:rsidRDefault="00AA3789">
      <w:r>
        <w:lastRenderedPageBreak/>
        <w:t>I wanted to demand answers, to understand why he was here, but his presence raised more questions than it answered. My instinct told me to guard myself, yet something in his stare held me in place, my pulse quickening despite myself.</w:t>
      </w:r>
    </w:p>
    <w:p w14:paraId="2A5F7CFB" w14:textId="77777777" w:rsidR="00121116" w:rsidRDefault="00AA3789">
      <w:r>
        <w:t>“You’re alright,” he said, a statement rather than a question, his tone quiet, unreadable.</w:t>
      </w:r>
    </w:p>
    <w:p w14:paraId="2C4A7BAE" w14:textId="77777777" w:rsidR="00121116" w:rsidRDefault="00AA3789">
      <w:r>
        <w:t>I nodded, swallowing back the sharp pain in my side, trying to piece together my thoughts. Before I could speak, the entity’s voice drifted back, softer now, with an edge of twisted amusement. "She doesn’t even know what she’s looking for… does she, Vidar?"</w:t>
      </w:r>
    </w:p>
    <w:p w14:paraId="40779B87" w14:textId="77777777" w:rsidR="00121116" w:rsidRDefault="00AA3789">
      <w:r>
        <w:t>Vidar’s jaw tightened, his gaze narrowing as he stared into the dark, but he didn’t respond. The tension in the air thickened, and I felt the weight of something unsaid between him and the entity, something that ran deep.</w:t>
      </w:r>
    </w:p>
    <w:p w14:paraId="4796514D" w14:textId="77777777" w:rsidR="00121116" w:rsidRDefault="00AA3789">
      <w:r>
        <w:t>For a moment, neither of us moved, both frozen by the unspoken threat. Vidar’s eyes flickered to mine, his expression guarded, as though he were struggling with something he couldn’t—or wouldn’t—say.</w:t>
      </w:r>
    </w:p>
    <w:p w14:paraId="6CB9C6D8" w14:textId="77777777" w:rsidR="00121116" w:rsidRDefault="00AA3789">
      <w:r>
        <w:t>"Keep moving," he said finally, his tone clipped, almost an order. The urgency in his voice was undeniable, and without another word, he turned his back to me, scanning the path ahead as though leading me forward.</w:t>
      </w:r>
    </w:p>
    <w:p w14:paraId="2E0E3E70" w14:textId="77777777" w:rsidR="00121116" w:rsidRDefault="00AA3789">
      <w:r>
        <w:t>I hesitated, instinctively wary, but a strange pulse of energy from deeper within the cave seemed to call to me, pulling me forward. I took a breath, steadying myself as I began to follow, each step laced with uncertainty.</w:t>
      </w:r>
    </w:p>
    <w:p w14:paraId="737E0CCD" w14:textId="77777777" w:rsidR="00121116" w:rsidRDefault="00AA3789">
      <w:r>
        <w:t>Vidar’s pace was steady, but he kept his distance, his presence a shadow ahead of me. I glanced at him, watching his posture, the tension in his shoulders, the way he avoided looking back. There was an edge to him, something almost… defensive, as if he were navigating old, dangerous ground.</w:t>
      </w:r>
    </w:p>
    <w:p w14:paraId="45BE0491" w14:textId="77777777" w:rsidR="00121116" w:rsidRDefault="00AA3789">
      <w:r>
        <w:t>The entity’s voice echoed one last time, soft and chilling. “You can’t hide forever, Vidar. We both know she’ll find out the truth… eventually.”</w:t>
      </w:r>
    </w:p>
    <w:p w14:paraId="25C1FE54" w14:textId="77777777" w:rsidR="00121116" w:rsidRDefault="00AA3789">
      <w:r>
        <w:t>Vidar didn’t respond, his silence heavy as he moved deeper into the shadows. I followed, my mind spinning with questions that felt sharper than my injuries, more pressing than the pain. Why was he here? And what did this place, this soul, know about him that I didn’t?</w:t>
      </w:r>
    </w:p>
    <w:p w14:paraId="1E469337" w14:textId="77777777" w:rsidR="00121116" w:rsidRDefault="00AA3789">
      <w:r>
        <w:t>The deeper we went, the closer I felt to an answer that both terrified and pulled me forward.</w:t>
      </w:r>
    </w:p>
    <w:p w14:paraId="148A6F63" w14:textId="77777777" w:rsidR="00121116" w:rsidRDefault="00AA3789">
      <w:r>
        <w:t>“Tell me, Sky,” the soul’s voice coiled around me, soft and calm, yet dripping with malice. “Are you afraid of death?”</w:t>
      </w:r>
    </w:p>
    <w:p w14:paraId="1DDFEA9B" w14:textId="77777777" w:rsidR="00121116" w:rsidRDefault="00AA3789">
      <w:r>
        <w:t>The words hung in the air, heavy and suffocating. I hesitated, my breath hitching as I felt the weight of its question settle deep in my chest. The darkness seemed to pulse with the soul's presence, feeding off my silence, waiting for my answer.</w:t>
      </w:r>
    </w:p>
    <w:p w14:paraId="3237F448" w14:textId="77777777" w:rsidR="00121116" w:rsidRDefault="00AA3789">
      <w:r>
        <w:lastRenderedPageBreak/>
        <w:t>Then, I caught movement—Vidar. He stopped just ahead, turning slightly, his dimly glowing eyes catching the faint light of the cave. His gaze lingered on me, unblinking, sharp, as though he too was waiting, curious. His presence sent a ripple of unease through me, but I didn’t let it show.</w:t>
      </w:r>
    </w:p>
    <w:p w14:paraId="27A33BEF" w14:textId="77777777" w:rsidR="00121116" w:rsidRDefault="00AA3789">
      <w:r>
        <w:t>“I thought I was,” I said finally, my voice steady despite the tremor in the air. I met the soul’s invisible stare, then shifted my focus to Vidar’s piercing eyes, locking onto them. “But I’m not. Not anymore.”</w:t>
      </w:r>
    </w:p>
    <w:p w14:paraId="3C3F0821" w14:textId="77777777" w:rsidR="00121116" w:rsidRDefault="00AA3789">
      <w:r>
        <w:t>The words fell from my lips like stone, final and unyielding. For the first time, I believed them. It wasn’t defiance or bravado—it was truth. After everything I had endured, after everything they had taken from me, death no longer felt like the worst fate.</w:t>
      </w:r>
    </w:p>
    <w:p w14:paraId="5927BEB1" w14:textId="77777777" w:rsidR="00121116" w:rsidRDefault="00AA3789">
      <w:r>
        <w:t>Vidar’s gaze didn’t waver. His expression was unreadable, but there was a flicker—brief and almost imperceptible—of something deeper. Disbelief? Respect? Judgment? I couldn’t tell, but it pinned me in place, an invisible force pressing against my chest. It was as though he were testing the weight of my words, sifting through them to see if they could hold.</w:t>
      </w:r>
    </w:p>
    <w:p w14:paraId="64CB6AEF" w14:textId="77777777" w:rsidR="00121116" w:rsidRDefault="00AA3789">
      <w:r>
        <w:t>The soul let out a low, guttural chuckle that reverberated through the cave walls, making the air feel heavier. “How bold. Yet, so fragile,” it mused, its voice both mocking and fascinated. “We’ll see if your resolve holds… when it matters.”</w:t>
      </w:r>
    </w:p>
    <w:p w14:paraId="6AD23C79" w14:textId="77777777" w:rsidR="00121116" w:rsidRDefault="00AA3789">
      <w:r>
        <w:t>The air grew colder, the oppressive darkness creeping closer, but I refused to flinch. My gaze stayed fixed on Vidar, defiant even as my body trembled from the chill. His eyes softened ever so slightly—just a shift, a fleeting moment that passed as quickly as it came.</w:t>
      </w:r>
    </w:p>
    <w:p w14:paraId="1E66CC25" w14:textId="77777777" w:rsidR="00121116" w:rsidRDefault="00AA3789">
      <w:r>
        <w:t>“I believe it,” I said, my voice firm, not for the soul’s benefit but for my own. For Vidar’s. For anyone who doubted.</w:t>
      </w:r>
    </w:p>
    <w:p w14:paraId="68B2675A" w14:textId="77777777" w:rsidR="00121116" w:rsidRDefault="00AA3789">
      <w:r>
        <w:t>Vidar’s jaw tensed, his eyes narrowing slightly before he turned away, his broad shoulders a wall between me and the path ahead. Without a word, he continued into the depths of the cave, leaving me to follow.</w:t>
      </w:r>
    </w:p>
    <w:p w14:paraId="1F33E594" w14:textId="77777777" w:rsidR="00121116" w:rsidRDefault="00AA3789">
      <w:r>
        <w:t>As I stepped forward, the soul’s laughter trailed after us, faint and lingering, like an echo of something waiting just out of reach.</w:t>
      </w:r>
    </w:p>
    <w:p w14:paraId="24FB183D" w14:textId="77777777" w:rsidR="00121116" w:rsidRDefault="00AA3789">
      <w:r>
        <w:t>But just as quickly as it began, it faltered, yet not entirely. Vidar pulled back slightly, his breaths shallow and uneven, though his hands remained on me, as if tethered. The space between us was thin, charged, and I could feel the lingering heat of his touch, the ghost of his lips brushing mine. My chest heaved, and though I wasn’t sure if it was from the kiss or the suffocating intensity of his gaze, I couldn’t seem to draw a steady breath.</w:t>
      </w:r>
    </w:p>
    <w:p w14:paraId="4FDD9BD9" w14:textId="77777777" w:rsidR="00121116" w:rsidRDefault="00AA3789">
      <w:r>
        <w:t>His fingers twitched against my skin, as though torn between retreating and staying. One thumb traced an almost imperceptible line along my jaw, his calloused touch both tender and grounding. His eyes burned into mine, dark and stormy, filled with something I couldn’t quite decipher—a rawness that felt at once alien and familiar. It was a kind of vulnerability I never thought I’d see in him, and it unmoored me.</w:t>
      </w:r>
    </w:p>
    <w:p w14:paraId="03B0BCD0" w14:textId="77777777" w:rsidR="00121116" w:rsidRDefault="00AA3789">
      <w:r>
        <w:lastRenderedPageBreak/>
        <w:t>The darkness around us seemed to thicken, the shadows pressing closer, yet I could only focus on him—the sharp angles of his face, the slight parting of his lips, the way his brows drew together as if he was waging some internal war. The cave felt distant, the soul's taunts silenced, as though we were suspended in a pocket of time that belonged to no one but us.</w:t>
      </w:r>
    </w:p>
    <w:p w14:paraId="2E481709" w14:textId="77777777" w:rsidR="00121116" w:rsidRDefault="00AA3789">
      <w:r>
        <w:t>I felt a pull, an ache that I didn’t understand. It wasn’t just the kiss—it was something deeper, something that had been simmering beneath the surface for far too long. My fingers curled slightly against his chest, drawn to the steady rhythm of his heartbeat beneath the fabric. He didn’t flinch, didn’t move, but his breath hitched, his jaw tightening as if he were trying to wrestle himself back under control.</w:t>
      </w:r>
    </w:p>
    <w:p w14:paraId="1EA872D6" w14:textId="77777777" w:rsidR="00121116" w:rsidRDefault="00AA3789">
      <w:r>
        <w:t>"Sky..." he murmured, my name slipping from his lips so softly that it sent a shiver through me. It wasn’t a command or a warning—it was almost… pleading. For what, I didn’t know, but the sound of it unraveled something inside me.</w:t>
      </w:r>
    </w:p>
    <w:p w14:paraId="3F4A48EB" w14:textId="77777777" w:rsidR="00121116" w:rsidRDefault="00AA3789">
      <w:r>
        <w:t>I searched his face, desperate for answers, but all I found was a mirror of my own turmoil—confusion, anger, and something unspoken that lingered like a shadow between us. I didn’t trust him, couldn’t trust him, but in that moment, I couldn’t seem to care. My pulse thundered in my ears, drowning out reason, leaving only the maddening sensation of his presence.</w:t>
      </w:r>
    </w:p>
    <w:p w14:paraId="1FDC3CA9" w14:textId="77777777" w:rsidR="00121116" w:rsidRDefault="00AA3789">
      <w:r>
        <w:t>He shifted slightly, his grip loosening just enough to let me breathe, but he didn’t pull away completely. His eyes flickered, the conflict within him spilling over in the smallest of ways—a fleeting clench of his jaw, a faint tremor in his hand. I wondered if he felt it too, this unbearable weight between us, this pull that defied every reason I had to hate him.</w:t>
      </w:r>
    </w:p>
    <w:p w14:paraId="5F0FD857" w14:textId="77777777" w:rsidR="00121116" w:rsidRDefault="00AA3789">
      <w:r>
        <w:t>And then, with a sharp inhale, he let go. The warmth of his touch disappeared, leaving my skin cold and exposed, and the oppressive darkness of the cave rushed back in like a wave. His hands fell to his sides, curling into fists as if to stop himself from reaching for me again.</w:t>
      </w:r>
    </w:p>
    <w:p w14:paraId="7DEB5D3D" w14:textId="77777777" w:rsidR="00121116" w:rsidRDefault="00AA3789">
      <w:r>
        <w:t>“Keep moving,” he said, his voice low, strained, the words heavy with an edge of finality. It was a command, but there was a crack in his tone, barely perceptible, like something had been ripped away too soon.</w:t>
      </w:r>
    </w:p>
    <w:p w14:paraId="4964F2FB" w14:textId="77777777" w:rsidR="00121116" w:rsidRDefault="00AA3789">
      <w:r>
        <w:t>For a moment, I couldn’t move. I stood frozen, the echo of his touch still rippling through me, his scent—earthy, sharp—lingering like a tether I couldn’t sever. My thoughts spun, chaotic and unrelenting, but I couldn’t force myself to speak. My throat tightened, and I felt the sting of tears that refused to fall.</w:t>
      </w:r>
    </w:p>
    <w:p w14:paraId="40CA70E8" w14:textId="77777777" w:rsidR="00121116" w:rsidRDefault="00AA3789">
      <w:r>
        <w:t>He turned away, his shoulders stiff, his stride deliberate as he continued deeper into the cave. The distance between us widened with every step, but something invisible held me to him, a thread I didn’t understand and wasn’t sure I wanted to.</w:t>
      </w:r>
    </w:p>
    <w:p w14:paraId="315A5970" w14:textId="77777777" w:rsidR="00121116" w:rsidRDefault="00AA3789">
      <w:r>
        <w:t>I finally moved, my legs carrying me forward on instinct, though my mind was far behind. Every step felt like a battle, my emotions a tangled mess of fury, yearning, and the faintest spark of something that terrified me: attachment.</w:t>
      </w:r>
    </w:p>
    <w:p w14:paraId="7225D967" w14:textId="77777777" w:rsidR="00121116" w:rsidRDefault="00AA3789">
      <w:r>
        <w:lastRenderedPageBreak/>
        <w:t>But a part of me wanted to chase after him, to demand answers, to force him to say something—anything—about what had just happened. Had he felt it too? Or was it just me, grasping for something in the dark?</w:t>
      </w:r>
    </w:p>
    <w:p w14:paraId="31123BB4" w14:textId="77777777" w:rsidR="00121116" w:rsidRDefault="00AA3789">
      <w:r>
        <w:t>My thoughts splintered as the soul’s voice returned, slithering into the silence, curling around me like smoke. “You see, Sky,” it whispered, its tone soft and chilling, the kind of voice that made your skin crawl. “There is more to this game than you’ve been told.”</w:t>
      </w:r>
    </w:p>
    <w:p w14:paraId="238948D3" w14:textId="77777777" w:rsidR="00121116" w:rsidRDefault="00AA3789">
      <w:r>
        <w:t>I froze, my pulse quickening as its voice shifted, sliding from one ear to the other, each word like a cold breath against my skin. “You were meant to be the main piece of the puzzle, a pawn meant to disappear once your purpose was served. But things… have taken a rather fascinating turn, haven’t they?”</w:t>
      </w:r>
    </w:p>
    <w:p w14:paraId="64BB97B9" w14:textId="77777777" w:rsidR="00121116" w:rsidRDefault="00AA3789">
      <w:r>
        <w:t>It paused, the silence that followed thick and oppressive. Then, almost mockingly, it repeated, “Why?” It mimicked my own voice, distorted and hollow. “Why, you ask? Because something no one predicted has come to pass. You, dear Sky, were never meant to uncover the power you hold. You were only meant to carry the power that’s been flowing through your veins, not from the soul. And yet…”</w:t>
      </w:r>
    </w:p>
    <w:p w14:paraId="0BB88294" w14:textId="77777777" w:rsidR="00121116" w:rsidRDefault="00AA3789">
      <w:r>
        <w:t>The soul’s voice trailed off, the weight of its words settling over me like a storm cloud. “And yet here you are,” it continued, its tone tinged with delight, “standing on the edge of something far greater. Something they will all fear. And with that stone, Sky… oh, you will feel more than you’ve ever imagined. Power. Truth. Maybe even freedom. But at what cost, I wonder?”</w:t>
      </w:r>
    </w:p>
    <w:p w14:paraId="40763099" w14:textId="77777777" w:rsidR="00121116" w:rsidRDefault="00AA3789">
      <w:r>
        <w:t>Its laughter erupted, sharp and cruel, echoing from every corner of the cave. I clamped my hands over my ears, but the sound burrowed into my skull, seeping into every thought until it felt like my own. “Happy hunting, Sky,” it sneered, the laughter twisting into a cackle that reverberated in my bones.</w:t>
      </w:r>
    </w:p>
    <w:p w14:paraId="11332657" w14:textId="77777777" w:rsidR="00121116" w:rsidRDefault="00AA3789">
      <w:r>
        <w:t>I staggered back, shaking my head, trying to shove its voice out of my mind. The weight of its words pressed down on me, and I couldn’t tell if it was truth, manipulation, or some combination of the two.</w:t>
      </w:r>
    </w:p>
    <w:p w14:paraId="72529964" w14:textId="77777777" w:rsidR="00121116" w:rsidRDefault="00AA3789">
      <w:r>
        <w:t>I caught up to Vidar, quieting my steps as I approached closer. The cave was silent except for the faint crunch of stone beneath our feet and the distant, rhythmic drip of water. I took a steadying breath before asserting myself, “I need to find that stone.” My voice echoed faintly, swallowed by the oppressive darkness around us.</w:t>
      </w:r>
    </w:p>
    <w:p w14:paraId="65D37D99" w14:textId="77777777" w:rsidR="00121116" w:rsidRDefault="00AA3789">
      <w:r>
        <w:t>I waited for a response, my pulse quickening in the silence. “How am I supposed to find something I’ve never seen in these dark tunnels?” My words lingered in the air, carried forward by the emptiness.</w:t>
      </w:r>
    </w:p>
    <w:p w14:paraId="7D86428D" w14:textId="77777777" w:rsidR="00121116" w:rsidRDefault="00AA3789">
      <w:r>
        <w:t>Vidar’s strides didn’t falter, but his tone, when it came, was impatient, laced with condescension. “The only way you would go about trying a magical object: with your powers. Use them.”</w:t>
      </w:r>
    </w:p>
    <w:p w14:paraId="22B4119D" w14:textId="77777777" w:rsidR="00121116" w:rsidRDefault="00AA3789">
      <w:r>
        <w:lastRenderedPageBreak/>
        <w:t>I swallowed my irritation, forcing calm into my voice. “Then slow down,” I said evenly, though a faint edge crept in. “I can’t feel much if you don’t let me sink into each step, into the space around me.” I hesitated before admitting, “I felt something—a pull—but I don’t think it was the stone. Or… I lost it.”</w:t>
      </w:r>
    </w:p>
    <w:p w14:paraId="71146735" w14:textId="77777777" w:rsidR="00121116" w:rsidRDefault="00AA3789">
      <w:r>
        <w:t>He stopped abruptly, and I almost stumbled into him. He turned his head just enough to glance at me over his shoulder, his expression shadowed but piercing in the dim glow. Then, with a slight shift in his weight, he fell into step beside me, his pace deliberate, controlled.</w:t>
      </w:r>
    </w:p>
    <w:p w14:paraId="36C85EC8" w14:textId="77777777" w:rsidR="00121116" w:rsidRDefault="00AA3789">
      <w:r>
        <w:t>“Fine,” he whispered, the word barely audible, his tone unreadable.</w:t>
      </w:r>
    </w:p>
    <w:p w14:paraId="3FE8E251" w14:textId="77777777" w:rsidR="00121116" w:rsidRDefault="00AA3789">
      <w:r>
        <w:t>We moved in silence, our steps slower now, more deliberate. I let the echoes of the cave settle around me, tried to drown out the quiet pressure of his presence so close beside me. Each step was deliberate, purposeful, and I focused on the faint threads of magic that stirred beneath my skin, listening for the pull I’d felt before.</w:t>
      </w:r>
    </w:p>
    <w:p w14:paraId="643F1816" w14:textId="77777777" w:rsidR="00121116" w:rsidRDefault="00AA3789">
      <w:r>
        <w:t>The silence stretched, broken only by the sound of our movement. I felt him watching me, his attention heavy and unyielding, even as I tried to ignore it. My breaths grew quieter, slower, as I tried to let the magic guide me, to open myself to the faint hum I could almost sense in the distance.</w:t>
      </w:r>
    </w:p>
    <w:p w14:paraId="638BFBF3" w14:textId="77777777" w:rsidR="00121116" w:rsidRDefault="00AA3789">
      <w:r>
        <w:t>“There,” I murmured suddenly, pausing mid-step. The pull was back, faint but unmistakable, brushing against my awareness like a fleeting whisper. “It’s here.”</w:t>
      </w:r>
    </w:p>
    <w:p w14:paraId="0C4D9211" w14:textId="77777777" w:rsidR="00121116" w:rsidRDefault="00AA3789">
      <w:r>
        <w:t>Vidar didn’t respond, but I felt the shift in his stance, the way his gaze sharpened, cutting through the darkness toward the space I was sensing. My breath hitched as I took another careful step, the pull growing stronger now, like a thread winding tighter, drawing me forward.</w:t>
      </w:r>
    </w:p>
    <w:p w14:paraId="16E94229" w14:textId="77777777" w:rsidR="00121116" w:rsidRDefault="00AA3789">
      <w:r>
        <w:t>But then, another hum rippled through the air, low and insistent, cutting across the pull that was guiding me forward. It vibrated at the edges of my awareness, disrupting my focus and tugging at something deeper within me.</w:t>
      </w:r>
    </w:p>
    <w:p w14:paraId="0D9BEA47" w14:textId="77777777" w:rsidR="00121116" w:rsidRDefault="00AA3789">
      <w:r>
        <w:t>I froze mid-step, caught between the two sensations. This second hum wasn’t like the first—where the pull ahead was faint, almost fragile, this one was darker, heavier, and impossibly close. It didn’t just call to me—it dared me. An unspoken challenge, twisting through the air like smoke, coiling around my senses and begging me to turn back.</w:t>
      </w:r>
    </w:p>
    <w:p w14:paraId="31774EEE" w14:textId="77777777" w:rsidR="00121116" w:rsidRDefault="00AA3789">
      <w:r>
        <w:t>My fingers twitched at my sides, my breath unsteady. Whatever it was, it felt dangerous… but inviting. I wanted to follow it. I needed to follow it. My heart thundered in my chest as I shifted slightly, my body leaning instinctively toward the darker impulse.</w:t>
      </w:r>
    </w:p>
    <w:p w14:paraId="491BCF96" w14:textId="77777777" w:rsidR="00121116" w:rsidRDefault="00AA3789">
      <w:r>
        <w:t>It was pulling me away from the stone, from whatever I was supposed to find. I knew that. But still, the whisper of it was irresistible, like a shadow waiting for me to step into it, daring me to unravel its secrets.</w:t>
      </w:r>
    </w:p>
    <w:p w14:paraId="4AF78023" w14:textId="77777777" w:rsidR="00121116" w:rsidRDefault="00AA3789">
      <w:r>
        <w:lastRenderedPageBreak/>
        <w:t>I hesitated, my feet rooted in place, my mind torn between reason and instinct. Whatever was behind me—whatever was calling—it wasn’t safe. It couldn’t be. But the sharp edge of its allure cut through my fear, filling my veins with a dangerous curiosity.</w:t>
      </w:r>
    </w:p>
    <w:p w14:paraId="13FBA5F8" w14:textId="77777777" w:rsidR="00121116" w:rsidRDefault="00AA3789">
      <w:r>
        <w:t>The hum twisted, wrapping itself tighter around me, its persistence growing sharper, harder to ignore. It wasn’t just a pull anymore—it felt alive, threading through my veins, filling the hollow spaces inside me. My breath hitched as a heat I couldn’t place began to spread, a foreign warmth that felt equal parts comforting and suffocating.</w:t>
      </w:r>
    </w:p>
    <w:p w14:paraId="381ADA1C" w14:textId="77777777" w:rsidR="00121116" w:rsidRDefault="00AA3789">
      <w:r>
        <w:t>I bit the inside of my cheek, the sharp sting grounding me for a moment. “Focus, Sky,” I whispered under my breath, but my voice sounded distant, drowned by the insistent rhythm that wasn’t my own.</w:t>
      </w:r>
    </w:p>
    <w:p w14:paraId="792E34CB" w14:textId="77777777" w:rsidR="00121116" w:rsidRDefault="00AA3789">
      <w:r>
        <w:t>Vidar paused ahead, his broad shoulders silhouetted against the faint, flickering glow of the cave walls. He didn’t turn, but I could feel his attention shift, a subtle pull in the air as though he were reaching for me without even moving. The hum surged at that moment, a sharp, electric jolt that nearly knocked me off balance. My knees buckled slightly, and I steadied myself against the cold, jagged wall.</w:t>
      </w:r>
    </w:p>
    <w:p w14:paraId="7CAC3AAA" w14:textId="77777777" w:rsidR="00121116" w:rsidRDefault="00AA3789">
      <w:r>
        <w:t>“Sky,” Vidar’s voice came low, clipped, yet his tone felt heavier, like he was biting back something unsaid. He didn’t move closer, but the space between us felt impossibly small, charged with an energy I couldn’t name.</w:t>
      </w:r>
    </w:p>
    <w:p w14:paraId="765393C0" w14:textId="77777777" w:rsidR="00121116" w:rsidRDefault="00AA3789">
      <w:r>
        <w:t>“I’m fine,” I said, though my voice betrayed the tremor running through me. The words came out too fast, too defensive, and I hated how transparent they sounded.</w:t>
      </w:r>
    </w:p>
    <w:p w14:paraId="7F5820A9" w14:textId="77777777" w:rsidR="00121116" w:rsidRDefault="00AA3789">
      <w:r>
        <w:t>He lingered, and in that pause, the hum shifted again, no longer just a sensation but something more profound—an unspoken thread tying us together, vibrating with every unsteady breath I took. My hands pressed harder against the rock, as if to anchor myself, but it wasn’t enough to silence the growing storm inside me.</w:t>
      </w:r>
    </w:p>
    <w:p w14:paraId="72E9F398" w14:textId="77777777" w:rsidR="00121116" w:rsidRDefault="00AA3789">
      <w:r>
        <w:t>The pull wasn’t just his presence. It was him.</w:t>
      </w:r>
    </w:p>
    <w:p w14:paraId="14330655" w14:textId="77777777" w:rsidR="00121116" w:rsidRDefault="00AA3789">
      <w:r>
        <w:t>And it was unbearable.</w:t>
      </w:r>
    </w:p>
    <w:p w14:paraId="0486A4F4" w14:textId="77777777" w:rsidR="00121116" w:rsidRDefault="00AA3789">
      <w:r>
        <w:t>“Keep moving,” he said finally, but his voice faltered, a subtle crack that set my pulse racing again. He turned back toward the path, his movements deliberate, controlled, as if he were trying to steady himself just as much as I was.</w:t>
      </w:r>
    </w:p>
    <w:p w14:paraId="3C72CF5A" w14:textId="77777777" w:rsidR="00121116" w:rsidRDefault="00AA3789">
      <w:r>
        <w:t>I wanted to shout at him, to demand an explanation for what I was feeling, but the words died in my throat. Instead, I followed, the hum still alive within me, refusing to quiet. Every step felt heavier, as if the air itself was conspiring to drag me back to him, to pull me under.</w:t>
      </w:r>
    </w:p>
    <w:p w14:paraId="1B8977B4" w14:textId="77777777" w:rsidR="00121116" w:rsidRDefault="00AA3789">
      <w:r>
        <w:t>The darkness deepened as we moved further into the cave, but I barely noticed the shifting shadows. All I could feel was that hum, that invisible bond threading between us, taunting me with every beat of its rhythm. I clenched my fists, nails digging into my palms, and forced my focus forward.</w:t>
      </w:r>
    </w:p>
    <w:p w14:paraId="03C1FD3A" w14:textId="77777777" w:rsidR="00121116" w:rsidRDefault="00AA3789">
      <w:r>
        <w:lastRenderedPageBreak/>
        <w:t>But even as I tried to push it away, to bury it beneath my anger, my confusion, it lingered. Not just a pull, but a promise—one I wasn’t ready to confront.</w:t>
      </w:r>
    </w:p>
    <w:p w14:paraId="441C3C76" w14:textId="77777777" w:rsidR="00121116" w:rsidRDefault="00AA3789">
      <w:r>
        <w:t>The hum still pulsed faintly in my veins, a low rhythm I couldn’t escape, even as I tried to force my focus forward. My breaths were shallow, the weight of the darkness pressing against me from all sides. Vidar moved ahead, steady and deliberate, but the space between us felt tenuous, like a thread stretched too thin.</w:t>
      </w:r>
    </w:p>
    <w:p w14:paraId="0A486305" w14:textId="77777777" w:rsidR="00121116" w:rsidRDefault="00AA3789">
      <w:r>
        <w:t>Then, out of nowhere, a hand clamped over my mouth.</w:t>
      </w:r>
    </w:p>
    <w:p w14:paraId="160B7CBA" w14:textId="77777777" w:rsidR="00121116" w:rsidRDefault="00AA3789">
      <w:r>
        <w:t>My instincts kicked in immediately. I twisted violently, magic sparking to life at my fingertips, a low growl rising in my throat. The grip tightened, pulling me back against a solid chest. “Quiet, Sky,” a voice whispered in my ear, low and urgent. “It’s me.”</w:t>
      </w:r>
    </w:p>
    <w:p w14:paraId="51BCB11A" w14:textId="77777777" w:rsidR="00121116" w:rsidRDefault="00AA3789">
      <w:r>
        <w:t>Rainer.</w:t>
      </w:r>
    </w:p>
    <w:p w14:paraId="4EE321DD" w14:textId="77777777" w:rsidR="00121116" w:rsidRDefault="00AA3789">
      <w:r>
        <w:t>The recognition hit me like a blow, and my magic fizzled out as quickly as it had flared. His voice was unmistakable, roughened by fatigue but still carrying that unwavering intensity I knew too well. My body stilled, though my pulse raced wildly in my chest.</w:t>
      </w:r>
    </w:p>
    <w:p w14:paraId="7A96F8F1" w14:textId="77777777" w:rsidR="00121116" w:rsidRDefault="00AA3789">
      <w:r>
        <w:t>He loosened his grip slightly but didn’t let go, his hand lingering against my mouth as if waiting to see if I’d fight again. “Don’t scream,” he said softly, his words barely audible over the sound of my ragged breaths. “I’m here to help.”</w:t>
      </w:r>
    </w:p>
    <w:p w14:paraId="0CD937B4" w14:textId="77777777" w:rsidR="00121116" w:rsidRDefault="00AA3789">
      <w:r>
        <w:t>My mind spun, struggling to process his presence. Rainer. Here. In these cursed tunnels. “What—” I started, my words muffled against his palm. He released me, his hand falling to his side, but the weight of his presence didn’t lessen.</w:t>
      </w:r>
    </w:p>
    <w:p w14:paraId="043ABB80" w14:textId="77777777" w:rsidR="00121116" w:rsidRDefault="00AA3789">
      <w:r>
        <w:t>“What are you doing here?” I hissed, my voice low but sharp. “How did you—”</w:t>
      </w:r>
    </w:p>
    <w:p w14:paraId="5C37DF6F" w14:textId="77777777" w:rsidR="00121116" w:rsidRDefault="00AA3789">
      <w:r>
        <w:t>“Later,” he interrupted, his eyes flicking past me toward the darkness where Vidar’s shadow was receding. “You’re not safe here. We don’t have much time.”</w:t>
      </w:r>
    </w:p>
    <w:p w14:paraId="66839F88" w14:textId="77777777" w:rsidR="00121116" w:rsidRDefault="00AA3789">
      <w:r>
        <w:t>“I know that,” I snapped, trying to mask my shock with anger. “But you can’t just—”</w:t>
      </w:r>
    </w:p>
    <w:p w14:paraId="628C080F" w14:textId="77777777" w:rsidR="00121116" w:rsidRDefault="00AA3789">
      <w:r>
        <w:t>“Sky.” His voice cut through mine, quiet but firm. His gaze locked onto mine, and for the first time, I noticed the urgency in his eyes, the exhaustion etched into his face. “You don’t understand. I know why you’re here. It was only a matter of time. Cronus needs that stone, but you can’t give it to him. It must stay here. Where it’s safe.” His voice was quiet but heavy with insistence, the weight of his words sinking into the air between us.</w:t>
      </w:r>
    </w:p>
    <w:p w14:paraId="311E179E" w14:textId="77777777" w:rsidR="00121116" w:rsidRDefault="00AA3789">
      <w:r>
        <w:t>I shook my head, my throat tightening. “I don’t have a choice, Rainer. He has my family,” I said, my voice breaking on the last word. The weight of it all came crashing back—the image of my sister and mother, helpless and terrified.</w:t>
      </w:r>
    </w:p>
    <w:p w14:paraId="6A7CDF03" w14:textId="77777777" w:rsidR="00121116" w:rsidRDefault="00AA3789">
      <w:r>
        <w:t>His grip on my wrist tensed, his emerald eyes narrowing as if the words struck him somewhere deep. “How?” he asked, the disbelief in his voice barely masking his rising fury.</w:t>
      </w:r>
    </w:p>
    <w:p w14:paraId="53847564" w14:textId="77777777" w:rsidR="00121116" w:rsidRDefault="00AA3789">
      <w:r>
        <w:lastRenderedPageBreak/>
        <w:t>“I don’t know,” I admitted, my breath uneven, the words tumbling out in a rush. “But they don’t have much time. He’ll kill them if I don’t bring him that stone.”</w:t>
      </w:r>
    </w:p>
    <w:p w14:paraId="1B986E79" w14:textId="77777777" w:rsidR="00121116" w:rsidRDefault="00AA3789">
      <w:r>
        <w:t>Rainer’s jaw tightened, and for a moment, his glowing eyes dimmed as though some unspoken war raged inside him. “Sky—” he started, his voice raw with something close to desperation.</w:t>
      </w:r>
    </w:p>
    <w:p w14:paraId="41D2D613" w14:textId="77777777" w:rsidR="00121116" w:rsidRDefault="00AA3789">
      <w:r>
        <w:t>“Sky—” Vidar’s voice cut through the tunnel, its echo sharp and commanding.</w:t>
      </w:r>
    </w:p>
    <w:p w14:paraId="506B60A2" w14:textId="77777777" w:rsidR="00121116" w:rsidRDefault="00AA3789">
      <w:r>
        <w:t>Rainer’s gaze snapped toward the sound, his body going rigid. He leaned closer, his grip firm but not forceful. “Don’t answer him,” he whispered fiercely, his tone imploring as if he knew something I didn’t. His hand released my wrist, but the unspoken plea in his eyes lingered, holding me in place. “You can’t give him that stone,” he said again, his voice softer but no less urgent.</w:t>
      </w:r>
    </w:p>
    <w:p w14:paraId="4266F680" w14:textId="77777777" w:rsidR="00121116" w:rsidRDefault="00AA3789">
      <w:r>
        <w:t>I hesitated, my chest tightening. “I have to,” I said finally, the words carrying the weight of my resolve and my guilt. “I’m sorry, Rainer. I can’t let my family pay the price for what I am.”</w:t>
      </w:r>
    </w:p>
    <w:p w14:paraId="030B6991" w14:textId="77777777" w:rsidR="00121116" w:rsidRDefault="00AA3789">
      <w:r>
        <w:t>He reached for me again, his expression flickering between anger and something gentler. “Sky, listen to me—”</w:t>
      </w:r>
    </w:p>
    <w:p w14:paraId="67DD83B7" w14:textId="77777777" w:rsidR="00121116" w:rsidRDefault="00AA3789">
      <w:r>
        <w:t>“I’m sorry,” I repeated, stepping back, breaking free of his touch. I didn’t wait for him to respond. I turned toward the dim light where Vidar’s silhouette waited, my footsteps echoing in the cavern as I forced myself forward.</w:t>
      </w:r>
    </w:p>
    <w:p w14:paraId="3812EB7C" w14:textId="77777777" w:rsidR="00121116" w:rsidRDefault="00AA3789">
      <w:r>
        <w:t>But I felt it—the burn of Rainer’s stare, the unspoken warning in his silence, and the ache of the bond that tethered me to more than just duty. It gnawed at me with every step, a quiet reminder of the impossible choices that lay ahead.</w:t>
      </w:r>
    </w:p>
    <w:p w14:paraId="48E0C305" w14:textId="77777777" w:rsidR="00121116" w:rsidRDefault="00AA3789">
      <w:r>
        <w:t>“What’s the hold-up?” Vidar’s voice cut through the quiet, his figure looming just ahead. He glanced back at me, his sharp gaze assessing.</w:t>
      </w:r>
    </w:p>
    <w:p w14:paraId="71A681E3" w14:textId="77777777" w:rsidR="00121116" w:rsidRDefault="00AA3789">
      <w:r>
        <w:t>“Nothing,” I said too quickly, my voice clipped and uneven. It wasn’t nothing. My mind churned, tangled in questions I couldn’t answer and decisions I wasn’t ready to make. The weight of what lay ahead pressed heavily on my chest. I knew finding that stone would open a door I couldn’t close, unleashing fury and danger far beyond my control. But I didn’t have a choice.</w:t>
      </w:r>
    </w:p>
    <w:p w14:paraId="1BD1D0F6" w14:textId="77777777" w:rsidR="00121116" w:rsidRDefault="00AA3789">
      <w:r>
        <w:t>Vidar narrowed his eyes, unconvinced. His dark brows furrowed as he studied me, his scrutiny sharp enough to cut through the shadows. “What’s going on?” he asked again, his tone harder this time, more insistent.</w:t>
      </w:r>
    </w:p>
    <w:p w14:paraId="5B4A2BA2" w14:textId="77777777" w:rsidR="00121116" w:rsidRDefault="00AA3789">
      <w:r>
        <w:t>“I—I need to find that stone,” I stammered, forcing my voice to steady. “Let’s keep going.” I stepped forward, ignoring the question hanging in the air, pretending I didn’t see the flicker of suspicion in his gaze. My words felt hollow, but I didn’t dare look back—not at Vidar, and definitely not at Rainer.</w:t>
      </w:r>
    </w:p>
    <w:p w14:paraId="4778BD84" w14:textId="77777777" w:rsidR="00121116" w:rsidRDefault="00AA3789">
      <w:r>
        <w:lastRenderedPageBreak/>
        <w:t>“Brother.”</w:t>
      </w:r>
    </w:p>
    <w:p w14:paraId="7E0B5EB8" w14:textId="77777777" w:rsidR="00121116" w:rsidRDefault="00AA3789">
      <w:r>
        <w:t>The word rang out like a crack of thunder, stopping me mid-step. My heart stumbled as the voice—steady, firm, and heavy with meaning—came from behind. Slowly, I turned, the weight of that single word sinking into my chest like a stone.</w:t>
      </w:r>
    </w:p>
    <w:p w14:paraId="153DBD05" w14:textId="77777777" w:rsidR="00121116" w:rsidRDefault="00AA3789">
      <w:r>
        <w:t>Rainer stepped out of the darkness, his face shadowed but his presence unmistakable. His emerald eyes glinted faintly, locked on Vidar. The word lingered in the air, heavy and foreign, as if it hadn’t been spoken in years. Or lifetimes.</w:t>
      </w:r>
    </w:p>
    <w:p w14:paraId="7C892C2C" w14:textId="77777777" w:rsidR="00121116" w:rsidRDefault="00AA3789">
      <w:r>
        <w:t>Brother?</w:t>
      </w:r>
    </w:p>
    <w:p w14:paraId="35709F80" w14:textId="77777777" w:rsidR="00121116" w:rsidRDefault="00AA3789">
      <w:r>
        <w:t>The silence that followed felt deafening, a tense pause thick with unspoken history. I looked between them, my confusion growing with every heartbeat. Brother? Had he meant the word? Or had it been something else, something sharper and colder?</w:t>
      </w:r>
    </w:p>
    <w:p w14:paraId="3CA3D3BB" w14:textId="77777777" w:rsidR="00121116" w:rsidRDefault="00AA3789">
      <w:r>
        <w:t>Vidar smirked, the expression slow and deliberate, his gaze never leaving Rainer. It wasn’t the kind of smirk that came with amusement—it was darker, edged with something dangerous. “Rainer,” he said finally, his tone dripping with disdain. He said the name like it was a weapon, a reminder, a taunt.</w:t>
      </w:r>
    </w:p>
    <w:p w14:paraId="73FE8BCA" w14:textId="77777777" w:rsidR="00121116" w:rsidRDefault="00AA3789">
      <w:r>
        <w:t>Their eyes locked, and in that moment, I might as well have been invisible. The air between them crackled with unspoken power, a clash of wills simmering just below the surface. Whatever bond—or rift—lay between them, it was old and jagged, a wound neither of them had ever let heal.</w:t>
      </w:r>
    </w:p>
    <w:p w14:paraId="0745C2F1" w14:textId="77777777" w:rsidR="00121116" w:rsidRDefault="00AA3789">
      <w:r>
        <w:t>I opened my mouth to speak, to demand an explanation, but the tension was suffocating, rooting me in place. My thoughts raced, scrambling to make sense of this revelation. Brother. The word echoed in my mind, stirring more questions than I could count.</w:t>
      </w:r>
    </w:p>
    <w:p w14:paraId="1A544316" w14:textId="77777777" w:rsidR="00121116" w:rsidRDefault="00AA3789">
      <w:r>
        <w:t>Vidar tilted his head, his smirk fading into something colder, his eyes gleaming with a challenge. “Did you come to lecture me, Rainer?” he asked, his voice low and cutting. “Or just to get in the way?”</w:t>
      </w:r>
    </w:p>
    <w:p w14:paraId="2D9E6AED" w14:textId="77777777" w:rsidR="00121116" w:rsidRDefault="00AA3789">
      <w:r>
        <w:t>Rainer’s jaw tightened, the faint glow in his emerald eyes darkening. “You know why I’m here,” he said, his tone steady but laced with warning. “And you know what’s at stake.”</w:t>
      </w:r>
    </w:p>
    <w:p w14:paraId="3178C7F6" w14:textId="77777777" w:rsidR="00121116" w:rsidRDefault="00AA3789">
      <w:r>
        <w:t>Vidar’s laugh was quiet but sharp, the sound reverberating off the cave walls. “Always so noble,” he sneered. “Tell me, Brother, how long do you think you can keep playing savior before you burn out?”</w:t>
      </w:r>
    </w:p>
    <w:p w14:paraId="019BF53F" w14:textId="77777777" w:rsidR="00121116" w:rsidRDefault="00AA3789">
      <w:r>
        <w:t>The venom in his words made my stomach twist. This wasn’t just a casual rivalry. This was something deeper, something dangerous—and I was caught in the middle.</w:t>
      </w:r>
    </w:p>
    <w:p w14:paraId="571C334C" w14:textId="77777777" w:rsidR="00121116" w:rsidRDefault="00AA3789">
      <w:r>
        <w:t>“Enough,” I said, my voice trembling but firm. Both of their gazes snapped to me, the intensity of their stares almost making me flinch. “I don’t care what’s between you two,” I continued, forcing myself to hold their attention. “We have to find that stone. Now.”</w:t>
      </w:r>
    </w:p>
    <w:p w14:paraId="6FE8DA67" w14:textId="77777777" w:rsidR="00121116" w:rsidRDefault="00AA3789">
      <w:r>
        <w:lastRenderedPageBreak/>
        <w:t>Rainer’s expression softened slightly, but his eyes lingered on Vidar. “You’re making a mistake,” he said, his words directed at him but meant for both of us. “She doesn’t deserve this.”</w:t>
      </w:r>
    </w:p>
    <w:p w14:paraId="530F8705" w14:textId="77777777" w:rsidR="00121116" w:rsidRDefault="00AA3789">
      <w:r>
        <w:t>Vidar’s jaw tightened, his smirk vanishing completely. “Stay out of it,” he growled, his voice low and dangerous. “This was never your fight.”</w:t>
      </w:r>
    </w:p>
    <w:p w14:paraId="15BBB059" w14:textId="77777777" w:rsidR="00121116" w:rsidRDefault="00AA3789">
      <w:r>
        <w:t>“No,” Rainer said simply, his voice steady. “It’s hers.”</w:t>
      </w:r>
    </w:p>
    <w:p w14:paraId="5C68FE87" w14:textId="77777777" w:rsidR="00121116" w:rsidRDefault="00AA3789">
      <w:r>
        <w:t>I looked at Rainer with softer eyes, as his words settled in. It had become my fight—one I was losing. The truth of it stung, sharp and unrelenting, carving its way into the walls I had built around myself. I had been holding on to the hope that this was temporary, that someone else would take the reins, but there was no denying it now.</w:t>
      </w:r>
    </w:p>
    <w:p w14:paraId="42F963B9" w14:textId="77777777" w:rsidR="00121116" w:rsidRDefault="00AA3789">
      <w:r>
        <w:t>This was my fight. My burden.</w:t>
      </w:r>
    </w:p>
    <w:p w14:paraId="74739283" w14:textId="77777777" w:rsidR="00121116" w:rsidRDefault="00AA3789">
      <w:r>
        <w:t>I swallowed hard, the weight of his words pressing on my chest like stone. Rainer’s gaze didn’t waver, his emerald eyes steady and unyielding, as if willing me to see the truth in them. For a moment, I felt a flicker of something foreign—something that felt like strength, fragile but real.</w:t>
      </w:r>
    </w:p>
    <w:p w14:paraId="10C8916C" w14:textId="77777777" w:rsidR="00121116" w:rsidRDefault="00AA3789">
      <w:r>
        <w:t>But then Vidar shifted beside me, and the pull of him—his presence, his silence, his power—tugged at the fragile threads holding me together. His dark eyes flicked toward me, unreadable, but I could feel his judgment, the question lingering in the air: Would I stand, or would I fall?</w:t>
      </w:r>
    </w:p>
    <w:p w14:paraId="797F8A03" w14:textId="77777777" w:rsidR="00121116" w:rsidRDefault="00AA3789">
      <w:r>
        <w:t>My breath hitched as I turned away from both of them, the heat of their gazes too much to bear. The cave seemed to close in around me, its shadows stretching longer, darker, as if the very walls were conspiring against me.</w:t>
      </w:r>
    </w:p>
    <w:p w14:paraId="2CDE949F" w14:textId="77777777" w:rsidR="00121116" w:rsidRDefault="00AA3789">
      <w:r>
        <w:t>“I know it’s my fight,” I said finally, my voice low and steady, though it trembled at the edges. “But that doesn’t mean I can win it.”</w:t>
      </w:r>
    </w:p>
    <w:p w14:paraId="71F8513B" w14:textId="77777777" w:rsidR="00121116" w:rsidRDefault="00AA3789">
      <w:r>
        <w:t>The confession slipped out before I could stop it, raw and unguarded, and for a moment, the air between us stilled. Neither of them spoke, but I felt their reactions like a shift in the ground beneath me—Vidar’s sharp, assessing silence, and Rainer’s quiet, aching understanding.</w:t>
      </w:r>
    </w:p>
    <w:p w14:paraId="5E512A7C" w14:textId="77777777" w:rsidR="00121116" w:rsidRDefault="00AA3789">
      <w:r>
        <w:t>“You don’t have to win it alone,” Rainer said, his voice softer now, though the firmness in his tone remained. “But you have to stop running from it.”</w:t>
      </w:r>
    </w:p>
    <w:p w14:paraId="6AD7C02B" w14:textId="77777777" w:rsidR="00121116" w:rsidRDefault="00AA3789">
      <w:r>
        <w:t>I met his gaze, the weight of his words settling deeper into me. Stop running. The idea almost made me laugh—wasn’t that all I had been doing? Running from Cronus, from the stone, from my power, from the bonds I didn’t understand. From the person I was supposed to be.</w:t>
      </w:r>
    </w:p>
    <w:p w14:paraId="71F42BC0" w14:textId="77777777" w:rsidR="00121116" w:rsidRDefault="00AA3789">
      <w:r>
        <w:lastRenderedPageBreak/>
        <w:t>Vidar stepped forward, his presence eclipsing the flickering light around him. “Enough,” he said, his tone cutting through the stillness like a blade. “We don’t have time for this. If she’s too weak to do what’s needed, then she shouldn’t have come.”</w:t>
      </w:r>
    </w:p>
    <w:p w14:paraId="3F3F67F3" w14:textId="77777777" w:rsidR="00121116" w:rsidRDefault="00AA3789">
      <w:r>
        <w:t>As if I had a choice. The words hit like a blow, cold and unforgiving, and I felt the familiar flare of anger spark within me. Weak. The word clawed at me, igniting a defiance I hadn’t realized was still there.</w:t>
      </w:r>
    </w:p>
    <w:p w14:paraId="7E83B136" w14:textId="77777777" w:rsidR="00121116" w:rsidRDefault="00AA3789">
      <w:r>
        <w:t>“I’m not weak,” I snapped, my voice sharper than I intended. My fists clenched at my sides, and I stepped forward, meeting Vidar’s dark gaze head-on. “I’m still standing, aren’t I?”</w:t>
      </w:r>
    </w:p>
    <w:p w14:paraId="1D325FF4" w14:textId="77777777" w:rsidR="00121116" w:rsidRDefault="00AA3789">
      <w:r>
        <w:t>For a moment, his expression didn’t change, but something flickered in his eyes—a shadow of something unspoken, fleeting but unmistakable. He didn’t answer, but he didn’t look away either, the tension between us crackling like a live flame.</w:t>
      </w:r>
    </w:p>
    <w:p w14:paraId="3097C685" w14:textId="77777777" w:rsidR="00121116" w:rsidRDefault="00AA3789">
      <w:r>
        <w:t>Rainer shifted, breaking the moment as he stepped closer. “Sky,” he said, his voice low, steady. “If you’re going to find that stone, you need to stop doubting yourself. Whatever is pulling you, whatever you’re feeling—it’s part of this. Don’t fight it.”</w:t>
      </w:r>
    </w:p>
    <w:p w14:paraId="49A79C9B" w14:textId="77777777" w:rsidR="00121116" w:rsidRDefault="00AA3789">
      <w:r>
        <w:t>I blinked, his words sinking in. Whatever you’re feeling. My chest tightened as I glanced between them, the weight of the bond I couldn’t name pulling at me from all sides. Vidar. Rainer. The stone. The whispers in the darkness. It was all connected, tangled together in ways I couldn’t yet understand.</w:t>
      </w:r>
    </w:p>
    <w:p w14:paraId="3E2FBA4E" w14:textId="77777777" w:rsidR="00121116" w:rsidRDefault="00AA3789">
      <w:r>
        <w:t>“So, you’re going to help me find that stone?” I asked, my voice sharper than I intended, slicing through the heavy silence that had settled around us. My eyes bore into Rainer’s, demanding an answer.</w:t>
      </w:r>
    </w:p>
    <w:p w14:paraId="480B0D90" w14:textId="77777777" w:rsidR="00121116" w:rsidRDefault="00AA3789">
      <w:r>
        <w:t>He hesitated, a flicker of something unreadable passing over his face. “It seems I have no other choice,” he admitted, his words careful, almost reluctant. “But fighting with him”—he gestured faintly toward Vidar, his tone clipped—“will get us nowhere.”</w:t>
      </w:r>
    </w:p>
    <w:p w14:paraId="6B14353C" w14:textId="77777777" w:rsidR="00121116" w:rsidRDefault="00AA3789">
      <w:r>
        <w:t>The word “brother” lingered between them unspoken, though I could feel its weight pressing on the air like an unhealed wound. I tilted my head, my curiosity sharpening. “What exactly are you saying?”</w:t>
      </w:r>
    </w:p>
    <w:p w14:paraId="014B3C88" w14:textId="77777777" w:rsidR="00121116" w:rsidRDefault="00AA3789">
      <w:r>
        <w:t>Vidar, as if on cue, stepped forward, his presence like a shadow consuming the narrow tunnel. The smirk that curved his lips didn’t reach his eyes. “Yes, Sky,” Vidar said, his voice like ice cracking through the tunnel. “Rainer and I were brothers once. The Slivarian brothers.” The name held weight, a history too tangled to explain in the suffocating dark. “Once upon a time,” he added, his tone mocking but laced with something bitter.</w:t>
      </w:r>
    </w:p>
    <w:p w14:paraId="3E5DD917" w14:textId="77777777" w:rsidR="00121116" w:rsidRDefault="00AA3789">
      <w:r>
        <w:t>Rainer’s jaw tightened, his eyes narrowing as if Vidar’s words had struck deeper than he wanted to show. “A long time ago,” Rainer said quietly, his voice steady but carrying an undertone of something distant, regretful. His emerald eyes stayed fixed on Vidar, an unspoken tension threading between them like a current.</w:t>
      </w:r>
    </w:p>
    <w:p w14:paraId="315E1D3A" w14:textId="77777777" w:rsidR="00121116" w:rsidRDefault="00AA3789">
      <w:r>
        <w:lastRenderedPageBreak/>
        <w:t>I bit back the questions clawing at the edges of my mind. Whatever history was buried between them, it wasn’t my concern—not here, not now. There wasn’t time for unraveling old wounds.</w:t>
      </w:r>
    </w:p>
    <w:p w14:paraId="0293FF29" w14:textId="77777777" w:rsidR="00121116" w:rsidRDefault="00AA3789">
      <w:r>
        <w:t>“Then let’s find the stone and get this over with,” I said, turning away from them both. My steps quickened, my focus sharpening. The weight of their fractured past lingered in the air, but I refused to let it distract me. My family didn’t have time for this.</w:t>
      </w:r>
    </w:p>
    <w:p w14:paraId="02B06725" w14:textId="77777777" w:rsidR="00121116" w:rsidRDefault="00AA3789">
      <w:r>
        <w:t>Vidar’s footsteps followed close behind, his presence a shadow that seemed to hum against the edges of my awareness. Rainer kept his distance, his silence stretching like a thread ready to snap. I could feel their eyes on me, on each other, the tension between them like a storm waiting to break.</w:t>
      </w:r>
    </w:p>
    <w:p w14:paraId="4471A01B" w14:textId="77777777" w:rsidR="00121116" w:rsidRDefault="00AA3789">
      <w:r>
        <w:t>I slowed my pace, focusing inward, trying to feel the pull of the stone again. But there was nothing—just a void where the magic should have been, like it had been snuffed out entirely. My chest tightened, the absence unsettling, as if the stone itself was mocking me.</w:t>
      </w:r>
    </w:p>
    <w:p w14:paraId="5617F5FB" w14:textId="77777777" w:rsidR="00121116" w:rsidRDefault="00AA3789">
      <w:r>
        <w:t>“The Slivarian brothers, back together again,” a voice dripped from the darkness, sharp and mocking. The soul’s eerie tone slithered through the tunnel, making my steps falter.</w:t>
      </w:r>
    </w:p>
    <w:p w14:paraId="70448FFF" w14:textId="77777777" w:rsidR="00121116" w:rsidRDefault="00AA3789">
      <w:r>
        <w:t>Rainer froze. Vidar’s reaction was immediate—a low snarl tore from his throat, his body taut like a predator ready to strike. The air around them shifted, thickening, and my skin prickled as magic spiraled between them, swirling like a tempest barely contained.</w:t>
      </w:r>
    </w:p>
    <w:p w14:paraId="11552678" w14:textId="77777777" w:rsidR="00121116" w:rsidRDefault="00AA3789">
      <w:r>
        <w:t>“My King,” the soul greeted, its tone shifting to something reverent, yet laced with venom. Its words seemed to coil around Rainer like chains, heavy and unshakable.</w:t>
      </w:r>
    </w:p>
    <w:p w14:paraId="0AB194C0" w14:textId="77777777" w:rsidR="00121116" w:rsidRDefault="00AA3789">
      <w:r>
        <w:t>Rainer’s fist clenched at his side, the tension radiating off him palpable. His emerald eyes darkened, glowing faintly in the dim light of the tunnel. “Go away,” he commanded, his voice a low growl, undercut with a power that made the air tremble. The weight of his words sent a shiver racing down my spine, and I instinctively stepped back.</w:t>
      </w:r>
    </w:p>
    <w:p w14:paraId="59A44458" w14:textId="77777777" w:rsidR="00121116" w:rsidRDefault="00AA3789">
      <w:r>
        <w:t>The soul didn’t vanish. Instead, it laughed, a cold, hollow sound that echoed through the cavern like a taunt. Vidar’s fists curled, the muscles in his jaw twitching as he fought to hold back.</w:t>
      </w:r>
    </w:p>
    <w:p w14:paraId="0DDEBF76" w14:textId="77777777" w:rsidR="00121116" w:rsidRDefault="00AA3789">
      <w:r>
        <w:t>“Keep moving, Sky,” Rainer said, his tone sharp but not directed at me. His eyes never left the darkness, and his fury burned, raw and uncontained, but it wasn’t for me.</w:t>
      </w:r>
    </w:p>
    <w:p w14:paraId="3563BD07" w14:textId="77777777" w:rsidR="00121116" w:rsidRDefault="00AA3789">
      <w:r>
        <w:t>I hesitated, caught between the storm building around them and the unnerving silence ahead of me. The soul’s presence lingered, pressing against my senses, daring me to defy its pull. The tension between the brothers seemed to hum in the air, a storm barely restrained.</w:t>
      </w:r>
    </w:p>
    <w:p w14:paraId="4E5780FF" w14:textId="77777777" w:rsidR="00121116" w:rsidRDefault="00AA3789">
      <w:r>
        <w:t>The weight of Rainer’s command pushed me forward, though my steps were slower, hesitant. Whatever this soul was, it knew them—it knew him—in a way that made me feel like an intruder in a past I couldn’t begin to understand.</w:t>
      </w:r>
    </w:p>
    <w:p w14:paraId="0DFC8D1B" w14:textId="77777777" w:rsidR="00121116" w:rsidRDefault="00AA3789">
      <w:r>
        <w:lastRenderedPageBreak/>
        <w:t>“What does it want?” I asked, my voice steady but laced with unease.</w:t>
      </w:r>
    </w:p>
    <w:p w14:paraId="2CBE0FD0" w14:textId="77777777" w:rsidR="00121116" w:rsidRDefault="00AA3789">
      <w:r>
        <w:t>“You,” Vidar replied without hesitation, his tone smooth but edged with a sharpness that cut through the air. “To play. To torment. It doesn’t get many visitors.” His smirk curled, almost amused, as if the soul’s malevolence was an old, familiar game to him.</w:t>
      </w:r>
    </w:p>
    <w:p w14:paraId="12717196" w14:textId="77777777" w:rsidR="00121116" w:rsidRDefault="00AA3789">
      <w:r>
        <w:t>“Just me?” I pressed, my tone firm, challenging even. “Why just me?”</w:t>
      </w:r>
    </w:p>
    <w:p w14:paraId="251F44DC" w14:textId="77777777" w:rsidR="00121116" w:rsidRDefault="00AA3789">
      <w:r>
        <w:t>“It wouldn’t dare touch us,” Rainer interjected before Vidar could respond, his words heavy with authority and a warning that seemed directed as much at Vidar as at the soul. His emerald gaze flickered with an intensity that made my skin prickle, as if he was daring the darkness itself to defy him.</w:t>
      </w:r>
    </w:p>
    <w:p w14:paraId="3BA17CB2" w14:textId="77777777" w:rsidR="00121116" w:rsidRDefault="00AA3789">
      <w:r>
        <w:t>Vidar turned toward me, his smirk deepening, but it wasn’t playful—it was something darker, more knowing. His gaze lingered on me, piercing, as if he found my question amusing in ways I couldn’t begin to understand. The tension between the brothers hung thick in the air, their unspoken history crackling like a spark between us.</w:t>
      </w:r>
    </w:p>
    <w:p w14:paraId="3D398B29" w14:textId="77777777" w:rsidR="00121116" w:rsidRDefault="00AA3789">
      <w:r>
        <w:t>I had questions I craved to ask that I knew he wouldn’t feel to be as amusing. But I bit my tongue, knowing the time wasn’t now.</w:t>
      </w:r>
    </w:p>
    <w:p w14:paraId="639C7D35" w14:textId="77777777" w:rsidR="00121116" w:rsidRDefault="00AA3789">
      <w:r>
        <w:t>“So, once we find this stone, what happens after?” I dared to ask, my voice steady despite the tension thickening around us.</w:t>
      </w:r>
    </w:p>
    <w:p w14:paraId="057C47E1" w14:textId="77777777" w:rsidR="00121116" w:rsidRDefault="00AA3789">
      <w:r>
        <w:t>“You’ll come with me,” Vidar replied without hesitation, his words slicing through the charged air like a blade. “Back to the cave’s entrance, where your family awaits.” His tone left no room for argument, cutting off any chance for Rainer to speak. “And as for Rainer? He’ll go back to whatever shadow he crawled out of and let me change the world for the better.”</w:t>
      </w:r>
    </w:p>
    <w:p w14:paraId="0BDE2C41" w14:textId="77777777" w:rsidR="00121116" w:rsidRDefault="00AA3789">
      <w:r>
        <w:t>Vidar’s words were calm, almost indifferent, but his eyes burned with an unspoken challenge as they locked onto his brother. Rainer held his gaze, and for a moment, the air between them crackled with a storm of barely contained fury. I could feel it—raw and electric—like the charged silence before lightning strikes.</w:t>
      </w:r>
    </w:p>
    <w:p w14:paraId="65545EDA" w14:textId="77777777" w:rsidR="00121116" w:rsidRDefault="00AA3789">
      <w:r>
        <w:t>Rainer’s body stiffened, his fists clenching at his sides. But where Vidar was relaxed, composed, Rainer was a tempest barely restrained. “Better?” he finally bit out, his voice low and dangerous. “Better for who? For you?”</w:t>
      </w:r>
    </w:p>
    <w:p w14:paraId="70C7B599" w14:textId="77777777" w:rsidR="00121116" w:rsidRDefault="00AA3789">
      <w:r>
        <w:t>The ground trembled faintly beneath us, a warning of the power simmering within Rainer. His words carried the weight of something deeper—history, betrayal, wounds that hadn’t healed. “You’ve always been like her,” he snarled, his voice cutting through the space between them. “Arrogant. Selfish. Power-hungry. Our mother would be proud.”</w:t>
      </w:r>
    </w:p>
    <w:p w14:paraId="388E97B5" w14:textId="77777777" w:rsidR="00121116" w:rsidRDefault="00AA3789">
      <w:r>
        <w:t>Vidar didn’t flinch. He stood as though the insult was nothing more than a gust of wind, brushing past him without consequence. But there was something in his eyes—just a flicker—that hinted at a wound struck.</w:t>
      </w:r>
    </w:p>
    <w:p w14:paraId="515ECE99" w14:textId="77777777" w:rsidR="00121116" w:rsidRDefault="00AA3789">
      <w:r>
        <w:lastRenderedPageBreak/>
        <w:t>“You’ve continued what she started,” Rainer continued, his tone sharpening with every word. “A storm of unpredictability, tearing everything apart for your own gain. Congratulations, Vidar.” He spat the name like a curse. “It looks like you’re finally winning.”</w:t>
      </w:r>
    </w:p>
    <w:p w14:paraId="3D28A73D" w14:textId="77777777" w:rsidR="00121116" w:rsidRDefault="00AA3789">
      <w:r>
        <w:t>For a moment, the silence was deafening. Vidar’s expression remained inscrutable, his smirk fading into something colder, harder. The tension was suffocating, the space between the brothers a battlefield of unsaid truths and old betrayals.</w:t>
      </w:r>
    </w:p>
    <w:p w14:paraId="5BA498F7" w14:textId="77777777" w:rsidR="00121116" w:rsidRDefault="00AA3789">
      <w:r>
        <w:t>Vidar’s smirk sharpened, cutting like the edge of a blade. "Still hiding behind that righteous fury, Rainer? Does it make it easier to sleep at night, convincing yourself you’re the better of us?"</w:t>
      </w:r>
    </w:p>
    <w:p w14:paraId="548D1259" w14:textId="77777777" w:rsidR="00121116" w:rsidRDefault="00AA3789">
      <w:r>
        <w:t>Rainer’s fists tightened at his sides, his emerald eyes glinting with barely restrained rage. “And you? Still deflecting with that hollow charm of yours? What’s it like, Vidar, living your life pretending nothing touches you? Or is that just how you justify the ruin you’ve left behind?”</w:t>
      </w:r>
    </w:p>
    <w:p w14:paraId="4305B946" w14:textId="77777777" w:rsidR="00121116" w:rsidRDefault="00AA3789">
      <w:r>
        <w:t>I froze between them, my heart pounding. The air felt like it was vibrating, a pressure building between the two of them that I didn’t fully understand. Whatever this was, it wasn’t about me—or the stone. This was something older, something buried deep in both of them, clawing its way to the surface.</w:t>
      </w:r>
    </w:p>
    <w:p w14:paraId="4DA17D35" w14:textId="77777777" w:rsidR="00121116" w:rsidRDefault="00AA3789">
      <w:r>
        <w:t>“Ruin?” Vidar repeated, his voice low and dangerous. His smirk didn’t falter, but the mockery in his tone was sharper now. “That’s rich, coming from the one who abandoned everything. Tell me, brother, how does it feel to run from your own legacy?”</w:t>
      </w:r>
    </w:p>
    <w:p w14:paraId="474D3EBC" w14:textId="77777777" w:rsidR="00121116" w:rsidRDefault="00AA3789">
      <w:r>
        <w:t>Rainer stepped forward, his composure cracking like glass. “And how does it feel to live in mother’s shadow? To be her weapon, her pawn? Even now, you can’t see it, can you? You’re not the one pulling the strings, Vidar. You never were.”</w:t>
      </w:r>
    </w:p>
    <w:p w14:paraId="796C7C06" w14:textId="77777777" w:rsidR="00121116" w:rsidRDefault="00AA3789">
      <w:r>
        <w:t>A pulse of magic rippled through the air, unintentional but potent, sharp enough to make the hairs on my arms stand on end. I flinched at the sudden weight pressing down on me, cold and jagged. Their emotions were spilling out, raw and dangerous, and I was caught in the middle.</w:t>
      </w:r>
    </w:p>
    <w:p w14:paraId="51DEE831" w14:textId="77777777" w:rsidR="00121116" w:rsidRDefault="00AA3789">
      <w:r>
        <w:t>“Enough!” I snapped, stepping between them before either could escalate further. My voice came out stronger than I expected, though my chest was tight, my pulse erratic. “Whatever this is, you can deal with it later. Right now, we need to focus. I need to focus.”</w:t>
      </w:r>
    </w:p>
    <w:p w14:paraId="6F7E7CEF" w14:textId="77777777" w:rsidR="00121116" w:rsidRDefault="00AA3789">
      <w:r>
        <w:t>For a moment, neither of them moved. Vidar’s smirk slipped into something colder, his eyes narrowing as he stared past me at Rainer. Rainer’s jaw tightened, his gaze unyielding, though I caught a flicker of something beneath the surface—regret, maybe, or something heavier.</w:t>
      </w:r>
    </w:p>
    <w:p w14:paraId="628BD48F" w14:textId="77777777" w:rsidR="00121116" w:rsidRDefault="00AA3789">
      <w:r>
        <w:t>Finally, Vidar broke the silence, his tone laced with venomous mockery. “Always the martyr, Rainer. Always so quick to take the moral high ground. Tell me, does it ever get lonely up there?”</w:t>
      </w:r>
    </w:p>
    <w:p w14:paraId="296655FB" w14:textId="77777777" w:rsidR="00121116" w:rsidRDefault="00AA3789">
      <w:r>
        <w:lastRenderedPageBreak/>
        <w:t>“Not as lonely as you must be down here,” Rainer shot back, his voice sharp enough to draw blood. “The soul trapped in this cave isn’t the only one rotting in its darkness.”</w:t>
      </w:r>
    </w:p>
    <w:p w14:paraId="55FD4477" w14:textId="77777777" w:rsidR="00121116" w:rsidRDefault="00AA3789">
      <w:r>
        <w:t>Their words hit me like a slap, the weight of their hatred and pain thickening the air around us. Whatever had happened between them, it wasn’t just history—it was a scar, raw and festering, and I had the sinking feeling it was far from healed.</w:t>
      </w:r>
    </w:p>
    <w:p w14:paraId="7038719A" w14:textId="77777777" w:rsidR="00121116" w:rsidRDefault="00AA3789">
      <w:r>
        <w:t>I swallowed hard, forcing the tension down like a stone lodged in my throat. “Let’s keep moving,” I said, my voice quieter now but firm. “The stone isn’t going to find itself.”</w:t>
      </w:r>
    </w:p>
    <w:p w14:paraId="406B221F" w14:textId="77777777" w:rsidR="00121116" w:rsidRDefault="00AA3789">
      <w:r>
        <w:t>Vidar’s gaze lingered on Rainer for a moment longer, their silent battle still raging, before he finally turned away and motioned for me to follow. I hesitated for a beat, glancing back at Rainer. His jaw was clenched so tight I thought it might shatter, but eventually, he fell into step behind us.</w:t>
      </w:r>
    </w:p>
    <w:p w14:paraId="6908DECB" w14:textId="77777777" w:rsidR="00121116" w:rsidRDefault="00AA3789">
      <w:r>
        <w:t>We walked in silence, the heavy air pressing down on me like a weight I couldn’t shake. My mind was spinning, caught in the echoes of their words, the tension between them a palpable thing that followed us like a shadow. Whatever history lay between them, I didn’t want to be caught in the crossfire—but I couldn’t escape it either.</w:t>
      </w:r>
    </w:p>
    <w:p w14:paraId="1458024B" w14:textId="77777777" w:rsidR="00121116" w:rsidRDefault="00AA3789">
      <w:r>
        <w:t>“I need to be alone,” I snapped, my voice sharp, echoing off the damp tunnel walls. I didn’t even look at them. “I can’t concentrate.”</w:t>
      </w:r>
    </w:p>
    <w:p w14:paraId="0F5CA3FB" w14:textId="77777777" w:rsidR="00121116" w:rsidRDefault="00AA3789">
      <w:r>
        <w:t>Both male stopped as I did, their towering presences suddenly looming in the periphery of my senses. I could feel the tension simmering between them, but I refused to let it drag me under.</w:t>
      </w:r>
    </w:p>
    <w:p w14:paraId="700B9884" w14:textId="77777777" w:rsidR="00121116" w:rsidRDefault="00AA3789">
      <w:r>
        <w:t>“Fine,” Vidar drawled, his voice cutting through the silence like a blade. “But then you’re on your own with the soul.” His tone was laced with indifference, as if daring me to falter, to turn back.</w:t>
      </w:r>
    </w:p>
    <w:p w14:paraId="07E6F2F9" w14:textId="77777777" w:rsidR="00121116" w:rsidRDefault="00AA3789">
      <w:r>
        <w:t>“Fine,” Rainer echoed, his tone colder, but I caught the faintest flicker of hesitation in his emerald gaze. “Go ahead then.” He stepped back, his hand making a sweeping gesture forward, granting me my wish.</w:t>
      </w:r>
    </w:p>
    <w:p w14:paraId="4203E70A" w14:textId="77777777" w:rsidR="00121116" w:rsidRDefault="00AA3789">
      <w:r>
        <w:t>Without hesitation, without so much as a glance over my shoulder, I turned away from them. I could feel their gazes boring into my back, one sharp and mocking, the other weighted with something I couldn’t name. It didn’t matter. I was fueled now, by everything I’d uncovered, by the desperate need for answers.</w:t>
      </w:r>
    </w:p>
    <w:p w14:paraId="2AC34765" w14:textId="77777777" w:rsidR="00121116" w:rsidRDefault="00AA3789">
      <w:r>
        <w:t>My steps were deliberate, echoing with purpose as I marched forward into the consuming darkness. My fingers tingled with raw energy, the sparks dancing along my skin as though searching for something unseen. I let my power stretch out, feel its way through the tunnels, chasing the faint pulse I had sensed moments before. The crackling intensified, weaving through the air like threads of lightning, pulling me forward with an almost magnetic force.</w:t>
      </w:r>
    </w:p>
    <w:p w14:paraId="2096C296" w14:textId="77777777" w:rsidR="00121116" w:rsidRDefault="00AA3789">
      <w:r>
        <w:lastRenderedPageBreak/>
        <w:t>My breath steadied, the rhythm syncing with the hum of my magic. The cave seemed to respond, the walls vibrating faintly, alive with a power I couldn’t see but could feel deep in my core. The stone was close—I could feel it. It was like a beacon, faint but persistent, calling to me, testing the limits of my strength and resolve.</w:t>
      </w:r>
    </w:p>
    <w:p w14:paraId="52B3C69D" w14:textId="77777777" w:rsidR="00121116" w:rsidRDefault="00AA3789">
      <w:r>
        <w:t>The energy in my hands surged, sharper now, as if answering an unspoken question. Sparks snapped against my palms, ricocheting off the tunnel walls. The power wasn’t entirely mine, though—it was something more, something ancient. It felt as though the cave itself was guiding me, drawing me closer to what I sought while testing my ability to channel it.</w:t>
      </w:r>
    </w:p>
    <w:p w14:paraId="55D751DF" w14:textId="77777777" w:rsidR="00121116" w:rsidRDefault="00AA3789">
      <w:r>
        <w:t>I stretched my fingers further, letting the power pour from me, searching like invisible tendrils. Each crackle, each spark felt alive, darting out into the oppressive darkness, pulling at something hidden deep within the cave. The hum grew louder, reverberating through the stone, through my chest, until I felt as though I might shatter from the sheer force of it.</w:t>
      </w:r>
    </w:p>
    <w:p w14:paraId="406CB3E0" w14:textId="77777777" w:rsidR="00121116" w:rsidRDefault="00AA3789">
      <w:r>
        <w:t>Then, suddenly, my magic snapped back to me, retreating as if it had touched something too powerful, too overwhelming. I staggered, the force of it leaving me breathless. My heart pounded in my chest, and I clenched my fists, grounding myself in the tremor of my own power. Whatever was ahead—it was more than just a stone. It was something alive, something waiting.</w:t>
      </w:r>
    </w:p>
    <w:p w14:paraId="253D6661" w14:textId="77777777" w:rsidR="00121116" w:rsidRDefault="00AA3789">
      <w:r>
        <w:t>I took another step, the energy coiling tightly around me now, a shield against the unknown. The stone’s pull was growing stronger, sharper, but there was something else beneath it—a deeper, darker presence that whispered at the edges of my mind. It wasn’t the soul’s voice; this was something far older, far more dangerous.</w:t>
      </w:r>
    </w:p>
    <w:p w14:paraId="3F8D4E16" w14:textId="77777777" w:rsidR="00121116" w:rsidRDefault="00AA3789">
      <w:r>
        <w:t>The tunnel ahead seemed to shift, narrowing and twisting, forcing me to move slower, more carefully. The sparks from my fingertips cast faint, flickering light against the walls, illuminating strange, jagged markings etched into the stone. They pulsed faintly, resonating with the rhythm of my magic.</w:t>
      </w:r>
    </w:p>
    <w:p w14:paraId="2AF97A56" w14:textId="77777777" w:rsidR="00121116" w:rsidRDefault="00AA3789">
      <w:r>
        <w:t>I reached out, my hand brushing against the carvings. A surge of heat shot through me, blinding in its intensity. My vision blurred, the walls seeming to melt and reform around me, the hum now a deafening roar. The stone—it was near. But whatever power it held, it wasn’t just calling to me—it was testing me.</w:t>
      </w:r>
    </w:p>
    <w:p w14:paraId="3FD6EEA3" w14:textId="77777777" w:rsidR="00121116" w:rsidRDefault="00AA3789">
      <w:r>
        <w:t>“Find it,” I whispered to myself, my voice trembling but resolute. “Find it, or you lose everything.”</w:t>
      </w:r>
    </w:p>
    <w:p w14:paraId="338DC24D" w14:textId="77777777" w:rsidR="00121116" w:rsidRDefault="00AA3789">
      <w:r>
        <w:t>My palms pressed against the cold stone, the rough texture scraping my skin. At first, I thought I could pull them away, but something held them there, a magnetic force that gripped me with an unrelenting pull. My breath quickened as my fingers began to move on their own, tracing patterns etched into the wall I couldn’t see but could feel—ancient, deliberate, alive.</w:t>
      </w:r>
    </w:p>
    <w:p w14:paraId="6063CAB4" w14:textId="77777777" w:rsidR="00121116" w:rsidRDefault="00AA3789">
      <w:r>
        <w:lastRenderedPageBreak/>
        <w:t>The pull grew stronger, dragging my hands forward until they stopped, trembling, against a single point on the wall. A sudden surge of energy shot through me, sharp and consuming, and I gasped as the sensation spread through my arms, my chest, my core. My hands pressed harder, and I felt the wall give beneath my palms, as if the stone itself were melting under my touch.</w:t>
      </w:r>
    </w:p>
    <w:p w14:paraId="6F644736" w14:textId="77777777" w:rsidR="00121116" w:rsidRDefault="00AA3789">
      <w:r>
        <w:t>The room felt smaller, the air thicker as I pushed. My magic crackled under my skin, drawn into the pull like a river rushing to the sea. I couldn’t stop, even if I wanted to. Something ancient and commanding was guiding me, and I was powerless to resist. My fingers gripped onto something smooth and cool—a shape embedded in the wall.</w:t>
      </w:r>
    </w:p>
    <w:p w14:paraId="750CCB10" w14:textId="77777777" w:rsidR="00121116" w:rsidRDefault="00AA3789">
      <w:r>
        <w:t>With a slow, deliberate pull, I drew it free. The stone emerged from the wall with a faint, unnatural shimmer, its surface gleaming like polished glass, yet it felt heavier than anything I’d ever held. Its color was deep and dark, the shade of blood under moonlight, shifting and swirling with faint, untraceable movements beneath its surface. It felt alive in my palm, humming faintly, as though it had a pulse of its own.</w:t>
      </w:r>
    </w:p>
    <w:p w14:paraId="06D72D1C" w14:textId="77777777" w:rsidR="00121116" w:rsidRDefault="00AA3789">
      <w:r>
        <w:t>I stared down at it, my breath caught in my throat. The power emanating from it was intoxicating, and for a moment, I couldn’t tell if it was mine or the stone’s. My fingers curled around it instinctively, holding it tighter as though it might slip away if I didn’t claim it. The energy coursing through me was sharper now, more potent, and it sent a shiver down my spine. Memory replenished to the surface, I had been in its presence once. The last time I had been here, but it had been shining brightly in the openness of the enclosed chamber I had been trapped in.</w:t>
      </w:r>
    </w:p>
    <w:p w14:paraId="07EA4E3D" w14:textId="77777777" w:rsidR="00121116" w:rsidRDefault="00AA3789">
      <w:r>
        <w:t>“What are you?” I whispered to the stone, my voice trembling as I studied its dark glow. The air around me felt alive, charged with something that wasn’t entirely hostile but wasn’t welcoming either. My chest tightened as I realized this was what Cronus wanted. But as it pulsed in my hand, I couldn’t shake the feeling that it wasn’t meant for him. It wasn’t meant for anyone.</w:t>
      </w:r>
    </w:p>
    <w:p w14:paraId="42C81D14" w14:textId="77777777" w:rsidR="00121116" w:rsidRDefault="00AA3789">
      <w:r>
        <w:t>The faint hum in the stone seemed to answer me, not with words, but with a sensation—a faint echo of something ancient and powerful, something that carried both promise and warning. I felt a pang of dread twist in my gut, but I couldn’t let go. It was mine now, whether I wanted it or not.</w:t>
      </w:r>
    </w:p>
    <w:p w14:paraId="12105479" w14:textId="77777777" w:rsidR="00121116" w:rsidRDefault="00AA3789">
      <w:r>
        <w:t>The moment the stone left the wall, the cave seemed to exhale, the air shifting with a low, ominous hum. The faint, mocking laughter of the soul returned, curling around me like smoke.</w:t>
      </w:r>
    </w:p>
    <w:p w14:paraId="17854F05" w14:textId="77777777" w:rsidR="00121116" w:rsidRDefault="00AA3789">
      <w:r>
        <w:t>"You shouldn’t have done that, dear Sky," it whispered, its voice both distant and dangerously close. The temperature plummeted, my breath fogging as I clutched the stone tighter, its heat searing into my palm as though it was alive.</w:t>
      </w:r>
    </w:p>
    <w:p w14:paraId="70353AF8" w14:textId="77777777" w:rsidR="00121116" w:rsidRDefault="00AA3789">
      <w:r>
        <w:lastRenderedPageBreak/>
        <w:t>The shadows around me seemed to deepen, the cave narrowing with every breath I took. I turned, instinctively trying to find my way back to where I had left Vidar and Rainer. My heart pounded as the soul’s presence grew heavier, oppressive.</w:t>
      </w:r>
    </w:p>
    <w:p w14:paraId="45243939" w14:textId="77777777" w:rsidR="00121116" w:rsidRDefault="00AA3789">
      <w:r>
        <w:t>"You think you can just walk away?" the soul sneered, its voice echoing unnaturally, bouncing off the cave walls. A cold gust of wind struck my back, almost shoving me forward.</w:t>
      </w:r>
    </w:p>
    <w:p w14:paraId="19B426BC" w14:textId="77777777" w:rsidR="00121116" w:rsidRDefault="00AA3789">
      <w:r>
        <w:t>I quickened my steps, refusing to let it scare me, but the ground beneath my feet shifted unnaturally, rocks rolling and making me stumble. The cave seemed alive, the stone walls rippling as though responding to the soul’s anger.</w:t>
      </w:r>
    </w:p>
    <w:p w14:paraId="2F3ECAC5" w14:textId="77777777" w:rsidR="00121116" w:rsidRDefault="00AA3789">
      <w:r>
        <w:t>"Where are you running to, Sky?" it taunted, laughter dripping with venom. "Back to your protectors? To those who will betray you the moment it suits them?"</w:t>
      </w:r>
    </w:p>
    <w:p w14:paraId="16F5C48E" w14:textId="77777777" w:rsidR="00121116" w:rsidRDefault="00AA3789">
      <w:r>
        <w:t>I gritted my teeth, trying to drown out the voice. My magic crackled weakly at my fingertips, but I couldn’t focus enough to summon it. The stone in my hand pulsed erratically, as though it too sensed the soul’s wrath.</w:t>
      </w:r>
    </w:p>
    <w:p w14:paraId="6D823F05" w14:textId="77777777" w:rsidR="00121116" w:rsidRDefault="00AA3789">
      <w:r>
        <w:t>The path back felt longer than it had before, the cave winding in ways it hadn’t when I entered. My breaths came in shallow gasps, my legs trembling with the effort of pushing forward. Every step felt like a battle, the air thickening with every moment.</w:t>
      </w:r>
    </w:p>
    <w:p w14:paraId="38B88EF0" w14:textId="77777777" w:rsidR="00121116" w:rsidRDefault="00AA3789">
      <w:r>
        <w:t>"You won’t make it," the soul hissed, and this time its voice felt closer—right at my ear. I stumbled, clutching the stone tighter as I pressed forward. I refused to look back. I refused to let it win.</w:t>
      </w:r>
    </w:p>
    <w:p w14:paraId="1B506B3A" w14:textId="77777777" w:rsidR="00121116" w:rsidRDefault="00AA3789">
      <w:r>
        <w:t>Suddenly, the cave widened, opening into the familiar chamber where I had left Vidar and Rainer. Relief flooded me, but it was short-lived. Rainer was gone. Only Vidar stood there, his back to me, his broad shoulders rigid as he stared into the darkness.</w:t>
      </w:r>
    </w:p>
    <w:p w14:paraId="772E41F8" w14:textId="77777777" w:rsidR="00121116" w:rsidRDefault="00AA3789">
      <w:r>
        <w:t>He turned slowly, his dark eyes meeting mine, unreadable. His blade hung loosely in his hand, but his posture was alert, ready. "You took your time," he said, his voice calm but edged with tension.</w:t>
      </w:r>
    </w:p>
    <w:p w14:paraId="44A5C63F" w14:textId="77777777" w:rsidR="00121116" w:rsidRDefault="00AA3789">
      <w:r>
        <w:t>I froze for a moment, the weight of everything crashing down on me. The stone, the soul, Rainer’s absence—it was all too much. "Where’s Rainer?" I asked, my voice hoarse.</w:t>
      </w:r>
    </w:p>
    <w:p w14:paraId="26B3422B" w14:textId="77777777" w:rsidR="00121116" w:rsidRDefault="00AA3789">
      <w:r>
        <w:t>Vidar’s gaze lingered on me, his expression unreadable. "Gone," he said simply. "He made his choice."</w:t>
      </w:r>
    </w:p>
    <w:p w14:paraId="45FE38F2" w14:textId="77777777" w:rsidR="00121116" w:rsidRDefault="00AA3789">
      <w:r>
        <w:t>I wanted to ask more, to demand an explanation, but the soul’s laughter interrupted my thoughts, low and chilling. "How quaint," it whispered, its voice slithering between us. "The brother waits, but for how long?"</w:t>
      </w:r>
    </w:p>
    <w:p w14:paraId="44DB8723" w14:textId="77777777" w:rsidR="00121116" w:rsidRDefault="00AA3789">
      <w:r>
        <w:t>Vidar’s jaw tightened, his hand flexing around the hilt of his blade. "Ignore it," he said, his tone sharp. "We need to move."</w:t>
      </w:r>
    </w:p>
    <w:p w14:paraId="34DC20C8" w14:textId="77777777" w:rsidR="00121116" w:rsidRDefault="00AA3789">
      <w:r>
        <w:t>I hesitated, clutching the stone tighter as its heat seeped into my skin. "Vidar, this stone—"</w:t>
      </w:r>
    </w:p>
    <w:p w14:paraId="7BE2750A" w14:textId="77777777" w:rsidR="00121116" w:rsidRDefault="00AA3789">
      <w:r>
        <w:lastRenderedPageBreak/>
        <w:t>"Later," he interrupted, his gaze cutting through me. "We can’t stay here. Whatever that thing is, it’s not done with us yet."</w:t>
      </w:r>
    </w:p>
    <w:p w14:paraId="39B0FF6A" w14:textId="77777777" w:rsidR="00121116" w:rsidRDefault="00AA3789">
      <w:r>
        <w:t>For a moment, I considered telling him everything the soul had said, about the warnings and the taunts. But something about the look in his eyes stopped me. He was already on edge, his focus razor-sharp. I couldn’t distract him now.</w:t>
      </w:r>
    </w:p>
    <w:p w14:paraId="564345DF" w14:textId="77777777" w:rsidR="00121116" w:rsidRDefault="00AA3789">
      <w:r>
        <w:t>"Fine," I said, my voice steadier than I felt. "Let’s go."</w:t>
      </w:r>
    </w:p>
    <w:p w14:paraId="6DDC56F9" w14:textId="77777777" w:rsidR="00121116" w:rsidRDefault="00AA3789">
      <w:r>
        <w:t>Vidar nodded once, turning back toward the path ahead. I followed, my grip on the stone tightening as the soul’s laughter faded into the distance. But its words lingered, crawling under my skin.</w:t>
      </w:r>
    </w:p>
    <w:p w14:paraId="39017BEE" w14:textId="77777777" w:rsidR="00121116" w:rsidRDefault="00AA3789">
      <w:r>
        <w:t>"You won’t make it," it had said. And for the first time, I wondered if it might be right.</w:t>
      </w:r>
    </w:p>
    <w:p w14:paraId="08FC1B7A" w14:textId="77777777" w:rsidR="00121116" w:rsidRDefault="00AA3789">
      <w:r>
        <w:t>As we began to move, the soul’s laughter echoed once more, circling us like a vulture over dying prey. Its presence felt heavier, pressing against my senses. I clutched the stone tighter, its pulse matching the quickened rhythm of my heart.</w:t>
      </w:r>
    </w:p>
    <w:p w14:paraId="4AB6CBC5" w14:textId="77777777" w:rsidR="00121116" w:rsidRDefault="00AA3789">
      <w:r>
        <w:t>“Are you sure this is wise, Vidar?” the soul’s voice slithered through the air, directed at him this time. “Taking the stone out of this cave… where it has been kept safe, hidden, almost unreachable?”</w:t>
      </w:r>
    </w:p>
    <w:p w14:paraId="61B42419" w14:textId="77777777" w:rsidR="00121116" w:rsidRDefault="00AA3789">
      <w:r>
        <w:t>Vidar didn’t flinch. His shoulders remained squared, his hand resting calmly on the hilt of his blade. “What’s wise or unwise is none of your concern,” he said coldly, his tone laced with authority that seemed to reverberate through the chamber.</w:t>
      </w:r>
    </w:p>
    <w:p w14:paraId="56D9C3A0" w14:textId="77777777" w:rsidR="00121116" w:rsidRDefault="00AA3789">
      <w:r>
        <w:t>The soul’s laughter turned into a low hum, almost as if it were considering his response. “Ah, but it is my concern,” it hissed. “You see, this cave is more than stone and shadows. It is a seal, a guardian of power. Removing that stone will unravel things you cannot begin to understand.”</w:t>
      </w:r>
    </w:p>
    <w:p w14:paraId="7B32A438" w14:textId="77777777" w:rsidR="00121116" w:rsidRDefault="00AA3789">
      <w:r>
        <w:t>Vidar stopped abruptly, turning his sharp gaze toward the direction of the voice. “And yet, here I am, removing it.” His voice was calm, a blade sheathed but ready to strike. “Do you think your riddles and warnings will sway me?”</w:t>
      </w:r>
    </w:p>
    <w:p w14:paraId="60D2E30A" w14:textId="77777777" w:rsidR="00121116" w:rsidRDefault="00AA3789">
      <w:r>
        <w:t>The air grew colder, the soul’s energy thickening around us like a shroud. I shivered, my fingers tightening around the stone as its warmth began to seep into my skin, a stark contrast to the icy tension in the air.</w:t>
      </w:r>
    </w:p>
    <w:p w14:paraId="155CE9A7" w14:textId="77777777" w:rsidR="00121116" w:rsidRDefault="00AA3789">
      <w:r>
        <w:t>“And you,” the soul said, its attention snapping back to me. “Sky, dear, you should have never touched that stone. It was not meant for mortal hands… nor for you.” Its words were softer now, almost pitying, but they only fueled the unease twisting in my chest.</w:t>
      </w:r>
    </w:p>
    <w:p w14:paraId="287C582D" w14:textId="77777777" w:rsidR="00121116" w:rsidRDefault="00AA3789">
      <w:r>
        <w:t>“Why?” I managed to ask, my voice steady despite the tremor in my hands. “What does it matter if I take it?”</w:t>
      </w:r>
    </w:p>
    <w:p w14:paraId="454F8C24" w14:textId="77777777" w:rsidR="00121116" w:rsidRDefault="00AA3789">
      <w:r>
        <w:lastRenderedPageBreak/>
        <w:t>The soul chuckled darkly, its voice curling into every corner of the chamber. “Because you are not its keeper, and yet it clings to you. Do you not feel it? The power unraveling, the threads binding your fate to something far greater than yourself? That stone will consume you before you even realize what it truly is.”</w:t>
      </w:r>
    </w:p>
    <w:p w14:paraId="17C01A19" w14:textId="77777777" w:rsidR="00121116" w:rsidRDefault="00AA3789">
      <w:r>
        <w:t>I glanced at Vidar, hoping for reassurance, but his expression was unreadable. His focus remained on the shadows around us, his presence unshaken even as the soul’s words slithered into the cracks of my resolve.</w:t>
      </w:r>
    </w:p>
    <w:p w14:paraId="3FB5DC77" w14:textId="77777777" w:rsidR="00121116" w:rsidRDefault="00AA3789">
      <w:r>
        <w:t>“It won’t consume her,” Vidar said firmly, his tone brokering no argument. “She’s stronger than you think.”</w:t>
      </w:r>
    </w:p>
    <w:p w14:paraId="3ED7A197" w14:textId="77777777" w:rsidR="00121116" w:rsidRDefault="00AA3789">
      <w:r>
        <w:t>The soul’s laughter returned, mocking and cruel. “Oh, Vidar… always so confident, so sure of your control. Tell me, do you even know what you’re walking into? Or are you, too, blinded by your need to be the one who holds the reins?”</w:t>
      </w:r>
    </w:p>
    <w:p w14:paraId="715EE7F5" w14:textId="77777777" w:rsidR="00121116" w:rsidRDefault="00AA3789">
      <w:r>
        <w:t>Vidar didn’t respond, his grip tightening on the hilt of his blade. The tension between them was palpable, a silent battle waged with words and presence alone.</w:t>
      </w:r>
    </w:p>
    <w:p w14:paraId="60F5947E" w14:textId="77777777" w:rsidR="00121116" w:rsidRDefault="00AA3789">
      <w:r>
        <w:t>“Sky,” the soul hissed, its voice a sharp blade cutting through the suffocating air. “You should not have touched that stone. It was never meant for hands like yours.” Its tone was dripping with malice, each word wrapping around my throat like a noose.</w:t>
      </w:r>
    </w:p>
    <w:p w14:paraId="484E9498" w14:textId="77777777" w:rsidR="00121116" w:rsidRDefault="00AA3789">
      <w:r>
        <w:t>The stone in my hand pulsed violently, its energy surging into my skin as if in protest—or warning. My breathing quickened as the shadows around me thickened, pressing closer. “Why does it matter?” I snapped, trying to sound braver than I felt, though my voice wavered. “Why shouldn’t I take it?”</w:t>
      </w:r>
    </w:p>
    <w:p w14:paraId="09A75780" w14:textId="77777777" w:rsidR="00121116" w:rsidRDefault="00AA3789">
      <w:r>
        <w:t>The soul’s laughter exploded, a jagged, echoing sound that sent chills down my spine. “You really don’t understand, do you?” it taunted. “You think you’re holding a key to power, but what you’ve taken is a curse. That stone doesn’t belong to you, little one. It will consume you, twist you, drag you down into the depths where I reside.”</w:t>
      </w:r>
    </w:p>
    <w:p w14:paraId="73D47987" w14:textId="77777777" w:rsidR="00121116" w:rsidRDefault="00AA3789">
      <w:r>
        <w:t>I clutched the stone tighter, as though holding it more firmly would shield me from its threat. But the stone’s heat didn’t comfort me. It burned—scorching not my skin but something deeper, as if it were burrowing into my very essence. My hands trembled, and I hated that the soul could see it.</w:t>
      </w:r>
    </w:p>
    <w:p w14:paraId="39471A71" w14:textId="77777777" w:rsidR="00121116" w:rsidRDefault="00AA3789">
      <w:r>
        <w:t>“Why her?” Vidar’s voice cut through the tension, sharp and unyielding. “If the stone doesn’t belong to her, why not take it back yourself?” His tone was defiant, almost daring.</w:t>
      </w:r>
    </w:p>
    <w:p w14:paraId="77CE3830" w14:textId="77777777" w:rsidR="00121116" w:rsidRDefault="00AA3789">
      <w:r>
        <w:t>The soul’s laughter quieted, its presence sharpening like a predator’s gaze settling on prey. “You know why, prince,” it sneered. “This stone chose her—or perhaps, it cursed her. Either way, her fate is sealed now.” Its attention turned back to me, its voice dripping with mockery. “Do you feel it, Sky? The stone’s song? The way it whispers your name, demanding more of you, more than you can give? Oh, I can already see it unraveling you.”</w:t>
      </w:r>
    </w:p>
    <w:p w14:paraId="3D4E9328" w14:textId="77777777" w:rsidR="00121116" w:rsidRDefault="00AA3789">
      <w:r>
        <w:lastRenderedPageBreak/>
        <w:t>“Shut up,” I muttered, though my words lacked conviction. My grip on the stone faltered for a moment, but I forced myself to hold steady, even as doubt gnawed at me.</w:t>
      </w:r>
    </w:p>
    <w:p w14:paraId="0A7039FB" w14:textId="77777777" w:rsidR="00121116" w:rsidRDefault="00AA3789">
      <w:r>
        <w:t>The soul’s energy pressed closer, suffocating. “You think you’re strong,” it growled, circling me, unseen but oppressive. “But you’re just a frightened little girl, lost in the dark, clutching at a power that will rip you apart. How long do you think you can keep it, Sky? How long before it devours you?”</w:t>
      </w:r>
    </w:p>
    <w:p w14:paraId="0E6CFA80" w14:textId="77777777" w:rsidR="00121116" w:rsidRDefault="00AA3789">
      <w:r>
        <w:t>I clenched my jaw, refusing to let it see the fear coiling inside me like a snake. “I don’t have a choice,” I said through gritted teeth, trying to sound resolute. “I have to do this.”</w:t>
      </w:r>
    </w:p>
    <w:p w14:paraId="05D2A957" w14:textId="77777777" w:rsidR="00121116" w:rsidRDefault="00AA3789">
      <w:r>
        <w:t>“Brave words for someone trembling,” it mocked, its laughter sending a wave of icy dread through me. “Keep telling yourself that, darling. I’ll be waiting… watching… as it breaks you.”</w:t>
      </w:r>
    </w:p>
    <w:p w14:paraId="7DB721DA" w14:textId="77777777" w:rsidR="00121116" w:rsidRDefault="00AA3789">
      <w:r>
        <w:t>“Enough,” Vidar barked, his voice cutting through the soul’s taunts like a blade. His presence moved closer, steady and grounding. “You’re wasting your time. She’s not yours to torment.”</w:t>
      </w:r>
    </w:p>
    <w:p w14:paraId="759AB1B0" w14:textId="77777777" w:rsidR="00121116" w:rsidRDefault="00AA3789">
      <w:r>
        <w:t>The soul’s laughter subsided into a low, sinister hum. “We’ll see,” it purred, its voice dripping with amusement. “We’ll see who she truly belongs to, in the end.”</w:t>
      </w:r>
    </w:p>
    <w:p w14:paraId="4A9F92C4" w14:textId="77777777" w:rsidR="00121116" w:rsidRDefault="00AA3789">
      <w:r>
        <w:t>The air shifted, the soul’s oppressive energy retreating slightly but not disappearing. I could still feel it lingering, watching, savoring every ounce of uncertainty it had planted in me.</w:t>
      </w:r>
    </w:p>
    <w:p w14:paraId="66CE3D58" w14:textId="77777777" w:rsidR="00121116" w:rsidRDefault="00AA3789">
      <w:r>
        <w:t>Vidar’s eyes met mine, steady and unyielding. “Ignore it,” he said, his voice low and commanding. “It feeds on fear. Don’t give it the satisfaction.”</w:t>
      </w:r>
    </w:p>
    <w:p w14:paraId="11145880" w14:textId="77777777" w:rsidR="00121116" w:rsidRDefault="00AA3789">
      <w:r>
        <w:t>I nodded stiffly, though my hands were still trembling, the weight of the stone a heavy reminder of the danger I carried. We pressed forward into the tunnels, but the soul’s presence lingered like a shadow on my back, whispering its silent threats into the darkness.</w:t>
      </w:r>
    </w:p>
    <w:p w14:paraId="5493DFD2" w14:textId="77777777" w:rsidR="00121116" w:rsidRDefault="00AA3789">
      <w:r>
        <w:t>“Help me,” I whispered, my voice a fragile thread unraveling, the weight of the unknown pressing harder on my chest. My exhaustion bled through every word, my walls crumbling under the strain of too many half-truths, too many unanswered questions. His eyebrows narrowed the slightest, the faint crease between them deepening as his gaze locked onto mine. I couldn’t look away, and for a moment, I saw something flicker in those eyes—a crack in his armor. Hope. Dangerous, fragile hope.</w:t>
      </w:r>
    </w:p>
    <w:p w14:paraId="47FE5368" w14:textId="77777777" w:rsidR="00121116" w:rsidRDefault="00AA3789">
      <w:r>
        <w:t>“Please.” The word slipped out, unbidden, and I hated myself for it. I hated the vulnerability, the raw, open wound of needing something from someone who had already taken so much from me. But I couldn’t stop myself. I was drowning in this mess, this endless descent where every step forward dragged me two steps back. I had to try. I had to believe he could pull me out of it.</w:t>
      </w:r>
    </w:p>
    <w:p w14:paraId="02D287A4" w14:textId="77777777" w:rsidR="00121116" w:rsidRDefault="00AA3789">
      <w:r>
        <w:t xml:space="preserve">His hand flinched, a barely noticeable twitch, but it stayed at his side, clenched tightly. His eyes didn’t leave mine, and I could feel it—his conflict, the storm of emotions he tried so </w:t>
      </w:r>
      <w:r>
        <w:lastRenderedPageBreak/>
        <w:t>hard to bury. The heat of his presence was overwhelming, suffocating in its intensity, but it was the only warmth in the freezing void I felt.</w:t>
      </w:r>
    </w:p>
    <w:p w14:paraId="61AA3D4C" w14:textId="77777777" w:rsidR="00121116" w:rsidRDefault="00AA3789">
      <w:r>
        <w:t>“I can’t,” he said finally, his voice low and rough, the words scraping like glass against my resolve. He brushed his hand over mine, fleeting and deliberate, a ghost of contact that burned more than it soothed. And then he pulled away, taking the warmth with him.</w:t>
      </w:r>
    </w:p>
    <w:p w14:paraId="5AFE7895" w14:textId="77777777" w:rsidR="00121116" w:rsidRDefault="00AA3789">
      <w:r>
        <w:t>“Why?” My voice cracked, a knot tightening in my throat. “Why can’t you? Why?” The words tumbled out in a rush, sharp and raw, cutting into the space between us. I didn’t care if I sounded desperate. I was desperate—for answers, for understanding, for something solid to hold onto in the chaos.</w:t>
      </w:r>
    </w:p>
    <w:p w14:paraId="6F64D327" w14:textId="77777777" w:rsidR="00121116" w:rsidRDefault="00AA3789">
      <w:r>
        <w:t>His expression darkened, a shadow falling over his features. “Let’s go,” he commanded, his tone steel and finality, a blade cutting through the moment.</w:t>
      </w:r>
    </w:p>
    <w:p w14:paraId="0A057602" w14:textId="77777777" w:rsidR="00121116" w:rsidRDefault="00AA3789">
      <w:r>
        <w:t>But his eyes lingered on mine for a heartbeat too long, and in that fleeting instant, I saw it—his regret, his hesitation. And just like that, it was gone, swallowed by the mask he wore so well. I bit back the protest rising in my chest, the unanswered questions clawing at my throat, and followed him, my steps heavy with the weight of everything left unsaid.</w:t>
      </w:r>
    </w:p>
    <w:p w14:paraId="0E8CE181" w14:textId="77777777" w:rsidR="00121116" w:rsidRDefault="00AA3789">
      <w:r>
        <w:t>~</w:t>
      </w:r>
    </w:p>
    <w:p w14:paraId="4DB3BCDF" w14:textId="77777777" w:rsidR="00121116" w:rsidRDefault="00AA3789">
      <w:r>
        <w:t>The tunnel walls began to widen, the oppressive darkness peeling back as a faint, flickering light emerged ahead. The air shifted—no longer damp and suffocating, but sharp and bitter, carrying a faint metallic tang that made my stomach twist. My steps faltered as we neared the entrance, and Vidar’s pace quickened as if to pull me forward by sheer force of will.</w:t>
      </w:r>
    </w:p>
    <w:p w14:paraId="03619AE5" w14:textId="77777777" w:rsidR="00121116" w:rsidRDefault="00AA3789">
      <w:r>
        <w:t>And then, I saw him.</w:t>
      </w:r>
    </w:p>
    <w:p w14:paraId="527FFB89" w14:textId="77777777" w:rsidR="00121116" w:rsidRDefault="00AA3789">
      <w:r>
        <w:t>Cronus stood at the mouth of the cave, his figure framed by the pale, otherworldly glow of the moonlight spilling through the stormy clouds. He was waiting, as if he’d known the exact moment we would emerge. His white hair gleamed, wild and untamed, cascading over his shoulders like frost-covered silk. The faint smirk curling his lips sent a shiver down my spine, more chilling than the wind that howled through the cavern’s entrance.</w:t>
      </w:r>
    </w:p>
    <w:p w14:paraId="12E1A764" w14:textId="77777777" w:rsidR="00121116" w:rsidRDefault="00AA3789">
      <w:r>
        <w:t>"Sky," Cronus said, his voice rich and commanding, laced with an unsettling calm. "You’ve returned."</w:t>
      </w:r>
    </w:p>
    <w:p w14:paraId="75DF5B07" w14:textId="77777777" w:rsidR="00121116" w:rsidRDefault="00AA3789">
      <w:r>
        <w:t>I clenched the stone in my hand tighter, its weight suddenly unbearable, as if it knew it was no longer safe. I didn’t answer him, my mouth dry and useless. Instead, I shot a quick glance at Vidar, whose face was a mask of cold indifference. He stood beside me like a sentinel, his shoulders taut, his hands loose at his sides but ready to move.</w:t>
      </w:r>
    </w:p>
    <w:p w14:paraId="14B4021F" w14:textId="77777777" w:rsidR="00121116" w:rsidRDefault="00AA3789">
      <w:r>
        <w:t>Cronus’s gaze flicked briefly to Vidar, his smirk deepening, before returning to me. "I trust you’ve brought what I asked for?" His eyes dropped to the faint glow of the stone in my hand, and his smile widened, sharp as a blade.</w:t>
      </w:r>
    </w:p>
    <w:p w14:paraId="58C22C5D" w14:textId="77777777" w:rsidR="00121116" w:rsidRDefault="00AA3789">
      <w:r>
        <w:lastRenderedPageBreak/>
        <w:t>I swallowed hard, the taste of iron coating my tongue. "I—"</w:t>
      </w:r>
    </w:p>
    <w:p w14:paraId="2C2CC21B" w14:textId="77777777" w:rsidR="00121116" w:rsidRDefault="00AA3789">
      <w:r>
        <w:t>"She has it," Vidar cut in, his voice like ice.</w:t>
      </w:r>
    </w:p>
    <w:p w14:paraId="4C1F42E0" w14:textId="77777777" w:rsidR="00121116" w:rsidRDefault="00AA3789">
      <w:r>
        <w:t>Cronus’s smile sharpened, pleased. "Excellent. It’s rare to find such loyalty these days." His gaze lingered on Vidar with an air of amusement, as though he were observing a well-trained hound obeying its master. "You’ve done well, Vidar."</w:t>
      </w:r>
    </w:p>
    <w:p w14:paraId="665566A3" w14:textId="77777777" w:rsidR="00121116" w:rsidRDefault="00AA3789">
      <w:r>
        <w:t>I froze, my stomach twisting. Vidar’s words hung in the air like a dagger poised above me, and his expression—cold and unyielding—felt like a betrayal all over again. My heart pounded, anger bubbling up beneath my fear.</w:t>
      </w:r>
    </w:p>
    <w:p w14:paraId="754F5E31" w14:textId="77777777" w:rsidR="00121116" w:rsidRDefault="00AA3789">
      <w:r>
        <w:t>"Vidar…" I whispered, searching his face, desperate for some sign of the man who had just been in that tunnel with me. The one who had touched my hand, who had looked at me like I wasn’t a pawn in some sick game. But that man was gone, replaced by this unreadable figure, standing tall at Cronus’s side.</w:t>
      </w:r>
    </w:p>
    <w:p w14:paraId="00DD7BFC" w14:textId="77777777" w:rsidR="00121116" w:rsidRDefault="00AA3789">
      <w:r>
        <w:t>"Don’t," he said sharply, his tone a blade cutting through my rising emotions. He didn’t even look at me. His attention was locked on Cronus, his posture stiff, every movement measured and deliberate. "You said you wouldn’t harm her family if she retrieved the stone. Hold to your word."</w:t>
      </w:r>
    </w:p>
    <w:p w14:paraId="4BEA2187" w14:textId="77777777" w:rsidR="00121116" w:rsidRDefault="00AA3789">
      <w:r>
        <w:t>Cronus chuckled, his laugh low and rumbling, like distant thunder. "Ah, Vidar. Always so quick to remind me of my promises. I assure you, I have no intention of breaking them. Sky’s family is safe—for now."</w:t>
      </w:r>
    </w:p>
    <w:p w14:paraId="70150D9C" w14:textId="77777777" w:rsidR="00121116" w:rsidRDefault="00AA3789">
      <w:r>
        <w:t>His gaze slid back to me, his smile curling into something cruel. "As long as she continues to cooperate, of course."</w:t>
      </w:r>
    </w:p>
    <w:p w14:paraId="72B80F9B" w14:textId="77777777" w:rsidR="00121116" w:rsidRDefault="00AA3789">
      <w:r>
        <w:t>The weight of his words coiled around me like a snake, squeezing the air from my lungs. My mind raced, torn between the fiery defiance burning inside me and the crushing reality of my situation. The stone pulsed again, its warmth seeping into my palm, a steady rhythm that seemed to echo my rising heartbeat.</w:t>
      </w:r>
    </w:p>
    <w:p w14:paraId="1A3BA9EB" w14:textId="77777777" w:rsidR="00121116" w:rsidRDefault="00AA3789">
      <w:r>
        <w:t>"Hand it over, Sky," Cronus commanded, extending his hand toward me. His voice was soft, almost gentle, but it carried an undeniable authority that left no room for refusal.</w:t>
      </w:r>
    </w:p>
    <w:p w14:paraId="7DF2528A" w14:textId="77777777" w:rsidR="00121116" w:rsidRDefault="00AA3789">
      <w:r>
        <w:t>I hesitated, the stone’s hum growing louder in my mind. The air between us crackled with tension, and for a moment, I thought I felt the faintest tremor beneath my feet.</w:t>
      </w:r>
    </w:p>
    <w:p w14:paraId="545584D9" w14:textId="77777777" w:rsidR="00121116" w:rsidRDefault="00AA3789">
      <w:r>
        <w:t>Cronus’s smile faltered, irritation flashing in his eyes. "Now, Sky," he said, his voice dipping into something colder, sharper. "Don’t make me ask again." Cronus’s hand remained extended, waiting for the stone as his sharp gaze pinned me in place. I didn’t dare move, caught between the pulse of the stone in my hand and the suffocating tension in the air.</w:t>
      </w:r>
    </w:p>
    <w:p w14:paraId="6FD65777" w14:textId="77777777" w:rsidR="00121116" w:rsidRDefault="00AA3789">
      <w:r>
        <w:t>"My patience, Sky," Cronus said, his tone dangerously smooth. "It’s not infinite. You wouldn’t want anything to happen to those you hold dear, would you?"</w:t>
      </w:r>
    </w:p>
    <w:p w14:paraId="0CE659E2" w14:textId="77777777" w:rsidR="00121116" w:rsidRDefault="00AA3789">
      <w:r>
        <w:lastRenderedPageBreak/>
        <w:t>He stepped aside, gesturing casually behind him. My heart plummeted as I saw them—my mother and sister. They stood on the far side of the rocky plateau, guarded by Titus and Ichiro. Ichiro’s grip on my sister’s arm was firm, his expression unreadable, while Titus loomed behind my mother, his hand resting almost lazily on her frail shoulder. My mother looked smaller than ever, her frame trembling under the weight of everything that had happened.</w:t>
      </w:r>
    </w:p>
    <w:p w14:paraId="7C12EB12" w14:textId="77777777" w:rsidR="00121116" w:rsidRDefault="00AA3789">
      <w:r>
        <w:t>Ela’s hazel eyes locked onto mine, wide with fear and betrayal. I could see the unshed tears pooling there, her lips trembling as she mouthed something I couldn’t make out. My stomach twisted painfully. I wanted to cry out to her, to promise her that everything would be okay, but the words died in my throat.</w:t>
      </w:r>
    </w:p>
    <w:p w14:paraId="7CD105AD" w14:textId="77777777" w:rsidR="00121116" w:rsidRDefault="00AA3789">
      <w:r>
        <w:t>Cronus tilted his head, his smirk deepening as though he found Vidar’s warning amusing. "Oh, don’t worry. Your family is in no immediate danger," he said, his gaze sliding back to me. "As long as you do as you’re told. This is entirely up to you, Sky." The stone pulsed harder in my hand, its warmth battling the cold panic flooding my chest. I felt trapped, my body frozen in place, my mind a whirlwind of impossible choices. My gaze flicked to Vidar, but he stood beside Cronus, calm and composed, as if none of this touched him. "What happens to them if I give this to you?" My voice came out quiet but firm.</w:t>
      </w:r>
    </w:p>
    <w:p w14:paraId="79D3ACAA" w14:textId="77777777" w:rsidR="00121116" w:rsidRDefault="00AA3789">
      <w:r>
        <w:t>Cronus chuckled, a dark, grating sound that made my skin crawl. "They will be… safe, as long as you prove useful to me. But let’s not get ahead of ourselves, shall we? First, the stone."</w:t>
      </w:r>
    </w:p>
    <w:p w14:paraId="4893E879" w14:textId="77777777" w:rsidR="00121116" w:rsidRDefault="00AA3789">
      <w:r>
        <w:t>Ela’s muffled cry reached me, pulling at something raw inside me. I squeezed the stone tighter, its hum vibrating through my fingertips as though it were alive. I could feel my magic reacting to it, growing restless, unsteady, desperate for release.</w:t>
      </w:r>
    </w:p>
    <w:p w14:paraId="6D4A4764" w14:textId="77777777" w:rsidR="00121116" w:rsidRDefault="00AA3789">
      <w:r>
        <w:t>"Good girl," he whispered, his breath cold against my skin.</w:t>
      </w:r>
    </w:p>
    <w:p w14:paraId="55A1B493" w14:textId="77777777" w:rsidR="00121116" w:rsidRDefault="00AA3789">
      <w:r>
        <w:t>~</w:t>
      </w:r>
    </w:p>
    <w:p w14:paraId="37993EF3" w14:textId="77777777" w:rsidR="00121116" w:rsidRDefault="00AA3789">
      <w:r>
        <w:t>The echo of his footsteps faded as he stepped closer to the bars of my cell. I didn’t need to see his face to feel the weight of his presence, pressing in on me like a suffocating force. When his voice finally came, low and deliberate, it wasn’t the coldness that rattled me—it was the undercurrent of something restrained. Something raw.</w:t>
      </w:r>
    </w:p>
    <w:p w14:paraId="0D10B810" w14:textId="77777777" w:rsidR="00121116" w:rsidRDefault="00AA3789">
      <w:r>
        <w:t>“This wasn’t supposed to happen,” he muttered, almost too quiet to hear. His eyes burned into mine, dark and unwavering.</w:t>
      </w:r>
    </w:p>
    <w:p w14:paraId="5571F1BD" w14:textId="77777777" w:rsidR="00121116" w:rsidRDefault="00AA3789">
      <w:r>
        <w:t>“What wasn’t supposed to happen?” I demanded, pushing myself upright against the wall. The cold of the stone seeped into my back, grounding me against the storm building inside. “What are you talking about?”</w:t>
      </w:r>
    </w:p>
    <w:p w14:paraId="0F53B4C8" w14:textId="77777777" w:rsidR="00121116" w:rsidRDefault="00AA3789">
      <w:r>
        <w:t xml:space="preserve">“This. All of this,” he said, his voice hardening. He looked at me like I was the only thing in the room, like the walls, the dampness, even the iron bars, had disappeared. “You don’t </w:t>
      </w:r>
      <w:r>
        <w:lastRenderedPageBreak/>
        <w:t>understand, do you? The bond. It wasn’t meant to… You were never supposed to get this far.”</w:t>
      </w:r>
    </w:p>
    <w:p w14:paraId="194B1D52" w14:textId="77777777" w:rsidR="00121116" w:rsidRDefault="00AA3789">
      <w:r>
        <w:t>My heart pounded, my fingers curling into fists against the icy stone. “Bond?” I repeated, the word sticking to my tongue like tar. I knew it wasn’t a question I wanted to ask, but I couldn’t stop myself.</w:t>
      </w:r>
    </w:p>
    <w:p w14:paraId="71B0A342" w14:textId="77777777" w:rsidR="00121116" w:rsidRDefault="00AA3789">
      <w:r>
        <w:t>His lips tightened, and he exhaled sharply, as if the act of speaking it aloud pained him. “We’re bonded,” he admitted finally, his voice cold but steady. “It’s rare—almost unheard of. But somehow, it happened. The moment our paths crossed, something… shifted. I can feel it. I’ve felt it every day since.”</w:t>
      </w:r>
    </w:p>
    <w:p w14:paraId="20741E54" w14:textId="77777777" w:rsidR="00121116" w:rsidRDefault="00AA3789">
      <w:r>
        <w:t>“Bonded?” I echoed again, the word hitting me like a curse. My voice cracked as I stepped closer to the bars, searching his face for some kind of explanation. “What does that even mean?”</w:t>
      </w:r>
    </w:p>
    <w:p w14:paraId="21BC4007" w14:textId="77777777" w:rsidR="00121116" w:rsidRDefault="00AA3789">
      <w:r>
        <w:t>“It means that no matter what I do, no matter how far I go, I can’t sever it. You’re…” He stopped himself, jaw tightening as he tried to reign in whatever was unraveling inside him. “You’re in my blood. My soul. And it’s killing me.”</w:t>
      </w:r>
    </w:p>
    <w:p w14:paraId="4DF11945" w14:textId="77777777" w:rsidR="00121116" w:rsidRDefault="00AA3789">
      <w:r>
        <w:t>I stared at him, the weight of his words crashing into me like a wave. I wanted to hate him. I wanted to scream at him for everything he’d done, for every piece of my life that had shattered because of him. But something inside me burned with a heat I didn’t understand—a pull I couldn’t deny.</w:t>
      </w:r>
    </w:p>
    <w:p w14:paraId="356345E8" w14:textId="77777777" w:rsidR="00121116" w:rsidRDefault="00AA3789">
      <w:r>
        <w:t>“I don’t want this,” I whispered, though my voice wavered with a lie I didn’t know I was telling. “I should hate you. I do hate you. But you… You make me question everything.”</w:t>
      </w:r>
    </w:p>
    <w:p w14:paraId="3C7DA6F4" w14:textId="77777777" w:rsidR="00121116" w:rsidRDefault="00AA3789">
      <w:r>
        <w:t>His hand twitched at his side, and for a moment, I thought he might reach for me. But instead, his expression darkened, his walls snapping back into place.</w:t>
      </w:r>
    </w:p>
    <w:p w14:paraId="3B7AB808" w14:textId="77777777" w:rsidR="00121116" w:rsidRDefault="00AA3789">
      <w:r>
        <w:t>“You don’t have to trust me,” he said coldly. “But if you want to survive, you’ll listen.”</w:t>
      </w:r>
    </w:p>
    <w:p w14:paraId="6DF2D921" w14:textId="77777777" w:rsidR="00121116" w:rsidRDefault="00AA3789">
      <w:r>
        <w:t>I stepped closer to the bars, my voice cutting through the small space between us. “Then help me. Help me get out of this. Help me save them.”</w:t>
      </w:r>
    </w:p>
    <w:p w14:paraId="1880B91B" w14:textId="77777777" w:rsidR="00121116" w:rsidRDefault="00AA3789">
      <w:r>
        <w:t>His gaze dropped for the briefest second, a flicker of hesitation crossing his face. “I will,” he said, the words sounding more like a vow than a promise. “I’ll get you and your family out of here. But you’ll have to do exactly what I say.”</w:t>
      </w:r>
    </w:p>
    <w:p w14:paraId="1D4A0CDD" w14:textId="77777777" w:rsidR="00121116" w:rsidRDefault="00AA3789">
      <w:r>
        <w:t>I didn’t speak, couldn’t speak, as he continued. “There’s a place. Past the hills, beyond the village. Galdayna. She’ll know what to do. I’ll create enough of a distraction to give you time, but you can’t hesitate. When the moment comes, you run.”</w:t>
      </w:r>
    </w:p>
    <w:p w14:paraId="3CDC3BC6" w14:textId="77777777" w:rsidR="00121116" w:rsidRDefault="00AA3789">
      <w:r>
        <w:t>His words hung in the air like smoke, filling the cold silence between us. “Why are you doing this?” I finally asked, my voice low, barely audible.</w:t>
      </w:r>
    </w:p>
    <w:p w14:paraId="67EDEB53" w14:textId="77777777" w:rsidR="00121116" w:rsidRDefault="00AA3789">
      <w:r>
        <w:lastRenderedPageBreak/>
        <w:t>For the first time, he looked at me with something I couldn’t decipher. Something that felt like regret. “Because I have to,” he said, his voice quieter now. “Because I can’t let you fade away. Not like this.” I wasn’t sure if I had any trust or hope left in me—not enough to let his words sink in, not enough to let them matter. Even as his voice lingered in the air, weighted with something almost genuine, I forced myself to lock it away. My soul, traitorous and yearning, reached for him in ways I couldn’t control, but I buried that pull beneath the weight of everything I knew. I couldn’t afford to let it take hold, couldn’t let it blind me to what was real.</w:t>
      </w:r>
    </w:p>
    <w:p w14:paraId="2D69CB89" w14:textId="77777777" w:rsidR="00121116" w:rsidRDefault="00AA3789">
      <w:r>
        <w:t>The flame flickered inside me, weak and tempting, but I exhaled and smothered it into cold ashes. No charm or intensity in his eyes could distract me this time. His effortless mystique was just another weapon he wielded. I wasn’t falling for it, not again.</w:t>
      </w:r>
    </w:p>
    <w:p w14:paraId="4EB20E53" w14:textId="77777777" w:rsidR="00121116" w:rsidRDefault="00AA3789">
      <w:r>
        <w:t>My face remained a mask, cold and unmoving. No questions. No vulnerability. Just the quiet rage of surrender simmering beneath the surface. My silence didn’t faze him, though. He stood there, his presence heavy, as if he wasn’t waiting for a response but expecting something deeper—something I couldn’t give.</w:t>
      </w:r>
    </w:p>
    <w:p w14:paraId="1FDC71E7" w14:textId="77777777" w:rsidR="00121116" w:rsidRDefault="00AA3789">
      <w:r>
        <w:t>If he believed his own words, then he was a fool. And if he didn’t, if this was just another manipulation, then he was every bit the monster I’d come to expect. Either way, I refused to break. I met his gaze briefly, and though my heart twisted, I let nothing show. If he wanted my desperation, he wouldn’t get it. If he wanted my hope, he was far too late.</w:t>
      </w:r>
    </w:p>
    <w:p w14:paraId="670A6609" w14:textId="77777777" w:rsidR="00121116" w:rsidRDefault="00AA3789">
      <w:r>
        <w:t>Still, he didn’t leave. His gaze lingered, steady and unreadable, like he was dissecting every piece of me, trying to pull apart my silence. For a moment, I wondered if he could see what I’d buried beneath it all—how tired I was, how the promise of freedom felt like a cruel joke I could no longer laugh at.</w:t>
      </w:r>
    </w:p>
    <w:p w14:paraId="14F94D2D" w14:textId="77777777" w:rsidR="00121116" w:rsidRDefault="00AA3789">
      <w:r>
        <w:t>But if he saw it, he didn’t show it. He simply stood there, rooted, unflinching in his quiet dominance, as if the world outside this cell didn’t exist. And for a brief, fleeting moment, I hated him for it. Hated him for the way his presence always demanded more from me, even when I had nothing left to give.</w:t>
      </w:r>
    </w:p>
    <w:p w14:paraId="3B126C06" w14:textId="77777777" w:rsidR="00121116" w:rsidRDefault="00AA3789">
      <w:r>
        <w:t>Finally, he blinked, and the air seemed to ripple with the faint shimmer of shadowy smoke. It flared for a brief moment, curling around him like a silent promise, before fading into nothingness. He was gone.</w:t>
      </w:r>
    </w:p>
    <w:p w14:paraId="4CC6F041" w14:textId="77777777" w:rsidR="00121116" w:rsidRDefault="00AA3789">
      <w:r>
        <w:t>For a second, I didn’t move, didn’t breathe, as if the weight of his presence still clung to the air, suffocating and heavy. My hands twitched at my sides, my nails biting into my palms, grounding me in the reality that I was alone again. Slowly, painfully, the tension that had coiled tight in my muscles began to unravel. My shoulders dropped, my chest rising and falling with shallow, uneven breaths.</w:t>
      </w:r>
    </w:p>
    <w:p w14:paraId="06FBD1CC" w14:textId="77777777" w:rsidR="00121116" w:rsidRDefault="00AA3789">
      <w:r>
        <w:t xml:space="preserve">The musty air filled my lungs, thick and damp, but it did little to soothe the storm inside me. My knees threatened to buckle, but I caught myself, leaning against the cold, unforgiving wall of the cell. I swallowed hard, forcing the lump in my throat down where it couldn’t </w:t>
      </w:r>
      <w:r>
        <w:lastRenderedPageBreak/>
        <w:t>choke me. My limbs still trembled faintly, caught between the aftermath of his presence and the echo of the bond that refused to let me forget.</w:t>
      </w:r>
    </w:p>
    <w:p w14:paraId="05AC2CF8" w14:textId="77777777" w:rsidR="00121116" w:rsidRDefault="00AA3789">
      <w:r>
        <w:t>He was gone, but his shadow lingered, a phantom in the corners of my mind. I let out a shaky breath, pressing my back harder against the wall, trying to anchor myself in the silence he’d left behind. But even as I stood there, my heart drumming against my ribs, I couldn’t shake the feeling that this wasn’t over. That whatever had just passed between us would return, stronger and more relentless.</w:t>
      </w:r>
    </w:p>
    <w:p w14:paraId="3945DFDD" w14:textId="77777777" w:rsidR="00121116" w:rsidRDefault="00AA3789">
      <w:r>
        <w:t>And when it did, I wasn’t sure if I’d have the strength to face it.</w:t>
      </w:r>
    </w:p>
    <w:p w14:paraId="48A9FCD9" w14:textId="77777777" w:rsidR="00121116" w:rsidRDefault="00AA3789">
      <w:r>
        <w:t>My sister and mother lay slumped against the stone wall, their fragile bodies curled into each other as if seeking warmth that didn’t exist here. Their breaths were shallow, barely audible above the drip of water echoing in the cell. Frail. Cold. Every line of their faces was etched with exhaustion and suffering—marks left by my failure to protect them.</w:t>
      </w:r>
    </w:p>
    <w:p w14:paraId="3C55E953" w14:textId="77777777" w:rsidR="00121116" w:rsidRDefault="00AA3789">
      <w:r>
        <w:t>But I wasn’t cold. I was burning, an inferno raging beneath my skin. It clawed at me from the inside out, desperate for release. My hands trembled at my sides, fists clenched so tightly that my nails bit into my palms, threatening to draw blood. Every breath I took felt like fanning flames, like my body was on the verge of erupting. The cuffs on my wrists pulsed faintly, suppressing the full force of what begged to be unleashed, but they couldn’t extinguish it completely.</w:t>
      </w:r>
    </w:p>
    <w:p w14:paraId="46E4DC7C" w14:textId="77777777" w:rsidR="00121116" w:rsidRDefault="00AA3789">
      <w:r>
        <w:t>I pressed my back against the bars, staring at them, helpless. My mother’s face was gaunt, her cheekbones sharp, her lips cracked and pale. She looked so much smaller than I remembered, her frame swallowed by exhaustion and hunger. My sister, Ela, rested her head on our mother’s shoulder, her features just as drawn, her once lively hazel eyes now closed, hiding the fear I knew still lingered behind them.</w:t>
      </w:r>
    </w:p>
    <w:p w14:paraId="54EB57E3" w14:textId="77777777" w:rsidR="00121116" w:rsidRDefault="00AA3789">
      <w:r>
        <w:t>A pang of guilt stabbed through me, sharp and unrelenting. This was my doing. My choices had led them here, to this cold, merciless place. And yet, even as I watched them, even as their suffering carved deep into my soul, I couldn’t touch the icy guilt for long. It melted too quickly under the relentless heat roaring through me. The magic inside me felt untamed, coiled too tightly, desperate to explode.</w:t>
      </w:r>
    </w:p>
    <w:p w14:paraId="63978D4F" w14:textId="77777777" w:rsidR="00121116" w:rsidRDefault="00AA3789">
      <w:r>
        <w:t>I clenched my fists tighter, the cuffs digging into my wrists, and pressed my forehead against the cool metal bars, letting the chill bite at my skin. I needed to focus. To think. To do something. But all I could feel was the fire threatening to consume me.</w:t>
      </w:r>
    </w:p>
    <w:p w14:paraId="4814F47A" w14:textId="77777777" w:rsidR="00121116" w:rsidRDefault="00AA3789">
      <w:r>
        <w:t>A faint murmur escaped my mother’s lips, a sound so soft it barely reached me. Her head shifted slightly, and for a moment, I thought she might wake. My heart leapt at the thought, but she stilled again, her breath evening out as sleep reclaimed her.</w:t>
      </w:r>
    </w:p>
    <w:p w14:paraId="66F3D1EC" w14:textId="77777777" w:rsidR="00121116" w:rsidRDefault="00AA3789">
      <w:r>
        <w:t>“I’m sorry,” I whispered, the words tasting bitter and hollow on my tongue. My voice cracked, barely audible, but the guilt in them burned as fiercely as the fire beneath my skin. “I’m so sorry.”</w:t>
      </w:r>
    </w:p>
    <w:p w14:paraId="32C93043" w14:textId="77777777" w:rsidR="00121116" w:rsidRDefault="00AA3789">
      <w:r>
        <w:lastRenderedPageBreak/>
        <w:t>The silence that followed was deafening, heavy with the weight of everything I couldn’t say. Everything I couldn’t undo.</w:t>
      </w:r>
    </w:p>
    <w:p w14:paraId="6B4D58E6" w14:textId="77777777" w:rsidR="00121116" w:rsidRDefault="00AA3789">
      <w:r>
        <w:t>~</w:t>
      </w:r>
    </w:p>
    <w:p w14:paraId="1158523D" w14:textId="77777777" w:rsidR="00121116" w:rsidRDefault="00AA3789">
      <w:r>
        <w:t>The following night, the cell was shrouded in oppressive silence, broken only by the occasional drip of water echoing through the darkened tunnels. My mother and sister still lay curled together, their breaths shallow but steady. I hadn’t slept. I couldn’t. My mind raced with fragments of hope and fear, tangling into an unbearable knot.</w:t>
      </w:r>
    </w:p>
    <w:p w14:paraId="0457AA2F" w14:textId="77777777" w:rsidR="00121116" w:rsidRDefault="00AA3789">
      <w:r>
        <w:t>Then, the faintest sound reached my ears—a whisper of movement, barely more than a ripple in the stillness. I straightened instinctively, my body tense, every nerve alight. The shadows in the corridor seemed to stretch and shift as if sensing his presence before I saw him.</w:t>
      </w:r>
    </w:p>
    <w:p w14:paraId="32286D25" w14:textId="77777777" w:rsidR="00121116" w:rsidRDefault="00AA3789">
      <w:r>
        <w:t>And then he was there.</w:t>
      </w:r>
    </w:p>
    <w:p w14:paraId="53EFF464" w14:textId="77777777" w:rsidR="00121116" w:rsidRDefault="00AA3789">
      <w:r>
        <w:t>Vidar emerged from the darkness, his steps deliberate, quiet. He looked like a phantom, his dark cloak trailing behind him, the flickering torchlight catching the edges of his sharp features. His eyes, as always, glowed faintly, the blue orbs cutting through the gloom like twin blades.</w:t>
      </w:r>
    </w:p>
    <w:p w14:paraId="377F72E6" w14:textId="77777777" w:rsidR="00121116" w:rsidRDefault="00AA3789">
      <w:r>
        <w:t>I rose to my feet, gripping the bars tightly as his gaze met mine. There was no smirk, no air of superiority this time. His expression was unreadable, his face shadowed and tense.</w:t>
      </w:r>
    </w:p>
    <w:p w14:paraId="2F67C1D7" w14:textId="77777777" w:rsidR="00121116" w:rsidRDefault="00AA3789">
      <w:r>
        <w:t>“You came,” I whispered, the words slipping out before I could stop them. Relief warred with suspicion in my chest, but I couldn’t deny the spark of hope that flared at the sight of him.</w:t>
      </w:r>
    </w:p>
    <w:p w14:paraId="3A84183E" w14:textId="77777777" w:rsidR="00121116" w:rsidRDefault="00AA3789">
      <w:r>
        <w:t>“I said I would,” he replied, his voice low but steady. There was a weight to his tone, a promise carved into stone.</w:t>
      </w:r>
    </w:p>
    <w:p w14:paraId="78A2D2C5" w14:textId="77777777" w:rsidR="00121116" w:rsidRDefault="00AA3789">
      <w:r>
        <w:t>Vidar reached the cell door, his hand brushing the lock. A faint hum of magic pulsed through the air as he closed his eyes briefly, murmuring words I couldn’t understand. The lock clicked open with a sharp sound, and the door creaked as it swung outward.</w:t>
      </w:r>
    </w:p>
    <w:p w14:paraId="197CBE03" w14:textId="77777777" w:rsidR="00121116" w:rsidRDefault="00AA3789">
      <w:r>
        <w:t>“Quietly,” he instructed, his gaze flickering to my sister and mother, still asleep against the wall. “We don’t have much time.”</w:t>
      </w:r>
    </w:p>
    <w:p w14:paraId="61924909" w14:textId="77777777" w:rsidR="00121116" w:rsidRDefault="00AA3789">
      <w:r>
        <w:t>I hesitated, my hand hovering over my sister’s shoulder. “What about the guards? Titus? Ichiro?” My voice was barely above a whisper, laced with urgency.</w:t>
      </w:r>
    </w:p>
    <w:p w14:paraId="4408D734" w14:textId="77777777" w:rsidR="00121116" w:rsidRDefault="00AA3789">
      <w:r>
        <w:t>“They’ve been… distracted,” he said, his tone careful. “But it won’t last. We need to move.”</w:t>
      </w:r>
    </w:p>
    <w:p w14:paraId="2234C62D" w14:textId="77777777" w:rsidR="00121116" w:rsidRDefault="00AA3789">
      <w:r>
        <w:t>I didn’t have time to question what he meant by “distracted.” I shook my sister gently, her eyes fluttering open with a start. “Ela, it’s me,” I whispered, my voice as soothing as I could manage. “We have to go. Now.”</w:t>
      </w:r>
    </w:p>
    <w:p w14:paraId="5DA36F7B" w14:textId="77777777" w:rsidR="00121116" w:rsidRDefault="00AA3789">
      <w:r>
        <w:lastRenderedPageBreak/>
        <w:t>Her gaze darted around, panic flickering in her hazel eyes. But when she saw Vidar standing there, the faint glow of his magic illuminating the cell, her fear deepened. “Sky… what’s happening?”</w:t>
      </w:r>
    </w:p>
    <w:p w14:paraId="61F8B84B" w14:textId="77777777" w:rsidR="00121116" w:rsidRDefault="00AA3789">
      <w:r>
        <w:t>“It’s okay,” I said, though the words felt like a lie. “We’re getting out of here.”</w:t>
      </w:r>
    </w:p>
    <w:p w14:paraId="1DC303B1" w14:textId="77777777" w:rsidR="00121116" w:rsidRDefault="00AA3789">
      <w:r>
        <w:t>My mother stirred next, her frail body struggling to sit upright. Vidar’s gaze softened briefly as he looked at her, but it was gone as quickly as it had come. “We don’t have time for questions,” he said sharply. “Move.”</w:t>
      </w:r>
    </w:p>
    <w:p w14:paraId="5D716D19" w14:textId="77777777" w:rsidR="00121116" w:rsidRDefault="00AA3789">
      <w:r>
        <w:t>I helped my mother to her feet, my arms steadying her as Ela clung to my other side. We stepped out of the cell, the cold stone beneath our feet a chilling reminder of the danger that still lingered.</w:t>
      </w:r>
    </w:p>
    <w:p w14:paraId="63734314" w14:textId="77777777" w:rsidR="00121116" w:rsidRDefault="00AA3789">
      <w:r>
        <w:t>Vidar led the way, his movements precise, his focus unwavering. The air was thick with tension, every sound amplified as we made our way through the labyrinth of tunnels. My heart pounded in my chest, each step a fragile hope that we might actually escape.</w:t>
      </w:r>
    </w:p>
    <w:p w14:paraId="57E13ECA" w14:textId="77777777" w:rsidR="00121116" w:rsidRDefault="00AA3789">
      <w:r>
        <w:t>But something lingered at the edge of my thoughts—a question, a doubt. Why was he doing this? Why risk everything to save us? I wanted to ask, to demand answers, but the words lodged in my throat. Now wasn’t the time.</w:t>
      </w:r>
    </w:p>
    <w:p w14:paraId="7732B421" w14:textId="77777777" w:rsidR="00121116" w:rsidRDefault="00AA3789">
      <w:r>
        <w:t>The shadows seemed to press closer as we moved, the distant sounds of the castle above reminding me of the thin line we walked. Vidar stopped abruptly, holding up a hand. My breath caught as I strained to listen.</w:t>
      </w:r>
    </w:p>
    <w:p w14:paraId="6F3553A4" w14:textId="77777777" w:rsidR="00121116" w:rsidRDefault="00AA3789">
      <w:r>
        <w:t>“Wait here,” he said, his voice low but commanding. He glanced at me, his gaze locking onto mine. “No matter what happens, don’t make a sound. Understand?”</w:t>
      </w:r>
    </w:p>
    <w:p w14:paraId="6BD6ABF1" w14:textId="77777777" w:rsidR="00121116" w:rsidRDefault="00AA3789">
      <w:r>
        <w:t>I nodded, my throat dry as he slipped into the darkness ahead. The air grew colder in his absence, and I tightened my grip on my mother and sister, praying we wouldn’t be caught.</w:t>
      </w:r>
    </w:p>
    <w:p w14:paraId="258F3603" w14:textId="77777777" w:rsidR="00121116" w:rsidRDefault="00AA3789">
      <w:r>
        <w:t>He surged back around the corner, signaling us to move forward. A small relief escaped my chest, but it was short-lived. The narrow tunnel ahead was shrouded in shadows, each step forward feeling like walking a tightrope over an abyss. My sister clung to my arm, her grip weak but determined, and I could feel the tremble of her fear vibrating through me. My mother trailed behind, silent but dragging her steps as though the weight of the world pressed down on her fragile frame.</w:t>
      </w:r>
    </w:p>
    <w:p w14:paraId="0217D581" w14:textId="77777777" w:rsidR="00121116" w:rsidRDefault="00AA3789">
      <w:r>
        <w:t>Vidar moved ahead like a phantom, his movements sharp and calculated, his eyes scanning every corner, every flicker of the dim torchlight for danger. He turned back briefly, his gaze locking on mine for a moment too long. There was something unreadable in his expression—intent, perhaps even regret—but he didn’t say a word before gesturing us onward.</w:t>
      </w:r>
    </w:p>
    <w:p w14:paraId="6766631E" w14:textId="77777777" w:rsidR="00121116" w:rsidRDefault="00AA3789">
      <w:r>
        <w:t xml:space="preserve">The air was damp, suffocating, and the walls seemed to close in tighter with every passing second. My own breath felt loud in my ears, a reminder of how vulnerable we were. Behind </w:t>
      </w:r>
      <w:r>
        <w:lastRenderedPageBreak/>
        <w:t>us, the faint clink of chains and distant murmurs from the other cells sent a chill down my spine. Were Cronus's guards already searching for us? The thought spurred me forward.</w:t>
      </w:r>
    </w:p>
    <w:p w14:paraId="5DF56B03" w14:textId="77777777" w:rsidR="00121116" w:rsidRDefault="00AA3789">
      <w:r>
        <w:t>“Keep moving,” Vidar’s voice was a low growl, slicing through the oppressive silence. It held an edge, a reminder that hesitation could cost us everything.</w:t>
      </w:r>
    </w:p>
    <w:p w14:paraId="2B173F43" w14:textId="77777777" w:rsidR="00121116" w:rsidRDefault="00AA3789">
      <w:r>
        <w:t>“They’re trying,” I muttered under my breath, though I doubted he could hear me. My legs burned, every step a battle as I fought against the tension coiling in my chest. My magic thrummed faintly beneath my skin, restless and unsteady, itching to break free. But I couldn’t risk it. Not now. Not with my family so close.</w:t>
      </w:r>
    </w:p>
    <w:p w14:paraId="35E2B9C5" w14:textId="77777777" w:rsidR="00121116" w:rsidRDefault="00AA3789">
      <w:r>
        <w:t>A faint noise—like the scrape of boots against stone—echoed behind us, and my heart lurched. Vidar froze mid-step, holding up a hand to signal silence. My mother stumbled, barely catching herself against the wall, and I reached out instinctively to steady her. The world seemed to hold its breath as we listened, every muscle in my body taut with anticipation.</w:t>
      </w:r>
    </w:p>
    <w:p w14:paraId="55FD7888" w14:textId="77777777" w:rsidR="00121116" w:rsidRDefault="00AA3789">
      <w:r>
        <w:t>Then, Vidar’s hand dropped, and he motioned for us to follow again, his pace quickening. “They’re not far,” he muttered, more to himself than to us. “We have to move faster.”</w:t>
      </w:r>
    </w:p>
    <w:p w14:paraId="7805DB8F" w14:textId="77777777" w:rsidR="00121116" w:rsidRDefault="00AA3789">
      <w:r>
        <w:t>My sister whimpered softly beside me, and I squeezed her hand in reassurance, though my own pulse thundered in my ears. Faster. We had no choice but to keep moving forward, deeper into the unknown, with nothing but the faint hope of escape to cling to.</w:t>
      </w:r>
    </w:p>
    <w:p w14:paraId="13C4FB35" w14:textId="77777777" w:rsidR="00121116" w:rsidRDefault="00AA3789">
      <w:r>
        <w:t>~</w:t>
      </w:r>
    </w:p>
    <w:p w14:paraId="06E5D648" w14:textId="77777777" w:rsidR="00121116" w:rsidRDefault="00AA3789">
      <w:r>
        <w:t>Vidar stopped abruptly, turning to face me, his expression hard and unyielding. “No one can know humans are here. Understand?” His voice was firm, leaving no room for argument. “You need to keep them as far away from any Hecates except for Galdayna.”</w:t>
      </w:r>
    </w:p>
    <w:p w14:paraId="3A5A3A36" w14:textId="77777777" w:rsidR="00121116" w:rsidRDefault="00AA3789">
      <w:r>
        <w:t>I swallowed the lump in my throat, my heart pounding as the weight of his words settled over me. I simply blinked, nodding as though I were a soldier readying herself to charge headfirst into an impossible battle. He studied me for a moment longer, his gaze sharp and searching, before it softened—just barely.</w:t>
      </w:r>
    </w:p>
    <w:p w14:paraId="3277E9FB" w14:textId="77777777" w:rsidR="00121116" w:rsidRDefault="00AA3789">
      <w:r>
        <w:t>“After the hill, Sky,” he said, his voice low, almost a whisper. His hand reached out, hovering for a heartbeat before he found my palm, his touch warm and steady against my trembling fingers. “Here.” His tone shifted, quieter, almost tender. “This will imprint the route to your mind—from my memory.”</w:t>
      </w:r>
    </w:p>
    <w:p w14:paraId="3D581D26" w14:textId="77777777" w:rsidR="00121116" w:rsidRDefault="00AA3789">
      <w:r>
        <w:t>I closed my eyes as the heat of his magic pulsed through my hand, vivid images surging into my consciousness like a dream I hadn’t realized I’d forgotten. The snow. The enormous pine trees scattered like watchful sentinels. A wooden cottage nestled in the frost, its windows glowing faintly with golden light. Galdayna.</w:t>
      </w:r>
    </w:p>
    <w:p w14:paraId="786301E9" w14:textId="77777777" w:rsidR="00121116" w:rsidRDefault="00AA3789">
      <w:r>
        <w:t>The name resonated within me, as though it had always been there, waiting.</w:t>
      </w:r>
    </w:p>
    <w:p w14:paraId="094D2FF3" w14:textId="77777777" w:rsidR="00121116" w:rsidRDefault="00AA3789">
      <w:r>
        <w:lastRenderedPageBreak/>
        <w:t>I opened my eyes, the world around me feeling distant, blurred. Vidar’s hand lingered against mine for a moment longer, his warmth grounding me before he released me. “Now, go,” he urged, his voice cutting through the haze in my mind.</w:t>
      </w:r>
    </w:p>
    <w:p w14:paraId="71352AC2" w14:textId="77777777" w:rsidR="00121116" w:rsidRDefault="00AA3789">
      <w:r>
        <w:t>And so, we ran—into the embrace of the night sky, away from the suffocating walls of the fortress. I held tightly to both my mother and sister, their weight anchoring me to the fragile reality of our escape. My feet moved with purpose, but not with speed; not with them. I couldn’t fleet, couldn’t risk leaving them behind. We wouldn’t make it that way. So we pressed on, the snow crunching beneath us, the fortress fading into a distant haze behind us.</w:t>
      </w:r>
    </w:p>
    <w:p w14:paraId="1FB63822" w14:textId="77777777" w:rsidR="00121116" w:rsidRDefault="00AA3789">
      <w:r>
        <w:t>When we finally slowed, the cold air clawed at my lungs like fire, a searing reminder that we were alive. Both my mother and sister collapsed into the snow, heaving, their breaths forming clouds against the frigid air. I stood there, letting the pain of exhaustion wash over me, strangely comforted by it. The weight of survival had left its mark on my body, but for now, I welcomed the ache—it meant we had escaped. For now.</w:t>
      </w:r>
    </w:p>
    <w:p w14:paraId="2C943A4F" w14:textId="77777777" w:rsidR="00121116" w:rsidRDefault="00AA3789">
      <w:r>
        <w:t>I tilted my head to the sky, the stars blurred behind the snowfall that kissed my face. The snowflakes danced, indifferent to the chaos we had just fled. And yet, as I stared into the vastness above, it wasn’t fear of Cronus that clenched my chest. It wasn’t the pounding realization that he would find us, sooner or later. It was Vidar.</w:t>
      </w:r>
    </w:p>
    <w:p w14:paraId="4D8DA6E4" w14:textId="77777777" w:rsidR="00121116" w:rsidRDefault="00AA3789">
      <w:r>
        <w:t>His presence burned in my thoughts, unrelenting. The way my breath steadied when he was near, no matter the danger or uncertainty. How, in the midst of my fury, my fear, my despair, he grounded me in a way nothing else ever had. He was everything I should hate, everything I shouldn’t want, and yet… with him, I felt alive. Alive in a way that was dangerously intoxicating. He was freedom wrapped in chains.</w:t>
      </w:r>
    </w:p>
    <w:p w14:paraId="4E484986" w14:textId="77777777" w:rsidR="00121116" w:rsidRDefault="00AA3789">
      <w:r>
        <w:t>I shook the thought away, my breath catching in the cold. I needed to stay focused, not tethered to a longing I didn’t understand. I looked at my mother, her frail form trembling even as she tried to smile at me, her hope etched into her every feature. I looked at Ela, her defiant spirit dimmed but not extinguished. They needed me. They needed me strong.</w:t>
      </w:r>
    </w:p>
    <w:p w14:paraId="46398B92" w14:textId="77777777" w:rsidR="00121116" w:rsidRDefault="00AA3789">
      <w:r>
        <w:t>The snow began to soak through my clothes, the cold seeping back into my bones, and I felt my resolve harden. The warmth Vidar ignited in me, the fire I couldn’t extinguish, was now a dull ache, a missing piece that gnawed at me even as I tried to ignore it. I forced myself to focus, pulling my mother and sister to their feet. We had to keep moving.</w:t>
      </w:r>
    </w:p>
    <w:p w14:paraId="28AC3D7A" w14:textId="77777777" w:rsidR="00121116" w:rsidRDefault="00AA3789">
      <w:r>
        <w:t>But as we trudged forward into the frozen night, the hollow space inside me only grew, whispering that something had been left behind. A tether, unbreakable and unrelenting, that I knew I could never outrun.</w:t>
      </w:r>
    </w:p>
    <w:sectPr w:rsidR="00121116" w:rsidSect="00034616">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ndry van de louw" w:date="2025-04-03T00:08:00Z" w:initials="av">
    <w:p w14:paraId="3AD06895" w14:textId="77777777" w:rsidR="001513BE" w:rsidRDefault="001513BE" w:rsidP="001513BE">
      <w:r>
        <w:rPr>
          <w:rStyle w:val="CommentReference"/>
        </w:rPr>
        <w:annotationRef/>
      </w:r>
      <w:r>
        <w:rPr>
          <w:sz w:val="20"/>
          <w:szCs w:val="20"/>
        </w:rPr>
        <w:t>????</w:t>
      </w:r>
    </w:p>
  </w:comment>
  <w:comment w:id="1" w:author="andry van de louw" w:date="2025-04-05T01:11:00Z" w:initials="av">
    <w:p w14:paraId="028C8339" w14:textId="7EB9210E" w:rsidR="001513BE" w:rsidRDefault="001513BE" w:rsidP="001513BE">
      <w:r>
        <w:rPr>
          <w:rStyle w:val="CommentReference"/>
        </w:rPr>
        <w:annotationRef/>
      </w:r>
      <w:r>
        <w:rPr>
          <w:sz w:val="20"/>
          <w:szCs w:val="20"/>
        </w:rPr>
        <w:t>Is. This correct or is it gritted??</w:t>
      </w:r>
    </w:p>
  </w:comment>
  <w:comment w:id="2" w:author="andry van de louw" w:date="2025-04-09T23:33:00Z" w:initials="av">
    <w:p w14:paraId="258D2931" w14:textId="77777777" w:rsidR="001513BE" w:rsidRDefault="001513BE" w:rsidP="001513BE">
      <w:r>
        <w:rPr>
          <w:rStyle w:val="CommentReference"/>
        </w:rPr>
        <w:annotationRef/>
      </w:r>
      <w:r>
        <w:rPr>
          <w:sz w:val="20"/>
          <w:szCs w:val="20"/>
        </w:rPr>
        <w:t>Fix Grammar, Vidar speaks twice in a row</w:t>
      </w:r>
    </w:p>
  </w:comment>
  <w:comment w:id="3" w:author="andry van de louw" w:date="2025-04-09T23:51:00Z" w:initials="av">
    <w:p w14:paraId="1B812614" w14:textId="77777777" w:rsidR="001513BE" w:rsidRDefault="001513BE" w:rsidP="001513BE">
      <w:r>
        <w:rPr>
          <w:rStyle w:val="CommentReference"/>
        </w:rPr>
        <w:annotationRef/>
      </w:r>
      <w:r>
        <w:rPr>
          <w:sz w:val="20"/>
          <w:szCs w:val="20"/>
        </w:rPr>
        <w:t>Grammar. Vidar speaks twice in a row. Needs a pause</w:t>
      </w:r>
    </w:p>
  </w:comment>
  <w:comment w:id="4" w:author="andry van de louw" w:date="2025-04-09T23:59:00Z" w:initials="av">
    <w:p w14:paraId="0CB8D90F" w14:textId="77777777" w:rsidR="001513BE" w:rsidRDefault="001513BE" w:rsidP="001513BE">
      <w:r>
        <w:rPr>
          <w:rStyle w:val="CommentReference"/>
        </w:rPr>
        <w:annotationRef/>
      </w:r>
      <w:r>
        <w:rPr>
          <w:sz w:val="20"/>
          <w:szCs w:val="20"/>
        </w:rPr>
        <w:t>Is that the right location they are in?  Or is it on top of the hill?</w:t>
      </w:r>
    </w:p>
  </w:comment>
  <w:comment w:id="5" w:author="andry van de louw" w:date="2025-04-12T14:04:00Z" w:initials="av">
    <w:p w14:paraId="0B2730F3" w14:textId="77777777" w:rsidR="00C5219F" w:rsidRDefault="00C5219F" w:rsidP="00C5219F">
      <w:r>
        <w:rPr>
          <w:rStyle w:val="CommentReference"/>
        </w:rPr>
        <w:annotationRef/>
      </w:r>
      <w:r>
        <w:rPr>
          <w:sz w:val="20"/>
          <w:szCs w:val="20"/>
        </w:rPr>
        <w:t>To wordy</w:t>
      </w:r>
    </w:p>
  </w:comment>
  <w:comment w:id="6" w:author="andry van de louw" w:date="2025-04-15T22:38:00Z" w:initials="av">
    <w:p w14:paraId="03FC3E85" w14:textId="77777777" w:rsidR="00F51EDC" w:rsidRDefault="00F51EDC" w:rsidP="00F51EDC">
      <w:r>
        <w:rPr>
          <w:rStyle w:val="CommentReference"/>
        </w:rPr>
        <w:annotationRef/>
      </w:r>
      <w:r>
        <w:rPr>
          <w:sz w:val="20"/>
          <w:szCs w:val="20"/>
        </w:rPr>
        <w:t xml:space="preserve">Do you like this? Does it flow?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D06895" w15:done="0"/>
  <w15:commentEx w15:paraId="028C8339" w15:done="0"/>
  <w15:commentEx w15:paraId="258D2931" w15:done="0"/>
  <w15:commentEx w15:paraId="1B812614" w15:done="0"/>
  <w15:commentEx w15:paraId="0CB8D90F" w15:done="0"/>
  <w15:commentEx w15:paraId="0B2730F3" w15:done="0"/>
  <w15:commentEx w15:paraId="03FC3E8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F92989E" w16cex:dateUtc="2025-04-03T04:08:00Z"/>
  <w16cex:commentExtensible w16cex:durableId="23693B12" w16cex:dateUtc="2025-04-05T05:11:00Z"/>
  <w16cex:commentExtensible w16cex:durableId="77593CB1" w16cex:dateUtc="2025-04-10T03:33:00Z"/>
  <w16cex:commentExtensible w16cex:durableId="2DD5EA25" w16cex:dateUtc="2025-04-10T03:51:00Z"/>
  <w16cex:commentExtensible w16cex:durableId="17DC2B88" w16cex:dateUtc="2025-04-10T03:59:00Z"/>
  <w16cex:commentExtensible w16cex:durableId="76C5A9EF" w16cex:dateUtc="2025-04-12T18:04:00Z"/>
  <w16cex:commentExtensible w16cex:durableId="0AD0147C" w16cex:dateUtc="2025-04-16T02: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D06895" w16cid:durableId="6F92989E"/>
  <w16cid:commentId w16cid:paraId="028C8339" w16cid:durableId="23693B12"/>
  <w16cid:commentId w16cid:paraId="258D2931" w16cid:durableId="77593CB1"/>
  <w16cid:commentId w16cid:paraId="1B812614" w16cid:durableId="2DD5EA25"/>
  <w16cid:commentId w16cid:paraId="0CB8D90F" w16cid:durableId="17DC2B88"/>
  <w16cid:commentId w16cid:paraId="0B2730F3" w16cid:durableId="76C5A9EF"/>
  <w16cid:commentId w16cid:paraId="03FC3E85" w16cid:durableId="0AD0147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modern"/>
    <w:pitch w:val="fixed"/>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1107658">
    <w:abstractNumId w:val="8"/>
  </w:num>
  <w:num w:numId="2" w16cid:durableId="1405764079">
    <w:abstractNumId w:val="6"/>
  </w:num>
  <w:num w:numId="3" w16cid:durableId="262424110">
    <w:abstractNumId w:val="5"/>
  </w:num>
  <w:num w:numId="4" w16cid:durableId="1593777869">
    <w:abstractNumId w:val="4"/>
  </w:num>
  <w:num w:numId="5" w16cid:durableId="1895920563">
    <w:abstractNumId w:val="7"/>
  </w:num>
  <w:num w:numId="6" w16cid:durableId="1560894552">
    <w:abstractNumId w:val="3"/>
  </w:num>
  <w:num w:numId="7" w16cid:durableId="1014461408">
    <w:abstractNumId w:val="2"/>
  </w:num>
  <w:num w:numId="8" w16cid:durableId="727145652">
    <w:abstractNumId w:val="1"/>
  </w:num>
  <w:num w:numId="9" w16cid:durableId="181248351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y van de louw">
    <w15:presenceInfo w15:providerId="Windows Live" w15:userId="4c4dcb66a99c1d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F9C"/>
    <w:rsid w:val="00020023"/>
    <w:rsid w:val="00034616"/>
    <w:rsid w:val="0005244A"/>
    <w:rsid w:val="0006063C"/>
    <w:rsid w:val="000A1660"/>
    <w:rsid w:val="000A4293"/>
    <w:rsid w:val="000C078E"/>
    <w:rsid w:val="000D4514"/>
    <w:rsid w:val="00116B4F"/>
    <w:rsid w:val="00121116"/>
    <w:rsid w:val="0012447C"/>
    <w:rsid w:val="0015074B"/>
    <w:rsid w:val="001513BE"/>
    <w:rsid w:val="00170F97"/>
    <w:rsid w:val="00183809"/>
    <w:rsid w:val="00185892"/>
    <w:rsid w:val="001B4F2A"/>
    <w:rsid w:val="001C196D"/>
    <w:rsid w:val="001C4E2F"/>
    <w:rsid w:val="001F4C0C"/>
    <w:rsid w:val="0022741F"/>
    <w:rsid w:val="00253888"/>
    <w:rsid w:val="00285D00"/>
    <w:rsid w:val="0029639D"/>
    <w:rsid w:val="002B3D6C"/>
    <w:rsid w:val="002D6D60"/>
    <w:rsid w:val="002E1EDD"/>
    <w:rsid w:val="002E4100"/>
    <w:rsid w:val="00307E6D"/>
    <w:rsid w:val="00326F90"/>
    <w:rsid w:val="00352C5E"/>
    <w:rsid w:val="00386D17"/>
    <w:rsid w:val="003B0BD0"/>
    <w:rsid w:val="003D4217"/>
    <w:rsid w:val="003F03D2"/>
    <w:rsid w:val="00404444"/>
    <w:rsid w:val="0040726D"/>
    <w:rsid w:val="00407CDE"/>
    <w:rsid w:val="00410430"/>
    <w:rsid w:val="00417862"/>
    <w:rsid w:val="00455E29"/>
    <w:rsid w:val="0045712D"/>
    <w:rsid w:val="00462E21"/>
    <w:rsid w:val="00484D44"/>
    <w:rsid w:val="00485B21"/>
    <w:rsid w:val="004C020C"/>
    <w:rsid w:val="004D52B1"/>
    <w:rsid w:val="00531AE5"/>
    <w:rsid w:val="005512F5"/>
    <w:rsid w:val="00556654"/>
    <w:rsid w:val="0056309D"/>
    <w:rsid w:val="00564A4E"/>
    <w:rsid w:val="00583A4D"/>
    <w:rsid w:val="005B7EBE"/>
    <w:rsid w:val="005C0531"/>
    <w:rsid w:val="005C6F30"/>
    <w:rsid w:val="005F62DF"/>
    <w:rsid w:val="005F6BF5"/>
    <w:rsid w:val="00613437"/>
    <w:rsid w:val="006460A4"/>
    <w:rsid w:val="0067214F"/>
    <w:rsid w:val="006F44EE"/>
    <w:rsid w:val="006F7314"/>
    <w:rsid w:val="007106B1"/>
    <w:rsid w:val="00715537"/>
    <w:rsid w:val="0071626B"/>
    <w:rsid w:val="0074669C"/>
    <w:rsid w:val="00757D98"/>
    <w:rsid w:val="00795428"/>
    <w:rsid w:val="007C353E"/>
    <w:rsid w:val="007D3584"/>
    <w:rsid w:val="007E20DB"/>
    <w:rsid w:val="007F7CAF"/>
    <w:rsid w:val="008368F6"/>
    <w:rsid w:val="00844BD5"/>
    <w:rsid w:val="0085321A"/>
    <w:rsid w:val="0085776F"/>
    <w:rsid w:val="008B209E"/>
    <w:rsid w:val="008D718C"/>
    <w:rsid w:val="009354F9"/>
    <w:rsid w:val="00951C49"/>
    <w:rsid w:val="0095298B"/>
    <w:rsid w:val="009717CF"/>
    <w:rsid w:val="00981956"/>
    <w:rsid w:val="009C33BE"/>
    <w:rsid w:val="009E359F"/>
    <w:rsid w:val="00A33504"/>
    <w:rsid w:val="00A33EF5"/>
    <w:rsid w:val="00A35C30"/>
    <w:rsid w:val="00A55860"/>
    <w:rsid w:val="00AA1D8D"/>
    <w:rsid w:val="00AA3789"/>
    <w:rsid w:val="00B13A0A"/>
    <w:rsid w:val="00B15B31"/>
    <w:rsid w:val="00B24709"/>
    <w:rsid w:val="00B33BD1"/>
    <w:rsid w:val="00B47730"/>
    <w:rsid w:val="00B7785D"/>
    <w:rsid w:val="00B94319"/>
    <w:rsid w:val="00BA3379"/>
    <w:rsid w:val="00BB6D33"/>
    <w:rsid w:val="00BD1710"/>
    <w:rsid w:val="00C00311"/>
    <w:rsid w:val="00C45C3F"/>
    <w:rsid w:val="00C5219F"/>
    <w:rsid w:val="00C76635"/>
    <w:rsid w:val="00C807AC"/>
    <w:rsid w:val="00C8364D"/>
    <w:rsid w:val="00C94BEF"/>
    <w:rsid w:val="00CA257D"/>
    <w:rsid w:val="00CB0664"/>
    <w:rsid w:val="00CB6054"/>
    <w:rsid w:val="00CC766F"/>
    <w:rsid w:val="00CD0501"/>
    <w:rsid w:val="00CE1DF0"/>
    <w:rsid w:val="00CF2177"/>
    <w:rsid w:val="00D275FE"/>
    <w:rsid w:val="00D310E1"/>
    <w:rsid w:val="00D57016"/>
    <w:rsid w:val="00DE01AB"/>
    <w:rsid w:val="00DF3BB6"/>
    <w:rsid w:val="00DF6F79"/>
    <w:rsid w:val="00E37964"/>
    <w:rsid w:val="00E76B4F"/>
    <w:rsid w:val="00E94D38"/>
    <w:rsid w:val="00EA15F2"/>
    <w:rsid w:val="00EA38DB"/>
    <w:rsid w:val="00EC5011"/>
    <w:rsid w:val="00EE1D52"/>
    <w:rsid w:val="00F00CDA"/>
    <w:rsid w:val="00F47A04"/>
    <w:rsid w:val="00F51EDC"/>
    <w:rsid w:val="00F640FC"/>
    <w:rsid w:val="00F74812"/>
    <w:rsid w:val="00F85167"/>
    <w:rsid w:val="00FC693F"/>
    <w:rsid w:val="00FE095E"/>
    <w:rsid w:val="00FF48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842ECE"/>
  <w14:defaultImageDpi w14:val="300"/>
  <w15:docId w15:val="{6497484A-E03F-4E46-A1FD-DA238F809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1513BE"/>
    <w:rPr>
      <w:sz w:val="16"/>
      <w:szCs w:val="16"/>
    </w:rPr>
  </w:style>
  <w:style w:type="paragraph" w:styleId="CommentText">
    <w:name w:val="annotation text"/>
    <w:basedOn w:val="Normal"/>
    <w:link w:val="CommentTextChar"/>
    <w:uiPriority w:val="99"/>
    <w:semiHidden/>
    <w:unhideWhenUsed/>
    <w:rsid w:val="001513BE"/>
    <w:pPr>
      <w:spacing w:line="240" w:lineRule="auto"/>
    </w:pPr>
    <w:rPr>
      <w:sz w:val="20"/>
      <w:szCs w:val="20"/>
    </w:rPr>
  </w:style>
  <w:style w:type="character" w:customStyle="1" w:styleId="CommentTextChar">
    <w:name w:val="Comment Text Char"/>
    <w:basedOn w:val="DefaultParagraphFont"/>
    <w:link w:val="CommentText"/>
    <w:uiPriority w:val="99"/>
    <w:semiHidden/>
    <w:rsid w:val="001513BE"/>
    <w:rPr>
      <w:sz w:val="20"/>
      <w:szCs w:val="20"/>
    </w:rPr>
  </w:style>
  <w:style w:type="paragraph" w:styleId="CommentSubject">
    <w:name w:val="annotation subject"/>
    <w:basedOn w:val="CommentText"/>
    <w:next w:val="CommentText"/>
    <w:link w:val="CommentSubjectChar"/>
    <w:uiPriority w:val="99"/>
    <w:semiHidden/>
    <w:unhideWhenUsed/>
    <w:rsid w:val="001513BE"/>
    <w:rPr>
      <w:b/>
      <w:bCs/>
    </w:rPr>
  </w:style>
  <w:style w:type="character" w:customStyle="1" w:styleId="CommentSubjectChar">
    <w:name w:val="Comment Subject Char"/>
    <w:basedOn w:val="CommentTextChar"/>
    <w:link w:val="CommentSubject"/>
    <w:uiPriority w:val="99"/>
    <w:semiHidden/>
    <w:rsid w:val="001513B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8313">
      <w:bodyDiv w:val="1"/>
      <w:marLeft w:val="0"/>
      <w:marRight w:val="0"/>
      <w:marTop w:val="0"/>
      <w:marBottom w:val="0"/>
      <w:divBdr>
        <w:top w:val="none" w:sz="0" w:space="0" w:color="auto"/>
        <w:left w:val="none" w:sz="0" w:space="0" w:color="auto"/>
        <w:bottom w:val="none" w:sz="0" w:space="0" w:color="auto"/>
        <w:right w:val="none" w:sz="0" w:space="0" w:color="auto"/>
      </w:divBdr>
    </w:div>
    <w:div w:id="32580092">
      <w:bodyDiv w:val="1"/>
      <w:marLeft w:val="0"/>
      <w:marRight w:val="0"/>
      <w:marTop w:val="0"/>
      <w:marBottom w:val="0"/>
      <w:divBdr>
        <w:top w:val="none" w:sz="0" w:space="0" w:color="auto"/>
        <w:left w:val="none" w:sz="0" w:space="0" w:color="auto"/>
        <w:bottom w:val="none" w:sz="0" w:space="0" w:color="auto"/>
        <w:right w:val="none" w:sz="0" w:space="0" w:color="auto"/>
      </w:divBdr>
      <w:divsChild>
        <w:div w:id="1806392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58233">
      <w:bodyDiv w:val="1"/>
      <w:marLeft w:val="0"/>
      <w:marRight w:val="0"/>
      <w:marTop w:val="0"/>
      <w:marBottom w:val="0"/>
      <w:divBdr>
        <w:top w:val="none" w:sz="0" w:space="0" w:color="auto"/>
        <w:left w:val="none" w:sz="0" w:space="0" w:color="auto"/>
        <w:bottom w:val="none" w:sz="0" w:space="0" w:color="auto"/>
        <w:right w:val="none" w:sz="0" w:space="0" w:color="auto"/>
      </w:divBdr>
    </w:div>
    <w:div w:id="70154205">
      <w:bodyDiv w:val="1"/>
      <w:marLeft w:val="0"/>
      <w:marRight w:val="0"/>
      <w:marTop w:val="0"/>
      <w:marBottom w:val="0"/>
      <w:divBdr>
        <w:top w:val="none" w:sz="0" w:space="0" w:color="auto"/>
        <w:left w:val="none" w:sz="0" w:space="0" w:color="auto"/>
        <w:bottom w:val="none" w:sz="0" w:space="0" w:color="auto"/>
        <w:right w:val="none" w:sz="0" w:space="0" w:color="auto"/>
      </w:divBdr>
      <w:divsChild>
        <w:div w:id="577835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862906">
      <w:bodyDiv w:val="1"/>
      <w:marLeft w:val="0"/>
      <w:marRight w:val="0"/>
      <w:marTop w:val="0"/>
      <w:marBottom w:val="0"/>
      <w:divBdr>
        <w:top w:val="none" w:sz="0" w:space="0" w:color="auto"/>
        <w:left w:val="none" w:sz="0" w:space="0" w:color="auto"/>
        <w:bottom w:val="none" w:sz="0" w:space="0" w:color="auto"/>
        <w:right w:val="none" w:sz="0" w:space="0" w:color="auto"/>
      </w:divBdr>
      <w:divsChild>
        <w:div w:id="547571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055367">
      <w:bodyDiv w:val="1"/>
      <w:marLeft w:val="0"/>
      <w:marRight w:val="0"/>
      <w:marTop w:val="0"/>
      <w:marBottom w:val="0"/>
      <w:divBdr>
        <w:top w:val="none" w:sz="0" w:space="0" w:color="auto"/>
        <w:left w:val="none" w:sz="0" w:space="0" w:color="auto"/>
        <w:bottom w:val="none" w:sz="0" w:space="0" w:color="auto"/>
        <w:right w:val="none" w:sz="0" w:space="0" w:color="auto"/>
      </w:divBdr>
      <w:divsChild>
        <w:div w:id="1850674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646217">
      <w:bodyDiv w:val="1"/>
      <w:marLeft w:val="0"/>
      <w:marRight w:val="0"/>
      <w:marTop w:val="0"/>
      <w:marBottom w:val="0"/>
      <w:divBdr>
        <w:top w:val="none" w:sz="0" w:space="0" w:color="auto"/>
        <w:left w:val="none" w:sz="0" w:space="0" w:color="auto"/>
        <w:bottom w:val="none" w:sz="0" w:space="0" w:color="auto"/>
        <w:right w:val="none" w:sz="0" w:space="0" w:color="auto"/>
      </w:divBdr>
    </w:div>
    <w:div w:id="137650888">
      <w:bodyDiv w:val="1"/>
      <w:marLeft w:val="0"/>
      <w:marRight w:val="0"/>
      <w:marTop w:val="0"/>
      <w:marBottom w:val="0"/>
      <w:divBdr>
        <w:top w:val="none" w:sz="0" w:space="0" w:color="auto"/>
        <w:left w:val="none" w:sz="0" w:space="0" w:color="auto"/>
        <w:bottom w:val="none" w:sz="0" w:space="0" w:color="auto"/>
        <w:right w:val="none" w:sz="0" w:space="0" w:color="auto"/>
      </w:divBdr>
    </w:div>
    <w:div w:id="161245579">
      <w:bodyDiv w:val="1"/>
      <w:marLeft w:val="0"/>
      <w:marRight w:val="0"/>
      <w:marTop w:val="0"/>
      <w:marBottom w:val="0"/>
      <w:divBdr>
        <w:top w:val="none" w:sz="0" w:space="0" w:color="auto"/>
        <w:left w:val="none" w:sz="0" w:space="0" w:color="auto"/>
        <w:bottom w:val="none" w:sz="0" w:space="0" w:color="auto"/>
        <w:right w:val="none" w:sz="0" w:space="0" w:color="auto"/>
      </w:divBdr>
    </w:div>
    <w:div w:id="179126437">
      <w:bodyDiv w:val="1"/>
      <w:marLeft w:val="0"/>
      <w:marRight w:val="0"/>
      <w:marTop w:val="0"/>
      <w:marBottom w:val="0"/>
      <w:divBdr>
        <w:top w:val="none" w:sz="0" w:space="0" w:color="auto"/>
        <w:left w:val="none" w:sz="0" w:space="0" w:color="auto"/>
        <w:bottom w:val="none" w:sz="0" w:space="0" w:color="auto"/>
        <w:right w:val="none" w:sz="0" w:space="0" w:color="auto"/>
      </w:divBdr>
    </w:div>
    <w:div w:id="197596356">
      <w:bodyDiv w:val="1"/>
      <w:marLeft w:val="0"/>
      <w:marRight w:val="0"/>
      <w:marTop w:val="0"/>
      <w:marBottom w:val="0"/>
      <w:divBdr>
        <w:top w:val="none" w:sz="0" w:space="0" w:color="auto"/>
        <w:left w:val="none" w:sz="0" w:space="0" w:color="auto"/>
        <w:bottom w:val="none" w:sz="0" w:space="0" w:color="auto"/>
        <w:right w:val="none" w:sz="0" w:space="0" w:color="auto"/>
      </w:divBdr>
    </w:div>
    <w:div w:id="214438483">
      <w:bodyDiv w:val="1"/>
      <w:marLeft w:val="0"/>
      <w:marRight w:val="0"/>
      <w:marTop w:val="0"/>
      <w:marBottom w:val="0"/>
      <w:divBdr>
        <w:top w:val="none" w:sz="0" w:space="0" w:color="auto"/>
        <w:left w:val="none" w:sz="0" w:space="0" w:color="auto"/>
        <w:bottom w:val="none" w:sz="0" w:space="0" w:color="auto"/>
        <w:right w:val="none" w:sz="0" w:space="0" w:color="auto"/>
      </w:divBdr>
    </w:div>
    <w:div w:id="228927162">
      <w:bodyDiv w:val="1"/>
      <w:marLeft w:val="0"/>
      <w:marRight w:val="0"/>
      <w:marTop w:val="0"/>
      <w:marBottom w:val="0"/>
      <w:divBdr>
        <w:top w:val="none" w:sz="0" w:space="0" w:color="auto"/>
        <w:left w:val="none" w:sz="0" w:space="0" w:color="auto"/>
        <w:bottom w:val="none" w:sz="0" w:space="0" w:color="auto"/>
        <w:right w:val="none" w:sz="0" w:space="0" w:color="auto"/>
      </w:divBdr>
    </w:div>
    <w:div w:id="252512945">
      <w:bodyDiv w:val="1"/>
      <w:marLeft w:val="0"/>
      <w:marRight w:val="0"/>
      <w:marTop w:val="0"/>
      <w:marBottom w:val="0"/>
      <w:divBdr>
        <w:top w:val="none" w:sz="0" w:space="0" w:color="auto"/>
        <w:left w:val="none" w:sz="0" w:space="0" w:color="auto"/>
        <w:bottom w:val="none" w:sz="0" w:space="0" w:color="auto"/>
        <w:right w:val="none" w:sz="0" w:space="0" w:color="auto"/>
      </w:divBdr>
    </w:div>
    <w:div w:id="275331830">
      <w:bodyDiv w:val="1"/>
      <w:marLeft w:val="0"/>
      <w:marRight w:val="0"/>
      <w:marTop w:val="0"/>
      <w:marBottom w:val="0"/>
      <w:divBdr>
        <w:top w:val="none" w:sz="0" w:space="0" w:color="auto"/>
        <w:left w:val="none" w:sz="0" w:space="0" w:color="auto"/>
        <w:bottom w:val="none" w:sz="0" w:space="0" w:color="auto"/>
        <w:right w:val="none" w:sz="0" w:space="0" w:color="auto"/>
      </w:divBdr>
    </w:div>
    <w:div w:id="283077918">
      <w:bodyDiv w:val="1"/>
      <w:marLeft w:val="0"/>
      <w:marRight w:val="0"/>
      <w:marTop w:val="0"/>
      <w:marBottom w:val="0"/>
      <w:divBdr>
        <w:top w:val="none" w:sz="0" w:space="0" w:color="auto"/>
        <w:left w:val="none" w:sz="0" w:space="0" w:color="auto"/>
        <w:bottom w:val="none" w:sz="0" w:space="0" w:color="auto"/>
        <w:right w:val="none" w:sz="0" w:space="0" w:color="auto"/>
      </w:divBdr>
      <w:divsChild>
        <w:div w:id="667486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598460">
      <w:bodyDiv w:val="1"/>
      <w:marLeft w:val="0"/>
      <w:marRight w:val="0"/>
      <w:marTop w:val="0"/>
      <w:marBottom w:val="0"/>
      <w:divBdr>
        <w:top w:val="none" w:sz="0" w:space="0" w:color="auto"/>
        <w:left w:val="none" w:sz="0" w:space="0" w:color="auto"/>
        <w:bottom w:val="none" w:sz="0" w:space="0" w:color="auto"/>
        <w:right w:val="none" w:sz="0" w:space="0" w:color="auto"/>
      </w:divBdr>
    </w:div>
    <w:div w:id="297490468">
      <w:bodyDiv w:val="1"/>
      <w:marLeft w:val="0"/>
      <w:marRight w:val="0"/>
      <w:marTop w:val="0"/>
      <w:marBottom w:val="0"/>
      <w:divBdr>
        <w:top w:val="none" w:sz="0" w:space="0" w:color="auto"/>
        <w:left w:val="none" w:sz="0" w:space="0" w:color="auto"/>
        <w:bottom w:val="none" w:sz="0" w:space="0" w:color="auto"/>
        <w:right w:val="none" w:sz="0" w:space="0" w:color="auto"/>
      </w:divBdr>
    </w:div>
    <w:div w:id="302467043">
      <w:bodyDiv w:val="1"/>
      <w:marLeft w:val="0"/>
      <w:marRight w:val="0"/>
      <w:marTop w:val="0"/>
      <w:marBottom w:val="0"/>
      <w:divBdr>
        <w:top w:val="none" w:sz="0" w:space="0" w:color="auto"/>
        <w:left w:val="none" w:sz="0" w:space="0" w:color="auto"/>
        <w:bottom w:val="none" w:sz="0" w:space="0" w:color="auto"/>
        <w:right w:val="none" w:sz="0" w:space="0" w:color="auto"/>
      </w:divBdr>
    </w:div>
    <w:div w:id="328141216">
      <w:bodyDiv w:val="1"/>
      <w:marLeft w:val="0"/>
      <w:marRight w:val="0"/>
      <w:marTop w:val="0"/>
      <w:marBottom w:val="0"/>
      <w:divBdr>
        <w:top w:val="none" w:sz="0" w:space="0" w:color="auto"/>
        <w:left w:val="none" w:sz="0" w:space="0" w:color="auto"/>
        <w:bottom w:val="none" w:sz="0" w:space="0" w:color="auto"/>
        <w:right w:val="none" w:sz="0" w:space="0" w:color="auto"/>
      </w:divBdr>
    </w:div>
    <w:div w:id="328797904">
      <w:bodyDiv w:val="1"/>
      <w:marLeft w:val="0"/>
      <w:marRight w:val="0"/>
      <w:marTop w:val="0"/>
      <w:marBottom w:val="0"/>
      <w:divBdr>
        <w:top w:val="none" w:sz="0" w:space="0" w:color="auto"/>
        <w:left w:val="none" w:sz="0" w:space="0" w:color="auto"/>
        <w:bottom w:val="none" w:sz="0" w:space="0" w:color="auto"/>
        <w:right w:val="none" w:sz="0" w:space="0" w:color="auto"/>
      </w:divBdr>
    </w:div>
    <w:div w:id="332419260">
      <w:bodyDiv w:val="1"/>
      <w:marLeft w:val="0"/>
      <w:marRight w:val="0"/>
      <w:marTop w:val="0"/>
      <w:marBottom w:val="0"/>
      <w:divBdr>
        <w:top w:val="none" w:sz="0" w:space="0" w:color="auto"/>
        <w:left w:val="none" w:sz="0" w:space="0" w:color="auto"/>
        <w:bottom w:val="none" w:sz="0" w:space="0" w:color="auto"/>
        <w:right w:val="none" w:sz="0" w:space="0" w:color="auto"/>
      </w:divBdr>
    </w:div>
    <w:div w:id="343213576">
      <w:bodyDiv w:val="1"/>
      <w:marLeft w:val="0"/>
      <w:marRight w:val="0"/>
      <w:marTop w:val="0"/>
      <w:marBottom w:val="0"/>
      <w:divBdr>
        <w:top w:val="none" w:sz="0" w:space="0" w:color="auto"/>
        <w:left w:val="none" w:sz="0" w:space="0" w:color="auto"/>
        <w:bottom w:val="none" w:sz="0" w:space="0" w:color="auto"/>
        <w:right w:val="none" w:sz="0" w:space="0" w:color="auto"/>
      </w:divBdr>
    </w:div>
    <w:div w:id="349070057">
      <w:bodyDiv w:val="1"/>
      <w:marLeft w:val="0"/>
      <w:marRight w:val="0"/>
      <w:marTop w:val="0"/>
      <w:marBottom w:val="0"/>
      <w:divBdr>
        <w:top w:val="none" w:sz="0" w:space="0" w:color="auto"/>
        <w:left w:val="none" w:sz="0" w:space="0" w:color="auto"/>
        <w:bottom w:val="none" w:sz="0" w:space="0" w:color="auto"/>
        <w:right w:val="none" w:sz="0" w:space="0" w:color="auto"/>
      </w:divBdr>
    </w:div>
    <w:div w:id="379595873">
      <w:bodyDiv w:val="1"/>
      <w:marLeft w:val="0"/>
      <w:marRight w:val="0"/>
      <w:marTop w:val="0"/>
      <w:marBottom w:val="0"/>
      <w:divBdr>
        <w:top w:val="none" w:sz="0" w:space="0" w:color="auto"/>
        <w:left w:val="none" w:sz="0" w:space="0" w:color="auto"/>
        <w:bottom w:val="none" w:sz="0" w:space="0" w:color="auto"/>
        <w:right w:val="none" w:sz="0" w:space="0" w:color="auto"/>
      </w:divBdr>
    </w:div>
    <w:div w:id="409935820">
      <w:bodyDiv w:val="1"/>
      <w:marLeft w:val="0"/>
      <w:marRight w:val="0"/>
      <w:marTop w:val="0"/>
      <w:marBottom w:val="0"/>
      <w:divBdr>
        <w:top w:val="none" w:sz="0" w:space="0" w:color="auto"/>
        <w:left w:val="none" w:sz="0" w:space="0" w:color="auto"/>
        <w:bottom w:val="none" w:sz="0" w:space="0" w:color="auto"/>
        <w:right w:val="none" w:sz="0" w:space="0" w:color="auto"/>
      </w:divBdr>
    </w:div>
    <w:div w:id="412893999">
      <w:bodyDiv w:val="1"/>
      <w:marLeft w:val="0"/>
      <w:marRight w:val="0"/>
      <w:marTop w:val="0"/>
      <w:marBottom w:val="0"/>
      <w:divBdr>
        <w:top w:val="none" w:sz="0" w:space="0" w:color="auto"/>
        <w:left w:val="none" w:sz="0" w:space="0" w:color="auto"/>
        <w:bottom w:val="none" w:sz="0" w:space="0" w:color="auto"/>
        <w:right w:val="none" w:sz="0" w:space="0" w:color="auto"/>
      </w:divBdr>
    </w:div>
    <w:div w:id="444428789">
      <w:bodyDiv w:val="1"/>
      <w:marLeft w:val="0"/>
      <w:marRight w:val="0"/>
      <w:marTop w:val="0"/>
      <w:marBottom w:val="0"/>
      <w:divBdr>
        <w:top w:val="none" w:sz="0" w:space="0" w:color="auto"/>
        <w:left w:val="none" w:sz="0" w:space="0" w:color="auto"/>
        <w:bottom w:val="none" w:sz="0" w:space="0" w:color="auto"/>
        <w:right w:val="none" w:sz="0" w:space="0" w:color="auto"/>
      </w:divBdr>
    </w:div>
    <w:div w:id="459350340">
      <w:bodyDiv w:val="1"/>
      <w:marLeft w:val="0"/>
      <w:marRight w:val="0"/>
      <w:marTop w:val="0"/>
      <w:marBottom w:val="0"/>
      <w:divBdr>
        <w:top w:val="none" w:sz="0" w:space="0" w:color="auto"/>
        <w:left w:val="none" w:sz="0" w:space="0" w:color="auto"/>
        <w:bottom w:val="none" w:sz="0" w:space="0" w:color="auto"/>
        <w:right w:val="none" w:sz="0" w:space="0" w:color="auto"/>
      </w:divBdr>
    </w:div>
    <w:div w:id="491071884">
      <w:bodyDiv w:val="1"/>
      <w:marLeft w:val="0"/>
      <w:marRight w:val="0"/>
      <w:marTop w:val="0"/>
      <w:marBottom w:val="0"/>
      <w:divBdr>
        <w:top w:val="none" w:sz="0" w:space="0" w:color="auto"/>
        <w:left w:val="none" w:sz="0" w:space="0" w:color="auto"/>
        <w:bottom w:val="none" w:sz="0" w:space="0" w:color="auto"/>
        <w:right w:val="none" w:sz="0" w:space="0" w:color="auto"/>
      </w:divBdr>
    </w:div>
    <w:div w:id="501549646">
      <w:bodyDiv w:val="1"/>
      <w:marLeft w:val="0"/>
      <w:marRight w:val="0"/>
      <w:marTop w:val="0"/>
      <w:marBottom w:val="0"/>
      <w:divBdr>
        <w:top w:val="none" w:sz="0" w:space="0" w:color="auto"/>
        <w:left w:val="none" w:sz="0" w:space="0" w:color="auto"/>
        <w:bottom w:val="none" w:sz="0" w:space="0" w:color="auto"/>
        <w:right w:val="none" w:sz="0" w:space="0" w:color="auto"/>
      </w:divBdr>
    </w:div>
    <w:div w:id="529883533">
      <w:bodyDiv w:val="1"/>
      <w:marLeft w:val="0"/>
      <w:marRight w:val="0"/>
      <w:marTop w:val="0"/>
      <w:marBottom w:val="0"/>
      <w:divBdr>
        <w:top w:val="none" w:sz="0" w:space="0" w:color="auto"/>
        <w:left w:val="none" w:sz="0" w:space="0" w:color="auto"/>
        <w:bottom w:val="none" w:sz="0" w:space="0" w:color="auto"/>
        <w:right w:val="none" w:sz="0" w:space="0" w:color="auto"/>
      </w:divBdr>
      <w:divsChild>
        <w:div w:id="13522993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0846895">
      <w:bodyDiv w:val="1"/>
      <w:marLeft w:val="0"/>
      <w:marRight w:val="0"/>
      <w:marTop w:val="0"/>
      <w:marBottom w:val="0"/>
      <w:divBdr>
        <w:top w:val="none" w:sz="0" w:space="0" w:color="auto"/>
        <w:left w:val="none" w:sz="0" w:space="0" w:color="auto"/>
        <w:bottom w:val="none" w:sz="0" w:space="0" w:color="auto"/>
        <w:right w:val="none" w:sz="0" w:space="0" w:color="auto"/>
      </w:divBdr>
    </w:div>
    <w:div w:id="561185486">
      <w:bodyDiv w:val="1"/>
      <w:marLeft w:val="0"/>
      <w:marRight w:val="0"/>
      <w:marTop w:val="0"/>
      <w:marBottom w:val="0"/>
      <w:divBdr>
        <w:top w:val="none" w:sz="0" w:space="0" w:color="auto"/>
        <w:left w:val="none" w:sz="0" w:space="0" w:color="auto"/>
        <w:bottom w:val="none" w:sz="0" w:space="0" w:color="auto"/>
        <w:right w:val="none" w:sz="0" w:space="0" w:color="auto"/>
      </w:divBdr>
    </w:div>
    <w:div w:id="584386333">
      <w:bodyDiv w:val="1"/>
      <w:marLeft w:val="0"/>
      <w:marRight w:val="0"/>
      <w:marTop w:val="0"/>
      <w:marBottom w:val="0"/>
      <w:divBdr>
        <w:top w:val="none" w:sz="0" w:space="0" w:color="auto"/>
        <w:left w:val="none" w:sz="0" w:space="0" w:color="auto"/>
        <w:bottom w:val="none" w:sz="0" w:space="0" w:color="auto"/>
        <w:right w:val="none" w:sz="0" w:space="0" w:color="auto"/>
      </w:divBdr>
    </w:div>
    <w:div w:id="598804726">
      <w:bodyDiv w:val="1"/>
      <w:marLeft w:val="0"/>
      <w:marRight w:val="0"/>
      <w:marTop w:val="0"/>
      <w:marBottom w:val="0"/>
      <w:divBdr>
        <w:top w:val="none" w:sz="0" w:space="0" w:color="auto"/>
        <w:left w:val="none" w:sz="0" w:space="0" w:color="auto"/>
        <w:bottom w:val="none" w:sz="0" w:space="0" w:color="auto"/>
        <w:right w:val="none" w:sz="0" w:space="0" w:color="auto"/>
      </w:divBdr>
    </w:div>
    <w:div w:id="612134505">
      <w:bodyDiv w:val="1"/>
      <w:marLeft w:val="0"/>
      <w:marRight w:val="0"/>
      <w:marTop w:val="0"/>
      <w:marBottom w:val="0"/>
      <w:divBdr>
        <w:top w:val="none" w:sz="0" w:space="0" w:color="auto"/>
        <w:left w:val="none" w:sz="0" w:space="0" w:color="auto"/>
        <w:bottom w:val="none" w:sz="0" w:space="0" w:color="auto"/>
        <w:right w:val="none" w:sz="0" w:space="0" w:color="auto"/>
      </w:divBdr>
    </w:div>
    <w:div w:id="635262083">
      <w:bodyDiv w:val="1"/>
      <w:marLeft w:val="0"/>
      <w:marRight w:val="0"/>
      <w:marTop w:val="0"/>
      <w:marBottom w:val="0"/>
      <w:divBdr>
        <w:top w:val="none" w:sz="0" w:space="0" w:color="auto"/>
        <w:left w:val="none" w:sz="0" w:space="0" w:color="auto"/>
        <w:bottom w:val="none" w:sz="0" w:space="0" w:color="auto"/>
        <w:right w:val="none" w:sz="0" w:space="0" w:color="auto"/>
      </w:divBdr>
    </w:div>
    <w:div w:id="639575544">
      <w:bodyDiv w:val="1"/>
      <w:marLeft w:val="0"/>
      <w:marRight w:val="0"/>
      <w:marTop w:val="0"/>
      <w:marBottom w:val="0"/>
      <w:divBdr>
        <w:top w:val="none" w:sz="0" w:space="0" w:color="auto"/>
        <w:left w:val="none" w:sz="0" w:space="0" w:color="auto"/>
        <w:bottom w:val="none" w:sz="0" w:space="0" w:color="auto"/>
        <w:right w:val="none" w:sz="0" w:space="0" w:color="auto"/>
      </w:divBdr>
    </w:div>
    <w:div w:id="656420454">
      <w:bodyDiv w:val="1"/>
      <w:marLeft w:val="0"/>
      <w:marRight w:val="0"/>
      <w:marTop w:val="0"/>
      <w:marBottom w:val="0"/>
      <w:divBdr>
        <w:top w:val="none" w:sz="0" w:space="0" w:color="auto"/>
        <w:left w:val="none" w:sz="0" w:space="0" w:color="auto"/>
        <w:bottom w:val="none" w:sz="0" w:space="0" w:color="auto"/>
        <w:right w:val="none" w:sz="0" w:space="0" w:color="auto"/>
      </w:divBdr>
    </w:div>
    <w:div w:id="716315890">
      <w:bodyDiv w:val="1"/>
      <w:marLeft w:val="0"/>
      <w:marRight w:val="0"/>
      <w:marTop w:val="0"/>
      <w:marBottom w:val="0"/>
      <w:divBdr>
        <w:top w:val="none" w:sz="0" w:space="0" w:color="auto"/>
        <w:left w:val="none" w:sz="0" w:space="0" w:color="auto"/>
        <w:bottom w:val="none" w:sz="0" w:space="0" w:color="auto"/>
        <w:right w:val="none" w:sz="0" w:space="0" w:color="auto"/>
      </w:divBdr>
    </w:div>
    <w:div w:id="723523807">
      <w:bodyDiv w:val="1"/>
      <w:marLeft w:val="0"/>
      <w:marRight w:val="0"/>
      <w:marTop w:val="0"/>
      <w:marBottom w:val="0"/>
      <w:divBdr>
        <w:top w:val="none" w:sz="0" w:space="0" w:color="auto"/>
        <w:left w:val="none" w:sz="0" w:space="0" w:color="auto"/>
        <w:bottom w:val="none" w:sz="0" w:space="0" w:color="auto"/>
        <w:right w:val="none" w:sz="0" w:space="0" w:color="auto"/>
      </w:divBdr>
      <w:divsChild>
        <w:div w:id="299044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4228482">
      <w:bodyDiv w:val="1"/>
      <w:marLeft w:val="0"/>
      <w:marRight w:val="0"/>
      <w:marTop w:val="0"/>
      <w:marBottom w:val="0"/>
      <w:divBdr>
        <w:top w:val="none" w:sz="0" w:space="0" w:color="auto"/>
        <w:left w:val="none" w:sz="0" w:space="0" w:color="auto"/>
        <w:bottom w:val="none" w:sz="0" w:space="0" w:color="auto"/>
        <w:right w:val="none" w:sz="0" w:space="0" w:color="auto"/>
      </w:divBdr>
    </w:div>
    <w:div w:id="748581585">
      <w:bodyDiv w:val="1"/>
      <w:marLeft w:val="0"/>
      <w:marRight w:val="0"/>
      <w:marTop w:val="0"/>
      <w:marBottom w:val="0"/>
      <w:divBdr>
        <w:top w:val="none" w:sz="0" w:space="0" w:color="auto"/>
        <w:left w:val="none" w:sz="0" w:space="0" w:color="auto"/>
        <w:bottom w:val="none" w:sz="0" w:space="0" w:color="auto"/>
        <w:right w:val="none" w:sz="0" w:space="0" w:color="auto"/>
      </w:divBdr>
    </w:div>
    <w:div w:id="753285159">
      <w:bodyDiv w:val="1"/>
      <w:marLeft w:val="0"/>
      <w:marRight w:val="0"/>
      <w:marTop w:val="0"/>
      <w:marBottom w:val="0"/>
      <w:divBdr>
        <w:top w:val="none" w:sz="0" w:space="0" w:color="auto"/>
        <w:left w:val="none" w:sz="0" w:space="0" w:color="auto"/>
        <w:bottom w:val="none" w:sz="0" w:space="0" w:color="auto"/>
        <w:right w:val="none" w:sz="0" w:space="0" w:color="auto"/>
      </w:divBdr>
    </w:div>
    <w:div w:id="753942986">
      <w:bodyDiv w:val="1"/>
      <w:marLeft w:val="0"/>
      <w:marRight w:val="0"/>
      <w:marTop w:val="0"/>
      <w:marBottom w:val="0"/>
      <w:divBdr>
        <w:top w:val="none" w:sz="0" w:space="0" w:color="auto"/>
        <w:left w:val="none" w:sz="0" w:space="0" w:color="auto"/>
        <w:bottom w:val="none" w:sz="0" w:space="0" w:color="auto"/>
        <w:right w:val="none" w:sz="0" w:space="0" w:color="auto"/>
      </w:divBdr>
    </w:div>
    <w:div w:id="763768928">
      <w:bodyDiv w:val="1"/>
      <w:marLeft w:val="0"/>
      <w:marRight w:val="0"/>
      <w:marTop w:val="0"/>
      <w:marBottom w:val="0"/>
      <w:divBdr>
        <w:top w:val="none" w:sz="0" w:space="0" w:color="auto"/>
        <w:left w:val="none" w:sz="0" w:space="0" w:color="auto"/>
        <w:bottom w:val="none" w:sz="0" w:space="0" w:color="auto"/>
        <w:right w:val="none" w:sz="0" w:space="0" w:color="auto"/>
      </w:divBdr>
    </w:div>
    <w:div w:id="807356305">
      <w:bodyDiv w:val="1"/>
      <w:marLeft w:val="0"/>
      <w:marRight w:val="0"/>
      <w:marTop w:val="0"/>
      <w:marBottom w:val="0"/>
      <w:divBdr>
        <w:top w:val="none" w:sz="0" w:space="0" w:color="auto"/>
        <w:left w:val="none" w:sz="0" w:space="0" w:color="auto"/>
        <w:bottom w:val="none" w:sz="0" w:space="0" w:color="auto"/>
        <w:right w:val="none" w:sz="0" w:space="0" w:color="auto"/>
      </w:divBdr>
    </w:div>
    <w:div w:id="823862328">
      <w:bodyDiv w:val="1"/>
      <w:marLeft w:val="0"/>
      <w:marRight w:val="0"/>
      <w:marTop w:val="0"/>
      <w:marBottom w:val="0"/>
      <w:divBdr>
        <w:top w:val="none" w:sz="0" w:space="0" w:color="auto"/>
        <w:left w:val="none" w:sz="0" w:space="0" w:color="auto"/>
        <w:bottom w:val="none" w:sz="0" w:space="0" w:color="auto"/>
        <w:right w:val="none" w:sz="0" w:space="0" w:color="auto"/>
      </w:divBdr>
    </w:div>
    <w:div w:id="863664867">
      <w:bodyDiv w:val="1"/>
      <w:marLeft w:val="0"/>
      <w:marRight w:val="0"/>
      <w:marTop w:val="0"/>
      <w:marBottom w:val="0"/>
      <w:divBdr>
        <w:top w:val="none" w:sz="0" w:space="0" w:color="auto"/>
        <w:left w:val="none" w:sz="0" w:space="0" w:color="auto"/>
        <w:bottom w:val="none" w:sz="0" w:space="0" w:color="auto"/>
        <w:right w:val="none" w:sz="0" w:space="0" w:color="auto"/>
      </w:divBdr>
    </w:div>
    <w:div w:id="875658377">
      <w:bodyDiv w:val="1"/>
      <w:marLeft w:val="0"/>
      <w:marRight w:val="0"/>
      <w:marTop w:val="0"/>
      <w:marBottom w:val="0"/>
      <w:divBdr>
        <w:top w:val="none" w:sz="0" w:space="0" w:color="auto"/>
        <w:left w:val="none" w:sz="0" w:space="0" w:color="auto"/>
        <w:bottom w:val="none" w:sz="0" w:space="0" w:color="auto"/>
        <w:right w:val="none" w:sz="0" w:space="0" w:color="auto"/>
      </w:divBdr>
    </w:div>
    <w:div w:id="892809532">
      <w:bodyDiv w:val="1"/>
      <w:marLeft w:val="0"/>
      <w:marRight w:val="0"/>
      <w:marTop w:val="0"/>
      <w:marBottom w:val="0"/>
      <w:divBdr>
        <w:top w:val="none" w:sz="0" w:space="0" w:color="auto"/>
        <w:left w:val="none" w:sz="0" w:space="0" w:color="auto"/>
        <w:bottom w:val="none" w:sz="0" w:space="0" w:color="auto"/>
        <w:right w:val="none" w:sz="0" w:space="0" w:color="auto"/>
      </w:divBdr>
    </w:div>
    <w:div w:id="909537926">
      <w:bodyDiv w:val="1"/>
      <w:marLeft w:val="0"/>
      <w:marRight w:val="0"/>
      <w:marTop w:val="0"/>
      <w:marBottom w:val="0"/>
      <w:divBdr>
        <w:top w:val="none" w:sz="0" w:space="0" w:color="auto"/>
        <w:left w:val="none" w:sz="0" w:space="0" w:color="auto"/>
        <w:bottom w:val="none" w:sz="0" w:space="0" w:color="auto"/>
        <w:right w:val="none" w:sz="0" w:space="0" w:color="auto"/>
      </w:divBdr>
    </w:div>
    <w:div w:id="922181927">
      <w:bodyDiv w:val="1"/>
      <w:marLeft w:val="0"/>
      <w:marRight w:val="0"/>
      <w:marTop w:val="0"/>
      <w:marBottom w:val="0"/>
      <w:divBdr>
        <w:top w:val="none" w:sz="0" w:space="0" w:color="auto"/>
        <w:left w:val="none" w:sz="0" w:space="0" w:color="auto"/>
        <w:bottom w:val="none" w:sz="0" w:space="0" w:color="auto"/>
        <w:right w:val="none" w:sz="0" w:space="0" w:color="auto"/>
      </w:divBdr>
    </w:div>
    <w:div w:id="941035566">
      <w:bodyDiv w:val="1"/>
      <w:marLeft w:val="0"/>
      <w:marRight w:val="0"/>
      <w:marTop w:val="0"/>
      <w:marBottom w:val="0"/>
      <w:divBdr>
        <w:top w:val="none" w:sz="0" w:space="0" w:color="auto"/>
        <w:left w:val="none" w:sz="0" w:space="0" w:color="auto"/>
        <w:bottom w:val="none" w:sz="0" w:space="0" w:color="auto"/>
        <w:right w:val="none" w:sz="0" w:space="0" w:color="auto"/>
      </w:divBdr>
    </w:div>
    <w:div w:id="954211310">
      <w:bodyDiv w:val="1"/>
      <w:marLeft w:val="0"/>
      <w:marRight w:val="0"/>
      <w:marTop w:val="0"/>
      <w:marBottom w:val="0"/>
      <w:divBdr>
        <w:top w:val="none" w:sz="0" w:space="0" w:color="auto"/>
        <w:left w:val="none" w:sz="0" w:space="0" w:color="auto"/>
        <w:bottom w:val="none" w:sz="0" w:space="0" w:color="auto"/>
        <w:right w:val="none" w:sz="0" w:space="0" w:color="auto"/>
      </w:divBdr>
    </w:div>
    <w:div w:id="963729667">
      <w:bodyDiv w:val="1"/>
      <w:marLeft w:val="0"/>
      <w:marRight w:val="0"/>
      <w:marTop w:val="0"/>
      <w:marBottom w:val="0"/>
      <w:divBdr>
        <w:top w:val="none" w:sz="0" w:space="0" w:color="auto"/>
        <w:left w:val="none" w:sz="0" w:space="0" w:color="auto"/>
        <w:bottom w:val="none" w:sz="0" w:space="0" w:color="auto"/>
        <w:right w:val="none" w:sz="0" w:space="0" w:color="auto"/>
      </w:divBdr>
    </w:div>
    <w:div w:id="985235272">
      <w:bodyDiv w:val="1"/>
      <w:marLeft w:val="0"/>
      <w:marRight w:val="0"/>
      <w:marTop w:val="0"/>
      <w:marBottom w:val="0"/>
      <w:divBdr>
        <w:top w:val="none" w:sz="0" w:space="0" w:color="auto"/>
        <w:left w:val="none" w:sz="0" w:space="0" w:color="auto"/>
        <w:bottom w:val="none" w:sz="0" w:space="0" w:color="auto"/>
        <w:right w:val="none" w:sz="0" w:space="0" w:color="auto"/>
      </w:divBdr>
      <w:divsChild>
        <w:div w:id="629359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0322408">
      <w:bodyDiv w:val="1"/>
      <w:marLeft w:val="0"/>
      <w:marRight w:val="0"/>
      <w:marTop w:val="0"/>
      <w:marBottom w:val="0"/>
      <w:divBdr>
        <w:top w:val="none" w:sz="0" w:space="0" w:color="auto"/>
        <w:left w:val="none" w:sz="0" w:space="0" w:color="auto"/>
        <w:bottom w:val="none" w:sz="0" w:space="0" w:color="auto"/>
        <w:right w:val="none" w:sz="0" w:space="0" w:color="auto"/>
      </w:divBdr>
    </w:div>
    <w:div w:id="1113086783">
      <w:bodyDiv w:val="1"/>
      <w:marLeft w:val="0"/>
      <w:marRight w:val="0"/>
      <w:marTop w:val="0"/>
      <w:marBottom w:val="0"/>
      <w:divBdr>
        <w:top w:val="none" w:sz="0" w:space="0" w:color="auto"/>
        <w:left w:val="none" w:sz="0" w:space="0" w:color="auto"/>
        <w:bottom w:val="none" w:sz="0" w:space="0" w:color="auto"/>
        <w:right w:val="none" w:sz="0" w:space="0" w:color="auto"/>
      </w:divBdr>
      <w:divsChild>
        <w:div w:id="6328352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6003779">
      <w:bodyDiv w:val="1"/>
      <w:marLeft w:val="0"/>
      <w:marRight w:val="0"/>
      <w:marTop w:val="0"/>
      <w:marBottom w:val="0"/>
      <w:divBdr>
        <w:top w:val="none" w:sz="0" w:space="0" w:color="auto"/>
        <w:left w:val="none" w:sz="0" w:space="0" w:color="auto"/>
        <w:bottom w:val="none" w:sz="0" w:space="0" w:color="auto"/>
        <w:right w:val="none" w:sz="0" w:space="0" w:color="auto"/>
      </w:divBdr>
    </w:div>
    <w:div w:id="1132556473">
      <w:bodyDiv w:val="1"/>
      <w:marLeft w:val="0"/>
      <w:marRight w:val="0"/>
      <w:marTop w:val="0"/>
      <w:marBottom w:val="0"/>
      <w:divBdr>
        <w:top w:val="none" w:sz="0" w:space="0" w:color="auto"/>
        <w:left w:val="none" w:sz="0" w:space="0" w:color="auto"/>
        <w:bottom w:val="none" w:sz="0" w:space="0" w:color="auto"/>
        <w:right w:val="none" w:sz="0" w:space="0" w:color="auto"/>
      </w:divBdr>
    </w:div>
    <w:div w:id="1139225359">
      <w:bodyDiv w:val="1"/>
      <w:marLeft w:val="0"/>
      <w:marRight w:val="0"/>
      <w:marTop w:val="0"/>
      <w:marBottom w:val="0"/>
      <w:divBdr>
        <w:top w:val="none" w:sz="0" w:space="0" w:color="auto"/>
        <w:left w:val="none" w:sz="0" w:space="0" w:color="auto"/>
        <w:bottom w:val="none" w:sz="0" w:space="0" w:color="auto"/>
        <w:right w:val="none" w:sz="0" w:space="0" w:color="auto"/>
      </w:divBdr>
    </w:div>
    <w:div w:id="1208957301">
      <w:bodyDiv w:val="1"/>
      <w:marLeft w:val="0"/>
      <w:marRight w:val="0"/>
      <w:marTop w:val="0"/>
      <w:marBottom w:val="0"/>
      <w:divBdr>
        <w:top w:val="none" w:sz="0" w:space="0" w:color="auto"/>
        <w:left w:val="none" w:sz="0" w:space="0" w:color="auto"/>
        <w:bottom w:val="none" w:sz="0" w:space="0" w:color="auto"/>
        <w:right w:val="none" w:sz="0" w:space="0" w:color="auto"/>
      </w:divBdr>
    </w:div>
    <w:div w:id="1240284486">
      <w:bodyDiv w:val="1"/>
      <w:marLeft w:val="0"/>
      <w:marRight w:val="0"/>
      <w:marTop w:val="0"/>
      <w:marBottom w:val="0"/>
      <w:divBdr>
        <w:top w:val="none" w:sz="0" w:space="0" w:color="auto"/>
        <w:left w:val="none" w:sz="0" w:space="0" w:color="auto"/>
        <w:bottom w:val="none" w:sz="0" w:space="0" w:color="auto"/>
        <w:right w:val="none" w:sz="0" w:space="0" w:color="auto"/>
      </w:divBdr>
    </w:div>
    <w:div w:id="1242254992">
      <w:bodyDiv w:val="1"/>
      <w:marLeft w:val="0"/>
      <w:marRight w:val="0"/>
      <w:marTop w:val="0"/>
      <w:marBottom w:val="0"/>
      <w:divBdr>
        <w:top w:val="none" w:sz="0" w:space="0" w:color="auto"/>
        <w:left w:val="none" w:sz="0" w:space="0" w:color="auto"/>
        <w:bottom w:val="none" w:sz="0" w:space="0" w:color="auto"/>
        <w:right w:val="none" w:sz="0" w:space="0" w:color="auto"/>
      </w:divBdr>
    </w:div>
    <w:div w:id="1274898075">
      <w:bodyDiv w:val="1"/>
      <w:marLeft w:val="0"/>
      <w:marRight w:val="0"/>
      <w:marTop w:val="0"/>
      <w:marBottom w:val="0"/>
      <w:divBdr>
        <w:top w:val="none" w:sz="0" w:space="0" w:color="auto"/>
        <w:left w:val="none" w:sz="0" w:space="0" w:color="auto"/>
        <w:bottom w:val="none" w:sz="0" w:space="0" w:color="auto"/>
        <w:right w:val="none" w:sz="0" w:space="0" w:color="auto"/>
      </w:divBdr>
    </w:div>
    <w:div w:id="1310555038">
      <w:bodyDiv w:val="1"/>
      <w:marLeft w:val="0"/>
      <w:marRight w:val="0"/>
      <w:marTop w:val="0"/>
      <w:marBottom w:val="0"/>
      <w:divBdr>
        <w:top w:val="none" w:sz="0" w:space="0" w:color="auto"/>
        <w:left w:val="none" w:sz="0" w:space="0" w:color="auto"/>
        <w:bottom w:val="none" w:sz="0" w:space="0" w:color="auto"/>
        <w:right w:val="none" w:sz="0" w:space="0" w:color="auto"/>
      </w:divBdr>
    </w:div>
    <w:div w:id="1317539369">
      <w:bodyDiv w:val="1"/>
      <w:marLeft w:val="0"/>
      <w:marRight w:val="0"/>
      <w:marTop w:val="0"/>
      <w:marBottom w:val="0"/>
      <w:divBdr>
        <w:top w:val="none" w:sz="0" w:space="0" w:color="auto"/>
        <w:left w:val="none" w:sz="0" w:space="0" w:color="auto"/>
        <w:bottom w:val="none" w:sz="0" w:space="0" w:color="auto"/>
        <w:right w:val="none" w:sz="0" w:space="0" w:color="auto"/>
      </w:divBdr>
      <w:divsChild>
        <w:div w:id="5811815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8725518">
      <w:bodyDiv w:val="1"/>
      <w:marLeft w:val="0"/>
      <w:marRight w:val="0"/>
      <w:marTop w:val="0"/>
      <w:marBottom w:val="0"/>
      <w:divBdr>
        <w:top w:val="none" w:sz="0" w:space="0" w:color="auto"/>
        <w:left w:val="none" w:sz="0" w:space="0" w:color="auto"/>
        <w:bottom w:val="none" w:sz="0" w:space="0" w:color="auto"/>
        <w:right w:val="none" w:sz="0" w:space="0" w:color="auto"/>
      </w:divBdr>
    </w:div>
    <w:div w:id="1388451207">
      <w:bodyDiv w:val="1"/>
      <w:marLeft w:val="0"/>
      <w:marRight w:val="0"/>
      <w:marTop w:val="0"/>
      <w:marBottom w:val="0"/>
      <w:divBdr>
        <w:top w:val="none" w:sz="0" w:space="0" w:color="auto"/>
        <w:left w:val="none" w:sz="0" w:space="0" w:color="auto"/>
        <w:bottom w:val="none" w:sz="0" w:space="0" w:color="auto"/>
        <w:right w:val="none" w:sz="0" w:space="0" w:color="auto"/>
      </w:divBdr>
    </w:div>
    <w:div w:id="1397359708">
      <w:bodyDiv w:val="1"/>
      <w:marLeft w:val="0"/>
      <w:marRight w:val="0"/>
      <w:marTop w:val="0"/>
      <w:marBottom w:val="0"/>
      <w:divBdr>
        <w:top w:val="none" w:sz="0" w:space="0" w:color="auto"/>
        <w:left w:val="none" w:sz="0" w:space="0" w:color="auto"/>
        <w:bottom w:val="none" w:sz="0" w:space="0" w:color="auto"/>
        <w:right w:val="none" w:sz="0" w:space="0" w:color="auto"/>
      </w:divBdr>
    </w:div>
    <w:div w:id="1428498012">
      <w:bodyDiv w:val="1"/>
      <w:marLeft w:val="0"/>
      <w:marRight w:val="0"/>
      <w:marTop w:val="0"/>
      <w:marBottom w:val="0"/>
      <w:divBdr>
        <w:top w:val="none" w:sz="0" w:space="0" w:color="auto"/>
        <w:left w:val="none" w:sz="0" w:space="0" w:color="auto"/>
        <w:bottom w:val="none" w:sz="0" w:space="0" w:color="auto"/>
        <w:right w:val="none" w:sz="0" w:space="0" w:color="auto"/>
      </w:divBdr>
      <w:divsChild>
        <w:div w:id="14710925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3962890">
      <w:bodyDiv w:val="1"/>
      <w:marLeft w:val="0"/>
      <w:marRight w:val="0"/>
      <w:marTop w:val="0"/>
      <w:marBottom w:val="0"/>
      <w:divBdr>
        <w:top w:val="none" w:sz="0" w:space="0" w:color="auto"/>
        <w:left w:val="none" w:sz="0" w:space="0" w:color="auto"/>
        <w:bottom w:val="none" w:sz="0" w:space="0" w:color="auto"/>
        <w:right w:val="none" w:sz="0" w:space="0" w:color="auto"/>
      </w:divBdr>
    </w:div>
    <w:div w:id="1445005754">
      <w:bodyDiv w:val="1"/>
      <w:marLeft w:val="0"/>
      <w:marRight w:val="0"/>
      <w:marTop w:val="0"/>
      <w:marBottom w:val="0"/>
      <w:divBdr>
        <w:top w:val="none" w:sz="0" w:space="0" w:color="auto"/>
        <w:left w:val="none" w:sz="0" w:space="0" w:color="auto"/>
        <w:bottom w:val="none" w:sz="0" w:space="0" w:color="auto"/>
        <w:right w:val="none" w:sz="0" w:space="0" w:color="auto"/>
      </w:divBdr>
    </w:div>
    <w:div w:id="1446382277">
      <w:bodyDiv w:val="1"/>
      <w:marLeft w:val="0"/>
      <w:marRight w:val="0"/>
      <w:marTop w:val="0"/>
      <w:marBottom w:val="0"/>
      <w:divBdr>
        <w:top w:val="none" w:sz="0" w:space="0" w:color="auto"/>
        <w:left w:val="none" w:sz="0" w:space="0" w:color="auto"/>
        <w:bottom w:val="none" w:sz="0" w:space="0" w:color="auto"/>
        <w:right w:val="none" w:sz="0" w:space="0" w:color="auto"/>
      </w:divBdr>
    </w:div>
    <w:div w:id="1464545547">
      <w:bodyDiv w:val="1"/>
      <w:marLeft w:val="0"/>
      <w:marRight w:val="0"/>
      <w:marTop w:val="0"/>
      <w:marBottom w:val="0"/>
      <w:divBdr>
        <w:top w:val="none" w:sz="0" w:space="0" w:color="auto"/>
        <w:left w:val="none" w:sz="0" w:space="0" w:color="auto"/>
        <w:bottom w:val="none" w:sz="0" w:space="0" w:color="auto"/>
        <w:right w:val="none" w:sz="0" w:space="0" w:color="auto"/>
      </w:divBdr>
    </w:div>
    <w:div w:id="1477138034">
      <w:bodyDiv w:val="1"/>
      <w:marLeft w:val="0"/>
      <w:marRight w:val="0"/>
      <w:marTop w:val="0"/>
      <w:marBottom w:val="0"/>
      <w:divBdr>
        <w:top w:val="none" w:sz="0" w:space="0" w:color="auto"/>
        <w:left w:val="none" w:sz="0" w:space="0" w:color="auto"/>
        <w:bottom w:val="none" w:sz="0" w:space="0" w:color="auto"/>
        <w:right w:val="none" w:sz="0" w:space="0" w:color="auto"/>
      </w:divBdr>
    </w:div>
    <w:div w:id="1549996535">
      <w:bodyDiv w:val="1"/>
      <w:marLeft w:val="0"/>
      <w:marRight w:val="0"/>
      <w:marTop w:val="0"/>
      <w:marBottom w:val="0"/>
      <w:divBdr>
        <w:top w:val="none" w:sz="0" w:space="0" w:color="auto"/>
        <w:left w:val="none" w:sz="0" w:space="0" w:color="auto"/>
        <w:bottom w:val="none" w:sz="0" w:space="0" w:color="auto"/>
        <w:right w:val="none" w:sz="0" w:space="0" w:color="auto"/>
      </w:divBdr>
    </w:div>
    <w:div w:id="1558780835">
      <w:bodyDiv w:val="1"/>
      <w:marLeft w:val="0"/>
      <w:marRight w:val="0"/>
      <w:marTop w:val="0"/>
      <w:marBottom w:val="0"/>
      <w:divBdr>
        <w:top w:val="none" w:sz="0" w:space="0" w:color="auto"/>
        <w:left w:val="none" w:sz="0" w:space="0" w:color="auto"/>
        <w:bottom w:val="none" w:sz="0" w:space="0" w:color="auto"/>
        <w:right w:val="none" w:sz="0" w:space="0" w:color="auto"/>
      </w:divBdr>
    </w:div>
    <w:div w:id="1567035630">
      <w:bodyDiv w:val="1"/>
      <w:marLeft w:val="0"/>
      <w:marRight w:val="0"/>
      <w:marTop w:val="0"/>
      <w:marBottom w:val="0"/>
      <w:divBdr>
        <w:top w:val="none" w:sz="0" w:space="0" w:color="auto"/>
        <w:left w:val="none" w:sz="0" w:space="0" w:color="auto"/>
        <w:bottom w:val="none" w:sz="0" w:space="0" w:color="auto"/>
        <w:right w:val="none" w:sz="0" w:space="0" w:color="auto"/>
      </w:divBdr>
    </w:div>
    <w:div w:id="1590042236">
      <w:bodyDiv w:val="1"/>
      <w:marLeft w:val="0"/>
      <w:marRight w:val="0"/>
      <w:marTop w:val="0"/>
      <w:marBottom w:val="0"/>
      <w:divBdr>
        <w:top w:val="none" w:sz="0" w:space="0" w:color="auto"/>
        <w:left w:val="none" w:sz="0" w:space="0" w:color="auto"/>
        <w:bottom w:val="none" w:sz="0" w:space="0" w:color="auto"/>
        <w:right w:val="none" w:sz="0" w:space="0" w:color="auto"/>
      </w:divBdr>
    </w:div>
    <w:div w:id="1632513294">
      <w:bodyDiv w:val="1"/>
      <w:marLeft w:val="0"/>
      <w:marRight w:val="0"/>
      <w:marTop w:val="0"/>
      <w:marBottom w:val="0"/>
      <w:divBdr>
        <w:top w:val="none" w:sz="0" w:space="0" w:color="auto"/>
        <w:left w:val="none" w:sz="0" w:space="0" w:color="auto"/>
        <w:bottom w:val="none" w:sz="0" w:space="0" w:color="auto"/>
        <w:right w:val="none" w:sz="0" w:space="0" w:color="auto"/>
      </w:divBdr>
    </w:div>
    <w:div w:id="1640648429">
      <w:bodyDiv w:val="1"/>
      <w:marLeft w:val="0"/>
      <w:marRight w:val="0"/>
      <w:marTop w:val="0"/>
      <w:marBottom w:val="0"/>
      <w:divBdr>
        <w:top w:val="none" w:sz="0" w:space="0" w:color="auto"/>
        <w:left w:val="none" w:sz="0" w:space="0" w:color="auto"/>
        <w:bottom w:val="none" w:sz="0" w:space="0" w:color="auto"/>
        <w:right w:val="none" w:sz="0" w:space="0" w:color="auto"/>
      </w:divBdr>
    </w:div>
    <w:div w:id="1647662764">
      <w:bodyDiv w:val="1"/>
      <w:marLeft w:val="0"/>
      <w:marRight w:val="0"/>
      <w:marTop w:val="0"/>
      <w:marBottom w:val="0"/>
      <w:divBdr>
        <w:top w:val="none" w:sz="0" w:space="0" w:color="auto"/>
        <w:left w:val="none" w:sz="0" w:space="0" w:color="auto"/>
        <w:bottom w:val="none" w:sz="0" w:space="0" w:color="auto"/>
        <w:right w:val="none" w:sz="0" w:space="0" w:color="auto"/>
      </w:divBdr>
    </w:div>
    <w:div w:id="1657225301">
      <w:bodyDiv w:val="1"/>
      <w:marLeft w:val="0"/>
      <w:marRight w:val="0"/>
      <w:marTop w:val="0"/>
      <w:marBottom w:val="0"/>
      <w:divBdr>
        <w:top w:val="none" w:sz="0" w:space="0" w:color="auto"/>
        <w:left w:val="none" w:sz="0" w:space="0" w:color="auto"/>
        <w:bottom w:val="none" w:sz="0" w:space="0" w:color="auto"/>
        <w:right w:val="none" w:sz="0" w:space="0" w:color="auto"/>
      </w:divBdr>
    </w:div>
    <w:div w:id="1659193113">
      <w:bodyDiv w:val="1"/>
      <w:marLeft w:val="0"/>
      <w:marRight w:val="0"/>
      <w:marTop w:val="0"/>
      <w:marBottom w:val="0"/>
      <w:divBdr>
        <w:top w:val="none" w:sz="0" w:space="0" w:color="auto"/>
        <w:left w:val="none" w:sz="0" w:space="0" w:color="auto"/>
        <w:bottom w:val="none" w:sz="0" w:space="0" w:color="auto"/>
        <w:right w:val="none" w:sz="0" w:space="0" w:color="auto"/>
      </w:divBdr>
    </w:div>
    <w:div w:id="1729760279">
      <w:bodyDiv w:val="1"/>
      <w:marLeft w:val="0"/>
      <w:marRight w:val="0"/>
      <w:marTop w:val="0"/>
      <w:marBottom w:val="0"/>
      <w:divBdr>
        <w:top w:val="none" w:sz="0" w:space="0" w:color="auto"/>
        <w:left w:val="none" w:sz="0" w:space="0" w:color="auto"/>
        <w:bottom w:val="none" w:sz="0" w:space="0" w:color="auto"/>
        <w:right w:val="none" w:sz="0" w:space="0" w:color="auto"/>
      </w:divBdr>
      <w:divsChild>
        <w:div w:id="17377763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657339">
      <w:bodyDiv w:val="1"/>
      <w:marLeft w:val="0"/>
      <w:marRight w:val="0"/>
      <w:marTop w:val="0"/>
      <w:marBottom w:val="0"/>
      <w:divBdr>
        <w:top w:val="none" w:sz="0" w:space="0" w:color="auto"/>
        <w:left w:val="none" w:sz="0" w:space="0" w:color="auto"/>
        <w:bottom w:val="none" w:sz="0" w:space="0" w:color="auto"/>
        <w:right w:val="none" w:sz="0" w:space="0" w:color="auto"/>
      </w:divBdr>
    </w:div>
    <w:div w:id="1747917210">
      <w:bodyDiv w:val="1"/>
      <w:marLeft w:val="0"/>
      <w:marRight w:val="0"/>
      <w:marTop w:val="0"/>
      <w:marBottom w:val="0"/>
      <w:divBdr>
        <w:top w:val="none" w:sz="0" w:space="0" w:color="auto"/>
        <w:left w:val="none" w:sz="0" w:space="0" w:color="auto"/>
        <w:bottom w:val="none" w:sz="0" w:space="0" w:color="auto"/>
        <w:right w:val="none" w:sz="0" w:space="0" w:color="auto"/>
      </w:divBdr>
    </w:div>
    <w:div w:id="1754282741">
      <w:bodyDiv w:val="1"/>
      <w:marLeft w:val="0"/>
      <w:marRight w:val="0"/>
      <w:marTop w:val="0"/>
      <w:marBottom w:val="0"/>
      <w:divBdr>
        <w:top w:val="none" w:sz="0" w:space="0" w:color="auto"/>
        <w:left w:val="none" w:sz="0" w:space="0" w:color="auto"/>
        <w:bottom w:val="none" w:sz="0" w:space="0" w:color="auto"/>
        <w:right w:val="none" w:sz="0" w:space="0" w:color="auto"/>
      </w:divBdr>
    </w:div>
    <w:div w:id="1803495588">
      <w:bodyDiv w:val="1"/>
      <w:marLeft w:val="0"/>
      <w:marRight w:val="0"/>
      <w:marTop w:val="0"/>
      <w:marBottom w:val="0"/>
      <w:divBdr>
        <w:top w:val="none" w:sz="0" w:space="0" w:color="auto"/>
        <w:left w:val="none" w:sz="0" w:space="0" w:color="auto"/>
        <w:bottom w:val="none" w:sz="0" w:space="0" w:color="auto"/>
        <w:right w:val="none" w:sz="0" w:space="0" w:color="auto"/>
      </w:divBdr>
    </w:div>
    <w:div w:id="1816684413">
      <w:bodyDiv w:val="1"/>
      <w:marLeft w:val="0"/>
      <w:marRight w:val="0"/>
      <w:marTop w:val="0"/>
      <w:marBottom w:val="0"/>
      <w:divBdr>
        <w:top w:val="none" w:sz="0" w:space="0" w:color="auto"/>
        <w:left w:val="none" w:sz="0" w:space="0" w:color="auto"/>
        <w:bottom w:val="none" w:sz="0" w:space="0" w:color="auto"/>
        <w:right w:val="none" w:sz="0" w:space="0" w:color="auto"/>
      </w:divBdr>
    </w:div>
    <w:div w:id="1867673540">
      <w:bodyDiv w:val="1"/>
      <w:marLeft w:val="0"/>
      <w:marRight w:val="0"/>
      <w:marTop w:val="0"/>
      <w:marBottom w:val="0"/>
      <w:divBdr>
        <w:top w:val="none" w:sz="0" w:space="0" w:color="auto"/>
        <w:left w:val="none" w:sz="0" w:space="0" w:color="auto"/>
        <w:bottom w:val="none" w:sz="0" w:space="0" w:color="auto"/>
        <w:right w:val="none" w:sz="0" w:space="0" w:color="auto"/>
      </w:divBdr>
    </w:div>
    <w:div w:id="1890455177">
      <w:bodyDiv w:val="1"/>
      <w:marLeft w:val="0"/>
      <w:marRight w:val="0"/>
      <w:marTop w:val="0"/>
      <w:marBottom w:val="0"/>
      <w:divBdr>
        <w:top w:val="none" w:sz="0" w:space="0" w:color="auto"/>
        <w:left w:val="none" w:sz="0" w:space="0" w:color="auto"/>
        <w:bottom w:val="none" w:sz="0" w:space="0" w:color="auto"/>
        <w:right w:val="none" w:sz="0" w:space="0" w:color="auto"/>
      </w:divBdr>
    </w:div>
    <w:div w:id="1933314133">
      <w:bodyDiv w:val="1"/>
      <w:marLeft w:val="0"/>
      <w:marRight w:val="0"/>
      <w:marTop w:val="0"/>
      <w:marBottom w:val="0"/>
      <w:divBdr>
        <w:top w:val="none" w:sz="0" w:space="0" w:color="auto"/>
        <w:left w:val="none" w:sz="0" w:space="0" w:color="auto"/>
        <w:bottom w:val="none" w:sz="0" w:space="0" w:color="auto"/>
        <w:right w:val="none" w:sz="0" w:space="0" w:color="auto"/>
      </w:divBdr>
    </w:div>
    <w:div w:id="1966613991">
      <w:bodyDiv w:val="1"/>
      <w:marLeft w:val="0"/>
      <w:marRight w:val="0"/>
      <w:marTop w:val="0"/>
      <w:marBottom w:val="0"/>
      <w:divBdr>
        <w:top w:val="none" w:sz="0" w:space="0" w:color="auto"/>
        <w:left w:val="none" w:sz="0" w:space="0" w:color="auto"/>
        <w:bottom w:val="none" w:sz="0" w:space="0" w:color="auto"/>
        <w:right w:val="none" w:sz="0" w:space="0" w:color="auto"/>
      </w:divBdr>
    </w:div>
    <w:div w:id="1979529960">
      <w:bodyDiv w:val="1"/>
      <w:marLeft w:val="0"/>
      <w:marRight w:val="0"/>
      <w:marTop w:val="0"/>
      <w:marBottom w:val="0"/>
      <w:divBdr>
        <w:top w:val="none" w:sz="0" w:space="0" w:color="auto"/>
        <w:left w:val="none" w:sz="0" w:space="0" w:color="auto"/>
        <w:bottom w:val="none" w:sz="0" w:space="0" w:color="auto"/>
        <w:right w:val="none" w:sz="0" w:space="0" w:color="auto"/>
      </w:divBdr>
    </w:div>
    <w:div w:id="2011758993">
      <w:bodyDiv w:val="1"/>
      <w:marLeft w:val="0"/>
      <w:marRight w:val="0"/>
      <w:marTop w:val="0"/>
      <w:marBottom w:val="0"/>
      <w:divBdr>
        <w:top w:val="none" w:sz="0" w:space="0" w:color="auto"/>
        <w:left w:val="none" w:sz="0" w:space="0" w:color="auto"/>
        <w:bottom w:val="none" w:sz="0" w:space="0" w:color="auto"/>
        <w:right w:val="none" w:sz="0" w:space="0" w:color="auto"/>
      </w:divBdr>
    </w:div>
    <w:div w:id="2053115767">
      <w:bodyDiv w:val="1"/>
      <w:marLeft w:val="0"/>
      <w:marRight w:val="0"/>
      <w:marTop w:val="0"/>
      <w:marBottom w:val="0"/>
      <w:divBdr>
        <w:top w:val="none" w:sz="0" w:space="0" w:color="auto"/>
        <w:left w:val="none" w:sz="0" w:space="0" w:color="auto"/>
        <w:bottom w:val="none" w:sz="0" w:space="0" w:color="auto"/>
        <w:right w:val="none" w:sz="0" w:space="0" w:color="auto"/>
      </w:divBdr>
    </w:div>
    <w:div w:id="2076925020">
      <w:bodyDiv w:val="1"/>
      <w:marLeft w:val="0"/>
      <w:marRight w:val="0"/>
      <w:marTop w:val="0"/>
      <w:marBottom w:val="0"/>
      <w:divBdr>
        <w:top w:val="none" w:sz="0" w:space="0" w:color="auto"/>
        <w:left w:val="none" w:sz="0" w:space="0" w:color="auto"/>
        <w:bottom w:val="none" w:sz="0" w:space="0" w:color="auto"/>
        <w:right w:val="none" w:sz="0" w:space="0" w:color="auto"/>
      </w:divBdr>
    </w:div>
    <w:div w:id="212541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357</Pages>
  <Words>159316</Words>
  <Characters>713738</Characters>
  <Application>Microsoft Office Word</Application>
  <DocSecurity>0</DocSecurity>
  <Lines>11895</Lines>
  <Paragraphs>4500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868554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andry van de louw</cp:lastModifiedBy>
  <cp:revision>2</cp:revision>
  <cp:lastPrinted>2025-12-26T02:37:00Z</cp:lastPrinted>
  <dcterms:created xsi:type="dcterms:W3CDTF">2026-03-30T03:18:00Z</dcterms:created>
  <dcterms:modified xsi:type="dcterms:W3CDTF">2026-03-30T03:18:00Z</dcterms:modified>
  <cp:category/>
</cp:coreProperties>
</file>