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Black Vein: NightFangs</w:t>
      </w:r>
    </w:p>
    <w:p>
      <w:pPr>
        <w:jc w:val="center"/>
      </w:pPr>
      <w:r>
        <w:t>Draft Chapters 1–11</w:t>
      </w:r>
    </w:p>
    <w:p/>
    <w:p>
      <w:pPr>
        <w:pStyle w:val="Heading1"/>
        <w:jc w:val="center"/>
      </w:pPr>
      <w:r>
        <w:t>Chapter One: Safe Haven</w:t>
      </w:r>
    </w:p>
    <w:p/>
    <w:p>
      <w:r>
        <w:t>Three months after the lights came back</w:t>
      </w:r>
    </w:p>
    <w:p>
      <w:r>
        <w:t>The farmhouse was still standing.</w:t>
      </w:r>
    </w:p>
    <w:p>
      <w:r>
        <w:t>That was the first thing Clara would have said if she’d been there to see it, and Jesse could hear the line so clearly in her head that it almost felt spoken into the wind.</w:t>
      </w:r>
    </w:p>
    <w:p>
      <w:r>
        <w:t>Well, at least the farmhouse still stands.</w:t>
      </w:r>
    </w:p>
    <w:p>
      <w:r>
        <w:t>The place did still stand. Barely gracefully, not fully healed, and not in any way pretending the last three months had been kind to it. Repairs had been done where they could be done, reinforced where they had to be, disguised nowhere. New boards sat paler than old ones. One stretch of fencing had been rebuilt in a hurry and then strengthened again after that. The outbuilding had fresh support beams along one side, and near the far edge of the grounds two low canvas shelters sat beside a rough lean-to built from salvaged wood and corrugated sheets.</w:t>
      </w:r>
    </w:p>
    <w:p>
      <w:r>
        <w:t>Survival had its own architecture.</w:t>
      </w:r>
    </w:p>
    <w:p>
      <w:pPr/>
      <w:r>
        <w:t>So did damage.</w:t>
      </w:r>
    </w:p>
    <w:p>
      <w:pPr/>
      <w:r>
        <w:t>The farmhouse did not hide either very well. The newer boards had gone in hard and clean, but not seamlessly. Their grain still stood too pale against the older timber, raw-looking in damp weather, as though the house had been patched with pieces that had not yet learned what it meant to belong here. On colder mornings the smell of fresh-cut wood still rose faintly from certain joints and braces, but it never came alone. It sat over older traces that rain and wind had never fully taken out of the place — smoke caught deep in beams, burnt plaster, the stale ghost of fire worked into the walls strongly enough that some corners still seemed to breathe it back when the air turned wet.</w:t>
      </w:r>
    </w:p>
    <w:p>
      <w:pPr/>
      <w:r>
        <w:t>Jesse had helped with enough of the repairs to know exactly where the house lied and where it told the truth. Some boards held too stiffly underfoot, forced into place by men who had done what they could with salvaged timber and bad measurements. Others gave back a duller, hollower note through the soles, especially near the side of the house where too much of the structure had once opened into violence. She had learned not to pause on those sounds for long. Houses were like people in that respect. Press too hard on the repaired parts and they started admitting what had happened to them.</w:t>
      </w:r>
    </w:p>
    <w:p>
      <w:pPr/>
      <w:r>
        <w:t>Phoenix had done most of the heavier outside work early on, shoulder aching, jaw set, refusing to say when the strain had caught him badly enough to matter. Jesse had held warped boards in place while nails bent wrong, cursed at fencing that never lined up cleanly with the old posts, and developed a private hatred for salvaged material that looked useful until the moment it had to fit beside something broken. Nothing ever matched. Not the wood. Not the wire. Not the measurements. Not the life they were trying to rebuild around them.</w:t>
      </w:r>
    </w:p>
    <w:p>
      <w:pPr/>
      <w:r>
        <w:t>Some days the farmhouse looked mended from a distance. Up close, it looked like what it really was — something that had survived by being forced to hold together one more time.</w:t>
      </w:r>
    </w:p>
    <w:p>
      <w:r>
        <w:t>Jesse stood in the yard with one hand in her jacket pocket and looked over all of it in the hard grey light of afternoon. The island had not grown peaceful in three months. Quieter, yes. Emptier in places. But never peaceful. There were still corners of the land that felt as if they were waiting to remember the wrong things.</w:t>
      </w:r>
    </w:p>
    <w:p>
      <w:pPr/>
      <w:r>
        <w:t>And the yard remembered in specifics.</w:t>
      </w:r>
    </w:p>
    <w:p>
      <w:pPr/>
      <w:r>
        <w:t>Jesse’s eyes settled on the rebuilt fence line and the past came back with the kind of precision memory saved for the worst things. Not a vague sense of danger. Not just noise and flame and panic stitched together afterward into something simpler than it had been. She remembered the exact burst of it — the orange-white snap of Clara’s proximity mines beneath the dark, the way the field lit from below as if the ground itself had opened its mouth, the fencing vanishing into heat and dirt and shredded wire in one violent breath.</w:t>
      </w:r>
    </w:p>
    <w:p>
      <w:pPr/>
      <w:r>
        <w:t>The new posts stood straighter now. Stronger too. Reinforced where the old line had failed. But daylight made repaired things look more innocent than they were. Looking at that stretch too long still laid the old night over the new timber until Jesse could almost see both versions at once: the fence remade in pale wood and taut wire, and the same fence breaking apart in fire while shapes forced forward through smoke and debris as if even explosives had only counted as inconvenience.</w:t>
      </w:r>
    </w:p>
    <w:p>
      <w:pPr/>
      <w:r>
        <w:t>Other parts of the property carried their own memories. The side of the house near the cellar sat too quietly in the mornings. The porch still looked like something that ought to have splintered again if stared at hard enough. The rebuilt structure held, but the land around it had not gone back to being ordinary simply because men with tools had persuaded it into cleaner lines.</w:t>
      </w:r>
    </w:p>
    <w:p>
      <w:pPr/>
      <w:r>
        <w:t>The yard did not owe her an apology. That was the trouble. It just stood there every morning under whatever weather the island had chosen, patched and stubborn and deceptively still, while memory kept doing all the work.</w:t>
      </w:r>
    </w:p>
    <w:p>
      <w:r>
        <w:t>Behind her, the farmhouse door opened.</w:t>
      </w:r>
    </w:p>
    <w:p>
      <w:r>
        <w:t>Phoenix stepped out carrying a crate under one arm and paused on the porch to look toward the treeline before continuing down the steps.</w:t>
      </w:r>
    </w:p>
    <w:p>
      <w:r>
        <w:t>“You’re doing that thing again,” he said.</w:t>
      </w:r>
    </w:p>
    <w:p>
      <w:r>
        <w:t>“What thing?”</w:t>
      </w:r>
    </w:p>
    <w:p>
      <w:r>
        <w:t>“The one where you stare at the island like it owes you an apology.”</w:t>
      </w:r>
    </w:p>
    <w:p>
      <w:r>
        <w:t>“It does.”</w:t>
      </w:r>
    </w:p>
    <w:p>
      <w:r>
        <w:t>Phoenix set the crate down near the porch rail. “Good luck collecting.”</w:t>
      </w:r>
    </w:p>
    <w:p>
      <w:r>
        <w:t>Buster came trotting around the side of the house, slower than he would have three months earlier, but no less certain of himself. He stopped near Jesse, sat, and looked out across the yard too, as if offering silent agreement that vigilance was now part of the daily routine.</w:t>
      </w:r>
    </w:p>
    <w:p>
      <w:r>
        <w:t>From inside the house came the scrape of a chair, then Sares’ voice, then Leah’s, then the short unmistakable sound of Damian answering somebody only because ignoring them outright would have taken more effort.</w:t>
      </w:r>
    </w:p>
    <w:p>
      <w:pPr/>
      <w:r>
        <w:t>Damian had survived Blackthorne too, but not as part of the farmhouse stillness in the first raw stretch after it. Phoenix had found him later and brought him in only after those earliest weeks had already belonged mostly to Jesse, Phoenix, and Sares, which was why his presence here still felt newer than the others even now.</w:t>
      </w:r>
    </w:p>
    <w:p>
      <w:r>
        <w:t>It had taken time for the farmhouse to settle into these shapes.</w:t>
      </w:r>
    </w:p>
    <w:p>
      <w:r>
        <w:t>Not comfort. Shapes.</w:t>
      </w:r>
    </w:p>
    <w:p>
      <w:r>
        <w:t>Phoenix followed her gaze toward the outbuilding. “He put the case back inside after checking the bolts.”</w:t>
      </w:r>
    </w:p>
    <w:p>
      <w:r>
        <w:t>Jesse gave a small nod. “Good.”</w:t>
      </w:r>
    </w:p>
    <w:p>
      <w:r>
        <w:t>The first thing she had noticed, back when the weeks were still blurring together, was whether Damian was carrying the crossbow.</w:t>
      </w:r>
    </w:p>
    <w:p>
      <w:r>
        <w:t>Now she noticed when he wasn’t.</w:t>
      </w:r>
    </w:p>
    <w:p>
      <w:r>
        <w:t>Not because he seemed weaker without it. He didn’t. But because the absence of it had started to mean something different. Earlier on, Damian without the crossbow would have looked unfinished, like a man missing part of his own outline. Now, at the farmhouse, it had become more like a ghost weight — the slight old set of his shoulder as if something should still be resting there, the unconscious awareness of it even in its absence. He kept it near. Visible. Accounted for. But not always on him.</w:t>
      </w:r>
    </w:p>
    <w:p>
      <w:r>
        <w:t>That was new.</w:t>
      </w:r>
    </w:p>
    <w:p>
      <w:r>
        <w:t>And, Jesse suspected, not accidental.</w:t>
      </w:r>
    </w:p>
    <w:p>
      <w:r>
        <w:t>The back door opened again.</w:t>
      </w:r>
    </w:p>
    <w:p>
      <w:r>
        <w:t>This time Sares came out with Buster’s bowl in one hand and a packet of dried meat in the other. She had the slingshot in her pocket as usual, the outline of it visible through the fabric if you knew to look for it. Buster was on his feet before she’d crossed half the yard.</w:t>
      </w:r>
    </w:p>
    <w:p>
      <w:r>
        <w:t>“You’re encouraging him,” Jesse said.</w:t>
      </w:r>
    </w:p>
    <w:p>
      <w:r>
        <w:t>“He’s encouraging me,” Sares replied.</w:t>
      </w:r>
    </w:p>
    <w:p>
      <w:r>
        <w:t>“That’s not how dogs work.”</w:t>
      </w:r>
    </w:p>
    <w:p>
      <w:r>
        <w:t>“That’s what he wants you to think.”</w:t>
      </w:r>
    </w:p>
    <w:p>
      <w:r>
        <w:t>Phoenix leaned back against the porch post. “I like that she talks to him like he’s in on something.”</w:t>
      </w:r>
    </w:p>
    <w:p>
      <w:r>
        <w:t>Sares crouched to set the bowl down and scratched Buster behind one ear while he ate.</w:t>
      </w:r>
    </w:p>
    <w:p>
      <w:r>
        <w:t>“He usually is.”</w:t>
      </w:r>
    </w:p>
    <w:p>
      <w:r>
        <w:t>Jesse watched her for a second.</w:t>
      </w:r>
    </w:p>
    <w:p>
      <w:r>
        <w:t>Three months earlier, Sares had felt like someone who had survived into the wrong room and wasn’t yet sure whether she had permission to stay in it. Now she moved through the yard with more certainty, not because life had become easier but because she’d started making places in it for herself.</w:t>
      </w:r>
    </w:p>
    <w:p>
      <w:r>
        <w:t>Some of those places were unexpected.</w:t>
      </w:r>
    </w:p>
    <w:p>
      <w:r>
        <w:t>She’d taken to Buster almost immediately. Or maybe Buster had taken to her. Either way, the result had been the same. Jesse had caught the dog following her often enough now that it was no longer coincidence.</w:t>
      </w:r>
    </w:p>
    <w:p>
      <w:r>
        <w:t>From inside, Leah called, “If he gets second breakfast, I’m leaving.”</w:t>
      </w:r>
    </w:p>
    <w:p>
      <w:r>
        <w:t>Phoenix raised his voice toward the house. “You’d leave over that?”</w:t>
      </w:r>
    </w:p>
    <w:p>
      <w:r>
        <w:t>“I’d leave over less.”</w:t>
      </w:r>
    </w:p>
    <w:p>
      <w:r>
        <w:t>Sares looked up. “You won’t.”</w:t>
      </w:r>
    </w:p>
    <w:p>
      <w:r>
        <w:t>Leah appeared in the doorway a second later with a mug in one hand and that same half-guarded posture she still carried in shared spaces. She was more settled than she had been at the start, but not careless. Not yet. Maybe not ever.</w:t>
      </w:r>
    </w:p>
    <w:p>
      <w:r>
        <w:t>That was fair enough.</w:t>
      </w:r>
    </w:p>
    <w:p>
      <w:r>
        <w:t>Jesse had been the one to pull her out. After the castle, after the blood and collapse and everything that should have left nothing standing, Leah had stayed. That mattered. Not enough to erase where she had come from. But enough.</w:t>
      </w:r>
    </w:p>
    <w:p>
      <w:r>
        <w:t>Max had asked about that more than once on the phone.</w:t>
      </w:r>
    </w:p>
    <w:p>
      <w:r>
        <w:t>You trust her?</w:t>
      </w:r>
    </w:p>
    <w:p>
      <w:r>
        <w:t>Enough.</w:t>
      </w:r>
    </w:p>
    <w:p>
      <w:r>
        <w:t>That had been the most honest answer available.</w:t>
      </w:r>
    </w:p>
    <w:p>
      <w:r>
        <w:t>Leah stepped down off the porch and stopped a few feet from them, looking out at the yard as if measuring whether the silence was a good one or a dangerous one.</w:t>
      </w:r>
    </w:p>
    <w:p>
      <w:r>
        <w:t>Phoenix glanced sideways at her. “You still planning to run off the minute this place gets too domestic?”</w:t>
      </w:r>
    </w:p>
    <w:p>
      <w:r>
        <w:t>Leah sipped from the mug. “I haven’t decided.”</w:t>
      </w:r>
    </w:p>
    <w:p>
      <w:r>
        <w:t>“That sounds promising.”</w:t>
      </w:r>
    </w:p>
    <w:p>
      <w:r>
        <w:t>“It wasn’t meant to.”</w:t>
      </w:r>
    </w:p>
    <w:p>
      <w:r>
        <w:t>Sares stood again, brushing her hands on her jeans. “If you leave, can I have your room?”</w:t>
      </w:r>
    </w:p>
    <w:p>
      <w:r>
        <w:t>Leah looked at her over the rim of the mug. “You’d have to survive me first.”</w:t>
      </w:r>
    </w:p>
    <w:p>
      <w:r>
        <w:t>Sares grinned. “That sounds like a no.”</w:t>
      </w:r>
    </w:p>
    <w:p>
      <w:r>
        <w:t>“Very perceptive.”</w:t>
      </w:r>
    </w:p>
    <w:p>
      <w:r>
        <w:t>The phone in Jesse’s pocket buzzed.</w:t>
      </w:r>
    </w:p>
    <w:p>
      <w:r>
        <w:t>She took it out, saw the name, and for the first time that day something inside her tightened and softened at once.</w:t>
      </w:r>
    </w:p>
    <w:p>
      <w:r>
        <w:t>Max.</w:t>
      </w:r>
    </w:p>
    <w:p>
      <w:r>
        <w:t>“You should get that,” Phoenix said.</w:t>
      </w:r>
    </w:p>
    <w:p>
      <w:r>
        <w:t>“Yes,” Jesse answered quietly. “I know.”</w:t>
      </w:r>
    </w:p>
    <w:p>
      <w:r>
        <w:t>She stepped away from the others and went round toward the back steps where the signal held better. The house sounds faded a little there. Not fully. Never fully. But enough.</w:t>
      </w:r>
    </w:p>
    <w:p>
      <w:r>
        <w:t>She checked the bars once, then answered.</w:t>
      </w:r>
    </w:p>
    <w:p>
      <w:r>
        <w:t>Max came through on the third pulse of static.</w:t>
      </w:r>
    </w:p>
    <w:p>
      <w:pPr/>
      <w:r>
        <w:t>Ever since the towers finally came back and the first call had torn the silence open between them, Max had earned the right to sound sharp.</w:t>
      </w:r>
    </w:p>
    <w:p>
      <w:r>
        <w:t>“You alive?”</w:t>
      </w:r>
    </w:p>
    <w:p>
      <w:r>
        <w:t>Jesse leaned one shoulder against the old stone by the back door. “That’s your greeting?”</w:t>
      </w:r>
    </w:p>
    <w:p>
      <w:r>
        <w:t>“It saves time.”</w:t>
      </w:r>
    </w:p>
    <w:p>
      <w:r>
        <w:t>“Funny. Clara says the same thing.”</w:t>
      </w:r>
    </w:p>
    <w:p>
      <w:r>
        <w:t>“She’s standing right here, so she’ll be glad to know her reputation’s survived.”</w:t>
      </w:r>
    </w:p>
    <w:p>
      <w:r>
        <w:t>Jesse looked out over the yard. The patched fence. The rough camp shelters. The outbuilding. Buster circling back toward Sares. Leah standing with her mug in the cold light like someone who still hadn’t decided whether belonging and remaining were the same thing.</w:t>
      </w:r>
    </w:p>
    <w:p>
      <w:r>
        <w:t>“How’s the house?” Max asked.</w:t>
      </w:r>
    </w:p>
    <w:p>
      <w:r>
        <w:t>“Standing.”</w:t>
      </w:r>
    </w:p>
    <w:p>
      <w:r>
        <w:t>“That good, huh?”</w:t>
      </w:r>
    </w:p>
    <w:p>
      <w:r>
        <w:t>“It’s livable.”</w:t>
      </w:r>
    </w:p>
    <w:p>
      <w:r>
        <w:t>“That wasn’t the question.”</w:t>
      </w:r>
    </w:p>
    <w:p>
      <w:r>
        <w:t>“No,” Jesse said. “It rarely is.”</w:t>
      </w:r>
    </w:p>
    <w:p>
      <w:r>
        <w:t>For a moment there was only the quiet hum of distance.</w:t>
      </w:r>
    </w:p>
    <w:p>
      <w:r>
        <w:t>Then Max said, lower, “And the rest?”</w:t>
      </w:r>
    </w:p>
    <w:p>
      <w:r>
        <w:t>Jesse knew what he meant.</w:t>
      </w:r>
    </w:p>
    <w:p>
      <w:r>
        <w:t>Not walls. Not roofing. People.</w:t>
      </w:r>
    </w:p>
    <w:p>
      <w:r>
        <w:t>She looked back through the kitchen window. Damian was visible now beyond the table, checking something in one of the open storage crates with the same concentration he gave everything dangerous and mechanical. Phoenix passed behind him. Sares moved through the room with Buster at her heels.</w:t>
      </w:r>
    </w:p>
    <w:p>
      <w:r>
        <w:t>“We’re managing,” Jesse said.</w:t>
      </w:r>
    </w:p>
    <w:p>
      <w:pPr/>
      <w:r>
        <w:t>Max let that sit for a beat longer than the silence really needed.</w:t>
      </w:r>
    </w:p>
    <w:p>
      <w:pPr/>
      <w:r>
        <w:t>“That’s not what you said the first time.”</w:t>
      </w:r>
    </w:p>
    <w:p>
      <w:pPr/>
      <w:r>
        <w:t>Jesse looked out over the yard through the kitchen window — the patched fence, the outbuilding, the house still trying to pass for repaired rather than survived.</w:t>
      </w:r>
    </w:p>
    <w:p>
      <w:pPr/>
      <w:r>
        <w:t>The first time. The screen had lit up with Max’s name over and over, and she had called him back with hands that had not yet stopped shaking properly. That had been the raw version. The long version. The one where he had asked if she was okay and she had said no because there had been no point pretending otherwise. The one where Blackthorne had come spilling out of her in fragments and then in too much detail — the machine screaming while Nova did, the castle breaking around them, everything hot and loud and wrong enough that saying it aloud had not made it feel any less real.</w:t>
      </w:r>
    </w:p>
    <w:p>
      <w:pPr/>
      <w:r>
        <w:t>“I know,” Jesse said quietly. “That was before.”</w:t>
      </w:r>
    </w:p>
    <w:p>
      <w:pPr/>
      <w:r>
        <w:t>Max said nothing.</w:t>
      </w:r>
    </w:p>
    <w:p>
      <w:pPr/>
      <w:r>
        <w:t>She tightened her grip on the phone. “You already got the long story.”</w:t>
      </w:r>
    </w:p>
    <w:p>
      <w:pPr/>
      <w:r>
        <w:t>His voice lowered a fraction. “I remember.”</w:t>
      </w:r>
    </w:p>
    <w:p>
      <w:pPr/>
      <w:r>
        <w:t>“Good,” she said. “Because I’m not doing Blackthorne before breakfast again.”</w:t>
      </w:r>
    </w:p>
    <w:p>
      <w:r>
        <w:t>Max let that sit for a beat.</w:t>
      </w:r>
    </w:p>
    <w:p>
      <w:r>
        <w:t>Then, more lightly, “Sam’s been asking about the dog every day.”</w:t>
      </w:r>
    </w:p>
    <w:p>
      <w:r>
        <w:t>As if summoned, Sam’s voice appeared in the background.</w:t>
      </w:r>
    </w:p>
    <w:p>
      <w:r>
        <w:t>“Is that Jesse?”</w:t>
      </w:r>
    </w:p>
    <w:p>
      <w:r>
        <w:t>Jesse smiled despite herself. “No, it’s the Queen.”</w:t>
      </w:r>
    </w:p>
    <w:p>
      <w:r>
        <w:t>A pause.</w:t>
      </w:r>
    </w:p>
    <w:p>
      <w:r>
        <w:t>Then Sam, with complete seriousness: “That doesn’t sound right.”</w:t>
      </w:r>
    </w:p>
    <w:p>
      <w:r>
        <w:t>“Because it isn’t.”</w:t>
      </w:r>
    </w:p>
    <w:p>
      <w:r>
        <w:t>She heard movement, some muffled shuffling, then Sam was suddenly much closer to the phone.</w:t>
      </w:r>
    </w:p>
    <w:p>
      <w:r>
        <w:t>“Can we come back yet?”</w:t>
      </w:r>
    </w:p>
    <w:p>
      <w:r>
        <w:t>The question hit harder than he meant it to.</w:t>
      </w:r>
    </w:p>
    <w:p>
      <w:r>
        <w:t>Jesse shut her eyes for half a second.</w:t>
      </w:r>
    </w:p>
    <w:p>
      <w:r>
        <w:t>“Not yet.”</w:t>
      </w:r>
    </w:p>
    <w:p>
      <w:r>
        <w:t>“Why?”</w:t>
      </w:r>
    </w:p>
    <w:p>
      <w:r>
        <w:t>“Because I told you I’d call when it was time.”</w:t>
      </w:r>
    </w:p>
    <w:p>
      <w:r>
        <w:t>“It’s been ages.”</w:t>
      </w:r>
    </w:p>
    <w:p>
      <w:r>
        <w:t>“It’s been three months.”</w:t>
      </w:r>
    </w:p>
    <w:p>
      <w:r>
        <w:t>“That’s ages.”</w:t>
      </w:r>
    </w:p>
    <w:p>
      <w:r>
        <w:t>In the background, Clara’s voice cut in, dry and unmistakable.</w:t>
      </w:r>
    </w:p>
    <w:p>
      <w:r>
        <w:t>“If you put me on speaker again, I’m hanging up on all of you.”</w:t>
      </w:r>
    </w:p>
    <w:p>
      <w:r>
        <w:t>Jesse laughed under her breath. “Tell her I heard that.”</w:t>
      </w:r>
    </w:p>
    <w:p>
      <w:r>
        <w:t>“I’m right here,” Clara called, louder now. “And I still don’t trust your building standards from another country.”</w:t>
      </w:r>
    </w:p>
    <w:p>
      <w:r>
        <w:t>Max came back on. “She says the place had better not collapse the second we step out of the car.”</w:t>
      </w:r>
    </w:p>
    <w:p>
      <w:r>
        <w:t>“It won’t.”</w:t>
      </w:r>
    </w:p>
    <w:p>
      <w:r>
        <w:t>“It did once.”</w:t>
      </w:r>
    </w:p>
    <w:p>
      <w:r>
        <w:t>“That was different.”</w:t>
      </w:r>
    </w:p>
    <w:p>
      <w:r>
        <w:t>“Was it?”</w:t>
      </w:r>
    </w:p>
    <w:p>
      <w:r>
        <w:t>Jesse looked out at the fields beyond the farmhouse, where the island blurred toward rock and distance and things she still couldn’t name cleanly.</w:t>
      </w:r>
    </w:p>
    <w:p>
      <w:r>
        <w:t>“Stay there a little longer,” she said.</w:t>
      </w:r>
    </w:p>
    <w:p>
      <w:r>
        <w:t>No answer straight away.</w:t>
      </w:r>
    </w:p>
    <w:p>
      <w:r>
        <w:t>Then Max: “Still not settled?”</w:t>
      </w:r>
    </w:p>
    <w:p>
      <w:r>
        <w:t>“No.”</w:t>
      </w:r>
    </w:p>
    <w:p>
      <w:r>
        <w:t>That was enough. He understood her too well to press what one word already carried.</w:t>
      </w:r>
    </w:p>
    <w:p>
      <w:r>
        <w:t>Sam was still close enough to be listening.</w:t>
      </w:r>
    </w:p>
    <w:p>
      <w:r>
        <w:t>“You’ll tell me when?”</w:t>
      </w:r>
    </w:p>
    <w:p>
      <w:r>
        <w:t>“Yes.”</w:t>
      </w:r>
    </w:p>
    <w:p>
      <w:r>
        <w:t>“Promise?”</w:t>
      </w:r>
    </w:p>
    <w:p>
      <w:r>
        <w:t>Jesse tightened her grip on the phone. “Promise.”</w:t>
      </w:r>
    </w:p>
    <w:p>
      <w:r>
        <w:t>Another pause.</w:t>
      </w:r>
    </w:p>
    <w:p>
      <w:r>
        <w:t>Then Max, more quietly: “We were thinking once things do settle, maybe we all come back together.”</w:t>
      </w:r>
    </w:p>
    <w:p>
      <w:r>
        <w:t>“We’ll see.”</w:t>
      </w:r>
    </w:p>
    <w:p>
      <w:r>
        <w:t>“That sounded like no.”</w:t>
      </w:r>
    </w:p>
    <w:p>
      <w:r>
        <w:t>“It sounded like wait.”</w:t>
      </w:r>
    </w:p>
    <w:p>
      <w:r>
        <w:t>Behind him, Clara again: “If she starts saying ‘we’ll see,’ that means the answer’s no and she’s trying to be merciful.”</w:t>
      </w:r>
    </w:p>
    <w:p>
      <w:r>
        <w:t>“I’m not trying to be merciful,” Jesse said.</w:t>
      </w:r>
    </w:p>
    <w:p>
      <w:r>
        <w:t>“That much is obvious,” Clara called back.</w:t>
      </w:r>
    </w:p>
    <w:p>
      <w:r>
        <w:t>When the call ended, she stayed where she was for a moment with the phone still in her hand.</w:t>
      </w:r>
    </w:p>
    <w:p>
      <w:pPr/>
      <w:r>
        <w:t>France felt very far away. That was the point. It was also the problem.</w:t>
      </w:r>
    </w:p>
    <w:p>
      <w:pPr/>
      <w:r>
        <w:t>She had wanted Max, Clara, and Sam off the island badly enough that sending them away had felt like the only clean decision left. But safety at a distance had its own cruelty to it. The house was quieter without Sam’s feet on the floorboards. The yard looked larger without Max crossing it. Even Clara’s absence had changed the place, stripping some older layer of authority out of the rooms and leaving the farmhouse feeling more like something the younger survivors were borrowing from catastrophe than truly holding in their own right.</w:t>
      </w:r>
    </w:p>
    <w:p>
      <w:pPr/>
      <w:r>
        <w:t>Jesse looked through the back glass toward the field and the repaired fence beyond it. The land sat still under the grey morning, but stillness had stopped meaning safety a long time ago. That was what made the distance ache more sharply. The people she most wanted near were the very people she could not afford to have here if the island turned again.</w:t>
      </w:r>
    </w:p>
    <w:p>
      <w:pPr/>
      <w:r>
        <w:t>She thought of Sam asking when they could come back, and of Max trying not to let worry sound like panic anymore, and of Clara pretending practicality could still bully fear into behaving. For a second the farmhouse felt split between two truths that refused to sit quietly together: it was the place she most wanted to keep, and the place she most needed to keep certain people away from.</w:t>
      </w:r>
    </w:p>
    <w:p>
      <w:pPr/>
      <w:r>
        <w:t>Jesse slipped the phone back into her pocket and stood there until the feeling eased enough to be folded away with the rest of the morning. Houses like this did not let people keep one emotion at a time. They made grief live beside vigilance, affection beside refusal, and called that survival.</w:t>
      </w:r>
    </w:p>
    <w:p>
      <w:r>
        <w:t>France felt very far away.</w:t>
      </w:r>
    </w:p>
    <w:p>
      <w:r>
        <w:t>That, more than anything, was the point.</w:t>
      </w:r>
    </w:p>
    <w:p>
      <w:r>
        <w:t>When she went back around the house, the others were already gathering by instinct more than arrangement. Phoenix had put the crate away. Leah had finished her drink. Damian stood near the outbuilding door with the crossbow case just inside behind him, visible where it had been left. Sares had Buster sitting at her leg and looked up the second Jesse came into view.</w:t>
      </w:r>
    </w:p>
    <w:p>
      <w:r>
        <w:t>It was she who asked first.</w:t>
      </w:r>
    </w:p>
    <w:p>
      <w:r>
        <w:t>“They good?”</w:t>
      </w:r>
    </w:p>
    <w:p>
      <w:r>
        <w:t>Jesse nodded once. “Still in France.”</w:t>
      </w:r>
    </w:p>
    <w:p>
      <w:r>
        <w:t>Sares took that in. “Sam still asking to come back?”</w:t>
      </w:r>
    </w:p>
    <w:p>
      <w:r>
        <w:t>“Every day.”</w:t>
      </w:r>
    </w:p>
    <w:p>
      <w:r>
        <w:t>A small smile touched her face. “Sounds right.”</w:t>
      </w:r>
    </w:p>
    <w:p>
      <w:r>
        <w:t>Leah looked toward Jesse. “And your mother?”</w:t>
      </w:r>
    </w:p>
    <w:p>
      <w:r>
        <w:t>“Still convinced the farmhouse will collapse on moral grounds.”</w:t>
      </w:r>
    </w:p>
    <w:p>
      <w:r>
        <w:t>“That also sounds right.”</w:t>
      </w:r>
    </w:p>
    <w:p>
      <w:r>
        <w:t>Phoenix glanced between them. “So that’s the latest vote for ‘don’t all die before they get home,’ then.”</w:t>
      </w:r>
    </w:p>
    <w:p>
      <w:r>
        <w:t>“Essentially,” Jesse said.</w:t>
      </w:r>
    </w:p>
    <w:p>
      <w:r>
        <w:t>No one laughed.</w:t>
      </w:r>
    </w:p>
    <w:p>
      <w:r>
        <w:t>Jesse looked toward the path beyond the yard. “We should go.”</w:t>
      </w:r>
    </w:p>
    <w:p>
      <w:r>
        <w:t>There had been no funeral.</w:t>
      </w:r>
    </w:p>
    <w:p>
      <w:r>
        <w:t>Not properly.</w:t>
      </w:r>
    </w:p>
    <w:p>
      <w:r>
        <w:t>There had been burials, yes. Markers. Earth turned by tired hands. Names carved into stone. But Max, Clara, and Sam had still been in France. The rest of them had been too scattered, too wounded, too occupied with making the farmhouse hold together long enough to survive its own silence.</w:t>
      </w:r>
    </w:p>
    <w:p>
      <w:pPr/>
      <w:r>
        <w:t>They had not all died here. That was the part the graveyard kept quiet unless someone stood in it long enough to listen properly. Pete had fallen at Blackthorne. So had Carlton. So had the Wolf. Bringing them back had taken more out of the survivors than Jesse liked remembering in one piece.</w:t>
      </w:r>
    </w:p>
    <w:p>
      <w:pPr/>
      <w:r>
        <w:t>Not on the first night. The first night had belonged to shock, blood, collapse, and whatever strength was left after surviving the castle at all. But later, when the island had gone from chaos to the slower, meaner work of aftermath, they had gone back for the dead. What could be found was carried. What could be carried was brought home.</w:t>
      </w:r>
    </w:p>
    <w:p>
      <w:pPr/>
      <w:r>
        <w:t>Pete’s grave had been the hardest to make honestly. Blackthorne had not left them much of him — too much blast, too much feeding, too much ruin at the gate. What could be recovered had been brought back all the same, and the stone stood over that effort as much as over the man himself.</w:t>
      </w:r>
    </w:p>
    <w:p>
      <w:pPr/>
      <w:r>
        <w:t>It had been ugly work. Exhausted work. The sort of work nobody called noble because nobility had nothing useful to do with it. Just bodies, weight, broken ground, and the stubborn conviction that some people should not be left to rot where they fell simply because the world had ended inconveniently around them.</w:t>
      </w:r>
    </w:p>
    <w:p>
      <w:pPr/>
      <w:r>
        <w:t>That was why the graveyard near the farmhouse mattered. Not because it was peaceful. Not because it made anything easier. Because in the end they had chosen to bring their dead back into the same ground the living still had to cross every day.</w:t>
      </w:r>
    </w:p>
    <w:p>
      <w:r>
        <w:t>So this — walking there together now — was the closest thing the dead were going to get.</w:t>
      </w:r>
    </w:p>
    <w:p>
      <w:r>
        <w:t>The graveyard lay beyond the side path, separated from the farmhouse grounds by a rough line of old stone and a track the weather had already begun reclaiming. The sky above it was colourless, low and heavy, as if daylight had lost interest in staying.</w:t>
      </w:r>
    </w:p>
    <w:p>
      <w:r>
        <w:t>They went in a loose line.</w:t>
      </w:r>
    </w:p>
    <w:p>
      <w:r>
        <w:t>Jesse first.</w:t>
      </w:r>
    </w:p>
    <w:p>
      <w:r>
        <w:t>Phoenix a little behind her.</w:t>
      </w:r>
    </w:p>
    <w:p>
      <w:r>
        <w:t>Leah and Sares near the middle, Buster weaving between them.</w:t>
      </w:r>
    </w:p>
    <w:p>
      <w:r>
        <w:t>Damian last, eyes moving more to the edges than the path itself.</w:t>
      </w:r>
    </w:p>
    <w:p>
      <w:r>
        <w:t>The stones stood in a quiet row beneath the clouded afternoon.</w:t>
      </w:r>
    </w:p>
    <w:p>
      <w:r>
        <w:t>Fresh flowers had been placed at some. Others remained bare in a way that felt more honest.</w:t>
      </w:r>
    </w:p>
    <w:p>
      <w:r>
        <w:t>Phoenix stopped first.</w:t>
      </w:r>
    </w:p>
    <w:p>
      <w:r>
        <w:t>He didn’t say anything. He just stopped.</w:t>
      </w:r>
    </w:p>
    <w:p>
      <w:r>
        <w:t>Two names stood side by side.</w:t>
      </w:r>
    </w:p>
    <w:p>
      <w:r>
        <w:t>Milly Cooper.</w:t>
        <w:br/>
        <w:t>Sarge.</w:t>
      </w:r>
    </w:p>
    <w:p>
      <w:pPr/>
      <w:r>
        <w:t>Those stones belonged to the older night. The farmhouse battle. The horde. The chopper fire. Losses that had scarred this ground before Blackthorne added newer names to it.</w:t>
      </w:r>
    </w:p>
    <w:p>
      <w:pPr/>
      <w:r>
        <w:t>Phoenix had not spoken their names much at Blackthorne. There had been too many newer dead by then, too many fresh disasters piling over older grief. But the sight of their stones still tightened something in him first, as if the farmhouse ground remembered for him whenever he did not.</w:t>
      </w:r>
    </w:p>
    <w:p>
      <w:r>
        <w:t>No one spoke.</w:t>
      </w:r>
    </w:p>
    <w:p>
      <w:r>
        <w:t>The wind moved through the grass and the dark earth around the graves held the weight of months without softening it. Phoenix stood with his hands loose at his sides and his head slightly bowed, his face emptied of everything except the effort of standing there and not moving away.</w:t>
      </w:r>
    </w:p>
    <w:p>
      <w:r>
        <w:t>Leah stepped away from the line next.</w:t>
      </w:r>
    </w:p>
    <w:p>
      <w:r>
        <w:t>She stopped at Carlton Blackburn’s stone with that same rigid control she seemed to wear as naturally as skin now. Her hand touched the top of the stone once — a small, quiet proof that it was real.</w:t>
      </w:r>
    </w:p>
    <w:p>
      <w:r>
        <w:t>A short distance away stood Maverick.</w:t>
      </w:r>
    </w:p>
    <w:p>
      <w:r>
        <w:t>She looked at that grave too, and the shift in her face was different. Carlton brought sorrow. Maverick brought something rougher. Regret. Anger. The ache of time cut short before anyone had worked out what to do with it.</w:t>
      </w:r>
    </w:p>
    <w:p>
      <w:pPr/>
      <w:r>
        <w:t>Maverick’s stone had caused the most silence when they brought the dead back. Not because anyone mistook him for an ally, but because he had still been a boy, and Leah had still been the one left standing over what Blackthorne had made of him.</w:t>
      </w:r>
    </w:p>
    <w:p>
      <w:r>
        <w:t>Sares noticed. Jesse saw her noticing.</w:t>
      </w:r>
    </w:p>
    <w:p>
      <w:r>
        <w:t>Then Jesse moved forward.</w:t>
      </w:r>
    </w:p>
    <w:p>
      <w:r>
        <w:t>Pete Jacob.</w:t>
      </w:r>
    </w:p>
    <w:p>
      <w:r>
        <w:t>She folded her arms and stood in front of the grave for a long moment, saying nothing. Pete would never be simple. Not after what he had done. Not after what he had tried to undo. Not after the way he had ended.</w:t>
      </w:r>
    </w:p>
    <w:p>
      <w:r>
        <w:t>At the far end stood the final stone.</w:t>
      </w:r>
    </w:p>
    <w:p>
      <w:r>
        <w:t>Jim Davenport</w:t>
        <w:br/>
        <w:t>“The Wolf”</w:t>
      </w:r>
    </w:p>
    <w:p>
      <w:r>
        <w:t>Jesse stopped in front of it alone.</w:t>
      </w:r>
    </w:p>
    <w:p>
      <w:r>
        <w:t>The others stayed back without needing to be told.</w:t>
      </w:r>
    </w:p>
    <w:p>
      <w:r>
        <w:t>The name carved there did not simplify anything. The Wolf had been too many things to bury neatly in memory. Enemy. Captor. Problem. Survivor. A dangerous man who, at the end, had helped stop something worse.</w:t>
      </w:r>
    </w:p>
    <w:p>
      <w:r>
        <w:t>That did not make him good.</w:t>
      </w:r>
    </w:p>
    <w:p>
      <w:r>
        <w:t>It only made him difficult.</w:t>
      </w:r>
    </w:p>
    <w:p>
      <w:r>
        <w:t>Behind her, Sares and Damian drifted near the edge of the graveyard. Neither looked directly at the stones for long. Their attention kept sliding beyond them instead — toward the tree line, the grass, the places where the island stopped feeling like burial ground and started feeling like warning.</w:t>
      </w:r>
    </w:p>
    <w:p>
      <w:r>
        <w:t>Buster gave a low sound in his throat.</w:t>
      </w:r>
    </w:p>
    <w:p>
      <w:r>
        <w:t>Not loud.</w:t>
      </w:r>
    </w:p>
    <w:p>
      <w:r>
        <w:t>Not enough to break the moment.</w:t>
      </w:r>
    </w:p>
    <w:p>
      <w:r>
        <w:t>But enough that Jesse heard it and turned slightly.</w:t>
      </w:r>
    </w:p>
    <w:p>
      <w:r>
        <w:t>The dog’s ears were fixed toward the far edge of the graveyard.</w:t>
      </w:r>
    </w:p>
    <w:p>
      <w:r>
        <w:t>Damian saw it too.</w:t>
      </w:r>
    </w:p>
    <w:p>
      <w:r>
        <w:t>“What is it?” Sares asked quietly.</w:t>
      </w:r>
    </w:p>
    <w:p>
      <w:r>
        <w:t>No answer came.</w:t>
      </w:r>
    </w:p>
    <w:p>
      <w:r>
        <w:t>Only the wind.</w:t>
      </w:r>
    </w:p>
    <w:p>
      <w:r>
        <w:t>And for one brief second, the silence around them no longer felt only like grief.</w:t>
      </w:r>
    </w:p>
    <w:p>
      <w:r>
        <w:t>It felt like something waiting.</w:t>
      </w:r>
    </w:p>
    <w:p>
      <w:r>
        <w:t>That night, after the farmhouse had gone quiet in the uneven way shared houses did, Jesse stepped outside alone with a wrapped bundle under one arm and a shovel in her hand.</w:t>
      </w:r>
    </w:p>
    <w:p>
      <w:r>
        <w:t>The island felt stripped back at that hour. Colder. Emptier. The kind of silence that made every footstep sound like it should not be there.</w:t>
      </w:r>
    </w:p>
    <w:p>
      <w:r>
        <w:t>She went straight to the graveyard.</w:t>
      </w:r>
    </w:p>
    <w:p>
      <w:r>
        <w:t>The Wolf’s stone stood where she had left it that afternoon, dark under the weak moonlight, its name no simpler in the dark than it had been in daylight.</w:t>
      </w:r>
    </w:p>
    <w:p>
      <w:r>
        <w:t>Jesse set the bundle down beside the grave and drove the shovel into the earth.</w:t>
      </w:r>
    </w:p>
    <w:p>
      <w:r>
        <w:t>The soil was damp and heavier than it looked. By the time the hole was deep enough, her arms ached and her breathing had sharpened with effort. She crouched, unwrapped the bundle, and looked down at the Black Vein Blueprint.</w:t>
      </w:r>
    </w:p>
    <w:p>
      <w:r>
        <w:t>Even now, after everything it had cost, it looked too fragile to have done so much damage.</w:t>
      </w:r>
    </w:p>
    <w:p>
      <w:r>
        <w:t>She lowered it toward the grave.</w:t>
      </w:r>
    </w:p>
    <w:p>
      <w:r>
        <w:t>Then the edge of the shovel bit across her palm.</w:t>
      </w:r>
    </w:p>
    <w:p>
      <w:r>
        <w:t>Jesse hissed and pulled her hand back.</w:t>
      </w:r>
    </w:p>
    <w:p>
      <w:r>
        <w:t>Blood welled fast and dropped in dark specks onto the blueprint where it rested half-lowered in the dirt.</w:t>
      </w:r>
    </w:p>
    <w:p>
      <w:r>
        <w:t>For a second, she only stared at it.</w:t>
      </w:r>
    </w:p>
    <w:p>
      <w:r>
        <w:t>The marks looked small enough to mean nothing. But blood had never meant nothing where this thing was concerned. Too much had already been built on that truth. Too many people had died because of what blood could turn into when laid over paper, formula, and obsession.</w:t>
      </w:r>
    </w:p>
    <w:p>
      <w:pPr/>
      <w:r>
        <w:t>But blood had never meant nothing where this thing was concerned. That was the real horror of it. Not the size of the drops. Not how little red it took to stain the page. Just the knowledge that the blueprint had spent years teaching people to look at blood and see usefulness before they saw pain.</w:t>
      </w:r>
    </w:p>
    <w:p>
      <w:pPr/>
      <w:r>
        <w:t>For a second the graveyard disappeared.</w:t>
      </w:r>
    </w:p>
    <w:p>
      <w:pPr/>
      <w:r>
        <w:t>Not fully. Not like a dream taking the world away. More like the past forcing itself over the present hard enough that she could see both at once. The page in her hand. The machine at Blackthorne. The extraction lines. The raw, ugly sound of metal screaming while Nova did. The castle shaking around them as if the whole place had finally decided it wanted nothing more to do with what men had built inside it.</w:t>
      </w:r>
    </w:p>
    <w:p>
      <w:pPr/>
      <w:r>
        <w:t>Then Hillcrest came with it — colder, older, buried deeper in her than Blackthorne but no less alive for that. The smell of the place. Stone, rot, old blood, chemicals. The wrongness of a room made for process instead of life. Every version of the Black Vein seemed to lead back to the same truth in the end: men had kept finding ways to turn bodies into ingredients and then act surprised when the result refused to stay human.</w:t>
      </w:r>
    </w:p>
    <w:p>
      <w:pPr/>
      <w:r>
        <w:t>Jesse stared at the blood on the page and felt, for one breath, the full weight of how much violence the thing had dragged behind it. Max bleeding. Craig dying. Clay building toward it. Nova tearing through men for it. Blackthorne falling with the machine still screaming like it could feel its own ending.</w:t>
      </w:r>
    </w:p>
    <w:p>
      <w:pPr/>
      <w:r>
        <w:t>The blueprint in her hands looked too slight for all that history. Too fragile. Too quiet. That offended her almost as much as the document itself.</w:t>
      </w:r>
    </w:p>
    <w:p>
      <w:r>
        <w:t>Her thumb hovered over the page as if she might wipe it clean, or tear it apart, or drag it back out of the grave and burn it there. But the moment passed. Exhaustion won. Grief won. The need to bury the thing and leave it with the dead won with them.</w:t>
      </w:r>
    </w:p>
    <w:p>
      <w:r>
        <w:t>She dragged the cloth once across the surface, smearing the blood more than removing it.</w:t>
      </w:r>
    </w:p>
    <w:p>
      <w:r>
        <w:t>Her mouth tightened.</w:t>
      </w:r>
    </w:p>
    <w:p>
      <w:r>
        <w:t>“Good enough,” she muttered, though it sounded less like certainty than something she needed to believe.</w:t>
      </w:r>
    </w:p>
    <w:p>
      <w:r>
        <w:t>Then she lowered the blueprint fully into the ground.</w:t>
      </w:r>
    </w:p>
    <w:p>
      <w:r>
        <w:t>She looked at the Wolf’s grave one last time.</w:t>
      </w:r>
    </w:p>
    <w:p>
      <w:r>
        <w:t>“You helped,” she said quietly into the dark. “That doesn’t change what you were.”</w:t>
      </w:r>
    </w:p>
    <w:p>
      <w:r>
        <w:t>The wind moved through the grass.</w:t>
      </w:r>
    </w:p>
    <w:p>
      <w:r>
        <w:t>No answer came.</w:t>
      </w:r>
    </w:p>
    <w:p>
      <w:r>
        <w:t>Jesse filled the hole slowly, flattened the disturbed earth as best she could, and stood there until the grave looked almost untouched again.</w:t>
      </w:r>
    </w:p>
    <w:p>
      <w:r>
        <w:t>Then she turned and walked back to the farmhouse alone, leaving one dangerous man and one dangerous secret buried in the same ground.</w:t>
      </w:r>
    </w:p>
    <w:p>
      <w:r>
        <w:br w:type="page"/>
      </w:r>
    </w:p>
    <w:p>
      <w:pPr>
        <w:pStyle w:val="Heading1"/>
        <w:jc w:val="center"/>
      </w:pPr>
      <w:r>
        <w:t>Chapter Two: A New Threat</w:t>
      </w:r>
    </w:p>
    <w:p/>
    <w:p>
      <w:r>
        <w:t>Clay woke to the same iron noise he had been hearing for weeks.</w:t>
      </w:r>
    </w:p>
    <w:p>
      <w:r>
        <w:t>Not loud. Not at first.</w:t>
      </w:r>
    </w:p>
    <w:p>
      <w:r>
        <w:t>Just a hard metallic shudder somewhere below deck, followed by the scrape of something heavy shifting in confinement. Then silence. Then another impact — sharper this time, angrier — like steel taking a blow from something that had not yet accepted the purpose of bars.</w:t>
      </w:r>
    </w:p>
    <w:p>
      <w:r>
        <w:t>His eyes opened slowly.</w:t>
      </w:r>
    </w:p>
    <w:p>
      <w:r>
        <w:t>The room was the same as it had been every morning for the last three months: narrow bunk, steel walls, bolted shelf, basin, round porthole smeared with old salt and weather. Even the light looked exhausted here.</w:t>
      </w:r>
    </w:p>
    <w:p>
      <w:r>
        <w:t>Clay sat up in the berth and ran a hand slowly over his face.</w:t>
      </w:r>
    </w:p>
    <w:p>
      <w:r>
        <w:t>He no longer ached like a man just dragged out of the ocean. That part had passed weeks ago. What remained was thinner, harder, and more humiliating. The sea had nearly taken him. The Hunters had made sure it didn’t finish the job. Not out of mercy. Never that. Holt’s people simply had no intention of throwing useful information back into the water.</w:t>
      </w:r>
    </w:p>
    <w:p>
      <w:r>
        <w:t>Three months under Vampire Hunter control had a way of flattening time.</w:t>
      </w:r>
    </w:p>
    <w:p>
      <w:r>
        <w:t>At first Clay had counted it properly: wake cycles, guard changes, interrogation intervals, the difference in the ship’s sound during calm water and bad weather.</w:t>
      </w:r>
    </w:p>
    <w:p>
      <w:r>
        <w:t>Then the days had started bleeding into function.</w:t>
      </w:r>
    </w:p>
    <w:p>
      <w:r>
        <w:t>Questioning. Confinement. Food. Watchfulness. Silence.</w:t>
      </w:r>
    </w:p>
    <w:p>
      <w:r>
        <w:t>And beneath all of it, the same restless violence below deck.</w:t>
      </w:r>
    </w:p>
    <w:p>
      <w:r>
        <w:t>Another cage rattled hard enough to hum through the floor.</w:t>
      </w:r>
    </w:p>
    <w:p>
      <w:r>
        <w:t>Clay closed his eyes for a second.</w:t>
      </w:r>
    </w:p>
    <w:p>
      <w:r>
        <w:t>The losses came more sharply in the quiet.</w:t>
      </w:r>
    </w:p>
    <w:p>
      <w:pPr/>
      <w:r>
        <w:t>Three months under Hunter control had changed the insult without reducing it. At first he had been a survivor dragged from the sea, a man hauled out of salt water because someone decided the information in his head was worth more than the dignity of letting him drown. Then he had become a witness. Then an asset. Now he was something worse than all three — cargo with memory.</w:t>
      </w:r>
    </w:p>
    <w:p>
      <w:pPr/>
      <w:r>
        <w:t>That was what offended him most. Not the berth. Not the food. Not even the escorts and the steel corridors and the way every man who passed his door kept one hand fractionally too near a weapon. It was the reduction. The flattening of a life spent arranging rooms, loyalties, and outcomes into a status no better than transport. Once, Clay had set the terms by which other people entered chambers, stood at tables, spoke, bled, disappeared. Systems had answered to him. Men had mistaken that for charisma when really it had only ever been discipline applied patiently enough to become architecture.</w:t>
      </w:r>
    </w:p>
    <w:p>
      <w:pPr/>
      <w:r>
        <w:t>Now he was moving through somebody else’s architecture.</w:t>
      </w:r>
    </w:p>
    <w:p>
      <w:pPr/>
      <w:r>
        <w:t>Holt’s, specifically.</w:t>
      </w:r>
    </w:p>
    <w:p>
      <w:pPr/>
      <w:r>
        <w:t>That part made the humiliation sharper. Clay could recognise quality even while trapped inside it. The Hunters had built themselves the same kind of machine all successful predators eventually built — routine tightened into doctrine, doctrine dressed in moral language, violence polished until lesser minds could mistake it for principle. The berth, the locked corridors, the controlled food, the escorts, the measured questioning, even the decision to preserve him instead of discard him: it was all structure. Clean. Intentional. Insultingly competent.</w:t>
      </w:r>
    </w:p>
    <w:p>
      <w:pPr/>
      <w:r>
        <w:t>He was not merely their prisoner. He was also one of the few men aboard capable of appreciating the workmanship of the cage.</w:t>
      </w:r>
    </w:p>
    <w:p>
      <w:r>
        <w:t>Luciun gone.</w:t>
      </w:r>
    </w:p>
    <w:p>
      <w:r>
        <w:t>Yelena gone.</w:t>
      </w:r>
    </w:p>
    <w:p>
      <w:r>
        <w:t>Brutus gone.</w:t>
      </w:r>
    </w:p>
    <w:p>
      <w:r>
        <w:t>The castle lost. The system gone with it. The rooms that had once held order, command, certainty — all broken down into memory and failure.</w:t>
      </w:r>
    </w:p>
    <w:p>
      <w:r>
        <w:t>Clay was not built for grief in the sentimental sense. But absence had its own architecture, and he could feel it every time a room failed to contain the people who should have been standing in it. It wasn’t sorrow that bit deepest. It was the fact he had survived long enough to be left with nothing but the shape of what he had been.</w:t>
      </w:r>
    </w:p>
    <w:p>
      <w:r>
        <w:t>The latch on the door clanked.</w:t>
      </w:r>
    </w:p>
    <w:p>
      <w:r>
        <w:t>Clay looked up.</w:t>
      </w:r>
    </w:p>
    <w:p>
      <w:r>
        <w:t>The same broad-shouldered Hunter who usually brought food stepped inside with a metal tray in one hand and the expression of a man still disappointed every time he found Clay alive.</w:t>
      </w:r>
    </w:p>
    <w:p>
      <w:r>
        <w:t>“Eat.”</w:t>
      </w:r>
    </w:p>
    <w:p>
      <w:r>
        <w:t>Clay looked at the bowl, then at him. “You’ve been saying that for three months.”</w:t>
      </w:r>
    </w:p>
    <w:p>
      <w:r>
        <w:t>“And you’ve been talking too much for three months.”</w:t>
      </w:r>
    </w:p>
    <w:p>
      <w:r>
        <w:t>Clay let one corner of his mouth move. “Routine comforts us both.”</w:t>
      </w:r>
    </w:p>
    <w:p>
      <w:r>
        <w:t>The Hunter set the tray down with more force than necessary.</w:t>
      </w:r>
    </w:p>
    <w:p>
      <w:r>
        <w:t>“They’ll want you up soon.”</w:t>
      </w:r>
    </w:p>
    <w:p>
      <w:r>
        <w:t>“They always do.”</w:t>
      </w:r>
    </w:p>
    <w:p>
      <w:r>
        <w:t>“This time we’re close.”</w:t>
      </w:r>
    </w:p>
    <w:p>
      <w:r>
        <w:t>That made Clay still for the first time that morning.</w:t>
      </w:r>
    </w:p>
    <w:p>
      <w:r>
        <w:t>Close.</w:t>
      </w:r>
    </w:p>
    <w:p>
      <w:r>
        <w:t>The island, then.</w:t>
      </w:r>
    </w:p>
    <w:p>
      <w:r>
        <w:t>The Hunter saw the reaction and seemed to enjoy it slightly.</w:t>
      </w:r>
    </w:p>
    <w:p>
      <w:r>
        <w:t>“Thought that might interest you.”</w:t>
      </w:r>
    </w:p>
    <w:p>
      <w:r>
        <w:t>Clay leaned back against the wall behind the bunk. “You say that like I requested a reunion.”</w:t>
      </w:r>
    </w:p>
    <w:p>
      <w:r>
        <w:t>The man ignored him.</w:t>
      </w:r>
    </w:p>
    <w:p>
      <w:r>
        <w:t>As he turned to leave, something below deck slammed so hard against its enclosure that the steel walls around them seemed to ring with it. A second impact followed, then a low, wet snarl that came through the floor rather than the air.</w:t>
      </w:r>
    </w:p>
    <w:p>
      <w:r>
        <w:t>Clay’s eyes shifted toward the deck beneath his feet.</w:t>
      </w:r>
    </w:p>
    <w:p>
      <w:r>
        <w:t>The Hunter paused with his hand on the latch.</w:t>
      </w:r>
    </w:p>
    <w:p>
      <w:r>
        <w:t>“They don’t like this part,” he said.</w:t>
      </w:r>
    </w:p>
    <w:p>
      <w:r>
        <w:t>“What part?”</w:t>
      </w:r>
    </w:p>
    <w:p>
      <w:r>
        <w:t>“Coming home.”</w:t>
      </w:r>
    </w:p>
    <w:p>
      <w:r>
        <w:t>The door shut behind him.</w:t>
      </w:r>
    </w:p>
    <w:p>
      <w:r>
        <w:t>Clay stared at it for a long moment.</w:t>
      </w:r>
    </w:p>
    <w:p>
      <w:r>
        <w:t>Then at the untouched bowl.</w:t>
      </w:r>
    </w:p>
    <w:p>
      <w:r>
        <w:t>He had heard caged violence before. Not this exact sound, not this exact rhythm, but enough to know what kind of minds built rooms for sounds like that. The lower decks did not hold guard animals. They held containment. They held reinforcement. They held something the Hunters wanted near and controlled, but not loose among themselves until the proper moment.</w:t>
      </w:r>
    </w:p>
    <w:p>
      <w:r>
        <w:t>Blackthorne had taught him enough to recognize the shape of engineered fear.</w:t>
      </w:r>
    </w:p>
    <w:p>
      <w:r>
        <w:t>Different men.</w:t>
      </w:r>
    </w:p>
    <w:p>
      <w:r>
        <w:t>Different chains.</w:t>
      </w:r>
    </w:p>
    <w:p>
      <w:r>
        <w:t>Same sickness underneath it.</w:t>
      </w:r>
    </w:p>
    <w:p>
      <w:r>
        <w:t>Monsters of their own.</w:t>
      </w:r>
    </w:p>
    <w:p>
      <w:r>
        <w:t>He stood slowly and crossed to the porthole.</w:t>
      </w:r>
    </w:p>
    <w:p>
      <w:r>
        <w:t>Outside, through the blurred salt and shifting light, he could see the water had changed colour. Darker now. Shallower. The coastline not visible yet, but near enough that the sea had begun to speak of land.</w:t>
      </w:r>
    </w:p>
    <w:p>
      <w:r>
        <w:t>Three months.</w:t>
      </w:r>
    </w:p>
    <w:p>
      <w:r>
        <w:t>Three months under Holt’s eye. Three months being kept not as a guest, not as an ally, but as a problem too useful to throw away.</w:t>
      </w:r>
    </w:p>
    <w:p>
      <w:r>
        <w:t>And now they were bringing him back.</w:t>
      </w:r>
    </w:p>
    <w:p>
      <w:r>
        <w:t>A second later, footsteps passed outside the door. Then another set. Then the distant drag of something heavy being shifted below, followed by a burst of furious cage-noise as several creatures answered movement with violence.</w:t>
      </w:r>
    </w:p>
    <w:p>
      <w:r>
        <w:t>Clay exhaled slowly.</w:t>
      </w:r>
    </w:p>
    <w:p>
      <w:r>
        <w:t>The Hunters were not coming to the island blind.</w:t>
      </w:r>
    </w:p>
    <w:p>
      <w:r>
        <w:t>They were coming prepared.</w:t>
      </w:r>
    </w:p>
    <w:p>
      <w:r>
        <w:t>By the time they came for him, the light beyond the porthole had flattened into full grey.</w:t>
      </w:r>
    </w:p>
    <w:p>
      <w:r>
        <w:t>He was taken up one deck, then another, through corridors he knew too well now — steel passages carrying the smells of oil, salt, blood, raw meat, damp fur, and old iron. The ship no longer felt unfamiliar. That was part of the insult. He knew where the guards changed. He knew which hatch stuck in bad weather. He knew when the handlers fed the things below and which crew members avoided eye contact with the cages.</w:t>
      </w:r>
    </w:p>
    <w:p>
      <w:pPr/>
      <w:r>
        <w:t>The ship no longer smelled like transport. Not really. It smelled like containment. Oil still lived in the steel passages, but it no longer ruled the air on its own. Salt worked in through every seam and sat damp against the metal, mixing with the sharper stink of blood, raw meat, rust, wet fur, and something hotter underneath it all that refused a clean name. Not rot. Not exactly. More the animal reek of violence held too long behind bars.</w:t>
      </w:r>
    </w:p>
    <w:p>
      <w:pPr/>
      <w:r>
        <w:t>Then the sound came again.</w:t>
      </w:r>
    </w:p>
    <w:p>
      <w:pPr/>
      <w:r>
        <w:t>Not loud at first. Just a low, wet snarl travelling up through the steel floor rather than the air, as if the ship itself had learned how to growl. A second later came the impact — heavy enough to ring along the deck plates, sharp enough that the wall beside him gave back the vibration in his spine. Somewhere below, bars took the blow and held. Whatever was behind them did not sound grateful for that fact.</w:t>
      </w:r>
    </w:p>
    <w:p>
      <w:pPr/>
      <w:r>
        <w:t>Another enclosure answered. Then another. Different rhythms. Different weights. One quick and restless. One heavier, more openly violent. One almost quiet, which was worse. The silence between its strikes felt less like stillness than patience.</w:t>
      </w:r>
    </w:p>
    <w:p>
      <w:pPr/>
      <w:r>
        <w:t>Clay stood very still and listened to the lower decks tell the truth the Hunters preferred not to describe aloud. These were not guard animals in any honest sense. The handlers moved around them with butcher’s crates, reinforced hatches, and the careful dread of men feeding weapons that might come through the opening with the meat if given half a chance.</w:t>
      </w:r>
    </w:p>
    <w:p>
      <w:pPr/>
      <w:r>
        <w:t>Monsters of their own, he thought.</w:t>
      </w:r>
    </w:p>
    <w:p>
      <w:pPr/>
      <w:r>
        <w:t>The ship agreed with him every time the steel shook.</w:t>
      </w:r>
    </w:p>
    <w:p>
      <w:r>
        <w:t>The first Hunter at his back kept one hand near the weapon at his hip, as always.</w:t>
      </w:r>
    </w:p>
    <w:p>
      <w:r>
        <w:t>They passed an open lower junction just as two handlers were hauling a fresh crate down the corridor. Wrapped red meat. Heavy enough to need both of them. One slipped half a step when something inside the nearest covered enclosure hit the bars hard enough to throw the whole crate sideways.</w:t>
      </w:r>
    </w:p>
    <w:p>
      <w:r>
        <w:t>The handler swore.</w:t>
      </w:r>
    </w:p>
    <w:p>
      <w:r>
        <w:t>The other snapped, “Keep it level.”</w:t>
      </w:r>
    </w:p>
    <w:p>
      <w:r>
        <w:t>Clay did not stop walking, but he listened.</w:t>
      </w:r>
    </w:p>
    <w:p>
      <w:r>
        <w:t>At least three distinct cages. Three distinct movement patterns. One more agitated than the others. One heavier. One unnervingly quiet until it chose not to be.</w:t>
      </w:r>
    </w:p>
    <w:p>
      <w:r>
        <w:t>The coverings over the bars shifted in places where nothing should have been pressing that high or that hard.</w:t>
      </w:r>
    </w:p>
    <w:p>
      <w:r>
        <w:t>He was led at last into the same command room Holt preferred near the bow — long table, maps, cabinets, old wood bolted into steel, island charts pinned across one wall.</w:t>
      </w:r>
    </w:p>
    <w:p>
      <w:r>
        <w:t>The people already inside did not stand when he entered.</w:t>
      </w:r>
    </w:p>
    <w:p>
      <w:r>
        <w:t>They simply looked at him.</w:t>
      </w:r>
    </w:p>
    <w:p>
      <w:r>
        <w:t>At the head of the table sat Garrick Holt, iron-grey at the temples, still as ever, face sharpened by weather and years of looking at bad things without blinking first.</w:t>
      </w:r>
    </w:p>
    <w:p>
      <w:r>
        <w:t>Around him stood the others.</w:t>
      </w:r>
    </w:p>
    <w:p>
      <w:r>
        <w:t>Mira Thakor with her arms folded, gaze cold and direct.</w:t>
      </w:r>
    </w:p>
    <w:p>
      <w:r>
        <w:t>Corin Voss long-boned and severe, observing more than reacting.</w:t>
      </w:r>
    </w:p>
    <w:p>
      <w:r>
        <w:t>Blake broad and blunt, carrying irritation like a loaded weapon.</w:t>
      </w:r>
    </w:p>
    <w:p>
      <w:r>
        <w:t>Dorian Hale near the charts, quiet enough to seem secondary until you noticed how little escaped him.</w:t>
      </w:r>
    </w:p>
    <w:p>
      <w:r>
        <w:t>Clay took them in.</w:t>
      </w:r>
    </w:p>
    <w:p>
      <w:r>
        <w:t>The same faces. The same hierarchy.</w:t>
      </w:r>
    </w:p>
    <w:p>
      <w:r>
        <w:t>Three months was enough time to know the structure, but not enough to become part of it.</w:t>
      </w:r>
    </w:p>
    <w:p>
      <w:r>
        <w:t>Holt spoke first.</w:t>
      </w:r>
    </w:p>
    <w:p>
      <w:r>
        <w:t>“Sit.”</w:t>
      </w:r>
    </w:p>
    <w:p>
      <w:r>
        <w:t>Clay lowered himself into the chair opposite him. One escort stayed behind. Another remained at the door.</w:t>
      </w:r>
    </w:p>
    <w:p>
      <w:r>
        <w:t>Holt’s gaze never left him.</w:t>
      </w:r>
    </w:p>
    <w:p>
      <w:r>
        <w:t>“We make landfall soon.”</w:t>
      </w:r>
    </w:p>
    <w:p>
      <w:r>
        <w:t>Clay said nothing.</w:t>
      </w:r>
    </w:p>
    <w:p>
      <w:r>
        <w:t>Holt continued, “You said the island wouldn’t stay contained.”</w:t>
      </w:r>
    </w:p>
    <w:p>
      <w:r>
        <w:t>“I did.”</w:t>
      </w:r>
    </w:p>
    <w:p>
      <w:r>
        <w:t>“You said Jesse Draper was central.”</w:t>
      </w:r>
    </w:p>
    <w:p>
      <w:r>
        <w:t>“I did.”</w:t>
      </w:r>
    </w:p>
    <w:p>
      <w:r>
        <w:t>“You implied more than once that what survived there mattered beyond a simple nest-clearing.”</w:t>
      </w:r>
    </w:p>
    <w:p>
      <w:r>
        <w:t>Clay let the pause stretch.</w:t>
      </w:r>
    </w:p>
    <w:p>
      <w:r>
        <w:t>Then: “You’ve had three months to decide whether you believed me.”</w:t>
      </w:r>
    </w:p>
    <w:p>
      <w:r>
        <w:t>Mira stepped in before Holt needed to answer.</w:t>
      </w:r>
    </w:p>
    <w:p>
      <w:r>
        <w:t>“And you’ve had three months to decide how much you’re still hiding.”</w:t>
      </w:r>
    </w:p>
    <w:p>
      <w:r>
        <w:t>Clay looked at her. “If I were hiding nothing, you’d have killed me already.”</w:t>
      </w:r>
    </w:p>
    <w:p>
      <w:r>
        <w:t>Blake muttered, “You should’ve drowned quieter.”</w:t>
      </w:r>
    </w:p>
    <w:p>
      <w:r>
        <w:t>Clay looked at him. “And yet here I am.”</w:t>
      </w:r>
    </w:p>
    <w:p>
      <w:r>
        <w:t>Holt didn’t waste time on either of them.</w:t>
      </w:r>
    </w:p>
    <w:p>
      <w:r>
        <w:t>“You know what we are,” Holt said.</w:t>
      </w:r>
    </w:p>
    <w:p>
      <w:r>
        <w:t>It wasn’t a question.</w:t>
      </w:r>
    </w:p>
    <w:p>
      <w:r>
        <w:t>Clay didn’t answer at once.</w:t>
      </w:r>
    </w:p>
    <w:p>
      <w:r>
        <w:t>Of course he knew.</w:t>
      </w:r>
    </w:p>
    <w:p>
      <w:r>
        <w:t>Vampire Hunters.</w:t>
      </w:r>
    </w:p>
    <w:p>
      <w:r>
        <w:t>Not the village-story version. Not men with sharpened folklore and inherited grudges. A proper clean-up crew. The kind sent after the fire, not before it. Containment. Retrieval. Disposal. Silence. The world broke somewhere in the dark, and these were the people sent to decide what still got to exist when the sun came up.</w:t>
      </w:r>
    </w:p>
    <w:p>
      <w:r>
        <w:t>He said, “I know what you call yourselves.”</w:t>
      </w:r>
    </w:p>
    <w:p>
      <w:r>
        <w:t>Corin spoke then, voice as cold and neat as cut glass. “And what do you think we are?”</w:t>
      </w:r>
    </w:p>
    <w:p>
      <w:r>
        <w:t>Clay turned his head slightly toward him. “Professionals with a moral vocabulary.”</w:t>
      </w:r>
    </w:p>
    <w:p>
      <w:r>
        <w:t>Blake snorted.</w:t>
      </w:r>
    </w:p>
    <w:p>
      <w:r>
        <w:t>Mira didn’t.</w:t>
      </w:r>
    </w:p>
    <w:p>
      <w:r>
        <w:t>Holt said, “You’ve had three months to decide whether we’re careless.”</w:t>
      </w:r>
    </w:p>
    <w:p>
      <w:r>
        <w:t>“No,” Clay said. “You’ve spent three months proving you’re not.”</w:t>
      </w:r>
    </w:p>
    <w:p>
      <w:r>
        <w:t>Holt moved to the chart wall, one hand resting against a pinned map of the island.</w:t>
      </w:r>
    </w:p>
    <w:p>
      <w:r>
        <w:t>“You said the situation there wouldn’t stay contained,” he said. “Then tell me why.”</w:t>
      </w:r>
    </w:p>
    <w:p>
      <w:r>
        <w:t>Clay looked at the map.</w:t>
      </w:r>
    </w:p>
    <w:p>
      <w:r>
        <w:t>“Because what happened there wasn’t isolated,” he said. “And because anything left half-finished becomes a problem later.”</w:t>
      </w:r>
    </w:p>
    <w:p>
      <w:pPr/>
      <w:r>
        <w:t>Corin did not look at Clay when he spoke. He was reading from a copied sheet laid beside the island chart — not the blueprint itself, but notes taken from it in a colder hand. Ratios. Sequence marks. Hillcrest-era annotations carried forward from research that should have stayed buried with the mine.</w:t>
      </w:r>
    </w:p>
    <w:p>
      <w:pPr/>
      <w:r>
        <w:t>“If the material is genuine,” he said, “then the formula was never the only problem. Reachability was demonstrated. Stability was not.”</w:t>
      </w:r>
    </w:p>
    <w:p>
      <w:pPr/>
      <w:r>
        <w:t>Blake looked at the page as though paper itself irritated him. “Speak English.”</w:t>
      </w:r>
    </w:p>
    <w:p>
      <w:pPr/>
      <w:r>
        <w:t>Corin did not oblige the tone. “Hillcrest got far enough to prove reaction. Not sustained reaction. Not field-clean viability. But enough to show the process can be reached under controlled conditions.”</w:t>
      </w:r>
    </w:p>
    <w:p>
      <w:pPr/>
      <w:r>
        <w:t>Mira’s gaze shifted from the chart to the copied ratios. “And what stopped them?”</w:t>
      </w:r>
    </w:p>
    <w:p>
      <w:pPr/>
      <w:r>
        <w:t>“Binding failure,” Corin said. “Or, more precisely, the inability to hold the reaction cleanly once the living variable became part of the sequence.”</w:t>
      </w:r>
    </w:p>
    <w:p>
      <w:pPr/>
      <w:r>
        <w:t>Holt rested one hand against the edge of the table. “Meaning?”</w:t>
      </w:r>
    </w:p>
    <w:p>
      <w:pPr/>
      <w:r>
        <w:t>Corin finally looked up. “Meaning the formula is not self-sufficient. It requires the correct bloodline, the correct stabilising agent, or a substitute source that behaves the same way under extraction. Hillcrest appears to have called one branch of that work Project Nova.”</w:t>
      </w:r>
    </w:p>
    <w:p>
      <w:pPr/>
      <w:r>
        <w:t>Clay said nothing.</w:t>
      </w:r>
    </w:p>
    <w:p>
      <w:pPr/>
      <w:r>
        <w:t>That silence sharpened Mira by half a degree. “You know the term.”</w:t>
      </w:r>
    </w:p>
    <w:p>
      <w:pPr/>
      <w:r>
        <w:t>Clay looked at her. “I know enough not to trust anything miners and scientists were willing to bury under stone.”</w:t>
      </w:r>
    </w:p>
    <w:p>
      <w:pPr/>
      <w:r>
        <w:t>Corin lowered his eyes to the ratios again. “These notes aren’t theoretical in the abstract sense. They’re procedural. Measurement-minded. Whoever wrote them believed the reaction chain could be repeated if the missing instability was solved.”</w:t>
      </w:r>
    </w:p>
    <w:p>
      <w:pPr/>
      <w:r>
        <w:t>Blake folded his arms. “You’re saying all this island work comes down to chemistry.”</w:t>
      </w:r>
    </w:p>
    <w:p>
      <w:pPr/>
      <w:r>
        <w:t>“No,” Corin said. “I’m saying chemistry is why the island matters at all.”</w:t>
      </w:r>
    </w:p>
    <w:p>
      <w:pPr/>
      <w:r>
        <w:t>Holt’s gaze shifted toward Clay. “And Jesse Draper?”</w:t>
      </w:r>
    </w:p>
    <w:p>
      <w:pPr/>
      <w:r>
        <w:t>Corin answered before Clay could. “A variable with mobility.”</w:t>
      </w:r>
    </w:p>
    <w:p>
      <w:pPr/>
      <w:r>
        <w:t>Mira’s voice stayed flat. “Meaning if she reaches the wrong hands, the ratios stop being paper.”</w:t>
      </w:r>
    </w:p>
    <w:p>
      <w:pPr/>
      <w:r>
        <w:t>“Yes,” Corin said. “They become process.”</w:t>
      </w:r>
    </w:p>
    <w:p>
      <w:pPr/>
      <w:r>
        <w:t>Clay leaned back slightly in the chair, chain noise kept small by habit. “You talk about blood the way other men talk about weather.”</w:t>
      </w:r>
    </w:p>
    <w:p>
      <w:pPr/>
      <w:r>
        <w:t>Holt did not blink. “Weather ruins plans. Blood makes them.”</w:t>
      </w:r>
    </w:p>
    <w:p>
      <w:pPr/>
      <w:r>
        <w:t>The lower deck answered that line with another distant impact from the cages below, steel ringing once through the room like punctuation.</w:t>
      </w:r>
    </w:p>
    <w:p>
      <w:pPr/>
      <w:r>
        <w:t>Corin set the copied notes beside the island chart. “If Draper is alive and accessible, the formula remains a field problem. If she disappears, it becomes delay. If Nova enters the sequence instead—”</w:t>
      </w:r>
    </w:p>
    <w:p>
      <w:pPr/>
      <w:r>
        <w:t>“Then the island changes shape again,” Holt said.</w:t>
      </w:r>
    </w:p>
    <w:p>
      <w:pPr/>
      <w:r>
        <w:t>No one corrected him.</w:t>
      </w:r>
    </w:p>
    <w:p>
      <w:pPr/>
      <w:r>
        <w:t>Clay looked from the copied ratios to the island map and understood exactly what offended him most: these people were not guessing. They were measuring.</w:t>
      </w:r>
    </w:p>
    <w:p>
      <w:r>
        <w:t>Mira’s voice came flatly from his right. “That sounds suspiciously like self-description.”</w:t>
      </w:r>
    </w:p>
    <w:p>
      <w:r>
        <w:t>Clay didn’t bother looking at her. “I’m touched you’re paying attention.”</w:t>
      </w:r>
    </w:p>
    <w:p>
      <w:r>
        <w:t>Dorian Hale, quiet until now, finally spoke. “Names.”</w:t>
      </w:r>
    </w:p>
    <w:p>
      <w:r>
        <w:t>“Of survivors,” Dorian clarified. “Not rumours. Not categories. Names.”</w:t>
      </w:r>
    </w:p>
    <w:p>
      <w:r>
        <w:t>Clay considered.</w:t>
      </w:r>
    </w:p>
    <w:p>
      <w:r>
        <w:t>Then: “Jesse Draper.”</w:t>
      </w:r>
    </w:p>
    <w:p>
      <w:r>
        <w:t>That changed the room.</w:t>
      </w:r>
    </w:p>
    <w:p>
      <w:r>
        <w:t>Holt half-turned from the chart wall. “And?”</w:t>
      </w:r>
    </w:p>
    <w:p>
      <w:r>
        <w:t>Clay looked at him, then away again.</w:t>
      </w:r>
    </w:p>
    <w:p>
      <w:r>
        <w:t>“There are others,” he said. “Whether they still matter depends on what you’ve actually come here to clean up.”</w:t>
      </w:r>
    </w:p>
    <w:p>
      <w:r>
        <w:t>Mira’s patience thinned visibly. “You still think you control the pace of this.”</w:t>
      </w:r>
    </w:p>
    <w:p>
      <w:r>
        <w:t>“No,” Clay said. “I think I control the shape.”</w:t>
      </w:r>
    </w:p>
    <w:p>
      <w:r>
        <w:t>Below deck, something struck the bars hard enough to set the lamp above the table swaying.</w:t>
      </w:r>
    </w:p>
    <w:p>
      <w:r>
        <w:t>No one in the room flinched.</w:t>
      </w:r>
    </w:p>
    <w:p>
      <w:r>
        <w:t>Clay’s eyes shifted once toward the floorboards.</w:t>
      </w:r>
    </w:p>
    <w:p>
      <w:r>
        <w:t>He had not yet seen the creatures fully. Not properly. Only fragments. Shadows pressing wrong against reinforced mesh. Teeth where no ordinary dog should have had teeth. Handlers moving with the stiff concentration of men feeding weapons that bit back when approached carelessly.</w:t>
      </w:r>
    </w:p>
    <w:p>
      <w:r>
        <w:t>Mira noticed where he was looking. “Still curious?”</w:t>
      </w:r>
    </w:p>
    <w:p>
      <w:r>
        <w:t>Clay looked back at her. “Curious isn’t the word.”</w:t>
      </w:r>
    </w:p>
    <w:p>
      <w:r>
        <w:t>“What is?”</w:t>
      </w:r>
    </w:p>
    <w:p>
      <w:r>
        <w:t>“Recognition.”</w:t>
      </w:r>
    </w:p>
    <w:p>
      <w:r>
        <w:t>That made Corin lift his head.</w:t>
      </w:r>
    </w:p>
    <w:p>
      <w:r>
        <w:t>Holt turned away from the maps fully now. “Explain.”</w:t>
      </w:r>
    </w:p>
    <w:p>
      <w:r>
        <w:t>Clay leaned back in the chair.</w:t>
      </w:r>
    </w:p>
    <w:p>
      <w:r>
        <w:t>“The cages. The feed schedule. The reinforcement. The way your handlers move around them.” He looked at each of them in turn. “I’ve seen enough men build secondary monsters to know the shape of the idea.”</w:t>
      </w:r>
    </w:p>
    <w:p>
      <w:r>
        <w:t>Holt held his gaze for a long moment.</w:t>
      </w:r>
    </w:p>
    <w:p>
      <w:r>
        <w:t>Then returned to the table and placed both hands on its edge.</w:t>
      </w:r>
    </w:p>
    <w:p>
      <w:r>
        <w:t>“When we make landfall,” he said, “you walk where we tell you. You speak when asked. You do not improvise. If you do, Blake will solve the problem.”</w:t>
      </w:r>
    </w:p>
    <w:p>
      <w:r>
        <w:t>Blake seemed almost pleased by the phrasing.</w:t>
      </w:r>
    </w:p>
    <w:p>
      <w:r>
        <w:t>Clay looked from Holt to Blake and back again.</w:t>
      </w:r>
    </w:p>
    <w:p>
      <w:r>
        <w:t>“You kept me alive three months just to use me as a guide?”</w:t>
      </w:r>
    </w:p>
    <w:p>
      <w:r>
        <w:t>Holt’s face remained unreadable.</w:t>
      </w:r>
    </w:p>
    <w:p>
      <w:r>
        <w:t>“We kept you alive because you know the island.”</w:t>
      </w:r>
    </w:p>
    <w:p>
      <w:r>
        <w:t>“That’s all?”</w:t>
      </w:r>
    </w:p>
    <w:p>
      <w:r>
        <w:t>“No.”</w:t>
      </w:r>
    </w:p>
    <w:p>
      <w:r>
        <w:t>Clay waited.</w:t>
      </w:r>
    </w:p>
    <w:p>
      <w:r>
        <w:t>Holt didn’t bother softening it.</w:t>
      </w:r>
    </w:p>
    <w:p>
      <w:r>
        <w:t>“You know the surviving terrain, the fracture lines, the likely routes, the emotional loyalties, and the woman at the centre of it.”</w:t>
      </w:r>
    </w:p>
    <w:p>
      <w:r>
        <w:t>Clay’s expression didn’t change, but something in him tightened.</w:t>
      </w:r>
    </w:p>
    <w:p>
      <w:r>
        <w:t>He said carefully, “You’ve built a lot from very little.”</w:t>
      </w:r>
    </w:p>
    <w:p>
      <w:r>
        <w:t>Mira stepped closer. “Have we?”</w:t>
      </w:r>
    </w:p>
    <w:p>
      <w:r>
        <w:t>Clay said nothing.</w:t>
      </w:r>
    </w:p>
    <w:p>
      <w:r>
        <w:t>Below deck, as if answering her, something slammed once against the bars hard enough to ring through the corridor outside.</w:t>
      </w:r>
    </w:p>
    <w:p>
      <w:r>
        <w:t>Clay looked at her for one beat longer than necessary.</w:t>
      </w:r>
    </w:p>
    <w:p>
      <w:r>
        <w:t>Then he said, “If Jesse Draper isn’t where I said she’d be, you’ll have bigger disappointments than me.”</w:t>
      </w:r>
    </w:p>
    <w:p>
      <w:r>
        <w:t>The escort shoved the door open.</w:t>
      </w:r>
    </w:p>
    <w:p>
      <w:r>
        <w:t>Clay was marched back out into the corridor, the smells of steel and salt and raw meat rushing up around him again. As they passed the lower deck junction, he caught only fragments through the hold-dark.</w:t>
      </w:r>
    </w:p>
    <w:p>
      <w:r>
        <w:t>Covered cage frames.</w:t>
      </w:r>
    </w:p>
    <w:p>
      <w:r>
        <w:t>Steel marked by repeated impact.</w:t>
      </w:r>
    </w:p>
    <w:p>
      <w:r>
        <w:t>A handler pushing fresh meat through a narrow hatch and stepping back too quickly.</w:t>
      </w:r>
    </w:p>
    <w:p>
      <w:r>
        <w:t>Then, for one split second between shadows—</w:t>
      </w:r>
    </w:p>
    <w:p>
      <w:r>
        <w:t>two points of red in the dark.</w:t>
      </w:r>
    </w:p>
    <w:p>
      <w:r>
        <w:t>Low.</w:t>
      </w:r>
    </w:p>
    <w:p>
      <w:r>
        <w:t>Still.</w:t>
      </w:r>
    </w:p>
    <w:p>
      <w:r>
        <w:t>Watching.</w:t>
      </w:r>
    </w:p>
    <w:p>
      <w:r>
        <w:t>Then gone again behind the shifting cover and the black of the lower hold.</w:t>
      </w:r>
    </w:p>
    <w:p>
      <w:r>
        <w:t>Clay looked forward before the escort had to force him to.</w:t>
      </w:r>
    </w:p>
    <w:p>
      <w:r>
        <w:t>Monsters of their own.</w:t>
      </w:r>
    </w:p>
    <w:p>
      <w:r>
        <w:br w:type="page"/>
      </w:r>
    </w:p>
    <w:p>
      <w:pPr>
        <w:pStyle w:val="Heading1"/>
        <w:jc w:val="center"/>
      </w:pPr>
      <w:r>
        <w:t>Chapter Three: A Family Most Welcome</w:t>
      </w:r>
    </w:p>
    <w:p/>
    <w:p>
      <w:r>
        <w:t>Morning came grey and slow over the farmhouse.</w:t>
      </w:r>
    </w:p>
    <w:p>
      <w:r>
        <w:t>Not peaceful. Not yet. But slower than the months before, and in this place that almost counted as kindness.</w:t>
      </w:r>
    </w:p>
    <w:p>
      <w:r>
        <w:t>The house was already awake by the time Jesse came into the kitchen. She could tell from the sounds before she saw anyone — movement above the old floorboards, a cupboard opening somewhere to her left, Buster’s claws scraping once across the hall before stopping, then voices carrying faintly from the sitting room.</w:t>
      </w:r>
    </w:p>
    <w:p>
      <w:r>
        <w:t>Jesse poured water into the kettle and stood with both hands on the counter while it heated.</w:t>
      </w:r>
    </w:p>
    <w:p>
      <w:r>
        <w:t>Sleep had not done much. It had blurred the edges, nothing more.</w:t>
      </w:r>
    </w:p>
    <w:p>
      <w:r>
        <w:t>Behind her, the back door opened and shut.</w:t>
      </w:r>
    </w:p>
    <w:p>
      <w:r>
        <w:t>Phoenix came in first, smelling faintly of cold air and damp grass, followed a few seconds later by Damian, who looked as if sleep had only visited him out of obligation.</w:t>
      </w:r>
    </w:p>
    <w:p>
      <w:r>
        <w:t>“You two do know there are beds indoors,” Jesse said without turning.</w:t>
      </w:r>
    </w:p>
    <w:p>
      <w:r>
        <w:t>Phoenix pulled open a cupboard. “Fresh air.”</w:t>
      </w:r>
    </w:p>
    <w:p>
      <w:r>
        <w:t>“That’s what you said yesterday.”</w:t>
      </w:r>
    </w:p>
    <w:p>
      <w:r>
        <w:t>“It was true yesterday too.”</w:t>
      </w:r>
    </w:p>
    <w:p>
      <w:r>
        <w:t>Damian moved past them toward the table. “Beds make people soft.”</w:t>
      </w:r>
    </w:p>
    <w:p>
      <w:r>
        <w:t>Jesse glanced over her shoulder. “You say that like you weren’t raised by walls and stolen blankets.”</w:t>
      </w:r>
    </w:p>
    <w:p>
      <w:r>
        <w:t>Damian sat down without answering, which was answer enough.</w:t>
      </w:r>
    </w:p>
    <w:p>
      <w:r>
        <w:t>Phoenix found the mugs and set them down. “He’s in a good mood this morning.”</w:t>
      </w:r>
    </w:p>
    <w:p>
      <w:r>
        <w:t>“That was him in a good mood,” Jesse said.</w:t>
      </w:r>
    </w:p>
    <w:p>
      <w:r>
        <w:t>“Disturbing.”</w:t>
      </w:r>
    </w:p>
    <w:p>
      <w:r>
        <w:t>Before either of them could reply, Sares appeared with Buster at her heels, trying and failing to look like she had not been half-racing him down the hallway.</w:t>
      </w:r>
    </w:p>
    <w:p>
      <w:r>
        <w:t>“Can I feed him?”</w:t>
      </w:r>
    </w:p>
    <w:p>
      <w:r>
        <w:t>“You fed him yesterday,” Jesse said.</w:t>
      </w:r>
    </w:p>
    <w:p>
      <w:r>
        <w:t>“He’s hungry again.”</w:t>
      </w:r>
    </w:p>
    <w:p>
      <w:r>
        <w:t>“He’s a dog. He’s always hungry again.”</w:t>
      </w:r>
    </w:p>
    <w:p>
      <w:r>
        <w:t>Buster sat in front of Sares with all the solemn dignity of a creature pretending hunger was a sacred duty.</w:t>
      </w:r>
    </w:p>
    <w:p>
      <w:r>
        <w:t>Sares leaned one shoulder against the doorframe and watched him with that quiet half-smile Jesse had noticed more often lately.</w:t>
      </w:r>
    </w:p>
    <w:p>
      <w:r>
        <w:t>“Let me guess,” Jesse said. “He told you he was starving.”</w:t>
      </w:r>
    </w:p>
    <w:p>
      <w:r>
        <w:t>Sares nodded seriously. “I think it’s his condition.”</w:t>
      </w:r>
    </w:p>
    <w:p>
      <w:r>
        <w:t>“His condition,” Jesse repeated.</w:t>
      </w:r>
    </w:p>
    <w:p>
      <w:r>
        <w:t>“Being dramatic.”</w:t>
      </w:r>
    </w:p>
    <w:p>
      <w:r>
        <w:t>Phoenix nearly laughed into the cupboard door.</w:t>
      </w:r>
    </w:p>
    <w:p>
      <w:r>
        <w:t>The kettle clicked.</w:t>
      </w:r>
    </w:p>
    <w:p>
      <w:r>
        <w:t>A little later, Leah came in more quietly than the others, but the room still seemed to notice. That was the thing with her now. No one was hostile, exactly. But every time she joined a room, there was still a fraction of adjustment, as though the air needed a second to remember how to hold her among them.</w:t>
      </w:r>
    </w:p>
    <w:p>
      <w:r>
        <w:t>Leah moved to the far side of the table, gave a faint nod in greeting, and reached for a mug without speaking.</w:t>
      </w:r>
    </w:p>
    <w:p>
      <w:pPr/>
      <w:r>
        <w:t>Leah moved to help without waiting to be asked. She opened one cupboard, found mugs, set them down, then adjusted them into a line so neat it looked less like breakfast and more like preparation for inspection.</w:t>
      </w:r>
    </w:p>
    <w:p>
      <w:pPr/>
      <w:r>
        <w:t>Sares noticed first. “You know they don’t need to stand to attention, right?”</w:t>
      </w:r>
    </w:p>
    <w:p>
      <w:pPr/>
      <w:r>
        <w:t>Leah’s hand paused on the fourth mug. “I wasn’t aware they looked militarised.”</w:t>
      </w:r>
    </w:p>
    <w:p>
      <w:pPr/>
      <w:r>
        <w:t>Phoenix glanced over from the cupboard. “They do, slightly.”</w:t>
      </w:r>
    </w:p>
    <w:p>
      <w:pPr/>
      <w:r>
        <w:t>“Threatening tea,” Sares said.</w:t>
      </w:r>
    </w:p>
    <w:p>
      <w:pPr/>
      <w:r>
        <w:t>That nearly pulled a smile from Jesse, but the moment held its fraction of discomfort first. Leah had not done anything wrong. That was the problem. She was helping in exactly the way someone taught to be useful in controlled spaces would help — quickly, efficiently, with no wasted movement and no instinct yet for the softer untidiness ordinary kitchens required.</w:t>
      </w:r>
    </w:p>
    <w:p>
      <w:pPr/>
      <w:r>
        <w:t>Leah noticed the silence a second later and looked at the mugs as if seeing them properly for the first time. With careful precision, she shifted one of them half an inch out of line. Somehow that made the arrangement look stranger.</w:t>
      </w:r>
    </w:p>
    <w:p>
      <w:pPr/>
      <w:r>
        <w:t>“Better?” she asked.</w:t>
      </w:r>
    </w:p>
    <w:p>
      <w:pPr/>
      <w:r>
        <w:t>Phoenix looked at the row, then at her. “Less like we’re about to be briefed.”</w:t>
      </w:r>
    </w:p>
    <w:p>
      <w:pPr/>
      <w:r>
        <w:t>Leah gave a faint nod, as though filing the distinction away for future use. “Noted.”</w:t>
      </w:r>
    </w:p>
    <w:p>
      <w:pPr/>
      <w:r>
        <w:t>Jesse took the kettle before the moment could harden any further. “You can help,” she said, not unkindly. “You just don’t have to make the kitchen look like it’s expecting orders.”</w:t>
      </w:r>
    </w:p>
    <w:p>
      <w:pPr/>
      <w:r>
        <w:t>Leah’s eyes shifted once toward her. “Habit.”</w:t>
      </w:r>
    </w:p>
    <w:p>
      <w:pPr/>
      <w:r>
        <w:t>“I gathered,” Jesse said.</w:t>
      </w:r>
    </w:p>
    <w:p>
      <w:pPr/>
      <w:r>
        <w:t>The room settled again after that, but not all at once. It never did where Leah was concerned. There was always that small fraction of adjustment first, the air learning around her before it remembered how to hold her properly inside it.</w:t>
      </w:r>
    </w:p>
    <w:p>
      <w:r>
        <w:t>Sares saw it too. Jesse could tell.</w:t>
      </w:r>
    </w:p>
    <w:p>
      <w:r>
        <w:t>Jesse let the moment breathe, then said, mostly to the room, “She stayed when she could’ve run. She went back into the strategy chamber, got the blueprint out before the castle came down, and handed it to me. That’s why she’s here.”</w:t>
      </w:r>
    </w:p>
    <w:p>
      <w:pPr/>
      <w:r>
        <w:t>The room went quiet after that, but not awkwardly at first. More like everyone was checking the weight of the sentence before deciding what to do with it. Jesse let them. Some truths needed a second landing.</w:t>
      </w:r>
    </w:p>
    <w:p>
      <w:pPr/>
      <w:r>
        <w:t>Because the harder part was the one she hadn’t said aloud. Leah had not just brought the blueprint back. She had come back into a room Jesse would have remembered anyway for the rest of her life. Blackthorne had a way of doing that. Too much blood. Too much stone. Too much machinery built by men who wanted power badly enough to mistake cruelty for structure. And in the middle of all that, Leah had chosen a direction.</w:t>
      </w:r>
    </w:p>
    <w:p>
      <w:pPr/>
      <w:r>
        <w:t>Jesse still did not know exactly why. Not all of it. Maybe Leah didn’t either. But she knew what it had looked like from inside the collapse — one more person who could have run, could have saved only herself, could have let the whole rotten place bury its own secrets — and didn’t.</w:t>
      </w:r>
    </w:p>
    <w:p>
      <w:pPr/>
      <w:r>
        <w:t>That mattered to Jesse more than clean explanations did.</w:t>
      </w:r>
    </w:p>
    <w:p>
      <w:pPr/>
      <w:r>
        <w:t>Trust, she had learned, rarely arrived in noble speeches or tidy proofs. More often it came in fragments. In who stayed. In who came back. In who handed something dangerous over instead of keeping it. In who chose the harder direction when the easier one was still open.</w:t>
      </w:r>
    </w:p>
    <w:p>
      <w:pPr/>
      <w:r>
        <w:t>She looked at Leah then, standing there with the mug in her hand and that same careful posture she always wore in shared rooms, as if part of her still expected the floor to shift beneath her without warning. Jesse knew something about that posture. The farmhouse had taught most of them versions of it by now.</w:t>
      </w:r>
    </w:p>
    <w:p>
      <w:pPr/>
      <w:r>
        <w:t>“I meant what I said,” Jesse added, quieter this time. “Not because it’s convenient. Because I remember who was still there when Blackthorne stopped pretending it would hold.”</w:t>
      </w:r>
    </w:p>
    <w:p>
      <w:pPr/>
      <w:r>
        <w:t>Leah’s expression changed by a fraction. Not relief exactly. Something more uncertain than that. Something that looked almost worse because it was trying not to be wanted.</w:t>
      </w:r>
    </w:p>
    <w:p>
      <w:pPr/>
      <w:r>
        <w:t>Jesse understood that too. Houses like this filled with people who had survived the wrong places often enough that being let in cleanly could feel more suspicious than being pushed out.</w:t>
      </w:r>
    </w:p>
    <w:p>
      <w:r>
        <w:t>Leah looked at her once, surprised but saying nothing.</w:t>
      </w:r>
    </w:p>
    <w:p>
      <w:r>
        <w:t>Phoenix set down a mug. “Works for me.”</w:t>
      </w:r>
    </w:p>
    <w:p>
      <w:r>
        <w:t>Damian, without looking up, said, “I trust her.”</w:t>
      </w:r>
    </w:p>
    <w:p>
      <w:r>
        <w:t>At exactly the same moment, Phoenix said, “I trust her.”</w:t>
      </w:r>
    </w:p>
    <w:p>
      <w:r>
        <w:t>The overlap was perfect.</w:t>
      </w:r>
    </w:p>
    <w:p>
      <w:r>
        <w:t>The kitchen went still.</w:t>
      </w:r>
    </w:p>
    <w:p>
      <w:r>
        <w:t>Even Buster seemed to notice it.</w:t>
      </w:r>
    </w:p>
    <w:p>
      <w:r>
        <w:t>Phoenix looked at Damian.</w:t>
      </w:r>
    </w:p>
    <w:p>
      <w:r>
        <w:t>Damian looked at absolutely nothing.</w:t>
      </w:r>
    </w:p>
    <w:p>
      <w:r>
        <w:t>Sares’ eyes snapped to him at once.</w:t>
      </w:r>
    </w:p>
    <w:p>
      <w:r>
        <w:t>Leah stood very still, caught between surprise and the sort of discomfort that came when truths arrived before anyone had asked for them.</w:t>
      </w:r>
    </w:p>
    <w:p>
      <w:r>
        <w:t>Jesse folded her arms slowly. “That was impressively coordinated for two people who can barely agree on the weather.”</w:t>
      </w:r>
    </w:p>
    <w:p>
      <w:r>
        <w:t>Phoenix looked away first. “Didn’t mean to make it a moment.”</w:t>
      </w:r>
    </w:p>
    <w:p>
      <w:r>
        <w:t>“Too late,” Jesse said.</w:t>
      </w:r>
    </w:p>
    <w:p>
      <w:r>
        <w:t>Damian picked up a mug as if the object had suddenly become urgent. “You’re all very dramatic.”</w:t>
      </w:r>
    </w:p>
    <w:p>
      <w:r>
        <w:t>“Interesting word choice,” Leah said quietly.</w:t>
      </w:r>
    </w:p>
    <w:p>
      <w:pPr/>
      <w:r/>
    </w:p>
    <w:p>
      <w:pPr/>
      <w:r>
        <w:t>The kitchen eased around the tension by degrees rather than all at once. Phoenix found reasons to stay near the table. Sares fed Buster in open defiance of Jesse’s earlier resistance. Damian pretended not to notice any of it and failed. Leah remained where she was for a while, one hand around the mug, watching the room as if still measuring how much space she was allowed to take inside it.</w:t>
      </w:r>
    </w:p>
    <w:p>
      <w:pPr/>
      <w:r/>
    </w:p>
    <w:p>
      <w:pPr/>
      <w:r>
        <w:t>Jesse looked at her and said, more quietly now, “I meant what I said.”</w:t>
      </w:r>
    </w:p>
    <w:p>
      <w:pPr/>
      <w:r/>
    </w:p>
    <w:p>
      <w:pPr/>
      <w:r>
        <w:t>Leah’s eyes shifted toward her. “You didn’t have to.”</w:t>
      </w:r>
    </w:p>
    <w:p>
      <w:pPr/>
      <w:r/>
    </w:p>
    <w:p>
      <w:pPr/>
      <w:r>
        <w:t>“Yes, I did.” Jesse leaned back against the counter. “You went back into the strategy chamber while the castle was falling apart. You got the blueprint out before the place came down and handed it to me instead of running with it. People should know that.”</w:t>
      </w:r>
    </w:p>
    <w:p>
      <w:pPr/>
      <w:r/>
    </w:p>
    <w:p>
      <w:pPr/>
      <w:r>
        <w:t>For a moment Leah said nothing. Then, very carefully, “I wasn’t doing it for gratitude.”</w:t>
      </w:r>
    </w:p>
    <w:p>
      <w:pPr/>
      <w:r/>
    </w:p>
    <w:p>
      <w:pPr/>
      <w:r>
        <w:t>“I know,” Jesse said.</w:t>
      </w:r>
    </w:p>
    <w:p>
      <w:pPr/>
      <w:r/>
    </w:p>
    <w:p>
      <w:pPr/>
      <w:r>
        <w:t>That answer left the room softer than before. Not safe. Not easy. Just honest enough to stand on.</w:t>
      </w:r>
    </w:p>
    <w:p>
      <w:pPr/>
      <w:r/>
    </w:p>
    <w:p>
      <w:pPr/>
      <w:r>
        <w:t>Phoenix broke the quiet first. “For what it’s worth, I trust her.”</w:t>
      </w:r>
    </w:p>
    <w:p>
      <w:pPr/>
      <w:r/>
    </w:p>
    <w:p>
      <w:pPr/>
      <w:r>
        <w:t>Damian, still looking at the mug in his hand as though it had somehow offended him personally, said, “You’ve established that.”</w:t>
      </w:r>
    </w:p>
    <w:p>
      <w:pPr/>
      <w:r/>
    </w:p>
    <w:p>
      <w:pPr/>
      <w:r>
        <w:t>“I don’t mind establishing it twice,” Phoenix replied.</w:t>
      </w:r>
    </w:p>
    <w:p>
      <w:pPr/>
      <w:r/>
    </w:p>
    <w:p>
      <w:pPr/>
      <w:r>
        <w:t>That nearly pulled a smile from Leah. It definitely pulled one from Sares, who saw more than she was ever supposed to and enjoyed most of it too much.</w:t>
      </w:r>
    </w:p>
    <w:p>
      <w:pPr/>
      <w:r/>
    </w:p>
    <w:p>
      <w:pPr/>
      <w:r>
        <w:t>Later, while Jesse and Leah cleared the table and Buster wandered between rooms searching for opportunities to be fed a second time, Phoenix found himself beside Leah near the back doorway.</w:t>
      </w:r>
    </w:p>
    <w:p>
      <w:pPr/>
      <w:r/>
    </w:p>
    <w:p>
      <w:pPr/>
      <w:r>
        <w:t>“You know,” he said, “most people would’ve taken that as their cue to leave the room.”</w:t>
      </w:r>
    </w:p>
    <w:p>
      <w:pPr/>
      <w:r/>
    </w:p>
    <w:p>
      <w:pPr/>
      <w:r>
        <w:t>Leah glanced at him. “Most people probably would have said less.”</w:t>
      </w:r>
    </w:p>
    <w:p>
      <w:pPr/>
      <w:r/>
    </w:p>
    <w:p>
      <w:pPr/>
      <w:r>
        <w:t>“That’s true.” Phoenix folded one arm over his chest and looked out through the back glass. “Still. You stayed.”</w:t>
      </w:r>
    </w:p>
    <w:p>
      <w:pPr/>
      <w:r/>
    </w:p>
    <w:p>
      <w:pPr/>
      <w:r>
        <w:t>Leah’s gaze shifted past him to the yard, the outbuilding, the patched fence beyond. “I’ve stayed through worse places.”</w:t>
      </w:r>
    </w:p>
    <w:p>
      <w:pPr/>
      <w:r/>
    </w:p>
    <w:p>
      <w:pPr/>
      <w:r>
        <w:t>“That doesn’t answer the question.”</w:t>
      </w:r>
    </w:p>
    <w:p>
      <w:pPr/>
      <w:r/>
    </w:p>
    <w:p>
      <w:pPr/>
      <w:r>
        <w:t>She let that sit for a moment. “No,” she said. “It doesn’t.”</w:t>
      </w:r>
    </w:p>
    <w:p>
      <w:pPr/>
      <w:r/>
    </w:p>
    <w:p>
      <w:pPr/>
      <w:r>
        <w:t>Phoenix did not press her harder than that. One of the reasons he made people feel safer than they expected was that he knew when to leave a door half-open instead of kicking it in.</w:t>
      </w:r>
    </w:p>
    <w:p>
      <w:pPr/>
      <w:r/>
    </w:p>
    <w:p>
      <w:pPr/>
      <w:r>
        <w:t>Across the kitchen, Jesse watched the exchange without comment.</w:t>
      </w:r>
    </w:p>
    <w:p>
      <w:pPr/>
      <w:r/>
    </w:p>
    <w:p>
      <w:pPr/>
      <w:r>
        <w:t>The house settled into the sort of afternoon that only functioning houses ever managed — drawers opening, floorboards speaking, kettle noise, somebody forgetting where they had left something and blaming the nearest available witness. It was not peace. But it was close enough to make the lack of it elsewhere feel louder.</w:t>
      </w:r>
    </w:p>
    <w:p>
      <w:pPr/>
      <w:r>
        <w:t>The house had learned new sounds since the repairs. Cupboards still opened with the same old complaint, and the kettle still clicked with the same small authority it always had, but the rebuilt sections answered differently. The stairs no longer groaned the way they used to. The hall floor near the cellar side gave back a flatter, deader note through the boards. Some patched places held too stiffly, others too hollowly, as if the farmhouse had accepted repair without ever fully agreeing to become whole.</w:t>
      </w:r>
    </w:p>
    <w:p>
      <w:pPr/>
      <w:r>
        <w:t>Jesse noticed those things without meaning to. People who survived long enough in damaged places always did. The body learned what the mind preferred not to name. Where the floor still carried the memory of impact. Where the wood had been lifted and replaced over deeper ruin. Where the structure now held because somebody had forced it to, not because it trusted its own weight again.</w:t>
      </w:r>
    </w:p>
    <w:p>
      <w:pPr/>
      <w:r>
        <w:t>Looking too long toward the rebuilt stair line still brought back the wrong images first. Not the cleaner boards. Not the careful work. The old collapse instead — noise, broken timber, the house giving way faster than thought, Craig dropping through ruin into the dark below while everything around them seemed to lose its shape at once.</w:t>
      </w:r>
    </w:p>
    <w:p>
      <w:pPr/>
      <w:r>
        <w:t>So Jesse did what people in houses like this learned to do. She kept moving. Let the drawers open, the floorboards speak, the kettle noise fill the room, and the ordinary mess of other people existing nearby soften the harder edges before memory could turn practical things into open wounds again.</w:t>
      </w:r>
    </w:p>
    <w:p>
      <w:pPr/>
      <w:r/>
    </w:p>
    <w:p>
      <w:pPr/>
      <w:r>
        <w:t>Sares was halfway up the rebuilt stairs when Jesse noticed the gold chain in her hand.</w:t>
      </w:r>
    </w:p>
    <w:p>
      <w:pPr/>
      <w:r/>
    </w:p>
    <w:p>
      <w:pPr/>
      <w:r>
        <w:t>“Still wearing that?” Jesse asked.</w:t>
      </w:r>
    </w:p>
    <w:p>
      <w:pPr/>
      <w:r/>
    </w:p>
    <w:p>
      <w:pPr/>
      <w:r>
        <w:t>Sares looked down and touched the necklace automatically, thumb brushing the pendant before she let it fall back against her shirt. “Yeah.”</w:t>
      </w:r>
    </w:p>
    <w:p>
      <w:pPr/>
      <w:r/>
    </w:p>
    <w:p>
      <w:pPr/>
      <w:r>
        <w:t>“Good,” Jesse said.</w:t>
      </w:r>
    </w:p>
    <w:p>
      <w:pPr/>
      <w:r/>
    </w:p>
    <w:p>
      <w:pPr/>
      <w:r>
        <w:t>Sares gave the smallest shrug, but the gesture was careful enough to show it mattered more than she wanted to say aloud.</w:t>
      </w:r>
    </w:p>
    <w:p>
      <w:pPr/>
      <w:r/>
    </w:p>
    <w:p>
      <w:pPr/>
      <w:r>
        <w:t>By evening the house had thinned into smaller pockets of life. Phoenix stepped out to check the yard one last time before dark. Leah took a chair near the window with a book she had not turned a page of in ten minutes. Jesse stood at the sink, hands in warm water, letting the repetition of it settle her thoughts instead of sharpen them.</w:t>
      </w:r>
    </w:p>
    <w:p>
      <w:pPr/>
      <w:r/>
    </w:p>
    <w:p>
      <w:pPr/>
      <w:r>
        <w:t>Damian was in the hall by the stairs when Sares found him.</w:t>
      </w:r>
    </w:p>
    <w:p>
      <w:pPr/>
      <w:r/>
    </w:p>
    <w:p>
      <w:pPr/>
      <w:r>
        <w:t>He was checking nothing obvious — just standing there with that same unreadable attention he brought to rooms, exits, and silences — when she stopped a few feet from him and folded her arms.</w:t>
      </w:r>
    </w:p>
    <w:p>
      <w:pPr/>
      <w:r/>
    </w:p>
    <w:p>
      <w:pPr/>
      <w:r>
        <w:t>“What was that about?” she asked.</w:t>
      </w:r>
    </w:p>
    <w:p>
      <w:pPr/>
      <w:r/>
    </w:p>
    <w:p>
      <w:pPr/>
      <w:r>
        <w:t>He looked at her once. “You’ll have to be disappointingly specific.”</w:t>
      </w:r>
    </w:p>
    <w:p>
      <w:pPr/>
      <w:r/>
    </w:p>
    <w:p>
      <w:pPr/>
      <w:r>
        <w:t>“You and Phoenix.”</w:t>
      </w:r>
    </w:p>
    <w:p>
      <w:pPr/>
      <w:r/>
    </w:p>
    <w:p>
      <w:pPr/>
      <w:r>
        <w:t>No answer.</w:t>
      </w:r>
    </w:p>
    <w:p>
      <w:pPr/>
      <w:r/>
    </w:p>
    <w:p>
      <w:pPr/>
      <w:r>
        <w:t>“You both said you trusted Leah at the exact same time.”</w:t>
      </w:r>
    </w:p>
    <w:p>
      <w:pPr/>
      <w:r/>
    </w:p>
    <w:p>
      <w:pPr/>
      <w:r>
        <w:t>Damian glanced toward the sitting room, where Phoenix’s voice drifted in low and easy from somewhere near the back door. “Tragic coincidence.”</w:t>
      </w:r>
    </w:p>
    <w:p>
      <w:pPr/>
      <w:r/>
    </w:p>
    <w:p>
      <w:pPr/>
      <w:r>
        <w:t>Sares tilted her head. “Do you like Leah?”</w:t>
      </w:r>
    </w:p>
    <w:p>
      <w:pPr/>
      <w:r/>
    </w:p>
    <w:p>
      <w:pPr/>
      <w:r>
        <w:t>Damian did what Damian did best when he disliked a question: absolutely nothing.</w:t>
      </w:r>
    </w:p>
    <w:p>
      <w:pPr/>
      <w:r/>
    </w:p>
    <w:p>
      <w:pPr/>
      <w:r>
        <w:t>Sares waited him out for several seconds, then smiled to herself. “You know silence is still very loud, right?”</w:t>
      </w:r>
    </w:p>
    <w:p>
      <w:pPr/>
      <w:r/>
    </w:p>
    <w:p>
      <w:pPr/>
      <w:r>
        <w:t>He looked at her again, flat and unreadable. “And yet you keep making more of it.”</w:t>
      </w:r>
    </w:p>
    <w:p>
      <w:pPr/>
      <w:r/>
    </w:p>
    <w:p>
      <w:pPr/>
      <w:r>
        <w:t>“That wasn’t a no.”</w:t>
      </w:r>
    </w:p>
    <w:p>
      <w:pPr/>
      <w:r/>
    </w:p>
    <w:p>
      <w:pPr/>
      <w:r>
        <w:t>“That,” Damian said, “was me regretting the invention of conversation.”</w:t>
      </w:r>
    </w:p>
    <w:p>
      <w:pPr/>
      <w:r/>
    </w:p>
    <w:p>
      <w:pPr/>
      <w:r>
        <w:t>Sares grinned and leaned one shoulder against the wall. The necklace chain glinted once at her throat when she moved.</w:t>
      </w:r>
    </w:p>
    <w:p>
      <w:pPr/>
      <w:r/>
    </w:p>
    <w:p>
      <w:pPr/>
      <w:r>
        <w:t>For all his refusal to answer, he also did not tell her to go away.</w:t>
      </w:r>
    </w:p>
    <w:p>
      <w:pPr/>
      <w:r/>
    </w:p>
    <w:p>
      <w:pPr/>
      <w:r>
        <w:t>That, in Damian’s language, counted as almost indulgent.</w:t>
      </w:r>
    </w:p>
    <w:p>
      <w:pPr/>
      <w:r/>
    </w:p>
    <w:p>
      <w:pPr/>
      <w:r>
        <w:t>The farmhouse moved toward night slowly after that. Buster made a last round through the lower rooms and chose the stretch of floor closest to Sares’ chair. Phoenix came back in smelling of cold air and damp wood. Leah closed the unread book and looked for a moment like she might say something before deciding against it.</w:t>
      </w:r>
    </w:p>
    <w:p>
      <w:pPr/>
      <w:r/>
    </w:p>
    <w:p>
      <w:pPr/>
      <w:r>
        <w:t>Jesse watched all of it from the doorway between the kitchen and the hall and thought, not for the first time, that family rarely arrived in the shape people expected. Sometimes it came back bloodied. Sometimes it came carrying history nobody wanted. Sometimes it sat in a repaired farmhouse on an island that had learned too much, arguing over tea, trust, and whether a dog had been fed twice already.</w:t>
      </w:r>
    </w:p>
    <w:p>
      <w:pPr/>
      <w:r/>
    </w:p>
    <w:p>
      <w:pPr/>
      <w:r>
        <w:t>It was still family.</w:t>
      </w:r>
    </w:p>
    <w:p>
      <w:pPr/>
      <w:r/>
    </w:p>
    <w:p>
      <w:pPr/>
      <w:r>
        <w:t>And for tonight, that was enough.</w:t>
      </w:r>
    </w:p>
    <w:p>
      <w:pPr>
        <w:pStyle w:val="Heading1"/>
        <w:jc w:val="center"/>
      </w:pPr>
      <w:r>
        <w:t>Chapter Four: The Clean Up Crew</w:t>
      </w:r>
    </w:p>
    <w:p/>
    <w:p>
      <w:r>
        <w:t>The island looked almost harmless from the water.</w:t>
      </w:r>
    </w:p>
    <w:p>
      <w:r>
        <w:t>That was the first thing Garrick Holt distrusted about it.</w:t>
      </w:r>
    </w:p>
    <w:p>
      <w:r>
        <w:t>Dark rock. Low cloud. Mist thinning in torn sheets above the tree line. A rise of land beyond that, and, half-hidden higher up, the dark outline of the old fortress watching the sea like something that had learned patience from ruin.</w:t>
      </w:r>
    </w:p>
    <w:p>
      <w:r>
        <w:t>Nothing in the shape of the island warned ordinary men what had happened there.</w:t>
      </w:r>
    </w:p>
    <w:p>
      <w:r>
        <w:t>But Holt had spent too long walking aftermath to mistake quiet for innocence.</w:t>
      </w:r>
    </w:p>
    <w:p>
      <w:r>
        <w:t>The ship came in slow beneath a grey sky, steering not toward the main docks on the far side of the island, but toward a narrower strip of broken shore tucked beneath the cliffs west of the fortress. It was little more than a hidden landing — black stone, rough beach, a slant of ground steep enough to keep normal traffic away and just wide enough for the sort of arrival meant to go unseen.</w:t>
      </w:r>
    </w:p>
    <w:p>
      <w:r>
        <w:t>That was why Holt had chosen it.</w:t>
      </w:r>
    </w:p>
    <w:p>
      <w:r>
        <w:t>He stood at the bow while the shoreline tightened from suggestion into detail.</w:t>
      </w:r>
    </w:p>
    <w:p>
      <w:r>
        <w:t>Behind him, his unit moved with controlled speed. Weapons checked. Equipment straps tightened. Cases lifted and passed hand to hand. No wasted motion. No idle noise.</w:t>
      </w:r>
    </w:p>
    <w:p>
      <w:r>
        <w:t>This was not a general hunting party.</w:t>
      </w:r>
    </w:p>
    <w:p>
      <w:r>
        <w:t>It was a clean-up crew.</w:t>
      </w:r>
    </w:p>
    <w:p>
      <w:r>
        <w:t>The ordinary Vampire Hunters chased rumours, outbreaks, nests, single names worth killing. Holt’s people came after the damage was already done — when blood had dried, walls had broken, and someone had to decide what remained, what needed containing, and what the wider world would never be allowed to understand.</w:t>
      </w:r>
    </w:p>
    <w:p>
      <w:r>
        <w:t>The island had all the signs.</w:t>
      </w:r>
    </w:p>
    <w:p>
      <w:r>
        <w:t>Mira came to stand beside him, arms folded against the cold.</w:t>
      </w:r>
    </w:p>
    <w:p>
      <w:r>
        <w:t>“Still think he’s lying?”</w:t>
      </w:r>
    </w:p>
    <w:p>
      <w:r>
        <w:t>Holt kept his eyes on land. “Of course.”</w:t>
      </w:r>
    </w:p>
    <w:p>
      <w:r>
        <w:t>“But not enough to turn us around.”</w:t>
      </w:r>
    </w:p>
    <w:p>
      <w:r>
        <w:t>“No.”</w:t>
      </w:r>
    </w:p>
    <w:p>
      <w:r>
        <w:t>A sudden impact sounded from below deck.</w:t>
      </w:r>
    </w:p>
    <w:p>
      <w:r>
        <w:t>Not loud enough for panic. Loud enough for memory.</w:t>
      </w:r>
    </w:p>
    <w:p>
      <w:r>
        <w:t>Steel rang once beneath their feet, then again — a hard, deliberate strike from inside reinforced containment. A second answered it from somewhere deeper in the hold. Then silence.</w:t>
      </w:r>
    </w:p>
    <w:p>
      <w:r>
        <w:t>Behind them, one of the handlers stopped where he was.</w:t>
      </w:r>
    </w:p>
    <w:p>
      <w:r>
        <w:t>Blake looked back at him. “Move.”</w:t>
      </w:r>
    </w:p>
    <w:p>
      <w:r>
        <w:t>The handler moved.</w:t>
      </w:r>
    </w:p>
    <w:p>
      <w:r>
        <w:t>Clay, under guard near the starboard rail, turned his head toward the sound before he could stop himself.</w:t>
      </w:r>
    </w:p>
    <w:p>
      <w:r>
        <w:t>Holt noticed.</w:t>
      </w:r>
    </w:p>
    <w:p>
      <w:r>
        <w:t>The lower hold had taught the rest of the lesson on its own.</w:t>
      </w:r>
    </w:p>
    <w:p>
      <w:r>
        <w:t>The Hunters had not brought ordinary dogs.</w:t>
      </w:r>
    </w:p>
    <w:p>
      <w:r>
        <w:t>What lived below deck had made that clear long ago — through rattled steel, handlers carrying fresh meat, and howls that rolled through the ship in the wrong register, too deep and too old-sounding to belong to anything bred for companionship. Holt had no interest in displaying them early. Tools had more value when people first learned to fear them in the dark.</w:t>
      </w:r>
    </w:p>
    <w:p>
      <w:r>
        <w:t>A second low growl rose up through the hull.</w:t>
      </w:r>
    </w:p>
    <w:p>
      <w:r>
        <w:t>Mira did not look back. “They know.”</w:t>
      </w:r>
    </w:p>
    <w:p>
      <w:r>
        <w:t>The vessel angled in toward the narrow landing.</w:t>
      </w:r>
    </w:p>
    <w:p>
      <w:r>
        <w:t>Stone met metal with a heavy, controlled jolt. Lines were thrown and caught. A gangway slammed down against wet rock.</w:t>
      </w:r>
    </w:p>
    <w:p>
      <w:r>
        <w:t>Holt stepped ashore first.</w:t>
      </w:r>
    </w:p>
    <w:p>
      <w:r>
        <w:t>Cold air. Salt. Damp earth rising beneath the sea smell.</w:t>
      </w:r>
    </w:p>
    <w:p>
      <w:r>
        <w:t>The hidden landing was narrow and ugly and exactly what he needed. No village traffic. No fishermen. No civilian eyes. Only rock, scrub, cliff edge, and the rough rising path that led inward toward the fortress above.</w:t>
      </w:r>
    </w:p>
    <w:p>
      <w:r>
        <w:t>Good.</w:t>
      </w:r>
    </w:p>
    <w:p>
      <w:r>
        <w:t>Blake and Dorian moved first along the ascent. Corin came after them with two of the support men carrying scoped cases and survey gear. Mira remained near Holt long enough to make sure the first sweep found nothing immediate.</w:t>
      </w:r>
    </w:p>
    <w:p>
      <w:r>
        <w:t>Clay was brought behind them between two armed escorts.</w:t>
      </w:r>
    </w:p>
    <w:p>
      <w:r>
        <w:t>No one spoke.</w:t>
      </w:r>
    </w:p>
    <w:p>
      <w:r>
        <w:t>No cages came ashore.</w:t>
      </w:r>
    </w:p>
    <w:p>
      <w:r>
        <w:t>No handlers dragged reinforced enclosures up the slope.</w:t>
      </w:r>
    </w:p>
    <w:p>
      <w:r>
        <w:t>Whatever waited below deck remained aboard for now — in chain, darkness, and steel — while Holt secured ground worth bringing it onto.</w:t>
      </w:r>
    </w:p>
    <w:p>
      <w:r>
        <w:t>Blake glanced back toward the ship once, then at Holt. “Leaving them below?”</w:t>
      </w:r>
    </w:p>
    <w:p>
      <w:r>
        <w:t>“For now.”</w:t>
      </w:r>
    </w:p>
    <w:p>
      <w:r>
        <w:t>Blake seemed mildly disappointed.</w:t>
      </w:r>
    </w:p>
    <w:p>
      <w:r>
        <w:t>Mira, checking the incline and the tree line together, said, “Good.”</w:t>
      </w:r>
    </w:p>
    <w:p>
      <w:r>
        <w:t>The ascent to the fortress was steeper than it had looked from the water. Roots pushed through broken stone. Mist clung low at the edges where the path narrowed. The whole climb felt like walking up through the island’s teeth.</w:t>
      </w:r>
    </w:p>
    <w:p>
      <w:r>
        <w:t>Corin moved slightly ahead, scanning line and slope. “No recent heavy movement.”</w:t>
      </w:r>
    </w:p>
    <w:p>
      <w:r>
        <w:t>Mira replied, “That doesn’t mean unoccupied.”</w:t>
      </w:r>
    </w:p>
    <w:p>
      <w:r>
        <w:t>“I didn’t say it did.”</w:t>
      </w:r>
    </w:p>
    <w:p>
      <w:r>
        <w:t>Clay climbed without speaking, though Holt noticed the man’s eyes moving almost constantly — fortress line, tree line, shoreline below, the ground ahead. Not the wandering gaze of a prisoner. The measuring gaze of someone returning to a place he had once considered under his control and now had to re-enter as cargo.</w:t>
      </w:r>
    </w:p>
    <w:p>
      <w:r>
        <w:t>Useful.</w:t>
      </w:r>
    </w:p>
    <w:p>
      <w:r>
        <w:t>By the time they reached the fortress, the sky had lowered further, flattening the light into something almost colourless.</w:t>
      </w:r>
    </w:p>
    <w:p>
      <w:r>
        <w:t>The place stood like a wound that had been repaired instead of healed. Old stone, reinforced sections, newer supports hammered into damaged structure, the remains of authority still clinging to the walls by habit alone.</w:t>
      </w:r>
    </w:p>
    <w:p>
      <w:r>
        <w:t>The main gate hung half-open.</w:t>
      </w:r>
    </w:p>
    <w:p>
      <w:r>
        <w:t>Repaired once.</w:t>
      </w:r>
    </w:p>
    <w:p>
      <w:r>
        <w:t>Strengthened again.</w:t>
      </w:r>
    </w:p>
    <w:p>
      <w:r>
        <w:t>Good sight lines from the upper wall. Multiple inward routes. One obvious lower weak point. West side cover. Courtyard broad enough to stage from, narrow enough to defend if needed.</w:t>
      </w:r>
    </w:p>
    <w:p>
      <w:r>
        <w:t>A workable base.</w:t>
      </w:r>
    </w:p>
    <w:p>
      <w:pPr/>
      <w:r>
        <w:t>Corin stood still for a moment longer, reading the fortress and the ground around it the way other men read weather. His gaze moved from the west wall to the lower arch, then down the slope toward the hidden landing and back again to the broken tree line beyond the outer approach.</w:t>
      </w:r>
    </w:p>
    <w:p>
      <w:pPr/>
      <w:r>
        <w:t>“The western rise holds mist longer in the morning,” he said. “That cuts visibility from below but keeps upper sightlines cleaner if we post properly. Sound will travel badly across the dip and then carry too well off the cliff after dark.”</w:t>
      </w:r>
    </w:p>
    <w:p>
      <w:pPr/>
      <w:r>
        <w:t>Mira followed his eye-line without looking impressed. “Meaning movement from the lower tracks may arrive before we hear it where we expect to.”</w:t>
      </w:r>
    </w:p>
    <w:p>
      <w:pPr/>
      <w:r>
        <w:t>“Yes.” Corin pointed with two fingers instead of the pencil this time, marking not roads but pressure. “The gate gives us the obvious line. The lower arch gives us the dangerous one. Woodland approach here, graveyard line there, outer slope blind for three seconds if someone knows how to use the broken wall correctly.”</w:t>
      </w:r>
    </w:p>
    <w:p>
      <w:pPr/>
      <w:r>
        <w:t>Blake looked toward the shattered section and gave a humourless breath. “Then we post someone there.”</w:t>
      </w:r>
    </w:p>
    <w:p>
      <w:pPr/>
      <w:r>
        <w:t>“No,” Corin said. “We post for what comes after there. Anyone good enough to use that entry point is already planning for the first man to be seen.”</w:t>
      </w:r>
    </w:p>
    <w:p>
      <w:pPr/>
      <w:r>
        <w:t>Holt’s gaze stayed on the same section of wall. “NightFangs?”</w:t>
      </w:r>
    </w:p>
    <w:p>
      <w:pPr/>
      <w:r>
        <w:t>Corin considered the ground below. “Too early.”</w:t>
      </w:r>
    </w:p>
    <w:p>
      <w:pPr/>
      <w:r>
        <w:t>Blake turned. “You dragged them across the water to leave them boxed?”</w:t>
      </w:r>
    </w:p>
    <w:p>
      <w:pPr/>
      <w:r>
        <w:t>“For now,” Corin said. “Release them before we know the island properly and they track strongest scent, not correct scent. That makes them force, not control.”</w:t>
      </w:r>
    </w:p>
    <w:p>
      <w:pPr/>
      <w:r>
        <w:t>Mira folded her arms. “And we’re here for control.”</w:t>
      </w:r>
    </w:p>
    <w:p>
      <w:pPr/>
      <w:r>
        <w:t>Holt looked once toward the hidden landing far below, where the ship sat out beyond easy view. “Exactly.”</w:t>
      </w:r>
    </w:p>
    <w:p>
      <w:pPr/>
      <w:r>
        <w:t>The fortress held the silence for a beat after that, old stone waiting while newer logic settled over it. Blackthorne had once been a seat of command. Under Holt, it was becoming a measuring device.</w:t>
      </w:r>
    </w:p>
    <w:p>
      <w:r>
        <w:t>“It’ll do,” Holt said.</w:t>
      </w:r>
    </w:p>
    <w:p>
      <w:r>
        <w:t>That was enough.</w:t>
      </w:r>
    </w:p>
    <w:p>
      <w:r>
        <w:t>The unit spread immediately.</w:t>
      </w:r>
    </w:p>
    <w:p>
      <w:r>
        <w:t>Blake and two support men took the perimeter wall.</w:t>
      </w:r>
    </w:p>
    <w:p>
      <w:r>
        <w:t>Dorian checked the upper levels.</w:t>
      </w:r>
    </w:p>
    <w:p>
      <w:r>
        <w:t>Mira crossed the courtyard toward the inner passageways with the speed of someone already mapping exits and kill lines in her head.</w:t>
      </w:r>
    </w:p>
    <w:p>
      <w:r>
        <w:t>Corin moved toward the western stair and began marking sight points, blind spots, and structural weaknesses without saying a word more than necessary.</w:t>
      </w:r>
    </w:p>
    <w:p>
      <w:r>
        <w:t>Clay was kept under guard near the centre arch.</w:t>
      </w:r>
    </w:p>
    <w:p>
      <w:r>
        <w:t>Holt took a moment to look across the courtyard.</w:t>
      </w:r>
    </w:p>
    <w:p>
      <w:r>
        <w:t>Not empty in the clean sense. Empty in the interrupted sense. Torn cloth on a broken iron hook. Scuff marks. Displaced crates. Lantern glass on the ground near the steps. A place someone had intended to come back to before the story ended without asking them.</w:t>
      </w:r>
    </w:p>
    <w:p>
      <w:r>
        <w:t>One of the support men called down from the first stairwell. “Upper rooms clear.”</w:t>
      </w:r>
    </w:p>
    <w:p>
      <w:r>
        <w:t>Another voice from below: “Lower access still usable.”</w:t>
      </w:r>
    </w:p>
    <w:p>
      <w:r>
        <w:t>“Secure it,” Holt said.</w:t>
      </w:r>
    </w:p>
    <w:p>
      <w:r>
        <w:t>He turned toward Clay.</w:t>
      </w:r>
    </w:p>
    <w:p>
      <w:r>
        <w:t>“Well?”</w:t>
      </w:r>
    </w:p>
    <w:p>
      <w:r>
        <w:t>Clay looked around the courtyard slowly. “You picked a grave with good sight lines.”</w:t>
      </w:r>
    </w:p>
    <w:p>
      <w:r>
        <w:t>Blake came down from the wall edge just far enough to sneer. “You should be grateful we didn’t leave you in one.”</w:t>
      </w:r>
    </w:p>
    <w:p>
      <w:r>
        <w:t>Clay’s mouth shifted slightly. “You’ve had three months.”</w:t>
      </w:r>
    </w:p>
    <w:p>
      <w:r>
        <w:t>Blake took a step.</w:t>
      </w:r>
    </w:p>
    <w:p>
      <w:r>
        <w:t>Holt didn’t even look at him. “Enough.”</w:t>
      </w:r>
    </w:p>
    <w:p>
      <w:r>
        <w:t>He looked back at Clay.</w:t>
      </w:r>
    </w:p>
    <w:p>
      <w:r>
        <w:t>“Do we hold it?”</w:t>
      </w:r>
    </w:p>
    <w:p>
      <w:r>
        <w:t>Clay’s eyes moved from the west wall to the lower arch and then beyond the broken roofline toward the treeline below.</w:t>
      </w:r>
    </w:p>
    <w:p>
      <w:r>
        <w:t>“For now.”</w:t>
      </w:r>
    </w:p>
    <w:p>
      <w:r>
        <w:t>“That’s not confidence.”</w:t>
      </w:r>
    </w:p>
    <w:p>
      <w:r>
        <w:t>“It wasn’t meant to be.”</w:t>
      </w:r>
    </w:p>
    <w:p>
      <w:r>
        <w:t>Mira returned from the inner passage. “East rooms are usable. West side better for equipment. Lower vaults still dry enough for storage.”</w:t>
      </w:r>
    </w:p>
    <w:p>
      <w:r>
        <w:t>“We’ll use them.”</w:t>
      </w:r>
    </w:p>
    <w:p>
      <w:r>
        <w:t>The next wave of supplies started coming up from the landing.</w:t>
      </w:r>
    </w:p>
    <w:p>
      <w:r>
        <w:t>Ammunition cases. Medical kits. Survey gear. Ration crates. No cages.</w:t>
      </w:r>
    </w:p>
    <w:p>
      <w:r>
        <w:t>From far below, faint under the wind, came a low sound from the ship.</w:t>
      </w:r>
    </w:p>
    <w:p>
      <w:r>
        <w:t>Not a full howl.</w:t>
      </w:r>
    </w:p>
    <w:p>
      <w:r>
        <w:t>Not a bark.</w:t>
      </w:r>
    </w:p>
    <w:p>
      <w:r>
        <w:t>Something in between — deeper than either, carried badly by distance but still wrong enough that everyone who heard it recognized immediately it did not belong to a normal dog.</w:t>
      </w:r>
    </w:p>
    <w:p>
      <w:r>
        <w:t>One of the support men stopped working just long enough to glance toward the coast.</w:t>
      </w:r>
    </w:p>
    <w:p>
      <w:r>
        <w:t>“What was that?”</w:t>
      </w:r>
    </w:p>
    <w:p>
      <w:r>
        <w:t>Blake answered without looking up. “Nothing you need close.”</w:t>
      </w:r>
    </w:p>
    <w:p>
      <w:r>
        <w:t>The man got back to work.</w:t>
      </w:r>
    </w:p>
    <w:p>
      <w:r>
        <w:t>Corin came down from the stair and stopped near Holt. “We’ll need night rotations doubled if the west weather rolls in.”</w:t>
      </w:r>
    </w:p>
    <w:p>
      <w:r>
        <w:t>“Do it.”</w:t>
      </w:r>
    </w:p>
    <w:p>
      <w:r>
        <w:t>“And if we bring them ashore later?”</w:t>
      </w:r>
    </w:p>
    <w:p>
      <w:r>
        <w:t>Holt’s gaze shifted once toward the distant hidden landing below. “Not until we know the ground better.”</w:t>
      </w:r>
    </w:p>
    <w:p>
      <w:r>
        <w:t>Mira heard that and said, “Sensibly.”</w:t>
      </w:r>
    </w:p>
    <w:p>
      <w:r>
        <w:t>Blake sounded less pleased. “You brought Shadow, Thorax, and Sabre this far to leave them listening to the tide?”</w:t>
      </w:r>
    </w:p>
    <w:p>
      <w:r>
        <w:t>Corin’s head turned slightly toward him. “Better the tide than bad deployment.”</w:t>
      </w:r>
    </w:p>
    <w:p>
      <w:r>
        <w:t>Blake’s mouth tightened.</w:t>
      </w:r>
    </w:p>
    <w:p>
      <w:r>
        <w:t>Clay looked at none of them, which was almost the same as listening harder.</w:t>
      </w:r>
    </w:p>
    <w:p>
      <w:r>
        <w:t>The handlers had named the NightFangs often enough on deck that the sounds alone had begun to carry identity. Shadow — restless and quick to answer movement. Thorax — heavier, more openly violent. Sabre —</w:t>
      </w:r>
    </w:p>
    <w:p>
      <w:r>
        <w:t>Sabre was the quiet one.</w:t>
      </w:r>
    </w:p>
    <w:p>
      <w:r>
        <w:t>That was the one Holt distrusted most.</w:t>
      </w:r>
    </w:p>
    <w:p>
      <w:r>
        <w:t>Because rage was easy to read.</w:t>
      </w:r>
    </w:p>
    <w:p>
      <w:r>
        <w:t>Patience was not.</w:t>
      </w:r>
    </w:p>
    <w:p>
      <w:r>
        <w:t>Holt moved toward the west wall and looked out over the drop beyond the fortress. Trees. Mist. The hidden landing below. The sea beyond that, with the ship sitting just out far enough to avoid easy scrutiny from inland.</w:t>
      </w:r>
    </w:p>
    <w:p>
      <w:r>
        <w:t>Good placement.</w:t>
      </w:r>
    </w:p>
    <w:p>
      <w:r>
        <w:t>Good silence.</w:t>
      </w:r>
    </w:p>
    <w:p>
      <w:r>
        <w:t>For now.</w:t>
      </w:r>
    </w:p>
    <w:p>
      <w:r>
        <w:t>Behind him, Clay said, “You’re establishing before you move.”</w:t>
      </w:r>
    </w:p>
    <w:p>
      <w:r>
        <w:t>Holt didn’t turn. “Yes.”</w:t>
      </w:r>
    </w:p>
    <w:p>
      <w:r>
        <w:t>“Cautious.”</w:t>
      </w:r>
    </w:p>
    <w:p>
      <w:r>
        <w:t>“Competent.”</w:t>
      </w:r>
    </w:p>
    <w:p>
      <w:r>
        <w:t>Clay gave a dry breath that might once have been a laugh. “Same thing if you survive.”</w:t>
      </w:r>
    </w:p>
    <w:p>
      <w:r>
        <w:t>The fortress was already changing around them.</w:t>
      </w:r>
    </w:p>
    <w:p>
      <w:r>
        <w:t>Bedrolls being laid out.</w:t>
      </w:r>
    </w:p>
    <w:p>
      <w:r>
        <w:t>Sight lines claimed.</w:t>
      </w:r>
    </w:p>
    <w:p>
      <w:r>
        <w:t>Watch points manned.</w:t>
      </w:r>
    </w:p>
    <w:p>
      <w:r>
        <w:t>A ruined seat of old power becoming something colder and more functional under Hunter discipline.</w:t>
      </w:r>
    </w:p>
    <w:p>
      <w:r>
        <w:t>That was what clean-up looked like when done properly.</w:t>
      </w:r>
    </w:p>
    <w:p>
      <w:r>
        <w:t>Not a charge.</w:t>
      </w:r>
    </w:p>
    <w:p>
      <w:r>
        <w:t>Not a raid.</w:t>
      </w:r>
    </w:p>
    <w:p>
      <w:r>
        <w:t>Occupation.</w:t>
      </w:r>
    </w:p>
    <w:p>
      <w:r>
        <w:t>The island would not understand it immediately.</w:t>
      </w:r>
    </w:p>
    <w:p>
      <w:r>
        <w:t>That was fine.</w:t>
      </w:r>
    </w:p>
    <w:p>
      <w:r>
        <w:t>By the time it did, the terms would already be set.</w:t>
      </w:r>
    </w:p>
    <w:p>
      <w:r>
        <w:t>Holt turned back toward the courtyard.</w:t>
      </w:r>
    </w:p>
    <w:p>
      <w:r>
        <w:t>“By dusk,” he said, “I want full perimeter assignment, upper-wall sight discipline, lower vault inventory, and no movement on the farmhouse until I have a clear pattern of their routines.”</w:t>
      </w:r>
    </w:p>
    <w:p>
      <w:r>
        <w:t>Corin answered first. “Understood.”</w:t>
      </w:r>
    </w:p>
    <w:p>
      <w:r>
        <w:t>Mira nodded.</w:t>
      </w:r>
    </w:p>
    <w:p>
      <w:r>
        <w:t>Dorian, near the inner arch, said, “And him?”</w:t>
      </w:r>
    </w:p>
    <w:p>
      <w:r>
        <w:t>He meant Clay.</w:t>
      </w:r>
    </w:p>
    <w:p>
      <w:r>
        <w:t>Holt looked at the man.</w:t>
      </w:r>
    </w:p>
    <w:p>
      <w:r>
        <w:t>“Restricted movement,” Holt said. “Guarded at all times. He eats with supervision. If he runs, break the leg before the neck.”</w:t>
      </w:r>
    </w:p>
    <w:p>
      <w:r>
        <w:t>Blake looked almost disappointed by the order of preference.</w:t>
      </w:r>
    </w:p>
    <w:p>
      <w:r>
        <w:t>Clay said, “How generous.”</w:t>
      </w:r>
    </w:p>
    <w:p>
      <w:r>
        <w:t>“No,” Holt replied. “Useful.”</w:t>
      </w:r>
    </w:p>
    <w:p>
      <w:r>
        <w:t>Below the fortress, from the direction of the hidden landing, the wind carried one more low, distant howl from the ship.</w:t>
      </w:r>
    </w:p>
    <w:p>
      <w:r>
        <w:t>This time no one mistook it for anything ordinary.</w:t>
      </w:r>
    </w:p>
    <w:p>
      <w:r>
        <w:t>Mira heard it and said quietly, “They know where they are.”</w:t>
      </w:r>
    </w:p>
    <w:p>
      <w:r>
        <w:t>Yes.</w:t>
      </w:r>
    </w:p>
    <w:p>
      <w:r>
        <w:t>So did Holt.</w:t>
      </w:r>
    </w:p>
    <w:p>
      <w:r>
        <w:t>And by the time the island learned it too, the worst of the night would already belong to him.</w:t>
      </w:r>
    </w:p>
    <w:p>
      <w:r>
        <w:br w:type="page"/>
      </w:r>
    </w:p>
    <w:p>
      <w:pPr>
        <w:pStyle w:val="Heading1"/>
        <w:jc w:val="center"/>
      </w:pPr>
      <w:r>
        <w:t>Chapter Five: Training Ground</w:t>
      </w:r>
    </w:p>
    <w:p/>
    <w:p>
      <w:r>
        <w:t>Morning at the farmhouse had its own rhythm now.</w:t>
      </w:r>
    </w:p>
    <w:p>
      <w:r>
        <w:t>Not peace. Not anything soft enough to be mistaken for healing. Just repetition — the rough comfort of people waking in the same place often enough to begin expecting tomorrow from it.</w:t>
      </w:r>
    </w:p>
    <w:p>
      <w:r>
        <w:t>The training patch sat beyond the outbuilding, where the ground flattened out just enough to make use of it. Once it might have been part of a paddock. Now it was a rectangle of trampled earth, broken fence posts, hanging rope, stacked crates, and whatever else Phoenix and Damian had dragged into place to give shape to practice.</w:t>
      </w:r>
    </w:p>
    <w:p>
      <w:r>
        <w:t>Jesse stood at the kitchen window with a mug in both hands and watched Sares out there with Buster.</w:t>
      </w:r>
    </w:p>
    <w:p>
      <w:r>
        <w:t>The dog sat in front of her, ears up, attention sharp. Sares held herself differently now when she worked with him. Not confident, exactly. But she had stopped looking like she was borrowing responsibility from somebody else. That mattered.</w:t>
      </w:r>
    </w:p>
    <w:p>
      <w:r>
        <w:t>Behind Jesse, Leah crossed the kitchen and stopped near the table.</w:t>
      </w:r>
    </w:p>
    <w:p>
      <w:r>
        <w:t>“She’s getting better with him.”</w:t>
      </w:r>
    </w:p>
    <w:p>
      <w:r>
        <w:t>Jesse didn’t turn. “He likes being told what to do, as long as he can pretend it was his idea.”</w:t>
      </w:r>
    </w:p>
    <w:p>
      <w:r>
        <w:t>Leah stood beside her and looked out at the yard too. “That sounds familiar.”</w:t>
      </w:r>
    </w:p>
    <w:p>
      <w:r>
        <w:t>Jesse glanced sideways. “You talking about Buster or Damian?”</w:t>
      </w:r>
    </w:p>
    <w:p>
      <w:r>
        <w:t>Leah’s mouth moved at one corner. “I’m not sure there’s enough difference to matter.”</w:t>
      </w:r>
    </w:p>
    <w:p>
      <w:r>
        <w:t>Outside, Sares pointed toward a stacked crate at the far side of the patch.</w:t>
      </w:r>
    </w:p>
    <w:p>
      <w:r>
        <w:t>“Stay.”</w:t>
      </w:r>
    </w:p>
    <w:p>
      <w:r>
        <w:t>Buster remained where he was.</w:t>
      </w:r>
    </w:p>
    <w:p>
      <w:r>
        <w:t>Sares took three backward steps, then clicked her fingers. “Now.”</w:t>
      </w:r>
    </w:p>
    <w:p>
      <w:r>
        <w:t>Buster shot forward.</w:t>
      </w:r>
    </w:p>
    <w:p>
      <w:r>
        <w:t>Phoenix, leaning on the outbuilding post with one shoulder, watched the dog circle the crate and return. “That’s cheating.”</w:t>
      </w:r>
    </w:p>
    <w:p>
      <w:r>
        <w:t>Sares straightened. “How?”</w:t>
      </w:r>
    </w:p>
    <w:p>
      <w:r>
        <w:t>“He likes you.”</w:t>
      </w:r>
    </w:p>
    <w:p>
      <w:r>
        <w:t>“That’s not cheating. That’s strategy.”</w:t>
      </w:r>
    </w:p>
    <w:p>
      <w:r>
        <w:t>Damian, a few feet away, was kneeling beside an open wooden case, checking bolts one by one. He didn’t look up.</w:t>
      </w:r>
    </w:p>
    <w:p>
      <w:r>
        <w:t>“No,” he said. “That’s luck.”</w:t>
      </w:r>
    </w:p>
    <w:p>
      <w:r>
        <w:t>Sares looked at him. “I thought you said luck wasn’t real.”</w:t>
      </w:r>
    </w:p>
    <w:p>
      <w:r>
        <w:t>“I said depending on it was stupid.”</w:t>
      </w:r>
    </w:p>
    <w:p>
      <w:r>
        <w:t>“That’s not the same thing.”</w:t>
      </w:r>
    </w:p>
    <w:p>
      <w:r>
        <w:t>“It is if you survive long enough.”</w:t>
      </w:r>
    </w:p>
    <w:p>
      <w:r>
        <w:t>Phoenix folded his arms. “He’s so good with encouragement.”</w:t>
      </w:r>
    </w:p>
    <w:p>
      <w:r>
        <w:t>Damian set one bolt aside and picked up another. “I’m saving the encouraging version for someone promising.”</w:t>
      </w:r>
    </w:p>
    <w:p>
      <w:r>
        <w:t>Sares took the slingshot from her pocket and held it up with pointed irritation. “Still works.”</w:t>
      </w:r>
    </w:p>
    <w:p>
      <w:r>
        <w:t>Damian looked at it.</w:t>
      </w:r>
    </w:p>
    <w:p>
      <w:r>
        <w:t>Then at her.</w:t>
      </w:r>
    </w:p>
    <w:p>
      <w:r>
        <w:t>Then back at the slingshot again.</w:t>
      </w:r>
    </w:p>
    <w:p>
      <w:r>
        <w:t>“You planning to annoy someone to death with that?”</w:t>
      </w:r>
    </w:p>
    <w:p>
      <w:pPr/>
      <w:r>
        <w:t>“Well, it saved you once.”</w:t>
      </w:r>
    </w:p>
    <w:p>
      <w:pPr/>
      <w:r>
        <w:t>That bought her a pause. Not a long one, but a real one.</w:t>
      </w:r>
    </w:p>
    <w:p>
      <w:pPr/>
      <w:r>
        <w:t>Phoenix looked between them with immediate interest. “There it is.”</w:t>
      </w:r>
    </w:p>
    <w:p>
      <w:pPr/>
      <w:r>
        <w:t>Damian’s mouth shifted faintly. “It distracted Felix once.”</w:t>
      </w:r>
    </w:p>
    <w:p>
      <w:pPr/>
      <w:r>
        <w:t>“Twice,” Sares said. “If we’re counting properly.”</w:t>
      </w:r>
    </w:p>
    <w:p>
      <w:pPr/>
      <w:r>
        <w:t>He gave her a flat look, which in Damian’s language was already halfway to conceding the point. “Fine. It worked.”</w:t>
      </w:r>
    </w:p>
    <w:p>
      <w:pPr/>
      <w:r>
        <w:t>Sares folded her arms with open triumph. “Thank you.”</w:t>
      </w:r>
    </w:p>
    <w:p>
      <w:pPr/>
      <w:r>
        <w:t>“Don’t enjoy this too much.” Damian held out one hand. “Give it here.”</w:t>
      </w:r>
    </w:p>
    <w:p>
      <w:pPr/>
      <w:r>
        <w:t>She passed him the slingshot. He weighed it once, tested the tension in the band with his thumb, then handed it back.</w:t>
      </w:r>
    </w:p>
    <w:p>
      <w:pPr/>
      <w:r>
        <w:t>“It works,” he said, “because you don’t hesitate with it. Because you’ll use a ridiculous thing seriously while somebody else is still deciding whether to laugh first. That matters.”</w:t>
      </w:r>
    </w:p>
    <w:p>
      <w:pPr/>
      <w:r>
        <w:t>Sares looked at the leather band, then back at him. “That sounded dangerously like respect.”</w:t>
      </w:r>
    </w:p>
    <w:p>
      <w:pPr/>
      <w:r>
        <w:t>“It was criticism with structure.”</w:t>
      </w:r>
    </w:p>
    <w:p>
      <w:pPr/>
      <w:r>
        <w:t>Phoenix let out a short breath through his nose.</w:t>
      </w:r>
    </w:p>
    <w:p>
      <w:pPr/>
      <w:r>
        <w:t>Damian pointed toward the yard. “A crossbow gives you reach, force, and fewer arguments with gravity. That thing gives you surprise, angle, and deniability. Don’t confuse one with the other.”</w:t>
      </w:r>
    </w:p>
    <w:p>
      <w:pPr/>
      <w:r>
        <w:t>Sares lifted the slingshot slightly. “So which one wins?”</w:t>
      </w:r>
    </w:p>
    <w:p>
      <w:pPr/>
      <w:r>
        <w:t>Damian looked toward the tree line. “The one used before the other person finishes underestimating it.”</w:t>
      </w:r>
    </w:p>
    <w:p>
      <w:r>
        <w:t>The line landed exactly as it should.</w:t>
      </w:r>
    </w:p>
    <w:p>
      <w:r>
        <w:t>Sares stared at him.</w:t>
      </w:r>
    </w:p>
    <w:p>
      <w:r>
        <w:t>Phoenix, now close enough to hear, let out a short surprised laugh.</w:t>
      </w:r>
    </w:p>
    <w:p>
      <w:r>
        <w:t>Sares tucked the slingshot back into her pocket with all the dignity she could salvage. “It works.”</w:t>
      </w:r>
    </w:p>
    <w:p>
      <w:r>
        <w:t>Damian set the crossbow case down against the fence. “That depends what you’re trying to accomplish.”</w:t>
      </w:r>
    </w:p>
    <w:p>
      <w:r>
        <w:t>“It hits things.”</w:t>
      </w:r>
    </w:p>
    <w:p>
      <w:r>
        <w:t>“So does weather.”</w:t>
      </w:r>
    </w:p>
    <w:p>
      <w:r>
        <w:t>From the kitchen window, Jesse shook her head.</w:t>
      </w:r>
    </w:p>
    <w:p>
      <w:r>
        <w:t>Jesse stepped outside a minute later and leaned on the nearest fence rail. “Tell him I’m doing it right,” Sares said.</w:t>
      </w:r>
    </w:p>
    <w:p>
      <w:r>
        <w:t>Jesse looked at Buster, then at the dog’s posture, then at the marked path Sares had laid out between the crates.</w:t>
      </w:r>
    </w:p>
    <w:p>
      <w:r>
        <w:t>“You’re doing it right.”</w:t>
      </w:r>
    </w:p>
    <w:p>
      <w:r>
        <w:t>Sares turned at once toward Damian with open triumph. “See?”</w:t>
      </w:r>
    </w:p>
    <w:p>
      <w:r>
        <w:t>Damian shut the case and rose. “I said the dog was doing it right.”</w:t>
      </w:r>
    </w:p>
    <w:p>
      <w:r>
        <w:t>That wiped the triumph off her face quickly enough to be satisfying.</w:t>
      </w:r>
    </w:p>
    <w:p>
      <w:r>
        <w:t>Leah came down from the porch then and stopped near the fence, arms folded against the cold. Buster noticed her, paused his return run, then looked back to Sares for instruction rather than breaking position.</w:t>
      </w:r>
    </w:p>
    <w:p>
      <w:r>
        <w:t>That got a small approving nod from Leah.</w:t>
      </w:r>
    </w:p>
    <w:p>
      <w:r>
        <w:t>“He’s learning.”</w:t>
      </w:r>
    </w:p>
    <w:p>
      <w:r>
        <w:t>Sares lit up at that more than she meant to.</w:t>
      </w:r>
    </w:p>
    <w:p>
      <w:r>
        <w:t>“See?” she said, mostly to Damian.</w:t>
      </w:r>
    </w:p>
    <w:p>
      <w:r>
        <w:t>Damian didn’t look at her. “One decent pass doesn’t make a soldier.”</w:t>
      </w:r>
    </w:p>
    <w:p>
      <w:r>
        <w:t>“No,” Leah said. “But it does make a start.”</w:t>
      </w:r>
    </w:p>
    <w:p>
      <w:r>
        <w:t>Phoenix shifted his weight at that and glanced toward Leah in the brief, unreadable way Jesse had begun noticing more often lately. Not enough to comment on. Enough to store away.</w:t>
      </w:r>
    </w:p>
    <w:p>
      <w:r>
        <w:t>Damian noticed too.</w:t>
      </w:r>
    </w:p>
    <w:p>
      <w:r>
        <w:t>Jesse looked toward the treeline beyond the training patch.</w:t>
      </w:r>
    </w:p>
    <w:p>
      <w:r>
        <w:t>Something about the morning felt wrong.</w:t>
      </w:r>
    </w:p>
    <w:p>
      <w:r>
        <w:t>Not loud-wrong. Not visible-wrong. Just off by a degree she couldn’t name cleanly.</w:t>
      </w:r>
    </w:p>
    <w:p>
      <w:r>
        <w:t>Buster felt it before she said anything.</w:t>
      </w:r>
    </w:p>
    <w:p>
      <w:r>
        <w:t>His ears lifted.</w:t>
      </w:r>
    </w:p>
    <w:p>
      <w:r>
        <w:t>His body turned just slightly toward the woods.</w:t>
      </w:r>
    </w:p>
    <w:p>
      <w:r>
        <w:t>Sares saw the movement at once. “What is it?”</w:t>
      </w:r>
    </w:p>
    <w:p>
      <w:r>
        <w:t>No answer, obviously. The dog only stood there, staring toward the line of trees beyond the lower field.</w:t>
      </w:r>
    </w:p>
    <w:p>
      <w:r>
        <w:t>Phoenix followed his gaze. “Probably nothing.”</w:t>
      </w:r>
    </w:p>
    <w:p>
      <w:r>
        <w:t>“That’s reassuring,” Leah said.</w:t>
      </w:r>
    </w:p>
    <w:p>
      <w:r>
        <w:t>“It’s practical.”</w:t>
      </w:r>
    </w:p>
    <w:p>
      <w:r>
        <w:t>“That’s Jesse’s line.”</w:t>
      </w:r>
    </w:p>
    <w:p>
      <w:r>
        <w:t>“It gets shared around.”</w:t>
      </w:r>
    </w:p>
    <w:p>
      <w:r>
        <w:t>Jesse didn’t answer.</w:t>
      </w:r>
    </w:p>
    <w:p>
      <w:r>
        <w:t>She kept looking toward the trees.</w:t>
      </w:r>
    </w:p>
    <w:p>
      <w:r>
        <w:t>The island had been quieter these last months, but not empty. There had been enough strange noises in the distance, enough rumours from supply runs, enough broken traces in the outer paths to know the war had not scrubbed the place clean. It had only changed the kinds of things left wandering after dark.</w:t>
      </w:r>
    </w:p>
    <w:p>
      <w:r>
        <w:t>And now, with the Hunters somewhere on the island — though not yet close enough to be seen here — that feeling had sharpened again.</w:t>
      </w:r>
    </w:p>
    <w:p>
      <w:r>
        <w:t>Watched.</w:t>
      </w:r>
    </w:p>
    <w:p>
      <w:r>
        <w:t>Buster gave a low sound in his throat.</w:t>
      </w:r>
    </w:p>
    <w:p>
      <w:r>
        <w:t>Damian set the case down by his boot.</w:t>
      </w:r>
    </w:p>
    <w:p>
      <w:r>
        <w:t>That, more than anything, made the yard change.</w:t>
      </w:r>
    </w:p>
    <w:p>
      <w:r>
        <w:t>Not panic. Just readiness.</w:t>
      </w:r>
    </w:p>
    <w:p>
      <w:r>
        <w:t>Jesse said, “Phoenix.”</w:t>
      </w:r>
    </w:p>
    <w:p>
      <w:r>
        <w:t>He was already moving, taking two steps toward the fence line for a better angle through the trees.</w:t>
      </w:r>
    </w:p>
    <w:p>
      <w:r>
        <w:t>“Can’t see anyone.”</w:t>
      </w:r>
    </w:p>
    <w:p>
      <w:r>
        <w:t>“That doesn’t mean no one’s there,” Leah said.</w:t>
      </w:r>
    </w:p>
    <w:p>
      <w:r>
        <w:t>“No,” Phoenix replied. “It doesn’t.”</w:t>
      </w:r>
    </w:p>
    <w:p>
      <w:r>
        <w:t>Sares had gone still beside Buster now, one hand unconsciously near the slingshot in her pocket.</w:t>
      </w:r>
    </w:p>
    <w:p>
      <w:r>
        <w:t>Damian saw that.</w:t>
      </w:r>
    </w:p>
    <w:p>
      <w:r>
        <w:t>“Don’t.”</w:t>
      </w:r>
    </w:p>
    <w:p>
      <w:r>
        <w:t>She looked at him. “What?”</w:t>
      </w:r>
    </w:p>
    <w:p>
      <w:r>
        <w:t>“If something’s out there, that toy won’t help.”</w:t>
      </w:r>
    </w:p>
    <w:p>
      <w:r>
        <w:t>That annoyed her enough to cut through the tension, which in itself was useful.</w:t>
      </w:r>
    </w:p>
    <w:p>
      <w:r>
        <w:t>“You really hate the slingshot.”</w:t>
      </w:r>
    </w:p>
    <w:p>
      <w:r>
        <w:t>“I hate confidence without support.”</w:t>
      </w:r>
    </w:p>
    <w:p>
      <w:r>
        <w:t>“That sounds depressing.”</w:t>
      </w:r>
    </w:p>
    <w:p>
      <w:r>
        <w:t>“It’s experience.”</w:t>
      </w:r>
    </w:p>
    <w:p>
      <w:r>
        <w:t>Phoenix, still looking toward the trees, said, “Movement.”</w:t>
      </w:r>
    </w:p>
    <w:p>
      <w:r>
        <w:t>Everyone went quiet.</w:t>
      </w:r>
    </w:p>
    <w:p>
      <w:r>
        <w:t>“Where?”</w:t>
      </w:r>
    </w:p>
    <w:p>
      <w:r>
        <w:t>“Low. Left side. Could’ve been an animal.”</w:t>
      </w:r>
    </w:p>
    <w:p>
      <w:r>
        <w:t>Jesse stepped up beside him. “Could’ve.”</w:t>
      </w:r>
    </w:p>
    <w:p>
      <w:r>
        <w:t>Neither of them moved further forward.</w:t>
      </w:r>
    </w:p>
    <w:p>
      <w:r>
        <w:t>After a few seconds, whatever had shifted beyond the trees didn’t do it again.</w:t>
      </w:r>
    </w:p>
    <w:p>
      <w:r>
        <w:t>The wind moved the branches.</w:t>
      </w:r>
    </w:p>
    <w:p>
      <w:r>
        <w:t>Nothing else.</w:t>
      </w:r>
    </w:p>
    <w:p>
      <w:r>
        <w:t>Buster stayed fixed on the same spot for another full beat before finally, reluctantly, easing back a fraction.</w:t>
      </w:r>
    </w:p>
    <w:p>
      <w:r>
        <w:t>Phoenix exhaled. “Gone.”</w:t>
      </w:r>
    </w:p>
    <w:p>
      <w:r>
        <w:t>“Or still there,” Leah said.</w:t>
      </w:r>
    </w:p>
    <w:p>
      <w:r>
        <w:t>“That too.”</w:t>
      </w:r>
    </w:p>
    <w:p>
      <w:r>
        <w:t>Jesse looked down at Buster, then at Sares.</w:t>
      </w:r>
    </w:p>
    <w:p>
      <w:r>
        <w:t>“Inside for now.”</w:t>
      </w:r>
    </w:p>
    <w:p>
      <w:r>
        <w:t>Sares frowned. “We were just getting somewhere.”</w:t>
      </w:r>
    </w:p>
    <w:p>
      <w:r>
        <w:t>“Then you can get somewhere later.”</w:t>
      </w:r>
    </w:p>
    <w:p>
      <w:r>
        <w:t>Damian reached down, picked up the crossbow case, and didn’t bother pretending the movement wasn’t meaningful.</w:t>
      </w:r>
    </w:p>
    <w:p>
      <w:r>
        <w:t>Sares saw it too.</w:t>
      </w:r>
    </w:p>
    <w:p>
      <w:r>
        <w:t>“You think that was them?”</w:t>
      </w:r>
    </w:p>
    <w:p>
      <w:r>
        <w:t>Damian looked toward the trees once more. “I think something out there just learned where we train the dog.”</w:t>
      </w:r>
    </w:p>
    <w:p>
      <w:r>
        <w:t>Later, near the outbuilding, Sares found him checking bolts.</w:t>
      </w:r>
    </w:p>
    <w:p>
      <w:r>
        <w:t>“What was that about?”</w:t>
      </w:r>
    </w:p>
    <w:p>
      <w:r>
        <w:t>No answer.</w:t>
      </w:r>
    </w:p>
    <w:p>
      <w:r>
        <w:t>“You and Phoenix.”</w:t>
      </w:r>
    </w:p>
    <w:p>
      <w:r>
        <w:t>Damian kept working.</w:t>
      </w:r>
    </w:p>
    <w:p>
      <w:r>
        <w:t>“You both said it at the same time.”</w:t>
      </w:r>
    </w:p>
    <w:p>
      <w:r>
        <w:t>Nothing.</w:t>
      </w:r>
    </w:p>
    <w:p>
      <w:r>
        <w:t>She folded her arms. “Do you like Leah?”</w:t>
      </w:r>
    </w:p>
    <w:p>
      <w:r>
        <w:t>He ignored her completely.</w:t>
      </w:r>
    </w:p>
    <w:p>
      <w:r>
        <w:t>Sares waited, then smiled to herself. “You know silence is still an answer, right?”</w:t>
      </w:r>
    </w:p>
    <w:p>
      <w:r>
        <w:t>At last Damian looked up.</w:t>
      </w:r>
    </w:p>
    <w:p>
      <w:r>
        <w:t>Flat, unreadable, and carrying the faint promise that pushing her luck was a habit best practiced carefully.</w:t>
      </w:r>
    </w:p>
    <w:p>
      <w:r>
        <w:t>She pushed anyway.</w:t>
      </w:r>
    </w:p>
    <w:p>
      <w:r>
        <w:t>“For what it’s worth,” she said, “you were both weird.”</w:t>
      </w:r>
    </w:p>
    <w:p>
      <w:r>
        <w:t>Damian set the bolt down. “For what it’s worth, I regret teaching you language.”</w:t>
      </w:r>
    </w:p>
    <w:p>
      <w:r>
        <w:t>“You haven’t taught me anything yet.”</w:t>
      </w:r>
    </w:p>
    <w:p>
      <w:r>
        <w:t>“No,” he said, standing at last. “But I’m beginning to regret the possibility.”</w:t>
      </w:r>
    </w:p>
    <w:p>
      <w:r>
        <w:t>Sares grinned.</w:t>
      </w:r>
    </w:p>
    <w:p>
      <w:r>
        <w:t>And because he did not tell her to go away, because he did not shut the conversation down properly, because in Damian’s language that counted as almost indulgent, she stayed where she was while the light thinned and the yard beyond the outbuilding settled into evening.</w:t>
      </w:r>
    </w:p>
    <w:p>
      <w:r>
        <w:t>Buster trotted past them a minute later, still glancing once toward the treeline.</w:t>
      </w:r>
    </w:p>
    <w:p>
      <w:r>
        <w:t>Sares watched the dog with new attention.</w:t>
      </w:r>
    </w:p>
    <w:p>
      <w:r>
        <w:t>Not just as a pet.</w:t>
      </w:r>
    </w:p>
    <w:p>
      <w:r>
        <w:t>As something useful.</w:t>
      </w:r>
    </w:p>
    <w:p>
      <w:r>
        <w:t>Something that could learn.</w:t>
      </w:r>
    </w:p>
    <w:p>
      <w:r>
        <w:t>Something she could too.</w:t>
      </w:r>
    </w:p>
    <w:p>
      <w:r>
        <w:br w:type="page"/>
      </w:r>
    </w:p>
    <w:p>
      <w:pPr>
        <w:pStyle w:val="Heading1"/>
        <w:jc w:val="left"/>
      </w:pPr>
      <w:r>
        <w:rPr>
          <w:b/>
        </w:rPr>
        <w:t>Chapter Six: Jokers</w:t>
      </w:r>
    </w:p>
    <w:p/>
    <w:p>
      <w:pPr/>
      <w:r>
        <w:t>The strategy chamber no longer belonged to Clay.</w:t>
      </w:r>
    </w:p>
    <w:p>
      <w:pPr/>
      <w:r>
        <w:t>The walls were the same. The stone was the same. The broad table in the centre of the room was still scarred by old use, and the hanging lamps still threw the same tired gold across maps and paper and cold faces. But under Garrick Holt, the room had changed shape in a way that had nothing to do with furniture. It no longer felt like the planning space of a hidden order. It felt like a temporary command post erected inside the corpse of one.</w:t>
      </w:r>
    </w:p>
    <w:p>
      <w:pPr/>
      <w:r>
        <w:t>An island map lay spread across the table.</w:t>
      </w:r>
    </w:p>
    <w:p>
      <w:pPr/>
      <w:r>
        <w:t>Not a tourist map. Not a decorative one. A working chart. Tight lines. Elevation marks. service routes. shoreline breaks. older access points. abandoned lanes. Every inch of the island reduced to position, approach, and control.</w:t>
      </w:r>
    </w:p>
    <w:p>
      <w:pPr/>
      <w:r>
        <w:t>Weighted at each corner and already marked.</w:t>
      </w:r>
    </w:p>
    <w:p>
      <w:pPr/>
      <w:r>
        <w:t>The Hunters stood around it in partial silence.</w:t>
      </w:r>
    </w:p>
    <w:p>
      <w:pPr/>
      <w:r>
        <w:t>Holt at the head.</w:t>
      </w:r>
    </w:p>
    <w:p>
      <w:pPr/>
      <w:r>
        <w:t>Mira at his right.</w:t>
      </w:r>
    </w:p>
    <w:p>
      <w:pPr/>
      <w:r>
        <w:t>Corin opposite her, long-fingered and still, one gloved hand resting near the western routes.</w:t>
      </w:r>
    </w:p>
    <w:p>
      <w:pPr/>
      <w:r>
        <w:t>Dorian slightly back, where he could see both the room and the door at once.</w:t>
      </w:r>
    </w:p>
    <w:p>
      <w:pPr/>
      <w:r>
        <w:t>Blake with his weight pitched forward just enough to suggest violence was always only waiting for permission.</w:t>
      </w:r>
    </w:p>
    <w:p>
      <w:pPr/>
      <w:r>
        <w:t>Clay stood near the side wall under guard and said nothing.</w:t>
      </w:r>
    </w:p>
    <w:p>
      <w:pPr/>
      <w:r>
        <w:t>That suited Holt.</w:t>
      </w:r>
    </w:p>
    <w:p>
      <w:pPr/>
      <w:r>
        <w:t>The fortress had settled quickly under occupation. Bedrolls rolled where they were meant to be, ammunition stacked where it could be reached, lower storage turned practical, upper routes assigned, sightlines claimed. Even the air felt different now. Not safer. Just organized.</w:t>
      </w:r>
    </w:p>
    <w:p>
      <w:pPr/>
      <w:r>
        <w:t>Holt rested one hand on the map.</w:t>
      </w:r>
    </w:p>
    <w:p>
      <w:pPr/>
      <w:r>
        <w:t>“Primary points,” he said.</w:t>
      </w:r>
    </w:p>
    <w:p>
      <w:pPr/>
      <w:r>
        <w:t>Corin used the end of a pencil instead of his finger.</w:t>
      </w:r>
    </w:p>
    <w:p>
      <w:pPr/>
      <w:r>
        <w:t>“Farmhouse,” he said, tapping once. “Market. Main docks. Radio tower.”</w:t>
      </w:r>
    </w:p>
    <w:p>
      <w:pPr/>
      <w:r>
        <w:t>Corin did not point at the island like a man discussing roads. He divided it the way a surgeon might divide a body before cutting.</w:t>
      </w:r>
    </w:p>
    <w:p>
      <w:pPr/>
      <w:r>
        <w:t>“If the radio tower goes first,” he said, “signal control becomes ours. Once signal is ours, route prediction improves. Once route prediction improves, farmhouse containment becomes a timing exercise instead of a chase.”</w:t>
      </w:r>
    </w:p>
    <w:p>
      <w:pPr/>
      <w:r>
        <w:t>Blake’s arms folded tighter. “That sounded optimistic.”</w:t>
      </w:r>
    </w:p>
    <w:p>
      <w:pPr/>
      <w:r>
        <w:t>“No,” Corin said. “It sounded mathematical.”</w:t>
      </w:r>
    </w:p>
    <w:p>
      <w:pPr/>
      <w:r>
        <w:t>Mira leaned one hand on the table edge and looked toward the tower mark. “Only if the bloodline variable stays where the ratios say she should.”</w:t>
      </w:r>
    </w:p>
    <w:p>
      <w:pPr/>
      <w:r>
        <w:t>Clay’s eyes shifted once at that. Holt noticed.</w:t>
      </w:r>
    </w:p>
    <w:p>
      <w:pPr/>
      <w:r>
        <w:t>Corin reached to the side table and lifted one copied sheet — not the blueprint itself, but notes taken from it in a colder hand. Ratios. Sequence marks. Hillcrest-era symbols that meant nothing to anyone not looking for systems beneath blood.</w:t>
      </w:r>
    </w:p>
    <w:p>
      <w:pPr/>
      <w:r>
        <w:t>“The formula is not the problem,” he said. “Stabilisation is. Hillcrest got far enough to prove viability in parts. Not field viability. Not sustainable viability. But enough to show that the reaction can be reached.”</w:t>
      </w:r>
    </w:p>
    <w:p>
      <w:pPr/>
      <w:r>
        <w:t>Blake looked at the copied page as if he distrusted paper on principle. “You saying all this island work comes down to chemistry?”</w:t>
      </w:r>
    </w:p>
    <w:p>
      <w:pPr/>
      <w:r>
        <w:t>Corin didn’t look up. “I’m saying chemistry is why the island matters at all.”</w:t>
      </w:r>
    </w:p>
    <w:p>
      <w:pPr/>
      <w:r>
        <w:t>Holt rested one hand flat on the map. “We are not chasing survivors. We are controlling a field. Tower first. Then signal. Then route discipline. If the bloodline moves, we know where. If Nova moves, we know why. If either reaches the other before control is established, the island stops being an operation and becomes recovery.”</w:t>
      </w:r>
    </w:p>
    <w:p>
      <w:pPr/>
      <w:r>
        <w:t>Mira folded her arms. “And we are not here for recovery.”</w:t>
      </w:r>
    </w:p>
    <w:p>
      <w:pPr/>
      <w:r>
        <w:t>“No,” Holt said. “We are here to decide what remains.”</w:t>
      </w:r>
    </w:p>
    <w:p>
      <w:pPr/>
      <w:r>
        <w:t>The pencil shifted inland.</w:t>
      </w:r>
    </w:p>
    <w:p>
      <w:pPr/>
      <w:r>
        <w:t>“Old graveyard route. woodland cut-through. secondary rise here. two possible hidden approach lines toward the farmhouse. one poor-quality road from town. one old service path running near the tower.”</w:t>
      </w:r>
    </w:p>
    <w:p>
      <w:pPr/>
      <w:r>
        <w:t>Blake glanced at the graveyard mark and gave a short humourless breath. “You make a cemetery sound tactical.”</w:t>
      </w:r>
    </w:p>
    <w:p>
      <w:pPr/>
      <w:r>
        <w:t>Corin didn’t look up. “Everything is tactical.”</w:t>
      </w:r>
    </w:p>
    <w:p>
      <w:pPr/>
      <w:r>
        <w:t>Mira pointed toward the radio tower.</w:t>
      </w:r>
    </w:p>
    <w:p>
      <w:pPr/>
      <w:r>
        <w:t>“That first.”</w:t>
      </w:r>
    </w:p>
    <w:p>
      <w:pPr/>
      <w:r>
        <w:t>No one disagreed.</w:t>
      </w:r>
    </w:p>
    <w:p>
      <w:pPr/>
      <w:r>
        <w:t>Holt’s gaze stayed on the tower symbol.</w:t>
      </w:r>
    </w:p>
    <w:p>
      <w:pPr/>
      <w:r>
        <w:t>“Say why.”</w:t>
      </w:r>
    </w:p>
    <w:p>
      <w:pPr/>
      <w:r>
        <w:t>Corin answered first. “Communications.”</w:t>
      </w:r>
    </w:p>
    <w:p>
      <w:pPr/>
      <w:r>
        <w:t>Mira followed. “Observation.”</w:t>
      </w:r>
    </w:p>
    <w:p>
      <w:pPr/>
      <w:r>
        <w:t>Dorian added, “Control.”</w:t>
      </w:r>
    </w:p>
    <w:p>
      <w:pPr/>
      <w:r>
        <w:t>Blake’s mouth shifted at one corner. “And if anything on this island still thinks it owns the high ground, it won’t after today.”</w:t>
      </w:r>
    </w:p>
    <w:p>
      <w:pPr/>
      <w:r>
        <w:t>Clay’s eyes moved once toward the tower mark, then away again.</w:t>
      </w:r>
    </w:p>
    <w:p>
      <w:pPr/>
      <w:r>
        <w:t>The radio tower stood far enough from the town to feel exposed and useful at the same time. Anyone holding it could watch, listen, and shut others out. That alone made it worth taking. On an island like this, silence was not the absence of communication. It was control of it.</w:t>
      </w:r>
    </w:p>
    <w:p>
      <w:pPr/>
      <w:r>
        <w:t>Holt said, “We secure the tower, we secure the signal. We hold the signal, we hold the version of events people are permitted to hear.”</w:t>
      </w:r>
    </w:p>
    <w:p>
      <w:pPr/>
      <w:r>
        <w:t>Mira folded her arms. “And if it’s already dead?”</w:t>
      </w:r>
    </w:p>
    <w:p>
      <w:pPr/>
      <w:r>
        <w:t>“Then we make sure it stays that way for everyone except us.”</w:t>
      </w:r>
    </w:p>
    <w:p>
      <w:pPr/>
      <w:r>
        <w:t>Blake approved of that with the sort of faint expression that would have been a smile if his face had been built for better things.</w:t>
      </w:r>
    </w:p>
    <w:p>
      <w:pPr/>
      <w:r>
        <w:t>One of the support Hunters near the rear cabinet unfolded a second route sheet.</w:t>
      </w:r>
    </w:p>
    <w:p>
      <w:pPr/>
      <w:r>
        <w:t>“Strike team?” he asked.</w:t>
      </w:r>
    </w:p>
    <w:p>
      <w:pPr/>
      <w:r>
        <w:t>“Minimal but decisive,” Holt said.</w:t>
      </w:r>
    </w:p>
    <w:p>
      <w:pPr/>
      <w:r>
        <w:t>He looked around the room.</w:t>
      </w:r>
    </w:p>
    <w:p>
      <w:pPr/>
      <w:r>
        <w:t>“Mira. Blake. Dorian. Four support.”</w:t>
      </w:r>
    </w:p>
    <w:p>
      <w:pPr/>
      <w:r>
        <w:t>Corin did not protest being left behind. If anything, he looked more useful for it.</w:t>
      </w:r>
    </w:p>
    <w:p>
      <w:pPr/>
      <w:r>
        <w:t>“I’ll maintain the grid here,” he said. “If the tower is usable, I want a relay assessment the moment you confirm it.”</w:t>
      </w:r>
    </w:p>
    <w:p>
      <w:pPr/>
      <w:r>
        <w:t>“We know what you want,” Blake said.</w:t>
      </w:r>
    </w:p>
    <w:p>
      <w:pPr/>
      <w:r>
        <w:t>Corin looked at him with cool indifference. “Then I hope for all our sakes you know how to retrieve it.”</w:t>
      </w:r>
    </w:p>
    <w:p>
      <w:pPr/>
      <w:r>
        <w:t>Clay watched them with the faint stillness of a man who understood perfectly what kind of team this was.</w:t>
      </w:r>
    </w:p>
    <w:p>
      <w:pPr/>
      <w:r>
        <w:t>Not improvisers.</w:t>
      </w:r>
    </w:p>
    <w:p>
      <w:pPr/>
      <w:r>
        <w:t>Processors.</w:t>
      </w:r>
    </w:p>
    <w:p>
      <w:pPr/>
      <w:r>
        <w:t>That was worse.</w:t>
      </w:r>
    </w:p>
    <w:p>
      <w:pPr/>
      <w:r>
        <w:t>Holt turned toward the weapons rack.</w:t>
      </w:r>
    </w:p>
    <w:p>
      <w:pPr/>
      <w:r>
        <w:t>“Hunt kit.”</w:t>
      </w:r>
    </w:p>
    <w:p>
      <w:pPr/>
      <w:r>
        <w:t>That changed the room.</w:t>
      </w:r>
    </w:p>
    <w:p>
      <w:pPr/>
      <w:r>
        <w:t>The shift was not dramatic, but immediate.</w:t>
      </w:r>
    </w:p>
    <w:p>
      <w:pPr/>
      <w:r>
        <w:t>Hunters moved to the gear without wasted motion. Tactical vests came down first — hard, close-fitted, too clean in their lines, their straps sitting flatter against the body than they should have, as if designed for people who expected to walk through blood without ever needing to acknowledge the weight of it afterward. Radios clipped in. Ammunition checked. Gloves tightened.</w:t>
      </w:r>
    </w:p>
    <w:p>
      <w:pPr/>
      <w:r>
        <w:t>Then the skull masks came next.</w:t>
      </w:r>
    </w:p>
    <w:p>
      <w:pPr/>
      <w:r>
        <w:t>Hard-faced. Bone-white. The eye sockets blacked out so completely they did not look like openings so much as the painted absence of them. Up close, the things were worse than ceremonial. Too clean in their manufacture. Too exact in their proportions. Less like relics than something designed by people who understood that fear worked better when given a face and then emptied of everything human behind it.</w:t>
      </w:r>
    </w:p>
    <w:p>
      <w:pPr/>
      <w:r>
        <w:t>One by one the Hunters fastened them on. Straps drew tight at the back of the head. The fit closed over cheek and brow with uncomfortable precision. For a second after each mask settled, there came that same small private adjustment — a shift of the jaw, a breath taken through enclosed air, the slight recalibration of sight through black-rimmed hollows that gave nothing back.</w:t>
      </w:r>
    </w:p>
    <w:p>
      <w:pPr/>
      <w:r>
        <w:t>The room changed as each face disappeared behind bone. Breathing grew duller and closer, trapped inside white shell and fed back into the wearer’s own ears. Expression vanished. Individual men vanished with it. Blake no longer looked like Blake. Mira no longer looked like Mira. Even movement altered once the masks were in place, as though covering the face removed something unnecessary from the body as well.</w:t>
      </w:r>
    </w:p>
    <w:p>
      <w:pPr/>
      <w:r>
        <w:t>The masks did not hide identity. They erased the need for it.</w:t>
      </w:r>
    </w:p>
    <w:p>
      <w:pPr/>
      <w:r>
        <w:t>By the time the last one was secured, the strategy chamber no longer held armed people preparing for a mission. It held a hunt.</w:t>
      </w:r>
    </w:p>
    <w:p>
      <w:pPr/>
      <w:r>
        <w:t>Hard-faced. Bone-white. Eye sockets blacked into symbols rather than openings. They did not look handmade or ceremonial in any old-world sense. They looked worse than that. Manufactured for ritual. The kind of face-covering designed not to hide the wearer but to strip the idea of a person out of the hunt entirely.</w:t>
      </w:r>
    </w:p>
    <w:p>
      <w:pPr/>
      <w:r>
        <w:t>Mira fastened hers in one smooth motion.</w:t>
      </w:r>
    </w:p>
    <w:p>
      <w:pPr/>
      <w:r>
        <w:t>Blake looked more natural the second his was on.</w:t>
      </w:r>
    </w:p>
    <w:p>
      <w:pPr/>
      <w:r>
        <w:t>Dorian’s face disappeared behind white and black and became unreadable in a colder way than before.</w:t>
      </w:r>
    </w:p>
    <w:p>
      <w:pPr/>
      <w:r>
        <w:t>Even their equipment seemed wrong once the masks were in place.</w:t>
      </w:r>
    </w:p>
    <w:p>
      <w:pPr/>
      <w:r>
        <w:t>The optics sat too quietly on the rifles.</w:t>
      </w:r>
    </w:p>
    <w:p>
      <w:pPr/>
      <w:r>
        <w:t>The radios clicked without the static human clumsiness ordinary gear usually carried.</w:t>
      </w:r>
    </w:p>
    <w:p>
      <w:pPr/>
      <w:r>
        <w:t>The vests and harnesses shifted with less noise than they should have.</w:t>
      </w:r>
    </w:p>
    <w:p>
      <w:pPr/>
      <w:r>
        <w:t>Compared to the farmhouse side of the island — repaired fencing, salvaged materials, tents built from what could be stripped and reused, training markers hammered into the dirt — the Hunters looked not just prepared but manufactured.</w:t>
      </w:r>
    </w:p>
    <w:p>
      <w:pPr/>
      <w:r>
        <w:t>Too still.</w:t>
      </w:r>
    </w:p>
    <w:p>
      <w:pPr/>
      <w:r>
        <w:t>Too exact.</w:t>
      </w:r>
    </w:p>
    <w:p>
      <w:pPr/>
      <w:r>
        <w:t>Too indifferent.</w:t>
      </w:r>
    </w:p>
    <w:p>
      <w:pPr/>
      <w:r>
        <w:t>Clay’s gaze drifted once toward the western window. He couldn’t see the ship from here, only the fall of the land beyond the fortress. But if the wind turned the right way, the ship still reached the stone.</w:t>
      </w:r>
    </w:p>
    <w:p>
      <w:pPr/>
      <w:r>
        <w:t>The sound came a moment later.</w:t>
      </w:r>
    </w:p>
    <w:p>
      <w:pPr/>
      <w:r>
        <w:t>Low. Distant. Wrong.</w:t>
      </w:r>
    </w:p>
    <w:p>
      <w:pPr/>
      <w:r>
        <w:t>Not a bark. Not quite a howl. Something deeper, layered with that hold-born vibration he had spent three months learning to hate. Shadow, Thorax, Sabre still waited below deck, contained in steel and dark and disciplined hunger.</w:t>
      </w:r>
    </w:p>
    <w:p>
      <w:pPr/>
      <w:r>
        <w:t>They were not being brought ashore yet.</w:t>
      </w:r>
    </w:p>
    <w:p>
      <w:pPr/>
      <w:r>
        <w:t>That, if anything, made the room wiser than he wanted to give it credit for.</w:t>
      </w:r>
    </w:p>
    <w:p>
      <w:pPr/>
      <w:r>
        <w:t>Mira adjusted the strap on her rifle and glanced toward the window without turning her head fully. “They know.”</w:t>
      </w:r>
    </w:p>
    <w:p>
      <w:pPr/>
      <w:r>
        <w:t>Of course they did.</w:t>
      </w:r>
    </w:p>
    <w:p>
      <w:pPr/>
      <w:r>
        <w:t>New land. New scent. Changed air.</w:t>
      </w:r>
    </w:p>
    <w:p>
      <w:pPr/>
      <w:r>
        <w:t>The NightFangs had probably been smelling the island long before any human eye had properly seen it.</w:t>
      </w:r>
    </w:p>
    <w:p>
      <w:pPr/>
      <w:r>
        <w:t>Clay said nothing.</w:t>
      </w:r>
    </w:p>
    <w:p>
      <w:pPr/>
      <w:r>
        <w:t>Holt looked at the team one last time.</w:t>
      </w:r>
    </w:p>
    <w:p>
      <w:pPr/>
      <w:r>
        <w:t>“Move.”</w:t>
      </w:r>
    </w:p>
    <w:p>
      <w:pPr/>
      <w:r>
        <w:t>They filed out.</w:t>
      </w:r>
    </w:p>
    <w:p>
      <w:pPr/>
      <w:r>
        <w:t>Boots on stone. Weapons close. Masks forward.</w:t>
      </w:r>
    </w:p>
    <w:p>
      <w:pPr/>
      <w:r>
        <w:t>Clay remained where he was under two guards while the chamber slowly resumed its colder stillness.</w:t>
      </w:r>
    </w:p>
    <w:p>
      <w:pPr/>
      <w:r>
        <w:t>Corin stayed by the map.</w:t>
      </w:r>
    </w:p>
    <w:p>
      <w:pPr/>
      <w:r>
        <w:t>For a while he didn’t speak.</w:t>
      </w:r>
    </w:p>
    <w:p>
      <w:pPr/>
      <w:r>
        <w:t>Then, without looking away from the marked tower route, he said, “You keep looking at the radio tower.”</w:t>
      </w:r>
    </w:p>
    <w:p>
      <w:pPr/>
      <w:r>
        <w:t>Clay gave the faintest breath through his nose. “You say that like it means something.”</w:t>
      </w:r>
    </w:p>
    <w:p>
      <w:pPr/>
      <w:r>
        <w:t>“It usually does.”</w:t>
      </w:r>
    </w:p>
    <w:p>
      <w:pPr/>
      <w:r>
        <w:t>Clay looked at the map.</w:t>
      </w:r>
    </w:p>
    <w:p>
      <w:pPr/>
      <w:r>
        <w:t>The tower sat where towers always did — above people, above weather, above ordinary mistakes. Good for signal. Better for leftovers. Bad for anyone who confused height with safety.</w:t>
      </w:r>
    </w:p>
    <w:p>
      <w:pPr/>
      <w:r>
        <w:t>“Anything that survives up there this long,” Clay said, “has either learned caution or forgotten fear.”</w:t>
      </w:r>
    </w:p>
    <w:p>
      <w:pPr/>
      <w:r>
        <w:t>Corin’s expression did not change. “That wasn’t an answer.”</w:t>
      </w:r>
    </w:p>
    <w:p>
      <w:pPr/>
      <w:r>
        <w:t>“It was the only one you were owed.”</w:t>
      </w:r>
    </w:p>
    <w:p>
      <w:pPr/>
      <w:r>
        <w:t>Below deck on the ship far beyond the window line, one of the NightFangs struck the bars hard enough that the sound reached even here as a dull carried impact.</w:t>
      </w:r>
    </w:p>
    <w:p>
      <w:pPr/>
      <w:r>
        <w:t>Corin heard it.</w:t>
      </w:r>
    </w:p>
    <w:p>
      <w:pPr/>
      <w:r>
        <w:t>He said quietly, “Sabre’s more restless today.”</w:t>
      </w:r>
    </w:p>
    <w:p>
      <w:pPr/>
      <w:r>
        <w:t>Clay looked at him.</w:t>
      </w:r>
    </w:p>
    <w:p>
      <w:pPr/>
      <w:r>
        <w:t>Not because of the name.</w:t>
      </w:r>
    </w:p>
    <w:p>
      <w:pPr/>
      <w:r>
        <w:t>Because of the way he said it.</w:t>
      </w:r>
    </w:p>
    <w:p>
      <w:pPr/>
      <w:r>
        <w:t>Not ownership. Not pride. Assessment.</w:t>
      </w:r>
    </w:p>
    <w:p>
      <w:pPr/>
      <w:r>
        <w:t>Interesting man.</w:t>
      </w:r>
    </w:p>
    <w:p>
      <w:pPr/>
      <w:r>
        <w:t>Interesting room.</w:t>
      </w:r>
    </w:p>
    <w:p>
      <w:pPr/>
      <w:r>
        <w:t>Interesting monsters.</w:t>
      </w:r>
    </w:p>
    <w:p>
      <w:pPr/>
      <w:r>
        <w:t>Monsters of their own.</w:t>
      </w:r>
    </w:p>
    <w:p>
      <w:pPr/>
      <w:r>
        <w:t>The strike team moved through the island by the outer routes.</w:t>
      </w:r>
    </w:p>
    <w:p>
      <w:pPr/>
      <w:r>
        <w:t>Mira led the line.</w:t>
      </w:r>
    </w:p>
    <w:p>
      <w:pPr/>
      <w:r>
        <w:t>Holt let her. She preferred ground that watched back. It made her harder to surprise.</w:t>
      </w:r>
    </w:p>
    <w:p>
      <w:pPr/>
      <w:r>
        <w:t>The path they used cut between old stone, scrub growth, and the remains of things the island had not fully decided whether to reclaim. A collapsed checkpoint frame leaned half into a ditch like a broken rib. One road marker had been ripped loose and now lay facedown in mud and weeds. Burnt wire and half-melted casing fragments sat in the gutter of an old access bend where some previous control point had been dismantled badly or in panic.</w:t>
      </w:r>
    </w:p>
    <w:p>
      <w:pPr/>
      <w:r>
        <w:t>The aftermath of Blackthorne was more visible away from the fortress.</w:t>
      </w:r>
    </w:p>
    <w:p>
      <w:pPr/>
      <w:r>
        <w:t>Not in one dramatic scar.</w:t>
      </w:r>
    </w:p>
    <w:p>
      <w:pPr/>
      <w:r>
        <w:t>In the accumulation of smaller failures.</w:t>
      </w:r>
    </w:p>
    <w:p>
      <w:pPr/>
      <w:r>
        <w:t>Things left unfinished.</w:t>
      </w:r>
    </w:p>
    <w:p>
      <w:pPr/>
      <w:r>
        <w:t>Things no longer watched by whoever once insisted they mattered.</w:t>
      </w:r>
    </w:p>
    <w:p>
      <w:pPr/>
      <w:r>
        <w:t>The island had not returned to normal after the lockdown.</w:t>
      </w:r>
    </w:p>
    <w:p>
      <w:pPr/>
      <w:r>
        <w:t>It had simply stopped pretending order would come back cleanly.</w:t>
      </w:r>
    </w:p>
    <w:p>
      <w:pPr/>
      <w:r>
        <w:t>Good.</w:t>
      </w:r>
    </w:p>
    <w:p>
      <w:pPr/>
      <w:r>
        <w:t>Holt did not trust places that recovered too easily.</w:t>
      </w:r>
    </w:p>
    <w:p>
      <w:pPr/>
      <w:r>
        <w:t>They moved in silence for most of the route. The masks helped with that. There was no small human urge to fill the air when the face itself had been replaced by bone and black eyes.</w:t>
      </w:r>
    </w:p>
    <w:p>
      <w:pPr/>
      <w:r>
        <w:t>The radio tower appeared through the trees in pieces at first — a line of rusted support beams, a wind-bent fenced perimeter, a small attached equipment structure at the base, one battered platform still holding where lesser metal would have given up. Alone, elevated, miserable.</w:t>
      </w:r>
    </w:p>
    <w:p>
      <w:pPr/>
      <w:r>
        <w:t>The sort of place that did not invite company and therefore often attracted the wrong kind.</w:t>
      </w:r>
    </w:p>
    <w:p>
      <w:pPr/>
      <w:r>
        <w:t>Mira dropped to one knee at the edge of the clearing and lifted optics.</w:t>
      </w:r>
    </w:p>
    <w:p>
      <w:pPr/>
      <w:r>
        <w:t>“Movement.”</w:t>
      </w:r>
    </w:p>
    <w:p>
      <w:pPr/>
      <w:r>
        <w:t>Blake came in low beside her. “How many?”</w:t>
      </w:r>
    </w:p>
    <w:p>
      <w:pPr/>
      <w:r>
        <w:t>“Three,” she said. Then, after another second, “No. Four.”</w:t>
      </w:r>
    </w:p>
    <w:p>
      <w:pPr/>
      <w:r>
        <w:t>Dorian, positioned slightly higher on the slope, said, “Not human.”</w:t>
      </w:r>
    </w:p>
    <w:p>
      <w:pPr/>
      <w:r>
        <w:t>That was enough.</w:t>
      </w:r>
    </w:p>
    <w:p>
      <w:pPr/>
      <w:r>
        <w:t>Holt raised one hand.</w:t>
      </w:r>
    </w:p>
    <w:p>
      <w:pPr/>
      <w:r>
        <w:t>The formation shifted.</w:t>
      </w:r>
    </w:p>
    <w:p>
      <w:pPr/>
      <w:r>
        <w:t>Support moved wider to cut retreat angles. Blake slid right. Mira took the tower base approach. Dorian held elevation and line. Holt stayed centre where he could direct the kill box as it closed.</w:t>
      </w:r>
    </w:p>
    <w:p>
      <w:pPr/>
      <w:r>
        <w:t>The first vampire straggler came into view at the tower base.</w:t>
      </w:r>
    </w:p>
    <w:p>
      <w:pPr/>
      <w:r>
        <w:t>It had once worn a coat. What remained of it hung from the body in wet, stained strips. The face had collapsed inward around hunger and time, jaw dark, fingers blackened at the nails, eyes shining wrong in the half-light under the structure.</w:t>
      </w:r>
    </w:p>
    <w:p>
      <w:pPr/>
      <w:r>
        <w:t>Another shape moved behind the equipment hut.</w:t>
      </w:r>
    </w:p>
    <w:p>
      <w:pPr/>
      <w:r>
        <w:t>A third clung to the latticework of the tower itself, crouched like something that had forgotten standing upright was ever an option.</w:t>
      </w:r>
    </w:p>
    <w:p>
      <w:pPr/>
      <w:r>
        <w:t>Leftovers.</w:t>
      </w:r>
    </w:p>
    <w:p>
      <w:pPr/>
      <w:r>
        <w:t>Not a faction.</w:t>
      </w:r>
    </w:p>
    <w:p>
      <w:pPr/>
      <w:r>
        <w:t>Not soldiers.</w:t>
      </w:r>
    </w:p>
    <w:p>
      <w:pPr/>
      <w:r>
        <w:t>Just what kept living after the larger machine had broken and nobody was left disciplined enough to gather the scraps.</w:t>
      </w:r>
    </w:p>
    <w:p>
      <w:pPr/>
      <w:r>
        <w:t>Blake fired first.</w:t>
      </w:r>
    </w:p>
    <w:p>
      <w:pPr/>
      <w:r>
        <w:t>A single shot through the skull.</w:t>
      </w:r>
    </w:p>
    <w:p>
      <w:pPr/>
      <w:r>
        <w:t>The nearest straggler folded backward and hit the concrete base with a sound like wet timber.</w:t>
      </w:r>
    </w:p>
    <w:p>
      <w:pPr/>
      <w:r>
        <w:t>Mira was moving before the echo settled, two steps in, weapon tight, dropping the second as it tried to clear the hut wall fully.</w:t>
      </w:r>
    </w:p>
    <w:p>
      <w:pPr/>
      <w:r>
        <w:t>The third screamed and launched off the lower tower frame.</w:t>
      </w:r>
    </w:p>
    <w:p>
      <w:pPr/>
      <w:r>
        <w:t>Dorian shot it mid-arc.</w:t>
      </w:r>
    </w:p>
    <w:p>
      <w:pPr/>
      <w:r>
        <w:t>One of the support Hunters finished it before it hit the ground.</w:t>
      </w:r>
    </w:p>
    <w:p>
      <w:pPr/>
      <w:r>
        <w:t>The fourth came low from the back fencing and made it almost all the way to Blake before Holt put a round through its eye and ended the thing in the dirt.</w:t>
      </w:r>
    </w:p>
    <w:p>
      <w:pPr/>
      <w:r>
        <w:t>Silence followed too fast.</w:t>
      </w:r>
    </w:p>
    <w:p>
      <w:pPr/>
      <w:r>
        <w:t>The clearing seemed briefly embarrassed by its own violence.</w:t>
      </w:r>
    </w:p>
    <w:p>
      <w:pPr/>
      <w:r>
        <w:t>Blake stepped over the nearest corpse and looked down with open contempt. “Pathetic.”</w:t>
      </w:r>
    </w:p>
    <w:p>
      <w:pPr/>
      <w:r>
        <w:t>Dorian crouched briefly at the base of the tower, examining throat damage, hands, posture.</w:t>
      </w:r>
    </w:p>
    <w:p>
      <w:pPr/>
      <w:r>
        <w:t>“Starved,” he said.</w:t>
      </w:r>
    </w:p>
    <w:p>
      <w:pPr/>
      <w:r>
        <w:t>Blake shrugged. “Same result.”</w:t>
      </w:r>
    </w:p>
    <w:p>
      <w:pPr/>
      <w:r>
        <w:t>“Not the same thing.”</w:t>
      </w:r>
    </w:p>
    <w:p>
      <w:pPr/>
      <w:r>
        <w:t>Mira was already checking the equipment structure.</w:t>
      </w:r>
    </w:p>
    <w:p>
      <w:pPr/>
      <w:r>
        <w:t>“Tower room’s intact enough to matter,” she said. “Battery backup partly stripped. Wiring damaged but not dead.”</w:t>
      </w:r>
    </w:p>
    <w:p>
      <w:pPr/>
      <w:r>
        <w:t>Holt stepped inside long enough to confirm what Corin would want to hear later: enough remained to control, repair, or silence.</w:t>
      </w:r>
    </w:p>
    <w:p>
      <w:pPr/>
      <w:r>
        <w:t>Good.</w:t>
      </w:r>
    </w:p>
    <w:p>
      <w:pPr/>
      <w:r>
        <w:t>That made the place worth holding.</w:t>
      </w:r>
    </w:p>
    <w:p>
      <w:pPr/>
      <w:r>
        <w:t>He stepped back out into the clearing and said, “Secure the perimeter. Mark the access routes.”</w:t>
      </w:r>
    </w:p>
    <w:p>
      <w:pPr/>
      <w:r>
        <w:t>The support Hunters moved at once.</w:t>
      </w:r>
    </w:p>
    <w:p>
      <w:pPr/>
      <w:r>
        <w:t>One took the tower base. Another checked the fence line. A third began laying temporary markers.</w:t>
      </w:r>
    </w:p>
    <w:p>
      <w:pPr/>
      <w:r>
        <w:t>Blake kicked the dead straggler’s boot once more than was necessary and then turned toward the trees.</w:t>
      </w:r>
    </w:p>
    <w:p>
      <w:pPr/>
      <w:r>
        <w:t>He was halfway to speaking when the first card came.</w:t>
      </w:r>
    </w:p>
    <w:p>
      <w:pPr/>
      <w:r>
        <w:t>No one saw the throw.</w:t>
      </w:r>
    </w:p>
    <w:p>
      <w:pPr/>
      <w:r>
        <w:t>They heard it.</w:t>
      </w:r>
    </w:p>
    <w:p>
      <w:pPr/>
      <w:r>
        <w:t>A slicing whisper through the air, too clean for falling debris, too sharp for a branch.</w:t>
      </w:r>
    </w:p>
    <w:p>
      <w:pPr/>
      <w:r>
        <w:t>Then the card itself slammed into the outer wall of the radio structure with a hard metallic bite just above one support Hunter’s shoulder.</w:t>
      </w:r>
    </w:p>
    <w:p>
      <w:pPr/>
      <w:r>
        <w:t>He hit cover instantly.</w:t>
      </w:r>
    </w:p>
    <w:p>
      <w:pPr/>
      <w:r>
        <w:t>The second came almost at once.</w:t>
      </w:r>
    </w:p>
    <w:p>
      <w:pPr/>
      <w:r>
        <w:t>A flash of gold.</w:t>
      </w:r>
    </w:p>
    <w:p>
      <w:pPr/>
      <w:r>
        <w:t>Then impact.</w:t>
      </w:r>
    </w:p>
    <w:p>
      <w:pPr/>
      <w:r>
        <w:t>It buried itself edge-first into the steel support beam by the doorway, quivering.</w:t>
      </w:r>
    </w:p>
    <w:p>
      <w:pPr/>
      <w:r>
        <w:t>“Contact!” Blake barked.</w:t>
      </w:r>
    </w:p>
    <w:p>
      <w:pPr/>
      <w:r>
        <w:t>The team snapped to cover positions.</w:t>
      </w:r>
    </w:p>
    <w:p>
      <w:pPr/>
      <w:r>
        <w:t>Mira moved behind the tower support and scanned the tree line through the broken fence gap. Dorian dropped lower and wider to catch the left angle. Holt took the equipment box corner and watched the clearing edges with absolute stillness.</w:t>
      </w:r>
    </w:p>
    <w:p>
      <w:pPr/>
      <w:r>
        <w:t>Nothing.</w:t>
      </w:r>
    </w:p>
    <w:p>
      <w:pPr/>
      <w:r>
        <w:t>Then movement.</w:t>
      </w:r>
    </w:p>
    <w:p>
      <w:pPr/>
      <w:r>
        <w:t>A figure between trunks.</w:t>
      </w:r>
    </w:p>
    <w:p>
      <w:pPr/>
      <w:r>
        <w:t>Fast enough to be missed if you blinked. Coat edge catching light. One arm low. The other already coming back from the throw.</w:t>
      </w:r>
    </w:p>
    <w:p>
      <w:pPr/>
      <w:r>
        <w:t>No mask.</w:t>
      </w:r>
    </w:p>
    <w:p>
      <w:pPr/>
      <w:r>
        <w:t>No hesitation.</w:t>
      </w:r>
    </w:p>
    <w:p>
      <w:pPr/>
      <w:r>
        <w:t>Just enough shape to know a man stood there and did not particularly care how close he’d just come to cutting one of them open.</w:t>
      </w:r>
    </w:p>
    <w:p>
      <w:pPr/>
      <w:r>
        <w:t>Blake fired.</w:t>
      </w:r>
    </w:p>
    <w:p>
      <w:pPr/>
      <w:r>
        <w:t>Too late.</w:t>
      </w:r>
    </w:p>
    <w:p>
      <w:pPr/>
      <w:r>
        <w:t>The figure was gone before the rounds reached the trees.</w:t>
      </w:r>
    </w:p>
    <w:p>
      <w:pPr/>
      <w:r>
        <w:t>Another card flickered out from somewhere to the left — lower this time — clipping the metal edge of the tower and spinning off into gravel.</w:t>
      </w:r>
    </w:p>
    <w:p>
      <w:pPr/>
      <w:r>
        <w:t>Mira hissed, “He’s already moved.”</w:t>
      </w:r>
    </w:p>
    <w:p>
      <w:pPr/>
      <w:r>
        <w:t>Dorian changed angle. “One male. Fast.”</w:t>
      </w:r>
    </w:p>
    <w:p>
      <w:pPr/>
      <w:r>
        <w:t>Blake swore. “I had him.”</w:t>
      </w:r>
    </w:p>
    <w:p>
      <w:pPr/>
      <w:r>
        <w:t>“No,” Mira said. “You had a guess.”</w:t>
      </w:r>
    </w:p>
    <w:p>
      <w:pPr/>
      <w:r>
        <w:t>The clearing went still again.</w:t>
      </w:r>
    </w:p>
    <w:p>
      <w:pPr/>
      <w:r>
        <w:t>No second rush.</w:t>
      </w:r>
    </w:p>
    <w:p>
      <w:pPr/>
      <w:r>
        <w:t>No panicked retreat.</w:t>
      </w:r>
    </w:p>
    <w:p>
      <w:pPr/>
      <w:r>
        <w:t>No stupid flourish.</w:t>
      </w:r>
    </w:p>
    <w:p>
      <w:pPr/>
      <w:r>
        <w:t>Whoever had thrown the cards had measured them, shown them, and gone.</w:t>
      </w:r>
    </w:p>
    <w:p>
      <w:pPr/>
      <w:r>
        <w:t>Holt stayed where he was for another few seconds, listening.</w:t>
      </w:r>
    </w:p>
    <w:p>
      <w:pPr/>
      <w:r>
        <w:t>Nothing but the wind.</w:t>
      </w:r>
    </w:p>
    <w:p>
      <w:pPr/>
      <w:r>
        <w:t>Good.</w:t>
      </w:r>
    </w:p>
    <w:p>
      <w:pPr/>
      <w:r>
        <w:t>Not random.</w:t>
      </w:r>
    </w:p>
    <w:p>
      <w:pPr/>
      <w:r>
        <w:t>Not a starving straggler.</w:t>
      </w:r>
    </w:p>
    <w:p>
      <w:pPr/>
      <w:r>
        <w:t>Something else.</w:t>
      </w:r>
    </w:p>
    <w:p>
      <w:pPr/>
      <w:r>
        <w:t>Mira eased out first and approached the wall where the first card had hit. She pulled it free.</w:t>
      </w:r>
    </w:p>
    <w:p>
      <w:pPr/>
      <w:r>
        <w:t>Gold-plated.</w:t>
      </w:r>
    </w:p>
    <w:p>
      <w:pPr/>
      <w:r>
        <w:t>Joker.</w:t>
      </w:r>
    </w:p>
    <w:p>
      <w:pPr/>
      <w:r>
        <w:t>Modified.</w:t>
      </w:r>
    </w:p>
    <w:p>
      <w:pPr/>
      <w:r>
        <w:t>Weighted.</w:t>
      </w:r>
    </w:p>
    <w:p>
      <w:pPr/>
      <w:r>
        <w:t>Sharp enough to bite stone and steel if thrown with the right hand.</w:t>
      </w:r>
    </w:p>
    <w:p>
      <w:pPr/>
      <w:r>
        <w:t>The support Hunter nearest her stared at it with the sort of expression that suggested relief and anger were trying to occupy the same face at once.</w:t>
      </w:r>
    </w:p>
    <w:p>
      <w:pPr/>
      <w:r>
        <w:t>Blake came up beside her and looked at the card.</w:t>
      </w:r>
    </w:p>
    <w:p>
      <w:pPr/>
      <w:r>
        <w:t>Then at the woods.</w:t>
      </w:r>
    </w:p>
    <w:p>
      <w:pPr/>
      <w:r>
        <w:t>“Who throws Jokers?”</w:t>
      </w:r>
    </w:p>
    <w:p>
      <w:pPr/>
      <w:r>
        <w:t>No one answered him.</w:t>
      </w:r>
    </w:p>
    <w:p>
      <w:pPr/>
      <w:r>
        <w:t>Because the better question was:</w:t>
      </w:r>
    </w:p>
    <w:p>
      <w:pPr/>
      <w:r>
        <w:t>who throws gold-plated Jokers like blades and vanishes before anyone sees enough to shoot back properly?</w:t>
      </w:r>
    </w:p>
    <w:p>
      <w:pPr/>
      <w:r>
        <w:t>The second card was retrieved from the steel support.</w:t>
      </w:r>
    </w:p>
    <w:p>
      <w:pPr/>
      <w:r>
        <w:t>Another Joker.</w:t>
      </w:r>
    </w:p>
    <w:p>
      <w:pPr/>
      <w:r>
        <w:t>Matching.</w:t>
      </w:r>
    </w:p>
    <w:p>
      <w:pPr/>
      <w:r>
        <w:t>Holt looked at the two of them in Mira’s hand and then toward the trees again.</w:t>
      </w:r>
    </w:p>
    <w:p>
      <w:pPr/>
      <w:r>
        <w:t>The island was still fuller than it looked.</w:t>
      </w:r>
    </w:p>
    <w:p>
      <w:pPr/>
      <w:r>
        <w:t>Good.</w:t>
      </w:r>
    </w:p>
    <w:p>
      <w:pPr/>
      <w:r>
        <w:t>That meant the work would stay honest.</w:t>
      </w:r>
    </w:p>
    <w:p>
      <w:pPr/>
      <w:r>
        <w:t>“Take them,” he said.</w:t>
      </w:r>
    </w:p>
    <w:p>
      <w:pPr/>
      <w:r>
        <w:t>Mira slipped both cards into a vest pocket.</w:t>
      </w:r>
    </w:p>
    <w:p>
      <w:pPr/>
      <w:r>
        <w:t>Then Holt signalled the withdrawal.</w:t>
      </w:r>
    </w:p>
    <w:p>
      <w:pPr/>
      <w:r>
        <w:t>The strike team left the radio tower with one less blind spot and one more problem.</w:t>
      </w:r>
    </w:p>
    <w:p>
      <w:pPr/>
      <w:r>
        <w:t>Back at the fortress, the strategy chamber had sharpened into irritation by the time the team returned.</w:t>
      </w:r>
    </w:p>
    <w:p>
      <w:pPr/>
      <w:r>
        <w:t>Not panic.</w:t>
      </w:r>
    </w:p>
    <w:p>
      <w:pPr/>
      <w:r>
        <w:t>Not even real anger yet.</w:t>
      </w:r>
    </w:p>
    <w:p>
      <w:pPr/>
      <w:r>
        <w:t>Just the kind of focus professionals acquired when something had touched the edges of their control and kept moving.</w:t>
      </w:r>
    </w:p>
    <w:p>
      <w:pPr/>
      <w:r>
        <w:t>The Hunter who had nearly taken the first Joker to the throat laid the recovered cards on the map table with more force than was strictly necessary.</w:t>
      </w:r>
    </w:p>
    <w:p>
      <w:pPr/>
      <w:r>
        <w:t>Two gold-plated Jokers.</w:t>
      </w:r>
    </w:p>
    <w:p>
      <w:pPr/>
      <w:r>
        <w:t>Lamplight caught them hard enough to throw a thin bright edge across the island chart.</w:t>
      </w:r>
    </w:p>
    <w:p>
      <w:pPr/>
      <w:r>
        <w:t>For a moment, nobody spoke.</w:t>
      </w:r>
    </w:p>
    <w:p>
      <w:pPr/>
      <w:r>
        <w:t>Then Blake said, “He was close.”</w:t>
      </w:r>
    </w:p>
    <w:p>
      <w:pPr/>
      <w:r>
        <w:t>Mira removed her mask and set it beside the map with one precise motion. “He wanted to be.”</w:t>
      </w:r>
    </w:p>
    <w:p>
      <w:pPr/>
      <w:r>
        <w:t>“That meant to help?”</w:t>
      </w:r>
    </w:p>
    <w:p>
      <w:pPr/>
      <w:r>
        <w:t>“No.”</w:t>
      </w:r>
    </w:p>
    <w:p>
      <w:pPr/>
      <w:r>
        <w:t>Dorian stood slightly back from the table, already more interested in pattern than outrage.</w:t>
      </w:r>
    </w:p>
    <w:p>
      <w:pPr/>
      <w:r>
        <w:t>“He wasn’t trying to kill indiscriminately,” he said. “He was measuring reaction.”</w:t>
      </w:r>
    </w:p>
    <w:p>
      <w:pPr/>
      <w:r>
        <w:t>Blake looked at him. “By nearly cutting my man open?”</w:t>
      </w:r>
    </w:p>
    <w:p>
      <w:pPr/>
      <w:r>
        <w:t>“Yes,” Dorian said. “Exactly.”</w:t>
      </w:r>
    </w:p>
    <w:p>
      <w:pPr/>
      <w:r>
        <w:t>Corin picked one of the cards up between two gloved fingers and examined its weight.</w:t>
      </w:r>
    </w:p>
    <w:p>
      <w:pPr/>
      <w:r>
        <w:t>“Modified properly,” he said. “Not improvised.”</w:t>
      </w:r>
    </w:p>
    <w:p>
      <w:pPr/>
      <w:r>
        <w:t>That was when Holt looked toward Clay.</w:t>
      </w:r>
    </w:p>
    <w:p>
      <w:pPr/>
      <w:r>
        <w:t>The man had gone very still.</w:t>
      </w:r>
    </w:p>
    <w:p>
      <w:pPr/>
      <w:r>
        <w:t>Not obviously shocked.</w:t>
      </w:r>
    </w:p>
    <w:p>
      <w:pPr/>
      <w:r>
        <w:t>Not visibly pleased.</w:t>
      </w:r>
    </w:p>
    <w:p>
      <w:pPr/>
      <w:r>
        <w:t>Just still enough to make the rest of the room sharpen around him.</w:t>
      </w:r>
    </w:p>
    <w:p>
      <w:pPr/>
      <w:r>
        <w:t>Good.</w:t>
      </w:r>
    </w:p>
    <w:p>
      <w:pPr/>
      <w:r>
        <w:t>He knew something.</w:t>
      </w:r>
    </w:p>
    <w:p>
      <w:pPr/>
      <w:r>
        <w:t>Clay’s eyes stayed on the cards one beat longer than they should have.</w:t>
      </w:r>
    </w:p>
    <w:p>
      <w:pPr/>
      <w:r>
        <w:t>Then, so quietly it almost belonged only to himself, he said:</w:t>
      </w:r>
    </w:p>
    <w:p>
      <w:pPr/>
      <w:r>
        <w:t>“Interesting.”</w:t>
      </w:r>
    </w:p>
    <w:p>
      <w:pPr/>
      <w:r>
        <w:t>No one missed it.</w:t>
      </w:r>
    </w:p>
    <w:p>
      <w:pPr/>
      <w:r>
        <w:t>Blake turned first. “You know him?”</w:t>
      </w:r>
    </w:p>
    <w:p>
      <w:pPr/>
      <w:r>
        <w:t>Clay looked up slowly. “Did I say that?”</w:t>
      </w:r>
    </w:p>
    <w:p>
      <w:pPr/>
      <w:r>
        <w:t>“You said enough.”</w:t>
      </w:r>
    </w:p>
    <w:p>
      <w:pPr/>
      <w:r>
        <w:t>“I said one word.”</w:t>
      </w:r>
    </w:p>
    <w:p>
      <w:pPr/>
      <w:r>
        <w:t>Mira stepped closer to the table. “Then say a few more.”</w:t>
      </w:r>
    </w:p>
    <w:p>
      <w:pPr/>
      <w:r>
        <w:t>Clay let his gaze rest on the Jokers again.</w:t>
      </w:r>
    </w:p>
    <w:p>
      <w:pPr/>
      <w:r>
        <w:t>Same slow, thoughtful stillness.</w:t>
      </w:r>
    </w:p>
    <w:p>
      <w:pPr/>
      <w:r>
        <w:t>“Not a straggler,” he said at last.</w:t>
      </w:r>
    </w:p>
    <w:p>
      <w:pPr/>
      <w:r>
        <w:t>“That much we gathered,” Holt replied.</w:t>
      </w:r>
    </w:p>
    <w:p>
      <w:pPr/>
      <w:r>
        <w:t>Clay’s mouth shifted faintly. “No,” he said. “You really didn’t.”</w:t>
      </w:r>
    </w:p>
    <w:p>
      <w:pPr/>
      <w:r>
        <w:t>That bought him a silence.</w:t>
      </w:r>
    </w:p>
    <w:p>
      <w:pPr/>
      <w:r>
        <w:t>Not because anyone in the room was afraid of him.</w:t>
      </w:r>
    </w:p>
    <w:p>
      <w:pPr/>
      <w:r>
        <w:t>Because they were all thinking.</w:t>
      </w:r>
    </w:p>
    <w:p>
      <w:pPr/>
      <w:r>
        <w:t>Corin placed the Joker back on the map table.</w:t>
      </w:r>
    </w:p>
    <w:p>
      <w:pPr/>
      <w:r>
        <w:t>“Then he knows the island.”</w:t>
      </w:r>
    </w:p>
    <w:p>
      <w:pPr/>
      <w:r>
        <w:t>“And he knows how to move close without leaving a lane,” Dorian added.</w:t>
      </w:r>
    </w:p>
    <w:p>
      <w:pPr/>
      <w:r>
        <w:t>Blake folded his arms. “Next time he doesn’t leave.”</w:t>
      </w:r>
    </w:p>
    <w:p>
      <w:pPr/>
      <w:r>
        <w:t>Clay looked at the cards once more, then away.</w:t>
      </w:r>
    </w:p>
    <w:p>
      <w:pPr/>
      <w:r>
        <w:t>Interesting indeed.</w:t>
      </w:r>
    </w:p>
    <w:p>
      <w:pPr/>
      <w:r>
        <w:t>Because if those Jokers meant what he thought they meant, then the island had not only ghosts and leftovers left on it.</w:t>
      </w:r>
    </w:p>
    <w:p>
      <w:pPr/>
      <w:r>
        <w:t>It had style.</w:t>
      </w:r>
    </w:p>
    <w:p>
      <w:pPr/>
      <w:r>
        <w:t>And style was always more dangerous than panic.</w:t>
      </w:r>
    </w:p>
    <w:p>
      <w:pPr/>
      <w:r>
        <w:t>Holt rested both hands on the edge of the table.</w:t>
      </w:r>
    </w:p>
    <w:p>
      <w:pPr/>
      <w:r>
        <w:t>“Then we add him.”</w:t>
      </w:r>
    </w:p>
    <w:p>
      <w:pPr/>
      <w:r>
        <w:t>Mira looked up. “To which priority?”</w:t>
      </w:r>
    </w:p>
    <w:p>
      <w:pPr/>
      <w:r>
        <w:t>Holt’s gaze stayed on the cards.</w:t>
      </w:r>
    </w:p>
    <w:p>
      <w:pPr/>
      <w:r>
        <w:t>“Not yet,” he said. “But soon.”</w:t>
      </w:r>
    </w:p>
    <w:p>
      <w:pPr/>
      <w:r>
        <w:t>Beyond the chamber walls, far below the fortress and barely carried by the wind, the NightFangs howled from the ship.</w:t>
      </w:r>
    </w:p>
    <w:p>
      <w:pPr/>
      <w:r>
        <w:t>Even in the strategy room, the sound made the stone seem to listen.</w:t>
      </w:r>
    </w:p>
    <w:p>
      <w:pPr/>
      <w:r>
        <w:t>Clay heard it.</w:t>
      </w:r>
    </w:p>
    <w:p>
      <w:pPr/>
      <w:r>
        <w:t>So did the others.</w:t>
      </w:r>
    </w:p>
    <w:p>
      <w:pPr/>
      <w:r>
        <w:t>Two Jokers on the map.</w:t>
      </w:r>
    </w:p>
    <w:p>
      <w:pPr/>
      <w:r>
        <w:t>A tower taken.</w:t>
      </w:r>
    </w:p>
    <w:p>
      <w:pPr/>
      <w:r>
        <w:t>A new problem loose in the dark.</w:t>
      </w:r>
    </w:p>
    <w:p>
      <w:pPr/>
      <w:r>
        <w:t>The island was beginning to show its teeth again.</w:t>
      </w:r>
    </w:p>
    <w:p>
      <w:r>
        <w:br w:type="page"/>
      </w:r>
    </w:p>
    <w:p>
      <w:pPr>
        <w:pStyle w:val="Heading1"/>
        <w:jc w:val="left"/>
      </w:pPr>
      <w:r>
        <w:rPr>
          <w:b/>
        </w:rPr>
        <w:t>Chapter Seven: Lessons in Silence</w:t>
      </w:r>
    </w:p>
    <w:p/>
    <w:p>
      <w:pPr/>
      <w:r>
        <w:t>The farmhouse felt different after dark now.</w:t>
      </w:r>
    </w:p>
    <w:p>
      <w:pPr/>
      <w:r>
        <w:t>Not louder. Not safer either. Just more aware of itself.</w:t>
      </w:r>
    </w:p>
    <w:p>
      <w:pPr/>
      <w:r>
        <w:t>Wind moved over the roof and through the trees with a sound that no longer blended into the background the way it once might have. The place had learned too much in too short a time to relax fully into weather. Every creak of old wood, every shift of a loose hinge, every distant knock from the outer fencing carried the possibility of meaning.</w:t>
      </w:r>
    </w:p>
    <w:p>
      <w:pPr/>
      <w:r>
        <w:t>Jesse stood in the kitchen doorway with her arms folded and watched the yard through the glass.</w:t>
      </w:r>
    </w:p>
    <w:p>
      <w:pPr/>
      <w:r>
        <w:t>The repairs held. That was the practical truth of it. The porch no longer leaned. The fence stood straighter. The side of the house had been reinforced where the old structure had split and sagged under too much force in too little time. But the farmhouse still carried memory in layers, and Jesse had never learned how to look at one part of it without the rest trying to come back with it.</w:t>
      </w:r>
    </w:p>
    <w:p>
      <w:pPr/>
      <w:r>
        <w:t>Her eyes went first to the rebuilt line near the cellar side, and the past arrived with the speed of impact. Not as story. As sensation. The wrong drop in the stomach. The crack of timber giving way faster than thought could keep pace. The stairs breaking under violence and weight and chaos until the whole inside of the house seemed to open at once. Craig falling through ruin into the dark below while the fight still raged above them. The split-second disbelief of seeing somebody vanish where a staircase should have held.</w:t>
      </w:r>
    </w:p>
    <w:p>
      <w:pPr/>
      <w:r>
        <w:t>She could still remember the sound of it better than she wanted to — wood breaking, voices cutting across each other, the whole farmhouse turning from shelter into trap in one sickening movement. There were some memories that time reduced into summary. This was not one of them. This one kept its edges.</w:t>
      </w:r>
    </w:p>
    <w:p>
      <w:pPr/>
      <w:r>
        <w:t>Looking toward the yard after that only made the rest come with it. The fence line brought back the orange-white bite of Clara’s proximity mines. The field remembered shouting, fire, movement through smoke. Even the quiet patch near the side wall looked wrong in morning light, too innocent for a place that still sat over so much buried panic.</w:t>
      </w:r>
    </w:p>
    <w:p>
      <w:pPr/>
      <w:r>
        <w:t>The house stood. The repairs held. The land had gone still again. None of that meant it had become harmless in her head. Some mornings Jesse looked out and saw a yard. Other mornings she saw the siege first and the repairs only after. Today the memories reached her before the daylight did.</w:t>
      </w:r>
    </w:p>
    <w:p>
      <w:pPr/>
      <w:r>
        <w:t>The kitchen behind her stayed full of life in the practical, improvised way the farmhouse always did now. Leah moving mugs. Phoenix coming in with cold air on him. Damian answering somebody only because silence had failed to end the conversation quickly enough. Sares somewhere near the stairs with Buster at her heels.</w:t>
      </w:r>
    </w:p>
    <w:p>
      <w:pPr/>
      <w:r>
        <w:t>Jesse listened to all of it without turning around.</w:t>
      </w:r>
    </w:p>
    <w:p>
      <w:pPr/>
      <w:r>
        <w:t>That was the strange part of the house now. It never truly felt empty, and yet absence still lived in it with its own authority. Sam should have been somewhere in the middle of the noise, feet too fast on the floorboards, voice arriving before the rest of him. Max should have been close enough to answer from another room. Clara should have been using practicality like a weapon against everyone’s nerves. Instead there was only the version of family still on the island and the version she had pushed across the water for their own safety.</w:t>
      </w:r>
    </w:p>
    <w:p>
      <w:pPr/>
      <w:r>
        <w:t>The two truths sat badly together.</w:t>
      </w:r>
    </w:p>
    <w:p>
      <w:pPr/>
      <w:r>
        <w:t>She wanted them back. She wanted them nowhere near this place until wanting them back stopped being dangerous. Some days that contradiction felt manageable. Other days it sat in her chest like a structural flaw, something load-bearing and cracked that the rest of her had to keep building around anyway.</w:t>
      </w:r>
    </w:p>
    <w:p>
      <w:pPr/>
      <w:r>
        <w:t>Jesse looked out at the repaired yard one more time, then finally turned back toward the kitchen, where the people still here were arguing over ordinary things in voices that made the house sound lived in instead of haunted. For the moment, that would have to be enough.</w:t>
      </w:r>
    </w:p>
    <w:p>
      <w:pPr/>
      <w:r>
        <w:t>Phoenix and Damian’s tents sat beyond the outbuilding, no longer looking temporary exactly, but still not settled enough to suggest permanence. Salvaged material from the chopper and the abandoned checkpoints had made the outside arrangement more solid over the last weeks — better supports, weatherproofing, a rough lean-to extension, storage crates stacked under cover, extra wire and hooks, a shelf rigged into the side wall for tools and parts. It looked less like survival now and more like adaptation.</w:t>
      </w:r>
    </w:p>
    <w:p>
      <w:pPr/>
      <w:r>
        <w:t>That was probably worse.</w:t>
      </w:r>
    </w:p>
    <w:p>
      <w:pPr/>
      <w:r>
        <w:t>It meant the island was lasting.</w:t>
      </w:r>
    </w:p>
    <w:p>
      <w:pPr/>
      <w:r>
        <w:t>Behind her, Leah set two mugs down on the table.</w:t>
      </w:r>
    </w:p>
    <w:p>
      <w:pPr/>
      <w:r>
        <w:t>“You’ve done that three times.”</w:t>
      </w:r>
    </w:p>
    <w:p>
      <w:pPr/>
      <w:r>
        <w:t>Jesse glanced back. “Done what?”</w:t>
      </w:r>
    </w:p>
    <w:p>
      <w:pPr/>
      <w:r>
        <w:t>“Look at the yard like it offended you personally.”</w:t>
      </w:r>
    </w:p>
    <w:p>
      <w:pPr/>
      <w:r>
        <w:t>Jesse considered that for a beat. “It has.”</w:t>
      </w:r>
    </w:p>
    <w:p>
      <w:pPr/>
      <w:r>
        <w:t>Leah sat down, one hand still resting on the handle of her mug, and looked toward the same window. “That’s fair.”</w:t>
      </w:r>
    </w:p>
    <w:p>
      <w:pPr/>
      <w:r>
        <w:t>It was one of the strange things about Leah now. She still carried her Order habits in the way she moved, the way she stood, the way silence sat around her a fraction more neatly than it did around other people. But the farmhouse had started working on her anyway. Not softening exactly. Something slower than that. Loosening.</w:t>
      </w:r>
    </w:p>
    <w:p>
      <w:pPr/>
      <w:r>
        <w:t>She’d helped with the perimeter. Helped with Buster. Helped with Sares when Damian’s version of patience ran too sharp. And every now and then Jesse caught glimpses of what it cost her to be useful in this place without becoming what had made her useful before.</w:t>
      </w:r>
    </w:p>
    <w:p>
      <w:pPr/>
      <w:r>
        <w:t>Jesse stepped away from the door. “You heading out tomorrow?”</w:t>
      </w:r>
    </w:p>
    <w:p>
      <w:pPr/>
      <w:r>
        <w:t>Leah looked at her. “To the market?”</w:t>
      </w:r>
    </w:p>
    <w:p>
      <w:pPr/>
      <w:r>
        <w:t>Jesse nodded.</w:t>
      </w:r>
    </w:p>
    <w:p>
      <w:pPr/>
      <w:r>
        <w:t>“We need more than food,” Leah said. “Lamp batteries. Dressings. Salt if there’s any left worth buying. And Phoenix wants more line for the radio set.”</w:t>
      </w:r>
    </w:p>
    <w:p>
      <w:pPr/>
      <w:r>
        <w:t>Phoenix came in from the yard a minute later, smelling of damp wood and cold air, with a coil of radio line in one hand and the look of a man already mildly offended by the day. He set it on the table.</w:t>
      </w:r>
    </w:p>
    <w:p>
      <w:pPr/>
      <w:r>
        <w:t>Damian glanced at it once from the sink. “That’s not enough.”</w:t>
      </w:r>
    </w:p>
    <w:p>
      <w:pPr/>
      <w:r>
        <w:t>Phoenix took off his gloves. “Good morning to you too.”</w:t>
      </w:r>
    </w:p>
    <w:p>
      <w:pPr/>
      <w:r>
        <w:t>“It’s still not enough.”</w:t>
      </w:r>
    </w:p>
    <w:p>
      <w:pPr/>
      <w:r>
        <w:t>Jesse looked between them. “For what?”</w:t>
      </w:r>
    </w:p>
    <w:p>
      <w:pPr/>
      <w:r>
        <w:t>Phoenix nodded toward the back window. “If I run a second line out toward the lower fence, I get cleaner reach past the dip.”</w:t>
      </w:r>
    </w:p>
    <w:p>
      <w:pPr/>
      <w:r>
        <w:t>Damian leaned one shoulder against the counter. “You’ve already got one.”</w:t>
      </w:r>
    </w:p>
    <w:p>
      <w:pPr/>
      <w:r>
        <w:t>“Yes,” Phoenix said. “One.”</w:t>
      </w:r>
    </w:p>
    <w:p>
      <w:pPr/>
      <w:r>
        <w:t>“That usually is what one means.”</w:t>
      </w:r>
    </w:p>
    <w:p>
      <w:pPr/>
      <w:r>
        <w:t>Leah looked down into her mug, not quite smiling.</w:t>
      </w:r>
    </w:p>
    <w:p>
      <w:pPr/>
      <w:r>
        <w:t>Phoenix ignored him. “One line gives you contact. It doesn’t give you redundancy.”</w:t>
      </w:r>
    </w:p>
    <w:p>
      <w:pPr/>
      <w:r>
        <w:t>Damian’s expression barely moved. “Redundancy is what people build when they don’t trust the first plan.”</w:t>
      </w:r>
    </w:p>
    <w:p>
      <w:pPr/>
      <w:r>
        <w:t>“Exactly.”</w:t>
      </w:r>
    </w:p>
    <w:p>
      <w:pPr/>
      <w:r>
        <w:t>That bought him a pause.</w:t>
      </w:r>
    </w:p>
    <w:p>
      <w:pPr/>
      <w:r>
        <w:t>Sares, half in the doorway with Buster beside her, looked openly pleased to have stumbled into an argument that sounded practical and personal at the same time.</w:t>
      </w:r>
    </w:p>
    <w:p>
      <w:pPr/>
      <w:r>
        <w:t>Damian said, “If something cuts the first line, chances are it cuts the second.”</w:t>
      </w:r>
    </w:p>
    <w:p>
      <w:pPr/>
      <w:r>
        <w:t>“Then the second tells you where the first failed,” Phoenix replied.</w:t>
      </w:r>
    </w:p>
    <w:p>
      <w:pPr/>
      <w:r>
        <w:t>Damian considered that with visible reluctance. “That’s annoyingly sensible.”</w:t>
      </w:r>
    </w:p>
    <w:p>
      <w:pPr/>
      <w:r>
        <w:t>“I get that a lot.”</w:t>
      </w:r>
    </w:p>
    <w:p>
      <w:pPr/>
      <w:r>
        <w:t>Damian looked toward the dark yard outside. “You’re still sleeping out there?”</w:t>
      </w:r>
    </w:p>
    <w:p>
      <w:pPr/>
      <w:r>
        <w:t>“At the moment.”</w:t>
      </w:r>
    </w:p>
    <w:p>
      <w:pPr/>
      <w:r>
        <w:t>“Bad habit.”</w:t>
      </w:r>
    </w:p>
    <w:p>
      <w:pPr/>
      <w:r>
        <w:t>“You’re out there too.”</w:t>
      </w:r>
    </w:p>
    <w:p>
      <w:pPr/>
      <w:r>
        <w:t>Damian’s mouth shifted faintly. “I’m aware.”</w:t>
      </w:r>
    </w:p>
    <w:p>
      <w:pPr/>
      <w:r>
        <w:t>Phoenix folded the extra line once between his hands. “You trust the perimeter?”</w:t>
      </w:r>
    </w:p>
    <w:p>
      <w:pPr/>
      <w:r>
        <w:t>“No.”</w:t>
      </w:r>
    </w:p>
    <w:p>
      <w:pPr/>
      <w:r>
        <w:t>“Good,” Phoenix said. “Neither do I.”</w:t>
      </w:r>
    </w:p>
    <w:p>
      <w:pPr/>
      <w:r>
        <w:t>That answer sat between them with the shape of agreement and none of the comfort. Useful men, Jesse thought, were often worst when they recognised themselves in each other.</w:t>
      </w:r>
    </w:p>
    <w:p>
      <w:pPr/>
      <w:r>
        <w:t>The power had come back months ago, but no one on the island trusted it enough to stop buying batteries.</w:t>
      </w:r>
    </w:p>
    <w:p>
      <w:pPr/>
      <w:r>
        <w:t>“He always wants more line for something.”</w:t>
      </w:r>
    </w:p>
    <w:p>
      <w:pPr/>
      <w:r>
        <w:t>“That’s because he’s the only one trying to make the dead systems talk again.”</w:t>
      </w:r>
    </w:p>
    <w:p>
      <w:pPr/>
      <w:r>
        <w:t>Jesse let out a quiet breath through her nose and leaned on the counter. “He’s also the only one stubborn enough to think they’ll listen.”</w:t>
      </w:r>
    </w:p>
    <w:p>
      <w:pPr/>
      <w:r>
        <w:t>Leah took a sip from the mug. “That’s not the worst quality on this island.”</w:t>
      </w:r>
    </w:p>
    <w:p>
      <w:pPr/>
      <w:r>
        <w:t>No, Jesse thought. It wasn’t.</w:t>
      </w:r>
    </w:p>
    <w:p>
      <w:pPr/>
      <w:r>
        <w:t>Leah had almost reached the doorway when Jesse said, “Why did you come back?”</w:t>
      </w:r>
    </w:p>
    <w:p>
      <w:pPr/>
      <w:r>
        <w:t>It was quiet enough that nobody else in the room seemed to hear it for what it was. Not a challenge. Not quite. More the kind of question that only got asked after someone had already been allowed to stay.</w:t>
      </w:r>
    </w:p>
    <w:p>
      <w:pPr/>
      <w:r>
        <w:t>Leah stopped with one hand against the frame. For a moment she did not turn. The pause itself said enough to make Jesse regret asking and mean it at the same time.</w:t>
      </w:r>
    </w:p>
    <w:p>
      <w:pPr/>
      <w:r>
        <w:t>“Back from where?” Leah asked at last.</w:t>
      </w:r>
    </w:p>
    <w:p>
      <w:pPr/>
      <w:r>
        <w:t>Jesse looked down into her mug. “Blackthorne. The strategy chamber. Any of it.”</w:t>
      </w:r>
    </w:p>
    <w:p>
      <w:pPr/>
      <w:r>
        <w:t>When Leah did turn, her face had that same careful stillness it always carried when the ground under a conversation felt uncertain.</w:t>
      </w:r>
    </w:p>
    <w:p>
      <w:pPr/>
      <w:r>
        <w:t>“Because you were still there,” she said.</w:t>
      </w:r>
    </w:p>
    <w:p>
      <w:pPr/>
      <w:r>
        <w:t>Jesse let that sit. “That’s not a full answer.”</w:t>
      </w:r>
    </w:p>
    <w:p>
      <w:pPr/>
      <w:r>
        <w:t>“No,” Leah said. “It isn’t.”</w:t>
      </w:r>
    </w:p>
    <w:p>
      <w:pPr/>
      <w:r>
        <w:t>The kitchen held itself around them — low morning light, the faint ticking cool of the kettle after boiling, the rest of the house close enough to remind them they were not alone and far enough away to leave the words room.</w:t>
      </w:r>
    </w:p>
    <w:p>
      <w:pPr/>
      <w:r>
        <w:t>Leah looked toward the yard through the back glass before continuing. “My whole life at Blackthorne, people kept talking as if loyalty and obedience were the same thing. As if staying in line long enough made a person right.” Her mouth shifted faintly, not with humour. “Then the castle started falling apart, and for the first time in a long time everyone stopped sounding certain.”</w:t>
      </w:r>
    </w:p>
    <w:p>
      <w:pPr/>
      <w:r>
        <w:t>Jesse said nothing.</w:t>
      </w:r>
    </w:p>
    <w:p>
      <w:pPr/>
      <w:r>
        <w:t>“You did,” Leah went on. “Not certain exactly. But clear. There’s a difference.”</w:t>
      </w:r>
    </w:p>
    <w:p>
      <w:pPr/>
      <w:r>
        <w:t>Jesse looked up at that. “I was trying not to die.”</w:t>
      </w:r>
    </w:p>
    <w:p>
      <w:pPr/>
      <w:r>
        <w:t>“I know.” Leah’s voice stayed level. “That’s part of why it mattered.”</w:t>
      </w:r>
    </w:p>
    <w:p>
      <w:pPr/>
      <w:r>
        <w:t>The answer was stranger than Jesse had expected and somehow harder to argue with because of it. Not gratitude. Not romance. Not redemption dressed up as timing. Just recognition from one survivor to another, awkward and incomplete and probably more honest because of that.</w:t>
      </w:r>
    </w:p>
    <w:p>
      <w:pPr/>
      <w:r>
        <w:t>“You could’ve taken the blueprint and gone,” Jesse said.</w:t>
      </w:r>
    </w:p>
    <w:p>
      <w:pPr/>
      <w:r>
        <w:t>“Yes.”</w:t>
      </w:r>
    </w:p>
    <w:p>
      <w:pPr/>
      <w:r>
        <w:t>“And you didn’t.”</w:t>
      </w:r>
    </w:p>
    <w:p>
      <w:pPr/>
      <w:r>
        <w:t>Leah’s eyes shifted once toward her. “No.”</w:t>
      </w:r>
    </w:p>
    <w:p>
      <w:pPr/>
      <w:r>
        <w:t>Jesse tightened both hands around the mug. “Do you regret it?”</w:t>
      </w:r>
    </w:p>
    <w:p>
      <w:pPr/>
      <w:r>
        <w:t>That took longer.</w:t>
      </w:r>
    </w:p>
    <w:p>
      <w:pPr/>
      <w:r>
        <w:t>Not because Leah was inventing an answer. Because she wasn’t.</w:t>
      </w:r>
    </w:p>
    <w:p>
      <w:pPr/>
      <w:r>
        <w:t>“Some days,” she said. “Mostly when I’m tired. Or when this place feels too much like something I haven’t earned.”</w:t>
      </w:r>
    </w:p>
    <w:p>
      <w:pPr/>
      <w:r>
        <w:t>Jesse absorbed that in silence. She understood more of it than she wanted to. The farmhouse had a way of making people feel both sheltered and judged, depending on what they carried in with them.</w:t>
      </w:r>
    </w:p>
    <w:p>
      <w:pPr/>
      <w:r>
        <w:t>“You’re still here,” Jesse said at last.</w:t>
      </w:r>
    </w:p>
    <w:p>
      <w:pPr/>
      <w:r>
        <w:t>Leah gave the smallest nod. “So are you.”</w:t>
      </w:r>
    </w:p>
    <w:p>
      <w:pPr/>
      <w:r>
        <w:t>That answer landed differently than it should have. Jesse looked back out at the yard, the repaired fence, the patched life of it all, and thought that maybe staying was the closest thing people like them had to saying the rest out loud.</w:t>
      </w:r>
    </w:p>
    <w:p>
      <w:pPr/>
      <w:r>
        <w:t>“Alright,” she said.</w:t>
      </w:r>
    </w:p>
    <w:p>
      <w:pPr/>
      <w:r>
        <w:t>Leah waited.</w:t>
      </w:r>
    </w:p>
    <w:p>
      <w:pPr/>
      <w:r>
        <w:t>Jesse’s mouth moved faintly at one corner. “That wasn’t forgiveness. Don’t get ambitious.”</w:t>
      </w:r>
    </w:p>
    <w:p>
      <w:pPr/>
      <w:r>
        <w:t>For the first time in the exchange, Leah almost smiled. “Wouldn’t dream of it.”</w:t>
      </w:r>
    </w:p>
    <w:p>
      <w:pPr/>
      <w:r>
        <w:t>Outside, Buster barked once.</w:t>
      </w:r>
    </w:p>
    <w:p>
      <w:pPr/>
      <w:r>
        <w:t>Not an alarm bark. More a statement of ownership.</w:t>
      </w:r>
    </w:p>
    <w:p>
      <w:pPr/>
      <w:r>
        <w:t>Jesse looked toward the window again. “He’s taken to sleeping closer to Sares than Phoenix lately.”</w:t>
      </w:r>
    </w:p>
    <w:p>
      <w:pPr/>
      <w:r>
        <w:t>Leah’s mouth moved slightly. “That’s because Phoenix snores.”</w:t>
      </w:r>
    </w:p>
    <w:p>
      <w:pPr/>
      <w:r>
        <w:t>“That your diagnosis?”</w:t>
      </w:r>
    </w:p>
    <w:p>
      <w:pPr/>
      <w:r>
        <w:t>“It’s the only one I needed.”</w:t>
      </w:r>
    </w:p>
    <w:p>
      <w:pPr/>
      <w:r>
        <w:t>That almost got a smile out of Jesse.</w:t>
      </w:r>
    </w:p>
    <w:p>
      <w:pPr/>
      <w:r>
        <w:t>Almost.</w:t>
      </w:r>
    </w:p>
    <w:p>
      <w:pPr/>
      <w:r>
        <w:t>From somewhere outside came the sound of wood striking wood. Then Damian’s voice, flat and dry and impossible to mistake.</w:t>
      </w:r>
    </w:p>
    <w:p>
      <w:pPr/>
      <w:r>
        <w:t>“No. Again.”</w:t>
      </w:r>
    </w:p>
    <w:p>
      <w:pPr/>
      <w:r>
        <w:t>Sares answered immediately. “That one was better.”</w:t>
      </w:r>
    </w:p>
    <w:p>
      <w:pPr/>
      <w:r>
        <w:t>“It was slower.”</w:t>
      </w:r>
    </w:p>
    <w:p>
      <w:pPr/>
      <w:r>
        <w:t>“It was controlled.”</w:t>
      </w:r>
    </w:p>
    <w:p>
      <w:pPr/>
      <w:r>
        <w:t>“It was late.”</w:t>
      </w:r>
    </w:p>
    <w:p>
      <w:pPr/>
      <w:r>
        <w:t>A beat.</w:t>
      </w:r>
    </w:p>
    <w:p>
      <w:pPr/>
      <w:r>
        <w:t>Then Sares: “You’re deeply unpleasant to learn from.”</w:t>
      </w:r>
    </w:p>
    <w:p>
      <w:pPr/>
      <w:r>
        <w:t>Jesse shut her eyes briefly. “There’s the morning started properly.”</w:t>
      </w:r>
    </w:p>
    <w:p>
      <w:pPr/>
      <w:r>
        <w:t>Leah stood and crossed to the window. “He’s good with her.”</w:t>
      </w:r>
    </w:p>
    <w:p>
      <w:pPr/>
      <w:r>
        <w:t>Jesse joined her.</w:t>
      </w:r>
    </w:p>
    <w:p>
      <w:pPr/>
      <w:r>
        <w:t>Out beyond the outbuilding, the training patch was already alive.</w:t>
      </w:r>
    </w:p>
    <w:p>
      <w:pPr/>
      <w:r>
        <w:t>Phoenix had been the one to help build most of it, but the thing had become Damian’s by use. Crates stacked into angled movement lanes. A hanging target made from patched old padding. Rope markers. Fence-post routes. A shallow ditch near the edge of the field that had once been drainage and had since become useful enough to keep.</w:t>
      </w:r>
    </w:p>
    <w:p>
      <w:pPr/>
      <w:r>
        <w:t>Sares stood at one end of the patch with the slingshot in hand.</w:t>
      </w:r>
    </w:p>
    <w:p>
      <w:pPr/>
      <w:r>
        <w:t>Damian stood opposite her, hands loose at his sides, watching not where she aimed but how she held herself before she aimed. That was the thing with him. He always looked at the decision before the movement.</w:t>
      </w:r>
    </w:p>
    <w:p>
      <w:pPr/>
      <w:r>
        <w:t>Phoenix leaned against the outer fence rail nearby, not interfering, just present enough to draw the occasional comment from Sares and the occasional irritated glance from Damian.</w:t>
      </w:r>
    </w:p>
    <w:p>
      <w:pPr/>
      <w:r>
        <w:t>Buster sat between them all like a fourth participant who believed the chapter belonged largely to him.</w:t>
      </w:r>
    </w:p>
    <w:p>
      <w:pPr/>
      <w:r>
        <w:t>Jesse opened the back door and stepped into the morning air. Leah followed a second later.</w:t>
      </w:r>
    </w:p>
    <w:p>
      <w:pPr/>
      <w:r>
        <w:t>“Again,” Damian said.</w:t>
      </w:r>
    </w:p>
    <w:p>
      <w:pPr/>
      <w:r>
        <w:t>Sares raised the slingshot, sighted, loosed.</w:t>
      </w:r>
    </w:p>
    <w:p>
      <w:pPr/>
      <w:r>
        <w:t>The stone clipped the hanging target and spun it slightly sideways.</w:t>
      </w:r>
    </w:p>
    <w:p>
      <w:pPr/>
      <w:r>
        <w:t>“See?” she said.</w:t>
      </w:r>
    </w:p>
    <w:p>
      <w:pPr/>
      <w:r>
        <w:t>Damian didn’t even blink. “If the target had been standing still and waiting for pity, you’d have wounded its opinion.”</w:t>
      </w:r>
    </w:p>
    <w:p>
      <w:pPr/>
      <w:r>
        <w:t>Phoenix laughed.</w:t>
      </w:r>
    </w:p>
    <w:p>
      <w:pPr/>
      <w:r>
        <w:t>Sares lowered the slingshot and glared. “You planning to use that line every day?”</w:t>
      </w:r>
    </w:p>
    <w:p>
      <w:pPr/>
      <w:r>
        <w:t>“No,” Damian said. “I’ll improve it.”</w:t>
      </w:r>
    </w:p>
    <w:p>
      <w:pPr/>
      <w:r>
        <w:t>“That’s horrible.”</w:t>
      </w:r>
    </w:p>
    <w:p>
      <w:pPr/>
      <w:r>
        <w:t>“That’s mentorship.”</w:t>
      </w:r>
    </w:p>
    <w:p>
      <w:pPr/>
      <w:r>
        <w:t>Jesse stopped near the edge of the patch and folded her arms. “How long’s this been going on?”</w:t>
      </w:r>
    </w:p>
    <w:p>
      <w:pPr/>
      <w:r>
        <w:t>“Since before you started staring angrily at the yard,” Phoenix said.</w:t>
      </w:r>
    </w:p>
    <w:p>
      <w:pPr/>
      <w:r>
        <w:t>“I don’t stare angrily.”</w:t>
      </w:r>
    </w:p>
    <w:p>
      <w:pPr/>
      <w:r>
        <w:t>Leah, behind her, said, “You absolutely do.”</w:t>
      </w:r>
    </w:p>
    <w:p>
      <w:pPr/>
      <w:r>
        <w:t>Sares shifted the slingshot back into her pocket and looked at Damian. “Then show me again.”</w:t>
      </w:r>
    </w:p>
    <w:p>
      <w:pPr/>
      <w:r>
        <w:t>That part Jesse liked.</w:t>
      </w:r>
    </w:p>
    <w:p>
      <w:pPr/>
      <w:r>
        <w:t>Not the persistence. That was expected.</w:t>
      </w:r>
    </w:p>
    <w:p>
      <w:pPr/>
      <w:r>
        <w:t>The lack of embarrassment.</w:t>
      </w:r>
    </w:p>
    <w:p>
      <w:pPr/>
      <w:r>
        <w:t>Three months ago Sares would have taken a correction like an insult, worn it for an hour, then pretended she hadn’t cared. Now she just asked again.</w:t>
      </w:r>
    </w:p>
    <w:p>
      <w:pPr/>
      <w:r>
        <w:t>Damian stepped forward and took up a flat stone from the crate beside him.</w:t>
      </w:r>
    </w:p>
    <w:p>
      <w:pPr/>
      <w:r>
        <w:t>“Don’t watch the hands,” he said. “Watch the thought before the hands.”</w:t>
      </w:r>
    </w:p>
    <w:p>
      <w:pPr/>
      <w:r>
        <w:t>Sares frowned. “You keep saying that like thoughts are visible.”</w:t>
      </w:r>
    </w:p>
    <w:p>
      <w:pPr/>
      <w:r>
        <w:t>“They are,” Damian said.</w:t>
      </w:r>
    </w:p>
    <w:p>
      <w:pPr/>
      <w:r>
        <w:t>“That sounds suspiciously convenient.”</w:t>
      </w:r>
    </w:p>
    <w:p>
      <w:pPr/>
      <w:r>
        <w:t>“It isn’t. It’s why most people lose.”</w:t>
      </w:r>
    </w:p>
    <w:p>
      <w:pPr/>
      <w:r>
        <w:t>She shifted the slingshot in her hand and looked at him properly now. Not joking. Listening. That alone changed the patch of ground between them.</w:t>
      </w:r>
    </w:p>
    <w:p>
      <w:pPr/>
      <w:r>
        <w:t>Damian nodded once toward Buster, then toward the tree line beyond the yard. “People decide before they move. The body just catches up. Shoulders tighten. Weight shifts. Eyes fix. Jaw sets. A hand twitches toward where it already wants to be. By the time someone sprints, the choice is old.”</w:t>
      </w:r>
    </w:p>
    <w:p>
      <w:pPr/>
      <w:r>
        <w:t>Sares looked doubtful. “So everyone warns you first?”</w:t>
      </w:r>
    </w:p>
    <w:p>
      <w:pPr/>
      <w:r>
        <w:t>“Most do.”</w:t>
      </w:r>
    </w:p>
    <w:p>
      <w:pPr/>
      <w:r>
        <w:t>“That seems badly designed.”</w:t>
      </w:r>
    </w:p>
    <w:p>
      <w:pPr/>
      <w:r>
        <w:t>“It is.” Damian’s mouth moved faintly. “Shufu used to say most people telegraph themselves because they think the world is polite enough not to watch.”</w:t>
      </w:r>
    </w:p>
    <w:p>
      <w:pPr/>
      <w:r>
        <w:t>Sares’ expression changed at once. “That sounds more like you than him.”</w:t>
      </w:r>
    </w:p>
    <w:p>
      <w:pPr/>
      <w:r>
        <w:t>“That should worry you.”</w:t>
      </w:r>
    </w:p>
    <w:p>
      <w:pPr/>
      <w:r>
        <w:t>“Did he ever say anything cheerful?”</w:t>
      </w:r>
    </w:p>
    <w:p>
      <w:pPr/>
      <w:r>
        <w:t>Damian considered that for half a second. “Not in the useful lessons.”</w:t>
      </w:r>
    </w:p>
    <w:p>
      <w:pPr/>
      <w:r>
        <w:t>Phoenix, still at the fence rail, said, “Comforting man.”</w:t>
      </w:r>
    </w:p>
    <w:p>
      <w:pPr/>
      <w:r>
        <w:t>Damian ignored him. “Shufu taught me that speed impresses people who like stories about speed. It doesn’t keep them alive. Panic looks fast too. So does luck. Neither means much if you moved at the wrong moment.”</w:t>
      </w:r>
    </w:p>
    <w:p>
      <w:pPr/>
      <w:r>
        <w:t>Sares lowered the slingshot slightly. “Then what matters?”</w:t>
      </w:r>
    </w:p>
    <w:p>
      <w:pPr/>
      <w:r>
        <w:t>His answer came flatly, but not carelessly. “Timing. Choice. Knowing what the other person already wants before they do it.”</w:t>
      </w:r>
    </w:p>
    <w:p>
      <w:pPr/>
      <w:r>
        <w:t>She looked toward the hanging target, then the tree line, then back at him. “You make everything sound grim.”</w:t>
      </w:r>
    </w:p>
    <w:p>
      <w:pPr/>
      <w:r>
        <w:t>“That’s because survival usually is.”</w:t>
      </w:r>
    </w:p>
    <w:p>
      <w:pPr/>
      <w:r>
        <w:t>“You say things like that and then wonder why normal people avoid you.”</w:t>
      </w:r>
    </w:p>
    <w:p>
      <w:pPr/>
      <w:r>
        <w:t>“I don’t wonder.”</w:t>
      </w:r>
    </w:p>
    <w:p>
      <w:pPr/>
      <w:r>
        <w:t>That almost pulled a laugh out of Phoenix.</w:t>
      </w:r>
    </w:p>
    <w:p>
      <w:pPr/>
      <w:r>
        <w:t>Damian pointed toward Buster. “What does he do before he runs?”</w:t>
      </w:r>
    </w:p>
    <w:p>
      <w:pPr/>
      <w:r>
        <w:t>Sares answered automatically now. “Ears first. Then the weight shift. Then the lean.”</w:t>
      </w:r>
    </w:p>
    <w:p>
      <w:pPr/>
      <w:r>
        <w:t>“Good,” Damian said. “The sprint is only what happens after the truth’s already been there for a second.”</w:t>
      </w:r>
    </w:p>
    <w:p>
      <w:pPr/>
      <w:r>
        <w:t>He picked up the stone then, rolled it once between thumb and forefinger, and looked at her with the same dry severity he seemed to reserve for people he thought might actually learn.</w:t>
      </w:r>
    </w:p>
    <w:p>
      <w:pPr/>
      <w:r>
        <w:t>“Now,” he said, “try watching the world before it admits what it’s doing.”</w:t>
      </w:r>
    </w:p>
    <w:p>
      <w:pPr/>
      <w:r>
        <w:t>Sares frowned slightly. “That doesn’t make sense.”</w:t>
      </w:r>
    </w:p>
    <w:p>
      <w:pPr/>
      <w:r>
        <w:t>“It does if you stop listening like a normal person.”</w:t>
      </w:r>
    </w:p>
    <w:p>
      <w:pPr/>
      <w:r>
        <w:t>“Helpful.”</w:t>
      </w:r>
    </w:p>
    <w:p>
      <w:pPr/>
      <w:r>
        <w:t>Damian rolled the stone between thumb and forefinger once. “If you wait for movement, you’re already behind it. People decide before they act. The body only catches up.”</w:t>
      </w:r>
    </w:p>
    <w:p>
      <w:pPr/>
      <w:r>
        <w:t>He looked toward the tree line.</w:t>
      </w:r>
    </w:p>
    <w:p>
      <w:pPr/>
      <w:r>
        <w:t>Then back at her.</w:t>
      </w:r>
    </w:p>
    <w:p>
      <w:pPr/>
      <w:r>
        <w:t>“What does Buster do before he runs?”</w:t>
      </w:r>
    </w:p>
    <w:p>
      <w:pPr/>
      <w:r>
        <w:t>Sares glanced at the dog automatically. “Ears first.”</w:t>
      </w:r>
    </w:p>
    <w:p>
      <w:pPr/>
      <w:r>
        <w:t>“Good. What else?”</w:t>
      </w:r>
    </w:p>
    <w:p>
      <w:pPr/>
      <w:r>
        <w:t>She watched Buster more closely this time. “Weight changes.”</w:t>
      </w:r>
    </w:p>
    <w:p>
      <w:pPr/>
      <w:r>
        <w:t>“Good. What else?”</w:t>
      </w:r>
    </w:p>
    <w:p>
      <w:pPr/>
      <w:r>
        <w:t>She hesitated.</w:t>
      </w:r>
    </w:p>
    <w:p>
      <w:pPr/>
      <w:r>
        <w:t>Phoenix said, “He judges us.”</w:t>
      </w:r>
    </w:p>
    <w:p>
      <w:pPr/>
      <w:r>
        <w:t>Buster looked at him as if the accusation had merit.</w:t>
      </w:r>
    </w:p>
    <w:p>
      <w:pPr/>
      <w:r>
        <w:t>Sares suppressed a smile. “He leans.”</w:t>
      </w:r>
    </w:p>
    <w:p>
      <w:pPr/>
      <w:r>
        <w:t>Damian nodded once. “Exactly. The move is old news by then. Read the lean, not the sprint.”</w:t>
      </w:r>
    </w:p>
    <w:p>
      <w:pPr/>
      <w:r>
        <w:t>He tossed the stone lightly toward the hanging target without warning.</w:t>
      </w:r>
    </w:p>
    <w:p>
      <w:pPr/>
      <w:r>
        <w:t>Before it even reached the arc, he said, “Now.”</w:t>
      </w:r>
    </w:p>
    <w:p>
      <w:pPr/>
      <w:r>
        <w:t>Sares reacted late, slinging too fast, the shot flying wide of both target and line.</w:t>
      </w:r>
    </w:p>
    <w:p>
      <w:pPr/>
      <w:r>
        <w:t>Damian looked at where it landed and then back at her. “There. That. You watched the throw, not the choice.”</w:t>
      </w:r>
    </w:p>
    <w:p>
      <w:pPr/>
      <w:r>
        <w:t>Sares grimaced. “I hate it when you’re right.”</w:t>
      </w:r>
    </w:p>
    <w:p>
      <w:pPr/>
      <w:r>
        <w:t>“Then get better.”</w:t>
      </w:r>
    </w:p>
    <w:p>
      <w:pPr/>
      <w:r>
        <w:t>That line, delivered with the same blank brutality he gave everything, landed exactly the way it always did: sharp enough to annoy, clean enough to motivate.</w:t>
      </w:r>
    </w:p>
    <w:p>
      <w:pPr/>
      <w:r>
        <w:t>Jesse glanced sideways at Leah. “You were right.”</w:t>
      </w:r>
    </w:p>
    <w:p>
      <w:pPr/>
      <w:r>
        <w:t>Leah kept her eyes on the patch. “About what?”</w:t>
      </w:r>
    </w:p>
    <w:p>
      <w:pPr/>
      <w:r>
        <w:t>“He is good with her.”</w:t>
      </w:r>
    </w:p>
    <w:p>
      <w:pPr/>
      <w:r>
        <w:t>Leah said nothing for a moment.</w:t>
      </w:r>
    </w:p>
    <w:p>
      <w:pPr/>
      <w:r>
        <w:t>Then: “Because he doesn’t treat her like a child.”</w:t>
      </w:r>
    </w:p>
    <w:p>
      <w:pPr/>
      <w:r>
        <w:t>No. He didn’t.</w:t>
      </w:r>
    </w:p>
    <w:p>
      <w:pPr/>
      <w:r>
        <w:t>He treated her like someone who might survive if she stopped making excuses fast enough.</w:t>
      </w:r>
    </w:p>
    <w:p>
      <w:pPr/>
      <w:r>
        <w:t>It was not soft.</w:t>
      </w:r>
    </w:p>
    <w:p>
      <w:pPr/>
      <w:r>
        <w:t>But it was honest.</w:t>
      </w:r>
    </w:p>
    <w:p>
      <w:pPr/>
      <w:r>
        <w:t>Out on the patch, Damian had moved to the crate run now, having Buster weave through it while Sares gave the commands. The dog hit the first gap cleanly, cut across the second, then stopped at the ditch when Sares switched too late from forward to hold.</w:t>
      </w:r>
    </w:p>
    <w:p>
      <w:pPr/>
      <w:r>
        <w:t>Buster moved through the angled lanes with a seriousness that made the whole exercise look less like training and more like an inspection he had agreed to conduct personally. He cut the first turn cleanly, slowed at the second, then glanced back once at Sares as if to confirm she still intended to make sensible decisions before committing to the next movement.</w:t>
      </w:r>
    </w:p>
    <w:p>
      <w:pPr/>
      <w:r>
        <w:t>“See?” Sares said. “He’s thinking.”</w:t>
      </w:r>
    </w:p>
    <w:p>
      <w:pPr/>
      <w:r>
        <w:t>“That’s what worries me,” Phoenix replied from the fence rail. “He’s started doing it more than some of us.”</w:t>
      </w:r>
    </w:p>
    <w:p>
      <w:pPr/>
      <w:r>
        <w:t>Buster ignored him with the measured dignity of a creature who had already judged the remark beneath response.</w:t>
      </w:r>
    </w:p>
    <w:p>
      <w:pPr/>
      <w:r>
        <w:t>Damian pointed toward the ditch marker. “Again.”</w:t>
      </w:r>
    </w:p>
    <w:p>
      <w:pPr/>
      <w:r>
        <w:t>Sares reset him. “Stay.”</w:t>
      </w:r>
    </w:p>
    <w:p>
      <w:pPr/>
      <w:r>
        <w:t>Buster sat at once, chest lifted, ears forward, every inch of him carrying the solemn patience of someone tolerating unnecessary instruction for the sake of group morale. When she gave the next command, he launched forward, hit the first gap properly, slipped between the second pair of crates, then checked himself at the ditch with one paw lifted and his weight held back in perfect readiness.</w:t>
      </w:r>
    </w:p>
    <w:p>
      <w:pPr/>
      <w:r>
        <w:t>“Better,” Leah said.</w:t>
      </w:r>
    </w:p>
    <w:p>
      <w:pPr/>
      <w:r>
        <w:t>Sares lit up. “He likes me.”</w:t>
      </w:r>
    </w:p>
    <w:p>
      <w:pPr/>
      <w:r>
        <w:t>“No,” Damian said. “He likes being right.”</w:t>
      </w:r>
    </w:p>
    <w:p>
      <w:pPr/>
      <w:r>
        <w:t>Buster sat down again after the run and looked from Sares to Damian to Phoenix in slow sequence, as though taking attendance among underperforming staff.</w:t>
      </w:r>
    </w:p>
    <w:p>
      <w:pPr/>
      <w:r>
        <w:t>“Again,” Damian said.</w:t>
      </w:r>
    </w:p>
    <w:p>
      <w:pPr/>
      <w:r>
        <w:t>Sares planted her fists on her hips. “You’ve got one word and no warmth.”</w:t>
      </w:r>
    </w:p>
    <w:p>
      <w:pPr/>
      <w:r>
        <w:t>“I’ve got several words. Most of them would hurt your feelings.”</w:t>
      </w:r>
    </w:p>
    <w:p>
      <w:pPr/>
      <w:r>
        <w:t>Phoenix said, “I’m starting to think he was raised badly.”</w:t>
      </w:r>
    </w:p>
    <w:p>
      <w:pPr/>
      <w:r>
        <w:t>For the first time that morning, something shifted in Damian’s face.</w:t>
      </w:r>
    </w:p>
    <w:p>
      <w:pPr/>
      <w:r>
        <w:t>Not much.</w:t>
      </w:r>
    </w:p>
    <w:p>
      <w:pPr/>
      <w:r>
        <w:t>But Jesse saw it.</w:t>
      </w:r>
    </w:p>
    <w:p>
      <w:pPr/>
      <w:r>
        <w:t>The smallest ghost of something older.</w:t>
      </w:r>
    </w:p>
    <w:p>
      <w:pPr/>
      <w:r>
        <w:t>Sares saw it too.</w:t>
      </w:r>
    </w:p>
    <w:p>
      <w:pPr/>
      <w:r>
        <w:t>“Shufu used to say that?” she asked.</w:t>
      </w:r>
    </w:p>
    <w:p>
      <w:pPr/>
      <w:r>
        <w:t>There it was.</w:t>
      </w:r>
    </w:p>
    <w:p>
      <w:pPr/>
      <w:r>
        <w:t>Neatly done, Jesse thought.</w:t>
      </w:r>
    </w:p>
    <w:p>
      <w:pPr/>
      <w:r>
        <w:t>Not pushed too hard. Just enough.</w:t>
      </w:r>
    </w:p>
    <w:p>
      <w:pPr/>
      <w:r>
        <w:t>Damian took longer to answer than usual.</w:t>
      </w:r>
    </w:p>
    <w:p>
      <w:pPr/>
      <w:r>
        <w:t>“He used to say,” he said at last, “that most people telegraph themselves because they think the world is polite enough not to watch.”</w:t>
      </w:r>
    </w:p>
    <w:p>
      <w:pPr/>
      <w:r>
        <w:t>Sares waited.</w:t>
      </w:r>
    </w:p>
    <w:p>
      <w:pPr/>
      <w:r>
        <w:t>Phoenix, perhaps wisely, said nothing.</w:t>
      </w:r>
    </w:p>
    <w:p>
      <w:pPr/>
      <w:r>
        <w:t>Damian looked toward the hanging target, not at any of them. “He also said if you’re going to miss, miss because you chose the wrong moment, not because you were lazy.”</w:t>
      </w:r>
    </w:p>
    <w:p>
      <w:pPr/>
      <w:r>
        <w:t>Sares tilted her head. “That sounds more like you.”</w:t>
      </w:r>
    </w:p>
    <w:p>
      <w:pPr/>
      <w:r>
        <w:t>“That’s because you haven’t heard enough from him.”</w:t>
      </w:r>
    </w:p>
    <w:p>
      <w:pPr/>
      <w:r>
        <w:t>There was something in that answer Jesse liked. It carried history without turning into a speech.</w:t>
      </w:r>
    </w:p>
    <w:p>
      <w:pPr/>
      <w:r>
        <w:t>Leah stepped a little further into the patch. “Then what did he teach you about dogs?”</w:t>
      </w:r>
    </w:p>
    <w:p>
      <w:pPr/>
      <w:r>
        <w:t>Damian looked at Buster. “Not to trust anything with more teeth than you.”</w:t>
      </w:r>
    </w:p>
    <w:p>
      <w:pPr/>
      <w:r>
        <w:t>Buster sat down and stared at him in quiet offense.</w:t>
      </w:r>
    </w:p>
    <w:p>
      <w:pPr/>
      <w:r>
        <w:t>Sares laughed.</w:t>
      </w:r>
    </w:p>
    <w:p>
      <w:pPr/>
      <w:r>
        <w:t>That was good too. The lightness mattered. It didn’t weaken the book. It made the rest hit harder.</w:t>
      </w:r>
    </w:p>
    <w:p>
      <w:pPr/>
      <w:r>
        <w:t>Phoenix pushed off the fence rail a minute later and came around the side of the patch, close enough to Leah now that the movement felt intentional.</w:t>
      </w:r>
    </w:p>
    <w:p>
      <w:pPr/>
      <w:r>
        <w:t>Not clumsy. Not bold. Just chosen.</w:t>
      </w:r>
    </w:p>
    <w:p>
      <w:pPr/>
      <w:r>
        <w:t>Jesse noticed that immediately.</w:t>
      </w:r>
    </w:p>
    <w:p>
      <w:pPr/>
      <w:r>
        <w:t>So, judging by the brief flattening of Damian’s expression, did he.</w:t>
      </w:r>
    </w:p>
    <w:p>
      <w:pPr/>
      <w:r>
        <w:t>Phoenix stopped beside Leah and looked out over the rough target setup.</w:t>
      </w:r>
    </w:p>
    <w:p>
      <w:pPr/>
      <w:r>
        <w:t>“You were right yesterday.”</w:t>
      </w:r>
    </w:p>
    <w:p>
      <w:pPr/>
      <w:r>
        <w:t>Leah glanced at him. “That’s a dangerous way to begin a conversation.”</w:t>
      </w:r>
    </w:p>
    <w:p>
      <w:pPr/>
      <w:r>
        <w:t>“It’s a rare enough event to be worth marking.”</w:t>
      </w:r>
    </w:p>
    <w:p>
      <w:pPr/>
      <w:r>
        <w:t>She almost smiled at that, but not fully. With Leah, amusement still arrived like something checking whether the room was safe first.</w:t>
      </w:r>
    </w:p>
    <w:p>
      <w:pPr/>
      <w:r>
        <w:t>Phoenix rested one hand on the fence post and looked out over the patch instead of at her directly. “You were right about Buster too. He follows the voice before the layout.”</w:t>
      </w:r>
    </w:p>
    <w:p>
      <w:pPr/>
      <w:r>
        <w:t>“Because he trusts Sares more than the structure,” Leah said.</w:t>
      </w:r>
    </w:p>
    <w:p>
      <w:pPr/>
      <w:r>
        <w:t>“You say that like it matters beyond dogs.”</w:t>
      </w:r>
    </w:p>
    <w:p>
      <w:pPr/>
      <w:r>
        <w:t>Leah’s eyes shifted to him then, measuring. “It usually does.”</w:t>
      </w:r>
    </w:p>
    <w:p>
      <w:pPr/>
      <w:r>
        <w:t>For a moment neither of them said anything. The yard carried the softer noises of movement beyond them — Buster resetting, Sares muttering under her breath, Damian existing in a way that somehow managed to sound judgmental even in silence.</w:t>
      </w:r>
    </w:p>
    <w:p>
      <w:pPr/>
      <w:r>
        <w:t>Phoenix said, “You still do that thing.”</w:t>
      </w:r>
    </w:p>
    <w:p>
      <w:pPr/>
      <w:r>
        <w:t>“What thing?”</w:t>
      </w:r>
    </w:p>
    <w:p>
      <w:pPr/>
      <w:r>
        <w:t>“Answer a question as if there’s a second one under it you don’t want asked.”</w:t>
      </w:r>
    </w:p>
    <w:p>
      <w:pPr/>
      <w:r>
        <w:t>Leah looked back toward the training patch. “That sounds like a skill, not a flaw.”</w:t>
      </w:r>
    </w:p>
    <w:p>
      <w:pPr/>
      <w:r>
        <w:t>“Depends who taught it to you.”</w:t>
      </w:r>
    </w:p>
    <w:p>
      <w:pPr/>
      <w:r>
        <w:t>That landed closer than either of them seemed to like. Leah’s face changed by half a degree — not closed, not cold, just careful in a way that belonged to older rooms than this one.</w:t>
      </w:r>
    </w:p>
    <w:p>
      <w:pPr/>
      <w:r>
        <w:t>“Places with less room for error,” she said.</w:t>
      </w:r>
    </w:p>
    <w:p>
      <w:pPr/>
      <w:r>
        <w:t>Phoenix nodded once. “Sounds familiar.”</w:t>
      </w:r>
    </w:p>
    <w:p>
      <w:pPr/>
      <w:r>
        <w:t>That drew her eyes back to him properly. “You don’t talk much about before.”</w:t>
      </w:r>
    </w:p>
    <w:p>
      <w:pPr/>
      <w:r>
        <w:t>“Neither do you.”</w:t>
      </w:r>
    </w:p>
    <w:p>
      <w:pPr/>
      <w:r>
        <w:t>“No.”</w:t>
      </w:r>
    </w:p>
    <w:p>
      <w:pPr/>
      <w:r>
        <w:t>“Convenient.”</w:t>
      </w:r>
    </w:p>
    <w:p>
      <w:pPr/>
      <w:r>
        <w:t>This time the smile did come, faint and brief but real enough to alter her face before she caught it. “You make that sound like an accusation.”</w:t>
      </w:r>
    </w:p>
    <w:p>
      <w:pPr/>
      <w:r>
        <w:t>“Professional observation.”</w:t>
      </w:r>
    </w:p>
    <w:p>
      <w:pPr/>
      <w:r>
        <w:t>Leah let out a quiet breath through her nose. “That sounds suspiciously like how Clay used to start arguments.”</w:t>
      </w:r>
    </w:p>
    <w:p>
      <w:pPr/>
      <w:r>
        <w:t>“I’d be offended,” Phoenix said, “if I didn’t get the feeling that was probably a compliment by Blackthorne standards.”</w:t>
      </w:r>
    </w:p>
    <w:p>
      <w:pPr/>
      <w:r>
        <w:t>“It wasn’t,” Leah replied.</w:t>
      </w:r>
    </w:p>
    <w:p>
      <w:pPr/>
      <w:r>
        <w:t>“Good.”</w:t>
      </w:r>
    </w:p>
    <w:p>
      <w:pPr/>
      <w:r>
        <w:t>The word sat between them more gently than most things did on this island. Phoenix looked back toward the field. “You know, most people would’ve left by now.”</w:t>
      </w:r>
    </w:p>
    <w:p>
      <w:pPr/>
      <w:r>
        <w:t>“Most people weren’t raised in a castle full of surveillance, doctrine, and bad men in expensive coats.”</w:t>
      </w:r>
    </w:p>
    <w:p>
      <w:pPr/>
      <w:r>
        <w:t>“Fair.”</w:t>
      </w:r>
    </w:p>
    <w:p>
      <w:pPr/>
      <w:r>
        <w:t>Leah’s gaze stayed on the patch. “Most people also don’t spend much time around men who sleep outside on purpose and argue with radio lines before breakfast.”</w:t>
      </w:r>
    </w:p>
    <w:p>
      <w:pPr/>
      <w:r>
        <w:t>“That sounds personal.”</w:t>
      </w:r>
    </w:p>
    <w:p>
      <w:pPr/>
      <w:r>
        <w:t>“That’s because it was meant to.”</w:t>
      </w:r>
    </w:p>
    <w:p>
      <w:pPr/>
      <w:r>
        <w:t>He let that one land. Then, quieter: “You staying?”</w:t>
      </w:r>
    </w:p>
    <w:p>
      <w:pPr/>
      <w:r>
        <w:t>Leah did not answer immediately. She looked toward the house, then the yard, then the dog weaving between crates as if even belonging here might still be a trial arrangement under review.</w:t>
      </w:r>
    </w:p>
    <w:p>
      <w:pPr/>
      <w:r>
        <w:t>“I’m still here,” she said.</w:t>
      </w:r>
    </w:p>
    <w:p>
      <w:pPr/>
      <w:r>
        <w:t>Phoenix nodded once. “That wasn’t the same question.”</w:t>
      </w:r>
    </w:p>
    <w:p>
      <w:pPr/>
      <w:r>
        <w:t>“I know.”</w:t>
      </w:r>
    </w:p>
    <w:p>
      <w:pPr/>
      <w:r>
        <w:t>Neither pushed it farther. The conversation stopped where both of them seemed to prefer it — not finished, not dismissed, just left half-open like something that might become honesty later if the island allowed it.</w:t>
      </w:r>
    </w:p>
    <w:p>
      <w:pPr/>
      <w:r>
        <w:t>Leah glanced at him. “That’s a dangerous way to begin a conversation.”</w:t>
      </w:r>
    </w:p>
    <w:p>
      <w:pPr/>
      <w:r>
        <w:t>“It’s a rare enough event to be worth marking.”</w:t>
      </w:r>
    </w:p>
    <w:p>
      <w:pPr/>
      <w:r>
        <w:t>She actually gave him the smallest real smile at that.</w:t>
      </w:r>
    </w:p>
    <w:p>
      <w:pPr/>
      <w:r>
        <w:t>A tiny thing. Gone quickly. But real.</w:t>
      </w:r>
    </w:p>
    <w:p>
      <w:pPr/>
      <w:r>
        <w:t>Phoenix saw it too.</w:t>
      </w:r>
    </w:p>
    <w:p>
      <w:pPr/>
      <w:r>
        <w:t>Good, Jesse thought. Let him work for it.</w:t>
      </w:r>
    </w:p>
    <w:p>
      <w:pPr/>
      <w:r>
        <w:t>He said, “Buster’s improving faster when Sares handles the calls and someone else controls the layout.”</w:t>
      </w:r>
    </w:p>
    <w:p>
      <w:pPr/>
      <w:r>
        <w:t>Leah nodded. “Because she trusts him more than the structure.”</w:t>
      </w:r>
    </w:p>
    <w:p>
      <w:pPr/>
      <w:r>
        <w:t>“That sounds like criticism.”</w:t>
      </w:r>
    </w:p>
    <w:p>
      <w:pPr/>
      <w:r>
        <w:t>“It isn’t.”</w:t>
      </w:r>
    </w:p>
    <w:p>
      <w:pPr/>
      <w:r>
        <w:t>Phoenix rested one hand on the fence post beside him. “You ever train dogs?”</w:t>
      </w:r>
    </w:p>
    <w:p>
      <w:pPr/>
      <w:r>
        <w:t>Leah’s face shifted — not closed, not cold, just careful.</w:t>
      </w:r>
    </w:p>
    <w:p>
      <w:pPr/>
      <w:r>
        <w:t>“Not like this.”</w:t>
      </w:r>
    </w:p>
    <w:p>
      <w:pPr/>
      <w:r>
        <w:t>That answer carried enough of the Order in it that Jesse could almost hear the unsaid things beneath it. Not like this. Not with room for softness. Not with a creature allowed to be more than a tool. Not with people nearby who would correct you if you pushed too hard.</w:t>
      </w:r>
    </w:p>
    <w:p>
      <w:pPr/>
      <w:r>
        <w:t>Phoenix didn’t press. Good again.</w:t>
      </w:r>
    </w:p>
    <w:p>
      <w:pPr/>
      <w:r>
        <w:t>Instead he said, “You’re helping.”</w:t>
      </w:r>
    </w:p>
    <w:p>
      <w:pPr/>
      <w:r>
        <w:t>Leah looked back toward the patch where Sares was now trying to call Buster backward through the crate line. “Trying.”</w:t>
      </w:r>
    </w:p>
    <w:p>
      <w:pPr/>
      <w:r>
        <w:t>“That counts.”</w:t>
      </w:r>
    </w:p>
    <w:p>
      <w:pPr/>
      <w:r>
        <w:t>Leah gave a faint breath through her nose that might have been a laugh in a harsher life.</w:t>
      </w:r>
    </w:p>
    <w:p>
      <w:pPr/>
      <w:r>
        <w:t>Damian saw the exchange.</w:t>
      </w:r>
    </w:p>
    <w:p>
      <w:pPr/>
      <w:r>
        <w:t>Of course he did.</w:t>
      </w:r>
    </w:p>
    <w:p>
      <w:pPr/>
      <w:r>
        <w:t>He turned away from it a fraction too quickly and said to Sares, “Again.”</w:t>
      </w:r>
    </w:p>
    <w:p>
      <w:pPr/>
      <w:r>
        <w:t>Sares, who had clearly seen everything despite pretending not to, let Buster reset and then said without looking up, “You know, silence is still very loud.”</w:t>
      </w:r>
    </w:p>
    <w:p>
      <w:pPr/>
      <w:r>
        <w:t>Damian stared at her.</w:t>
      </w:r>
    </w:p>
    <w:p>
      <w:pPr/>
      <w:r>
        <w:t>“What?”</w:t>
      </w:r>
    </w:p>
    <w:p>
      <w:pPr/>
      <w:r>
        <w:t>“Nothing.”</w:t>
      </w:r>
    </w:p>
    <w:p>
      <w:pPr/>
      <w:r>
        <w:t>That “nothing” was almost convincing.</w:t>
      </w:r>
    </w:p>
    <w:p>
      <w:pPr/>
      <w:r>
        <w:t>Jesse turned away before her face gave too much away.</w:t>
      </w:r>
    </w:p>
    <w:p>
      <w:pPr/>
      <w:r>
        <w:t>The chapter could have stayed light then.</w:t>
      </w:r>
    </w:p>
    <w:p>
      <w:pPr/>
      <w:r>
        <w:t>Maybe in another world it would have.</w:t>
      </w:r>
    </w:p>
    <w:p>
      <w:pPr/>
      <w:r>
        <w:t>But when Sares reached into the side pouch of the training crate a few minutes later, her hand came back out empty.</w:t>
      </w:r>
    </w:p>
    <w:p>
      <w:pPr/>
      <w:r>
        <w:t>She frowned and reached again.</w:t>
      </w:r>
    </w:p>
    <w:p>
      <w:pPr/>
      <w:r>
        <w:t>Then checked the second pouch.</w:t>
      </w:r>
    </w:p>
    <w:p>
      <w:pPr/>
      <w:r>
        <w:t>Then the lid.</w:t>
      </w:r>
    </w:p>
    <w:p>
      <w:pPr/>
      <w:r>
        <w:t>Then the ground.</w:t>
      </w:r>
    </w:p>
    <w:p>
      <w:pPr/>
      <w:r>
        <w:t>Damian noticed first because Damian noticed everything once it stopped being funny.</w:t>
      </w:r>
    </w:p>
    <w:p>
      <w:pPr/>
      <w:r>
        <w:t>“What?”</w:t>
      </w:r>
    </w:p>
    <w:p>
      <w:pPr/>
      <w:r>
        <w:t>Sares crouched properly this time and began moving things aside.</w:t>
      </w:r>
    </w:p>
    <w:p>
      <w:pPr/>
      <w:r>
        <w:t>“My bolts.”</w:t>
      </w:r>
    </w:p>
    <w:p>
      <w:pPr/>
      <w:r>
        <w:t>Jesse looked over. “What about them?”</w:t>
      </w:r>
    </w:p>
    <w:p>
      <w:pPr/>
      <w:r>
        <w:t>“I left six in here.”</w:t>
      </w:r>
    </w:p>
    <w:p>
      <w:pPr/>
      <w:r>
        <w:t>Damian said, “You had six?”</w:t>
      </w:r>
    </w:p>
    <w:p>
      <w:pPr/>
      <w:r>
        <w:t>“Yes.”</w:t>
      </w:r>
    </w:p>
    <w:p>
      <w:pPr/>
      <w:r>
        <w:t>“When?”</w:t>
      </w:r>
    </w:p>
    <w:p>
      <w:pPr/>
      <w:r>
        <w:t>“Yesterday.”</w:t>
      </w:r>
    </w:p>
    <w:p>
      <w:pPr/>
      <w:r>
        <w:t>He looked at the crate, then at her. “You sure?”</w:t>
      </w:r>
    </w:p>
    <w:p>
      <w:pPr/>
      <w:r>
        <w:t>Sares frowned harder. “Damian, you taken my bolts?”</w:t>
      </w:r>
    </w:p>
    <w:p>
      <w:pPr/>
      <w:r>
        <w:t>“Nope.”</w:t>
      </w:r>
    </w:p>
    <w:p>
      <w:pPr/>
      <w:r>
        <w:t>She kept rummaging.</w:t>
      </w:r>
    </w:p>
    <w:p>
      <w:pPr/>
      <w:r>
        <w:t>Phoenix came closer, more curious than concerned. “Missing missing, or Sares missing?”</w:t>
      </w:r>
    </w:p>
    <w:p>
      <w:pPr/>
      <w:r>
        <w:t>She ignored him.</w:t>
      </w:r>
    </w:p>
    <w:p>
      <w:pPr/>
      <w:r>
        <w:t>Then, after a moment: “You sure I never used them in training?”</w:t>
      </w:r>
    </w:p>
    <w:p>
      <w:pPr/>
      <w:r>
        <w:t>Damian’s mouth moved slightly. “That sounds more likely.”</w:t>
      </w:r>
    </w:p>
    <w:p>
      <w:pPr/>
      <w:r>
        <w:t>Sares sat back on her heels, thinking it over.</w:t>
      </w:r>
    </w:p>
    <w:p>
      <w:pPr/>
      <w:r>
        <w:t>Then, with a small irritated shrug: “I probably did.”</w:t>
      </w:r>
    </w:p>
    <w:p>
      <w:pPr/>
      <w:r>
        <w:t>She got up and dusted her hands off.</w:t>
      </w:r>
    </w:p>
    <w:p>
      <w:pPr/>
      <w:r>
        <w:t>The moment passed.</w:t>
      </w:r>
    </w:p>
    <w:p>
      <w:pPr/>
      <w:r>
        <w:t>Or seemed to.</w:t>
      </w:r>
    </w:p>
    <w:p>
      <w:pPr/>
      <w:r>
        <w:t>Jesse looked toward the treeline beyond the field.</w:t>
      </w:r>
    </w:p>
    <w:p>
      <w:pPr/>
      <w:r>
        <w:t>Buster was already staring there again.</w:t>
      </w:r>
    </w:p>
    <w:p>
      <w:pPr/>
      <w:r>
        <w:t>Not barking.</w:t>
      </w:r>
    </w:p>
    <w:p>
      <w:pPr/>
      <w:r>
        <w:t>Not moving.</w:t>
      </w:r>
    </w:p>
    <w:p>
      <w:pPr/>
      <w:r>
        <w:t>Just listening harder than the rest of them.</w:t>
      </w:r>
    </w:p>
    <w:p>
      <w:pPr/>
      <w:r>
        <w:t>Phoenix saw it too and turned to follow the dog’s gaze. “Again?”</w:t>
      </w:r>
    </w:p>
    <w:p>
      <w:pPr/>
      <w:r>
        <w:t>Leah’s posture changed instantly. Not dramatic. Just sharpened.</w:t>
      </w:r>
    </w:p>
    <w:p>
      <w:pPr/>
      <w:r>
        <w:t>The training patch went quiet in the way places do when several people suddenly understand the lightness is over.</w:t>
      </w:r>
    </w:p>
    <w:p>
      <w:pPr/>
      <w:r>
        <w:t>Jesse said, “Can you see anything?”</w:t>
      </w:r>
    </w:p>
    <w:p>
      <w:pPr/>
      <w:r>
        <w:t>Phoenix moved a little closer to the fence line for a better angle. “No.”</w:t>
      </w:r>
    </w:p>
    <w:p>
      <w:pPr/>
      <w:r>
        <w:t>“That doesn’t help.”</w:t>
      </w:r>
    </w:p>
    <w:p>
      <w:pPr/>
      <w:r>
        <w:t>“It wasn’t meant to.”</w:t>
      </w:r>
    </w:p>
    <w:p>
      <w:pPr/>
      <w:r>
        <w:t>Damian picked up the crossbow case from where it leaned against the outer post. The movement was small, but it changed the shape of the field at once.</w:t>
      </w:r>
    </w:p>
    <w:p>
      <w:pPr/>
      <w:r>
        <w:t>The old ghost-weight was back on him now, real and present.</w:t>
      </w:r>
    </w:p>
    <w:p>
      <w:pPr/>
      <w:r>
        <w:t>He didn’t open the case.</w:t>
      </w:r>
    </w:p>
    <w:p>
      <w:pPr/>
      <w:r>
        <w:t>He just held it.</w:t>
      </w:r>
    </w:p>
    <w:p>
      <w:pPr/>
      <w:r>
        <w:t>That, somehow, was worse.</w:t>
      </w:r>
    </w:p>
    <w:p>
      <w:pPr/>
      <w:r>
        <w:t>Sares saw the shift. “You think it’s someone?”</w:t>
      </w:r>
    </w:p>
    <w:p>
      <w:pPr/>
      <w:r>
        <w:t>Damian kept his eyes on the lower trees. “I think it’s something that keeps learning where we are.”</w:t>
      </w:r>
    </w:p>
    <w:p>
      <w:pPr/>
      <w:r>
        <w:t>The wind moved through the branches.</w:t>
      </w:r>
    </w:p>
    <w:p>
      <w:pPr/>
      <w:r>
        <w:t>Nothing stepped out.</w:t>
      </w:r>
    </w:p>
    <w:p>
      <w:pPr/>
      <w:r>
        <w:t>No shot came.</w:t>
      </w:r>
    </w:p>
    <w:p>
      <w:pPr/>
      <w:r>
        <w:t>No voice.</w:t>
      </w:r>
    </w:p>
    <w:p>
      <w:pPr/>
      <w:r>
        <w:t>Only that same stretched feeling, as if the island had begun holding its breath in places the people on it could not yet see.</w:t>
      </w:r>
    </w:p>
    <w:p>
      <w:pPr/>
      <w:r>
        <w:t>Jesse looked once toward the farmhouse, once toward the path leading down toward the town.</w:t>
      </w:r>
    </w:p>
    <w:p>
      <w:pPr/>
      <w:r>
        <w:t>“Tomorrow,” she said quietly, “we go for the supplies.”</w:t>
      </w:r>
    </w:p>
    <w:p>
      <w:pPr/>
      <w:r>
        <w:t>Phoenix turned back toward her. “Market?”</w:t>
      </w:r>
    </w:p>
    <w:p>
      <w:pPr/>
      <w:r>
        <w:t>“And the bolt maker.”</w:t>
      </w:r>
    </w:p>
    <w:p>
      <w:pPr/>
      <w:r>
        <w:t>At that, something almost imperceptible shifted in Damian’s face again. Not alarm. Not exactly.</w:t>
      </w:r>
    </w:p>
    <w:p>
      <w:pPr/>
      <w:r>
        <w:t>Just thought.</w:t>
      </w:r>
    </w:p>
    <w:p>
      <w:pPr/>
      <w:r>
        <w:t>Good, Jesse decided.</w:t>
      </w:r>
    </w:p>
    <w:p>
      <w:pPr/>
      <w:r>
        <w:t>Let the island breathe wrong for one more day. Then they’d go see what the town had become.</w:t>
      </w:r>
    </w:p>
    <w:p>
      <w:pPr/>
      <w:r>
        <w:t>Out beyond the field, Buster kept staring into the trees long after the rest of them started pretending the morning still belonged to training.</w:t>
      </w:r>
    </w:p>
    <w:p>
      <w:pPr/>
      <w:r/>
    </w:p>
    <w:p>
      <w:r>
        <w:t>Chapter Eight: Bolts and Whispers</w:t>
      </w:r>
    </w:p>
    <w:p>
      <w:r>
        <w:t>Night settled hard over Blackthorne.</w:t>
      </w:r>
    </w:p>
    <w:p>
      <w:r>
        <w:t>The castle did not sleep. It organised itself.</w:t>
      </w:r>
    </w:p>
    <w:p>
      <w:r>
        <w:t>Lamps burned where they needed to and nowhere else. Watch lines changed on time. Doors opened and shut with clipped purpose. Hunters moved in black through old stone corridors and newer controlled spaces as if the whole fortress had become an argument for discipline.</w:t>
      </w:r>
    </w:p>
    <w:p>
      <w:r>
        <w:t>Far below the west rise, beyond the drop and the dark seam of cliff, a sound travelled up from the hidden landing.</w:t>
      </w:r>
    </w:p>
    <w:p>
      <w:r>
        <w:t>Not a bark.</w:t>
      </w:r>
    </w:p>
    <w:p>
      <w:r>
        <w:t>Not a full howl either.</w:t>
      </w:r>
    </w:p>
    <w:p>
      <w:r>
        <w:t>Something deeper than both.</w:t>
      </w:r>
    </w:p>
    <w:p>
      <w:r>
        <w:t>Then came the answering rattle of steel.</w:t>
      </w:r>
    </w:p>
    <w:p>
      <w:r>
        <w:t>The NightFangs were awake.</w:t>
      </w:r>
    </w:p>
    <w:p>
      <w:r>
        <w:t>The wind carried the noise badly, but it still reached Blackthorne in pieces — chain-drag, a low violent scrape, one handler shouting something too distant to make out. The castle seemed to hear it and hold itself tighter.</w:t>
      </w:r>
    </w:p>
    <w:p>
      <w:r>
        <w:t>At the centre of that tension, the strategy chamber stood lit and guarded only by the confidence of men who believed they understood their own control.</w:t>
      </w:r>
    </w:p>
    <w:p>
      <w:r>
        <w:t>Holt’s working island map lay spread across the central table, corners weighted, routes marked in sharp practical strokes. Farmhouse. Market. Graveyard path. Tower line. Secondary approach lanes. Beside it sat a clipped rota board and a field-radio schedule sheet noting watch changes, call-signs, and patrol spacing through the night.</w:t>
      </w:r>
    </w:p>
    <w:p>
      <w:r>
        <w:t>Useful things.</w:t>
      </w:r>
    </w:p>
    <w:p>
      <w:r>
        <w:t>Important things.</w:t>
      </w:r>
    </w:p>
    <w:p>
      <w:r>
        <w:t>The chamber door remained shut.</w:t>
      </w:r>
    </w:p>
    <w:p>
      <w:r>
        <w:t>No one saw it open.</w:t>
      </w:r>
    </w:p>
    <w:p>
      <w:r>
        <w:t>A second later, the room was no longer empty.</w:t>
      </w:r>
    </w:p>
    <w:p>
      <w:r>
        <w:t>Felix crossed to the table without hurry, long coat dark, gloves on, expression unreadable in the low chamber light. He did not look like someone intruding into Hunter territory. He looked like someone disappointed by how little effort it had taken.</w:t>
      </w:r>
    </w:p>
    <w:p>
      <w:r>
        <w:t>He looked down at the map first.</w:t>
      </w:r>
    </w:p>
    <w:p>
      <w:r>
        <w:t>Then the rota sheet.</w:t>
      </w:r>
    </w:p>
    <w:p>
      <w:r>
        <w:t>Then the field-radio schedule.</w:t>
      </w:r>
    </w:p>
    <w:p>
      <w:r>
        <w:t>His mouth moved faintly at one corner.</w:t>
      </w:r>
    </w:p>
    <w:p>
      <w:r>
        <w:t>“Busy men,” he murmured.</w:t>
      </w:r>
    </w:p>
    <w:p>
      <w:r>
        <w:t>He folded the map once, then again, reducing Holt’s hard-won certainty into something that would fit beneath a coat. The rota sheet followed. The radio schedule came free after that and disappeared with the rest.</w:t>
      </w:r>
    </w:p>
    <w:p>
      <w:r>
        <w:t>From below the western wall came another low NightFang sound — longer this time, restless and wrong enough to make the glass in the window seem to listen.</w:t>
      </w:r>
    </w:p>
    <w:p>
      <w:r>
        <w:t>Felix glanced that way once.</w:t>
      </w:r>
    </w:p>
    <w:p>
      <w:r>
        <w:t>Then reached into his pocket and laid a gold-plated Joker in the centre of the now-empty space where the map had been.</w:t>
      </w:r>
    </w:p>
    <w:p>
      <w:r>
        <w:t>Lamplight caught the plated edge and threw a thin hard line across the scratched wood.</w:t>
      </w:r>
    </w:p>
    <w:p>
      <w:r>
        <w:t>Felix stepped away and was gone before the room had time to resent him properly.</w:t>
      </w:r>
    </w:p>
    <w:p>
      <w:r>
        <w:t>Clay’s cage sat under the west service recess where Blackthorne’s older practical architecture gave way to the Hunters’ colder additions. The place had once housed animals or crates or whatever the castle preferred not to display upstairs. Now it held him.</w:t>
      </w:r>
    </w:p>
    <w:p>
      <w:r>
        <w:t>The cage was iron, reinforced, and covered enough to keep rain off without offering dignity. One lantern burned near the archway. One Hunter stood watch.</w:t>
      </w:r>
    </w:p>
    <w:p>
      <w:r>
        <w:t>Only one.</w:t>
      </w:r>
    </w:p>
    <w:p>
      <w:r>
        <w:t>That was enough, the Hunters believed, because the prisoner was chained short at the wrist and had nowhere useful to run even if the whole cage vanished around him.</w:t>
      </w:r>
    </w:p>
    <w:p>
      <w:r>
        <w:t>Clay sat on the narrow fixed bench at the back, one shoulder against the bars, eyes half-closed but never fully off the dark. The chain at his wrist pulled when he shifted. He disliked that more than the discomfort. Discomfort was ordinary. Humiliation required intent.</w:t>
      </w:r>
    </w:p>
    <w:p>
      <w:r>
        <w:t>The Hunter under the arch adjusted the rifle strap once and looked toward the yard beyond.</w:t>
      </w:r>
    </w:p>
    <w:p>
      <w:r>
        <w:t>The NightFangs howled again from far below.</w:t>
      </w:r>
    </w:p>
    <w:p>
      <w:r>
        <w:t>The sound rolled up through the dark and along the stone, making the recess feel briefly less like a prison and more like part of a larger kennel.</w:t>
      </w:r>
    </w:p>
    <w:p>
      <w:r>
        <w:t>Clay opened his eyes fully.</w:t>
      </w:r>
    </w:p>
    <w:p>
      <w:r>
        <w:t>The Hunter frowned into the yard.</w:t>
      </w:r>
    </w:p>
    <w:p>
      <w:r>
        <w:t>He did not get the chance to call out.</w:t>
      </w:r>
    </w:p>
    <w:p>
      <w:r>
        <w:t>The Joker took him high in the throat.</w:t>
      </w:r>
    </w:p>
    <w:p>
      <w:r>
        <w:t>The impact made a flat ugly sound. He dropped instantly, rifle clattering, hands flying to the wound in reflex long after reflex had stopped mattering.</w:t>
      </w:r>
    </w:p>
    <w:p>
      <w:r>
        <w:t>Clay was on his feet before the body finished folding.</w:t>
      </w:r>
    </w:p>
    <w:p>
      <w:r>
        <w:t>For the first time that night, something like real life moved across his face.</w:t>
      </w:r>
    </w:p>
    <w:p>
      <w:r>
        <w:t>“Felix.”</w:t>
      </w:r>
    </w:p>
    <w:p>
      <w:r>
        <w:t>Felix stepped into the lantern line with the calm of a man arriving late to a conversation he had never promised to attend. The gold card still quivered in the dead Hunter’s neck. One gloved hand was already moving toward the body.</w:t>
      </w:r>
    </w:p>
    <w:p>
      <w:r>
        <w:t>Clay gripped the bars, chain tightening at once.</w:t>
      </w:r>
    </w:p>
    <w:p>
      <w:r>
        <w:t>“Well,” he said, relief almost breaking through despite himself, “there’s a sight for sore eyes.”</w:t>
      </w:r>
    </w:p>
    <w:p>
      <w:r>
        <w:t>Felix crouched beside the corpse instead.</w:t>
      </w:r>
    </w:p>
    <w:p>
      <w:r>
        <w:t>He searched the Hunter quickly and without comment. Key ring. Radio. Folded watch slip. Belt knife. A brass token clipped inside the coat. He took each in turn as if Clay’s presence in the cage behind him ranked no higher than any of them.</w:t>
      </w:r>
    </w:p>
    <w:p>
      <w:r>
        <w:t>Clay watched the movement, the first flash of hope still alive in him.</w:t>
      </w:r>
    </w:p>
    <w:p>
      <w:r>
        <w:t>“Good,” he said. “Now let me out.”</w:t>
      </w:r>
    </w:p>
    <w:p>
      <w:r>
        <w:t>Felix did not answer.</w:t>
      </w:r>
    </w:p>
    <w:p>
      <w:r>
        <w:t>He checked the radio once, muted it, and slipped it away. Then he rose and stepped to the archway, looking into the yard, up toward the wall line, back into the recess, reading angles and silence with the same infuriating care he used on every room he entered.</w:t>
      </w:r>
    </w:p>
    <w:p>
      <w:r>
        <w:t>Clay’s fingers tightened around the bars.</w:t>
      </w:r>
    </w:p>
    <w:p>
      <w:r>
        <w:t>“Felix.”</w:t>
      </w:r>
    </w:p>
    <w:p>
      <w:r>
        <w:t>Still no answer.</w:t>
      </w:r>
    </w:p>
    <w:p>
      <w:r>
        <w:t>Felix returned at last to stand near the cage door. Clay straightened, ready for the key, ready for the lock to turn, ready for this absurdity to become something useful.</w:t>
      </w:r>
    </w:p>
    <w:p>
      <w:r>
        <w:t>Instead Felix only studied the mechanism.</w:t>
      </w:r>
    </w:p>
    <w:p>
      <w:r>
        <w:t>Then the chain on Clay’s wrist.</w:t>
      </w:r>
    </w:p>
    <w:p>
      <w:r>
        <w:t>Then the short space between bench and bars.</w:t>
      </w:r>
    </w:p>
    <w:p>
      <w:r>
        <w:t>He was measuring.</w:t>
      </w:r>
    </w:p>
    <w:p>
      <w:r>
        <w:t>Not rescuing.</w:t>
      </w:r>
    </w:p>
    <w:p>
      <w:r>
        <w:t>Clay understood it one beat too late.</w:t>
      </w:r>
    </w:p>
    <w:p>
      <w:r>
        <w:t>“You’ve been upstairs,” he said.</w:t>
      </w:r>
    </w:p>
    <w:p>
      <w:r>
        <w:t>Felix’s eyes flicked to him once.</w:t>
      </w:r>
    </w:p>
    <w:p>
      <w:r>
        <w:t>That was answer enough.</w:t>
      </w:r>
    </w:p>
    <w:p>
      <w:r>
        <w:t>Clay saw the fold of paper beneath the coat then and exhaled slowly through his nose.</w:t>
      </w:r>
    </w:p>
    <w:p>
      <w:r>
        <w:t>“You took something.”</w:t>
      </w:r>
    </w:p>
    <w:p>
      <w:r>
        <w:t>No answer.</w:t>
      </w:r>
    </w:p>
    <w:p>
      <w:r>
        <w:t>Of course he had.</w:t>
      </w:r>
    </w:p>
    <w:p>
      <w:r>
        <w:t>The map. The rota. Maybe more. Blackthorne had already been opened and skimmed before Felix stepped into view. The cage had not been the target. It had only been a stop.</w:t>
      </w:r>
    </w:p>
    <w:p>
      <w:r>
        <w:t>“You’ve got what you came for,” Clay said. “Open it.”</w:t>
      </w:r>
    </w:p>
    <w:p>
      <w:r>
        <w:t>Felix rested one gloved hand lightly against the iron beside the lock.</w:t>
      </w:r>
    </w:p>
    <w:p>
      <w:r>
        <w:t>Clay held still, waiting for the click of metal.</w:t>
      </w:r>
    </w:p>
    <w:p>
      <w:r>
        <w:t>Felix looked at the lock.</w:t>
      </w:r>
    </w:p>
    <w:p>
      <w:r>
        <w:t>Then at him.</w:t>
      </w:r>
    </w:p>
    <w:p>
      <w:r>
        <w:t>“No.”</w:t>
      </w:r>
    </w:p>
    <w:p>
      <w:r>
        <w:t>The word landed without flourish.</w:t>
      </w:r>
    </w:p>
    <w:p>
      <w:r>
        <w:t>No mockery. No apology. No performance at all.</w:t>
      </w:r>
    </w:p>
    <w:p>
      <w:r>
        <w:t>Just refusal.</w:t>
      </w:r>
    </w:p>
    <w:p>
      <w:r>
        <w:t>Clay’s expression changed.</w:t>
      </w:r>
    </w:p>
    <w:p>
      <w:r>
        <w:t>Not surprise exactly. He knew Felix too well to embarrass himself with too much of that. But there was still a sharp visible moment in which relief curdled into something far harder.</w:t>
      </w:r>
    </w:p>
    <w:p>
      <w:r>
        <w:t>For a second only the lantern hissed and the NightFangs made trouble for the night below the cliff.</w:t>
      </w:r>
    </w:p>
    <w:p>
      <w:r>
        <w:t>Then Clay said, low and hard now, “Whose side are you on?”</w:t>
      </w:r>
    </w:p>
    <w:p>
      <w:r>
        <w:t>Felix tilted his head slightly, as though considering whether the question was worth the dignity of a full answer.</w:t>
      </w:r>
    </w:p>
    <w:p>
      <w:r>
        <w:t>“Tonight?”</w:t>
      </w:r>
    </w:p>
    <w:p>
      <w:r>
        <w:t>A pause.</w:t>
      </w:r>
    </w:p>
    <w:p>
      <w:r>
        <w:t>“Mine.”</w:t>
      </w:r>
    </w:p>
    <w:p>
      <w:r>
        <w:t>Clay stared at him.</w:t>
      </w:r>
    </w:p>
    <w:p>
      <w:r>
        <w:t>The answer irritated him more than a lie would have. A lie would at least have acknowledged the shape of the board. This was worse. This was Felix stepping onto it only to remind everyone else he had never agreed to play by their rules in the first place.</w:t>
      </w:r>
    </w:p>
    <w:p>
      <w:r>
        <w:t>“You always did enjoy being difficult,” Clay said.</w:t>
      </w:r>
    </w:p>
    <w:p>
      <w:r>
        <w:t>Felix’s mouth moved faintly. “You always did enjoy cages less than you deserved.”</w:t>
      </w:r>
    </w:p>
    <w:p>
      <w:r>
        <w:t>Clay’s jaw flexed once.</w:t>
      </w:r>
    </w:p>
    <w:p>
      <w:r>
        <w:t>“If you leave me here, Holt will use you to justify whatever comes next.”</w:t>
      </w:r>
    </w:p>
    <w:p>
      <w:r>
        <w:t>Felix glanced toward the dark beyond the recess where the fortress still believed itself intact. “That sounds like a Holt problem.”</w:t>
      </w:r>
    </w:p>
    <w:p>
      <w:r>
        <w:t>“It becomes yours when he decides you matter.”</w:t>
      </w:r>
    </w:p>
    <w:p>
      <w:r>
        <w:t>Felix looked back at him. “He already has.”</w:t>
      </w:r>
    </w:p>
    <w:p>
      <w:r>
        <w:t>That sat between them for half a beat.</w:t>
      </w:r>
    </w:p>
    <w:p>
      <w:r>
        <w:t>Then Felix reached into his coat, took out another Joker, and slid it through the bars. It landed near Clay’s boot with a clean metallic whisper.</w:t>
      </w:r>
    </w:p>
    <w:p>
      <w:r>
        <w:t>Not a gift.</w:t>
      </w:r>
    </w:p>
    <w:p>
      <w:r>
        <w:t>Not quite an insult either.</w:t>
      </w:r>
    </w:p>
    <w:p>
      <w:r>
        <w:t>A signature. Left where it would do the most irritating kind of work later.</w:t>
      </w:r>
    </w:p>
    <w:p>
      <w:r>
        <w:t>Clay looked down at the card.</w:t>
      </w:r>
    </w:p>
    <w:p>
      <w:r>
        <w:t>When he looked up again, Felix was already stepping back into the edge of the lantern light.</w:t>
      </w:r>
    </w:p>
    <w:p>
      <w:r>
        <w:t>“You came all this way,” Clay said, “just to rob Holt and leave?”</w:t>
      </w:r>
    </w:p>
    <w:p>
      <w:r>
        <w:t>Felix paused.</w:t>
      </w:r>
    </w:p>
    <w:p>
      <w:r>
        <w:t>Half-turned.</w:t>
      </w:r>
    </w:p>
    <w:p>
      <w:r>
        <w:t>“I came,” he said, “to see if captivity had improved you.”</w:t>
      </w:r>
    </w:p>
    <w:p>
      <w:r>
        <w:t>Clay held his gaze. “And?”</w:t>
      </w:r>
    </w:p>
    <w:p>
      <w:r>
        <w:t>Felix looked him over once, calm as ever.</w:t>
      </w:r>
    </w:p>
    <w:p>
      <w:r>
        <w:t>“No.”</w:t>
      </w:r>
    </w:p>
    <w:p>
      <w:r>
        <w:t>Then he was gone.</w:t>
      </w:r>
    </w:p>
    <w:p>
      <w:pPr/>
      <w:r>
        <w:t>For a second the recess felt emptier than it had any right to. Not because Felix had taken noise with him. Because he had taken choice.</w:t>
      </w:r>
    </w:p>
    <w:p>
      <w:pPr/>
      <w:r>
        <w:t>Holt’s cage was one humiliation. That much Clay had already accounted for. A man could survive chains if the chains belonged to an enemy honest enough to call captivity by its proper name. But Felix’s refusal landed differently. It reduced him in a more personal language. Holt had kept him because he was useful. Felix had left him because, for one measured moment, he had decided Clay was not.</w:t>
      </w:r>
    </w:p>
    <w:p>
      <w:pPr/>
      <w:r>
        <w:t>That was the sharper insult.</w:t>
      </w:r>
    </w:p>
    <w:p>
      <w:pPr/>
      <w:r>
        <w:t>Blackthorne had once obeyed him in ways few men ever earned from stone. Not because walls were loyal, but because enough people inside them had been. Rooms had once arranged themselves around his will. Corridors had carried consequence. Fear itself had been placed carefully here. Now the same fortress held him in a covered pen beneath the west side like a dangerous animal not worth displaying properly, and the one man who could have undone that reduction had looked him over and chosen not to bother.</w:t>
      </w:r>
    </w:p>
    <w:p>
      <w:pPr/>
      <w:r>
        <w:t>Clay disliked many things. Pain. Disorder. Incompetence. Sentiment. But reduction offended him more deeply than any wound. A man could survive defeat if the defeat remained large enough to narrate. What was harder to survive cleanly was being made small.</w:t>
      </w:r>
    </w:p>
    <w:p>
      <w:pPr/>
      <w:r>
        <w:t>And then Felix had reached the cage, measured the lock, measured the chain, measured him, and walked away.</w:t>
      </w:r>
    </w:p>
    <w:p>
      <w:pPr/>
      <w:r>
        <w:t>Holt’s system had translated him into a prisoner. Felix’s refusal had translated him into something worse — a pause in somebody else’s evening.</w:t>
      </w:r>
    </w:p>
    <w:p>
      <w:r>
        <w:t>No clatter. No rushed exit. Just absence swallowing presence so quickly that the recess felt emptier than it had any right to a second later.</w:t>
      </w:r>
    </w:p>
    <w:p>
      <w:r>
        <w:t>Clay stood very still in the cage, chain taut at his wrist, one dead Hunter at the archway, one Joker on the stone near his boot, the NightFangs complaining to the dark far below like they could smell that something in Holt’s order had just gone wrong.</w:t>
      </w:r>
    </w:p>
    <w:p>
      <w:r>
        <w:t>He looked down at the card.</w:t>
      </w:r>
    </w:p>
    <w:p>
      <w:r>
        <w:t>Then out into the yard where Felix had vanished.</w:t>
      </w:r>
    </w:p>
    <w:p>
      <w:r>
        <w:t>“Interesting,” he said softly.</w:t>
      </w:r>
    </w:p>
    <w:p>
      <w:r>
        <w:t>The farmhouse slept in layers.</w:t>
      </w:r>
    </w:p>
    <w:p>
      <w:r>
        <w:t>Not deeply. Not safely. Just enough.</w:t>
      </w:r>
    </w:p>
    <w:p>
      <w:r>
        <w:t>Wind moved over the repaired roof and touched the fencing with small restless clicks. The outbuilding stood dark beyond the yard. The training patch had vanished into shape and memory under the clouds. Inside, the old house settled around its people in the quiet uneven way all shared houses did when nobody inside fully trusted peace anymore.</w:t>
      </w:r>
    </w:p>
    <w:p>
      <w:r>
        <w:t>Buster slept near the foot of the stairs.</w:t>
      </w:r>
    </w:p>
    <w:p>
      <w:r>
        <w:t>One ear lifted before the rest of him did.</w:t>
      </w:r>
    </w:p>
    <w:p>
      <w:r>
        <w:t>The back of the farmhouse remained dark.</w:t>
      </w:r>
    </w:p>
    <w:p>
      <w:r>
        <w:t>A shape moved past the wall there.</w:t>
      </w:r>
    </w:p>
    <w:p>
      <w:r>
        <w:t>Paused.</w:t>
      </w:r>
    </w:p>
    <w:p>
      <w:r>
        <w:t>Listened.</w:t>
      </w:r>
    </w:p>
    <w:p>
      <w:r>
        <w:t>Then moved again.</w:t>
      </w:r>
    </w:p>
    <w:p>
      <w:r>
        <w:t>No face.</w:t>
      </w:r>
    </w:p>
    <w:p>
      <w:r>
        <w:t>No voice.</w:t>
      </w:r>
    </w:p>
    <w:p>
      <w:r>
        <w:t>Only fragments offered to the night — a gloved hand at the old latch, the line of a sleeve, the suggestion of a coat with no colour worth naming in the dark. The back door opened a fraction at a time, careful enough that even the hinge seemed to think better of complaint.</w:t>
      </w:r>
    </w:p>
    <w:p>
      <w:r>
        <w:t>The figure slipped inside.</w:t>
      </w:r>
    </w:p>
    <w:p>
      <w:r>
        <w:t>Buster’s head came up fully now.</w:t>
      </w:r>
    </w:p>
    <w:p>
      <w:r>
        <w:t>His eyes fixed at once on the shape in the kitchen dark.</w:t>
      </w:r>
    </w:p>
    <w:p>
      <w:r>
        <w:t>A low warning gathered in his throat.</w:t>
      </w:r>
    </w:p>
    <w:p>
      <w:r>
        <w:t>The intruder stopped.</w:t>
      </w:r>
    </w:p>
    <w:p>
      <w:r>
        <w:t>Waited.</w:t>
      </w:r>
    </w:p>
    <w:p>
      <w:r>
        <w:t>The dog stared hard, body tense, ears forward, but did not give the full bark. Something in the scent or stillness or wrong familiarity of the shape in front of him denied him a clean answer. Not trust. Nothing so foolish. Just uncertainty sharp enough to interrupt instinct.</w:t>
      </w:r>
    </w:p>
    <w:p>
      <w:r>
        <w:t>The figure moved on.</w:t>
      </w:r>
    </w:p>
    <w:p>
      <w:r>
        <w:t>Past the sink.</w:t>
      </w:r>
    </w:p>
    <w:p>
      <w:r>
        <w:t>Past the table.</w:t>
      </w:r>
    </w:p>
    <w:p>
      <w:r>
        <w:t>Into the hall where a strip of moonlight from the side window crossed the floorboards. One careful step. Pause. Another. A hand on the stair rail only long enough to judge where the wood might complain if weight met it carelessly.</w:t>
      </w:r>
    </w:p>
    <w:p>
      <w:pPr/>
      <w:r>
        <w:t>The figure stopped there for half a breath, one foot suspended just above the pale strip of light, as if even moonlight itself might betray weight if stepped on carelessly. Then the boot came down exactly between two older boards where the timber gave back no complaint.</w:t>
      </w:r>
    </w:p>
    <w:p>
      <w:pPr/>
      <w:r>
        <w:t>Upstairs, the rooms slept behind half-open doors.</w:t>
      </w:r>
    </w:p>
    <w:p>
      <w:pPr/>
      <w:r>
        <w:t>Sares’ room stood almost, but not fully, shut. The figure eased it wider on the narrowest opening possible, careful not to let the latch touch wood. Inside, the room held the kind of disorder that only belonged to someone who actually lived in it — blanket thrown sideways, boots near the wall, the slingshot on the small table, the tin of bolts beside it. The gold necklace lay in a loose coil nearby, catching the weakest thread of moonlight and holding it in the curve of the chain.</w:t>
      </w:r>
    </w:p>
    <w:p>
      <w:pPr/>
      <w:r>
        <w:t>Sares slept on her side with one arm bent beneath the pillow, breathing deep but not careless.</w:t>
      </w:r>
    </w:p>
    <w:p>
      <w:pPr/>
      <w:r>
        <w:t>The intruder stood over the table and did not move immediately.</w:t>
      </w:r>
    </w:p>
    <w:p>
      <w:pPr/>
      <w:r>
        <w:t>Listened first.</w:t>
      </w:r>
    </w:p>
    <w:p>
      <w:pPr/>
      <w:r>
        <w:t>To the room.</w:t>
        <w:br/>
        <w:t>To the floorboards.</w:t>
        <w:br/>
        <w:t>To the house.</w:t>
      </w:r>
    </w:p>
    <w:p>
      <w:pPr/>
      <w:r>
        <w:t>Then the gloved hand reached down and lifted the necklace without letting the chain scrape wood. After that came the tin. The lid was steadied before it could tick. The fingers hovered over the bolts for a second — not searching, not fumbling, but choosing. One. Then a second. No third. No hurried handful. The selection was too exact for panic. Whoever had entered the farmhouse had not come to take what they could carry. They had come for specific things, and these were among them.</w:t>
      </w:r>
    </w:p>
    <w:p>
      <w:pPr/>
      <w:r>
        <w:t>The second bolt left the tin with the faintest dry metallic touch.</w:t>
      </w:r>
    </w:p>
    <w:p>
      <w:pPr/>
      <w:r>
        <w:t>Sares stirred.</w:t>
      </w:r>
    </w:p>
    <w:p>
      <w:pPr/>
      <w:r>
        <w:t>The figure stopped so completely it seemed less like stillness than removal, as if the dark itself had taken its shape back for a second.</w:t>
      </w:r>
    </w:p>
    <w:p>
      <w:r>
        <w:t>Upstairs, the rooms slept behind half-open doors.</w:t>
      </w:r>
    </w:p>
    <w:p>
      <w:r>
        <w:t>Sares’ room stood almost, but not fully, shut.</w:t>
      </w:r>
    </w:p>
    <w:p>
      <w:r>
        <w:t>The figure eased it open two inches, then four.</w:t>
      </w:r>
    </w:p>
    <w:p>
      <w:r>
        <w:t>Inside, the room was a scatter of temporary things made personal by stubborn use. Blanket thrown sideways. Boots near the wall. The slingshot on the small table. A tin of bolts beside it. And next to that, the gold necklace, left in a loose coil where she had taken it off before bed.</w:t>
      </w:r>
    </w:p>
    <w:p>
      <w:r>
        <w:t>Sares slept on her side with one arm bent under the pillow, face turned into the dark, breathing deep enough to suggest real sleep but not deep enough to be careless.</w:t>
      </w:r>
    </w:p>
    <w:p>
      <w:r>
        <w:t>The intruder stood over the table for a moment.</w:t>
      </w:r>
    </w:p>
    <w:p>
      <w:r>
        <w:t>Still.</w:t>
      </w:r>
    </w:p>
    <w:p>
      <w:r>
        <w:t>Listening.</w:t>
      </w:r>
    </w:p>
    <w:p>
      <w:r>
        <w:t>Then the gloved hand reached down.</w:t>
      </w:r>
    </w:p>
    <w:p>
      <w:r>
        <w:t>The gold necklace disappeared first.</w:t>
      </w:r>
    </w:p>
    <w:p>
      <w:r>
        <w:t>After that, two bolts.</w:t>
      </w:r>
    </w:p>
    <w:p>
      <w:r>
        <w:t>No more.</w:t>
      </w:r>
    </w:p>
    <w:p>
      <w:r>
        <w:t>Not greed.</w:t>
      </w:r>
    </w:p>
    <w:p>
      <w:r>
        <w:t>Selection.</w:t>
      </w:r>
    </w:p>
    <w:p>
      <w:r>
        <w:t>The tin gave the faintest soft click.</w:t>
      </w:r>
    </w:p>
    <w:p>
      <w:r>
        <w:t>Sares stirred.</w:t>
      </w:r>
    </w:p>
    <w:p>
      <w:r>
        <w:t>Only slightly.</w:t>
      </w:r>
    </w:p>
    <w:p>
      <w:r>
        <w:t>The figure froze.</w:t>
      </w:r>
    </w:p>
    <w:p>
      <w:r>
        <w:t>Downstairs, Buster gave one low warning sound that came and died before it could become a bark.</w:t>
      </w:r>
    </w:p>
    <w:p>
      <w:r>
        <w:t>In the bed, Sares shifted, breathed once through her nose, and settled again.</w:t>
      </w:r>
    </w:p>
    <w:p>
      <w:r>
        <w:t>The intruder waited one more heartbeat, then stepped back.</w:t>
      </w:r>
    </w:p>
    <w:p>
      <w:r>
        <w:t>The door was eased shut to the same almost-open angle it had held before.</w:t>
      </w:r>
    </w:p>
    <w:p>
      <w:r>
        <w:t>Downstairs, Buster was standing now at the foot of the stairs, staring into the hall-dark.</w:t>
      </w:r>
    </w:p>
    <w:p>
      <w:r>
        <w:t>The figure descended more quickly than they had climbed, but no less carefully. One step. Pause. Another. No wasted movement.</w:t>
      </w:r>
    </w:p>
    <w:p>
      <w:r>
        <w:t>Buster’s stare never left them.</w:t>
      </w:r>
    </w:p>
    <w:p>
      <w:r>
        <w:t>Again that same uncertainty passed between dog and shadow.</w:t>
      </w:r>
    </w:p>
    <w:p>
      <w:r>
        <w:t>The figure reached the back door.</w:t>
      </w:r>
    </w:p>
    <w:p>
      <w:r>
        <w:t>Opened it.</w:t>
      </w:r>
    </w:p>
    <w:p>
      <w:r>
        <w:t>Slipped through.</w:t>
      </w:r>
    </w:p>
    <w:p>
      <w:r>
        <w:t>Gone.</w:t>
      </w:r>
    </w:p>
    <w:p>
      <w:r>
        <w:t>The latch settled softly into place.</w:t>
      </w:r>
    </w:p>
    <w:p>
      <w:r>
        <w:t>Outside, the wind took the yard back.</w:t>
      </w:r>
    </w:p>
    <w:p>
      <w:r>
        <w:t>Buster remained where he was for several seconds, staring at the door long after the shape beyond it had already dissolved into the dark around the farmhouse.</w:t>
      </w:r>
    </w:p>
    <w:p>
      <w:r>
        <w:t>Then he looked up the stairs.</w:t>
      </w:r>
    </w:p>
    <w:p>
      <w:r>
        <w:t>Above him, Sares slept on, unaware that the gold necklace was gone, that two bolts no longer sat in the tin where she had left them, and that somewhere beyond the house the island had just learned something new about the people inside it.</w:t>
      </w:r>
    </w:p>
    <w:p>
      <w:r>
        <w:br w:type="page"/>
      </w:r>
    </w:p>
    <w:p>
      <w:pPr>
        <w:pStyle w:val="Heading1"/>
      </w:pPr>
      <w:r>
        <w:t>Chapter Nine: The Hunt Begins</w:t>
      </w:r>
    </w:p>
    <w:p/>
    <w:p>
      <w:r>
        <w:t>Morning came cold and thin over the farmhouse.</w:t>
      </w:r>
    </w:p>
    <w:p>
      <w:r>
        <w:t>Not quiet exactly. The house had too many people and too much memory for real quiet. But it was the sort of hour where even old places seemed to hesitate before properly waking, as if the island itself had not yet decided what shape the day intended to take.</w:t>
      </w:r>
    </w:p>
    <w:p>
      <w:r>
        <w:t>Phoenix was already awake.</w:t>
      </w:r>
    </w:p>
    <w:p>
      <w:r>
        <w:t>He had been for a while.</w:t>
      </w:r>
    </w:p>
    <w:p>
      <w:r>
        <w:t>Outside, the air still carried night in it. The patched lean-to beside the outbuilding held the smell of damp canvas, oiled metal, and the faint stale trace of sleep that never fully counted as rest. Phoenix sat on the edge of the camp cot with his boots on and his jacket zipped, one hand resting beside the rifle case he had not opened and the other closing around the strap of his bag.</w:t>
      </w:r>
    </w:p>
    <w:p>
      <w:r>
        <w:t>Buster had stirred once in the dark an hour earlier.</w:t>
      </w:r>
    </w:p>
    <w:p>
      <w:r>
        <w:t>That had stayed with him.</w:t>
      </w:r>
    </w:p>
    <w:p>
      <w:r>
        <w:t>Not enough to wake the house. Not enough to turn the yard into alarm. Just enough to tell him something in the night had moved without asking permission.</w:t>
      </w:r>
    </w:p>
    <w:p>
      <w:r>
        <w:t>He stood, checked his sidearm, then slung the bag over one shoulder and stepped out into the pale grey before sunrise.</w:t>
      </w:r>
    </w:p>
    <w:p>
      <w:r>
        <w:t>The yard looked undisturbed.</w:t>
      </w:r>
    </w:p>
    <w:p>
      <w:r>
        <w:t>That meant very little.</w:t>
      </w:r>
    </w:p>
    <w:p>
      <w:r>
        <w:t>The farmhouse windows were dark except for the faintest weak wash from the kitchen side where the sky itself was beginning to touch the glass. The training patch sat empty beyond the outbuilding, the crates and rope markers all still where yesterday had left them. Nothing shouted danger. Nothing ever did before it earned the right.</w:t>
      </w:r>
    </w:p>
    <w:p>
      <w:r>
        <w:t>Phoenix moved toward the bikes.</w:t>
      </w:r>
    </w:p>
    <w:p>
      <w:r>
        <w:t>“You’re leaving early.”</w:t>
      </w:r>
    </w:p>
    <w:p>
      <w:r>
        <w:t>He turned.</w:t>
      </w:r>
    </w:p>
    <w:p>
      <w:r>
        <w:t>Leah stood in the back doorway with one hand against the frame and a coat thrown over whatever she had slept in. Her hair was tied back badly enough to prove she had only just done it. She looked more awake than her timing should have allowed.</w:t>
      </w:r>
    </w:p>
    <w:p>
      <w:r>
        <w:t>Phoenix adjusted the strap higher on his shoulder. “That’s usually how leaving works.”</w:t>
      </w:r>
    </w:p>
    <w:p>
      <w:r>
        <w:t>“That wasn’t an answer.”</w:t>
      </w:r>
    </w:p>
    <w:p>
      <w:r>
        <w:t>“No,” he said. “It wasn’t.”</w:t>
      </w:r>
    </w:p>
    <w:p>
      <w:r>
        <w:t>Leah stepped down into the yard and crossed toward him with the directness of someone who had already decided persistence was more efficient than politeness.</w:t>
      </w:r>
    </w:p>
    <w:p>
      <w:r>
        <w:t>“Where are you going?”</w:t>
      </w:r>
    </w:p>
    <w:p>
      <w:r>
        <w:t>“The market.”</w:t>
      </w:r>
    </w:p>
    <w:p>
      <w:r>
        <w:t>“At this hour?”</w:t>
      </w:r>
    </w:p>
    <w:p>
      <w:r>
        <w:t>“People buy things in the morning too.”</w:t>
      </w:r>
    </w:p>
    <w:p>
      <w:r>
        <w:t>Leah stopped a few feet from him and folded her arms. “That sounded made up while you were saying it.”</w:t>
      </w:r>
    </w:p>
    <w:p>
      <w:r>
        <w:t>Phoenix looked at her.</w:t>
      </w:r>
    </w:p>
    <w:p>
      <w:r>
        <w:t>Behind her, the farmhouse remained still. No movement upstairs. No footsteps yet. No clatter from the kitchen. The others had not properly woken.</w:t>
      </w:r>
    </w:p>
    <w:p>
      <w:r>
        <w:t>Good.</w:t>
      </w:r>
    </w:p>
    <w:p>
      <w:r>
        <w:t>Leah held his gaze. “You’re not going for bread.”</w:t>
      </w:r>
    </w:p>
    <w:p>
      <w:r>
        <w:t>“That may be the most insulting version of me I’ve heard this week.”</w:t>
      </w:r>
    </w:p>
    <w:p>
      <w:r>
        <w:t>“You’ll survive.”</w:t>
      </w:r>
    </w:p>
    <w:p>
      <w:r>
        <w:t>He glanced once toward the road beyond the yard. “I need a lead checked.”</w:t>
      </w:r>
    </w:p>
    <w:p>
      <w:r>
        <w:t>“That sounds more honest.”</w:t>
      </w:r>
    </w:p>
    <w:p>
      <w:r>
        <w:t>“It wasn’t meant to.”</w:t>
      </w:r>
    </w:p>
    <w:p>
      <w:r>
        <w:t>Leah looked toward the bag. Then at the bike. Then back at him. “You’re going alone.”</w:t>
      </w:r>
    </w:p>
    <w:p>
      <w:r>
        <w:t>“That was the idea.”</w:t>
      </w:r>
    </w:p>
    <w:p>
      <w:r>
        <w:t>She nodded once. “I’m coming.”</w:t>
      </w:r>
    </w:p>
    <w:p>
      <w:r>
        <w:t>Phoenix gave the smallest dry breath through his nose. “That wasn’t a request.”</w:t>
      </w:r>
    </w:p>
    <w:p>
      <w:r>
        <w:t>“No,” Leah said. “It wasn’t.”</w:t>
      </w:r>
    </w:p>
    <w:p>
      <w:r>
        <w:t>He considered arguing.</w:t>
      </w:r>
    </w:p>
    <w:p>
      <w:r>
        <w:t>Then he considered the island, the market, the shape of his own suspicion, and how often this sort of day went wrong the moment people decided they were safer alone.</w:t>
      </w:r>
    </w:p>
    <w:p>
      <w:r>
        <w:t>He handed her the spare helmet.</w:t>
      </w:r>
    </w:p>
    <w:p>
      <w:r>
        <w:t>Leah caught it cleanly.</w:t>
      </w:r>
    </w:p>
    <w:p>
      <w:r>
        <w:t>“You’re irritating,” Phoenix said.</w:t>
      </w:r>
    </w:p>
    <w:p>
      <w:r>
        <w:t>“I’ve heard worse.”</w:t>
      </w:r>
    </w:p>
    <w:p>
      <w:r>
        <w:t>“That’s not reassuring.”</w:t>
      </w:r>
    </w:p>
    <w:p>
      <w:r>
        <w:t>“It isn’t meant to be.”</w:t>
      </w:r>
    </w:p>
    <w:p>
      <w:r>
        <w:t>By the time the bike rolled out of the yard, the farmhouse still looked like it had not yet fully woken. No one called after them. No one came to the window. The house stood quiet in the grey morning, carrying its secrets into one more day without complaint.</w:t>
      </w:r>
    </w:p>
    <w:p>
      <w:r>
        <w:t>Neither of them knew yet that one of those secrets was already upstairs in Sares’ room.</w:t>
      </w:r>
    </w:p>
    <w:p>
      <w:r>
        <w:t>Blackthorne had woken angry.</w:t>
      </w:r>
    </w:p>
    <w:p>
      <w:r>
        <w:t>The fortress wore it well.</w:t>
      </w:r>
    </w:p>
    <w:p>
      <w:r>
        <w:t>By the time Holt entered the strategy chamber, the map table was no longer simply a command surface. It was evidence. The missing sections had already been counted. The theft had already been understood for what it was. One dead Hunter in the west service recess. Holt’s marked island map gone. The rota board gone. The field-radio schedule gone. One Joker left in their place. Another at Clay’s cage. And a man none of them had seen entering or leaving their fortress.</w:t>
      </w:r>
    </w:p>
    <w:p>
      <w:r>
        <w:t>That was insult layered over injury.</w:t>
      </w:r>
    </w:p>
    <w:p>
      <w:r>
        <w:t>The Hunters stood around the chamber table with none of the previous day’s patience left.</w:t>
      </w:r>
    </w:p>
    <w:p>
      <w:r>
        <w:t>Mira’s arms were folded so tightly they looked locked in place.</w:t>
      </w:r>
    </w:p>
    <w:p>
      <w:r>
        <w:t>Blake had the expression of a man trying not to solve the entire morning with violence.</w:t>
      </w:r>
    </w:p>
    <w:p>
      <w:r>
        <w:t>Dorian stood nearer the wall, calm only in the way still water could be calm before you realised what depth was underneath it.</w:t>
      </w:r>
    </w:p>
    <w:p>
      <w:r>
        <w:t>Corin had already rebuilt the map from memory as best he could on a second sheet, but the replacement only seemed to irritate him more.</w:t>
      </w:r>
    </w:p>
    <w:p>
      <w:r>
        <w:t>Clay was brought in under guard.</w:t>
      </w:r>
    </w:p>
    <w:p>
      <w:r>
        <w:t>Not politely. Not roughly enough to count as revenge either. Just with the kind of clipped functional contempt reserved for prisoners who had already outlived the patience of the room.</w:t>
      </w:r>
    </w:p>
    <w:p>
      <w:r>
        <w:t>The chain at his wrist was shorter now.</w:t>
      </w:r>
    </w:p>
    <w:p>
      <w:r>
        <w:t>Holt did that sort of thing on purpose.</w:t>
      </w:r>
    </w:p>
    <w:p>
      <w:r>
        <w:t>Clay took one look at the empty space on the table where the map had been and almost smiled.</w:t>
      </w:r>
    </w:p>
    <w:p>
      <w:r>
        <w:t>Blake saw it.</w:t>
      </w:r>
    </w:p>
    <w:p>
      <w:r>
        <w:t>“You enjoying this?”</w:t>
      </w:r>
    </w:p>
    <w:p>
      <w:r>
        <w:t>Clay looked at him. “Immensely.”</w:t>
      </w:r>
    </w:p>
    <w:p>
      <w:r>
        <w:t>Blake took a step.</w:t>
      </w:r>
    </w:p>
    <w:p>
      <w:r>
        <w:t>Holt stopped him with nothing more than a glance.</w:t>
      </w:r>
    </w:p>
    <w:p>
      <w:r>
        <w:t>Then he looked at Clay.</w:t>
      </w:r>
    </w:p>
    <w:p>
      <w:r>
        <w:t>“You knew.”</w:t>
      </w:r>
    </w:p>
    <w:p>
      <w:r>
        <w:t>Clay said nothing at first.</w:t>
      </w:r>
    </w:p>
    <w:p>
      <w:r>
        <w:t>The fortress felt colder when Holt was deciding how much civility remained useful.</w:t>
      </w:r>
    </w:p>
    <w:p>
      <w:r>
        <w:t>Mira spoke before he did. “You reacted at the tower. You reacted again when the cards came back here. One of my men is dead, Holt’s map is gone, and somehow Blackthorne now looks like it was opened by a stage performer. So let’s try this again.”</w:t>
      </w:r>
    </w:p>
    <w:p>
      <w:r>
        <w:t>Her gaze sharpened.</w:t>
      </w:r>
    </w:p>
    <w:p>
      <w:r>
        <w:t>“Who is he?”</w:t>
      </w:r>
    </w:p>
    <w:p>
      <w:r>
        <w:t>Clay looked from her to the empty table and back again.</w:t>
      </w:r>
    </w:p>
    <w:p>
      <w:r>
        <w:t>There was no pleasure in his expression now. Only annoyance. Real annoyance. Felix had come, yes. Felix had stolen from Holt, yes. Felix had reached his cage and stood close enough to free him.</w:t>
      </w:r>
    </w:p>
    <w:p>
      <w:r>
        <w:t>Then left him there.</w:t>
      </w:r>
    </w:p>
    <w:p>
      <w:r>
        <w:t>Clay disliked many things.</w:t>
      </w:r>
    </w:p>
    <w:p>
      <w:r>
        <w:t>Being made irrelevant in his own prison ranked high.</w:t>
      </w:r>
    </w:p>
    <w:p>
      <w:r>
        <w:t>“You want a name?” he said. “Felix.”</w:t>
      </w:r>
    </w:p>
    <w:p>
      <w:r>
        <w:t>That changed the room.</w:t>
      </w:r>
    </w:p>
    <w:p>
      <w:r>
        <w:t>Not the way stranger things changed rooms. Not through mystery. Through classification. Through the relief of finally being able to point anger at something that could take a shape.</w:t>
      </w:r>
    </w:p>
    <w:p>
      <w:r>
        <w:t>Blake said, “Felix what?”</w:t>
      </w:r>
    </w:p>
    <w:p>
      <w:r>
        <w:t>Clay’s mouth moved faintly. “Just Felix, if he has his way.”</w:t>
      </w:r>
    </w:p>
    <w:p>
      <w:r>
        <w:t>Mira stepped closer. “And he knows you.”</w:t>
      </w:r>
    </w:p>
    <w:p>
      <w:r>
        <w:t>“Yes.”</w:t>
      </w:r>
    </w:p>
    <w:p>
      <w:r>
        <w:t>“You’ve worked together.”</w:t>
      </w:r>
    </w:p>
    <w:p>
      <w:r>
        <w:t>Clay considered that. “Worked near each other.”</w:t>
      </w:r>
    </w:p>
    <w:p>
      <w:r>
        <w:t>“That isn’t the same thing.”</w:t>
      </w:r>
    </w:p>
    <w:p>
      <w:r>
        <w:t>“It is when enough people are bleeding.”</w:t>
      </w:r>
    </w:p>
    <w:p>
      <w:r>
        <w:t>Holt did not move.</w:t>
      </w:r>
    </w:p>
    <w:p>
      <w:r>
        <w:t>“What is he?”</w:t>
      </w:r>
    </w:p>
    <w:p>
      <w:r>
        <w:t>Clay gave him a long look. “Fast. Armed. Theatrical when it suits him. Practical when it matters. Card player. Gunslinger. Irritatingly competent.” His jaw flexed once. “And evidently in a mood.”</w:t>
      </w:r>
    </w:p>
    <w:p>
      <w:r>
        <w:t>Corin’s eyes narrowed by a fraction. “He was at Blackthorne before.”</w:t>
      </w:r>
    </w:p>
    <w:p>
      <w:r>
        <w:t>Not a question.</w:t>
      </w:r>
    </w:p>
    <w:p>
      <w:r>
        <w:t>Clay did not answer him directly. “He knows enough of the place not to waste time impressing himself with it.”</w:t>
      </w:r>
    </w:p>
    <w:p>
      <w:r>
        <w:t>Blake folded his arms hard enough to make the fabric pull. “And whose side is he on?”</w:t>
      </w:r>
    </w:p>
    <w:p>
      <w:r>
        <w:t>The answer came too fast, sharpened by fresh resentment.</w:t>
      </w:r>
    </w:p>
    <w:p>
      <w:r>
        <w:t>“His own.”</w:t>
      </w:r>
    </w:p>
    <w:p>
      <w:r>
        <w:t>That sat in the chamber for a beat.</w:t>
      </w:r>
    </w:p>
    <w:p>
      <w:r>
        <w:t>Mira looked at Holt. “If he’s taken the map and the watch sheets, he’s not posturing anymore.”</w:t>
      </w:r>
    </w:p>
    <w:p>
      <w:r>
        <w:t>“No,” Holt said. “He isn’t.”</w:t>
      </w:r>
    </w:p>
    <w:p>
      <w:r>
        <w:t>Clay looked at the missing section of table again. “You wanted the island honest. Congratulations.”</w:t>
      </w:r>
    </w:p>
    <w:p>
      <w:r>
        <w:t>Holt ignored that.</w:t>
      </w:r>
    </w:p>
    <w:p>
      <w:r>
        <w:t>But only just.</w:t>
      </w:r>
    </w:p>
    <w:p>
      <w:r>
        <w:t>The city-side market was already awake by the time Phoenix and Leah reached it.</w:t>
      </w:r>
    </w:p>
    <w:p>
      <w:r>
        <w:t>Not the respectable front half. Not the version that sold potatoes, bruised apples, and dull-faced routine to people still pretending the island had simply had a difficult year.</w:t>
      </w:r>
    </w:p>
    <w:p>
      <w:r>
        <w:t>Phoenix took them past that.</w:t>
      </w:r>
    </w:p>
    <w:p>
      <w:r>
        <w:t>Leah noticed immediately.</w:t>
      </w:r>
    </w:p>
    <w:p>
      <w:r>
        <w:t>“This isn’t the way we came last time.”</w:t>
      </w:r>
    </w:p>
    <w:p>
      <w:r>
        <w:t>“No.”</w:t>
      </w:r>
    </w:p>
    <w:p>
      <w:r>
        <w:t>“You told Jesse market.”</w:t>
      </w:r>
    </w:p>
    <w:p>
      <w:r>
        <w:t>“I wasn’t lying.”</w:t>
      </w:r>
    </w:p>
    <w:p>
      <w:r>
        <w:t>“Just editing.”</w:t>
      </w:r>
    </w:p>
    <w:p>
      <w:r>
        <w:t>“That’s a very hostile word for efficiency.”</w:t>
      </w:r>
    </w:p>
    <w:p>
      <w:r>
        <w:t>Leah said nothing to that. She only followed as he took them off the square and into the thinner side-lanes where the official stalls ended and the less legal trade began. The street narrowed. Signs disappeared. Doors lost names and gained better locks. Medicine changed hands under blankets. Batteries sold without receipts. Old military canvas and stripped radio parts sat in crates that looked as if they had never been intended for public display.</w:t>
      </w:r>
    </w:p>
    <w:p>
      <w:r>
        <w:t>The black market did not announce itself.</w:t>
      </w:r>
    </w:p>
    <w:p>
      <w:r>
        <w:t>It waited for people to already know they needed it.</w:t>
      </w:r>
    </w:p>
    <w:p>
      <w:r>
        <w:t>Phoenix moved like he had been paying attention the day before, tracing the shape of what he had only glimpsed in passing. Leah stayed half a step behind, watching people, doorways, eye-lines. More than once he saw stall-runners look at her and then away again, uncertain what sort of authority she still wore.</w:t>
      </w:r>
    </w:p>
    <w:p>
      <w:r>
        <w:t>Finally he stopped outside a narrow doorway with no sign above it and one cracked window painted black from the inside.</w:t>
      </w:r>
    </w:p>
    <w:p>
      <w:r>
        <w:t>“This looks promising,” Leah said.</w:t>
      </w:r>
    </w:p>
    <w:p>
      <w:r>
        <w:t>“That’s because your definition of promising is damaged.”</w:t>
      </w:r>
    </w:p>
    <w:p>
      <w:r>
        <w:t>Phoenix knocked once.</w:t>
      </w:r>
    </w:p>
    <w:p>
      <w:r>
        <w:t>No answer.</w:t>
      </w:r>
    </w:p>
    <w:p>
      <w:r>
        <w:t>Then the slot in the door slid open.</w:t>
      </w:r>
    </w:p>
    <w:p>
      <w:r>
        <w:t>One eye.</w:t>
      </w:r>
    </w:p>
    <w:p>
      <w:r>
        <w:t>Old. Sharp. Unimpressed.</w:t>
      </w:r>
    </w:p>
    <w:p>
      <w:r>
        <w:t>“We’re closed.”</w:t>
      </w:r>
    </w:p>
    <w:p>
      <w:r>
        <w:t>Phoenix said, “You don’t sound closed.”</w:t>
      </w:r>
    </w:p>
    <w:p>
      <w:r>
        <w:t>The slot remained open for half a second longer.</w:t>
      </w:r>
    </w:p>
    <w:p>
      <w:r>
        <w:t>Then shut.</w:t>
      </w:r>
    </w:p>
    <w:p>
      <w:r>
        <w:t>The lock turned.</w:t>
      </w:r>
    </w:p>
    <w:p>
      <w:r>
        <w:t>The door opened inward.</w:t>
      </w:r>
    </w:p>
    <w:p>
      <w:r>
        <w:t>Inside, the room had the tired layered smell of old tobacco, machine oil, dust, and transactions never written down. Shelves lined the walls. Some held tools. Some held medicine. Some held boxes that did not want naming. Behind a scarred counter stood a heavyset man in his sixties with one good eye, one cloudy one, and the sort of slow-breathing patience only dangerous old operators ever fully mastered.</w:t>
      </w:r>
    </w:p>
    <w:p>
      <w:r>
        <w:t>He looked at Phoenix.</w:t>
      </w:r>
    </w:p>
    <w:p>
      <w:r>
        <w:t>Then at Leah.</w:t>
      </w:r>
    </w:p>
    <w:p>
      <w:r>
        <w:t>Then back again.</w:t>
      </w:r>
    </w:p>
    <w:p>
      <w:r>
        <w:t>“Either you’re lost,” he said, “or you’ve both made a series of boring mistakes.”</w:t>
      </w:r>
    </w:p>
    <w:p>
      <w:r>
        <w:t>Phoenix stepped inside. “I’m looking for something with range.”</w:t>
      </w:r>
    </w:p>
    <w:p>
      <w:r>
        <w:t>The man’s expression did not move. “So was half the island after the lockdown. Most of them wanted to feel brave from a distance.”</w:t>
      </w:r>
    </w:p>
    <w:p>
      <w:r>
        <w:t>Leah stayed near the door, eyes moving over the room, the back curtain, the side cabinet, the places where a weapon might live even if the counter preferred not to advertise it.</w:t>
      </w:r>
    </w:p>
    <w:p>
      <w:r>
        <w:t>Phoenix said, “I need a rifle.”</w:t>
      </w:r>
    </w:p>
    <w:p>
      <w:r>
        <w:t>“What kind?”</w:t>
      </w:r>
    </w:p>
    <w:p>
      <w:r>
        <w:t>“Better than what anyone out there is pretending to sell.”</w:t>
      </w:r>
    </w:p>
    <w:p>
      <w:r>
        <w:t>The old man’s good eye narrowed. “That answer deserves no help.”</w:t>
      </w:r>
    </w:p>
    <w:p>
      <w:r>
        <w:t>Phoenix let that sit.</w:t>
      </w:r>
    </w:p>
    <w:p>
      <w:r>
        <w:t>Then said, “Sniper rifle.”</w:t>
      </w:r>
    </w:p>
    <w:p>
      <w:r>
        <w:t>That changed the air by half a degree.</w:t>
      </w:r>
    </w:p>
    <w:p>
      <w:r>
        <w:t>The man leaned back slightly against the rear shelving and gave him a long quiet look.</w:t>
      </w:r>
    </w:p>
    <w:p>
      <w:r>
        <w:t>“No.”</w:t>
      </w:r>
    </w:p>
    <w:p>
      <w:r>
        <w:t>Phoenix frowned. “No, you don’t have one?”</w:t>
      </w:r>
    </w:p>
    <w:p>
      <w:r>
        <w:t>“No,” the man said. “I’m not selling you one.”</w:t>
      </w:r>
    </w:p>
    <w:p>
      <w:r>
        <w:t>“That sounds personal.”</w:t>
      </w:r>
    </w:p>
    <w:p>
      <w:r>
        <w:t>“It’s practical.” The old man nodded toward the outer lanes beyond the black window. “This market still survives because people ask for pistols, blades, ammunition, pain relief, generators, and things small enough to deny later. Not long-range military hardware.” His one good eye slid once toward Leah. “Not unless they want a visit from people in better coats.”</w:t>
      </w:r>
    </w:p>
    <w:p>
      <w:r>
        <w:t>Leah said, “Do you know where one could be found?”</w:t>
      </w:r>
    </w:p>
    <w:p>
      <w:r>
        <w:t>The old man looked at her a second longer than he had the others in the room that morning.</w:t>
      </w:r>
    </w:p>
    <w:p>
      <w:r>
        <w:t>“Found?” he said. “Possibly.”</w:t>
      </w:r>
    </w:p>
    <w:p>
      <w:r>
        <w:t>Phoenix said nothing.</w:t>
      </w:r>
    </w:p>
    <w:p>
      <w:r>
        <w:t>That was the trick with men like this. They hated being hurried more than they hated being lied to.</w:t>
      </w:r>
    </w:p>
    <w:p>
      <w:r>
        <w:t>Finally the old man scratched once at the side of his jaw and said, “What I have, I have. What I don’t, I don’t. But there are leftovers on this island. Hidden stock. Sealed stock. Things nobody’s touched because the people who hid them are dead, missing, or too frightened to go back.”</w:t>
      </w:r>
    </w:p>
    <w:p>
      <w:r>
        <w:t>“The warehouse,” Phoenix said.</w:t>
      </w:r>
    </w:p>
    <w:p>
      <w:r>
        <w:t>That got a faint lift from the man’s brow.</w:t>
      </w:r>
    </w:p>
    <w:p>
      <w:r>
        <w:t>“So someone did talk.”</w:t>
      </w:r>
    </w:p>
    <w:p>
      <w:r>
        <w:t>“Not enough.”</w:t>
      </w:r>
    </w:p>
    <w:p>
      <w:r>
        <w:t>“No,” the old man said. “Usually they don’t.”</w:t>
      </w:r>
    </w:p>
    <w:p>
      <w:r>
        <w:t>Leah stepped nearer the counter. “Where is it?”</w:t>
      </w:r>
    </w:p>
    <w:p>
      <w:r>
        <w:t>For a moment the man looked like he might say nothing at all.</w:t>
      </w:r>
    </w:p>
    <w:p>
      <w:r>
        <w:t>Then he turned, opened a drawer beneath the shelf behind him, and took out a folded road sheet with grease-pencil marks over old county lines. He spread it across the counter with one broad hand.</w:t>
      </w:r>
    </w:p>
    <w:p>
      <w:r>
        <w:t>“Inland,” he said. “Past the old service roads. Quarry route long dead. Road’s half gone, which is why it’s stayed hidden. There’s an abandoned warehouse out there - old police overflow if you believe one drunk, old Order storage if you believe another. Maybe both.” He tapped a spot near a knot of broken lanes and tree cover. “No one in the market’s dared go lately. Too isolated. Too much trouble reaches isolated first.”</w:t>
      </w:r>
    </w:p>
    <w:p>
      <w:r>
        <w:t>Phoenix looked at the mark.</w:t>
      </w:r>
    </w:p>
    <w:p>
      <w:r>
        <w:t>Leah did too.</w:t>
      </w:r>
    </w:p>
    <w:p>
      <w:r>
        <w:t>This was more than rumour now. A real place. A real route. A real enough reason for the day to become dangerous on purpose.</w:t>
      </w:r>
    </w:p>
    <w:p>
      <w:r>
        <w:t>The old man folded the sheet once and pushed it across.</w:t>
      </w:r>
    </w:p>
    <w:p>
      <w:r>
        <w:t>“I’m not lending certainty,” he said. “Only direction.”</w:t>
      </w:r>
    </w:p>
    <w:p>
      <w:r>
        <w:t>Phoenix took it. “Good enough.”</w:t>
      </w:r>
    </w:p>
    <w:p>
      <w:r>
        <w:t>“No,” the old man replied. “It never is.”</w:t>
      </w:r>
    </w:p>
    <w:p>
      <w:r>
        <w:t>Back at the farmhouse, the morning had moved on without either Phoenix or Leah there to shape it.</w:t>
      </w:r>
    </w:p>
    <w:p>
      <w:r>
        <w:t>That made the house feel different.</w:t>
      </w:r>
    </w:p>
    <w:p>
      <w:r>
        <w:t>Not wrong exactly. Just slightly off-balance.</w:t>
      </w:r>
    </w:p>
    <w:p>
      <w:r>
        <w:t>Jesse was in the kitchen when Sares came down half-dressed, hair still rough from sleep, one sock on and one missing, with the distracted expression of someone already halfway through the day in her head before checking whether the world had agreed.</w:t>
      </w:r>
    </w:p>
    <w:p>
      <w:r>
        <w:t>“You seen my necklace?” she asked.</w:t>
      </w:r>
    </w:p>
    <w:p>
      <w:r>
        <w:t>Jesse looked up from the kettle. “Morning to you too.”</w:t>
      </w:r>
    </w:p>
    <w:p>
      <w:r>
        <w:t>Sares frowned and touched at her throat automatically before realising it was bare. “I’m serious.”</w:t>
      </w:r>
    </w:p>
    <w:p>
      <w:r>
        <w:t>“Then start with your room.”</w:t>
      </w:r>
    </w:p>
    <w:p>
      <w:r>
        <w:t>“I did.”</w:t>
      </w:r>
    </w:p>
    <w:p>
      <w:r>
        <w:t>Buster lifted his head from near the stairs and looked at her.</w:t>
      </w:r>
    </w:p>
    <w:p>
      <w:r>
        <w:t>Sares ignored him and went back up.</w:t>
      </w:r>
    </w:p>
    <w:p>
      <w:r>
        <w:t>A minute later she came back down faster.</w:t>
      </w:r>
    </w:p>
    <w:p>
      <w:r>
        <w:t>“Damian?”</w:t>
      </w:r>
    </w:p>
    <w:p>
      <w:r>
        <w:t>He had just come in from outside with the crossbow case in one hand and a small coil of wire in the other. He stopped in the doorway, looked at her once, and already seemed irritated by the shape of the question before hearing it.</w:t>
      </w:r>
    </w:p>
    <w:p>
      <w:r>
        <w:t>“What?”</w:t>
      </w:r>
    </w:p>
    <w:p>
      <w:r>
        <w:t>“My necklace.”</w:t>
      </w:r>
    </w:p>
    <w:p>
      <w:r>
        <w:t>“What about it?”</w:t>
      </w:r>
    </w:p>
    <w:p>
      <w:r>
        <w:t>“I can’t find it.”</w:t>
      </w:r>
    </w:p>
    <w:p>
      <w:r>
        <w:t>Damian set the wire down on the kitchen table. “And this has become my fault how?”</w:t>
      </w:r>
    </w:p>
    <w:p>
      <w:r>
        <w:t>Sares folded her arms. “You notice everything. So where is it?”</w:t>
      </w:r>
    </w:p>
    <w:p>
      <w:r>
        <w:t>“That is not how noticing works.”</w:t>
      </w:r>
    </w:p>
    <w:p>
      <w:r>
        <w:t>“I left it in my room.”</w:t>
      </w:r>
    </w:p>
    <w:p>
      <w:r>
        <w:t>“Then I recommend checking your room.”</w:t>
      </w:r>
    </w:p>
    <w:p>
      <w:r>
        <w:t>“I did.”</w:t>
      </w:r>
    </w:p>
    <w:p>
      <w:r>
        <w:t>Jesse turned from the counter, watching the two of them now with more attention.</w:t>
      </w:r>
    </w:p>
    <w:p>
      <w:r>
        <w:t>Sares went on, “It’s not there.”</w:t>
      </w:r>
    </w:p>
    <w:p>
      <w:r>
        <w:t>Damian looked at her for a moment, then at Buster, then back again. “You misplaced it.”</w:t>
      </w:r>
    </w:p>
    <w:p>
      <w:r>
        <w:t>“No, I didn’t.”</w:t>
      </w:r>
    </w:p>
    <w:p>
      <w:r>
        <w:t>“That confidence is rarely rewarded.”</w:t>
      </w:r>
    </w:p>
    <w:p>
      <w:r>
        <w:t>Sares glared. “Did you move it?”</w:t>
      </w:r>
    </w:p>
    <w:p>
      <w:r>
        <w:t>“No.”</w:t>
      </w:r>
    </w:p>
    <w:p>
      <w:r>
        <w:t>“Phoenix?”</w:t>
      </w:r>
    </w:p>
    <w:p>
      <w:r>
        <w:t>“He left early.”</w:t>
      </w:r>
    </w:p>
    <w:p>
      <w:r>
        <w:t>That caught Jesse’s attention fully. “Left?”</w:t>
      </w:r>
    </w:p>
    <w:p>
      <w:r>
        <w:t>Damian gave the smallest nod toward the yard. “Bike’s gone.”</w:t>
      </w:r>
    </w:p>
    <w:p>
      <w:r>
        <w:t>Sares barely heard that.</w:t>
      </w:r>
    </w:p>
    <w:p>
      <w:r>
        <w:t>She was already turning back toward the stairs. “It was there last night.”</w:t>
      </w:r>
    </w:p>
    <w:p>
      <w:r>
        <w:t>Buster stood slowly.</w:t>
      </w:r>
    </w:p>
    <w:p>
      <w:r>
        <w:t>His gaze shifted toward the back door.</w:t>
      </w:r>
    </w:p>
    <w:p>
      <w:r>
        <w:t>Jesse saw that too.</w:t>
      </w:r>
    </w:p>
    <w:p>
      <w:r>
        <w:t>At Blackthorne, anger had begun turning into action.</w:t>
      </w:r>
    </w:p>
    <w:p>
      <w:r>
        <w:t>Holt stood over the redrawn map in the strategy chamber while the others gathered around him like sharpened edges around a single decision. The dead Hunter had already been removed. The blood in the west recess had not fully gone from the stone. One Joker now sat pinned beneath a knife point at the edge of the table like something under examination and not yet found wanting.</w:t>
      </w:r>
    </w:p>
    <w:p>
      <w:r>
        <w:t>Mira looked ready to go before being told.</w:t>
      </w:r>
    </w:p>
    <w:p>
      <w:r>
        <w:t>Blake had passed that point some time ago.</w:t>
      </w:r>
    </w:p>
    <w:p>
      <w:r>
        <w:t>Corin had rebuilt the stolen routes from memory, but the theft itself remained the insult nothing else could soften.</w:t>
      </w:r>
    </w:p>
    <w:p>
      <w:r>
        <w:t>Dorian watched the chamber door as if expecting one more impossible entrance before the day was done.</w:t>
      </w:r>
    </w:p>
    <w:p>
      <w:r>
        <w:t>Clay stood in chains near the side wall and said nothing.</w:t>
      </w:r>
    </w:p>
    <w:p>
      <w:r>
        <w:t>That, more than anything, annoyed Holt now.</w:t>
      </w:r>
    </w:p>
    <w:p>
      <w:r>
        <w:t>Not the silence itself.</w:t>
      </w:r>
    </w:p>
    <w:p>
      <w:r>
        <w:t>The fact that it no longer sounded empty.</w:t>
      </w:r>
    </w:p>
    <w:p>
      <w:r>
        <w:t>“You name him Felix,” Holt said. “You say he works for himself. You say he knows the island and Blackthorne well enough to make this look easy.”</w:t>
      </w:r>
    </w:p>
    <w:p>
      <w:r>
        <w:t>Clay looked at the Joker on the table. “I say your problem has style.”</w:t>
      </w:r>
    </w:p>
    <w:p>
      <w:r>
        <w:t>Blake took one step forward. “I’m getting very tired of him.”</w:t>
      </w:r>
    </w:p>
    <w:p>
      <w:r>
        <w:t>“Then kill me,” Clay said. “You’ll still be missing the map.”</w:t>
      </w:r>
    </w:p>
    <w:p>
      <w:r>
        <w:t>Holt raised one hand and Blake stopped.</w:t>
      </w:r>
    </w:p>
    <w:p>
      <w:r>
        <w:t>Mira said, “If he’s taken the routes, he’ll know where not to be.”</w:t>
      </w:r>
    </w:p>
    <w:p>
      <w:r>
        <w:t>Corin answered, “Or where we’ll assume he won’t be.”</w:t>
      </w:r>
    </w:p>
    <w:p>
      <w:r>
        <w:t>Dorian finally spoke. “Either way, he’s not moving like a scavenger. He’s moving like a man who expects pursuit.”</w:t>
      </w:r>
    </w:p>
    <w:p>
      <w:r>
        <w:t>That was the real thing underneath all of it.</w:t>
      </w:r>
    </w:p>
    <w:p>
      <w:r>
        <w:t>Expectation.</w:t>
      </w:r>
    </w:p>
    <w:p>
      <w:r>
        <w:t>Felix had not just stolen from them. He had done it knowing what it would force them to become next.</w:t>
      </w:r>
    </w:p>
    <w:p>
      <w:r>
        <w:t>Holt looked at Clay.</w:t>
      </w:r>
    </w:p>
    <w:p>
      <w:r>
        <w:t>“Would he run from dogs?”</w:t>
      </w:r>
    </w:p>
    <w:p>
      <w:r>
        <w:t>Clay’s mouth shifted faintly.</w:t>
      </w:r>
    </w:p>
    <w:p>
      <w:r>
        <w:t>“Not if he thought they’d make the evening more interesting.”</w:t>
      </w:r>
    </w:p>
    <w:p>
      <w:r>
        <w:t>The chamber went quiet for one beat.</w:t>
      </w:r>
    </w:p>
    <w:p>
      <w:r>
        <w:t>Then Holt said, “Good.”</w:t>
      </w:r>
    </w:p>
    <w:p>
      <w:r>
        <w:t>Blake looked up first.</w:t>
      </w:r>
    </w:p>
    <w:p>
      <w:r>
        <w:t>Mira’s expression sharpened.</w:t>
      </w:r>
    </w:p>
    <w:p>
      <w:r>
        <w:t>Clay’s did too, though only slightly. “You’re serious.”</w:t>
      </w:r>
    </w:p>
    <w:p>
      <w:r>
        <w:t>Holt turned from the table.</w:t>
      </w:r>
    </w:p>
    <w:p>
      <w:r>
        <w:t>“I didn’t bring them across the water to decorate a hold.”</w:t>
      </w:r>
    </w:p>
    <w:p>
      <w:r>
        <w:t>That was enough.</w:t>
      </w:r>
    </w:p>
    <w:p>
      <w:r>
        <w:t>The decision moved through the room at once.</w:t>
      </w:r>
    </w:p>
    <w:p>
      <w:r>
        <w:t>Mira reached for the file case.</w:t>
      </w:r>
    </w:p>
    <w:p>
      <w:r>
        <w:t>Blake smiled without humour.</w:t>
      </w:r>
    </w:p>
    <w:p>
      <w:r>
        <w:t>Corin gathered the route sheets.</w:t>
      </w:r>
    </w:p>
    <w:p>
      <w:r>
        <w:t>Dorian checked the wall rack for the equipment packs used when control stopped being theoretical.</w:t>
      </w:r>
    </w:p>
    <w:p>
      <w:r>
        <w:t>Holt looked at Clay one last time.</w:t>
      </w:r>
    </w:p>
    <w:p>
      <w:r>
        <w:t>“We’re going hunting tonight.”</w:t>
      </w:r>
    </w:p>
    <w:p>
      <w:r>
        <w:t>He did not raise his voice.</w:t>
      </w:r>
    </w:p>
    <w:p>
      <w:r>
        <w:t>He didn’t need to.</w:t>
      </w:r>
    </w:p>
    <w:p>
      <w:r>
        <w:t>The sentence belonged to the room the moment he said it.</w:t>
      </w:r>
    </w:p>
    <w:p>
      <w:r>
        <w:t>Then he turned and headed out of the chamber, the others falling into step behind him.</w:t>
      </w:r>
    </w:p>
    <w:p>
      <w:r>
        <w:t>Not toward the walls.</w:t>
      </w:r>
    </w:p>
    <w:p>
      <w:r>
        <w:t>Not toward the lower storage.</w:t>
      </w:r>
    </w:p>
    <w:p>
      <w:r>
        <w:t>Toward the hidden landing.</w:t>
      </w:r>
    </w:p>
    <w:p>
      <w:r>
        <w:t>Toward the ship.</w:t>
      </w:r>
    </w:p>
    <w:p>
      <w:r>
        <w:t>Toward the NightFangs.</w:t>
      </w:r>
    </w:p>
    <w:p>
      <w:r>
        <w:t>Clay remained where he was until the chamber had emptied enough for the sound from below to matter again - the distant chain-rattle, the wrong depth in the howls, the appetite in the steel.</w:t>
      </w:r>
    </w:p>
    <w:p>
      <w:r>
        <w:t>At the farmhouse, Sares stood halfway down the stairs again, face tighter now, and said, “It’s not there.”</w:t>
      </w:r>
    </w:p>
    <w:p>
      <w:r>
        <w:t>Jesse looked at Buster.</w:t>
      </w:r>
    </w:p>
    <w:p>
      <w:r>
        <w:t>The dog was still staring at the back door.</w:t>
      </w:r>
    </w:p>
    <w:p>
      <w:r>
        <w:t>And out beyond the west cliff under the coming dark, Holt and his Hunters were already on their way to wake the beasts properly.</w:t>
      </w:r>
    </w:p>
    <w:p>
      <w:r>
        <w:br w:type="page"/>
      </w:r>
    </w:p>
    <w:p>
      <w:pPr>
        <w:pStyle w:val="Heading1"/>
      </w:pPr>
      <w:r>
        <w:t>Chapter Ten: Seven of Spades</w:t>
      </w:r>
    </w:p>
    <w:p/>
    <w:p>
      <w:r>
        <w:t>Night made the island feel larger than it really was.</w:t>
      </w:r>
    </w:p>
    <w:p>
      <w:r>
        <w:t>Not wider in any honest sense. Just more uncertain. Roads seemed longer after dark. Empty ground held more possibilities than daylight ever allowed. Sound travelled badly where you wanted it and too well where you did not. Even the wind felt less like weather and more like something carrying warnings in the wrong order.</w:t>
      </w:r>
    </w:p>
    <w:p>
      <w:r>
        <w:t>Phoenix rode with the location sheet folded in his jacket pocket and the dark road opening and closing in the sweep of the bike light.</w:t>
      </w:r>
    </w:p>
    <w:p>
      <w:r>
        <w:t>Leah sat behind him, one hand braced against the back rail and the other low near the weapon at her side, saying nothing for long stretches because there was nothing useful to say while the island kept changing shape around them. The route from the broker had already gone from road to broken road to something barely worth the word at all.</w:t>
      </w:r>
    </w:p>
    <w:p>
      <w:r>
        <w:t>Trees crowded the edges. Old service fencing appeared in fragments and vanished again. Twice they passed the remains of older checkpoint structures half-collapsed into ditches. Once, far out to their right, something moved in the field and did not bother showing itself again.</w:t>
      </w:r>
    </w:p>
    <w:p>
      <w:r>
        <w:t>At last Phoenix slowed.</w:t>
      </w:r>
    </w:p>
    <w:p>
      <w:r>
        <w:t>Ahead of them, the warehouse rose out of the dark like a low industrial bruise.</w:t>
      </w:r>
    </w:p>
    <w:p>
      <w:r>
        <w:t>It was larger than Leah expected.</w:t>
      </w:r>
    </w:p>
    <w:p>
      <w:r>
        <w:t>Not tall in the way Blackthorne was tall, but broad enough to feel deliberate. Concrete shell. Corrugated roof. Loading shutters at the front. Dead windows set high and narrow along the upper line. One outer floodlight still hung near the front corner, though it had not worked in years. The whole place sat alone in a strip of rough land with no neighbouring buildings close enough to be helpful.</w:t>
      </w:r>
    </w:p>
    <w:p>
      <w:r>
        <w:t>Leah looked up at it and said, “I hate it already.”</w:t>
      </w:r>
    </w:p>
    <w:p>
      <w:r>
        <w:t>Phoenix killed the engine and let the silence return around them.</w:t>
      </w:r>
    </w:p>
    <w:p>
      <w:r>
        <w:t>“That’s usually a promising sign.”</w:t>
      </w:r>
    </w:p>
    <w:p>
      <w:r>
        <w:t>“No,” Leah said. “That’s usually the sign right before something gets teeth.”</w:t>
      </w:r>
    </w:p>
    <w:p>
      <w:r>
        <w:t>The warehouse held itself still.</w:t>
      </w:r>
    </w:p>
    <w:p>
      <w:r>
        <w:t>Then, from somewhere inside, came a noise.</w:t>
      </w:r>
    </w:p>
    <w:p>
      <w:r>
        <w:t>Not a human sound.</w:t>
      </w:r>
    </w:p>
    <w:p>
      <w:r>
        <w:t>Not fully.</w:t>
      </w:r>
    </w:p>
    <w:p>
      <w:r>
        <w:t>A dragging scrape. Then a clatter of something loose being struck in the dark. Then silence again.</w:t>
      </w:r>
    </w:p>
    <w:p>
      <w:r>
        <w:t>Phoenix looked toward the main shutter. “We go in, we take what we need, we leave. No detours.”</w:t>
      </w:r>
    </w:p>
    <w:p>
      <w:r>
        <w:t>Leah got off the bike and drew her weapon low. “That sounds like one of those plans people say right before detours.”</w:t>
      </w:r>
    </w:p>
    <w:p>
      <w:r>
        <w:t>He pulled the folded sheet from his pocket, checked the front line of the building once more, then tucked it away. “Encouraging.”</w:t>
      </w:r>
    </w:p>
    <w:p>
      <w:r>
        <w:t>They moved toward the shadow of the loading area.</w:t>
      </w:r>
    </w:p>
    <w:p>
      <w:r>
        <w:t>***</w:t>
      </w:r>
    </w:p>
    <w:p>
      <w:r>
        <w:t>The hidden landing did not look built for ceremony, but the Hunters gave it one anyway.</w:t>
      </w:r>
    </w:p>
    <w:p>
      <w:r>
        <w:t>The ship waited in the dark below Blackthorne like a steel verdict. Lamps had been hooded down to a working glow. Salt wind dragged across wet rock and iron fittings. The gangway groaned once under the first boots and then settled into that harder ship-silence that only ever meant men were about to do something the vessel itself disliked.</w:t>
      </w:r>
    </w:p>
    <w:p>
      <w:r>
        <w:t>The smell hit before the lower deck came fully into view.</w:t>
      </w:r>
    </w:p>
    <w:p>
      <w:r>
        <w:t>Oil first.</w:t>
      </w:r>
    </w:p>
    <w:p>
      <w:r>
        <w:t>Then salt.</w:t>
      </w:r>
    </w:p>
    <w:p>
      <w:r>
        <w:t>Then blood, raw meat, damp fur, rust, and that hotter animal stink that did not belong anywhere built for human breath. The hold did not smell like transport. It smelled like something trying very hard to remain containment.</w:t>
      </w:r>
    </w:p>
    <w:p>
      <w:r>
        <w:t>Holt descended first.</w:t>
      </w:r>
    </w:p>
    <w:p>
      <w:r>
        <w:t>Mira followed with her mask already on.</w:t>
      </w:r>
    </w:p>
    <w:p>
      <w:r>
        <w:t>Blake came behind her with the kind of anticipation decent men should have been ashamed of and never were.</w:t>
      </w:r>
    </w:p>
    <w:p>
      <w:r>
        <w:t>Dorian moved in the same quiet way he did everything, which somehow made him worse to stand near. One support Hunter came with them carrying the scent packet and the tracking line. Two others remained above at Blackthorne to keep Clay watched and chained where Holt wanted him.</w:t>
      </w:r>
    </w:p>
    <w:p>
      <w:r>
        <w:t>That had been made clear before they left.</w:t>
      </w:r>
    </w:p>
    <w:p>
      <w:r>
        <w:t>Two stay.</w:t>
        <w:br/>
        <w:t>No mistakes.</w:t>
        <w:br/>
        <w:t>If the prisoner runs, break the leg before the neck.</w:t>
      </w:r>
    </w:p>
    <w:p>
      <w:r>
        <w:t>Clay had said nothing to that. Only watched them go with that same thin intelligence that made every silence around him feel judged.</w:t>
      </w:r>
    </w:p>
    <w:p>
      <w:r>
        <w:t>Now the lower hold answered the Hunters with a low wet snarl that rolled through the steel like the ship itself had started listening.</w:t>
      </w:r>
    </w:p>
    <w:p>
      <w:r>
        <w:t>One of the cages shuddered.</w:t>
      </w:r>
    </w:p>
    <w:p>
      <w:r>
        <w:t>Then another answered.</w:t>
      </w:r>
    </w:p>
    <w:p>
      <w:r>
        <w:t>Then the third did nothing at all, which was worse.</w:t>
      </w:r>
    </w:p>
    <w:p>
      <w:r>
        <w:t>A handler stepped forward carrying a slim leather booklet in gloved hands.</w:t>
      </w:r>
    </w:p>
    <w:p>
      <w:r>
        <w:t>Poker Basics for Serious Players.</w:t>
      </w:r>
    </w:p>
    <w:p>
      <w:r>
        <w:t>Cheap print. Weather-softened cover. One corner bent. The pages swollen slightly at the edge from damp. It had been found below Blackthorne on the western path, caught under scrub and stone where some lesser man might have missed it. Holt had not liked the stupidity of relying on a dropped object. Mira had not liked how plausible it felt that Felix might have left it by accident and on purpose at the same time.</w:t>
      </w:r>
    </w:p>
    <w:p>
      <w:r>
        <w:t>Either way, it smelled of him.</w:t>
      </w:r>
    </w:p>
    <w:p>
      <w:r>
        <w:t>Tobacco.</w:t>
      </w:r>
    </w:p>
    <w:p>
      <w:r>
        <w:t>Rain.</w:t>
      </w:r>
    </w:p>
    <w:p>
      <w:r>
        <w:t>Card oil.</w:t>
      </w:r>
    </w:p>
    <w:p>
      <w:r>
        <w:t>Leather.</w:t>
      </w:r>
    </w:p>
    <w:p>
      <w:r>
        <w:t>The handler held the booklet out toward the first cage.</w:t>
      </w:r>
    </w:p>
    <w:p>
      <w:r>
        <w:t>Inside, something moved fast enough to become shape and then vanish again.</w:t>
      </w:r>
    </w:p>
    <w:p>
      <w:r>
        <w:t>Shadow hit the bars first.</w:t>
      </w:r>
    </w:p>
    <w:p>
      <w:r>
        <w:t>A huge black form with wolf-heavy shoulders and something wrong in the face where a dog’s proportions should have stayed loyal to nature and simply hadn’t. The muzzle was too long. The jaw too deep. Saliva hung in thick ropes from teeth that looked designed rather than grown. The eyes caught the hooded light and threw back a low animal red.</w:t>
      </w:r>
    </w:p>
    <w:p>
      <w:r>
        <w:t>The handler opened the scent flap without putting his fingers where they should not go.</w:t>
      </w:r>
    </w:p>
    <w:p>
      <w:r>
        <w:t>Shadow lunged and inhaled hard enough to suck the booklet against the bars.</w:t>
      </w:r>
    </w:p>
    <w:p>
      <w:r>
        <w:t>The ship shook with the impact.</w:t>
      </w:r>
    </w:p>
    <w:p>
      <w:r>
        <w:t>“Steady,” the handler said, sounding like a man performing courage under observation rather than feeling any of it.</w:t>
      </w:r>
    </w:p>
    <w:p>
      <w:r>
        <w:t>The second cage hit next.</w:t>
      </w:r>
    </w:p>
    <w:p>
      <w:r>
        <w:t>Thorax.</w:t>
      </w:r>
    </w:p>
    <w:p>
      <w:r>
        <w:t>Broader than Shadow. Heavier. Built like something that should have snapped its own spine under its own bulk and somehow hadn’t. The steel front jumped when he came into it. The snarl that followed was not sharp. It was deep enough to feel in the ribs.</w:t>
      </w:r>
    </w:p>
    <w:p>
      <w:r>
        <w:t>The third cage remained quiet.</w:t>
      </w:r>
    </w:p>
    <w:p>
      <w:r>
        <w:t>Holt looked at it.</w:t>
      </w:r>
    </w:p>
    <w:p>
      <w:r>
        <w:t>“Sabre.”</w:t>
      </w:r>
    </w:p>
    <w:p>
      <w:r>
        <w:t>At first there was nothing.</w:t>
      </w:r>
    </w:p>
    <w:p>
      <w:r>
        <w:t>Then, from the dark behind the reinforced slats, came a slow deliberate scrape as claws or nails or something worse traced the metal from inside. Not frantic. Not hungry in the stupid way. Patient.</w:t>
      </w:r>
    </w:p>
    <w:p>
      <w:r>
        <w:t>The covering shifted.</w:t>
      </w:r>
    </w:p>
    <w:p>
      <w:r>
        <w:t>A shape settled behind it.</w:t>
      </w:r>
    </w:p>
    <w:p>
      <w:r>
        <w:t>Two eyes opened in the dark.</w:t>
      </w:r>
    </w:p>
    <w:p>
      <w:r>
        <w:t>Sabre never wasted energy making his point twice.</w:t>
      </w:r>
    </w:p>
    <w:p>
      <w:r>
        <w:t>The handler with the poker manual did not step closer than necessary.</w:t>
      </w:r>
    </w:p>
    <w:p>
      <w:r>
        <w:t>“Track scent established,” he said.</w:t>
      </w:r>
    </w:p>
    <w:p>
      <w:r>
        <w:t>Corin, who had come down only as far as the hold threshold and no farther, looked over the cage bolts and chains without trying to disguise his contempt for the whole arrangement.</w:t>
      </w:r>
    </w:p>
    <w:p>
      <w:r>
        <w:t>“Controlled release,” he said.</w:t>
      </w:r>
    </w:p>
    <w:p>
      <w:r>
        <w:t>Blake gave a humourless breath through his nose. “You keep saying that like they’re civilised.”</w:t>
      </w:r>
    </w:p>
    <w:p>
      <w:r>
        <w:t>Holt did not look at him. “No. I say it because you are.”</w:t>
      </w:r>
    </w:p>
    <w:p>
      <w:r>
        <w:t>That landed where it was meant to.</w:t>
      </w:r>
    </w:p>
    <w:p>
      <w:r>
        <w:t>Mira checked the fit of her mask. Dorian tightened a strap on the tracking harness. The support Hunter at the rear clipped in the line markers and checked his radio.</w:t>
      </w:r>
    </w:p>
    <w:p>
      <w:r>
        <w:t>The skull masks altered the room the same way they always did. Bone-white. Hard-faced. Black sockets emptying out whatever had still been human in the men beneath them. Breathing turned faintly muffled inside the shells. Movement lost personality and kept only function.</w:t>
      </w:r>
    </w:p>
    <w:p>
      <w:r>
        <w:t>Hunt kit.</w:t>
      </w:r>
    </w:p>
    <w:p>
      <w:r>
        <w:t>Tracking lamps.</w:t>
        <w:br/>
        <w:t>Short-carbines.</w:t>
        <w:br/>
        <w:t>Signal tabs.</w:t>
        <w:br/>
        <w:t>Restraint line.</w:t>
        <w:br/>
        <w:t>Blood markers.</w:t>
        <w:br/>
        <w:t>Field knives.</w:t>
        <w:br/>
        <w:t>Low-light optics.</w:t>
      </w:r>
    </w:p>
    <w:p>
      <w:r>
        <w:t>No wasted weight. No wasted language.</w:t>
      </w:r>
    </w:p>
    <w:p>
      <w:r>
        <w:t>The handler lifted the first locking bar.</w:t>
      </w:r>
    </w:p>
    <w:p>
      <w:r>
        <w:t>The metallic clunk rolled through the hold like the start of a sentence nobody present was going to enjoy finishing.</w:t>
      </w:r>
    </w:p>
    <w:p>
      <w:r>
        <w:t>Shadow came forward first.</w:t>
      </w:r>
    </w:p>
    <w:p>
      <w:r>
        <w:t>Not released yet. Just enough to make the line snap tight against his chest harness as soon as the outer restraint cleared. He stood low, muscles trembling under black fur that was too thick in some places and too thin in others, nostrils wide, mouth wet, eyes fixed on the poker manual like it had just insulted him personally.</w:t>
      </w:r>
    </w:p>
    <w:p>
      <w:r>
        <w:t>Thorax hit his own door with such force that blood sprang where his teeth struck the steel.</w:t>
      </w:r>
    </w:p>
    <w:p>
      <w:r>
        <w:t>Sabre waited.</w:t>
      </w:r>
    </w:p>
    <w:p>
      <w:r>
        <w:t>Then rose.</w:t>
      </w:r>
    </w:p>
    <w:p>
      <w:r>
        <w:t>That was worse than any lunge.</w:t>
      </w:r>
    </w:p>
    <w:p>
      <w:r>
        <w:t>Because he unfolded upward with slow certainty, larger than the hold had made him sound, all dark hide, too-clean shoulders, and quiet brutality. He did not snarl. He only watched, scenting the manual once through the bars and deciding something in that moment that made the handler step back without being told.</w:t>
      </w:r>
    </w:p>
    <w:p>
      <w:r>
        <w:t>Holt took the booklet himself then, held it in front of the open space between all three cages, and said, “Find him.”</w:t>
      </w:r>
    </w:p>
    <w:p>
      <w:r>
        <w:t>Shadow strained against the line so hard the handler nearly lost footing.</w:t>
      </w:r>
    </w:p>
    <w:p>
      <w:r>
        <w:t>Thorax answered with a choking growl that turned into open violence the second his restraint came free.</w:t>
      </w:r>
    </w:p>
    <w:p>
      <w:r>
        <w:t>Sabre stepped out last and made almost no noise at all.</w:t>
      </w:r>
    </w:p>
    <w:p>
      <w:r>
        <w:t>That was what made the men nearest him go still.</w:t>
      </w:r>
    </w:p>
    <w:p>
      <w:r>
        <w:t>No bark.</w:t>
      </w:r>
    </w:p>
    <w:p>
      <w:r>
        <w:t>No warning.</w:t>
      </w:r>
    </w:p>
    <w:p>
      <w:r>
        <w:t>Only the sense that something had crossed from cage into world and found the world immediately disappointing.</w:t>
      </w:r>
    </w:p>
    <w:p>
      <w:r>
        <w:t>Holt handed the poker manual back to the handler. “Move.”</w:t>
      </w:r>
    </w:p>
    <w:p>
      <w:r>
        <w:t>The NightFangs surged toward the gangway.</w:t>
      </w:r>
    </w:p>
    <w:p>
      <w:r>
        <w:t>The hunt had begun.</w:t>
      </w:r>
    </w:p>
    <w:p>
      <w:r>
        <w:t>***</w:t>
      </w:r>
    </w:p>
    <w:p>
      <w:r>
        <w:t>The front of the warehouse had once been built for trucks.</w:t>
      </w:r>
    </w:p>
    <w:p>
      <w:r>
        <w:t>Now it looked as if nothing with sense had pulled up there in years.</w:t>
      </w:r>
    </w:p>
    <w:p>
      <w:r>
        <w:t>The main shutters were chained from the outside and gone brown with neglect. One side door had been welded at some earlier point and later half-torn from its own frame. Glass crunched under Phoenix’s boot when he edged past the loading bay and found where the front wall had failed near ground level.</w:t>
      </w:r>
    </w:p>
    <w:p>
      <w:r>
        <w:t>“There,” Leah whispered.</w:t>
      </w:r>
    </w:p>
    <w:p>
      <w:r>
        <w:t>A break in the lower paneling where rust and time had eaten through enough for a person to slip in if they were willing to do it badly.</w:t>
      </w:r>
    </w:p>
    <w:p>
      <w:r>
        <w:t>Inside, the dark smelled stale and damp and wrong.</w:t>
      </w:r>
    </w:p>
    <w:p>
      <w:r>
        <w:t>Old dust.</w:t>
      </w:r>
    </w:p>
    <w:p>
      <w:r>
        <w:t>Metal.</w:t>
      </w:r>
    </w:p>
    <w:p>
      <w:r>
        <w:t>Oil.</w:t>
      </w:r>
    </w:p>
    <w:p>
      <w:r>
        <w:t>And underneath it, something sour and animal that had not belonged to stored weapons when the building was first built.</w:t>
      </w:r>
    </w:p>
    <w:p>
      <w:r>
        <w:t>Phoenix crouched and looked in through the opening.</w:t>
      </w:r>
    </w:p>
    <w:p>
      <w:r>
        <w:t>Nothing immediate.</w:t>
      </w:r>
    </w:p>
    <w:p>
      <w:r>
        <w:t>Only darkness and the faint shape of racking farther in.</w:t>
      </w:r>
    </w:p>
    <w:p>
      <w:r>
        <w:t>Then somewhere inside came another sound.</w:t>
      </w:r>
    </w:p>
    <w:p>
      <w:r>
        <w:t>A soft wet clicking.</w:t>
      </w:r>
    </w:p>
    <w:p>
      <w:r>
        <w:t>Then the scrape of something dragging itself around a pillar.</w:t>
      </w:r>
    </w:p>
    <w:p>
      <w:r>
        <w:t>Phoenix looked back at Leah.</w:t>
      </w:r>
    </w:p>
    <w:p>
      <w:r>
        <w:t>“Stealth.”</w:t>
      </w:r>
    </w:p>
    <w:p>
      <w:r>
        <w:t>“That would’ve been my first guess.”</w:t>
      </w:r>
    </w:p>
    <w:p>
      <w:r>
        <w:t>He went in first.</w:t>
      </w:r>
    </w:p>
    <w:p>
      <w:r>
        <w:t>The opening tore a little more on the way through, giving a low protesting groan of rusted metal that sounded far too loud to both of them. Then they were inside.</w:t>
      </w:r>
    </w:p>
    <w:p>
      <w:r>
        <w:t>The warehouse opened upward into more space than either liked.</w:t>
      </w:r>
    </w:p>
    <w:p>
      <w:r>
        <w:t>High roof.</w:t>
        <w:br/>
        <w:t>Hanging chains.</w:t>
        <w:br/>
        <w:t>Old loading frames.</w:t>
        <w:br/>
        <w:t>Rows of shelving and caged storage sections running off into dark.</w:t>
        <w:br/>
        <w:t>A mezzanine level at the far side with part of its rail missing.</w:t>
        <w:br/>
        <w:t>A forklift dead in one corner like a carcass left where it failed.</w:t>
      </w:r>
    </w:p>
    <w:p>
      <w:r>
        <w:t>Moonlight bled in through the higher cracked windows in pale strips that did not reach the floor cleanly. What light there was seemed to get lost halfway down.</w:t>
      </w:r>
    </w:p>
    <w:p>
      <w:r>
        <w:t>Leah crouched beside Phoenix behind the first stack of old crates and listened.</w:t>
      </w:r>
    </w:p>
    <w:p>
      <w:r>
        <w:t>Something moved fifty feet ahead.</w:t>
      </w:r>
    </w:p>
    <w:p>
      <w:r>
        <w:t>A low animal shuffle.</w:t>
      </w:r>
    </w:p>
    <w:p>
      <w:r>
        <w:t>Then another sound farther right.</w:t>
      </w:r>
    </w:p>
    <w:p>
      <w:r>
        <w:t>Phoenix lifted two fingers and pointed: left lane first, then inward.</w:t>
      </w:r>
    </w:p>
    <w:p>
      <w:r>
        <w:t>Leah nodded.</w:t>
      </w:r>
    </w:p>
    <w:p>
      <w:r>
        <w:t>They moved between shelving rows slow enough to make patience feel heavy. The place did not belong to silence. It belonged to the noises that remained after usefulness had been abandoned. Chains ticking gently in the roof draft. Metal cooling. Water somewhere at the back dropping once into a shallow puddle. And, hidden among all that, the softer sounds that mattered.</w:t>
      </w:r>
    </w:p>
    <w:p>
      <w:r>
        <w:t>Breathing.</w:t>
      </w:r>
    </w:p>
    <w:p>
      <w:r>
        <w:t>Claw drag.</w:t>
      </w:r>
    </w:p>
    <w:p>
      <w:r>
        <w:t>The little throat-noise of something hungry and not bright enough to know the difference between waiting and stalking.</w:t>
      </w:r>
    </w:p>
    <w:p>
      <w:r>
        <w:t>Stragglers.</w:t>
      </w:r>
    </w:p>
    <w:p>
      <w:r>
        <w:t>The first one showed itself between two leaning storage cages.</w:t>
      </w:r>
    </w:p>
    <w:p>
      <w:r>
        <w:t>It had once been a man.</w:t>
      </w:r>
    </w:p>
    <w:p>
      <w:r>
        <w:t>That much was visible only because the warehouse light was bad enough to be merciful.</w:t>
      </w:r>
    </w:p>
    <w:p>
      <w:r>
        <w:t>Now it crouched wrong, one hand braced on the concrete, jaw dark and half-open, coat hanging in strips from the shoulders. Its eyes caught what little light there was and threw it back meanly. It had not seen them yet. It was licking something dark from its wrist.</w:t>
      </w:r>
    </w:p>
    <w:p>
      <w:r>
        <w:t>Leah’s grip tightened.</w:t>
      </w:r>
    </w:p>
    <w:p>
      <w:r>
        <w:t>Phoenix gave the smallest head-shake.</w:t>
      </w:r>
    </w:p>
    <w:p>
      <w:r>
        <w:t>No shots.</w:t>
      </w:r>
    </w:p>
    <w:p>
      <w:r>
        <w:t>Not unless the whole place went bad anyway.</w:t>
      </w:r>
    </w:p>
    <w:p>
      <w:r>
        <w:t>They moved on.</w:t>
      </w:r>
    </w:p>
    <w:p>
      <w:r>
        <w:t>A second straggler clung half up the shelving farther in, breathing through its teeth like an engine with one broken cylinder. A third dragged itself under a loading platform and disappeared without fully committing to whether it had noticed them.</w:t>
      </w:r>
    </w:p>
    <w:p>
      <w:r>
        <w:t>The warehouse felt infested rather than occupied.</w:t>
      </w:r>
    </w:p>
    <w:p>
      <w:r>
        <w:t>That was somehow worse.</w:t>
      </w:r>
    </w:p>
    <w:p>
      <w:r>
        <w:t>They found the weapons cache behind an inner mesh partition locked with a chain that had been cut long ago and then re-looped for appearances. Phoenix slipped it free in five seconds.</w:t>
      </w:r>
    </w:p>
    <w:p>
      <w:r>
        <w:t>Inside, the air changed.</w:t>
      </w:r>
    </w:p>
    <w:p>
      <w:r>
        <w:t>Less damp.</w:t>
        <w:br/>
        <w:t>Less rot.</w:t>
        <w:br/>
        <w:t>More oil and old packing grease.</w:t>
      </w:r>
    </w:p>
    <w:p>
      <w:r>
        <w:t>Shelves lined the partition walls. Black cases. Ammunition tins. Wrapped tool kits. Field optics. Old police tags on some crates. No markings at all on others. Order overflow, the broker had said. Old police if you believed one drunk, old Order storage if you believed another.</w:t>
      </w:r>
    </w:p>
    <w:p>
      <w:r>
        <w:t>Both, Phoenix thought.</w:t>
      </w:r>
    </w:p>
    <w:p>
      <w:r>
        <w:t>Of course it was both.</w:t>
      </w:r>
    </w:p>
    <w:p>
      <w:r>
        <w:t>He moved through the cases quickly, reading by touch as much as sight.</w:t>
      </w:r>
    </w:p>
    <w:p>
      <w:r>
        <w:t>Carbine.</w:t>
        <w:br/>
        <w:t>Shotgun.</w:t>
        <w:br/>
        <w:t>Damaged long rifle.</w:t>
        <w:br/>
        <w:t>Old suppressor tube.</w:t>
        <w:br/>
        <w:t>Three cracked optics.</w:t>
        <w:br/>
        <w:t>Then—</w:t>
      </w:r>
    </w:p>
    <w:p>
      <w:r>
        <w:t>There.</w:t>
      </w:r>
    </w:p>
    <w:p>
      <w:r>
        <w:t>Long black case. Better seal. Cleaner latch. Weight right.</w:t>
      </w:r>
    </w:p>
    <w:p>
      <w:r>
        <w:t>He opened it low and careful.</w:t>
      </w:r>
    </w:p>
    <w:p>
      <w:r>
        <w:t>Sniper rifle.</w:t>
      </w:r>
    </w:p>
    <w:p>
      <w:r>
        <w:t>Not new, but kept.</w:t>
      </w:r>
    </w:p>
    <w:p>
      <w:r>
        <w:t>Long barrel. Folding stock. Good glass. Spare magazine slots still loaded. Cleaning wrap tucked beneath the foam. Someone had packed it to be needed later and then died before later arrived.</w:t>
      </w:r>
    </w:p>
    <w:p>
      <w:r>
        <w:t>Phoenix exhaled once, quiet and satisfied in the same breath.</w:t>
      </w:r>
    </w:p>
    <w:p>
      <w:r>
        <w:t>“That’ll do.”</w:t>
      </w:r>
    </w:p>
    <w:p>
      <w:r>
        <w:t>Leah was already going through the side shelf. “Ammo. Sight cloth. Range finder. Two field lamps. Take these.”</w:t>
      </w:r>
    </w:p>
    <w:p>
      <w:r>
        <w:t>He handed her the rifle’s suppressor and shouldered the case strap. She passed him the extra magazines. Between them they took what they could carry without slowing escape into stupidity.</w:t>
      </w:r>
    </w:p>
    <w:p>
      <w:r>
        <w:t>From somewhere in the warehouse came a scream.</w:t>
      </w:r>
    </w:p>
    <w:p>
      <w:r>
        <w:t>Not close.</w:t>
      </w:r>
    </w:p>
    <w:p>
      <w:r>
        <w:t>Not human in any ordinary way either.</w:t>
      </w:r>
    </w:p>
    <w:p>
      <w:r>
        <w:t>One of the stragglers had found another and decided even that counted as company for too long.</w:t>
      </w:r>
    </w:p>
    <w:p>
      <w:r>
        <w:t>Phoenix shut the rifle case and looked toward the front route again.</w:t>
      </w:r>
    </w:p>
    <w:p>
      <w:r>
        <w:t>“Time.”</w:t>
      </w:r>
    </w:p>
    <w:p>
      <w:r>
        <w:t>They moved back out through the shelving lanes with the rifle now changing the shape of every step. More weight. More value. More reason to get killed badly if they hesitated in the wrong place.</w:t>
      </w:r>
    </w:p>
    <w:p>
      <w:r>
        <w:t>A chain swung once above them for no clear reason.</w:t>
      </w:r>
    </w:p>
    <w:p>
      <w:r>
        <w:t>Leah froze.</w:t>
      </w:r>
    </w:p>
    <w:p>
      <w:r>
        <w:t>Phoenix did too.</w:t>
      </w:r>
    </w:p>
    <w:p>
      <w:r>
        <w:t>Nothing followed.</w:t>
      </w:r>
    </w:p>
    <w:p>
      <w:r>
        <w:t>Then, very softly, something moved beneath the platform to their right.</w:t>
      </w:r>
    </w:p>
    <w:p>
      <w:r>
        <w:t>Two sets of hands.</w:t>
      </w:r>
    </w:p>
    <w:p>
      <w:r>
        <w:t>One face.</w:t>
      </w:r>
    </w:p>
    <w:p>
      <w:r>
        <w:t>Another just behind it.</w:t>
      </w:r>
    </w:p>
    <w:p>
      <w:r>
        <w:t>The vampires did not fully rise. They only watched the space they were about to cross as if deciding whether hunger justified effort.</w:t>
      </w:r>
    </w:p>
    <w:p>
      <w:r>
        <w:t>Leah whispered, “Front opening. Same way.”</w:t>
      </w:r>
    </w:p>
    <w:p>
      <w:r>
        <w:t>Phoenix nodded.</w:t>
      </w:r>
    </w:p>
    <w:p>
      <w:r>
        <w:t>They reached it faster than he liked and slower than the warehouse deserved.</w:t>
      </w:r>
    </w:p>
    <w:p>
      <w:r>
        <w:t>Leah went first, dropping low and sliding out through the rusted break with the rifle case passed after her. She took it one-handed, set it down outside, then turned back and reached for Phoenix.</w:t>
      </w:r>
    </w:p>
    <w:p>
      <w:r>
        <w:t>He got one knee through.</w:t>
      </w:r>
    </w:p>
    <w:p>
      <w:r>
        <w:t>Then the first vampire took his leg.</w:t>
      </w:r>
    </w:p>
    <w:p>
      <w:r>
        <w:t>It came from below the broken panel line with impossible speed, hands closing around his boot and calf hard enough to wrench the rest of him sideways. He hit the concrete edge with one shoulder and bit back a sound.</w:t>
      </w:r>
    </w:p>
    <w:p>
      <w:r>
        <w:t>Then the second one caught the other leg.</w:t>
      </w:r>
    </w:p>
    <w:p>
      <w:r>
        <w:t>Leah grabbed the rifle with one hand and his jacket with the other.</w:t>
      </w:r>
    </w:p>
    <w:p>
      <w:r>
        <w:t>“Phoenix—”</w:t>
      </w:r>
    </w:p>
    <w:p>
      <w:r>
        <w:t>He twisted and kicked.</w:t>
      </w:r>
    </w:p>
    <w:p>
      <w:r>
        <w:t>No good.</w:t>
      </w:r>
    </w:p>
    <w:p>
      <w:r>
        <w:t>The first vampire had already hauled itself halfway up from the dark beneath the front loading lip, mouth opening wetly, teeth catching moonlight. The second dragged lower, using dead weight more than strength, pulling him back inside inch by inch.</w:t>
      </w:r>
    </w:p>
    <w:p>
      <w:r>
        <w:t>Leah dropped the rifle and went to both hands on him.</w:t>
      </w:r>
    </w:p>
    <w:p>
      <w:r>
        <w:t>“Move!”</w:t>
      </w:r>
    </w:p>
    <w:p>
      <w:r>
        <w:t>“Working on it!”</w:t>
      </w:r>
    </w:p>
    <w:p>
      <w:r>
        <w:t>He drove an elbow down, caught bone or face or something close enough to matter, and the grip shifted for half a second before the second one pulled harder.</w:t>
      </w:r>
    </w:p>
    <w:p>
      <w:r>
        <w:t>The warehouse seemed to wake around them.</w:t>
      </w:r>
    </w:p>
    <w:p>
      <w:r>
        <w:t>Sound travelled.</w:t>
      </w:r>
    </w:p>
    <w:p>
      <w:r>
        <w:t>Chains moved.</w:t>
      </w:r>
    </w:p>
    <w:p>
      <w:r>
        <w:t>Something farther in began shrieking in response to movement, not understanding what was happening but wanting to be near it anyway.</w:t>
      </w:r>
    </w:p>
    <w:p>
      <w:r>
        <w:t>Leah braced one boot against the concrete edge and dragged with everything she had.</w:t>
      </w:r>
    </w:p>
    <w:p>
      <w:r>
        <w:t>It was not enough.</w:t>
      </w:r>
    </w:p>
    <w:p>
      <w:r>
        <w:t>Phoenix’s hands slipped once on the broken metal lip. The first vampire got high enough to bite at his trouser leg and miss only because he kicked its jaw sideways at the last second.</w:t>
      </w:r>
    </w:p>
    <w:p>
      <w:r>
        <w:t>“Leah—”</w:t>
      </w:r>
    </w:p>
    <w:p>
      <w:r>
        <w:t>Then came the sound.</w:t>
      </w:r>
    </w:p>
    <w:p>
      <w:r>
        <w:t>A slice through air too clean to belong to the warehouse.</w:t>
      </w:r>
    </w:p>
    <w:p>
      <w:r>
        <w:t>Not metal dropped.</w:t>
        <w:br/>
        <w:t>Not chain movement.</w:t>
        <w:br/>
        <w:t>Not a bullet.</w:t>
      </w:r>
    </w:p>
    <w:p>
      <w:r>
        <w:t>A sharper thing.</w:t>
      </w:r>
    </w:p>
    <w:p>
      <w:r>
        <w:t>A playing card hit the first vampire in the neck so hard it vanished halfway through before the rest of the body understood what had happened.</w:t>
      </w:r>
    </w:p>
    <w:p>
      <w:r>
        <w:t>The creature spasmed.</w:t>
      </w:r>
    </w:p>
    <w:p>
      <w:r>
        <w:t>A second card came almost on top of the first.</w:t>
      </w:r>
    </w:p>
    <w:p>
      <w:r>
        <w:t>Flash of dark edge.</w:t>
        <w:br/>
        <w:t>Hard line through moonlight.</w:t>
        <w:br/>
        <w:t>Then the second vampire’s throat opened in a wet choking burst and its grip failed all at once.</w:t>
      </w:r>
    </w:p>
    <w:p>
      <w:r>
        <w:t>Phoenix kicked free at the same moment Leah hauled backward.</w:t>
      </w:r>
    </w:p>
    <w:p>
      <w:r>
        <w:t>He came out of the opening hard enough to slam shoulder-first into the gravel outside. Leah nearly went with him.</w:t>
      </w:r>
    </w:p>
    <w:p>
      <w:r>
        <w:t>For one stunned second neither moved.</w:t>
      </w:r>
    </w:p>
    <w:p>
      <w:r>
        <w:t>Inside the break, both vampires were already dying.</w:t>
      </w:r>
    </w:p>
    <w:p>
      <w:r>
        <w:t>One hung half through the lower opening, jerking weakly, the card buried in its neck with only a sliver of the back edge showing.</w:t>
      </w:r>
    </w:p>
    <w:p>
      <w:r>
        <w:t>The other had collapsed sideways into shadow, black blood spreading under it.</w:t>
      </w:r>
    </w:p>
    <w:p>
      <w:r>
        <w:t>Leah was the first to breathe properly.</w:t>
      </w:r>
    </w:p>
    <w:p>
      <w:r>
        <w:t>Then she looked at the card.</w:t>
      </w:r>
    </w:p>
    <w:p>
      <w:r>
        <w:t>Not a Joker.</w:t>
      </w:r>
    </w:p>
    <w:p>
      <w:r>
        <w:t>She reached in, grabbed the exposed corner, and pulled it free with more force than grace. The thing came out slick and red, metal-weighted, its face catching moonlight in a dark glint.</w:t>
      </w:r>
    </w:p>
    <w:p>
      <w:r>
        <w:t>Seven of Spades.</w:t>
      </w:r>
    </w:p>
    <w:p>
      <w:r>
        <w:t>Phoenix pushed himself up on one elbow. “Tell me I hit them.”</w:t>
      </w:r>
    </w:p>
    <w:p>
      <w:r>
        <w:t>Leah stared at the card once, then at the dead things, then into the warehouse dark beyond them.</w:t>
      </w:r>
    </w:p>
    <w:p>
      <w:r>
        <w:t>“No.”</w:t>
      </w:r>
    </w:p>
    <w:p>
      <w:r>
        <w:t>They both looked.</w:t>
      </w:r>
    </w:p>
    <w:p>
      <w:r>
        <w:t>Nothing.</w:t>
      </w:r>
    </w:p>
    <w:p>
      <w:r>
        <w:t>Only rows of shelving and hanging chain and deeper dark where the sound had come from and then stopped. No footsteps. No second figure. No voice. Whoever had thrown the cards had already become absence again.</w:t>
      </w:r>
    </w:p>
    <w:p>
      <w:r>
        <w:t>Phoenix sat up properly and looked at the second body.</w:t>
      </w:r>
    </w:p>
    <w:p>
      <w:r>
        <w:t>There it was too.</w:t>
      </w:r>
    </w:p>
    <w:p>
      <w:r>
        <w:t>Another card in the throat.</w:t>
      </w:r>
    </w:p>
    <w:p>
      <w:r>
        <w:t>Matching.</w:t>
      </w:r>
    </w:p>
    <w:p>
      <w:r>
        <w:t>Seven of Spades.</w:t>
      </w:r>
    </w:p>
    <w:p>
      <w:r>
        <w:t>He gave a short breath through his nose that had no humour in it and too much recognition.</w:t>
      </w:r>
    </w:p>
    <w:p>
      <w:r>
        <w:t>Leah still had her weapon raised, scanning the shadows. “Felix?”</w:t>
      </w:r>
    </w:p>
    <w:p>
      <w:r>
        <w:t>No answer came.</w:t>
      </w:r>
    </w:p>
    <w:p>
      <w:r>
        <w:t>Not even enough movement to call a lie.</w:t>
      </w:r>
    </w:p>
    <w:p>
      <w:r>
        <w:t>Only the warehouse settling around fresh death, offended now by how abruptly things had changed near its entrance.</w:t>
      </w:r>
    </w:p>
    <w:p>
      <w:r>
        <w:t>Phoenix got to his feet, favouring the leg the first vampire had grabbed. “We go.”</w:t>
      </w:r>
    </w:p>
    <w:p>
      <w:r>
        <w:t>Leah did not argue.</w:t>
      </w:r>
    </w:p>
    <w:p>
      <w:r>
        <w:t>She snatched up the rifle case, wiped the blood from the card once against her coat without really cleaning it, and shoved it into a pocket. Phoenix took the spare kit and cast one last look into the dark interior as if that might persuade a man built out of bad timing and playing cards to show himself on request.</w:t>
      </w:r>
    </w:p>
    <w:p>
      <w:r>
        <w:t>Nothing.</w:t>
      </w:r>
    </w:p>
    <w:p>
      <w:r>
        <w:t>Of course.</w:t>
      </w:r>
    </w:p>
    <w:p>
      <w:r>
        <w:t>They got to the bike fast.</w:t>
      </w:r>
    </w:p>
    <w:p>
      <w:r>
        <w:t>Only once Phoenix had the engine turning under him again did Leah look back toward the warehouse and say quietly, “That was not an accident.”</w:t>
      </w:r>
    </w:p>
    <w:p>
      <w:r>
        <w:t>“No.”</w:t>
      </w:r>
    </w:p>
    <w:p>
      <w:r>
        <w:t>“You think he followed us?”</w:t>
      </w:r>
    </w:p>
    <w:p>
      <w:r>
        <w:t>Phoenix adjusted the rifle case at his side. “I think Felix does whatever makes the evening more complicated.”</w:t>
      </w:r>
    </w:p>
    <w:p>
      <w:r>
        <w:t>“That’s not reassuring.”</w:t>
      </w:r>
    </w:p>
    <w:p>
      <w:r>
        <w:t>“It wasn’t meant to be.”</w:t>
      </w:r>
    </w:p>
    <w:p>
      <w:r>
        <w:t>The bike pulled away over gravel and dead road and low night ground.</w:t>
      </w:r>
    </w:p>
    <w:p>
      <w:r>
        <w:t>Behind them, the warehouse sat back down into silence.</w:t>
      </w:r>
    </w:p>
    <w:p>
      <w:r>
        <w:t>Far off across the fields, almost too distant to trust, a howl rose and carried badly through the dark.</w:t>
      </w:r>
    </w:p>
    <w:p>
      <w:r>
        <w:t>Not vampire.</w:t>
      </w:r>
    </w:p>
    <w:p>
      <w:r>
        <w:t>Not dog.</w:t>
      </w:r>
    </w:p>
    <w:p>
      <w:r>
        <w:t>Something worse balanced between both.</w:t>
      </w:r>
    </w:p>
    <w:p>
      <w:r>
        <w:t>Leah heard it and turned her head once toward the fields.</w:t>
      </w:r>
    </w:p>
    <w:p>
      <w:r>
        <w:t>Phoenix did not need to.</w:t>
      </w:r>
    </w:p>
    <w:p>
      <w:r>
        <w:t>He had heard enough things on the island by now to know when night had started moving in their direction with purpose.</w:t>
      </w:r>
    </w:p>
    <w:p>
      <w:r>
        <w:br w:type="page"/>
      </w:r>
    </w:p>
    <w:p>
      <w:pPr>
        <w:pStyle w:val="Heading1"/>
      </w:pPr>
      <w:r>
        <w:t>Chapter Eleven: Jack of Clubs</w:t>
      </w:r>
    </w:p>
    <w:p/>
    <w:p>
      <w:r>
        <w:t>Night had deepened by the time Sares woke.</w:t>
      </w:r>
    </w:p>
    <w:p>
      <w:r>
        <w:t>Not fully from sleep at first. More the wrong sort of half-waking that came when the body heard something before the mind had caught up enough to name it. She lay still for a second in the dark room, blanket twisted at her legs, listening.</w:t>
      </w:r>
    </w:p>
    <w:p>
      <w:r>
        <w:t>The farmhouse held its usual night noises.</w:t>
      </w:r>
    </w:p>
    <w:p>
      <w:r>
        <w:t>Wind at the window.</w:t>
        <w:br/>
        <w:t>Old timber settling.</w:t>
        <w:br/>
        <w:t>Some faint complaint from the repaired boards downstairs.</w:t>
      </w:r>
    </w:p>
    <w:p>
      <w:r>
        <w:t>And underneath it—</w:t>
      </w:r>
    </w:p>
    <w:p>
      <w:r>
        <w:t>Something else.</w:t>
      </w:r>
    </w:p>
    <w:p>
      <w:r>
        <w:t>Not loud.</w:t>
      </w:r>
    </w:p>
    <w:p>
      <w:r>
        <w:t>Just wrong enough to keep her awake.</w:t>
      </w:r>
    </w:p>
    <w:p>
      <w:r>
        <w:t>Sares pushed herself upright and listened again. Nothing came a second time, which somehow made it worse. Houses were easier to trust when the noises repeated properly. The one-off sounds were the ones that made the dark feel occupied.</w:t>
      </w:r>
    </w:p>
    <w:p>
      <w:r>
        <w:t>She reached for the necklace that should have been there at her throat and touched only skin.</w:t>
      </w:r>
    </w:p>
    <w:p>
      <w:r>
        <w:t>That still stung. More than she wanted it to.</w:t>
      </w:r>
    </w:p>
    <w:p>
      <w:r>
        <w:t>The room was cold enough now that she pulled on the nearest jacket over her pyjamas, shoved her feet into boots without fully lacing them, then crossed to where the new crossbow rested against the wall beside the tin of bolts.</w:t>
      </w:r>
    </w:p>
    <w:p>
      <w:r>
        <w:t>Not many left.</w:t>
      </w:r>
    </w:p>
    <w:p>
      <w:r>
        <w:t>She counted by touch.</w:t>
      </w:r>
    </w:p>
    <w:p>
      <w:r>
        <w:t>Two.</w:t>
      </w:r>
    </w:p>
    <w:p>
      <w:r>
        <w:t>“Great,” she muttered under her breath.</w:t>
      </w:r>
    </w:p>
    <w:p>
      <w:r>
        <w:t>The weapon still felt half-new in her hands. Not strange anymore, but not ordinary either. Damian’s gift had changed the way her fingers settled around a grip, changed the way she looked at distances, changed what the dark around the farmhouse felt like it might ask of her.</w:t>
      </w:r>
    </w:p>
    <w:p>
      <w:r>
        <w:t>She lifted the crossbow carefully and moved to the door.</w:t>
      </w:r>
    </w:p>
    <w:p>
      <w:r>
        <w:t>Her first thought was Jesse.</w:t>
      </w:r>
    </w:p>
    <w:p>
      <w:r>
        <w:t>Not Damian. Not Phoenix. Jesse.</w:t>
      </w:r>
    </w:p>
    <w:p>
      <w:r>
        <w:t>She crossed the landing and eased the older woman’s door open just enough to see in. The room was dim, the curtains drawn against what little moonlight there was, Jesse turned into the pillow with the exhausted heaviness of someone who had been sleeping badly for so long her body had finally taken what it could get.</w:t>
      </w:r>
    </w:p>
    <w:p>
      <w:r>
        <w:t>Sares almost woke her anyway.</w:t>
      </w:r>
    </w:p>
    <w:p>
      <w:r>
        <w:t>Then didn’t.</w:t>
      </w:r>
    </w:p>
    <w:p>
      <w:r>
        <w:t>She could already hear Damian in her head if she did. Don’t drag sleeping people into shadows unless the shadow has earned it.</w:t>
      </w:r>
    </w:p>
    <w:p>
      <w:r>
        <w:t>Maybe she had imagined the noise. Maybe Buster had heard a fox. Maybe the island was just doing what it did best and letting nerves finish work the dark had only started.</w:t>
      </w:r>
    </w:p>
    <w:p>
      <w:r>
        <w:t>Buster lifted his head from the hall floor the second she stepped back out.</w:t>
      </w:r>
    </w:p>
    <w:p>
      <w:r>
        <w:t>His eyes found the crossbow first, then her face.</w:t>
      </w:r>
    </w:p>
    <w:p>
      <w:r>
        <w:t>“You heard it too, didn’t you?” she whispered.</w:t>
      </w:r>
    </w:p>
    <w:p>
      <w:r>
        <w:t>He stood at once.</w:t>
      </w:r>
    </w:p>
    <w:p>
      <w:r>
        <w:t>That was answer enough.</w:t>
      </w:r>
    </w:p>
    <w:p>
      <w:r>
        <w:t>Sares looked once more toward Jesse’s door, then down the stairs.</w:t>
      </w:r>
    </w:p>
    <w:p>
      <w:r>
        <w:t>“Alright,” she whispered. “Quiet.”</w:t>
      </w:r>
    </w:p>
    <w:p>
      <w:r>
        <w:t>Buster followed her down.</w:t>
      </w:r>
    </w:p>
    <w:p>
      <w:r>
        <w:t>The farmhouse felt different at night when too many of the right people were missing from it. Phoenix and Leah were still out. That much she knew. The bikes hadn’t come back. Damian’s gear case was gone from the usual place, and even that absence had begun needling at her earlier.</w:t>
      </w:r>
    </w:p>
    <w:p>
      <w:r>
        <w:t>At the back of the house, she stopped with one hand on the latch and looked through the black glass first.</w:t>
      </w:r>
    </w:p>
    <w:p>
      <w:r>
        <w:t>Nothing in the yard.</w:t>
      </w:r>
    </w:p>
    <w:p>
      <w:r>
        <w:t>The outbuilding stood dark. So did the training patch. The grass moved under the wind in low silver-black waves that made the land look less empty than it was.</w:t>
      </w:r>
    </w:p>
    <w:p>
      <w:r>
        <w:t>She opened the door.</w:t>
      </w:r>
    </w:p>
    <w:p>
      <w:r>
        <w:t>Cold air touched her face at once.</w:t>
      </w:r>
    </w:p>
    <w:p>
      <w:r>
        <w:t>Buster came through low and alert, no hesitation in him now.</w:t>
      </w:r>
    </w:p>
    <w:p>
      <w:r>
        <w:t>Sares glanced toward the tents first. Damian’s was still there, fastened shut, unmoving in the dark. Phoenix’s side of the outside setup looked wrong by simple absence alone. No lamp. No movement. No shape where there should have been one if the night were behaving itself.</w:t>
      </w:r>
    </w:p>
    <w:p>
      <w:r>
        <w:t>She crossed the yard a little closer and whispered toward Damian’s tent.</w:t>
      </w:r>
    </w:p>
    <w:p>
      <w:r>
        <w:t>“Damian?”</w:t>
      </w:r>
    </w:p>
    <w:p>
      <w:r>
        <w:t>Nothing.</w:t>
      </w:r>
    </w:p>
    <w:p>
      <w:r>
        <w:t>No shift.</w:t>
        <w:br/>
        <w:t>No irritated voice.</w:t>
        <w:br/>
        <w:t>No sign of him at all.</w:t>
      </w:r>
    </w:p>
    <w:p>
      <w:r>
        <w:t>Buster gave a low sound in his throat.</w:t>
      </w:r>
    </w:p>
    <w:p>
      <w:r>
        <w:t>Sares looked toward the graveyard.</w:t>
      </w:r>
    </w:p>
    <w:p>
      <w:r>
        <w:t>That was where the unease seemed to pull.</w:t>
      </w:r>
    </w:p>
    <w:p>
      <w:r>
        <w:t>Not clearly. Not like a voice. Just a direction the dark had started meaning more than the rest.</w:t>
      </w:r>
    </w:p>
    <w:p>
      <w:r>
        <w:t>“Come on,” she said quietly.</w:t>
      </w:r>
    </w:p>
    <w:p>
      <w:r>
        <w:t>She headed past the outbuilding and down the slower path toward the graves.</w:t>
      </w:r>
    </w:p>
    <w:p>
      <w:r>
        <w:t>The island felt watchful in that part of the grounds. The graveyard always did, but tonight the feeling had sharpened until it no longer seemed to belong only to memory. The stones sat in uneven rows beneath the thin moonlight, some older, some newer, all of them holding names the farmhouse still had to live beside.</w:t>
      </w:r>
    </w:p>
    <w:p>
      <w:r>
        <w:t>Buster slowed before the boundary stones.</w:t>
      </w:r>
    </w:p>
    <w:p>
      <w:r>
        <w:t>His ears lifted hard.</w:t>
      </w:r>
    </w:p>
    <w:p>
      <w:r>
        <w:t>Then he stopped.</w:t>
      </w:r>
    </w:p>
    <w:p>
      <w:r>
        <w:t>Sares took another step. He did not.</w:t>
      </w:r>
    </w:p>
    <w:p>
      <w:r>
        <w:t>She looked down at him. “What?”</w:t>
      </w:r>
    </w:p>
    <w:p>
      <w:r>
        <w:t>He gave a low warning sound, not loud enough to count as a bark, but insistent enough to make the hair rise on her arms.</w:t>
      </w:r>
    </w:p>
    <w:p>
      <w:r>
        <w:t>Sares followed his line of sight.</w:t>
      </w:r>
    </w:p>
    <w:p>
      <w:r>
        <w:t>Nothing.</w:t>
      </w:r>
    </w:p>
    <w:p>
      <w:r>
        <w:t>Only the graves, the grass, the night, and the small broken places of moonlight between them.</w:t>
      </w:r>
    </w:p>
    <w:p>
      <w:r>
        <w:t>“Buster.”</w:t>
      </w:r>
    </w:p>
    <w:p>
      <w:r>
        <w:t>He did not move.</w:t>
      </w:r>
    </w:p>
    <w:p>
      <w:r>
        <w:t>The warning came again.</w:t>
      </w:r>
    </w:p>
    <w:p>
      <w:r>
        <w:t>For a second she hesitated.</w:t>
      </w:r>
    </w:p>
    <w:p>
      <w:r>
        <w:t>Then, because she had already come this far and because the worst decisions often began with refusing to look where the fear was pointing, she kept going.</w:t>
      </w:r>
    </w:p>
    <w:p>
      <w:r>
        <w:t>“Stay close,” she whispered.</w:t>
      </w:r>
    </w:p>
    <w:p>
      <w:r>
        <w:t>Buster did not like that answer.</w:t>
      </w:r>
    </w:p>
    <w:p>
      <w:r>
        <w:t>But he came.</w:t>
      </w:r>
    </w:p>
    <w:p>
      <w:r>
        <w:t>Inside the graveyard, the world seemed to thin by a fraction. The wind felt colder there. The air held itself differently. Sares passed the older stones first — Milly and Sarge side by side under the same hard strip of moonlight — then the newer line, where Blackthorne had left its own names behind.</w:t>
      </w:r>
    </w:p>
    <w:p>
      <w:r>
        <w:t>Carlton.</w:t>
        <w:br/>
        <w:t>Maverick.</w:t>
        <w:br/>
        <w:t>Pete.</w:t>
        <w:br/>
        <w:t>The Wolf.</w:t>
      </w:r>
    </w:p>
    <w:p>
      <w:r>
        <w:t>The ground near the far end looked wrong.</w:t>
      </w:r>
    </w:p>
    <w:p>
      <w:r>
        <w:t>She stopped.</w:t>
      </w:r>
    </w:p>
    <w:p>
      <w:r>
        <w:t>Not dramatically. Just enough for her mind to catch up with what her eyes had already noticed.</w:t>
      </w:r>
    </w:p>
    <w:p>
      <w:r>
        <w:t>There, near the Wolf’s grave.</w:t>
      </w:r>
    </w:p>
    <w:p>
      <w:r>
        <w:t>The patch Jesse had disturbed weeks ago should have settled by now. Grass should have come back cleaner than this. But the ground had a bad look to it. Not freshly dug. Worse. Sunk slightly. Wrong colour. The grass over it looked thinner than the rest and dead in uneven places, as if something beneath the soil had gone sour and was breathing through the roots.</w:t>
      </w:r>
    </w:p>
    <w:p>
      <w:r>
        <w:t>Sares stepped closer.</w:t>
      </w:r>
    </w:p>
    <w:p>
      <w:r>
        <w:t>The smell reached her before the thought did.</w:t>
      </w:r>
    </w:p>
    <w:p>
      <w:r>
        <w:t>Rot.</w:t>
      </w:r>
    </w:p>
    <w:p>
      <w:r>
        <w:t>Not full rot. Not grave rot. Something sharper and stranger than that. Damp earth, yes, but threaded with another note underneath it—metallic, sweet, and wrong enough that she frowned without understanding why.</w:t>
      </w:r>
    </w:p>
    <w:p>
      <w:r>
        <w:t>Buster heard something at the same time.</w:t>
      </w:r>
    </w:p>
    <w:p>
      <w:r>
        <w:t>His whole body locked.</w:t>
      </w:r>
    </w:p>
    <w:p>
      <w:r>
        <w:t>Then the growl came.</w:t>
      </w:r>
    </w:p>
    <w:p>
      <w:r>
        <w:t>Not from the patch.</w:t>
      </w:r>
    </w:p>
    <w:p>
      <w:r>
        <w:t>From beyond the stones.</w:t>
      </w:r>
    </w:p>
    <w:p>
      <w:r>
        <w:t>Low. Wet. Too deep to belong to anything that should have been running loose near the farmhouse.</w:t>
      </w:r>
    </w:p>
    <w:p>
      <w:r>
        <w:t>Sares turned.</w:t>
      </w:r>
    </w:p>
    <w:p>
      <w:r>
        <w:t>The darkness between the outer graves had started moving.</w:t>
      </w:r>
    </w:p>
    <w:p>
      <w:r>
        <w:t>One set of red eyes first.</w:t>
      </w:r>
    </w:p>
    <w:p>
      <w:r>
        <w:t>Then another.</w:t>
      </w:r>
    </w:p>
    <w:p>
      <w:r>
        <w:t>Then a third, lower to the ground and wider apart, advancing without hurry through the grass.</w:t>
      </w:r>
    </w:p>
    <w:p>
      <w:r>
        <w:t>The shapes behind them did not resolve all at once. They arrived in pieces. Fur too dark to hold moonlight properly. Shoulders too broad. Teeth too white. The sound of breath dragged through mouths built for tearing rather than warning.</w:t>
      </w:r>
    </w:p>
    <w:p>
      <w:r>
        <w:t>NightFangs.</w:t>
      </w:r>
    </w:p>
    <w:p>
      <w:r>
        <w:t>Sares did not know the name yet.</w:t>
      </w:r>
    </w:p>
    <w:p>
      <w:r>
        <w:t>Her body understood enough without it.</w:t>
      </w:r>
    </w:p>
    <w:p>
      <w:r>
        <w:t>Buster gave a sharp frightened bark and backed away.</w:t>
      </w:r>
    </w:p>
    <w:p>
      <w:r>
        <w:t>The nearest creature kept coming.</w:t>
      </w:r>
    </w:p>
    <w:p>
      <w:r>
        <w:t>Sares snatched a bolt from the tin pouch at her belt with fingers that suddenly felt too big for the job and shoved it onto the crossbow rail. The NightFangs spread slightly as they moved, not clumsy, not starving-straggler stupid. Hunting.</w:t>
      </w:r>
    </w:p>
    <w:p>
      <w:r>
        <w:t>She raised the weapon.</w:t>
      </w:r>
    </w:p>
    <w:p>
      <w:r>
        <w:t>Drew.</w:t>
      </w:r>
    </w:p>
    <w:p>
      <w:r>
        <w:t>The nearest red eyes surged.</w:t>
      </w:r>
    </w:p>
    <w:p>
      <w:r>
        <w:t>Sares pulled the trigger.</w:t>
      </w:r>
    </w:p>
    <w:p>
      <w:r>
        <w:t>The crossbow gave a brutal half-fired crack.</w:t>
      </w:r>
    </w:p>
    <w:p>
      <w:r>
        <w:t>The string lurched forward wrong, the bolt kicked sideways instead of launching cleanly, clipped the front assembly with a splintering snap, and spun uselessly off into the graveyard grass only a few feet in front of her.</w:t>
      </w:r>
    </w:p>
    <w:p>
      <w:r>
        <w:t>The weapon jammed in her hands.</w:t>
      </w:r>
    </w:p>
    <w:p>
      <w:r>
        <w:t>For one stunned second she could not understand what had happened.</w:t>
      </w:r>
    </w:p>
    <w:p>
      <w:r>
        <w:t>Then panic hit properly.</w:t>
      </w:r>
    </w:p>
    <w:p>
      <w:r>
        <w:t>“No—”</w:t>
      </w:r>
    </w:p>
    <w:p>
      <w:r>
        <w:t>The first NightFang lunged.</w:t>
      </w:r>
    </w:p>
    <w:p>
      <w:r>
        <w:t>Sares stumbled backward hard enough to slam shoulder-first into one of the lower stone surrounds and nearly drop the crossbow. Buster barked again, higher and wilder now, then did the one thing dogs sometimes did when instinct outran courage.</w:t>
      </w:r>
    </w:p>
    <w:p>
      <w:r>
        <w:t>He ran.</w:t>
      </w:r>
    </w:p>
    <w:p>
      <w:r>
        <w:t>Not away from her.</w:t>
      </w:r>
    </w:p>
    <w:p>
      <w:r>
        <w:t>Away from the graveyard.</w:t>
      </w:r>
    </w:p>
    <w:p>
      <w:r>
        <w:t>Sares did not have time to think about that.</w:t>
      </w:r>
    </w:p>
    <w:p>
      <w:r>
        <w:t>The three creatures came on fast. One peeled toward the disturbed patch near the Wolf’s grave, nose low, drawing in the smell rising from the wrong earth there. The other two drove straight for her.</w:t>
      </w:r>
    </w:p>
    <w:p>
      <w:r>
        <w:t>She wrenched at the crossbow, trying to clear the jam.</w:t>
      </w:r>
    </w:p>
    <w:p>
      <w:r>
        <w:t>No use.</w:t>
      </w:r>
    </w:p>
    <w:p>
      <w:r>
        <w:t>The string had thrown itself crooked. The channel was snarled. The whole weapon had turned traitor in the second she needed it most.</w:t>
      </w:r>
    </w:p>
    <w:p>
      <w:r>
        <w:t>She ran.</w:t>
      </w:r>
    </w:p>
    <w:p>
      <w:r>
        <w:t>Only far enough to drop behind the low stone boundary wall and the broken base of an older monument half hidden at the graveyard edge. Bad cover. Thin cover. But enough to get something between her and the first rush of teeth.</w:t>
      </w:r>
    </w:p>
    <w:p>
      <w:r>
        <w:t>The NightFangs hit the stones instead.</w:t>
      </w:r>
    </w:p>
    <w:p>
      <w:r>
        <w:t>One slammed into the wall with enough force to scatter loose chips into her face. The second came in lower, claws hooking over the edge as it tried to drag the barrier apart by rage alone. Their sounds up close were worse than the approach. No simple growls. Wet choking breath. Snarls that seemed to tear upward from too deep in the chest. Teeth grinding against stone when they lunged and missed.</w:t>
      </w:r>
    </w:p>
    <w:p>
      <w:r>
        <w:t>Sares pressed herself lower behind the broken monument, breath gone thin and fast.</w:t>
      </w:r>
    </w:p>
    <w:p>
      <w:r>
        <w:t>The third NightFang had reached the disturbed patch.</w:t>
      </w:r>
    </w:p>
    <w:p>
      <w:r>
        <w:t>It stopped there.</w:t>
      </w:r>
    </w:p>
    <w:p>
      <w:r>
        <w:t>Lifted its head once.</w:t>
      </w:r>
    </w:p>
    <w:p>
      <w:r>
        <w:t>Then lowered it again and sniffed longer.</w:t>
      </w:r>
    </w:p>
    <w:p>
      <w:r>
        <w:t>Blood.</w:t>
      </w:r>
    </w:p>
    <w:p>
      <w:r>
        <w:t>Something in the buried blueprint site was still carrying it.</w:t>
      </w:r>
    </w:p>
    <w:p>
      <w:r>
        <w:t>The creature pawed once at the wrong patch of ground and let out a lower sound than the others had, less rage than recognition.</w:t>
      </w:r>
    </w:p>
    <w:p>
      <w:r>
        <w:t>Sares smelled it more strongly then too—that metallic sweetness rising through the rot, the earth above the buried blueprint gone bad around whatever Jesse’s blood had done to it weeks ago.</w:t>
      </w:r>
    </w:p>
    <w:p>
      <w:r>
        <w:t>The other two kept trying to get at her.</w:t>
      </w:r>
    </w:p>
    <w:p>
      <w:r>
        <w:t>Stone shifted under their weight. One clawed at the side of the monument. The other came at the crossbow itself the second it showed too near the edge, seizing the front limb in its teeth and wrenching so hard Sares almost lost the weapon entirely.</w:t>
      </w:r>
    </w:p>
    <w:p>
      <w:r>
        <w:t>Somewhere far off, Buster was barking.</w:t>
      </w:r>
    </w:p>
    <w:p>
      <w:r>
        <w:t>Then farther.</w:t>
      </w:r>
    </w:p>
    <w:p>
      <w:r>
        <w:t>Then nearer again.</w:t>
      </w:r>
    </w:p>
    <w:p>
      <w:r>
        <w:t>Buster tore across the yard like the world had finally given him a job worth being fast for.</w:t>
      </w:r>
    </w:p>
    <w:p>
      <w:r>
        <w:t>He hit Damian’s tent first, barking hard enough to shake the canvas. No answer came. He circled once, pawed and shoved at the fastened flap, found no way through, barked again, louder, more frantic, then bolted for the house.</w:t>
      </w:r>
    </w:p>
    <w:p>
      <w:r>
        <w:t>At the back door he launched himself up against the wood, claws scraping, barking with full voice now.</w:t>
      </w:r>
    </w:p>
    <w:p>
      <w:r>
        <w:t>Inside, the farmhouse did what sleeping houses always did. Held its silence one second too long.</w:t>
      </w:r>
    </w:p>
    <w:p>
      <w:r>
        <w:t>Buster hit the door again.</w:t>
      </w:r>
    </w:p>
    <w:p>
      <w:r>
        <w:t>No movement yet.</w:t>
      </w:r>
    </w:p>
    <w:p>
      <w:r>
        <w:t>No footsteps.</w:t>
      </w:r>
    </w:p>
    <w:p>
      <w:r>
        <w:t>The night was moving faster than the people inside it.</w:t>
      </w:r>
    </w:p>
    <w:p>
      <w:r>
        <w:t>He spun and ran.</w:t>
      </w:r>
    </w:p>
    <w:p>
      <w:r>
        <w:t>Not toward the house this time.</w:t>
      </w:r>
    </w:p>
    <w:p>
      <w:r>
        <w:t>Toward the lower edge of the grounds and the graveyard line where Sares had gone, but not by the same approach. By the training path. By memory. By the angle Damian had made him run often enough that it no longer felt like instruction and had become route instead.</w:t>
      </w:r>
    </w:p>
    <w:p>
      <w:r>
        <w:t>Back at the graves, Sares clung to the crossbow with both hands while one NightFang growled around the front of it and tugged. The other kept battering the stone beside her head with enough force to make old cracks widen in the dark.</w:t>
      </w:r>
    </w:p>
    <w:p>
      <w:r>
        <w:t>Then—</w:t>
      </w:r>
    </w:p>
    <w:p>
      <w:r>
        <w:t>A card cut through the air.</w:t>
      </w:r>
    </w:p>
    <w:p>
      <w:r>
        <w:t>It hit the monument beside her face with a hard metallic bite, close enough to spray stone dust into her cheek.</w:t>
      </w:r>
    </w:p>
    <w:p>
      <w:r>
        <w:t>Sares flinched and turned at once.</w:t>
      </w:r>
    </w:p>
    <w:p>
      <w:r>
        <w:t>Nothing.</w:t>
      </w:r>
    </w:p>
    <w:p>
      <w:r>
        <w:t>No figure.</w:t>
        <w:br/>
        <w:t>No voice.</w:t>
        <w:br/>
        <w:t>Only darkness beyond the graves.</w:t>
      </w:r>
    </w:p>
    <w:p>
      <w:r>
        <w:t>The second card came from somewhere else.</w:t>
      </w:r>
    </w:p>
    <w:p>
      <w:r>
        <w:t>This one struck one of the NightFangs in the hind leg just above the joint. Not deep enough to cripple it. Sharp enough to change everything.</w:t>
      </w:r>
    </w:p>
    <w:p>
      <w:r>
        <w:t>The creature snapped around with a furious choking snarl and released the crossbow.</w:t>
      </w:r>
    </w:p>
    <w:p>
      <w:r>
        <w:t>Sares saw the black-edged shape quivering in the muscle for one impossible second before the beast tore itself free of it.</w:t>
      </w:r>
    </w:p>
    <w:p>
      <w:r>
        <w:t>Then came the whistle.</w:t>
      </w:r>
    </w:p>
    <w:p>
      <w:r>
        <w:t>Not loud.</w:t>
      </w:r>
    </w:p>
    <w:p>
      <w:r>
        <w:t>Not near.</w:t>
      </w:r>
    </w:p>
    <w:p>
      <w:r>
        <w:t>A single sharp note from somewhere beyond the graveyard and the lower fields.</w:t>
      </w:r>
    </w:p>
    <w:p>
      <w:r>
        <w:t>Every NightFang heard it.</w:t>
      </w:r>
    </w:p>
    <w:p>
      <w:r>
        <w:t>All three froze.</w:t>
      </w:r>
    </w:p>
    <w:p>
      <w:r>
        <w:t>The one at the disturbed patch lifted its head from the smell of blood and turned first. The two nearest Sares abandoned the monument almost in the same movement, all teeth and motion and decision suddenly redirected toward the sound.</w:t>
      </w:r>
    </w:p>
    <w:p>
      <w:r>
        <w:t>They ran.</w:t>
      </w:r>
    </w:p>
    <w:p>
      <w:r>
        <w:t>Not back the way they had come.</w:t>
      </w:r>
    </w:p>
    <w:p>
      <w:r>
        <w:t>Toward the lower grounds, fast enough that the grass scarcely had time to flatten behind them.</w:t>
      </w:r>
    </w:p>
    <w:p>
      <w:r>
        <w:t>By then Buster had reached the trap.</w:t>
      </w:r>
    </w:p>
    <w:p>
      <w:r>
        <w:t>The shallow disguised ditch Damian and Sares had built near the graveyard edge was almost invisible at speed, which had been the whole point. Buster cut across it cleanly because he knew where it was. The NightFang behind him did not.</w:t>
      </w:r>
    </w:p>
    <w:p>
      <w:r>
        <w:t>It hit the cover hard.</w:t>
      </w:r>
    </w:p>
    <w:p>
      <w:r>
        <w:t>The branches snapped.</w:t>
      </w:r>
    </w:p>
    <w:p>
      <w:r>
        <w:t>The sod broke.</w:t>
      </w:r>
    </w:p>
    <w:p>
      <w:r>
        <w:t>The beast dropped chest-first into the shallow ditch with a shocked yelp that sounded almost human in its outrage. Dirt flew. One foreleg scrabbled wildly. The fall was not deep enough to hold it, only enough to interrupt it.</w:t>
      </w:r>
    </w:p>
    <w:p>
      <w:r>
        <w:t>That was all the trap had ever been built to do.</w:t>
      </w:r>
    </w:p>
    <w:p>
      <w:r>
        <w:t>Break momentum.</w:t>
        <w:br/>
        <w:t>Steal rhythm.</w:t>
        <w:br/>
        <w:t>Create one useful second.</w:t>
      </w:r>
    </w:p>
    <w:p>
      <w:r>
        <w:t>Buster did not waste the second.</w:t>
      </w:r>
    </w:p>
    <w:p>
      <w:r>
        <w:t>He wheeled, barked once in the beast’s face from safe distance as if formalizing the insult, then sprinted back toward the graves while the NightFang thrashed out of the ditch behind him.</w:t>
      </w:r>
    </w:p>
    <w:p>
      <w:r>
        <w:t>By the time it cleared the trap, the whistle had come again.</w:t>
      </w:r>
    </w:p>
    <w:p>
      <w:r>
        <w:t>Short.</w:t>
        <w:br/>
        <w:t>Commanding.</w:t>
        <w:br/>
        <w:t>Distant.</w:t>
      </w:r>
    </w:p>
    <w:p>
      <w:r>
        <w:t>The trapped creature abandoned Buster at once and tore after the other two toward the sound.</w:t>
      </w:r>
    </w:p>
    <w:p>
      <w:r>
        <w:t>Then there was only the graveyard.</w:t>
      </w:r>
    </w:p>
    <w:p>
      <w:r>
        <w:t>Sares stayed where she was for a second longer, unable to trust the quiet.</w:t>
      </w:r>
    </w:p>
    <w:p>
      <w:r>
        <w:t>Buster came to her low and fast and pushed against her side hard enough to make her laugh once in pure shock before the sound broke into something closer to a gasp.</w:t>
      </w:r>
    </w:p>
    <w:p>
      <w:r>
        <w:t>“You idiot,” she whispered, both hands finding his fur. “You absolute idiot.”</w:t>
      </w:r>
    </w:p>
    <w:p>
      <w:r>
        <w:t>He licked at her wrist once, panting hard, eyes still too wide.</w:t>
      </w:r>
    </w:p>
    <w:p>
      <w:r>
        <w:t>The graveyard smelled of churned dirt, bad rot, and the sharper copper stink of the disturbed patch near the Wolf’s grave.</w:t>
      </w:r>
    </w:p>
    <w:p>
      <w:r>
        <w:t>Sares made herself move.</w:t>
      </w:r>
    </w:p>
    <w:p>
      <w:r>
        <w:t>The crossbow lay twisted near the broken monument, one limb marked by teeth, the string still wrong. She picked it up first, then found the card half embedded in the cover where the first throw had struck.</w:t>
      </w:r>
    </w:p>
    <w:p>
      <w:r>
        <w:t>Moonlight caught the face as she turned it.</w:t>
      </w:r>
    </w:p>
    <w:p>
      <w:r>
        <w:t>Jack of Clubs.</w:t>
      </w:r>
    </w:p>
    <w:p>
      <w:r>
        <w:t>For a second her breath caught on something deeper than shock. Not understanding. Recognition. Thin, ugly, and unfinished. She had seen cards like this before — not in daylight, not in safety, but in violence, in motion, in the middle of a fight where everything had happened too quickly to sort properly at the time. Metal-edged. Thrown hard. Dangerous in the wrong hands.</w:t>
      </w:r>
    </w:p>
    <w:p>
      <w:r>
        <w:t>The memory did not fully arrive. Not yet. Only the feeling of it pressing at the edge of her mind while the graveyard still smelled of rot and blood and whatever had just been hunting her.</w:t>
      </w:r>
    </w:p>
    <w:p>
      <w:r>
        <w:t>“Who the hell—”</w:t>
      </w:r>
    </w:p>
    <w:p>
      <w:r>
        <w:t>“Good question.”</w:t>
      </w:r>
    </w:p>
    <w:p>
      <w:r>
        <w:t>Sares spun.</w:t>
      </w:r>
    </w:p>
    <w:p>
      <w:r>
        <w:t>Phoenix and Leah were coming through the lower line from the field side, both breathing harder than they wanted to show, the long rifle case slung with Phoenix and new kit still hanging off Leah’s shoulder. They must have heard the barking. The whistle. The sounds carrying across the grounds badly enough to know something had gone wrong here even if the night had tried to hide the details.</w:t>
      </w:r>
    </w:p>
    <w:p>
      <w:r>
        <w:t>Leah took one look at the broken ground, the disturbed graves, Sares in pyjamas with a damaged crossbow, and Buster panting at her leg.</w:t>
      </w:r>
    </w:p>
    <w:p>
      <w:r>
        <w:t>“What happened here?”</w:t>
      </w:r>
    </w:p>
    <w:p>
      <w:r>
        <w:t>Phoenix’s gaze dropped to the card in Sares’s hand, then to the rotted patch near the Wolf’s grave, then to the direction the NightFangs had run.</w:t>
      </w:r>
    </w:p>
    <w:p>
      <w:r>
        <w:t>Behind them, farther off, another howl rose across the island.</w:t>
      </w:r>
    </w:p>
    <w:p>
      <w:r>
        <w:t>This time all three of them heard how close it really was.</w:t>
      </w:r>
    </w:p>
    <w:p>
      <w:r>
        <w:t>Sares was still out of breath when she answered.</w:t>
      </w:r>
    </w:p>
    <w:p>
      <w:r>
        <w:t>“I think,” she said, voice shaking harder than she wanted, “the night found us first.”</w:t>
      </w:r>
    </w:p>
    <w:p>
      <w:r>
        <w:br w:type="page"/>
      </w:r>
    </w:p>
    <w:p>
      <w:pPr>
        <w:pStyle w:val="Heading1"/>
      </w:pPr>
      <w:r>
        <w:t>Chapter Twelve: Reading the Hand</w:t>
      </w:r>
    </w:p>
    <w:p>
      <w:pPr/>
      <w:r>
        <w:t>Morning came thin and colourless over the farmhouse.</w:t>
      </w:r>
    </w:p>
    <w:p>
      <w:pPr/>
      <w:r>
        <w:t>Not quite daylight at first. Just the slow draining away of night, enough for the windows to begin returning the shape of the yard without giving anything outside the decency of warmth. The house had not really slept. Not properly. It had only changed shifts.</w:t>
      </w:r>
    </w:p>
    <w:p>
      <w:pPr/>
      <w:r>
        <w:t>By the time Jesse came through into the living area, the others were already there.</w:t>
      </w:r>
    </w:p>
    <w:p>
      <w:pPr/>
      <w:r>
        <w:t>Phoenix stood near the back window with a mug he had forgotten to drink from. Leah sat at the far end of the sofa, coat still on, as if she had only sat down because standing any longer would have looked stubborn. Damian leaned against the side of the old armchair nearest the hearth, one hand resting on the back of it, the new crossbow laid across his forearm. Sares sat beneath a blanket with Buster pressed close at her legs, one hand buried absently in his fur as though she did not yet fully trust herself to let go of something living.</w:t>
      </w:r>
    </w:p>
    <w:p>
      <w:pPr/>
      <w:r>
        <w:t>The room carried all the signs of a bad night not properly ended.</w:t>
      </w:r>
    </w:p>
    <w:p>
      <w:pPr/>
      <w:r>
        <w:t>Boot prints dried faintly near the back door.</w:t>
        <w:br/>
        <w:t>Mud at the threshold.</w:t>
        <w:br/>
        <w:t>A faint metallic smell from the damaged crossbow.</w:t>
        <w:br/>
        <w:t>The kettle used too early and too often.</w:t>
      </w:r>
    </w:p>
    <w:p>
      <w:pPr/>
      <w:r>
        <w:t>No one said much at first.</w:t>
      </w:r>
    </w:p>
    <w:p>
      <w:pPr/>
      <w:r>
        <w:t>There were some silences that belonged to rest and some that belonged to waiting for the first person brave enough to put the wrong thing into words. This one was the second kind.</w:t>
      </w:r>
    </w:p>
    <w:p>
      <w:pPr/>
      <w:r>
        <w:t>It was Damian who broke it.</w:t>
      </w:r>
    </w:p>
    <w:p>
      <w:pPr/>
      <w:r>
        <w:t>He looked at Sares for a long moment first, not softening exactly, but checking the details in the only way he ever seemed to permit himself. Her face too pale. Her hair still rough from sleep. A scrape near her wrist. The set of her jaw. The kind of stillness people carried only after fear had finished with them and left behind the shaking.</w:t>
      </w:r>
    </w:p>
    <w:p>
      <w:pPr/>
      <w:r>
        <w:t>Then he said, quietly:</w:t>
      </w:r>
    </w:p>
    <w:p>
      <w:pPr/>
      <w:r>
        <w:t>“Are you alright?”</w:t>
      </w:r>
    </w:p>
    <w:p>
      <w:pPr/>
      <w:r>
        <w:t>That should have been an easy question.</w:t>
      </w:r>
    </w:p>
    <w:p>
      <w:pPr/>
      <w:r>
        <w:t>It wasn’t.</w:t>
      </w:r>
    </w:p>
    <w:p>
      <w:pPr/>
      <w:r>
        <w:t>Sares opened her mouth and found nothing there at first. The blanket tightened in her fist instead. Buster lifted his head and looked at her, then at Damian, then settled his chin back against her knee as if he had already decided humans were going to make a mess of the morning and he might as well stay where the least foolish one was.</w:t>
      </w:r>
    </w:p>
    <w:p>
      <w:pPr/>
      <w:r>
        <w:t>“I—” Sares began.</w:t>
      </w:r>
    </w:p>
    <w:p>
      <w:pPr/>
      <w:r>
        <w:t>The word broke.</w:t>
      </w:r>
    </w:p>
    <w:p>
      <w:pPr/>
      <w:r>
        <w:t>She swallowed once, shook her head hard as if annoyed by her own throat for not working properly, and tried again.</w:t>
      </w:r>
    </w:p>
    <w:p>
      <w:pPr/>
      <w:r>
        <w:t>“I heard something,” she said. “Outside. I thought maybe it was nothing. Or maybe…” She glanced briefly at Jesse, then away. “I don’t know what I thought. I went to wake you, but you were asleep and it felt stupid if it was just…” Her hand moved vaguely. “…a noise.”</w:t>
      </w:r>
    </w:p>
    <w:p>
      <w:pPr/>
      <w:r>
        <w:t>Jesse said nothing.</w:t>
      </w:r>
    </w:p>
    <w:p>
      <w:pPr/>
      <w:r>
        <w:t>Not because she was angry. Because anger would have been easier than hearing how close that had all come.</w:t>
      </w:r>
    </w:p>
    <w:p>
      <w:pPr/>
      <w:r>
        <w:t>Sares went on, the words coming more quickly now that they had started.</w:t>
      </w:r>
    </w:p>
    <w:p>
      <w:pPr/>
      <w:r>
        <w:t>“I took the crossbow. There were only two bolts left. I took Buster and went outside. Damian’s tent was shut. Phoenix wasn’t there. Nobody was there.” She swallowed again. “So I went to the graveyard.”</w:t>
      </w:r>
    </w:p>
    <w:p>
      <w:pPr/>
      <w:r>
        <w:t>Phoenix lowered the mug slightly.</w:t>
      </w:r>
    </w:p>
    <w:p>
      <w:pPr/>
      <w:r>
        <w:t>Leah’s eyes shifted to her with more focus than before.</w:t>
      </w:r>
    </w:p>
    <w:p>
      <w:pPr/>
      <w:r>
        <w:t>“And?” Jesse asked.</w:t>
      </w:r>
    </w:p>
    <w:p>
      <w:pPr/>
      <w:r>
        <w:t>Sares stared at the blanket for a second. “The graveyard felt wrong.”</w:t>
      </w:r>
    </w:p>
    <w:p>
      <w:pPr/>
      <w:r>
        <w:t>That got a look from Jesse.</w:t>
      </w:r>
    </w:p>
    <w:p>
      <w:pPr/>
      <w:r>
        <w:t>“Wrong how?”</w:t>
      </w:r>
    </w:p>
    <w:p>
      <w:pPr/>
      <w:r>
        <w:t>“The ground. Near the Wolf’s grave.” Sares frowned, trying to make her memory hold still long enough to describe it properly. “The patch where you buried the blueprint looked…” She searched for a word. “Bad. The grass over it looked dead in places. Or rotten. Like the ground had gone sour underneath. And it smelled.”</w:t>
      </w:r>
    </w:p>
    <w:p>
      <w:pPr/>
      <w:r>
        <w:t>At that, Jesse’s face changed by half a degree.</w:t>
      </w:r>
    </w:p>
    <w:p>
      <w:pPr/>
      <w:r>
        <w:t>“Smelled?”</w:t>
      </w:r>
    </w:p>
    <w:p>
      <w:pPr/>
      <w:r>
        <w:t>“Yeah.” Sares nodded, more sure of that part. “Not just graveyard smell. Something worse. Damp and rotten and…” Her mouth twisted. “Like blood left too long in heat.”</w:t>
      </w:r>
    </w:p>
    <w:p>
      <w:pPr/>
      <w:r>
        <w:t>No one interrupted.</w:t>
      </w:r>
    </w:p>
    <w:p>
      <w:pPr/>
      <w:r>
        <w:t>Even Damian had gone very still.</w:t>
      </w:r>
    </w:p>
    <w:p>
      <w:pPr/>
      <w:r>
        <w:t>Sares tightened her hand again in Buster’s fur and kept going.</w:t>
      </w:r>
    </w:p>
    <w:p>
      <w:pPr/>
      <w:r>
        <w:t>“Then I heard growling. Real growling. Not…” She glanced down at Buster and immediately regretted it. “Not normal growling. And there were eyes. Three sets. Red.” She looked up now, the memory climbing back into her skin while she spoke it. “They came out from between the graves. Fast. Too fast.”</w:t>
      </w:r>
    </w:p>
    <w:p>
      <w:pPr/>
      <w:r>
        <w:t>Jesse’s grip tightened around her mug.</w:t>
      </w:r>
    </w:p>
    <w:p>
      <w:pPr/>
      <w:r>
        <w:t>Leah’s eyes flicked once to Phoenix, then back.</w:t>
      </w:r>
    </w:p>
    <w:p>
      <w:pPr/>
      <w:r>
        <w:t>“I loaded the crossbow,” Sares said. “I fired. Or tried to.”</w:t>
      </w:r>
    </w:p>
    <w:p>
      <w:pPr/>
      <w:r>
        <w:t>She broke off there and looked down at the weapon in Damian’s hands as though just seeing it still made her angry.</w:t>
      </w:r>
    </w:p>
    <w:p>
      <w:pPr/>
      <w:r>
        <w:t>“It didn’t work.”</w:t>
      </w:r>
    </w:p>
    <w:p>
      <w:pPr/>
      <w:r>
        <w:t>Buster gave the smallest sound in his throat, as if the memory offended him too.</w:t>
      </w:r>
    </w:p>
    <w:p>
      <w:pPr/>
      <w:r>
        <w:t>Sares shook her head sharply. “It kicked sideways. The bolt didn’t go straight. It just…” She made a chopping movement with one hand. “…snapped wrong and spun off into the grass.”</w:t>
      </w:r>
    </w:p>
    <w:p>
      <w:pPr/>
      <w:r>
        <w:t>Her breathing had started to shorten again.</w:t>
      </w:r>
    </w:p>
    <w:p>
      <w:pPr/>
      <w:r>
        <w:t>Jesse noticed first. “Slow down.”</w:t>
      </w:r>
    </w:p>
    <w:p>
      <w:pPr/>
      <w:r>
        <w:t>“I am slow.”</w:t>
      </w:r>
    </w:p>
    <w:p>
      <w:pPr/>
      <w:r>
        <w:t>“You’re talking like someone trying to outrun the room.”</w:t>
      </w:r>
    </w:p>
    <w:p>
      <w:pPr/>
      <w:r>
        <w:t>That nearly got a laugh from Phoenix. Nearly.</w:t>
      </w:r>
    </w:p>
    <w:p>
      <w:pPr/>
      <w:r>
        <w:t>Sares pressed the heel of her hand briefly against her mouth, pulled one breath into something closer to order, and went on.</w:t>
      </w:r>
    </w:p>
    <w:p>
      <w:pPr/>
      <w:r>
        <w:t>“I hid behind one of the stones. Two of them came straight at me. One went to the burial patch and started smelling at it.” She looked toward Jesse again. “I think it smelled blood.”</w:t>
      </w:r>
    </w:p>
    <w:p>
      <w:pPr/>
      <w:r>
        <w:t>That made the room colder.</w:t>
      </w:r>
    </w:p>
    <w:p>
      <w:pPr/>
      <w:r>
        <w:t>Jesse did not say anything to that immediately.</w:t>
      </w:r>
    </w:p>
    <w:p>
      <w:pPr/>
      <w:r>
        <w:t>Sares looked down again. “Buster ran.”</w:t>
      </w:r>
    </w:p>
    <w:p>
      <w:pPr/>
      <w:r>
        <w:t>The word came out flatter than she intended.</w:t>
      </w:r>
    </w:p>
    <w:p>
      <w:pPr/>
      <w:r>
        <w:t>Then she hurried to fix it.</w:t>
      </w:r>
    </w:p>
    <w:p>
      <w:pPr/>
      <w:r>
        <w:t>“But not away-away. He ran because he was…” She frowned. “Doing something. I just didn’t know that then.”</w:t>
      </w:r>
    </w:p>
    <w:p>
      <w:pPr/>
      <w:r>
        <w:t>Buster’s ears twitched.</w:t>
      </w:r>
    </w:p>
    <w:p>
      <w:pPr/>
      <w:r>
        <w:t>Sares’s face changed when she looked at him, fear giving way for a second to raw gratitude.</w:t>
      </w:r>
    </w:p>
    <w:p>
      <w:pPr/>
      <w:r>
        <w:t>“He came back,” she said. “Or maybe he never really left the whole way. He helped. A lot.”</w:t>
      </w:r>
    </w:p>
    <w:p>
      <w:pPr/>
      <w:r>
        <w:t>Phoenix finally spoke.</w:t>
      </w:r>
    </w:p>
    <w:p>
      <w:pPr/>
      <w:r>
        <w:t>“Good dog.”</w:t>
      </w:r>
    </w:p>
    <w:p>
      <w:pPr/>
      <w:r>
        <w:t>That drew Buster’s gaze at once and, after a pause long enough to be deliberate, a small thump of tail against the floor.</w:t>
      </w:r>
    </w:p>
    <w:p>
      <w:pPr/>
      <w:r>
        <w:t>Leah almost smiled.</w:t>
      </w:r>
    </w:p>
    <w:p>
      <w:pPr/>
      <w:r>
        <w:t>Damian lowered the damaged crossbow onto the table and turned it carefully in both hands. He ran his thumb along the string line first, then the groove, then the front assembly where the failed shot had bitten into the metal badly enough to leave a mark.</w:t>
      </w:r>
    </w:p>
    <w:p>
      <w:pPr/>
      <w:r>
        <w:t>Sares saw his expression shift.</w:t>
      </w:r>
    </w:p>
    <w:p>
      <w:pPr/>
      <w:r>
        <w:t>“What?” she said immediately. “Was it sabotaged?”</w:t>
      </w:r>
    </w:p>
    <w:p>
      <w:pPr/>
      <w:r>
        <w:t>The word came too fast, and once it was out the room had to hold it.</w:t>
      </w:r>
    </w:p>
    <w:p>
      <w:pPr/>
      <w:r>
        <w:t>Phoenix looked up from the window.</w:t>
      </w:r>
    </w:p>
    <w:p>
      <w:pPr/>
      <w:r>
        <w:t>Leah straightened slightly on the sofa.</w:t>
      </w:r>
    </w:p>
    <w:p>
      <w:pPr/>
      <w:r>
        <w:t>Jesse turned fully toward Damian now.</w:t>
      </w:r>
    </w:p>
    <w:p>
      <w:pPr/>
      <w:r>
        <w:t>Sares went on before anyone could answer. “Because it shouldn’t have done that. It was fine before. It fired fine before. So either it’s broken or somebody messed with it or—”</w:t>
      </w:r>
    </w:p>
    <w:p>
      <w:pPr/>
      <w:r>
        <w:t>“No,” Damian said.</w:t>
      </w:r>
    </w:p>
    <w:p>
      <w:pPr/>
      <w:r>
        <w:t>The word was flat enough to stop the room from running away with the idea.</w:t>
      </w:r>
    </w:p>
    <w:p>
      <w:pPr/>
      <w:r>
        <w:t>He held the crossbow up slightly.</w:t>
      </w:r>
    </w:p>
    <w:p>
      <w:pPr/>
      <w:r>
        <w:t>“The string’s seated wrong.”</w:t>
      </w:r>
    </w:p>
    <w:p>
      <w:pPr/>
      <w:r>
        <w:t>Sares stared at him. “What?”</w:t>
      </w:r>
    </w:p>
    <w:p>
      <w:pPr/>
      <w:r>
        <w:t>He pointed with one finger, not impatiently exactly, but with the air of a man forced to explain something that should not need explaining this early in the day.</w:t>
      </w:r>
    </w:p>
    <w:p>
      <w:pPr/>
      <w:r>
        <w:t>“It wasn’t put on correctly. Not fully. The alignment’s off along the limb groove. See that?” He angled it so she could. “Under normal handling it can sit close enough to look right. Under pressure, with a full draw and a fast trigger pull, it throws.”</w:t>
      </w:r>
    </w:p>
    <w:p>
      <w:pPr/>
      <w:r>
        <w:t>Sares got to her feet too quickly and crossed to him under the blanket, still wrapped around her shoulders like borrowed armour. She squinted at the assembly and saw it then only because he was showing her where to look.</w:t>
      </w:r>
    </w:p>
    <w:p>
      <w:pPr/>
      <w:r>
        <w:t>“Oh.”</w:t>
      </w:r>
    </w:p>
    <w:p>
      <w:pPr/>
      <w:r>
        <w:t>Her face flushed with anger and humiliation all at once.</w:t>
      </w:r>
    </w:p>
    <w:p>
      <w:pPr/>
      <w:r>
        <w:t>“I checked it.”</w:t>
      </w:r>
    </w:p>
    <w:p>
      <w:pPr/>
      <w:r>
        <w:t>“Not well enough.”</w:t>
      </w:r>
    </w:p>
    <w:p>
      <w:pPr/>
      <w:r>
        <w:t>That stung.</w:t>
      </w:r>
    </w:p>
    <w:p>
      <w:pPr/>
      <w:r>
        <w:t>He let it sting for exactly one second, then added, “For now, it means I’m restringing it myself before anyone touches it again.”</w:t>
      </w:r>
    </w:p>
    <w:p>
      <w:pPr/>
      <w:r>
        <w:t>Jesse’s eyes narrowed. “So which is it?”</w:t>
      </w:r>
    </w:p>
    <w:p>
      <w:pPr/>
      <w:r>
        <w:t>Damian gave the weapon one last look. “For now, it means it was wrong. That’s not always the same thing as broken.”</w:t>
      </w:r>
    </w:p>
    <w:p>
      <w:pPr/>
      <w:r>
        <w:t>Sares pulled the blanket tighter around herself and looked at the crossbow as if it had personally betrayed her.</w:t>
      </w:r>
    </w:p>
    <w:p>
      <w:pPr/>
      <w:r>
        <w:t>“So it was just a malfunction.”</w:t>
      </w:r>
    </w:p>
    <w:p>
      <w:pPr/>
      <w:r>
        <w:t>Damian’s mouth shifted faintly. “It was a misfire. I’ll fix it.”</w:t>
      </w:r>
    </w:p>
    <w:p>
      <w:pPr/>
      <w:r>
        <w:t>Jesse looked from him to Phoenix and Leah.</w:t>
      </w:r>
    </w:p>
    <w:p>
      <w:pPr/>
      <w:r>
        <w:t>“What did you two hear?”</w:t>
      </w:r>
    </w:p>
    <w:p>
      <w:pPr/>
      <w:r>
        <w:t>Phoenix answered first. “Barking. Then growling. Then a whistle.”</w:t>
      </w:r>
    </w:p>
    <w:p>
      <w:pPr/>
      <w:r>
        <w:t>Leah nodded once. “We were still crossing back from the lower line. By the time we reached the graveyard, whatever had been there was already pulling off.”</w:t>
      </w:r>
    </w:p>
    <w:p>
      <w:pPr/>
      <w:r>
        <w:t>“We heard movement in the fields too,” Phoenix added. “Fast. More than one.”</w:t>
      </w:r>
    </w:p>
    <w:p>
      <w:pPr/>
      <w:r>
        <w:t>“NightFangs,” Sares said before she could stop herself.</w:t>
      </w:r>
    </w:p>
    <w:p>
      <w:pPr/>
      <w:r>
        <w:t>No one corrected the word.</w:t>
      </w:r>
    </w:p>
    <w:p>
      <w:pPr/>
      <w:r>
        <w:t>Leah looked at her. “That’s what they felt like to you?”</w:t>
      </w:r>
    </w:p>
    <w:p>
      <w:pPr/>
      <w:r>
        <w:t>Sares gave a tight nod. “They didn’t feel like vampires.”</w:t>
      </w:r>
    </w:p>
    <w:p>
      <w:pPr/>
      <w:r>
        <w:t>“No,” Phoenix said. “They wouldn’t.”</w:t>
      </w:r>
    </w:p>
    <w:p>
      <w:pPr/>
      <w:r>
        <w:t>For a second the house sat with that.</w:t>
      </w:r>
    </w:p>
    <w:p>
      <w:pPr/>
      <w:r>
        <w:t>Then Damian’s gaze fell to the card lying on the edge of the table.</w:t>
      </w:r>
    </w:p>
    <w:p>
      <w:pPr/>
      <w:r>
        <w:t>Jack of Clubs.</w:t>
      </w:r>
    </w:p>
    <w:p>
      <w:pPr/>
      <w:r>
        <w:t>He hadn’t touched it yet.</w:t>
      </w:r>
    </w:p>
    <w:p>
      <w:pPr/>
      <w:r>
        <w:t>Hadn’t needed to. The room had been bending around it since Sares laid it down there on instinct the moment she came in.</w:t>
      </w:r>
    </w:p>
    <w:p>
      <w:pPr/>
      <w:r>
        <w:t>Now he reached for it.</w:t>
      </w:r>
    </w:p>
    <w:p>
      <w:pPr/>
      <w:r>
        <w:t>The card was heavier than normal stock, metal-edged, its face marked not by wear but by use. It caught the weak morning light and threw it back without warmth.</w:t>
      </w:r>
    </w:p>
    <w:p>
      <w:pPr/>
      <w:r>
        <w:t>Damian looked at it once.</w:t>
      </w:r>
    </w:p>
    <w:p>
      <w:pPr/>
      <w:r>
        <w:t>Then at Sares.</w:t>
      </w:r>
    </w:p>
    <w:p>
      <w:pPr/>
      <w:r>
        <w:t>“Where did you get this?”</w:t>
      </w:r>
    </w:p>
    <w:p>
      <w:pPr/>
      <w:r>
        <w:t>Sares frowned. “I told you. It came flying through the air.”</w:t>
      </w:r>
    </w:p>
    <w:p>
      <w:pPr/>
      <w:r>
        <w:t>“From where?”</w:t>
      </w:r>
    </w:p>
    <w:p>
      <w:pPr/>
      <w:r>
        <w:t>“I don’t know.” Irritation sharpened her voice, partly because the question sounded ridiculous and partly because she hated not having a better answer. “It hit the thing I was hiding behind first. Then another one hit one of the creatures in the leg. Then there was a whistle and they ran.”</w:t>
      </w:r>
    </w:p>
    <w:p>
      <w:pPr/>
      <w:r>
        <w:t>Damian looked down at the card again.</w:t>
      </w:r>
    </w:p>
    <w:p>
      <w:pPr/>
      <w:r>
        <w:t>For half a second the living room disappeared.</w:t>
      </w:r>
    </w:p>
    <w:p>
      <w:pPr/>
      <w:r>
        <w:t>Not physically. Just enough for older violence to step across the present and put itself where the morning had been.</w:t>
      </w:r>
    </w:p>
    <w:p>
      <w:pPr/>
      <w:r>
        <w:t>Stone floor.</w:t>
        <w:br/>
        <w:t>Blackthorne.</w:t>
        <w:br/>
        <w:t>Felix in motion.</w:t>
        <w:br/>
        <w:t>Cards cutting through the air with the same thin metallic bite.</w:t>
        <w:br/>
        <w:t>One flashing past his shoulder.</w:t>
        <w:br/>
        <w:t>Another forcing him off line.</w:t>
        <w:br/>
        <w:t>Sares somewhere near him, too close to the danger and too stubborn to leave it alone.</w:t>
        <w:br/>
        <w:t>The understanding, even then, that the cards were not theatrical. They were weapons. Language. Signature.</w:t>
      </w:r>
    </w:p>
    <w:p>
      <w:pPr/>
      <w:r>
        <w:t>Then the memory was gone.</w:t>
      </w:r>
    </w:p>
    <w:p>
      <w:pPr/>
      <w:r>
        <w:t>The farmhouse returned around him.</w:t>
      </w:r>
    </w:p>
    <w:p>
      <w:pPr/>
      <w:r>
        <w:t>The table.</w:t>
        <w:br/>
        <w:t>The damaged crossbow.</w:t>
        <w:br/>
        <w:t>Sares pale beneath the blanket.</w:t>
        <w:br/>
        <w:t>Buster watching everyone as if all of them should be supervised more closely than they were.</w:t>
      </w:r>
    </w:p>
    <w:p>
      <w:pPr/>
      <w:r>
        <w:t>Damian closed his fingers around the Jack of Clubs and gave nothing away.</w:t>
      </w:r>
    </w:p>
    <w:p>
      <w:pPr/>
      <w:r>
        <w:t>Jesse saw the flicker in him anyway.</w:t>
      </w:r>
    </w:p>
    <w:p>
      <w:pPr/>
      <w:r>
        <w:t>“What?”</w:t>
      </w:r>
    </w:p>
    <w:p>
      <w:pPr/>
      <w:r>
        <w:t>He set the card back down. “Nothing useful yet.”</w:t>
      </w:r>
    </w:p>
    <w:p>
      <w:pPr/>
      <w:r>
        <w:t>That answer irritated her on principle, but she let it live because Sares still looked half one loud sound away from shaking apart again.</w:t>
      </w:r>
    </w:p>
    <w:p>
      <w:pPr/>
      <w:r>
        <w:t>Phoenix’s gaze lingered on Damian half a second longer than necessary.</w:t>
      </w:r>
    </w:p>
    <w:p>
      <w:pPr/>
      <w:r>
        <w:t>He noticed things too.</w:t>
      </w:r>
    </w:p>
    <w:p>
      <w:pPr/>
      <w:r>
        <w:t>But he let it go.</w:t>
      </w:r>
    </w:p>
    <w:p>
      <w:pPr/>
      <w:r>
        <w:t>For now.</w:t>
      </w:r>
    </w:p>
    <w:p>
      <w:pPr/>
      <w:r>
        <w:t>Buster shifted and laid himself more fully across Sares’s boots, the way a dog did when he had decided movement was no longer the best answer and presence might be.</w:t>
      </w:r>
    </w:p>
    <w:p>
      <w:pPr/>
      <w:r>
        <w:t>Sares looked down at him, exhaled once, and said quietly, “He really did save me.”</w:t>
      </w:r>
    </w:p>
    <w:p>
      <w:pPr/>
      <w:r>
        <w:t>“Yes,” Jesse said.</w:t>
      </w:r>
    </w:p>
    <w:p>
      <w:pPr/>
      <w:r>
        <w:t>The word came out firmer than anything else she had said that morning.</w:t>
      </w:r>
    </w:p>
    <w:p>
      <w:pPr/>
      <w:r>
        <w:t>Then, more softly:</w:t>
      </w:r>
    </w:p>
    <w:p>
      <w:pPr/>
      <w:r>
        <w:t>“Yes, he did.”</w:t>
      </w:r>
    </w:p>
    <w:p>
      <w:pPr/>
      <w:r>
        <w:t>No one argued.</w:t>
      </w:r>
    </w:p>
    <w:p>
      <w:pPr/>
      <w:r>
        <w:t>Outside, the early light continued trying and failing to make the island look harmless.</w:t>
      </w:r>
    </w:p>
    <w:p>
      <w:pPr/>
      <w:r>
        <w:t>***</w:t>
      </w:r>
    </w:p>
    <w:p>
      <w:pPr/>
      <w:r>
        <w:t>By the time the Hunters returned to Blackthorne, the night had curdled into anger.</w:t>
      </w:r>
    </w:p>
    <w:p>
      <w:pPr/>
      <w:r>
        <w:t>Not loud anger. Not the sort lesser men gave away by pacing or shouting before the work was done. This was colder than that. Disciplined. Kept at the level where it could still sharpen decisions instead of ruining them.</w:t>
      </w:r>
    </w:p>
    <w:p>
      <w:pPr/>
      <w:r>
        <w:t>The NightFangs had already been secured again below deck.</w:t>
      </w:r>
    </w:p>
    <w:p>
      <w:pPr/>
      <w:r>
        <w:t>The handlers had moved with twice the caution on the return, none of them willing to trust the beasts’ obedience after the wasted run through the fields. Chains had gone tight, gates had slammed shut, and the ship had answered with the same low brutal sounds it always made when containment reasserted itself over appetite.</w:t>
      </w:r>
    </w:p>
    <w:p>
      <w:pPr/>
      <w:r>
        <w:t>Now the lower hold sat sealed again, carrying its own foul breath up through the steel like a warning the castle had not earned the right to ignore.</w:t>
      </w:r>
    </w:p>
    <w:p>
      <w:pPr/>
      <w:r>
        <w:t>In the strategy chamber above, the poker manual lay on the table like an insult.</w:t>
      </w:r>
    </w:p>
    <w:p>
      <w:pPr/>
      <w:r>
        <w:t>Holt had not sat down.</w:t>
      </w:r>
    </w:p>
    <w:p>
      <w:pPr/>
      <w:r>
        <w:t>Mira stood to one side of the map table with her mask removed at last but the rest of the hunt kit still on. Blake remained nearer the door with the kind of stillness men sometimes wore when they were one bad sentence from violence. Dorian had already taken off the tracking harness, but not the gloves. Corin stood with both hands against the edge of the table, reading the manual as if it had personally offended his sense of order by existing.</w:t>
      </w:r>
    </w:p>
    <w:p>
      <w:pPr/>
      <w:r>
        <w:t>Clay was back in his cage under the west recess, but the chamber door had been left open to him and the line of his sight ran straight through to the table.</w:t>
      </w:r>
    </w:p>
    <w:p>
      <w:pPr/>
      <w:r>
        <w:t>That, Holt suspected, had not happened by accident.</w:t>
      </w:r>
    </w:p>
    <w:p>
      <w:pPr/>
      <w:r>
        <w:t>Clay had been staring at the manual since they brought it in.</w:t>
      </w:r>
    </w:p>
    <w:p>
      <w:pPr/>
      <w:r>
        <w:t>Not casually.</w:t>
      </w:r>
    </w:p>
    <w:p>
      <w:pPr/>
      <w:r>
        <w:t>Not like a curious man.</w:t>
      </w:r>
    </w:p>
    <w:p>
      <w:pPr/>
      <w:r>
        <w:t>Like someone trying to work out whether he was looking at language, threat, or joke, and disliking all three possibilities equally.</w:t>
      </w:r>
    </w:p>
    <w:p>
      <w:pPr/>
      <w:r>
        <w:t>At last he said, without taking his eyes off it:</w:t>
      </w:r>
    </w:p>
    <w:p>
      <w:pPr/>
      <w:r>
        <w:t>“Did you find Felix?”</w:t>
      </w:r>
    </w:p>
    <w:p>
      <w:pPr/>
      <w:r>
        <w:t>The question landed in the chamber with a shape too close to mockery.</w:t>
      </w:r>
    </w:p>
    <w:p>
      <w:pPr/>
      <w:r>
        <w:t>Garrick Holt crossed the space toward the open recess in three measured steps and drew his sidearm before the second support Hunter at the arch had even fully understood he was moving.</w:t>
      </w:r>
    </w:p>
    <w:p>
      <w:pPr/>
      <w:r>
        <w:t>The gun stopped aimed through the bars, low enough to kill cleanly, high enough to make the point before it had to.</w:t>
      </w:r>
    </w:p>
    <w:p>
      <w:pPr/>
      <w:r>
        <w:t>Clay did not flinch.</w:t>
      </w:r>
    </w:p>
    <w:p>
      <w:pPr/>
      <w:r>
        <w:t>Mira turned her head just enough to notice the line the moment had chosen.</w:t>
      </w:r>
    </w:p>
    <w:p>
      <w:pPr/>
      <w:r>
        <w:t>“Garrick.”</w:t>
      </w:r>
    </w:p>
    <w:p>
      <w:pPr/>
      <w:r>
        <w:t>He did not look at her.</w:t>
      </w:r>
    </w:p>
    <w:p>
      <w:pPr/>
      <w:r>
        <w:t>Clay’s mouth moved faintly at one corner. “No?”</w:t>
      </w:r>
    </w:p>
    <w:p>
      <w:pPr/>
      <w:r>
        <w:t>The support Hunter nearest the table said, “We found the book.”</w:t>
      </w:r>
    </w:p>
    <w:p>
      <w:pPr/>
      <w:r>
        <w:t>No one thanked him for speaking.</w:t>
      </w:r>
    </w:p>
    <w:p>
      <w:pPr/>
      <w:r>
        <w:t>Still, the sentence did what Mira needed it to. It made Holt shift just enough for the barrel to stop being the only thing in the room with authority.</w:t>
      </w:r>
    </w:p>
    <w:p>
      <w:pPr/>
      <w:r>
        <w:t>She stepped forward, not between the men—Holt would have hated the implication—but near enough to force the chamber back toward usefulness.</w:t>
      </w:r>
    </w:p>
    <w:p>
      <w:pPr/>
      <w:r>
        <w:t>“The manual,” she said. “That’s what we have.”</w:t>
      </w:r>
    </w:p>
    <w:p>
      <w:pPr/>
      <w:r>
        <w:t>Holt lowered the gun.</w:t>
      </w:r>
    </w:p>
    <w:p>
      <w:pPr/>
      <w:r>
        <w:t>Not because Clay had won anything. Because Mira was right, and Holt disliked being righted in front of prisoners less than he disliked wasting time.</w:t>
      </w:r>
    </w:p>
    <w:p>
      <w:pPr/>
      <w:r>
        <w:t>He holstered the weapon in one clean movement and turned back to the table.</w:t>
      </w:r>
    </w:p>
    <w:p>
      <w:pPr/>
      <w:r>
        <w:t>Corin opened the manual.</w:t>
      </w:r>
    </w:p>
    <w:p>
      <w:pPr/>
      <w:r>
        <w:t>At first glance it looked cheap enough to deserve the name on the cover.</w:t>
      </w:r>
    </w:p>
    <w:p>
      <w:pPr/>
      <w:r>
        <w:t>Poker Basics for Serious Players.</w:t>
      </w:r>
    </w:p>
    <w:p>
      <w:pPr/>
      <w:r>
        <w:t>The sort of thing sold in second-hand shops to men who wanted to look strategic over bad whiskey and worse hands.</w:t>
      </w:r>
    </w:p>
    <w:p>
      <w:pPr/>
      <w:r>
        <w:t>But inside, it wasn’t poker.</w:t>
      </w:r>
    </w:p>
    <w:p>
      <w:pPr/>
      <w:r>
        <w:t>Not really.</w:t>
      </w:r>
    </w:p>
    <w:p>
      <w:pPr/>
      <w:r>
        <w:t>The printed instructional text had been marked through in places, annotated in others, and cut away entirely in two sections. Symbols had been added in careful dark ink between the paragraphs. Notes in the margins. Card faces sketched and re-sketched. Interpretations where rules should have been.</w:t>
      </w:r>
    </w:p>
    <w:p>
      <w:pPr/>
      <w:r>
        <w:t>Blake frowned. “What is this?”</w:t>
      </w:r>
    </w:p>
    <w:p>
      <w:pPr/>
      <w:r>
        <w:t>Corin turned a page.</w:t>
      </w:r>
    </w:p>
    <w:p>
      <w:pPr/>
      <w:r>
        <w:t>“Not a poker manual.”</w:t>
      </w:r>
    </w:p>
    <w:p>
      <w:pPr/>
      <w:r>
        <w:t>Mira stepped closer.</w:t>
      </w:r>
    </w:p>
    <w:p>
      <w:pPr/>
      <w:r>
        <w:t>On the open spread sat two drawn Jokers, both circled in black ink. Under them, written in a hand too neat to be careless, were three words:</w:t>
      </w:r>
    </w:p>
    <w:p>
      <w:pPr/>
      <w:r>
        <w:t>Chaos. Unpredictability. Potential.</w:t>
      </w:r>
    </w:p>
    <w:p>
      <w:pPr/>
      <w:r>
        <w:t>The chamber went quiet.</w:t>
      </w:r>
    </w:p>
    <w:p>
      <w:pPr/>
      <w:r>
        <w:t>For a second all Holt could see was the radio tower. The gold-edged Joker found there, the first sign that somebody had stepped onto the island and announced it in a language that was half message and half dare.</w:t>
      </w:r>
    </w:p>
    <w:p>
      <w:pPr/>
      <w:r>
        <w:t>Joker.</w:t>
      </w:r>
    </w:p>
    <w:p>
      <w:pPr/>
      <w:r>
        <w:t>Not a card inside the system.</w:t>
        <w:br/>
        <w:t>A card outside it.</w:t>
        <w:br/>
        <w:t>Wildcard.</w:t>
        <w:br/>
        <w:t>Unfixed force.</w:t>
      </w:r>
    </w:p>
    <w:p>
      <w:pPr/>
      <w:r>
        <w:t>Holt’s jaw set.</w:t>
      </w:r>
    </w:p>
    <w:p>
      <w:pPr/>
      <w:r>
        <w:t>Corin turned the page.</w:t>
      </w:r>
    </w:p>
    <w:p>
      <w:pPr/>
      <w:r>
        <w:t>This time the symbol was a Seven of Spades.</w:t>
      </w:r>
    </w:p>
    <w:p>
      <w:pPr/>
      <w:r>
        <w:t>Under it, more notes:</w:t>
      </w:r>
    </w:p>
    <w:p>
      <w:pPr/>
      <w:r>
        <w:t>Hidden truths.</w:t>
        <w:br/>
        <w:t>Trust your instincts.</w:t>
        <w:br/>
        <w:t>Strategy and caution.</w:t>
      </w:r>
    </w:p>
    <w:p>
      <w:pPr/>
      <w:r>
        <w:t>The warehouse. The trail. The shift in the fields. Felix reaching somewhere ahead of them and saying something without being seen.</w:t>
      </w:r>
    </w:p>
    <w:p>
      <w:pPr/>
      <w:r>
        <w:t>Seven of Spades.</w:t>
      </w:r>
    </w:p>
    <w:p>
      <w:pPr/>
      <w:r>
        <w:t>Not random then.</w:t>
      </w:r>
    </w:p>
    <w:p>
      <w:pPr/>
      <w:r>
        <w:t>Never random.</w:t>
      </w:r>
    </w:p>
    <w:p>
      <w:pPr/>
      <w:r>
        <w:t>Mira read the margin note twice. “He’s using these deliberately.”</w:t>
      </w:r>
    </w:p>
    <w:p>
      <w:pPr/>
      <w:r>
        <w:t>“Obviously,” Blake said.</w:t>
      </w:r>
    </w:p>
    <w:p>
      <w:pPr/>
      <w:r>
        <w:t>She did not bother looking at him.</w:t>
      </w:r>
    </w:p>
    <w:p>
      <w:pPr/>
      <w:r>
        <w:t>Corin turned again.</w:t>
      </w:r>
    </w:p>
    <w:p>
      <w:pPr/>
      <w:r>
        <w:t>Jack of Clubs.</w:t>
      </w:r>
    </w:p>
    <w:p>
      <w:pPr/>
      <w:r>
        <w:t>The page was denser there, the margin writing darker, as though whoever had annotated the manual had gone back to this card more than once.</w:t>
      </w:r>
    </w:p>
    <w:p>
      <w:pPr/>
      <w:r>
        <w:t>Loyalty.</w:t>
        <w:br/>
        <w:t>Friendship.</w:t>
        <w:br/>
        <w:t>Intelligence.</w:t>
        <w:br/>
        <w:t>Movement toward alliance.</w:t>
      </w:r>
    </w:p>
    <w:p>
      <w:pPr/>
      <w:r>
        <w:t>No one said anything at first.</w:t>
      </w:r>
    </w:p>
    <w:p>
      <w:pPr/>
      <w:r>
        <w:t>Then the memory connected itself through the room all at once—not by supernatural means, just by sequence. The graveyard. The card. The NightFang withdrawal. Something at the farmhouse that had not yet been a kill and not yet been mercy either.</w:t>
      </w:r>
    </w:p>
    <w:p>
      <w:pPr/>
      <w:r>
        <w:t>Mira looked up first. “Jack of Clubs.”</w:t>
      </w:r>
    </w:p>
    <w:p>
      <w:pPr/>
      <w:r>
        <w:t>Holt’s eyes narrowed. “The graveyard.”</w:t>
      </w:r>
    </w:p>
    <w:p>
      <w:pPr/>
      <w:r>
        <w:t>Dorian said, “He intervened.”</w:t>
      </w:r>
    </w:p>
    <w:p>
      <w:pPr/>
      <w:r>
        <w:t>“Or redirected,” Corin replied.</w:t>
      </w:r>
    </w:p>
    <w:p>
      <w:pPr/>
      <w:r>
        <w:t>Blake folded his arms. “For who?”</w:t>
      </w:r>
    </w:p>
    <w:p>
      <w:pPr/>
      <w:r>
        <w:t>The room had no answer for that.</w:t>
      </w:r>
    </w:p>
    <w:p>
      <w:pPr/>
      <w:r>
        <w:t>Corin continued turning pages.</w:t>
      </w:r>
    </w:p>
    <w:p>
      <w:pPr/>
      <w:r>
        <w:t>Then stopped.</w:t>
      </w:r>
    </w:p>
    <w:p>
      <w:pPr/>
      <w:r>
        <w:t>Near the back of the manual, two sections had been cut out entirely.</w:t>
      </w:r>
    </w:p>
    <w:p>
      <w:pPr/>
      <w:r>
        <w:t>Not torn by accident.</w:t>
      </w:r>
    </w:p>
    <w:p>
      <w:pPr/>
      <w:r>
        <w:t>Removed cleanly.</w:t>
      </w:r>
    </w:p>
    <w:p>
      <w:pPr/>
      <w:r>
        <w:t>The shapes of where they had been still showed in the spine and the shadowing near the inner fold. Two cards missing from the sequence. Whatever meanings they had carried, Felix had chosen not to leave them here.</w:t>
      </w:r>
    </w:p>
    <w:p>
      <w:pPr/>
      <w:r>
        <w:t>That offended Holt more than the annotations had.</w:t>
      </w:r>
    </w:p>
    <w:p>
      <w:pPr/>
      <w:r>
        <w:t>Not because he needed answers.</w:t>
      </w:r>
    </w:p>
    <w:p>
      <w:pPr/>
      <w:r>
        <w:t>Because he disliked being shown on purpose that the other man still had some.</w:t>
      </w:r>
    </w:p>
    <w:p>
      <w:pPr/>
      <w:r>
        <w:t>Blake leaned in. “What’s missing?”</w:t>
      </w:r>
    </w:p>
    <w:p>
      <w:pPr/>
      <w:r>
        <w:t>Corin ran one finger once along the cut edge without touching it more than necessary. “Two symbols.”</w:t>
      </w:r>
    </w:p>
    <w:p>
      <w:pPr/>
      <w:r>
        <w:t>“Which ones?”</w:t>
      </w:r>
    </w:p>
    <w:p>
      <w:pPr/>
      <w:r>
        <w:t>“No way to tell with certainty.”</w:t>
      </w:r>
    </w:p>
    <w:p>
      <w:pPr/>
      <w:r>
        <w:t>“That’s useful.”</w:t>
      </w:r>
    </w:p>
    <w:p>
      <w:pPr/>
      <w:r>
        <w:t>“It wasn’t meant to be.”</w:t>
      </w:r>
    </w:p>
    <w:p>
      <w:pPr/>
      <w:r>
        <w:t>Holt looked toward Clay’s cage then.</w:t>
      </w:r>
    </w:p>
    <w:p>
      <w:pPr/>
      <w:r>
        <w:t>The prisoner had not stopped watching the table.</w:t>
      </w:r>
    </w:p>
    <w:p>
      <w:pPr/>
      <w:r>
        <w:t>“Do you understand this?”</w:t>
      </w:r>
    </w:p>
    <w:p>
      <w:pPr/>
      <w:r>
        <w:t>Clay’s gaze moved from the manual to Holt and back again.</w:t>
      </w:r>
    </w:p>
    <w:p>
      <w:pPr/>
      <w:r>
        <w:t>“Not fully.”</w:t>
      </w:r>
    </w:p>
    <w:p>
      <w:pPr/>
      <w:r>
        <w:t>“Try.”</w:t>
      </w:r>
    </w:p>
    <w:p>
      <w:pPr/>
      <w:r>
        <w:t>The answer, when it came, carried no fear in it.</w:t>
      </w:r>
    </w:p>
    <w:p>
      <w:pPr/>
      <w:r>
        <w:t>“He always had taste for performance,” Clay said. “But this isn’t vanity on its own.”</w:t>
      </w:r>
    </w:p>
    <w:p>
      <w:pPr/>
      <w:r>
        <w:t>Mira looked at him. “Then what?”</w:t>
      </w:r>
    </w:p>
    <w:p>
      <w:pPr/>
      <w:r>
        <w:t>Clay’s eyes settled on the Joker page first.</w:t>
      </w:r>
    </w:p>
    <w:p>
      <w:pPr/>
      <w:r>
        <w:t>“Announcing presence,” he said. “Not through noise. Through choice.”</w:t>
      </w:r>
    </w:p>
    <w:p>
      <w:pPr/>
      <w:r>
        <w:t>Then the Seven of Spades.</w:t>
      </w:r>
    </w:p>
    <w:p>
      <w:pPr/>
      <w:r>
        <w:t>“Claiming a field others don’t yet understand.”</w:t>
      </w:r>
    </w:p>
    <w:p>
      <w:pPr/>
      <w:r>
        <w:t>Then the Jack of Clubs.</w:t>
      </w:r>
    </w:p>
    <w:p>
      <w:pPr/>
      <w:r>
        <w:t>That one held him slightly longer.</w:t>
      </w:r>
    </w:p>
    <w:p>
      <w:pPr/>
      <w:r>
        <w:t>“Possibly alignment. Possibly warning. Possibly both.”</w:t>
      </w:r>
    </w:p>
    <w:p>
      <w:pPr/>
      <w:r>
        <w:t>Blake gave a hard laugh without humour. “That clears things up nicely.”</w:t>
      </w:r>
    </w:p>
    <w:p>
      <w:pPr/>
      <w:r>
        <w:t>Clay ignored him.</w:t>
      </w:r>
    </w:p>
    <w:p>
      <w:pPr/>
      <w:r>
        <w:t>Holt said, “You know him.”</w:t>
      </w:r>
    </w:p>
    <w:p>
      <w:pPr/>
      <w:r>
        <w:t>“To a point.”</w:t>
      </w:r>
    </w:p>
    <w:p>
      <w:pPr/>
      <w:r>
        <w:t>“Would he expect us to read this?”</w:t>
      </w:r>
    </w:p>
    <w:p>
      <w:pPr/>
      <w:r>
        <w:t>Clay’s mouth moved faintly. “He would expect you to dislike that you couldn’t help trying.”</w:t>
      </w:r>
    </w:p>
    <w:p>
      <w:pPr/>
      <w:r>
        <w:t>That answer landed too cleanly to dismiss.</w:t>
      </w:r>
    </w:p>
    <w:p>
      <w:pPr/>
      <w:r>
        <w:t>Corin closed the manual halfway and looked at the cut-out sections near the back again. “The missing symbols bother me more.”</w:t>
      </w:r>
    </w:p>
    <w:p>
      <w:pPr/>
      <w:r>
        <w:t>“Why?” Mira asked.</w:t>
      </w:r>
    </w:p>
    <w:p>
      <w:pPr/>
      <w:r>
        <w:t>“Because absence is still communication.” He tapped the removed pages lightly. “He wanted these found. He wanted these meanings seen. Which means the omissions matter as much as the inclusions.”</w:t>
      </w:r>
    </w:p>
    <w:p>
      <w:pPr/>
      <w:r>
        <w:t>Holt looked at the closed manual now as if it were no longer a book at all but a hand laid open in front of him by a man who refused to stop smiling during the game.</w:t>
      </w:r>
    </w:p>
    <w:p>
      <w:pPr/>
      <w:r>
        <w:t>Joker.</w:t>
        <w:br/>
        <w:t>Seven of Spades.</w:t>
        <w:br/>
        <w:t>Jack of Clubs.</w:t>
      </w:r>
    </w:p>
    <w:p>
      <w:pPr/>
      <w:r>
        <w:t>A tower.</w:t>
        <w:br/>
        <w:t>A warehouse.</w:t>
        <w:br/>
        <w:t>A graveyard.</w:t>
      </w:r>
    </w:p>
    <w:p>
      <w:pPr/>
      <w:r>
        <w:t>Chaos. Hidden truths. Loyalty.</w:t>
      </w:r>
    </w:p>
    <w:p>
      <w:pPr/>
      <w:r>
        <w:t>The pattern was not complete enough to trust and too deliberate to ignore.</w:t>
      </w:r>
    </w:p>
    <w:p>
      <w:pPr/>
      <w:r>
        <w:t>Behind them, from far below in the ship, one of the NightFangs hit its cage hard enough to send a deep ringing complaint through the hull and up into the stone like a second thought nobody in the chamber wanted.</w:t>
      </w:r>
    </w:p>
    <w:p>
      <w:pPr/>
      <w:r>
        <w:t>Clay listened to it and said quietly, “You’re asking the wrong question.”</w:t>
      </w:r>
    </w:p>
    <w:p>
      <w:pPr/>
      <w:r>
        <w:t>No one answered immediately.</w:t>
      </w:r>
    </w:p>
    <w:p>
      <w:pPr/>
      <w:r>
        <w:t>Then Holt said, “Amuse me.”</w:t>
      </w:r>
    </w:p>
    <w:p>
      <w:pPr/>
      <w:r>
        <w:t>Clay’s eyes returned to the manual.</w:t>
      </w:r>
    </w:p>
    <w:p>
      <w:pPr/>
      <w:r>
        <w:t>“You keep asking what the cards mean.” A pause. “You should be asking who he thinks they mean something to.”</w:t>
      </w:r>
    </w:p>
    <w:p>
      <w:pPr/>
      <w:r>
        <w:t>That shut the room down for one full second.</w:t>
      </w:r>
    </w:p>
    <w:p>
      <w:pPr/>
      <w:r>
        <w:t>Mira’s face changed first.</w:t>
      </w:r>
    </w:p>
    <w:p>
      <w:pPr/>
      <w:r>
        <w:t>Then Corin’s.</w:t>
      </w:r>
    </w:p>
    <w:p>
      <w:pPr/>
      <w:r>
        <w:t>Because the answer opened outward in all the wrong directions.</w:t>
      </w:r>
    </w:p>
    <w:p>
      <w:pPr/>
      <w:r>
        <w:t>Not random symbols then.</w:t>
        <w:br/>
        <w:t>Not just signature.</w:t>
      </w:r>
    </w:p>
    <w:p>
      <w:pPr/>
      <w:r>
        <w:t>Audience.</w:t>
      </w:r>
    </w:p>
    <w:p>
      <w:pPr/>
      <w:r>
        <w:t>Holt looked at the missing cut sections again and understood, with a precise and growing dislike, that Felix was not merely leaving clues behind. He was building a conversation on the island and deciding who got to be inside it.</w:t>
      </w:r>
    </w:p>
    <w:p>
      <w:pPr/>
      <w:r>
        <w:t>The worst part was that nobody in the room yet knew if they had been invited or only used.</w:t>
      </w:r>
    </w:p>
    <w:p>
      <w:pPr/>
      <w:r>
        <w:t>Corin shut the manual fully.</w:t>
      </w:r>
    </w:p>
    <w:p>
      <w:pPr/>
      <w:r>
        <w:t>“We need copies of every annotation.”</w:t>
      </w:r>
    </w:p>
    <w:p>
      <w:pPr/>
      <w:r>
        <w:t>“Done,” Mira said.</w:t>
      </w:r>
    </w:p>
    <w:p>
      <w:pPr/>
      <w:r>
        <w:t>“Field correlations,” Holt added. “Every known card appearance. Every location. Every reaction after.”</w:t>
      </w:r>
    </w:p>
    <w:p>
      <w:pPr/>
      <w:r>
        <w:t>Dorian reached for the book.</w:t>
      </w:r>
    </w:p>
    <w:p>
      <w:pPr/>
      <w:r>
        <w:t>Blake looked toward the open chamber door, toward the west side of Blackthorne and the fields beyond them, and said, “And if he throws another before we understand the first three?”</w:t>
      </w:r>
    </w:p>
    <w:p>
      <w:pPr/>
      <w:r>
        <w:t>Holt’s answer came without hesitation.</w:t>
      </w:r>
    </w:p>
    <w:p>
      <w:pPr/>
      <w:r>
        <w:t>“Then we treat the next card as a move, not a symbol.”</w:t>
      </w:r>
    </w:p>
    <w:p>
      <w:pPr/>
      <w:r>
        <w:t>He turned away from the table then, but not from the problem.</w:t>
      </w:r>
    </w:p>
    <w:p>
      <w:pPr/>
      <w:r>
        <w:t>Clay watched him go with unreadable eyes.</w:t>
      </w:r>
    </w:p>
    <w:p>
      <w:pPr/>
      <w:r>
        <w:t>Below deck, the NightFangs struck steel again.</w:t>
      </w:r>
    </w:p>
    <w:p>
      <w:pPr/>
      <w:r>
        <w:t>And on the table between the Hunters, the false poker manual sat like a hand half-played, half-hidden, and not nearly finished with them yet.</w:t>
      </w:r>
    </w:p>
    <w:p>
      <w:r>
        <w:br w:type="page"/>
      </w:r>
    </w:p>
    <w:p>
      <w:pPr>
        <w:pStyle w:val="Heading1"/>
      </w:pPr>
      <w:r>
        <w:t>Chapter Thirteen: Caged Like an Animal</w:t>
      </w:r>
    </w:p>
    <w:p>
      <w:pPr/>
      <w:r>
        <w:t>Clay woke before the light properly reached Blackthorne.</w:t>
      </w:r>
    </w:p>
    <w:p>
      <w:pPr/>
      <w:r>
        <w:t>Not because he had slept well. Because men kept in cages learned quickly that rest was no longer something given in full. It came in fragments. Thinly. Warped by bad angles, damp air, old injuries, and the constant insult of waking up where another man had decided you belonged.</w:t>
      </w:r>
    </w:p>
    <w:p>
      <w:pPr/>
      <w:r>
        <w:t>The west recess held the cold longer than the rest of the castle.</w:t>
      </w:r>
    </w:p>
    <w:p>
      <w:pPr/>
      <w:r>
        <w:t>Stone kept it.</w:t>
        <w:br/>
        <w:t>Iron sharpened it.</w:t>
        <w:br/>
        <w:t>And the cage, for all its crude practicality, made the whole arrangement worse by refusing him even the dignity of pretending he was anything other than contained.</w:t>
      </w:r>
    </w:p>
    <w:p>
      <w:pPr/>
      <w:r>
        <w:t>Not a prisoner in a chamber.</w:t>
        <w:br/>
        <w:t>Not a negotiated captive.</w:t>
        <w:br/>
        <w:t>Not even an honoured enemy.</w:t>
      </w:r>
    </w:p>
    <w:p>
      <w:pPr/>
      <w:r>
        <w:t>An animal.</w:t>
      </w:r>
    </w:p>
    <w:p>
      <w:pPr/>
      <w:r>
        <w:t>He sat on the narrow fixed bench and watched the yard through the bars while the fortress changed shift around him. The Hunters moved differently in the early morning than his people had. Less noise. Less unnecessary speech. They were disciplined enough to make efficiency look moral, which Clay found more offensive than open brutality on most days.</w:t>
      </w:r>
    </w:p>
    <w:p>
      <w:pPr/>
      <w:r>
        <w:t>One Hunter stood at the outer arch with a rifle low and ready. Another worked the nearer passage, changing watch with one of the men who had come off the dawn rotation. None of them looked at Clay unless they meant to. That, too, had been instructed somewhere.</w:t>
      </w:r>
    </w:p>
    <w:p>
      <w:pPr/>
      <w:r>
        <w:t>Useful systems always were.</w:t>
      </w:r>
    </w:p>
    <w:p>
      <w:pPr/>
      <w:r>
        <w:t>Clay said, without moving from the bench, “You.”</w:t>
      </w:r>
    </w:p>
    <w:p>
      <w:pPr/>
      <w:r>
        <w:t>The nearer Hunter slowed.</w:t>
      </w:r>
    </w:p>
    <w:p>
      <w:pPr/>
      <w:r>
        <w:t>Not out of obedience. Out of caution.</w:t>
      </w:r>
    </w:p>
    <w:p>
      <w:pPr/>
      <w:r>
        <w:t>Clay lifted his eyes to him. “I want to speak with Garrick.”</w:t>
      </w:r>
    </w:p>
    <w:p>
      <w:pPr/>
      <w:r>
        <w:t>The Hunter kept his face blank in the practiced way of men trained to turn other people’s authority into air.</w:t>
      </w:r>
    </w:p>
    <w:p>
      <w:pPr/>
      <w:r>
        <w:t>“He’s occupied.”</w:t>
      </w:r>
    </w:p>
    <w:p>
      <w:pPr/>
      <w:r>
        <w:t>“Then go and occupy him differently.”</w:t>
      </w:r>
    </w:p>
    <w:p>
      <w:pPr/>
      <w:r>
        <w:t>That earned no visible reaction, but the man did not move on immediately.</w:t>
      </w:r>
    </w:p>
    <w:p>
      <w:pPr/>
      <w:r>
        <w:t>Clay could read hesitation even when it wore discipline over the top of it. That was the trouble with competent people. They still told the truth with timing, posture, breath, and the one extra second they thought no one noticed.</w:t>
      </w:r>
    </w:p>
    <w:p>
      <w:pPr/>
      <w:r>
        <w:t>At last the Hunter said, “About what?”</w:t>
      </w:r>
    </w:p>
    <w:p>
      <w:pPr/>
      <w:r>
        <w:t>Clay looked at the bars once, then back at him.</w:t>
      </w:r>
    </w:p>
    <w:p>
      <w:pPr/>
      <w:r>
        <w:t>“If I wanted to discuss the weather, I’d have shouted at the sky.”</w:t>
      </w:r>
    </w:p>
    <w:p>
      <w:pPr/>
      <w:r>
        <w:t>The Hunter’s jaw tightened by a fraction.</w:t>
      </w:r>
    </w:p>
    <w:p>
      <w:pPr/>
      <w:r>
        <w:t>Good.</w:t>
      </w:r>
    </w:p>
    <w:p>
      <w:pPr/>
      <w:r>
        <w:t>Something still reached them.</w:t>
      </w:r>
    </w:p>
    <w:p>
      <w:pPr/>
      <w:r>
        <w:t>He turned and went.</w:t>
      </w:r>
    </w:p>
    <w:p>
      <w:pPr/>
      <w:r>
        <w:t>Clay leaned back against the wall and listened to the receding boots, the shift in the corridor beyond, the faint life of Blackthorne waking around a new hierarchy it still had not learned to wear comfortably.</w:t>
      </w:r>
    </w:p>
    <w:p>
      <w:pPr/>
      <w:r>
        <w:t>Above him, somewhere on the upper floor, another door closed.</w:t>
      </w:r>
    </w:p>
    <w:p>
      <w:pPr/>
      <w:r>
        <w:t>***</w:t>
      </w:r>
    </w:p>
    <w:p>
      <w:pPr/>
      <w:r>
        <w:t>Garrick Holt preferred upper rooms when dealing with old things.</w:t>
      </w:r>
    </w:p>
    <w:p>
      <w:pPr/>
      <w:r>
        <w:t>Not because he was sentimental. Because height reduced interruption, and interruption ruined clear thinking.</w:t>
      </w:r>
    </w:p>
    <w:p>
      <w:pPr/>
      <w:r>
        <w:t>The chamber he had chosen had once belonged to some lesser Blackthorne officer or aide, back when the castle still pretended to be governed by rooms and titles rather than fear. Now it held little beyond a heavy table, one iron cabinet, two chairs, a washstand, and a narrow window cut into the outer wall. Functional. Contained. Private enough for what he wanted.</w:t>
      </w:r>
    </w:p>
    <w:p>
      <w:pPr/>
      <w:r>
        <w:t>The small sealed box sat open on the table before him.</w:t>
      </w:r>
    </w:p>
    <w:p>
      <w:pPr/>
      <w:r>
        <w:t>Its outer casing had already been cut free, wax cracked, cord peeled back and discarded in a neat line to one side. Holt disliked tearing into things when the structure of the thing itself might still prove useful. Boxes, notes, straps, seals—people who built secure systems often left their habits in every layer of them. He had learned more than once that what looked like mere packaging to impatient men was often the first page of the document they had not known they were reading.</w:t>
      </w:r>
    </w:p>
    <w:p>
      <w:pPr/>
      <w:r>
        <w:t>Inside the box lay a bundle of old papers wrapped in oilskin and bound with black thread.</w:t>
      </w:r>
    </w:p>
    <w:p>
      <w:pPr/>
      <w:r>
        <w:t>Kessler’s notes.</w:t>
      </w:r>
    </w:p>
    <w:p>
      <w:pPr/>
      <w:r>
        <w:t>Not the blueprint itself.</w:t>
        <w:br/>
        <w:t>Not the Black Vein page Clay, Pascal, Nova, and half the island had already begun circling like starving things around a fire.</w:t>
      </w:r>
    </w:p>
    <w:p>
      <w:pPr/>
      <w:r>
        <w:t>Something older.</w:t>
      </w:r>
    </w:p>
    <w:p>
      <w:pPr/>
      <w:r>
        <w:t>Something closer to origin.</w:t>
      </w:r>
    </w:p>
    <w:p>
      <w:pPr/>
      <w:r>
        <w:t>Holt unwrapped the bundle with measured care and laid the first pages flat beneath the morning light.</w:t>
      </w:r>
    </w:p>
    <w:p>
      <w:pPr/>
      <w:r>
        <w:t>1903.</w:t>
        <w:br/>
        <w:t>Hillcrest Research Facility.</w:t>
        <w:br/>
        <w:t>Chemical ratios.</w:t>
        <w:br/>
        <w:t>Trial observations.</w:t>
        <w:br/>
        <w:t>Reaction stability.</w:t>
        <w:br/>
        <w:t>Subject testing.</w:t>
        <w:br/>
        <w:t>Margin corrections written in a hand steady enough to imply belief and tired enough to suggest obsession.</w:t>
      </w:r>
    </w:p>
    <w:p>
      <w:pPr/>
      <w:r>
        <w:t>Kessler’s name appeared twice. Once in full. Once only as an initial embedded among procedural notations and revisions.</w:t>
      </w:r>
    </w:p>
    <w:p>
      <w:pPr/>
      <w:r>
        <w:t>The pages smelled faintly of mildew, old paper, chemical residue, and the dry mineral scent of long-buried places.</w:t>
      </w:r>
    </w:p>
    <w:p>
      <w:pPr/>
      <w:r>
        <w:t>Corin would have enjoyed this too much.</w:t>
      </w:r>
    </w:p>
    <w:p>
      <w:pPr/>
      <w:r>
        <w:t>That was partly why Holt had come alone.</w:t>
      </w:r>
    </w:p>
    <w:p>
      <w:pPr/>
      <w:r>
        <w:t>He turned another page.</w:t>
      </w:r>
    </w:p>
    <w:p>
      <w:pPr/>
      <w:r>
        <w:t>Then another.</w:t>
      </w:r>
    </w:p>
    <w:p>
      <w:pPr/>
      <w:r>
        <w:t>Research log references.</w:t>
        <w:br/>
        <w:t>Blood-response variance.</w:t>
        <w:br/>
        <w:t>Failure under divided line introduction.</w:t>
        <w:br/>
        <w:t>Stabilisation comments linked to living-agent preference.</w:t>
        <w:br/>
        <w:t>A column of measurements half-crossed out and recalculated in darker ink at the edge.</w:t>
      </w:r>
    </w:p>
    <w:p>
      <w:pPr/>
      <w:r>
        <w:t>Holt’s eyes narrowed.</w:t>
      </w:r>
    </w:p>
    <w:p>
      <w:pPr/>
      <w:r>
        <w:t>He lifted the page stack and checked the numbering at the lower corner.</w:t>
      </w:r>
    </w:p>
    <w:p>
      <w:pPr/>
      <w:r>
        <w:t>The sequence skipped.</w:t>
      </w:r>
    </w:p>
    <w:p>
      <w:pPr/>
      <w:r>
        <w:t>Not dramatically. Not enough for a rushed man to notice. But enough.</w:t>
      </w:r>
    </w:p>
    <w:p>
      <w:pPr/>
      <w:r>
        <w:t>He set the papers down again and went back through them one at a time.</w:t>
      </w:r>
    </w:p>
    <w:p>
      <w:pPr/>
      <w:r>
        <w:t>12.</w:t>
        <w:br/>
        <w:t>13.</w:t>
        <w:br/>
        <w:t>14.</w:t>
      </w:r>
    </w:p>
    <w:p>
      <w:pPr/>
      <w:r>
        <w:t>Then 16.</w:t>
      </w:r>
    </w:p>
    <w:p>
      <w:pPr/>
      <w:r>
        <w:t>Holt did not move for several seconds.</w:t>
      </w:r>
    </w:p>
    <w:p>
      <w:pPr/>
      <w:r>
        <w:t>He checked again.</w:t>
      </w:r>
    </w:p>
    <w:p>
      <w:pPr/>
      <w:r>
        <w:t>Same result.</w:t>
      </w:r>
    </w:p>
    <w:p>
      <w:pPr/>
      <w:r>
        <w:t>A missing page.</w:t>
      </w:r>
    </w:p>
    <w:p>
      <w:pPr/>
      <w:r>
        <w:t>Not torn out recently. Removed cleanly and deliberately long before the notes reached him. The inner thread showed slight strain where it had once held more. Whoever had taken it had done so carefully enough that the absence had been meant to hide inside continuity rather than announce itself through damage.</w:t>
      </w:r>
    </w:p>
    <w:p>
      <w:pPr/>
      <w:r>
        <w:t>That was worse.</w:t>
      </w:r>
    </w:p>
    <w:p>
      <w:pPr/>
      <w:r>
        <w:t>A missing page no one had known was missing.</w:t>
      </w:r>
    </w:p>
    <w:p>
      <w:pPr/>
      <w:r>
        <w:t>Not Clay.</w:t>
        <w:br/>
        <w:t>Not Pascal.</w:t>
        <w:br/>
        <w:t>Not Nova.</w:t>
        <w:br/>
        <w:t>Not even, from the look of the preserved set itself, Kessler’s later custodians who had boxed the notes and sent them forward through layers of hands and secrecy without realising the archive had already been opened.</w:t>
      </w:r>
    </w:p>
    <w:p>
      <w:pPr/>
      <w:r>
        <w:t>Holt ran his thumb once just above the gap without touching the paper directly.</w:t>
      </w:r>
    </w:p>
    <w:p>
      <w:pPr/>
      <w:r>
        <w:t>What had been there?</w:t>
      </w:r>
    </w:p>
    <w:p>
      <w:pPr/>
      <w:r>
        <w:t>Procedure?</w:t>
        <w:br/>
        <w:t>Ratios?</w:t>
        <w:br/>
        <w:t>An early binding note?</w:t>
        <w:br/>
        <w:t>Something about the bloodline?</w:t>
        <w:br/>
        <w:t>Something about Nova?</w:t>
      </w:r>
    </w:p>
    <w:p>
      <w:pPr/>
      <w:r>
        <w:t>Or something worse—the sort of page men removed only when they knew the rest of the record would still function as bait without it.</w:t>
      </w:r>
    </w:p>
    <w:p>
      <w:pPr/>
      <w:r>
        <w:t>A knock sounded at the door.</w:t>
      </w:r>
    </w:p>
    <w:p>
      <w:pPr/>
      <w:r>
        <w:t>Once.</w:t>
      </w:r>
    </w:p>
    <w:p>
      <w:pPr/>
      <w:r>
        <w:t>Then again, more carefully.</w:t>
      </w:r>
    </w:p>
    <w:p>
      <w:pPr/>
      <w:r>
        <w:t>Holt refolded the notes at once, wrapped them in the oilskin, returned them to the box, and sealed the lid before speaking.</w:t>
      </w:r>
    </w:p>
    <w:p>
      <w:pPr/>
      <w:r>
        <w:t>“Come in.”</w:t>
      </w:r>
    </w:p>
    <w:p>
      <w:pPr/>
      <w:r>
        <w:t>The door opened.</w:t>
      </w:r>
    </w:p>
    <w:p>
      <w:pPr/>
      <w:r>
        <w:t>One of the support Hunters stood there, still in partial field kit, posture formal enough to survive scrutiny and tired enough to suggest he had not chosen the timing of the interruption.</w:t>
      </w:r>
    </w:p>
    <w:p>
      <w:pPr/>
      <w:r>
        <w:t>“Sir,” he said. “Clay wants to speak with you.”</w:t>
      </w:r>
    </w:p>
    <w:p>
      <w:pPr/>
      <w:r>
        <w:t>Holt rested one hand on the sealed box.</w:t>
      </w:r>
    </w:p>
    <w:p>
      <w:pPr/>
      <w:r>
        <w:t>“About?”</w:t>
      </w:r>
    </w:p>
    <w:p>
      <w:pPr/>
      <w:r>
        <w:t>“He didn’t say.”</w:t>
      </w:r>
    </w:p>
    <w:p>
      <w:pPr/>
      <w:r>
        <w:t>Of course not.</w:t>
      </w:r>
    </w:p>
    <w:p>
      <w:pPr/>
      <w:r>
        <w:t>Holt gave the smallest nod. “Wait outside.”</w:t>
      </w:r>
    </w:p>
    <w:p>
      <w:pPr/>
      <w:r>
        <w:t>The man stepped back at once.</w:t>
      </w:r>
    </w:p>
    <w:p>
      <w:pPr/>
      <w:r>
        <w:t>When the door shut again, Holt looked once more at the box on the table.</w:t>
      </w:r>
    </w:p>
    <w:p>
      <w:pPr/>
      <w:r>
        <w:t>Missing page.</w:t>
      </w:r>
    </w:p>
    <w:p>
      <w:pPr/>
      <w:r>
        <w:t>The fact of it altered the shape of the whole Black Vein matter without yet explaining how. He disliked that intensely. Not uncertainty itself—uncertainty could be managed—but concealed uncertainty, the sort another mind had arranged in advance and then left behind like a trap that remained armed long after its maker was gone.</w:t>
      </w:r>
    </w:p>
    <w:p>
      <w:pPr/>
      <w:r>
        <w:t>He slid the box into the iron cabinet, locked it, pocketed the key, and only then crossed the room toward the door.</w:t>
      </w:r>
    </w:p>
    <w:p>
      <w:pPr/>
      <w:r>
        <w:t>By the time he stepped back into the corridor, his face had given away nothing.</w:t>
      </w:r>
    </w:p>
    <w:p>
      <w:pPr/>
      <w:r>
        <w:t>***</w:t>
      </w:r>
    </w:p>
    <w:p>
      <w:pPr/>
      <w:r>
        <w:t>Clay was standing by the bars when Holt returned to the lower yard.</w:t>
      </w:r>
    </w:p>
    <w:p>
      <w:pPr/>
      <w:r>
        <w:t>Not pressed against them.</w:t>
        <w:br/>
        <w:t>Not begging.</w:t>
        <w:br/>
        <w:t>Just upright in the covered recess as though posture alone might still salvage something of rank from the architecture of humiliation around him.</w:t>
      </w:r>
    </w:p>
    <w:p>
      <w:pPr/>
      <w:r>
        <w:t>Morning had brightened enough to expose the ugliness of the cage more clearly than night did. Iron bars bolted into old stone. A short-chain restraint still fixed at the wrist point inside. Straw gone damp in one corner from weather blown in sideways. The kind of arrangement built to hold something feared and then remind it each hour that fear no longer granted status.</w:t>
      </w:r>
    </w:p>
    <w:p>
      <w:pPr/>
      <w:r>
        <w:t>Holt stopped just beyond the bars.</w:t>
      </w:r>
    </w:p>
    <w:p>
      <w:pPr/>
      <w:r>
        <w:t>“You wanted something.”</w:t>
      </w:r>
    </w:p>
    <w:p>
      <w:pPr/>
      <w:r>
        <w:t>Clay studied him for a moment first.</w:t>
      </w:r>
    </w:p>
    <w:p>
      <w:pPr/>
      <w:r>
        <w:t>Not theatrically. Analytically.</w:t>
      </w:r>
    </w:p>
    <w:p>
      <w:pPr/>
      <w:r>
        <w:t>That, more than anything else, was why Holt kept him alive.</w:t>
      </w:r>
    </w:p>
    <w:p>
      <w:pPr/>
      <w:r>
        <w:t>Clay said, “I wanted honesty.”</w:t>
      </w:r>
    </w:p>
    <w:p>
      <w:pPr/>
      <w:r>
        <w:t>Holt’s mouth did not quite move. “That’s an expensive request from a man in a cage.”</w:t>
      </w:r>
    </w:p>
    <w:p>
      <w:pPr/>
      <w:r>
        <w:t>“Yes,” Clay replied. “Which means it’s time you stop pretending I’m too diminished to notice when I’m being handled.”</w:t>
      </w:r>
    </w:p>
    <w:p>
      <w:pPr/>
      <w:r>
        <w:t>One of the nearer Hunters shifted at that.</w:t>
      </w:r>
    </w:p>
    <w:p>
      <w:pPr/>
      <w:r>
        <w:t>Mira, standing several feet back near the arch with Blake and Dorian, said nothing.</w:t>
      </w:r>
    </w:p>
    <w:p>
      <w:pPr/>
      <w:r>
        <w:t>Neither did Holt.</w:t>
      </w:r>
    </w:p>
    <w:p>
      <w:pPr/>
      <w:r>
        <w:t>Clay continued.</w:t>
      </w:r>
    </w:p>
    <w:p>
      <w:pPr/>
      <w:r>
        <w:t>“Why are you actually here?”</w:t>
      </w:r>
    </w:p>
    <w:p>
      <w:pPr/>
      <w:r>
        <w:t>He let the question sit in the air between them long enough to make sure the other Hunters heard it too.</w:t>
      </w:r>
    </w:p>
    <w:p>
      <w:pPr/>
      <w:r>
        <w:t>“You didn’t drag me from the sea, chain me to a ship, haul beasts across the water, and bury armed men inside my castle because one woman with useful blood happened to survive on a nearby farm.” His gaze sharpened slightly. “What is your true purpose?”</w:t>
      </w:r>
    </w:p>
    <w:p>
      <w:pPr/>
      <w:r>
        <w:t>Blake gave a short humourless breath through his nose. “Still thinks he’s in charge of the room.”</w:t>
      </w:r>
    </w:p>
    <w:p>
      <w:pPr/>
      <w:r>
        <w:t>Clay ignored him.</w:t>
      </w:r>
    </w:p>
    <w:p>
      <w:pPr/>
      <w:r>
        <w:t>Holt looked at the cage, at the man inside it, at the morning around Blackthorne with its stone, damp air, ship-stink carried faintly up from below, and the fortress still not entirely convinced it belonged to the new order wearing it.</w:t>
      </w:r>
    </w:p>
    <w:p>
      <w:pPr/>
      <w:r>
        <w:t>Then he answered.</w:t>
      </w:r>
    </w:p>
    <w:p>
      <w:pPr/>
      <w:r>
        <w:t>“Like you, Clay,” he said, “we want the Black Vein Blueprint.”</w:t>
      </w:r>
    </w:p>
    <w:p>
      <w:pPr/>
      <w:r>
        <w:t>The words altered nothing visibly and everything structurally.</w:t>
      </w:r>
    </w:p>
    <w:p>
      <w:pPr/>
      <w:r>
        <w:t>Clay’s face did not change much. His attention did.</w:t>
      </w:r>
    </w:p>
    <w:p>
      <w:pPr/>
      <w:r>
        <w:t>Holt went on.</w:t>
      </w:r>
    </w:p>
    <w:p>
      <w:pPr/>
      <w:r>
        <w:t>“However, we now also want this Felix character.”</w:t>
      </w:r>
    </w:p>
    <w:p>
      <w:pPr/>
      <w:r>
        <w:t>Blake folded his arms harder. “That’s a generous way of describing him.”</w:t>
      </w:r>
    </w:p>
    <w:p>
      <w:pPr/>
      <w:r>
        <w:t>Holt did not glance back. “He has become disruptive.”</w:t>
      </w:r>
    </w:p>
    <w:p>
      <w:pPr/>
      <w:r>
        <w:t>Clay gave the faintest dry movement at one corner of his mouth. “Disruptive.”</w:t>
      </w:r>
    </w:p>
    <w:p>
      <w:pPr/>
      <w:r>
        <w:t>“A pain in the neck,” Blake said flatly.</w:t>
      </w:r>
    </w:p>
    <w:p>
      <w:pPr/>
      <w:r>
        <w:t>That, finally, drew the smallest breath of amusement out of Clay.</w:t>
      </w:r>
    </w:p>
    <w:p>
      <w:pPr/>
      <w:r>
        <w:t>Not because it was funny. Because it was inelegant, and inelegance always sounded worse when it was true.</w:t>
      </w:r>
    </w:p>
    <w:p>
      <w:pPr/>
      <w:r>
        <w:t>He looked back at Holt.</w:t>
      </w:r>
    </w:p>
    <w:p>
      <w:pPr/>
      <w:r>
        <w:t>“Then let me out.”</w:t>
      </w:r>
    </w:p>
    <w:p>
      <w:pPr/>
      <w:r>
        <w:t>The support Hunter nearest the arch shifted so abruptly that leather creaked.</w:t>
      </w:r>
    </w:p>
    <w:p>
      <w:pPr/>
      <w:r>
        <w:t>Blake swore under his breath.</w:t>
      </w:r>
    </w:p>
    <w:p>
      <w:pPr/>
      <w:r>
        <w:t>Mira did not move at all.</w:t>
      </w:r>
    </w:p>
    <w:p>
      <w:pPr/>
      <w:r>
        <w:t>Holt said nothing.</w:t>
      </w:r>
    </w:p>
    <w:p>
      <w:pPr/>
      <w:r>
        <w:t>Clay stepped closer to the bars.</w:t>
      </w:r>
    </w:p>
    <w:p>
      <w:pPr/>
      <w:r>
        <w:t>Not pleading. Never that.</w:t>
      </w:r>
    </w:p>
    <w:p>
      <w:pPr/>
      <w:r>
        <w:t>“You want the blueprint. You want Felix. I have first-hand knowledge of both.” He let his gaze move briefly across the men beyond Holt, taking their reactions as carefully as Holt took his. “You can keep me in a pen if it pleases your structure, but at some point even disciplined men should notice when they are wasting an asset.”</w:t>
      </w:r>
    </w:p>
    <w:p>
      <w:pPr/>
      <w:r>
        <w:t>Blake laughed once, openly this time. “You think we’re unlocking the cage because you suddenly feel useful?”</w:t>
      </w:r>
    </w:p>
    <w:p>
      <w:pPr/>
      <w:r>
        <w:t>Clay looked at him. “No. I think you’ll unlock it because sooner or later practicality wins arguments even when ego starts them.”</w:t>
      </w:r>
    </w:p>
    <w:p>
      <w:pPr/>
      <w:r>
        <w:t>That hit closer than Blake liked.</w:t>
      </w:r>
    </w:p>
    <w:p>
      <w:pPr/>
      <w:r>
        <w:t>One of the unnamed Hunters near the arch said, before good sense stopped him, “He might become useful.”</w:t>
      </w:r>
    </w:p>
    <w:p>
      <w:pPr/>
      <w:r>
        <w:t>The yard held still around that sentence.</w:t>
      </w:r>
    </w:p>
    <w:p>
      <w:pPr/>
      <w:r>
        <w:t>Blake turned his head sharply. “Might.”</w:t>
      </w:r>
    </w:p>
    <w:p>
      <w:pPr/>
      <w:r>
        <w:t>Dorian, until then silent, said, “He knows the blueprint chain better than we do.”</w:t>
      </w:r>
    </w:p>
    <w:p>
      <w:pPr/>
      <w:r>
        <w:t>That shifted the shape of the air again.</w:t>
      </w:r>
    </w:p>
    <w:p>
      <w:pPr/>
      <w:r>
        <w:t>Mira’s eyes moved from Holt to Clay and back. She hated the idea on instinct; Holt could see it. Not because she was afraid of Clay. Because she understood precisely how dangerous half-freed predators could be when they started mistaking access for leverage.</w:t>
      </w:r>
    </w:p>
    <w:p>
      <w:pPr/>
      <w:r>
        <w:t>Still, she said, “Contained use is still use.”</w:t>
      </w:r>
    </w:p>
    <w:p>
      <w:pPr/>
      <w:r>
        <w:t>Blake looked at her as if betrayal had begun speaking in his own accent.</w:t>
      </w:r>
    </w:p>
    <w:p>
      <w:pPr/>
      <w:r>
        <w:t>Holt ignored all of them for a second and watched Clay instead.</w:t>
      </w:r>
    </w:p>
    <w:p>
      <w:pPr/>
      <w:r>
        <w:t>The prisoner knew better than to push now. That was part of what made him difficult. He understood silence after proposition. Understood the importance of letting other people walk themselves into the door he had already opened for them.</w:t>
      </w:r>
    </w:p>
    <w:p>
      <w:pPr/>
      <w:r>
        <w:t>Useful.</w:t>
        <w:br/>
        <w:t>Dangerous.</w:t>
        <w:br/>
        <w:t>Offensive.</w:t>
        <w:br/>
        <w:t>Potentially necessary.</w:t>
      </w:r>
    </w:p>
    <w:p>
      <w:pPr/>
      <w:r>
        <w:t>Holt weighed the matter in the cold internal way he weighed all things that might later require killing.</w:t>
      </w:r>
    </w:p>
    <w:p>
      <w:pPr/>
      <w:r>
        <w:t>“Open it,” he said.</w:t>
      </w:r>
    </w:p>
    <w:p>
      <w:pPr/>
      <w:r>
        <w:t>For one full second nobody moved.</w:t>
      </w:r>
    </w:p>
    <w:p>
      <w:pPr/>
      <w:r>
        <w:t>Then the support Hunter nearest the cage looked at Blake, then at Mira, then at Holt again.</w:t>
      </w:r>
    </w:p>
    <w:p>
      <w:pPr/>
      <w:r>
        <w:t>“Sir?”</w:t>
      </w:r>
    </w:p>
    <w:p>
      <w:pPr/>
      <w:r>
        <w:t>Holt did not raise his voice.</w:t>
      </w:r>
    </w:p>
    <w:p>
      <w:pPr/>
      <w:r>
        <w:t>“Open the cage.”</w:t>
      </w:r>
    </w:p>
    <w:p>
      <w:pPr/>
      <w:r>
        <w:t>This time the keys came out.</w:t>
      </w:r>
    </w:p>
    <w:p>
      <w:pPr/>
      <w:r>
        <w:t>Blake stepped forward immediately, disgust written all over him now. “This is a mistake.”</w:t>
      </w:r>
    </w:p>
    <w:p>
      <w:pPr/>
      <w:r>
        <w:t>“Probably,” Holt said.</w:t>
      </w:r>
    </w:p>
    <w:p>
      <w:pPr/>
      <w:r>
        <w:t>“That is not reassuring.”</w:t>
      </w:r>
    </w:p>
    <w:p>
      <w:pPr/>
      <w:r>
        <w:t>“It isn’t meant to be.”</w:t>
      </w:r>
    </w:p>
    <w:p>
      <w:pPr/>
      <w:r>
        <w:t>The support Hunter unlocked the outer bar with visible reluctance. Iron shifted. The door gave back a small ugly scrape as it opened inward by inches.</w:t>
      </w:r>
    </w:p>
    <w:p>
      <w:pPr/>
      <w:r>
        <w:t>Clay did not step through immediately.</w:t>
      </w:r>
    </w:p>
    <w:p>
      <w:pPr/>
      <w:r>
        <w:t>That, too, was deliberate.</w:t>
      </w:r>
    </w:p>
    <w:p>
      <w:pPr/>
      <w:r>
        <w:t>He stood at the threshold of the opened cage and looked once at Holt, once at the men gathered around, once at the yard of Blackthorne beyond them all.</w:t>
      </w:r>
    </w:p>
    <w:p>
      <w:pPr/>
      <w:r>
        <w:t>The gesture was quiet. It still felt like theatre.</w:t>
      </w:r>
    </w:p>
    <w:p>
      <w:pPr/>
      <w:r>
        <w:t>Not because Clay needed spectacle.</w:t>
      </w:r>
    </w:p>
    <w:p>
      <w:pPr/>
      <w:r>
        <w:t>Because any man caged long enough understood the value of making the first step out look like choice rather than permission.</w:t>
      </w:r>
    </w:p>
    <w:p>
      <w:pPr/>
      <w:r>
        <w:t>Then he stepped forward.</w:t>
      </w:r>
    </w:p>
    <w:p>
      <w:pPr/>
      <w:r>
        <w:t>Free was too generous a word for it. The Hunters had not handed him his castle back, nor his people, nor his command, nor any guarantee that the next disagreement would not end with a bullet. But open iron still altered the ground under a man’s feet, and everyone present knew it.</w:t>
      </w:r>
    </w:p>
    <w:p>
      <w:pPr/>
      <w:r>
        <w:t>The short restraint chain still hung loose from one wrist ring.</w:t>
      </w:r>
    </w:p>
    <w:p>
      <w:pPr/>
      <w:r>
        <w:t>The support Hunter moved to remove it.</w:t>
      </w:r>
    </w:p>
    <w:p>
      <w:pPr/>
      <w:r>
        <w:t>Clay looked at him.</w:t>
      </w:r>
    </w:p>
    <w:p>
      <w:pPr/>
      <w:r>
        <w:t>The man hesitated.</w:t>
      </w:r>
    </w:p>
    <w:p>
      <w:pPr/>
      <w:r>
        <w:t>Then, wisely, finished the job quickly.</w:t>
      </w:r>
    </w:p>
    <w:p>
      <w:pPr/>
      <w:r>
        <w:t>When the iron fell away, Clay rolled his hand once as though reacquainting the bones with motion they had not been allowed to trust properly.</w:t>
      </w:r>
    </w:p>
    <w:p>
      <w:pPr/>
      <w:r>
        <w:t>Blake watched all of this with open dislike.</w:t>
      </w:r>
    </w:p>
    <w:p>
      <w:pPr/>
      <w:r>
        <w:t>“If he runs,” he said, “I’m shooting him.”</w:t>
      </w:r>
    </w:p>
    <w:p>
      <w:pPr/>
      <w:r>
        <w:t>Clay’s gaze shifted to him without hurry. “That will at least save us from hearing you think.”</w:t>
      </w:r>
    </w:p>
    <w:p>
      <w:pPr/>
      <w:r>
        <w:t>Blake took a step.</w:t>
      </w:r>
    </w:p>
    <w:p>
      <w:pPr/>
      <w:r>
        <w:t>Mira moved first this time, one hand out, not touching him, just enough to turn motion back into decision before it became stupidity.</w:t>
      </w:r>
    </w:p>
    <w:p>
      <w:pPr/>
      <w:r>
        <w:t>“Not now.”</w:t>
      </w:r>
    </w:p>
    <w:p>
      <w:pPr/>
      <w:r>
        <w:t>Blake looked at her, then at Holt, then at Clay, and very clearly stored the insult for later.</w:t>
      </w:r>
    </w:p>
    <w:p>
      <w:pPr/>
      <w:r>
        <w:t>Good, Holt thought. Better anger than carelessness.</w:t>
      </w:r>
    </w:p>
    <w:p>
      <w:pPr/>
      <w:r>
        <w:t>He looked at Clay.</w:t>
      </w:r>
    </w:p>
    <w:p>
      <w:pPr/>
      <w:r>
        <w:t>“This changes nothing except your radius.”</w:t>
      </w:r>
    </w:p>
    <w:p>
      <w:pPr/>
      <w:r>
        <w:t>Clay let that sit and answered, “That remains to be seen.”</w:t>
      </w:r>
    </w:p>
    <w:p>
      <w:pPr/>
      <w:r>
        <w:t>Holt turned away first.</w:t>
      </w:r>
    </w:p>
    <w:p>
      <w:pPr/>
      <w:r>
        <w:t>“Bring him inside,” he said. “He speaks, he speaks to purpose. The first time he mistakes loosened conditions for freedom, put him back in the cage. The second time, don’t.”</w:t>
      </w:r>
    </w:p>
    <w:p>
      <w:pPr/>
      <w:r>
        <w:t>No one misunderstood that.</w:t>
      </w:r>
    </w:p>
    <w:p>
      <w:pPr/>
      <w:r>
        <w:t>Clay, to his credit, did not pretend the terms offended him. They did. But he was too intelligent to waste the moment by displaying it.</w:t>
      </w:r>
    </w:p>
    <w:p>
      <w:pPr/>
      <w:r>
        <w:t>As the Hunters closed around him—not escort exactly, not fellowship, something in between and uglier than both—Clay glanced once back at the open cage under the west recess.</w:t>
      </w:r>
    </w:p>
    <w:p>
      <w:pPr/>
      <w:r>
        <w:t>Caged like an animal.</w:t>
      </w:r>
    </w:p>
    <w:p>
      <w:pPr/>
      <w:r>
        <w:t>And now, finally, translated into something else.</w:t>
      </w:r>
    </w:p>
    <w:p>
      <w:pPr/>
      <w:r>
        <w:t>Not trusted.</w:t>
        <w:br/>
        <w:t>Not free.</w:t>
        <w:br/>
        <w:t>But moving.</w:t>
      </w:r>
    </w:p>
    <w:p>
      <w:pPr/>
      <w:r>
        <w:t>For the moment, that was enough.</w:t>
      </w:r>
    </w:p>
    <w:p>
      <w:pPr/>
      <w:r>
        <w:t>He walked with Holt toward the inner passage as Blackthorne watched them both and decided, too late to matter, that the day had just become more dangerous than the night had been.</w:t>
      </w:r>
    </w:p>
    <w:p>
      <w:r>
        <w:br w:type="page"/>
      </w:r>
    </w:p>
    <w:p>
      <w:pPr>
        <w:pStyle w:val="Heading1"/>
      </w:pPr>
      <w:r>
        <w:t>Chapter Fourteen: A Spot on the Map</w:t>
      </w:r>
    </w:p>
    <w:p>
      <w:pPr/>
      <w:r>
        <w:t>By midday the farmhouse had settled into the sort of uneasy quiet that only came after a bad night had failed to become a worse one.</w:t>
      </w:r>
    </w:p>
    <w:p>
      <w:pPr/>
      <w:r>
        <w:t>Damian stood at the kitchen table with Sares’s crossbow in both hands and the string half-loosened, studying it with the cold patience he reserved for broken things and people who had disappointed him. The weapon lay across a folded cloth to keep oil and grit off the wood. Beside it sat the two remaining bolts, the damaged string, and a small screwdriver Phoenix had found in the drawer by the sink.</w:t>
      </w:r>
    </w:p>
    <w:p>
      <w:pPr/>
      <w:r>
        <w:t>Sares watched from the other side of the table with her arms folded tightly across herself, trying not to look as though the crossbow had offended her personally.</w:t>
      </w:r>
    </w:p>
    <w:p>
      <w:pPr/>
      <w:r>
        <w:t>It had.</w:t>
      </w:r>
    </w:p>
    <w:p>
      <w:pPr/>
      <w:r>
        <w:t>“It looks fine,” she muttered.</w:t>
      </w:r>
    </w:p>
    <w:p>
      <w:pPr/>
      <w:r>
        <w:t>Damian did not look up. “That’s why people die with broken equipment in their hands.”</w:t>
      </w:r>
    </w:p>
    <w:p>
      <w:pPr/>
      <w:r>
        <w:t>“That feels dramatic.”</w:t>
      </w:r>
    </w:p>
    <w:p>
      <w:pPr/>
      <w:r>
        <w:t>“No,” Phoenix said from the window. “That feels like Damian.”</w:t>
      </w:r>
    </w:p>
    <w:p>
      <w:pPr/>
      <w:r>
        <w:t>Sares shot him a look. Phoenix raised his mug slightly and stayed where he was.</w:t>
      </w:r>
    </w:p>
    <w:p>
      <w:pPr/>
      <w:r>
        <w:t>Damian eased the string free the rest of the way and set it down. “The seating’s wrong. Not far wrong. Worse than far wrong, actually. Far wrong gets noticed.”</w:t>
      </w:r>
    </w:p>
    <w:p>
      <w:pPr/>
      <w:r>
        <w:t>Sares leaned forward. “So it is broken.”</w:t>
      </w:r>
    </w:p>
    <w:p>
      <w:pPr/>
      <w:r>
        <w:t>“It’s mis-set,” Damian said. “Broken would be cleaner.”</w:t>
      </w:r>
    </w:p>
    <w:p>
      <w:pPr/>
      <w:r>
        <w:t>She made a face at that.</w:t>
      </w:r>
    </w:p>
    <w:p>
      <w:pPr/>
      <w:r>
        <w:t>Jesse came in from the hall with Buster behind her, the dog moving more heavily than usual after the night’s excitement, but still unwilling to let Sares out of his sight for long. Jesse looked at the cloth, the crossbow, the bolts, then at Damian.</w:t>
      </w:r>
    </w:p>
    <w:p>
      <w:pPr/>
      <w:r>
        <w:t>“You can fix it?”</w:t>
      </w:r>
    </w:p>
    <w:p>
      <w:pPr/>
      <w:r>
        <w:t>Damian turned the front limb slightly toward the light from the window and narrowed his eyes. “I can fix the string. I want Elias to look at the assembly.”</w:t>
      </w:r>
    </w:p>
    <w:p>
      <w:pPr/>
      <w:r>
        <w:t>Sares straightened at once. “I’m coming.”</w:t>
      </w:r>
    </w:p>
    <w:p>
      <w:pPr/>
      <w:r>
        <w:t>“No.”</w:t>
      </w:r>
    </w:p>
    <w:p>
      <w:pPr/>
      <w:r>
        <w:t>“Yes.”</w:t>
      </w:r>
    </w:p>
    <w:p>
      <w:pPr/>
      <w:r>
        <w:t>Damian set the weapon down carefully and looked at her with the expression he usually reserved for people saying foolish things in complete confidence. “You’ve had four hours of sleep and nearly got torn apart by engineered monsters in a graveyard.”</w:t>
      </w:r>
    </w:p>
    <w:p>
      <w:pPr/>
      <w:r>
        <w:t>“Which is exactly why I’m coming.”</w:t>
      </w:r>
    </w:p>
    <w:p>
      <w:pPr/>
      <w:r>
        <w:t>“That logic needs work.”</w:t>
      </w:r>
    </w:p>
    <w:p>
      <w:pPr/>
      <w:r>
        <w:t>Sares planted both hands on the table. “It’s my crossbow.”</w:t>
      </w:r>
    </w:p>
    <w:p>
      <w:pPr/>
      <w:r>
        <w:t>Phoenix hid a smile badly. Jesse saw it and ignored him.</w:t>
      </w:r>
    </w:p>
    <w:p>
      <w:pPr/>
      <w:r>
        <w:t>Damian looked at Sares for a second longer, then gave a short breath through his nose that meant he had lost the argument without liking the process.</w:t>
      </w:r>
    </w:p>
    <w:p>
      <w:pPr/>
      <w:r>
        <w:t>“Fine,” he said. “You come with me, you keep your eyes open, and you don’t interrupt when somebody is speaking about a weapon.”</w:t>
      </w:r>
    </w:p>
    <w:p>
      <w:pPr/>
      <w:r>
        <w:t>“That sounds insultingly specific.”</w:t>
      </w:r>
    </w:p>
    <w:p>
      <w:pPr/>
      <w:r>
        <w:t>“It was meant to be.”</w:t>
      </w:r>
    </w:p>
    <w:p>
      <w:pPr/>
      <w:r>
        <w:t>Sares looked pleased anyway.</w:t>
      </w:r>
    </w:p>
    <w:p>
      <w:pPr/>
      <w:r>
        <w:t>Jesse, who knew both of them well enough now to understand that this counted as an agreement, shifted her weight and said, “While you’re there, don’t mention the graveyard.”</w:t>
      </w:r>
    </w:p>
    <w:p>
      <w:pPr/>
      <w:r>
        <w:t>Damian glanced at her. “I wasn’t planning to.”</w:t>
      </w:r>
    </w:p>
    <w:p>
      <w:pPr/>
      <w:r>
        <w:t>“Good.”</w:t>
      </w:r>
    </w:p>
    <w:p>
      <w:pPr/>
      <w:r>
        <w:t>There was more in the word than caution. Jesse had not stopped thinking about the burial patch near the Wolf’s grave since morning. The smell. The rotten grass. The way Sares had described the ground as wrong. The thought sat under everything else she did now like a splinter not yet worth pulling out in front of the others.</w:t>
      </w:r>
    </w:p>
    <w:p>
      <w:pPr/>
      <w:r>
        <w:t>She looked at Sares. “Take a proper coat.”</w:t>
      </w:r>
    </w:p>
    <w:p>
      <w:pPr/>
      <w:r>
        <w:t>“I’m not five.”</w:t>
      </w:r>
    </w:p>
    <w:p>
      <w:pPr/>
      <w:r>
        <w:t>“No,” Jesse said. “You’re worse. You’re convinced being cold is a personality.”</w:t>
      </w:r>
    </w:p>
    <w:p>
      <w:pPr/>
      <w:r>
        <w:t>Phoenix did laugh at that. Sares glared at him, then went upstairs anyway.</w:t>
      </w:r>
    </w:p>
    <w:p>
      <w:pPr/>
      <w:r>
        <w:t>Buster watched her go, then looked back at Jesse with the solemn expression of a dog convinced the house should be run with more consultation.</w:t>
      </w:r>
    </w:p>
    <w:p>
      <w:pPr/>
      <w:r>
        <w:t>Jesse crouched briefly and scratched behind one ear. “You’re not going with them.”</w:t>
      </w:r>
    </w:p>
    <w:p>
      <w:pPr/>
      <w:r>
        <w:t>Buster thumped his tail once against the floor and looked unconvinced.</w:t>
      </w:r>
    </w:p>
    <w:p>
      <w:pPr/>
      <w:r>
        <w:t>***</w:t>
      </w:r>
    </w:p>
    <w:p>
      <w:pPr/>
      <w:r>
        <w:t>The road into the market town lay damp under a sky that could not decide what kind of weather it wanted to become. Damian drove. Sares sat beside him with the crossbow case across her lap and enough irritation still clinging to her to be visible from the side.</w:t>
      </w:r>
    </w:p>
    <w:p>
      <w:pPr/>
      <w:r>
        <w:t>“You know,” she said after a while, “if you’re going to make this into a lecture, you should just start now.”</w:t>
      </w:r>
    </w:p>
    <w:p>
      <w:pPr/>
      <w:r>
        <w:t>Damian kept his eyes on the road. “I don’t need to lecture. The crossbow already did.”</w:t>
      </w:r>
    </w:p>
    <w:p>
      <w:pPr/>
      <w:r>
        <w:t>“That is not funny.”</w:t>
      </w:r>
    </w:p>
    <w:p>
      <w:pPr/>
      <w:r>
        <w:t>“No,” he said. “It’s accurate.”</w:t>
      </w:r>
    </w:p>
    <w:p>
      <w:pPr/>
      <w:r>
        <w:t>She folded her arms around the case. “You say that like I broke it.”</w:t>
      </w:r>
    </w:p>
    <w:p>
      <w:pPr/>
      <w:r>
        <w:t>“You didn’t break it. You trusted it too early.”</w:t>
      </w:r>
    </w:p>
    <w:p>
      <w:pPr/>
      <w:r>
        <w:t>“That sounds like exactly the same lecture, just wearing a different coat.”</w:t>
      </w:r>
    </w:p>
    <w:p>
      <w:pPr/>
      <w:r>
        <w:t>He let that pass. The road narrowed near the lower lane and then widened again where the town began to show itself in pieces—shops, narrow stone fronts, hanging signs, a butcher’s window half-dressed for the afternoon, two boys kicking a ball badly in an alley until an older woman shouted at them to take it elsewhere.</w:t>
      </w:r>
    </w:p>
    <w:p>
      <w:pPr/>
      <w:r>
        <w:t>Elias’s shop sat where it always did, narrow and easy to miss unless you already knew it was there. From the street it looked like the sort of place that repaired clocks, knives, and old metal things people had not yet admitted were heirlooms. The window showed little beyond brasswork, hinges, oil tins, and the vague suggestion of things hanging in ordered rows.</w:t>
      </w:r>
    </w:p>
    <w:p>
      <w:pPr/>
      <w:r>
        <w:t>Damian parked out front and killed the engine.</w:t>
      </w:r>
    </w:p>
    <w:p>
      <w:pPr/>
      <w:r>
        <w:t>Sares got out with the case before he could tell her not to.</w:t>
      </w:r>
    </w:p>
    <w:p>
      <w:pPr/>
      <w:r>
        <w:t>Inside, the shop smelled of iron filings, wood dust, oil, and old varnish. Light came down in thin strips through the front glass and did not reach properly into the back, where benches, racks, and shelves held the shape of a man who had spent years putting function above comfort and order above conversation.</w:t>
      </w:r>
    </w:p>
    <w:p>
      <w:pPr/>
      <w:r>
        <w:t>Elias stood at the rear workbench with his spectacles low on his nose and some small brass mechanism taken apart in front of him. He looked up when the bell above the door gave its small tired ring.</w:t>
      </w:r>
    </w:p>
    <w:p>
      <w:pPr/>
      <w:r>
        <w:t>His eyes found Damian first.</w:t>
      </w:r>
    </w:p>
    <w:p>
      <w:pPr/>
      <w:r>
        <w:t>Then the case in Sares’s hands.</w:t>
      </w:r>
    </w:p>
    <w:p>
      <w:pPr/>
      <w:r>
        <w:t>Then Sares herself.</w:t>
      </w:r>
    </w:p>
    <w:p>
      <w:pPr/>
      <w:r>
        <w:t>Only for a moment. Brief enough that anyone less wary than Damian might have let it pass. The look was not obvious. Not hunger. Not recognition in the simple sense. More a sharpened pause, as though something in his head had lined up a fraction more neatly than before.</w:t>
      </w:r>
    </w:p>
    <w:p>
      <w:pPr/>
      <w:r>
        <w:t>Then it was gone.</w:t>
      </w:r>
    </w:p>
    <w:p>
      <w:pPr/>
      <w:r>
        <w:t>“Back again,” Elias said.</w:t>
      </w:r>
    </w:p>
    <w:p>
      <w:pPr/>
      <w:r>
        <w:t>Damian walked in without warmth. “That usually happens when things don’t work.”</w:t>
      </w:r>
    </w:p>
    <w:p>
      <w:pPr/>
      <w:r>
        <w:t>Elias took off the spectacles slowly. “That sounds like an accusation.”</w:t>
      </w:r>
    </w:p>
    <w:p>
      <w:pPr/>
      <w:r>
        <w:t>“It’s an opening.”</w:t>
      </w:r>
    </w:p>
    <w:p>
      <w:pPr/>
      <w:r>
        <w:t>Sares set the case on the nearest clear section of the bench. “The string threw sideways.”</w:t>
      </w:r>
    </w:p>
    <w:p>
      <w:pPr/>
      <w:r>
        <w:t>Elias looked at her properly then, not at her face so much as the tension in her posture, the coat held half-zipped, the slight stiffness still in the way she moved. His expression did not change enough to be called concern, but something measured there.</w:t>
      </w:r>
    </w:p>
    <w:p>
      <w:pPr/>
      <w:r>
        <w:t>“Did it now.”</w:t>
      </w:r>
    </w:p>
    <w:p>
      <w:pPr/>
      <w:r>
        <w:t>Damian opened the case himself. “Under live use.”</w:t>
      </w:r>
    </w:p>
    <w:p>
      <w:pPr/>
      <w:r>
        <w:t>That landed harder.</w:t>
      </w:r>
    </w:p>
    <w:p>
      <w:pPr/>
      <w:r>
        <w:t>Elias lifted the crossbow and turned it in his hands. No panic. No protest. Just the kind of calm that belonged to someone who trusted tools enough not to insult them by rushing.</w:t>
      </w:r>
    </w:p>
    <w:p>
      <w:pPr/>
      <w:r>
        <w:t>He checked the front limb. Ran one thumb along the groove. Looked at the string line. Then gave the smallest sound of irritation.</w:t>
      </w:r>
    </w:p>
    <w:p>
      <w:pPr/>
      <w:r>
        <w:t>“Seating’s off.”</w:t>
      </w:r>
    </w:p>
    <w:p>
      <w:pPr/>
      <w:r>
        <w:t>Sares looked from him to Damian. “That’s what he said.”</w:t>
      </w:r>
    </w:p>
    <w:p>
      <w:pPr/>
      <w:r>
        <w:t>Damian did not react.</w:t>
      </w:r>
    </w:p>
    <w:p>
      <w:pPr/>
      <w:r>
        <w:t>Elias glanced at the damaged string, then at Sares again. This time the look lasted only half a breath. Still too brief to accuse. Still long enough to feel like it had touched something private before he put it away.</w:t>
      </w:r>
    </w:p>
    <w:p>
      <w:pPr/>
      <w:r>
        <w:t>“Did someone restring this after I fitted it?”</w:t>
      </w:r>
    </w:p>
    <w:p>
      <w:pPr/>
      <w:r>
        <w:t>“No,” Sares said.</w:t>
      </w:r>
    </w:p>
    <w:p>
      <w:pPr/>
      <w:r>
        <w:t>Elias nodded once, still studying the weapon. “Then it shifted badly or was handled badly. Either way, I’ll fix it.”</w:t>
      </w:r>
    </w:p>
    <w:p>
      <w:pPr/>
      <w:r>
        <w:t>Damian’s voice stayed level. “Check the whole assembly.”</w:t>
      </w:r>
    </w:p>
    <w:p>
      <w:pPr/>
      <w:r>
        <w:t>Elias’s eyes rose to his. “You think I won’t?”</w:t>
      </w:r>
    </w:p>
    <w:p>
      <w:pPr/>
      <w:r>
        <w:t>“I think I’d like to hear you say it.”</w:t>
      </w:r>
    </w:p>
    <w:p>
      <w:pPr/>
      <w:r>
        <w:t>For a moment the shop held itself between them.</w:t>
      </w:r>
    </w:p>
    <w:p>
      <w:pPr/>
      <w:r>
        <w:t>Then Elias laid the crossbow on the bench and said, “I’ll check the whole assembly.”</w:t>
      </w:r>
    </w:p>
    <w:p>
      <w:pPr/>
      <w:r>
        <w:t>Sares looked around while he worked. The place had too many things hanging in it to feel truly still. Knives in stages of repair. Springs. Clock faces. Small tools laid out like instruments. A length of chain. Boxes labeled in an old hand. Nothing in the room looked decorative. Everything looked as if it had once mattered to somebody and been brought here because that mattered had not fully stopped.</w:t>
      </w:r>
    </w:p>
    <w:p>
      <w:pPr/>
      <w:r>
        <w:t>Elias unstrung the bow fully, replaced the damaged section, made a small adjustment to the limb seating, and then paused over the trigger housing long enough for Damian to notice.</w:t>
      </w:r>
    </w:p>
    <w:p>
      <w:pPr/>
      <w:r>
        <w:t>“What?”</w:t>
      </w:r>
    </w:p>
    <w:p>
      <w:pPr/>
      <w:r>
        <w:t>“Nothing,” Elias said.</w:t>
      </w:r>
    </w:p>
    <w:p>
      <w:pPr/>
      <w:r>
        <w:t>Damian’s expression suggested that word had already worn out its usefulness for the day.</w:t>
      </w:r>
    </w:p>
    <w:p>
      <w:pPr/>
      <w:r>
        <w:t>Elias adjusted something minute inside the housing with a narrow tool and shut it again. “There. Take it out back when I’m done and put one shot through the spare board.”</w:t>
      </w:r>
    </w:p>
    <w:p>
      <w:pPr/>
      <w:r>
        <w:t>Sares, still restless, looked toward the rear shelves. “Do you have any more bolts?”</w:t>
      </w:r>
    </w:p>
    <w:p>
      <w:pPr/>
      <w:r>
        <w:t>“Not finished ones.”</w:t>
      </w:r>
    </w:p>
    <w:p>
      <w:pPr/>
      <w:r>
        <w:t>She made a face.</w:t>
      </w:r>
    </w:p>
    <w:p>
      <w:pPr/>
      <w:r>
        <w:t>Elias almost smiled at that, though whatever thought had crossed his face earlier when he looked at her did not return openly. He handed the weapon back to Damian instead of to her.</w:t>
      </w:r>
    </w:p>
    <w:p>
      <w:pPr/>
      <w:r>
        <w:t>“Don’t rush the string,” he said. “This one needs settling before hard use.”</w:t>
      </w:r>
    </w:p>
    <w:p>
      <w:pPr/>
      <w:r>
        <w:t>“That sounds like a warning,” Sares said.</w:t>
      </w:r>
    </w:p>
    <w:p>
      <w:pPr/>
      <w:r>
        <w:t>“It sounds like advice.”</w:t>
      </w:r>
    </w:p>
    <w:p>
      <w:pPr/>
      <w:r>
        <w:t>Damian took the crossbow and checked the seating himself. Satisfied enough not to keep standing there, he nodded once.</w:t>
      </w:r>
    </w:p>
    <w:p>
      <w:pPr/>
      <w:r>
        <w:t>“We’ll test it.”</w:t>
      </w:r>
    </w:p>
    <w:p>
      <w:pPr/>
      <w:r>
        <w:t>At the door, Sares looked back for no reason she could have explained. Elias was already bent over the bench again, but not the brass mechanism he had been repairing before. His hands rested a second too long on the empty place where the crossbow case had been, as if thinking.</w:t>
      </w:r>
    </w:p>
    <w:p>
      <w:pPr/>
      <w:r>
        <w:t>Then the moment passed.</w:t>
      </w:r>
    </w:p>
    <w:p>
      <w:pPr/>
      <w:r>
        <w:t>She went out after Damian.</w:t>
      </w:r>
    </w:p>
    <w:p>
      <w:pPr/>
      <w:r>
        <w:t>The bell rang behind them.</w:t>
      </w:r>
    </w:p>
    <w:p>
      <w:pPr/>
      <w:r>
        <w:t>***</w:t>
      </w:r>
    </w:p>
    <w:p>
      <w:pPr/>
      <w:r>
        <w:t>At the farmhouse, Jesse stood in Sares’s room with one hand on the bedpost and the other resting against the edge of the small table where the slingshot, the bolt tin, and the scattered remains of normal life sat in uneasy compromise.</w:t>
      </w:r>
    </w:p>
    <w:p>
      <w:pPr/>
      <w:r>
        <w:t>She had not come in here to snoop. That was what she told herself.</w:t>
      </w:r>
    </w:p>
    <w:p>
      <w:pPr/>
      <w:r>
        <w:t>She had come because the room was still carrying the shape of something unresolved.</w:t>
      </w:r>
    </w:p>
    <w:p>
      <w:pPr/>
      <w:r>
        <w:t>The blanket had been thrown back in a hurry. Boots near the wall. Jacket missing. The slingshot set aside but not abandoned. Tin of bolts lighter than it should have been. And the necklace still gone.</w:t>
      </w:r>
    </w:p>
    <w:p>
      <w:pPr/>
      <w:r>
        <w:t>Jesse opened the drawer by the bed and found nothing useful except old receipts, a snapped elastic band, and the sort of clutter that belonged to someone young enough to live forward more than backward.</w:t>
      </w:r>
    </w:p>
    <w:p>
      <w:pPr/>
      <w:r>
        <w:t>She checked the floorboards near the wall.</w:t>
      </w:r>
    </w:p>
    <w:p>
      <w:pPr/>
      <w:r>
        <w:t>The sill.</w:t>
      </w:r>
    </w:p>
    <w:p>
      <w:pPr/>
      <w:r>
        <w:t>Under the bed.</w:t>
      </w:r>
    </w:p>
    <w:p>
      <w:pPr/>
      <w:r>
        <w:t>Nothing.</w:t>
      </w:r>
    </w:p>
    <w:p>
      <w:pPr/>
      <w:r>
        <w:t>No dropped chain. No clue worth the word. No simple explanation for how the necklace had vanished except the one she already knew and did not like.</w:t>
      </w:r>
    </w:p>
    <w:p>
      <w:pPr/>
      <w:r>
        <w:t>Downstairs, a door clicked softly.</w:t>
      </w:r>
    </w:p>
    <w:p>
      <w:pPr/>
      <w:r>
        <w:t>Jesse straightened and listened.</w:t>
      </w:r>
    </w:p>
    <w:p>
      <w:pPr/>
      <w:r>
        <w:t>Not danger. Only movement.</w:t>
      </w:r>
    </w:p>
    <w:p>
      <w:pPr/>
      <w:r>
        <w:t>She came back down a minute later to find Leah by the back window, Hawk absent from the frame where he had perched so easily before the warehouse. That absence had weight. Leah carried it badly, which meant she carried it quietly.</w:t>
      </w:r>
    </w:p>
    <w:p>
      <w:pPr/>
      <w:r>
        <w:t>Phoenix stood nearby with one hand braced against the doorframe and the patient posture of a man who understood that grief sometimes needed witness before it could be spoken.</w:t>
      </w:r>
    </w:p>
    <w:p>
      <w:pPr/>
      <w:r>
        <w:t>“He’ll come back,” he said.</w:t>
      </w:r>
    </w:p>
    <w:p>
      <w:pPr/>
      <w:r>
        <w:t>Leah looked out at the yard. “That sounds suspiciously like optimism.”</w:t>
      </w:r>
    </w:p>
    <w:p>
      <w:pPr/>
      <w:r>
        <w:t>“It’s not. Birds like being difficult.”</w:t>
      </w:r>
    </w:p>
    <w:p>
      <w:pPr/>
      <w:r>
        <w:t>“That sounds more believable.”</w:t>
      </w:r>
    </w:p>
    <w:p>
      <w:pPr/>
      <w:r>
        <w:t>He let the answer settle. “He flew because the warehouse spooked him.”</w:t>
      </w:r>
    </w:p>
    <w:p>
      <w:pPr/>
      <w:r>
        <w:t>Leah’s jaw shifted once. “Or because I made him go somewhere he shouldn’t have been.”</w:t>
      </w:r>
    </w:p>
    <w:p>
      <w:pPr/>
      <w:r>
        <w:t>Phoenix looked at her. “That sounds like guilt trying to dress itself up as logic.”</w:t>
      </w:r>
    </w:p>
    <w:p>
      <w:pPr/>
      <w:r>
        <w:t>This time she did almost smile, but not enough to count. “You’re very irritating when you’re right.”</w:t>
      </w:r>
    </w:p>
    <w:p>
      <w:pPr/>
      <w:r>
        <w:t>“I save it for special occasions.”</w:t>
      </w:r>
    </w:p>
    <w:p>
      <w:pPr/>
      <w:r>
        <w:t>Leah folded her arms. “He always comes back.”</w:t>
      </w:r>
    </w:p>
    <w:p>
      <w:pPr/>
      <w:r>
        <w:t>“That sounds like the important part.”</w:t>
      </w:r>
    </w:p>
    <w:p>
      <w:pPr/>
      <w:r>
        <w:t>She turned from the window then, not calmer exactly, but less alone inside it. “You didn’t grow up with him. You don’t know that.”</w:t>
      </w:r>
    </w:p>
    <w:p>
      <w:pPr/>
      <w:r>
        <w:t>“No,” Phoenix said. “I know what it looks like when something matters enough to make a room feel different while it’s missing.”</w:t>
      </w:r>
    </w:p>
    <w:p>
      <w:pPr/>
      <w:r>
        <w:t>Leah held his gaze for a second. Then looked away first.</w:t>
      </w:r>
    </w:p>
    <w:p>
      <w:pPr/>
      <w:r>
        <w:t>Jesse, halfway into the kitchen and not interested in pretending she had not heard enough to understand the shape of the moment, said, “I couldn’t find the necklace.”</w:t>
      </w:r>
    </w:p>
    <w:p>
      <w:pPr/>
      <w:r>
        <w:t>Both of them looked toward her.</w:t>
      </w:r>
    </w:p>
    <w:p>
      <w:pPr/>
      <w:r>
        <w:t>“It’s not in Sares’s room?”</w:t>
      </w:r>
    </w:p>
    <w:p>
      <w:pPr/>
      <w:r>
        <w:t>“No.”</w:t>
      </w:r>
    </w:p>
    <w:p>
      <w:pPr/>
      <w:r>
        <w:t>Phoenix frowned. “Could she have dropped it outside?”</w:t>
      </w:r>
    </w:p>
    <w:p>
      <w:pPr/>
      <w:r>
        <w:t>Jesse’s voice stayed flat. “Maybe. Or maybe the person who took the bolts took that too.”</w:t>
      </w:r>
    </w:p>
    <w:p>
      <w:pPr/>
      <w:r>
        <w:t>Leah’s eyes narrowed slightly. “You think the same intruder took both.”</w:t>
      </w:r>
    </w:p>
    <w:p>
      <w:pPr/>
      <w:r>
        <w:t>“I think I’m getting tired of the farmhouse having surprises upstairs.”</w:t>
      </w:r>
    </w:p>
    <w:p>
      <w:pPr/>
      <w:r>
        <w:t>That ended that line of talk for a moment.</w:t>
      </w:r>
    </w:p>
    <w:p>
      <w:pPr/>
      <w:r>
        <w:t>Outside, the wind moved low through the grass. The graveyard beyond the field sat under a pale strip of afternoon light and looked, from this distance, exactly as a graveyard should. Jesse disliked it more for that.</w:t>
      </w:r>
    </w:p>
    <w:p>
      <w:pPr/>
      <w:r>
        <w:t>***</w:t>
      </w:r>
    </w:p>
    <w:p>
      <w:pPr/>
      <w:r>
        <w:t>At Blackthorne, Clay stood over the map table as if he had never been caged beneath the west recess in his life.</w:t>
      </w:r>
    </w:p>
    <w:p>
      <w:pPr/>
      <w:r>
        <w:t>That was the irritating thing about him. Humiliation seemed unable to stay where it was put. Even now, under Hunter watch, under Holt’s authority, under a fortress no longer answering to his name, he could still lean over a map and make the whole room feel as though it might have to admit he belonged there.</w:t>
      </w:r>
    </w:p>
    <w:p>
      <w:pPr/>
      <w:r>
        <w:t>Holt had allowed him access to the chamber, not freedom. Two Hunters remained near the door. Blake stood farther back with his dissatisfaction visible from every angle. Mira remained at the table. Corin had the copied notes. Dorian worked the far side of the room in silence with a second map spread flatter beneath the weights.</w:t>
      </w:r>
    </w:p>
    <w:p>
      <w:pPr/>
      <w:r>
        <w:t>Clay looked at the farmhouse mark and said, “You should check it.”</w:t>
      </w:r>
    </w:p>
    <w:p>
      <w:pPr/>
      <w:r>
        <w:t>Blake gave a short laugh. “That your professional opinion?”</w:t>
      </w:r>
    </w:p>
    <w:p>
      <w:pPr/>
      <w:r>
        <w:t>Clay did not bother looking at him. “It’s where the bloodline is. It’s where the woman buried the blueprint or hid it or moved it through, depending on how incompetent your assumptions are. Yes. I would check it.”</w:t>
      </w:r>
    </w:p>
    <w:p>
      <w:pPr/>
      <w:r>
        <w:t>Holt stood at the head of the table, one hand against the edge. “And if it’s no longer there?”</w:t>
      </w:r>
    </w:p>
    <w:p>
      <w:pPr/>
      <w:r>
        <w:t>“Then you confirm absence.” Clay’s eyes lifted to him at last. “Useful men do not stop looking at a site simply because the object may already have moved.”</w:t>
      </w:r>
    </w:p>
    <w:p>
      <w:pPr/>
      <w:r>
        <w:t>Mira looked at the map. “If the burial patch has been disturbed, the dogs might still pick something up.”</w:t>
      </w:r>
    </w:p>
    <w:p>
      <w:pPr/>
      <w:r>
        <w:t>That made Clay’s mouth shift faintly. “There. You see? Someone in the room still enjoys thinking.”</w:t>
      </w:r>
    </w:p>
    <w:p>
      <w:pPr/>
      <w:r>
        <w:t>Blake took a step.</w:t>
      </w:r>
    </w:p>
    <w:p>
      <w:pPr/>
      <w:r>
        <w:t>Holt stopped him with nothing more than a raised hand.</w:t>
      </w:r>
    </w:p>
    <w:p>
      <w:pPr/>
      <w:r>
        <w:t>Clay leaned over the map and put one finger against the lower grounds west of the farmhouse. “Here.”</w:t>
      </w:r>
    </w:p>
    <w:p>
      <w:pPr/>
      <w:r>
        <w:t>Corin followed the line. “Why there?”</w:t>
      </w:r>
    </w:p>
    <w:p>
      <w:pPr/>
      <w:r>
        <w:t>“The approach is quieter. Lower field rise. Graveyard side. Less exposed than the main lane.”</w:t>
      </w:r>
    </w:p>
    <w:p>
      <w:pPr/>
      <w:r>
        <w:t>Holt glanced at him once. “You know the ground well.”</w:t>
      </w:r>
    </w:p>
    <w:p>
      <w:pPr/>
      <w:r>
        <w:t>“It was my island first.”</w:t>
      </w:r>
    </w:p>
    <w:p>
      <w:pPr/>
      <w:r>
        <w:t>That was true enough to be irritating.</w:t>
      </w:r>
    </w:p>
    <w:p>
      <w:pPr/>
      <w:r>
        <w:t>Holt looked at the marked point, then at the ship notation lower on the second chart.</w:t>
      </w:r>
    </w:p>
    <w:p>
      <w:pPr/>
      <w:r>
        <w:t>“We go tonight.”</w:t>
      </w:r>
    </w:p>
    <w:p>
      <w:pPr/>
      <w:r>
        <w:t>Blake nodded once, immediate. Mira said nothing. Dorian only shifted the second route marker half an inch west.</w:t>
      </w:r>
    </w:p>
    <w:p>
      <w:pPr/>
      <w:r>
        <w:t>Clay straightened slightly. “Take the NightFangs.”</w:t>
      </w:r>
    </w:p>
    <w:p>
      <w:pPr/>
      <w:r>
        <w:t>That earned him a look from Holt.</w:t>
      </w:r>
    </w:p>
    <w:p>
      <w:pPr/>
      <w:r>
        <w:t>“Do I need to explain why?”</w:t>
      </w:r>
    </w:p>
    <w:p>
      <w:pPr/>
      <w:r>
        <w:t>“No,” Holt said. “But you’re going to anyway.”</w:t>
      </w:r>
    </w:p>
    <w:p>
      <w:pPr/>
      <w:r>
        <w:t>Clay’s gaze returned to the farmhouse line. “Because if the blueprint is still there, you want them on the scent. And if it isn’t, I would very much like to know what on that property is still carrying enough of it to interest them.”</w:t>
      </w:r>
    </w:p>
    <w:p>
      <w:pPr/>
      <w:r>
        <w:t>Holt considered the room for a moment. Then: “We take Shadow and Sabre.”</w:t>
      </w:r>
    </w:p>
    <w:p>
      <w:pPr/>
      <w:r>
        <w:t>Clay’s head turned. “Not Thorax?”</w:t>
      </w:r>
    </w:p>
    <w:p>
      <w:pPr/>
      <w:r>
        <w:t>“Thorax stays here.”</w:t>
      </w:r>
    </w:p>
    <w:p>
      <w:pPr/>
      <w:r>
        <w:t>The answer came flatly enough that everyone in the room understood there was more in it than logistics alone.</w:t>
      </w:r>
    </w:p>
    <w:p>
      <w:pPr/>
      <w:r>
        <w:t>Clay asked anyway.</w:t>
      </w:r>
    </w:p>
    <w:p>
      <w:pPr/>
      <w:r>
        <w:t>“Why?”</w:t>
      </w:r>
    </w:p>
    <w:p>
      <w:pPr/>
      <w:r>
        <w:t>Holt’s eyes met his. “Thorax will stay behind and keep you company.”</w:t>
      </w:r>
    </w:p>
    <w:p>
      <w:pPr/>
      <w:r>
        <w:t>Blake smiled at that in a way more honest than any expression he had worn all day.</w:t>
      </w:r>
    </w:p>
    <w:p>
      <w:pPr/>
      <w:r>
        <w:t>Clay took the insult without blinking, though some colder part of him clearly stored it.</w:t>
      </w:r>
    </w:p>
    <w:p>
      <w:pPr/>
      <w:r>
        <w:t>Mira reached for the mask resting on the table’s edge. “Departure at full dark?”</w:t>
      </w:r>
    </w:p>
    <w:p>
      <w:pPr/>
      <w:r>
        <w:t>“Yes.”</w:t>
      </w:r>
    </w:p>
    <w:p>
      <w:pPr/>
      <w:r>
        <w:t>Corin gathered the route sheets. “I want the lower approach line quiet. No wasted radios once we leave the ship.”</w:t>
      </w:r>
    </w:p>
    <w:p>
      <w:pPr/>
      <w:r>
        <w:t>Dorian said, “And the cage?”</w:t>
      </w:r>
    </w:p>
    <w:p>
      <w:pPr/>
      <w:r>
        <w:t>Holt did not look away from Clay. “Locked after us. Two men stay.”</w:t>
      </w:r>
    </w:p>
    <w:p>
      <w:pPr/>
      <w:r>
        <w:t>Clay made the smallest sound of dry amusement. “I’m touched by the attention.”</w:t>
      </w:r>
    </w:p>
    <w:p>
      <w:pPr/>
      <w:r>
        <w:t>“You’re still alive because I’m practical,” Holt said.</w:t>
      </w:r>
    </w:p>
    <w:p>
      <w:pPr/>
      <w:r>
        <w:t>“No,” Clay replied. “I’m still alive because you dislike incomplete information.”</w:t>
      </w:r>
    </w:p>
    <w:p>
      <w:pPr/>
      <w:r>
        <w:t>That landed closer than Holt preferred.</w:t>
      </w:r>
    </w:p>
    <w:p>
      <w:pPr/>
      <w:r>
        <w:t>He turned away from the table before the answer had to become personal.</w:t>
      </w:r>
    </w:p>
    <w:p>
      <w:pPr/>
      <w:r>
        <w:t>“Ready the ship,” he said. “Shadow and Sabre only. Thorax remains.”</w:t>
      </w:r>
    </w:p>
    <w:p>
      <w:pPr/>
      <w:r>
        <w:t>The room moved at once.</w:t>
      </w:r>
    </w:p>
    <w:p>
      <w:pPr/>
      <w:r>
        <w:t>Masks lifted.</w:t>
        <w:br/>
        <w:t>Field packs taken.</w:t>
        <w:br/>
        <w:t>Night route confirmed.</w:t>
        <w:br/>
        <w:t>The map weighted flatter.</w:t>
      </w:r>
    </w:p>
    <w:p>
      <w:pPr/>
      <w:r>
        <w:t>Clay remained where he was, looking at the farmhouse mark a second longer than anyone liked.</w:t>
      </w:r>
    </w:p>
    <w:p>
      <w:pPr/>
      <w:r>
        <w:t>The blueprint.</w:t>
        <w:br/>
        <w:t>The bloodline.</w:t>
        <w:br/>
        <w:t>The graveyard.</w:t>
        <w:br/>
        <w:t>The patch of ground he had not yet seen for himself but could already imagine too clearly.</w:t>
      </w:r>
    </w:p>
    <w:p>
      <w:pPr/>
      <w:r>
        <w:t>Tonight, Holt’s Hunters would go to the farmhouse with beasts on chains and order in their heads.</w:t>
      </w:r>
    </w:p>
    <w:p>
      <w:pPr/>
      <w:r>
        <w:t>And Thorax would stay at Blackthorne.</w:t>
      </w:r>
    </w:p>
    <w:p>
      <w:pPr/>
      <w:r>
        <w:t>With him.</w:t>
      </w:r>
    </w:p>
    <w:p>
      <w:pPr/>
      <w:r>
        <w:t>That, more than anything else said in the room, made the coming night feel personal.</w:t>
        <w:br/>
      </w:r>
    </w:p>
    <w:p>
      <w:r>
        <w:br w:type="page"/>
      </w:r>
    </w:p>
    <w:p>
      <w:pPr>
        <w:pStyle w:val="Heading1"/>
      </w:pPr>
      <w:r>
        <w:t>Chapter Fifteen: Manipulation and Surprises</w:t>
      </w:r>
    </w:p>
    <w:p>
      <w:pPr/>
      <w:r>
        <w:t>By the time Damian and Sares got back to the farmhouse, the light had thinned to the last uneasy stretch before dark.</w:t>
      </w:r>
    </w:p>
    <w:p>
      <w:pPr/>
      <w:r>
        <w:t>The sky held that bruised grey-blue the island wore badly, and the yard seemed already half-claimed by night even though the horizon still remembered daylight in strips. The bike cut through the lower lane, slowed at the patched fence, and rolled into the front of the house with just enough noise to bring Jesse to the door before the engine had properly died.</w:t>
      </w:r>
    </w:p>
    <w:p>
      <w:pPr/>
      <w:r>
        <w:t>Sares swung off first.</w:t>
      </w:r>
    </w:p>
    <w:p>
      <w:pPr/>
      <w:r>
        <w:t>The new crossbow case was slung over her shoulder. A second smaller pouch rode at her hip with the weight of fresh bolts in it, and despite everything else still living in her face from the graveyard, there was a steadier line to her now. Not healed. Not reckless. Just armed again.</w:t>
      </w:r>
    </w:p>
    <w:p>
      <w:pPr/>
      <w:r>
        <w:t>Damian followed more slowly, carrying the old case and a wrapped spare string in his coat pocket.</w:t>
      </w:r>
    </w:p>
    <w:p>
      <w:pPr/>
      <w:r>
        <w:t>Jesse looked at the cases first, then at Sares, then at Damian.</w:t>
      </w:r>
    </w:p>
    <w:p>
      <w:pPr/>
      <w:r>
        <w:t>“Well?”</w:t>
      </w:r>
    </w:p>
    <w:p>
      <w:pPr/>
      <w:r>
        <w:t>Damian handed the repaired crossbow over without ceremony. “Properly seated. Trigger housing checked. Fresh string. More bolts.”</w:t>
      </w:r>
    </w:p>
    <w:p>
      <w:pPr/>
      <w:r>
        <w:t>Sares took it with both hands and immediately tested the weight as if part of her still expected it to betray her.</w:t>
      </w:r>
    </w:p>
    <w:p>
      <w:pPr/>
      <w:r>
        <w:t>“It’s better,” she said.</w:t>
      </w:r>
    </w:p>
    <w:p>
      <w:pPr/>
      <w:r>
        <w:t>“That is the idea,” Damian replied.</w:t>
      </w:r>
    </w:p>
    <w:p>
      <w:pPr/>
      <w:r>
        <w:t>Phoenix came out onto the porch behind Jesse, with Leah a step behind him and Hawk still absent from the evening sky. That absence had not improved Leah’s mood, though she was wearing it more quietly now.</w:t>
      </w:r>
    </w:p>
    <w:p>
      <w:pPr/>
      <w:r>
        <w:t>“Any problems?” Phoenix asked.</w:t>
      </w:r>
    </w:p>
    <w:p>
      <w:pPr/>
      <w:r>
        <w:t>Damian’s mouth moved faintly. “Only the usual ones.”</w:t>
      </w:r>
    </w:p>
    <w:p>
      <w:pPr/>
      <w:r>
        <w:t>Sares looked at the others. “He means he argued with Elias.”</w:t>
      </w:r>
    </w:p>
    <w:p>
      <w:pPr/>
      <w:r>
        <w:t>“I did not argue,” Damian said.</w:t>
      </w:r>
    </w:p>
    <w:p>
      <w:pPr/>
      <w:r>
        <w:t>“You absolutely argued.”</w:t>
      </w:r>
    </w:p>
    <w:p>
      <w:pPr/>
      <w:r>
        <w:t>“I clarified my dissatisfaction.”</w:t>
      </w:r>
    </w:p>
    <w:p>
      <w:pPr/>
      <w:r>
        <w:t>“That sounds suspiciously like arguing in a longer coat,” Jesse said.</w:t>
      </w:r>
    </w:p>
    <w:p>
      <w:pPr/>
      <w:r>
        <w:t>That nearly pulled a smile out of Phoenix.</w:t>
      </w:r>
    </w:p>
    <w:p>
      <w:pPr/>
      <w:r>
        <w:t>Leah’s gaze went briefly to the crossbow, then to Sares’s face. “And?”</w:t>
      </w:r>
    </w:p>
    <w:p>
      <w:pPr/>
      <w:r>
        <w:t>Sares nodded once. “He fixed it.”</w:t>
      </w:r>
    </w:p>
    <w:p>
      <w:pPr/>
      <w:r>
        <w:t>Jesse looked at Damian. “You trust it now?”</w:t>
      </w:r>
    </w:p>
    <w:p>
      <w:pPr/>
      <w:r>
        <w:t>“I trust it more than I trusted it this morning.”</w:t>
      </w:r>
    </w:p>
    <w:p>
      <w:pPr/>
      <w:r>
        <w:t>“That’s not an answer.”</w:t>
      </w:r>
    </w:p>
    <w:p>
      <w:pPr/>
      <w:r>
        <w:t>“It’s the one you’re getting.”</w:t>
      </w:r>
    </w:p>
    <w:p>
      <w:pPr/>
      <w:r>
        <w:t>Jesse let that go because the last of the day was fading and the house had other things hanging over it. She stepped back from the doorway.</w:t>
      </w:r>
    </w:p>
    <w:p>
      <w:pPr/>
      <w:r>
        <w:t>“Come inside.”</w:t>
      </w:r>
    </w:p>
    <w:p>
      <w:pPr/>
      <w:r>
        <w:t>The living area gathered them again in its usual patched half-circle of chairs, sofa, mugs, and practical unease. Sares set the crossbow carefully against the arm of the chair nearest her before sitting. Buster pushed in close at once, as though the dog had privately decided that being absent from one disaster entitled him to overcorrect for the rest of the week.</w:t>
      </w:r>
    </w:p>
    <w:p>
      <w:pPr/>
      <w:r>
        <w:t>Damian remained standing.</w:t>
      </w:r>
    </w:p>
    <w:p>
      <w:pPr/>
      <w:r>
        <w:t>“We need one clear version of the graveyard,” Jesse said. “Again.”</w:t>
      </w:r>
    </w:p>
    <w:p>
      <w:pPr/>
      <w:r>
        <w:t>Sares looked tired enough to hate the request and sensible enough to know why it mattered. She gave the shorter version this time: the wrong patch by the Wolf’s grave, the smell, the eyes, the misfire, the whistle, the card, the creatures withdrawing.</w:t>
      </w:r>
    </w:p>
    <w:p>
      <w:pPr/>
      <w:r>
        <w:t>Phoenix added what he and Leah had heard coming in from the lower line.</w:t>
      </w:r>
    </w:p>
    <w:p>
      <w:pPr/>
      <w:r>
        <w:t>Leah said little. When she did speak, it was to the point. “Whatever they were, they moved under control once the whistle came.”</w:t>
      </w:r>
    </w:p>
    <w:p>
      <w:pPr/>
      <w:r>
        <w:t>Damian looked at the repaired crossbow but did not touch it. “Then the next time they come, they’ll come with purpose.”</w:t>
      </w:r>
    </w:p>
    <w:p>
      <w:pPr/>
      <w:r>
        <w:t>Jesse folded her arms. “Encouraging.”</w:t>
      </w:r>
    </w:p>
    <w:p>
      <w:pPr/>
      <w:r>
        <w:t>“No,” Damian said. “Accurate.”</w:t>
      </w:r>
    </w:p>
    <w:p>
      <w:pPr/>
      <w:r>
        <w:t>The room fell quiet for a second.</w:t>
      </w:r>
    </w:p>
    <w:p>
      <w:pPr/>
      <w:r>
        <w:t>Sares glanced at the fresh bolt pouch and then at Damian. “At least next time I’ll actually be able to shoot back.”</w:t>
      </w:r>
    </w:p>
    <w:p>
      <w:pPr/>
      <w:r>
        <w:t>That did not comfort Jesse much, but she let the sentence stand because she knew what it had cost Sares to say it without sounding afraid.</w:t>
      </w:r>
    </w:p>
    <w:p>
      <w:pPr/>
      <w:r>
        <w:t>Outside, the wind moved across the grounds and made the farmhouse sound older than it was.</w:t>
      </w:r>
    </w:p>
    <w:p>
      <w:pPr/>
      <w:r>
        <w:t>Far away, something on the island screamed.</w:t>
      </w:r>
    </w:p>
    <w:p>
      <w:pPr/>
      <w:r>
        <w:t>No one commented on it.</w:t>
      </w:r>
    </w:p>
    <w:p>
      <w:pPr/>
      <w:r>
        <w:t>***</w:t>
      </w:r>
    </w:p>
    <w:p>
      <w:pPr/>
      <w:r>
        <w:t>Blackthorne left by night more cleanly than it woke.</w:t>
      </w:r>
    </w:p>
    <w:p>
      <w:pPr/>
      <w:r>
        <w:t>Holt’s Hunters moved through darkness with the clipped economy of people who had given up pretending their work wanted names softer than its own. Lamps stayed hooded. Radios remained brief. Shadow and Sabre came off the ship hard-muscled and restless, each held on reinforced lead by separate handlers who knew better than to treat the chains as certainty.</w:t>
      </w:r>
    </w:p>
    <w:p>
      <w:pPr/>
      <w:r>
        <w:t>Thorax remained behind.</w:t>
      </w:r>
    </w:p>
    <w:p>
      <w:pPr/>
      <w:r>
        <w:t>He did not like that.</w:t>
      </w:r>
    </w:p>
    <w:p>
      <w:pPr/>
      <w:r>
        <w:t>He hit the bars once when the others were led away and then settled into the low, murderous patience that somehow made him more unpleasant to stand near. Holt left him below the west side under two handlers and one armed support Hunter, then changed his mind and ordered the support Hunter back up. The handlers would be enough. Thorax, more importantly, would now be close enough to the lower yard and Clay’s recess to keep that problem occupied if he became ambitious.</w:t>
      </w:r>
    </w:p>
    <w:p>
      <w:pPr/>
      <w:r>
        <w:t>Clay noticed all of it.</w:t>
      </w:r>
    </w:p>
    <w:p>
      <w:pPr/>
      <w:r>
        <w:t>He said nothing.</w:t>
      </w:r>
    </w:p>
    <w:p>
      <w:pPr/>
      <w:r>
        <w:t>That made Holt more suspicious than speech would have.</w:t>
      </w:r>
    </w:p>
    <w:p>
      <w:pPr/>
      <w:r>
        <w:t>By the time the Hunters moved out, Blackthorne had reduced itself to a different kind of watchfulness. Clay in the lower yard under Thorax’s attention. The two handlers by the beast. A handful of support men at the walls and inner routes. The rest with Holt, Mira, Blake, Dorian, Corin, Shadow, and Sabre following the marked path Clay had indicated on the map.</w:t>
      </w:r>
    </w:p>
    <w:p>
      <w:pPr/>
      <w:r>
        <w:t>The lower approach west of the farmhouse.</w:t>
      </w:r>
    </w:p>
    <w:p>
      <w:pPr/>
      <w:r>
        <w:t>The quieter line.</w:t>
      </w:r>
    </w:p>
    <w:p>
      <w:pPr/>
      <w:r>
        <w:t>The more useful line, if there was anything at the burial ground worth finding.</w:t>
      </w:r>
    </w:p>
    <w:p>
      <w:pPr/>
      <w:r>
        <w:t>Or so Clay had said.</w:t>
      </w:r>
    </w:p>
    <w:p>
      <w:pPr/>
      <w:r>
        <w:t>The island narrowed as they moved.</w:t>
      </w:r>
    </w:p>
    <w:p>
      <w:pPr/>
      <w:r>
        <w:t>The path fell away from the better track and into rougher ground where old service roads had once existed and then been slowly reclaimed by neglect. Tree cover thickened. Stone gave way to weed growth and low broken walls. The air itself seemed to change there, becoming stale, damp, and crowded with the sort of smell only dead zones built for themselves after too much bad history had been left alone.</w:t>
      </w:r>
    </w:p>
    <w:p>
      <w:pPr/>
      <w:r>
        <w:t>Blake stopped first.</w:t>
      </w:r>
    </w:p>
    <w:p>
      <w:pPr/>
      <w:r>
        <w:t>“This isn’t the farmhouse route.”</w:t>
      </w:r>
    </w:p>
    <w:p>
      <w:pPr/>
      <w:r>
        <w:t>Corin looked at the terrain sheet, then at the shadow line ahead. “It branches back in.”</w:t>
      </w:r>
    </w:p>
    <w:p>
      <w:pPr/>
      <w:r>
        <w:t>“It had better.”</w:t>
      </w:r>
    </w:p>
    <w:p>
      <w:pPr/>
      <w:r>
        <w:t>Mira lifted one hand slightly.</w:t>
      </w:r>
    </w:p>
    <w:p>
      <w:pPr/>
      <w:r>
        <w:t>Shadow had gone tight on the line.</w:t>
      </w:r>
    </w:p>
    <w:p>
      <w:pPr/>
      <w:r>
        <w:t>Sabre was worse. No lunging. No noise. Just a cold full-body alertness directed into the black growth ahead.</w:t>
      </w:r>
    </w:p>
    <w:p>
      <w:pPr/>
      <w:r>
        <w:t>Holt stopped them all with one word.</w:t>
      </w:r>
    </w:p>
    <w:p>
      <w:pPr/>
      <w:r>
        <w:t>“Hold.”</w:t>
      </w:r>
    </w:p>
    <w:p>
      <w:pPr/>
      <w:r>
        <w:t>The dead zone spread beyond the old wall like something the island had tried to forget and failed. Broken stone outbuildings. Half-sunk sheds. A drainage cut filled with black water. The rusted frame of some older agricultural machine lying on its side like a carcass left where it failed. No farm still used this ground. No sane person would have chosen it for passage in the dark unless a map had lied to them first.</w:t>
      </w:r>
    </w:p>
    <w:p>
      <w:pPr/>
      <w:r>
        <w:t>Then the first eyes opened in the reeds.</w:t>
      </w:r>
    </w:p>
    <w:p>
      <w:pPr/>
      <w:r>
        <w:t>Not NightFangs.</w:t>
      </w:r>
    </w:p>
    <w:p>
      <w:pPr/>
      <w:r>
        <w:t>Vampire stragglers.</w:t>
      </w:r>
    </w:p>
    <w:p>
      <w:pPr/>
      <w:r>
        <w:t>One pair. Then five. Then twelve. Then more, as shapes began peeling themselves out of the dark in twos and threes, all the wrong leftovers the island had not finished digesting after Blackthorne. Some stood almost upright until they moved. Others dragged or loped or came in low on twisted limbs. Old blood blackened the fronts of their clothes. Teeth caught moonlight. Hunger made them clumsy only until they scented living men properly.</w:t>
      </w:r>
    </w:p>
    <w:p>
      <w:pPr/>
      <w:r>
        <w:t>Blake gave a disgusted breath through his nose. “Clay.”</w:t>
      </w:r>
    </w:p>
    <w:p>
      <w:pPr/>
      <w:r>
        <w:t>Holt didn’t answer.</w:t>
      </w:r>
    </w:p>
    <w:p>
      <w:pPr/>
      <w:r>
        <w:t>He didn’t need to.</w:t>
      </w:r>
    </w:p>
    <w:p>
      <w:pPr/>
      <w:r>
        <w:t>The first straggler came hard at the right flank.</w:t>
      </w:r>
    </w:p>
    <w:p>
      <w:pPr/>
      <w:r>
        <w:t>Dorian dropped it with one shot through the mouth.</w:t>
      </w:r>
    </w:p>
    <w:p>
      <w:pPr/>
      <w:r>
        <w:t>That should have stayed clean.</w:t>
      </w:r>
    </w:p>
    <w:p>
      <w:pPr/>
      <w:r>
        <w:t>It didn’t.</w:t>
      </w:r>
    </w:p>
    <w:p>
      <w:pPr/>
      <w:r>
        <w:t>The sound triggered the whole dead zone.</w:t>
      </w:r>
    </w:p>
    <w:p>
      <w:pPr/>
      <w:r>
        <w:t>They came out of the reeds and broken walls together then, dozens of them, all shrieking hunger and rotten instinct. Shadow hit first, dragging his handler off balance before the chain was cut loose by necessity rather than plan. Sabre went the other way, silent and catastrophic, vanishing into one cluster and returning through it already red-mouthed.</w:t>
      </w:r>
    </w:p>
    <w:p>
      <w:pPr/>
      <w:r>
        <w:t>Holt fired twice, then moved.</w:t>
      </w:r>
    </w:p>
    <w:p>
      <w:pPr/>
      <w:r>
        <w:t>Mira pivoted toward the drainage line and shot one straggler through the eye before it reached the rear pack. Corin ducked a lunge and buried his knife under a jaw with more practical violence than Blake had expected out of him.</w:t>
      </w:r>
    </w:p>
    <w:p>
      <w:pPr/>
      <w:r>
        <w:t>Then one of the unnamed support Hunters vanished beneath three bodies at once.</w:t>
      </w:r>
    </w:p>
    <w:p>
      <w:pPr/>
      <w:r>
        <w:t>His scream did not last long.</w:t>
      </w:r>
    </w:p>
    <w:p>
      <w:pPr/>
      <w:r>
        <w:t>The second unnamed Hunter got one step toward him before something came off the old machine frame and took him high at the throat. He fell backward, weapon firing into the dark by reflex, and the muzzle flashes turned the dead zone into a stuttering nightmare of teeth, reeds, old metal, and moving flesh.</w:t>
      </w:r>
    </w:p>
    <w:p>
      <w:pPr/>
      <w:r>
        <w:t>“Left side!” Mira shouted.</w:t>
      </w:r>
    </w:p>
    <w:p>
      <w:pPr/>
      <w:r>
        <w:t>Shadow answered the command before the men did, hitting a shape in midair and carrying it down into the black grass with enough force to flatten both from view.</w:t>
      </w:r>
    </w:p>
    <w:p>
      <w:pPr/>
      <w:r>
        <w:t>Blake fired three times in fast succession and then lost his footing at the drainage edge when a straggler caught his lower leg. He killed that one, but the second reached him before he fully recovered and ripped through his sleeve and into the meat of his upper arm.</w:t>
      </w:r>
    </w:p>
    <w:p>
      <w:pPr/>
      <w:r>
        <w:t>He swore hard enough to make the night itself feel vulgar.</w:t>
      </w:r>
    </w:p>
    <w:p>
      <w:pPr/>
      <w:r>
        <w:t>Mira shot the thing off him.</w:t>
      </w:r>
    </w:p>
    <w:p>
      <w:pPr/>
      <w:r>
        <w:t>Blake staggered back, blood already running down his forearm.</w:t>
      </w:r>
    </w:p>
    <w:p>
      <w:pPr/>
      <w:r>
        <w:t>“Move!” Holt barked.</w:t>
      </w:r>
    </w:p>
    <w:p>
      <w:pPr/>
      <w:r>
        <w:t>This was no search now. No careful approach to a graveyard line. Clay’s marked spot had sent them straight into a nest of leftover feeding ground and ruined pathing, and Holt understood in the same cold instant what the man had done.</w:t>
      </w:r>
    </w:p>
    <w:p>
      <w:pPr/>
      <w:r>
        <w:t>Not lied exactly.</w:t>
      </w:r>
    </w:p>
    <w:p>
      <w:pPr/>
      <w:r>
        <w:t>Redirected.</w:t>
      </w:r>
    </w:p>
    <w:p>
      <w:pPr/>
      <w:r>
        <w:t>Delayed.</w:t>
      </w:r>
    </w:p>
    <w:p>
      <w:pPr/>
      <w:r>
        <w:t>Costed them.</w:t>
      </w:r>
    </w:p>
    <w:p>
      <w:pPr/>
      <w:r>
        <w:t>Sabre came back through the dark with a straggler’s arm still half in his mouth. Shadow reappeared from the reeds at the same moment, chest heaving, jaws black with blood not his own.</w:t>
      </w:r>
    </w:p>
    <w:p>
      <w:pPr/>
      <w:r>
        <w:t>“Withdraw!” Holt snapped.</w:t>
      </w:r>
    </w:p>
    <w:p>
      <w:pPr/>
      <w:r>
        <w:t>Nobody argued.</w:t>
      </w:r>
    </w:p>
    <w:p>
      <w:pPr/>
      <w:r>
        <w:t>They fell back the way they had come in disciplined violence—firing only when needed, not chasing what lunged away, dragging the dead only as far as confirming they were dead enough not to follow. Blake covered the rear one-handed with his uninjured arm and looked murderously alive for a man leaving blood behind him with almost every step.</w:t>
      </w:r>
    </w:p>
    <w:p>
      <w:pPr/>
      <w:r>
        <w:t>When they finally broke the dead zone edge and regained the old track, the island felt abruptly emptier.</w:t>
      </w:r>
    </w:p>
    <w:p>
      <w:pPr/>
      <w:r>
        <w:t>That was almost worse.</w:t>
      </w:r>
    </w:p>
    <w:p>
      <w:pPr/>
      <w:r>
        <w:t>Corin checked the remaining men at once. “Two down.”</w:t>
      </w:r>
    </w:p>
    <w:p>
      <w:pPr/>
      <w:r>
        <w:t>Mira looked at Blake’s arm. “Bitten?”</w:t>
      </w:r>
    </w:p>
    <w:p>
      <w:pPr/>
      <w:r>
        <w:t>“Cut.”</w:t>
      </w:r>
    </w:p>
    <w:p>
      <w:pPr/>
      <w:r>
        <w:t>“Show me.”</w:t>
      </w:r>
    </w:p>
    <w:p>
      <w:pPr/>
      <w:r>
        <w:t>“I’m not showing you anything until we’re moving.”</w:t>
      </w:r>
    </w:p>
    <w:p>
      <w:pPr/>
      <w:r>
        <w:t>Holt looked once back toward the dead zone where the old wall and reeds had already begun swallowing the scene again.</w:t>
      </w:r>
    </w:p>
    <w:p>
      <w:pPr/>
      <w:r>
        <w:t>Clay, he thought, had not tried to stop them going to the farmhouse.</w:t>
      </w:r>
    </w:p>
    <w:p>
      <w:pPr/>
      <w:r>
        <w:t>He had merely made sure the route cost blood first.</w:t>
      </w:r>
    </w:p>
    <w:p>
      <w:pPr/>
      <w:r>
        <w:t>“Back to Blackthorne,” Holt said.</w:t>
      </w:r>
    </w:p>
    <w:p>
      <w:pPr/>
      <w:r>
        <w:t>No one objected.</w:t>
      </w:r>
    </w:p>
    <w:p>
      <w:pPr/>
      <w:r>
        <w:t>Shadow and Sabre were chained again with difficulty and visible loathing from the handlers. The dead were left where they had fallen for now. Blake walked under his own strength because the alternative would have felt like public surrender.</w:t>
      </w:r>
    </w:p>
    <w:p>
      <w:pPr/>
      <w:r>
        <w:t>The night did not forgive any of it.</w:t>
      </w:r>
    </w:p>
    <w:p>
      <w:pPr/>
      <w:r>
        <w:t>***</w:t>
      </w:r>
    </w:p>
    <w:p>
      <w:pPr/>
      <w:r>
        <w:t>Clay waited until the first quarter hour after Holt’s departure had settled properly into the stone.</w:t>
      </w:r>
    </w:p>
    <w:p>
      <w:pPr/>
      <w:r>
        <w:t>He had learned long ago that movement too soon after opportunity announced itself as hunger, and hunger made men careless. Better to let the new pattern feel stable first. Better to let the handlers relax into the beast they were watching.</w:t>
      </w:r>
    </w:p>
    <w:p>
      <w:pPr/>
      <w:r>
        <w:t>Thorax lay below the west arch on a shortened chain fixed through an iron ring and into the lower retaining post. One handler remained close enough to monitor the line. The other had drifted farther into the covered shadow where he could see both the lower yard and the cage recess without feeling, in his own mind, that he was favouring one threat over the other.</w:t>
      </w:r>
    </w:p>
    <w:p>
      <w:pPr/>
      <w:r>
        <w:t>Thorax’s breathing sounded like a machine idling too close to violence.</w:t>
      </w:r>
    </w:p>
    <w:p>
      <w:pPr/>
      <w:r>
        <w:t>Clay sat on the fixed bench in the recess with one elbow on one knee, appearing calmer than he felt.</w:t>
      </w:r>
    </w:p>
    <w:p>
      <w:pPr/>
      <w:r>
        <w:t>He had not been entirely lying to Holt. The marked spot on the map did eventually branch back toward the farmhouse lower line.</w:t>
      </w:r>
    </w:p>
    <w:p>
      <w:pPr/>
      <w:r>
        <w:t>Eventually.</w:t>
      </w:r>
    </w:p>
    <w:p>
      <w:pPr/>
      <w:r>
        <w:t>At night, through ground fouled by dead things and old feeding trails, eventually could become blood.</w:t>
      </w:r>
    </w:p>
    <w:p>
      <w:pPr/>
      <w:r>
        <w:t>He had purchased himself time.</w:t>
      </w:r>
    </w:p>
    <w:p>
      <w:pPr/>
      <w:r>
        <w:t>Now he intended to spend it well.</w:t>
      </w:r>
    </w:p>
    <w:p>
      <w:pPr/>
      <w:r>
        <w:t>Thorax watched him too often to permit a direct attempt first. The beast was not bright in any civilized sense, but it understood hostility, movement, interruption, and the peculiar scent Clay now carried as something neither fully pack nor fully prey.</w:t>
      </w:r>
    </w:p>
    <w:p>
      <w:pPr/>
      <w:r>
        <w:t>So Clay gave it a smaller problem.</w:t>
      </w:r>
    </w:p>
    <w:p>
      <w:pPr/>
      <w:r>
        <w:t>He pulled the edge of the old blanket from the bench and dropped it once near the bars.</w:t>
      </w:r>
    </w:p>
    <w:p>
      <w:pPr/>
      <w:r>
        <w:t>Thorax’s ears moved.</w:t>
      </w:r>
    </w:p>
    <w:p>
      <w:pPr/>
      <w:r>
        <w:t>Clay waited.</w:t>
      </w:r>
    </w:p>
    <w:p>
      <w:pPr/>
      <w:r>
        <w:t>Then he dragged the blanket slowly inward across the stone and let the iron wrist-ring clink lightly against the lower bar.</w:t>
      </w:r>
    </w:p>
    <w:p>
      <w:pPr/>
      <w:r>
        <w:t>Thorax rose at once.</w:t>
      </w:r>
    </w:p>
    <w:p>
      <w:pPr/>
      <w:r>
        <w:t>The handler nearest the chain looked over. “Easy.”</w:t>
      </w:r>
    </w:p>
    <w:p>
      <w:pPr/>
      <w:r>
        <w:t>Clay shifted his weight as though merely resettling himself.</w:t>
      </w:r>
    </w:p>
    <w:p>
      <w:pPr/>
      <w:r>
        <w:t>Thorax took one step closer, huge and black and hateful, nose working.</w:t>
      </w:r>
    </w:p>
    <w:p>
      <w:pPr/>
      <w:r>
        <w:t>Clay gave him the second thing only when the first had rooted him fully in curiosity.</w:t>
      </w:r>
    </w:p>
    <w:p>
      <w:pPr/>
      <w:r>
        <w:t>He slid a piece of stale meat from his coat pocket and rolled it not toward Thorax, but past him—out into the yard shadow near the arch support.</w:t>
      </w:r>
    </w:p>
    <w:p>
      <w:pPr/>
      <w:r>
        <w:t>The dog-beast turned instantly.</w:t>
      </w:r>
    </w:p>
    <w:p>
      <w:pPr/>
      <w:r>
        <w:t>The handler swore and followed the motion with his lamp.</w:t>
      </w:r>
    </w:p>
    <w:p>
      <w:pPr/>
      <w:r>
        <w:t>Thorax lunged once for the scent and the handler had to brace both hands on the line to keep him from taking the full length of the yard in one pull.</w:t>
      </w:r>
    </w:p>
    <w:p>
      <w:pPr/>
      <w:r>
        <w:t>Clay moved.</w:t>
      </w:r>
    </w:p>
    <w:p>
      <w:pPr/>
      <w:r>
        <w:t>Not fast. Fast drew eyes.</w:t>
      </w:r>
    </w:p>
    <w:p>
      <w:pPr/>
      <w:r>
        <w:t>He crossed the recess and slipped through the side service opening the moment both men were half-turned to the chain struggle. Up the narrow servants’ stair, not the main hall. Past the old split landing. Through the corridor that still smelled faintly of damp paper and shut rooms.</w:t>
      </w:r>
    </w:p>
    <w:p>
      <w:pPr/>
      <w:r>
        <w:t>Behind him, Thorax realised the wrong prey had moved.</w:t>
      </w:r>
    </w:p>
    <w:p>
      <w:pPr/>
      <w:r>
        <w:t>The sound that followed was not a bark.</w:t>
      </w:r>
    </w:p>
    <w:p>
      <w:pPr/>
      <w:r>
        <w:t>It was fury made animal.</w:t>
      </w:r>
    </w:p>
    <w:p>
      <w:pPr/>
      <w:r>
        <w:t>Clay took the next stairs two at a time.</w:t>
      </w:r>
    </w:p>
    <w:p>
      <w:pPr/>
      <w:r>
        <w:t>The upper floor opened ahead—colder, quieter, less used. The room Holt had chosen earlier stood at the corridor end behind a plain iron-faced door that had looked unimportant only if one had not already been paying attention to where men like Holt disappeared when they wanted privacy.</w:t>
      </w:r>
    </w:p>
    <w:p>
      <w:pPr/>
      <w:r>
        <w:t>Clay reached it, caught the handle, and found it locked.</w:t>
      </w:r>
    </w:p>
    <w:p>
      <w:pPr/>
      <w:r>
        <w:t>Of course.</w:t>
      </w:r>
    </w:p>
    <w:p>
      <w:pPr/>
      <w:r>
        <w:t>He pressed his ear once to the wood.</w:t>
      </w:r>
    </w:p>
    <w:p>
      <w:pPr/>
      <w:r>
        <w:t>Nothing.</w:t>
      </w:r>
    </w:p>
    <w:p>
      <w:pPr/>
      <w:r>
        <w:t>He checked the frame. The hinges. The lower jamb. No quick entry. No time for a proper one.</w:t>
      </w:r>
    </w:p>
    <w:p>
      <w:pPr/>
      <w:r>
        <w:t>Below him, Thorax hit the stairwell.</w:t>
      </w:r>
    </w:p>
    <w:p>
      <w:pPr/>
      <w:r>
        <w:t>The beast had either broken free of one handler or dragged both badly enough that the line no longer mattered.</w:t>
      </w:r>
    </w:p>
    <w:p>
      <w:pPr/>
      <w:r>
        <w:t>Clay swore softly and moved at once.</w:t>
      </w:r>
    </w:p>
    <w:p>
      <w:pPr/>
      <w:r>
        <w:t>Not back the same way.</w:t>
      </w:r>
    </w:p>
    <w:p>
      <w:pPr/>
      <w:r>
        <w:t>He cut left through the older corridor, took the split stair down toward the east interior, and moved through Blackthorne by old memory rather than present ownership. That part, at least, the Hunters could not strip from him yet. He knew where service routes rejoined halls. Which gallery steps were narrower than they looked. Which passage would let him cross the lower court flank without being seen from the main arch.</w:t>
      </w:r>
    </w:p>
    <w:p>
      <w:pPr/>
      <w:r>
        <w:t>Behind him came claws on stone.</w:t>
      </w:r>
    </w:p>
    <w:p>
      <w:pPr/>
      <w:r>
        <w:t>Thorax was following by scent now, not line.</w:t>
      </w:r>
    </w:p>
    <w:p>
      <w:pPr/>
      <w:r>
        <w:t>Clay reached the lower yard a second before the beast did and went straight for the cage recess.</w:t>
      </w:r>
    </w:p>
    <w:p>
      <w:pPr/>
      <w:r>
        <w:t>No dignity left in it then.</w:t>
        <w:br/>
        <w:t>Only speed.</w:t>
      </w:r>
    </w:p>
    <w:p>
      <w:pPr/>
      <w:r>
        <w:t>He got inside, grabbed the iron door, and slammed it shut hard enough to ring the bars.</w:t>
      </w:r>
    </w:p>
    <w:p>
      <w:pPr/>
      <w:r>
        <w:t>The latch fell.</w:t>
      </w:r>
    </w:p>
    <w:p>
      <w:pPr/>
      <w:r>
        <w:t>He turned just as Thorax reached the recess.</w:t>
      </w:r>
    </w:p>
    <w:p>
      <w:pPr/>
      <w:r>
        <w:t>The beast stopped directly outside.</w:t>
      </w:r>
    </w:p>
    <w:p>
      <w:pPr/>
      <w:r>
        <w:t>For one long second neither moved.</w:t>
      </w:r>
    </w:p>
    <w:p>
      <w:pPr/>
      <w:r>
        <w:t>Thorax’s chest heaved. Saliva ran black in the poor light. One handler staggered into view farther back, empty chain in both hands and terror arranged all over his face.</w:t>
      </w:r>
    </w:p>
    <w:p>
      <w:pPr/>
      <w:r>
        <w:t>Clay sat down on the bench again.</w:t>
      </w:r>
    </w:p>
    <w:p>
      <w:pPr/>
      <w:r>
        <w:t>Slowly.</w:t>
      </w:r>
    </w:p>
    <w:p>
      <w:pPr/>
      <w:r>
        <w:t>As though he had never left.</w:t>
      </w:r>
    </w:p>
    <w:p>
      <w:pPr/>
      <w:r>
        <w:t>Thorax remained there, head low, eyes bright, standing guard in front of the cage with the full possessive ugliness of something that had decided this prey belonged exactly where it was.</w:t>
      </w:r>
    </w:p>
    <w:p>
      <w:pPr/>
      <w:r>
        <w:t>Clay’s breathing was steady by force alone.</w:t>
      </w:r>
    </w:p>
    <w:p>
      <w:pPr/>
      <w:r>
        <w:t>He did not look at the handler.</w:t>
      </w:r>
    </w:p>
    <w:p>
      <w:pPr/>
      <w:r>
        <w:t>The handler, wisely, said nothing.</w:t>
      </w:r>
    </w:p>
    <w:p>
      <w:pPr/>
      <w:r>
        <w:t>Moments later boots came hard through the lower yard from the outer gate.</w:t>
      </w:r>
    </w:p>
    <w:p>
      <w:pPr/>
      <w:r>
        <w:t>Too many.</w:t>
        <w:br/>
        <w:t>Too fast.</w:t>
        <w:br/>
        <w:t>Wrong rhythm for success.</w:t>
      </w:r>
    </w:p>
    <w:p>
      <w:pPr/>
      <w:r>
        <w:t>Holt returned first.</w:t>
      </w:r>
    </w:p>
    <w:p>
      <w:pPr/>
      <w:r>
        <w:t>Blake came with him, his arm and coat blackened with blood to the elbow and his expression furious enough to strip paint. Mira had blood on one sleeve and a cut along the jawline. Corin’s hands were dark with somebody else’s death. Dorian moved cleanly but too quiet even for himself.</w:t>
      </w:r>
    </w:p>
    <w:p>
      <w:pPr/>
      <w:r>
        <w:t>The surviving handlers got Shadow and Sabre below again with visible haste.</w:t>
      </w:r>
    </w:p>
    <w:p>
      <w:pPr/>
      <w:r>
        <w:t>No one in the yard looked pleased to still be breathing.</w:t>
      </w:r>
    </w:p>
    <w:p>
      <w:pPr/>
      <w:r>
        <w:t>Holt’s eyes found Clay immediately.</w:t>
      </w:r>
    </w:p>
    <w:p>
      <w:pPr/>
      <w:r>
        <w:t>Not relieved.</w:t>
        <w:br/>
        <w:t>Not surprised.</w:t>
        <w:br/>
        <w:t>Assessing.</w:t>
      </w:r>
    </w:p>
    <w:p>
      <w:pPr/>
      <w:r>
        <w:t>Then he looked at Thorax in front of the cage, the empty chain half-dragged, the winded handler, and the small shift in air that said movement had happened here whether anybody confessed it or not.</w:t>
      </w:r>
    </w:p>
    <w:p>
      <w:pPr/>
      <w:r>
        <w:t>Blake followed that line too.</w:t>
      </w:r>
    </w:p>
    <w:p>
      <w:pPr/>
      <w:r>
        <w:t>His face changed.</w:t>
      </w:r>
    </w:p>
    <w:p>
      <w:pPr/>
      <w:r>
        <w:t>Clay, still seated on the bench like patience personified and dishonesty barely inconvenienced, looked up at them all and said nothing.</w:t>
      </w:r>
    </w:p>
    <w:p>
      <w:pPr/>
      <w:r>
        <w:t>For the first time since Holt had opened the cage, he looked worried.</w:t>
        <w:br/>
      </w:r>
    </w:p>
    <w:sectPr w:rsidR="00FC693F" w:rsidRPr="0006063C" w:rsidSect="00034616">
      <w:pgSz w:w="12240" w:h="15840"/>
      <w:pgMar w:top="1224" w:right="1368" w:bottom="1224" w:left="13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76" w:lineRule="auto"/>
    </w:pPr>
    <w:rPr>
      <w:rFonts w:ascii="Georgia" w:hAnsi="Georgia" w:eastAsia="Georgia"/>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200"/>
      <w:outlineLvl w:val="0"/>
    </w:pPr>
    <w:rPr>
      <w:rFonts w:asciiTheme="majorHAnsi" w:eastAsiaTheme="majorEastAsia" w:hAnsiTheme="majorHAnsi" w:cstheme="majorBidi" w:ascii="Georgia" w:hAnsi="Georgia" w:eastAsia="Georgia"/>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eastAsia="Georgia"/>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eastAsia="Georgia"/>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